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Distorted</w:t>
      </w:r>
    </w:p>
    <w:p>
      <w:pPr>
        <w:jc w:val="center"/>
      </w:pPr>
      <w:r>
        <w:rPr>
          <w:rFonts w:ascii="IM Fell English" w:hAnsi="IM Fell English"/>
          <w:color w:val="141414"/>
          <w:sz w:val="28"/>
        </w:rPr>
        <w:t>Lance Chilly</w:t>
      </w:r>
    </w:p>
    <w:p>
      <w:r>
        <w:br w:type="page"/>
      </w:r>
    </w:p>
    <w:p>
      <w:r>
        <w:rPr>
          <w:rFonts w:ascii="IM Fell English" w:hAnsi="IM Fell English"/>
          <w:color w:val="141414"/>
          <w:sz w:val="24"/>
        </w:rPr>
      </w:r>
      <w:r>
        <w:rPr>
          <w:rFonts w:ascii="IM Fell English" w:hAnsi="IM Fell English"/>
          <w:color w:val="141414"/>
          <w:sz w:val="24"/>
        </w:rPr>
        <w:t>Chapter 1</w:t>
      </w:r>
    </w:p>
    <w:p>
      <w:r>
        <w:rPr>
          <w:rFonts w:ascii="IM Fell English" w:hAnsi="IM Fell English"/>
          <w:color w:val="141414"/>
          <w:sz w:val="24"/>
        </w:rPr>
        <w:t xml:space="preserve">Exiting the tavern, Emma shivered violently as the biting pre-winter chill gnawed mercilessly through her threadbare cloak. The tavern’s dim glow spilled onto the cracked asphalt of the parking lot, where skeletal branches clawed at the heavens, their twisted silhouettes stark against the harsh glare of flickering sodium lights. The wind hissed through the barren trees, amplifying the eerie desolation that hung thick in the air. A gruff voice shattered the silence from behind her: "Goodnight, Emma. Seven o’clock tomorrow." The door slammed shut with a resonant </w:t>
      </w:r>
      <w:r>
        <w:rPr>
          <w:rFonts w:ascii="IM Fell English" w:hAnsi="IM Fell English"/>
          <w:i/>
          <w:color w:val="141414"/>
          <w:sz w:val="24"/>
        </w:rPr>
        <w:t>thud</w:t>
      </w:r>
      <w:r>
        <w:rPr>
          <w:rFonts w:ascii="IM Fell English" w:hAnsi="IM Fell English"/>
          <w:color w:val="141414"/>
          <w:sz w:val="24"/>
        </w:rPr>
        <w:t>, trapping the raucous symphony of laughter, clinking glasses, and honky-tonk piano inside—a cacophony now muffled, yet oddly comforting in its familiarity.</w:t>
      </w:r>
    </w:p>
    <w:p>
      <w:r>
        <w:rPr>
          <w:rFonts w:ascii="IM Fell English" w:hAnsi="IM Fell English"/>
          <w:color w:val="141414"/>
          <w:sz w:val="24"/>
        </w:rPr>
        <w:t xml:space="preserve">The bar itself, a relic of forgotten decades, stood weathered and defiant against time’s decay. Its once-vibrant red paint peeled like sunburnt skin, revealing rusted metal beneath. The owner’s stinginess was etched into every creaking floorboard and stained wall; even the flickering sign above the door, its "RED BARN BAR" lettering half-gone, seemed to groan under the weight of neglect. Emma’s fingers trembled as she rummaged through her frayed messenger bag, the cold metal of her keys finally biting into her palm—a ritual born from countless warnings in dog-eared magazines: </w:t>
      </w:r>
      <w:r>
        <w:rPr>
          <w:rFonts w:ascii="IM Fell English" w:hAnsi="IM Fell English"/>
          <w:i/>
          <w:color w:val="141414"/>
          <w:sz w:val="24"/>
        </w:rPr>
        <w:t>Always keep your keys ready.</w:t>
      </w:r>
      <w:r>
        <w:rPr>
          <w:rFonts w:ascii="IM Fell English" w:hAnsi="IM Fell English"/>
          <w:color w:val="141414"/>
          <w:sz w:val="24"/>
        </w:rPr>
        <w:t xml:space="preserve"> She clutched them like a talisman, her breath visible in the frigid air, a ghostly plume that vanished too quickly.</w:t>
      </w:r>
    </w:p>
    <w:p>
      <w:r>
        <w:rPr>
          <w:rFonts w:ascii="IM Fell English" w:hAnsi="IM Fell English"/>
          <w:color w:val="141414"/>
          <w:sz w:val="24"/>
        </w:rPr>
        <w:t>The parking lot stretched before her, a desolate expanse of cracked concrete and weeds, illuminated only by the sullen glow of a lone security light that buzzed like an angry wasp. Her sneakers scrunched over frost-tinged gravel, the sound deafening in the vacuum of night. Every shadow seemed alive, shifting at the edges of her vision, and the forest flanking the lot loomed like a wall of obsidian, its tangled canopy swallowing the moonlight whole. Her car—a dented sedan with a cracked taillight—sat hunched in the farthest corner, swallowed by shadows the owner had long abandoned any pretense of fixing.</w:t>
      </w:r>
    </w:p>
    <w:p>
      <w:r>
        <w:rPr>
          <w:rFonts w:ascii="IM Fell English" w:hAnsi="IM Fell English"/>
          <w:color w:val="141414"/>
          <w:sz w:val="24"/>
        </w:rPr>
        <w:t xml:space="preserve">She hurried, shoulders hunched, eyes darting between the skeletal silhouettes of parked trucks and the black void beyond. The bar’s neon sign buzzed erratically, casting a feverish glow that pulsed like a dying heartbeat. Two kilometers outside town, the </w:t>
      </w:r>
      <w:r>
        <w:rPr>
          <w:rFonts w:ascii="IM Fell English" w:hAnsi="IM Fell English"/>
          <w:i/>
          <w:color w:val="141414"/>
          <w:sz w:val="24"/>
        </w:rPr>
        <w:t>Red Barn</w:t>
      </w:r>
      <w:r>
        <w:rPr>
          <w:rFonts w:ascii="IM Fell English" w:hAnsi="IM Fell English"/>
          <w:color w:val="141414"/>
          <w:sz w:val="24"/>
        </w:rPr>
        <w:t xml:space="preserve"> was a magnet for rowdy teens and drunken laborers, its isolation a blessing for those seeking chaos without consequence. But tonight, the emptiness felt predatory. Emma’s breath quickened, her heartbeat a frantic drum as she reached her car.</w:t>
      </w:r>
    </w:p>
    <w:p>
      <w:r>
        <w:rPr>
          <w:rFonts w:ascii="IM Fell English" w:hAnsi="IM Fell English"/>
          <w:color w:val="141414"/>
          <w:sz w:val="24"/>
        </w:rPr>
        <w:t xml:space="preserve">The keyhole mocked her, obscured by darkness and her own trembling hands. She traced the cold metal door with trembling fingers, stumbling upon something foreign—something </w:t>
      </w:r>
      <w:r>
        <w:rPr>
          <w:rFonts w:ascii="IM Fell English" w:hAnsi="IM Fell English"/>
          <w:i/>
          <w:color w:val="141414"/>
          <w:sz w:val="24"/>
        </w:rPr>
        <w:t>wrong</w:t>
      </w:r>
      <w:r>
        <w:rPr>
          <w:rFonts w:ascii="IM Fell English" w:hAnsi="IM Fell English"/>
          <w:color w:val="141414"/>
          <w:sz w:val="24"/>
        </w:rPr>
        <w:t>. Her lighter flared to life, casting jagged shadows that danced like demons. The keyhole was stuffed with a waxy, putty-like substance, its texture grotesquely unnatural. "What the hell…?" she hissed, her voice swallowed by the void. Fury flared in her chest, momentarily drowning the gnawing fear—until the scent of chemicals hit her nose.</w:t>
      </w:r>
    </w:p>
    <w:p>
      <w:r>
        <w:rPr>
          <w:rFonts w:ascii="IM Fell English" w:hAnsi="IM Fell English"/>
          <w:color w:val="141414"/>
          <w:sz w:val="24"/>
        </w:rPr>
        <w:t>A rough cloth clamped over her mouth. Hands—strong, unyielding—yanked her backward, lifting her off her feet. She kicked, clawed, screamed into the fabric, but the fumes seeped into her lungs, sweet and suffocating. Her keys clattered to the ground, swallowed by the darkness as her vision blurred, the world tilting into blackness.</w:t>
      </w:r>
    </w:p>
    <w:p>
      <w:r>
        <w:rPr>
          <w:rFonts w:ascii="IM Fell English" w:hAnsi="IM Fell English"/>
          <w:color w:val="141414"/>
          <w:sz w:val="24"/>
        </w:rPr>
        <w:t xml:space="preserve">When consciousness returned, it was like clawing her way out of quicksand. Her skull throbbed, each pulse a hammer strike. Her tongue felt coated in sand, her throat raw and parched. She tried to sit, but her limbs betrayed her—tethered, unresponsive. Panic surged, primal and white-hot. </w:t>
      </w:r>
      <w:r>
        <w:rPr>
          <w:rFonts w:ascii="IM Fell English" w:hAnsi="IM Fell English"/>
          <w:i/>
          <w:color w:val="141414"/>
          <w:sz w:val="24"/>
        </w:rPr>
        <w:t>Where am I?</w:t>
      </w:r>
      <w:r>
        <w:rPr>
          <w:rFonts w:ascii="IM Fell English" w:hAnsi="IM Fell English"/>
          <w:color w:val="141414"/>
          <w:sz w:val="24"/>
        </w:rPr>
        <w:t xml:space="preserve"> The stench of antiseptic stung her nostrils, sterile and clinical, a world away from the tavern’s stale beer and sweat.</w:t>
      </w:r>
    </w:p>
    <w:p>
      <w:r>
        <w:rPr>
          <w:rFonts w:ascii="IM Fell English" w:hAnsi="IM Fell English"/>
          <w:color w:val="141414"/>
          <w:sz w:val="24"/>
        </w:rPr>
        <w:t>Fluorescent lights buzzed overhead, casting a harsh, clinical glow. Metal gleamed in her periphery—a surgical table, its surface cold against her bare skin. A figure loomed, draped in green, his face obscured by a surgical mask. Her breath hitched as he turned, a gleaming scalpel catching the light. "Please," she croaked, her voice a shredded whisper. Tears blurred her vision as he leaned closer, his eyes cold and unblinking beneath the mask.</w:t>
      </w:r>
    </w:p>
    <w:p>
      <w:r>
        <w:rPr>
          <w:rFonts w:ascii="IM Fell English" w:hAnsi="IM Fell English"/>
          <w:color w:val="141414"/>
          <w:sz w:val="24"/>
        </w:rPr>
        <w:t>"Mother," he intoned, the word dripping with venom and sorrow. "This is the ninth time. But I’m always waiting. Watching." His voice was a hymn, a dirge, a madman’s lullaby. She thrashed, the leather straps biting into her wrists. His blade traced her cheek, a kiss of steel. "You took something from me. Now it’s my turn."</w:t>
      </w:r>
    </w:p>
    <w:p>
      <w:r>
        <w:rPr>
          <w:rFonts w:ascii="IM Fell English" w:hAnsi="IM Fell English"/>
          <w:color w:val="141414"/>
          <w:sz w:val="24"/>
        </w:rPr>
        <w:t>The scalpel plunged.</w:t>
      </w:r>
    </w:p>
    <w:p>
      <w:r>
        <w:rPr>
          <w:rFonts w:ascii="IM Fell English" w:hAnsi="IM Fell English"/>
          <w:color w:val="141414"/>
          <w:sz w:val="24"/>
        </w:rPr>
        <w:t>Emma’s scream tore through the room, raw and animalistic, as white-hot fire seared her flesh. The pain was a living thing, gnawing at her core, spreading like poison. Her vision fractured into shards of crimson and black. She writhed, the straps cutting deeper as agony roared in her ears—a deafening tide. When it eased, she collapsed, breath ragged, her blood a warm, sticky river pooling beneath her.</w:t>
      </w:r>
    </w:p>
    <w:p>
      <w:r>
        <w:rPr>
          <w:rFonts w:ascii="IM Fell English" w:hAnsi="IM Fell English"/>
          <w:color w:val="141414"/>
          <w:sz w:val="24"/>
        </w:rPr>
        <w:t>"You don’t remember," he whispered, his hand brushing her hair back, the intimacy grotesque. "But I haven’t forgotten." His voice dripped scripture, madness woven into every syllable. "You will pay for what you did."</w:t>
      </w:r>
    </w:p>
    <w:p>
      <w:r>
        <w:rPr>
          <w:rFonts w:ascii="IM Fell English" w:hAnsi="IM Fell English"/>
          <w:color w:val="141414"/>
          <w:sz w:val="24"/>
        </w:rPr>
        <w:t>The scalpel rose again.</w:t>
      </w:r>
    </w:p>
    <w:p>
      <w:r>
        <w:rPr>
          <w:rFonts w:ascii="IM Fell English" w:hAnsi="IM Fell English"/>
          <w:color w:val="141414"/>
          <w:sz w:val="24"/>
        </w:rPr>
        <w:t>Emma’s mind fractured, memories colliding—childhood laughter, her mother’s hands, a bar patron’s leer, the crunch of gravel… Her body arched against the straps, but the blade found her again, deeper this time. The world narrowed to the stench of blood, the glint of steel, and the void yawning at the edges of her mind.</w:t>
      </w:r>
    </w:p>
    <w:p>
      <w:r>
        <w:rPr>
          <w:rFonts w:ascii="IM Fell English" w:hAnsi="IM Fell English"/>
          <w:i/>
          <w:color w:val="141414"/>
          <w:sz w:val="24"/>
        </w:rPr>
        <w:t>This is how I die,</w:t>
      </w:r>
      <w:r>
        <w:rPr>
          <w:rFonts w:ascii="IM Fell English" w:hAnsi="IM Fell English"/>
          <w:color w:val="141414"/>
          <w:sz w:val="24"/>
        </w:rPr>
        <w:t xml:space="preserve"> she thought, the realization cold and final. But even as the dark crept in, a flicker of something—anger, defiance—flared. Not here. Not like this. But her body betrayed her, her screams dissolving into silence as the abyss swallowed her whole.</w:t>
      </w:r>
      <w:r>
        <w:rPr>
          <w:rFonts w:ascii="IM Fell English" w:hAnsi="IM Fell English"/>
          <w:color w:val="141414"/>
          <w:sz w:val="24"/>
        </w:rPr>
      </w:r>
    </w:p>
    <w:p>
      <w:pPr>
        <w:pStyle w:val="Heading1"/>
        <w:jc w:val="center"/>
      </w:pPr>
      <w:r>
        <w:rPr>
          <w:rFonts w:ascii="IM Fell English" w:hAnsi="IM Fell English"/>
          <w:color w:val="0D0D0D"/>
        </w:rPr>
        <w:t>Chapter 2</w:t>
      </w:r>
    </w:p>
    <w:p>
      <w:r>
        <w:rPr>
          <w:rFonts w:ascii="IM Fell English" w:hAnsi="IM Fell English"/>
          <w:color w:val="141414"/>
          <w:sz w:val="24"/>
        </w:rPr>
      </w:r>
      <w:r>
        <w:rPr>
          <w:rFonts w:ascii="IM Fell English" w:hAnsi="IM Fell English"/>
          <w:color w:val="141414"/>
          <w:sz w:val="24"/>
        </w:rPr>
        <w:t>“It's 5.45am on Wednesday, and it looks like we're in for another sunny day with an expected top of 23 degrees and to ki” The faint glow of the rising sun peeked through the window, casting a soft golden hue on the walls. David stirred in bed, his hand reaching out to press the snooze button on his alarm clock. He carefully slid out from under the warm covers, trying not to disturb his sleeping wife. The cool air hit his skin, making him shiver. He walked towards the window, the sky transitioning from a deep gray to a gentle shade of gold. The peaceful silence of the morning enveloped him, as he silently got ready for the day ahead.</w:t>
      </w:r>
      <w:r>
        <w:rPr>
          <w:rFonts w:ascii="IM Fell English" w:hAnsi="IM Fell English"/>
          <w:color w:val="141414"/>
          <w:sz w:val="24"/>
        </w:rPr>
      </w:r>
      <w:r>
        <w:rPr>
          <w:rFonts w:ascii="IM Fell English" w:hAnsi="IM Fell English"/>
          <w:color w:val="141414"/>
          <w:sz w:val="24"/>
        </w:rPr>
        <w:t>Sitting on the edge of the bed, watching his wife sleep on her side because of the large bulge under the sheets. He reached over and gently placed his hand on her belly, feeling a mix of emotions. She only had five weeks left until their first child was due, making him nervous yet excited.</w:t>
      </w:r>
      <w:r>
        <w:rPr>
          <w:rFonts w:ascii="IM Fell English" w:hAnsi="IM Fell English"/>
          <w:color w:val="141414"/>
          <w:sz w:val="24"/>
        </w:rPr>
      </w:r>
      <w:r>
        <w:rPr>
          <w:rFonts w:ascii="IM Fell English" w:hAnsi="IM Fell English"/>
          <w:color w:val="141414"/>
          <w:sz w:val="24"/>
        </w:rPr>
        <w:t>Eight months ago, when she revealed the news to him, he felt the very ground beneath him quake. They had been trying for 2 long years, spending a small sum of money on fertility treatments, all in vain. David had recently turned thirty-three, while Susan was four years his junior. For two years, he had watched her suffer through the crushing disappointment every time she thought she was pregnant, only to have her hopes shattered by a late period. It was heart-wrenching for them both, but no matter what, he promised to always be there for her.</w:t>
      </w:r>
      <w:r>
        <w:rPr>
          <w:rFonts w:ascii="IM Fell English" w:hAnsi="IM Fell English"/>
          <w:color w:val="141414"/>
          <w:sz w:val="24"/>
        </w:rPr>
      </w:r>
      <w:r>
        <w:rPr>
          <w:rFonts w:ascii="IM Fell English" w:hAnsi="IM Fell English"/>
          <w:color w:val="141414"/>
          <w:sz w:val="24"/>
        </w:rPr>
        <w:t>David couldn't forget that fateful night when they conceived, celebrating his new job in Portland with a bottle of scotch. They never expected getting drunk and having passionate sex would lead to pregnancy. In hindsight, it would have been a more cost-effective approach.</w:t>
      </w:r>
      <w:r>
        <w:rPr>
          <w:rFonts w:ascii="IM Fell English" w:hAnsi="IM Fell English"/>
          <w:color w:val="141414"/>
          <w:sz w:val="24"/>
        </w:rPr>
      </w:r>
      <w:r>
        <w:rPr>
          <w:rFonts w:ascii="IM Fell English" w:hAnsi="IM Fell English"/>
          <w:color w:val="141414"/>
          <w:sz w:val="24"/>
        </w:rPr>
        <w:t>Susan shifted under his hand so he got up and went to the shower.</w:t>
      </w:r>
      <w:r>
        <w:rPr>
          <w:rFonts w:ascii="IM Fell English" w:hAnsi="IM Fell English"/>
          <w:color w:val="141414"/>
          <w:sz w:val="24"/>
        </w:rPr>
      </w:r>
      <w:r>
        <w:rPr>
          <w:rFonts w:ascii="IM Fell English" w:hAnsi="IM Fell English"/>
          <w:color w:val="141414"/>
          <w:sz w:val="24"/>
        </w:rPr>
        <w:t>He was dressed, standing downstairs in the kitchen, while the morning radio played in the background. He could hear the faint sound of water flushing and the soft rustling of familiar slippers on the carpet and then down the stairs. As his wife entered, rubbing the sleep from her eyes, he couldn't help but admire her natural long auburn hair. At only five feet seven inches, Susan was a foot shorter than him, but her figure was envied by teenage cheerleaders. Her facial features were reminiscent of Katherine Zeta-Jones, and she moved with the grace of Princess Diana. As she walked into the kitchen with one hand on her back, he couldn't help but feel like the luckiest man on earth.</w:t>
      </w:r>
      <w:r>
        <w:rPr>
          <w:rFonts w:ascii="IM Fell English" w:hAnsi="IM Fell English"/>
          <w:color w:val="141414"/>
          <w:sz w:val="24"/>
        </w:rPr>
      </w:r>
      <w:r>
        <w:rPr>
          <w:rFonts w:ascii="IM Fell English" w:hAnsi="IM Fell English"/>
          <w:color w:val="141414"/>
          <w:sz w:val="24"/>
        </w:rPr>
        <w:t>Susan sauntered over and gave him a quick kiss on the cheek. "Did I disturb your slumber, my love?" he inquired. "No, large woman famished. Move man, or suffer the wrath of a sleep-deprived woman," she muttered groggily to David, who was blocking her path to the refrigerator.</w:t>
      </w:r>
      <w:r>
        <w:rPr>
          <w:rFonts w:ascii="IM Fell English" w:hAnsi="IM Fell English"/>
          <w:color w:val="141414"/>
          <w:sz w:val="24"/>
        </w:rPr>
      </w:r>
      <w:r>
        <w:rPr>
          <w:rFonts w:ascii="IM Fell English" w:hAnsi="IM Fell English"/>
          <w:color w:val="141414"/>
          <w:sz w:val="24"/>
        </w:rPr>
        <w:t>Laughing, he planted a kiss on her forehead before stepping aside and raising his hands in the air. "As a newly inducted member of the Portland police force, I must warn you that I have received specialized training, and I am skilled in hand-to-hand combat," he declared.</w:t>
      </w:r>
      <w:r>
        <w:rPr>
          <w:rFonts w:ascii="IM Fell English" w:hAnsi="IM Fell English"/>
          <w:color w:val="141414"/>
          <w:sz w:val="24"/>
        </w:rPr>
      </w:r>
      <w:r>
        <w:rPr>
          <w:rFonts w:ascii="IM Fell English" w:hAnsi="IM Fell English"/>
          <w:color w:val="141414"/>
          <w:sz w:val="24"/>
        </w:rPr>
        <w:t>"Move or you won't be getting any action for a year," she threatened, and without hesitation, he swung open the fridge door. "And what would my lady like for her breakfast?" he asked with a charming smile.</w:t>
      </w:r>
      <w:r>
        <w:rPr>
          <w:rFonts w:ascii="IM Fell English" w:hAnsi="IM Fell English"/>
          <w:color w:val="141414"/>
          <w:sz w:val="24"/>
        </w:rPr>
      </w:r>
      <w:r>
        <w:rPr>
          <w:rFonts w:ascii="IM Fell English" w:hAnsi="IM Fell English"/>
          <w:color w:val="141414"/>
          <w:sz w:val="24"/>
        </w:rPr>
        <w:t>With her tongue sticking out, she said, "Looks like combat man is running late for work. Again."</w:t>
      </w:r>
      <w:r>
        <w:rPr>
          <w:rFonts w:ascii="IM Fell English" w:hAnsi="IM Fell English"/>
          <w:color w:val="141414"/>
          <w:sz w:val="24"/>
        </w:rPr>
      </w:r>
      <w:r>
        <w:rPr>
          <w:rFonts w:ascii="IM Fell English" w:hAnsi="IM Fell English"/>
          <w:color w:val="141414"/>
          <w:sz w:val="24"/>
        </w:rPr>
        <w:t>"Damn," he cursed, glancing at the microwave clock which showed 6:45 am. He was supposed to start at seven and the commute would take twenty minutes, or thirty in heavy traffic. His first week in Portland was not going as smoothly as he had hoped for. He grabbed his sports bag from the kitchen table, packed with his thermos and lunch, and planted a quick kiss on Susan's head. "Have a great day," he said before dashing out the door.</w:t>
      </w:r>
      <w:r>
        <w:rPr>
          <w:rFonts w:ascii="IM Fell English" w:hAnsi="IM Fell English"/>
          <w:color w:val="141414"/>
          <w:sz w:val="24"/>
        </w:rPr>
      </w:r>
      <w:r>
        <w:rPr>
          <w:rFonts w:ascii="IM Fell English" w:hAnsi="IM Fell English"/>
          <w:color w:val="141414"/>
          <w:sz w:val="24"/>
        </w:rPr>
        <w:t>"Be safe," Susan shouted out as he left. A few moments later, she heard the engine of their well worn land cruiser rev up and drive away from their residence. Suzan had always disapproved of his line of work. Now, with their first child on the way, they would rely on his income more than ever before.</w:t>
      </w:r>
      <w:r>
        <w:rPr>
          <w:rFonts w:ascii="IM Fell English" w:hAnsi="IM Fell English"/>
          <w:color w:val="141414"/>
          <w:sz w:val="24"/>
        </w:rPr>
      </w:r>
      <w:r>
        <w:rPr>
          <w:rFonts w:ascii="IM Fell English" w:hAnsi="IM Fell English"/>
          <w:color w:val="141414"/>
          <w:sz w:val="24"/>
        </w:rPr>
        <w:t>The aroma of the ham wafted into her nostrils, triggering thoughts of pickles, cheezles, and ham sandwich. In an instant, she was consumed by a sense of purpose, forgetting her previous musings. With a determined smile, she readied herself for her own personal quest.</w:t>
      </w:r>
    </w:p>
    <w:p>
      <w:r>
        <w:rPr>
          <w:rFonts w:ascii="IM Fell English" w:hAnsi="IM Fell English"/>
          <w:color w:val="141414"/>
          <w:sz w:val="24"/>
        </w:rPr>
      </w:r>
      <w:r>
        <w:rPr>
          <w:rFonts w:ascii="IM Fell English" w:hAnsi="IM Fell English"/>
          <w:color w:val="141414"/>
          <w:sz w:val="24"/>
        </w:rPr>
        <w:t>At 7:10 in the morning, David entered the entrance of the Portland police station. A voice called out to him, "Constable Pierce, this makes three days in a row." David lifted his gaze to see Superintendent Mitch Warren, strolling towards him. "Let's not make a habit out of this," the superintendent said sternly.</w:t>
      </w:r>
      <w:r>
        <w:rPr>
          <w:rFonts w:ascii="IM Fell English" w:hAnsi="IM Fell English"/>
          <w:color w:val="141414"/>
          <w:sz w:val="24"/>
        </w:rPr>
      </w:r>
      <w:r>
        <w:rPr>
          <w:rFonts w:ascii="IM Fell English" w:hAnsi="IM Fell English"/>
          <w:color w:val="141414"/>
          <w:sz w:val="24"/>
        </w:rPr>
        <w:t>"Sir," David replied. "We're still getting settled in our new home and things are still unpacked. My wife is currently in the late stages of pregnancy and is unable to lift or move anything, so our progress has been slow."</w:t>
      </w:r>
      <w:r>
        <w:rPr>
          <w:rFonts w:ascii="IM Fell English" w:hAnsi="IM Fell English"/>
          <w:color w:val="141414"/>
          <w:sz w:val="24"/>
        </w:rPr>
      </w:r>
      <w:r>
        <w:rPr>
          <w:rFonts w:ascii="IM Fell English" w:hAnsi="IM Fell English"/>
          <w:color w:val="141414"/>
          <w:sz w:val="24"/>
        </w:rPr>
        <w:t>"Understood. You're with Sergeant Connors on highway 86, taking the northern route. He's waiting for you out back."</w:t>
      </w:r>
      <w:r>
        <w:rPr>
          <w:rFonts w:ascii="IM Fell English" w:hAnsi="IM Fell English"/>
          <w:color w:val="141414"/>
          <w:sz w:val="24"/>
        </w:rPr>
      </w:r>
      <w:r>
        <w:rPr>
          <w:rFonts w:ascii="IM Fell English" w:hAnsi="IM Fell English"/>
          <w:color w:val="141414"/>
          <w:sz w:val="24"/>
        </w:rPr>
        <w:t>"Yes sir," David said, making his way down the corridor towards the police parking lot.</w:t>
      </w:r>
      <w:r>
        <w:rPr>
          <w:rFonts w:ascii="IM Fell English" w:hAnsi="IM Fell English"/>
          <w:color w:val="141414"/>
          <w:sz w:val="24"/>
        </w:rPr>
      </w:r>
      <w:r>
        <w:rPr>
          <w:rFonts w:ascii="IM Fell English" w:hAnsi="IM Fell English"/>
          <w:color w:val="141414"/>
          <w:sz w:val="24"/>
        </w:rPr>
        <w:t>As Mitchell observed Sargent Pierce stride down the corridor, he thought having him on the Portland police force would be a good fit. Turning to the front desk where an officer was busy jotting down notes, he asked for detective O'Neil. The officer promptly replied, "Yes, sir."</w:t>
      </w:r>
      <w:r>
        <w:rPr>
          <w:rFonts w:ascii="IM Fell English" w:hAnsi="IM Fell English"/>
          <w:color w:val="141414"/>
          <w:sz w:val="24"/>
        </w:rPr>
      </w:r>
      <w:r>
        <w:rPr>
          <w:rFonts w:ascii="IM Fell English" w:hAnsi="IM Fell English"/>
          <w:color w:val="141414"/>
          <w:sz w:val="24"/>
        </w:rPr>
        <w:t>David didn't take the time to store his personal bag in his locker; instead, he headed straight for the rear parking lot where Sergeant Brent Conners awaited him. With a grin, Sergeant Conners was busy stowing the police bags filled with supplies needed for their daily commute, fully aware that David was running late and had faced the Superintendent's ire. The twin black bags were standard issue for all police to have within their police cruises for all types of situations.</w:t>
      </w:r>
      <w:r>
        <w:rPr>
          <w:rFonts w:ascii="IM Fell English" w:hAnsi="IM Fell English"/>
          <w:color w:val="141414"/>
          <w:sz w:val="24"/>
        </w:rPr>
      </w:r>
      <w:r>
        <w:rPr>
          <w:rFonts w:ascii="IM Fell English" w:hAnsi="IM Fell English"/>
          <w:color w:val="141414"/>
          <w:sz w:val="24"/>
        </w:rPr>
        <w:t>"Did you get to say good morning to the Super?" Brent asked with a smirk.</w:t>
      </w:r>
      <w:r>
        <w:rPr>
          <w:rFonts w:ascii="IM Fell English" w:hAnsi="IM Fell English"/>
          <w:color w:val="141414"/>
          <w:sz w:val="24"/>
        </w:rPr>
      </w:r>
      <w:r>
        <w:rPr>
          <w:rFonts w:ascii="IM Fell English" w:hAnsi="IM Fell English"/>
          <w:color w:val="141414"/>
          <w:sz w:val="24"/>
        </w:rPr>
        <w:t>"Funny," muttered David, lobbing his bag in the trunk.</w:t>
      </w:r>
      <w:r>
        <w:rPr>
          <w:rFonts w:ascii="IM Fell English" w:hAnsi="IM Fell English"/>
          <w:color w:val="141414"/>
          <w:sz w:val="24"/>
        </w:rPr>
      </w:r>
      <w:r>
        <w:rPr>
          <w:rFonts w:ascii="IM Fell English" w:hAnsi="IM Fell English"/>
          <w:color w:val="141414"/>
          <w:sz w:val="24"/>
        </w:rPr>
        <w:t>David took an instant liking to Brent, who was ten years older, and he always seemed chilled and easy to talk to. This made moving to Portland easier for David. He was able to talk about the challenges he had been dealing with, especially the move and Suzan, his wife, feeling overwhelmed and disconnected in a town that was still foreign to her. David talked about Suzan, heavily pregnant, who was starting to feel the walls were closing in on her and struggling with the changes.</w:t>
      </w:r>
      <w:r>
        <w:rPr>
          <w:rFonts w:ascii="IM Fell English" w:hAnsi="IM Fell English"/>
          <w:color w:val="141414"/>
          <w:sz w:val="24"/>
        </w:rPr>
      </w:r>
      <w:r>
        <w:rPr>
          <w:rFonts w:ascii="IM Fell English" w:hAnsi="IM Fell English"/>
          <w:color w:val="141414"/>
          <w:sz w:val="24"/>
        </w:rPr>
        <w:t>Listening attentively, Brent offered a solution.</w:t>
      </w:r>
      <w:r>
        <w:rPr>
          <w:rFonts w:ascii="IM Fell English" w:hAnsi="IM Fell English"/>
          <w:color w:val="141414"/>
          <w:sz w:val="24"/>
        </w:rPr>
      </w:r>
      <w:r>
        <w:rPr>
          <w:rFonts w:ascii="IM Fell English" w:hAnsi="IM Fell English"/>
          <w:color w:val="141414"/>
          <w:sz w:val="24"/>
        </w:rPr>
        <w:t>"Tell you what. It's my turn to put on a BBQ for the boys. We each take turns to host at our homes. It gives us time to unwind, catch up and, more importantly, for the wives to bond and try and outdo each other with their cooking skills." laughed Brent.</w:t>
      </w:r>
      <w:r>
        <w:rPr>
          <w:rFonts w:ascii="IM Fell English" w:hAnsi="IM Fell English"/>
          <w:color w:val="141414"/>
          <w:sz w:val="24"/>
        </w:rPr>
      </w:r>
      <w:r>
        <w:rPr>
          <w:rFonts w:ascii="IM Fell English" w:hAnsi="IM Fell English"/>
          <w:color w:val="141414"/>
          <w:sz w:val="24"/>
        </w:rPr>
        <w:t>"I was thinking of having ours next weekend, but I'll bring it forward to this weekend. You and Suzan come on over and if she's 8-months pregnant like you say, this is going to drive all the ladies nuts and batshit clucky." Brent closed the trunk, threw the keys to David.</w:t>
      </w:r>
      <w:r>
        <w:rPr>
          <w:rFonts w:ascii="IM Fell English" w:hAnsi="IM Fell English"/>
          <w:color w:val="141414"/>
          <w:sz w:val="24"/>
        </w:rPr>
      </w:r>
      <w:r>
        <w:rPr>
          <w:rFonts w:ascii="IM Fell English" w:hAnsi="IM Fell English"/>
          <w:color w:val="141414"/>
          <w:sz w:val="24"/>
        </w:rPr>
        <w:t>"Trust me. Suzan is going to love it. Now let's get going. We got Highway 86. We'll head north up to Ballina. Take the A9 over to old Kent's Dam and circle back to Portland, which should take about five hours.</w:t>
      </w:r>
      <w:r>
        <w:rPr>
          <w:rFonts w:ascii="IM Fell English" w:hAnsi="IM Fell English"/>
          <w:color w:val="141414"/>
          <w:sz w:val="24"/>
        </w:rPr>
      </w:r>
      <w:r>
        <w:rPr>
          <w:rFonts w:ascii="IM Fell English" w:hAnsi="IM Fell English"/>
          <w:color w:val="141414"/>
          <w:sz w:val="24"/>
        </w:rPr>
        <w:t>"Thanks Brent" said David as they set off.</w:t>
      </w:r>
    </w:p>
    <w:p>
      <w:pPr>
        <w:pStyle w:val="Heading1"/>
        <w:jc w:val="center"/>
      </w:pPr>
      <w:r>
        <w:rPr>
          <w:rFonts w:ascii="IM Fell English" w:hAnsi="IM Fell English"/>
          <w:color w:val="0D0D0D"/>
        </w:rPr>
        <w:t>Chapter 3</w:t>
      </w:r>
    </w:p>
    <w:p>
      <w:r>
        <w:rPr>
          <w:rFonts w:ascii="IM Fell English" w:hAnsi="IM Fell English"/>
          <w:color w:val="141414"/>
          <w:sz w:val="24"/>
        </w:rPr>
      </w:r>
      <w:r>
        <w:rPr>
          <w:rFonts w:ascii="IM Fell English" w:hAnsi="IM Fell English"/>
          <w:color w:val="141414"/>
          <w:sz w:val="24"/>
        </w:rPr>
        <w:t>Ten minutes later detective O'Neil appeared, adjusting his tie and looking every bit the part of a seasoned investigator. His salt-and-pepper hair, coupled with deep lines etched around his eyes, spoke of years spent chasing shadows through Portland's darkest corners.</w:t>
      </w:r>
      <w:r>
        <w:rPr>
          <w:rFonts w:ascii="IM Fell English" w:hAnsi="IM Fell English"/>
          <w:color w:val="141414"/>
          <w:sz w:val="24"/>
        </w:rPr>
      </w:r>
      <w:r>
        <w:rPr>
          <w:rFonts w:ascii="IM Fell English" w:hAnsi="IM Fell English"/>
          <w:color w:val="141414"/>
          <w:sz w:val="24"/>
        </w:rPr>
        <w:t>The superintendent leaned back in his chair, the weight of years pressing down on him as he swept a hand over the jungle of files that cluttered his desk. O'Neil hesitated for a moment before settling into the worn chair across from him. A heavy silence hung in the air, thick with the gravity of unspoken truths. For seventeen years, these documents had been his constant companions, detailing eight unsolved cases that echoed with haunting familiarity. Each file told a story of loss and confusion, unraveling a chilling narrative that hinted at a predator roaming free in Portland—yet the townspeople remained blissfully unaware.</w:t>
      </w:r>
      <w:r>
        <w:rPr>
          <w:rFonts w:ascii="IM Fell English" w:hAnsi="IM Fell English"/>
          <w:color w:val="141414"/>
          <w:sz w:val="24"/>
        </w:rPr>
      </w:r>
      <w:r>
        <w:rPr>
          <w:rFonts w:ascii="IM Fell English" w:hAnsi="IM Fell English"/>
          <w:color w:val="141414"/>
          <w:sz w:val="24"/>
        </w:rPr>
        <w:t>He sighed, the corners of his mouth tightening as he recounted the details in his mind. The police department had kept quiet, knowing that revealing the truth would only sow fear among the populace. People would demand a police response and the killer apprehended, something the police struggled to apprehend for seventenn years. Informing the public would only lead to chaos rather than clarity. But the pattern was undeniable. The victims, a somber collection of young women—white, resembling one another in build and hair—were linked by a sinister thread. All women were Caucasian, around 5 feet 7 inches tall with blond hair of varying lengths, and were murdered using the identical method. This resulted in him being dubbed JACK, like the infamous Jack the Ripper. Every victim had their reproductive organs extracted.</w:t>
      </w:r>
      <w:r>
        <w:rPr>
          <w:rFonts w:ascii="IM Fell English" w:hAnsi="IM Fell English"/>
          <w:color w:val="141414"/>
          <w:sz w:val="24"/>
        </w:rPr>
      </w:r>
      <w:r>
        <w:rPr>
          <w:rFonts w:ascii="IM Fell English" w:hAnsi="IM Fell English"/>
          <w:color w:val="141414"/>
          <w:sz w:val="24"/>
        </w:rPr>
        <w:t>Slowly raising his hea to look O'Neil in the eyes Mitch said "Jacks back."</w:t>
      </w:r>
      <w:r>
        <w:rPr>
          <w:rFonts w:ascii="IM Fell English" w:hAnsi="IM Fell English"/>
          <w:color w:val="141414"/>
          <w:sz w:val="24"/>
        </w:rPr>
      </w:r>
      <w:r>
        <w:rPr>
          <w:rFonts w:ascii="IM Fell English" w:hAnsi="IM Fell English"/>
          <w:color w:val="141414"/>
          <w:sz w:val="24"/>
        </w:rPr>
        <w:t>Mitch slid a new file across the table, displaying the photo of a 28-year-old woman named Emma.</w:t>
      </w:r>
      <w:r>
        <w:rPr>
          <w:rFonts w:ascii="IM Fell English" w:hAnsi="IM Fell English"/>
          <w:color w:val="141414"/>
          <w:sz w:val="24"/>
        </w:rPr>
      </w:r>
      <w:r>
        <w:rPr>
          <w:rFonts w:ascii="IM Fell English" w:hAnsi="IM Fell English"/>
          <w:color w:val="141414"/>
          <w:sz w:val="24"/>
        </w:rPr>
        <w:t>Immediately, O'Neil knew just from the photo she was likely long dead as she matched all eight other files on the table.</w:t>
      </w:r>
      <w:r>
        <w:rPr>
          <w:rFonts w:ascii="IM Fell English" w:hAnsi="IM Fell English"/>
          <w:color w:val="141414"/>
          <w:sz w:val="24"/>
        </w:rPr>
      </w:r>
      <w:r>
        <w:rPr>
          <w:rFonts w:ascii="IM Fell English" w:hAnsi="IM Fell English"/>
          <w:color w:val="141414"/>
          <w:sz w:val="24"/>
        </w:rPr>
        <w:t>"Emma's flatmate grew worried when she didn't return home from work on Saturday, the 27th, four days ago. She came to report her concerns the following morning, but was turned away and told to wait the standard 24 hours. She lodged the missing person Sunday night."</w:t>
      </w:r>
      <w:r>
        <w:rPr>
          <w:rFonts w:ascii="IM Fell English" w:hAnsi="IM Fell English"/>
          <w:color w:val="141414"/>
          <w:sz w:val="24"/>
        </w:rPr>
      </w:r>
      <w:r>
        <w:rPr>
          <w:rFonts w:ascii="IM Fell English" w:hAnsi="IM Fell English"/>
          <w:color w:val="141414"/>
          <w:sz w:val="24"/>
        </w:rPr>
        <w:t>“How come I’m only looking at this now?” asked O'Neil.</w:t>
      </w:r>
      <w:r>
        <w:rPr>
          <w:rFonts w:ascii="IM Fell English" w:hAnsi="IM Fell English"/>
          <w:color w:val="141414"/>
          <w:sz w:val="24"/>
        </w:rPr>
      </w:r>
      <w:r>
        <w:rPr>
          <w:rFonts w:ascii="IM Fell English" w:hAnsi="IM Fell English"/>
          <w:color w:val="141414"/>
          <w:sz w:val="24"/>
        </w:rPr>
        <w:t>“Front desk sergeant didn't lodge the form properly. New guy. Stuff got lost. It was only after a further phone call from the flat mate yesterday that someone located the form and handed it to me. I’ve contacted the girl’s parents, who state no further contact since last Saturday afternoon when they spoke before she went to work.”</w:t>
      </w:r>
      <w:r>
        <w:rPr>
          <w:rFonts w:ascii="IM Fell English" w:hAnsi="IM Fell English"/>
          <w:color w:val="141414"/>
          <w:sz w:val="24"/>
        </w:rPr>
      </w:r>
      <w:r>
        <w:rPr>
          <w:rFonts w:ascii="IM Fell English" w:hAnsi="IM Fell English"/>
          <w:color w:val="141414"/>
          <w:sz w:val="24"/>
        </w:rPr>
        <w:t>O’Neil looked up. “Where?”</w:t>
      </w:r>
      <w:r>
        <w:rPr>
          <w:rFonts w:ascii="IM Fell English" w:hAnsi="IM Fell English"/>
          <w:color w:val="141414"/>
          <w:sz w:val="24"/>
        </w:rPr>
      </w:r>
      <w:r>
        <w:rPr>
          <w:rFonts w:ascii="IM Fell English" w:hAnsi="IM Fell English"/>
          <w:color w:val="141414"/>
          <w:sz w:val="24"/>
        </w:rPr>
        <w:t>“Red barn,” said Mitch.</w:t>
      </w:r>
      <w:r>
        <w:rPr>
          <w:rFonts w:ascii="IM Fell English" w:hAnsi="IM Fell English"/>
          <w:color w:val="141414"/>
          <w:sz w:val="24"/>
        </w:rPr>
      </w:r>
      <w:r>
        <w:rPr>
          <w:rFonts w:ascii="IM Fell English" w:hAnsi="IM Fell English"/>
          <w:color w:val="141414"/>
          <w:sz w:val="24"/>
        </w:rPr>
        <w:t>“Didn’t that joint close up a few months ago?” asked O'Neil.</w:t>
      </w:r>
      <w:r>
        <w:rPr>
          <w:rFonts w:ascii="IM Fell English" w:hAnsi="IM Fell English"/>
          <w:color w:val="141414"/>
          <w:sz w:val="24"/>
        </w:rPr>
      </w:r>
      <w:r>
        <w:rPr>
          <w:rFonts w:ascii="IM Fell English" w:hAnsi="IM Fell English"/>
          <w:color w:val="141414"/>
          <w:sz w:val="24"/>
        </w:rPr>
        <w:t>“No, it’s never closed. The locals don’t care so long as they don’t have to put up with loud drunken juveniles in town all night.”</w:t>
      </w:r>
      <w:r>
        <w:rPr>
          <w:rFonts w:ascii="IM Fell English" w:hAnsi="IM Fell English"/>
          <w:color w:val="141414"/>
          <w:sz w:val="24"/>
        </w:rPr>
      </w:r>
      <w:r>
        <w:rPr>
          <w:rFonts w:ascii="IM Fell English" w:hAnsi="IM Fell English"/>
          <w:color w:val="141414"/>
          <w:sz w:val="24"/>
        </w:rPr>
        <w:t>“It’s been nearly three years, O’Neil. All eight victims right here in Portland, and nowhere else. This predator has to be someone local, not just a passerby. That means for the past 17 years, we’ve unknowingly brushed shoulders with him. We’ve stood next to him in the grocery store checkout line, exchanged pleasantries at events, or shared a meal at the same restaurant, oblivious to the predator lurking among us. And now, we’ve already mishandled crucial information giving Jack a ninety-six hour head start. I won’t sit idly by while he slips through our fingers once more. I want more hands working this. This time, let’s put the pressure on him. We’ve waited far too long already; I refuse to let it drag out for another three years or more. We will hunt him down and bring him to justice—whatever it takes.”</w:t>
      </w:r>
      <w:r>
        <w:rPr>
          <w:rFonts w:ascii="IM Fell English" w:hAnsi="IM Fell English"/>
          <w:color w:val="141414"/>
          <w:sz w:val="24"/>
        </w:rPr>
      </w:r>
      <w:r>
        <w:rPr>
          <w:rFonts w:ascii="IM Fell English" w:hAnsi="IM Fell English"/>
          <w:color w:val="141414"/>
          <w:sz w:val="24"/>
        </w:rPr>
        <w:t>Mitch sternly requested that O'Neil assemble a team of three individuals to solely focus on the task at hand for the next 6 weeks.</w:t>
      </w:r>
      <w:r>
        <w:rPr>
          <w:rFonts w:ascii="IM Fell English" w:hAnsi="IM Fell English"/>
          <w:color w:val="141414"/>
          <w:sz w:val="24"/>
        </w:rPr>
      </w:r>
      <w:r>
        <w:rPr>
          <w:rFonts w:ascii="IM Fell English" w:hAnsi="IM Fell English"/>
          <w:color w:val="141414"/>
          <w:sz w:val="24"/>
        </w:rPr>
        <w:t>"Do you understand me?" he asked with a sense of urgency in his voice.</w:t>
      </w:r>
      <w:r>
        <w:rPr>
          <w:rFonts w:ascii="IM Fell English" w:hAnsi="IM Fell English"/>
          <w:color w:val="141414"/>
          <w:sz w:val="24"/>
        </w:rPr>
      </w:r>
      <w:r>
        <w:rPr>
          <w:rFonts w:ascii="IM Fell English" w:hAnsi="IM Fell English"/>
          <w:color w:val="141414"/>
          <w:sz w:val="24"/>
        </w:rPr>
        <w:t>"Loud and clear," O'Neil replied.</w:t>
      </w:r>
      <w:r>
        <w:rPr>
          <w:rFonts w:ascii="IM Fell English" w:hAnsi="IM Fell English"/>
          <w:color w:val="141414"/>
          <w:sz w:val="24"/>
        </w:rPr>
      </w:r>
      <w:r>
        <w:rPr>
          <w:rFonts w:ascii="IM Fell English" w:hAnsi="IM Fell English"/>
          <w:color w:val="141414"/>
          <w:sz w:val="24"/>
        </w:rPr>
        <w:t>"I need tangible results, innovative ideas, and a breakthrough lead. This Jack situation needs to be resolved." said Mitch</w:t>
      </w:r>
      <w:r>
        <w:rPr>
          <w:rFonts w:ascii="IM Fell English" w:hAnsi="IM Fell English"/>
          <w:color w:val="141414"/>
          <w:sz w:val="24"/>
        </w:rPr>
      </w:r>
      <w:r>
        <w:rPr>
          <w:rFonts w:ascii="IM Fell English" w:hAnsi="IM Fell English"/>
          <w:color w:val="141414"/>
          <w:sz w:val="24"/>
        </w:rPr>
        <w:t>"When do you want the team ready?" O'Neil inquired.</w:t>
      </w:r>
      <w:r>
        <w:rPr>
          <w:rFonts w:ascii="IM Fell English" w:hAnsi="IM Fell English"/>
          <w:color w:val="141414"/>
          <w:sz w:val="24"/>
        </w:rPr>
      </w:r>
      <w:r>
        <w:rPr>
          <w:rFonts w:ascii="IM Fell English" w:hAnsi="IM Fell English"/>
          <w:color w:val="141414"/>
          <w:sz w:val="24"/>
        </w:rPr>
        <w:t>"Immediately. I want everything put together by the end of the day," Mitch demanded.</w:t>
      </w:r>
      <w:r>
        <w:rPr>
          <w:rFonts w:ascii="IM Fell English" w:hAnsi="IM Fell English"/>
          <w:color w:val="141414"/>
          <w:sz w:val="24"/>
        </w:rPr>
      </w:r>
      <w:r>
        <w:rPr>
          <w:rFonts w:ascii="IM Fell English" w:hAnsi="IM Fell English"/>
          <w:color w:val="141414"/>
          <w:sz w:val="24"/>
        </w:rPr>
        <w:t>As O'Neil walked back to his office, he carried the file of the latest victim, Emma. He paused outside his office door. "Sarah, I need a comprehensive list of all employees in this office and district, including those in the special operations unit," he instructed his secretary before closing his door. This task was of the utmost importance and required the collaboration of the most capable individuals.</w:t>
      </w:r>
      <w:r>
        <w:rPr>
          <w:rFonts w:ascii="IM Fell English" w:hAnsi="IM Fell English"/>
          <w:color w:val="141414"/>
          <w:sz w:val="24"/>
        </w:rPr>
      </w:r>
      <w:r>
        <w:rPr>
          <w:rFonts w:ascii="IM Fell English" w:hAnsi="IM Fell English"/>
          <w:color w:val="141414"/>
          <w:sz w:val="24"/>
        </w:rPr>
        <w:t>O'Neil's office was passable; no scenic views, tucked away from the other officers in the building. After the tragic loss of his wife six years ago, he receded into himself and was less social with other officers. A knock at the door interrupted his thoughts. "Come in," he beckoned. Sarah entered with the requested lists. "Thanks, now I need you to clear out room three. I'll be using it for the next month," he instructed. "But room three is currently being used for the new recruits' training for the next ten days," Sarah reminded him. O'Neil smiled at her and replied, "Just tell the boys to find another room, and if they have any issues, they can take it up with the boss. Either way, I want that room clean. No interruptions." With that, he buried his head back into the files. Sarah exited, closing the door behind her.</w:t>
      </w:r>
      <w:r>
        <w:rPr>
          <w:rFonts w:ascii="IM Fell English" w:hAnsi="IM Fell English"/>
          <w:color w:val="141414"/>
          <w:sz w:val="24"/>
        </w:rPr>
      </w:r>
      <w:r>
        <w:rPr>
          <w:rFonts w:ascii="IM Fell English" w:hAnsi="IM Fell English"/>
          <w:color w:val="141414"/>
          <w:sz w:val="24"/>
        </w:rPr>
        <w:t>Seventeen years ago, under Superintendent Mitch Warren, Portland underwent a transformation as the police and medical examiners' offices merged. Mitch was highly regarded, known for his fairness tempered with an unyielding stance against wrongdoing. The attorney general and governor's office were facing mounting pressure from the media and public, who were fed up with corrupt police and tainted evidence, not to mention missing drugs, money, and firearms. With his impressive background in the police force, Mitch was tasked with the monumental job of "cleaning house." Within six years of his appointment, twelve officers faced criminal charges and three others abruptly resigned. It could be said that Mitch's efforts brought about a thorough cleansing of the system.</w:t>
      </w:r>
      <w:r>
        <w:rPr>
          <w:rFonts w:ascii="IM Fell English" w:hAnsi="IM Fell English"/>
          <w:color w:val="141414"/>
          <w:sz w:val="24"/>
        </w:rPr>
      </w:r>
      <w:r>
        <w:rPr>
          <w:rFonts w:ascii="IM Fell English" w:hAnsi="IM Fell English"/>
          <w:color w:val="141414"/>
          <w:sz w:val="24"/>
        </w:rPr>
        <w:t>O'neil scrutinized over three hundred names, scattered throughout the Portland District, representing a diverse range of skills and backgrounds; both field police and lab technicians to military personnel. The detective knew exactly the kind of team he needed. At the forefront of his mind was a skilled crime scene investigator. It was clear that all evidence would need to be carefully re-evaluated with fresh eyes.</w:t>
      </w:r>
      <w:r>
        <w:rPr>
          <w:rFonts w:ascii="IM Fell English" w:hAnsi="IM Fell English"/>
          <w:color w:val="141414"/>
          <w:sz w:val="24"/>
        </w:rPr>
      </w:r>
      <w:r>
        <w:rPr>
          <w:rFonts w:ascii="IM Fell English" w:hAnsi="IM Fell English"/>
          <w:color w:val="141414"/>
          <w:sz w:val="24"/>
        </w:rPr>
        <w:t>After scanning the list, he promptly picked up the phone and dialed the number. "Hello, this is Mike speaking." "Mike, it's Detective O'Neil. Can you put me in touch with the person in charge?" "That would be Connors, sir. One moment, I'll transfer you."</w:t>
      </w:r>
      <w:r>
        <w:rPr>
          <w:rFonts w:ascii="IM Fell English" w:hAnsi="IM Fell English"/>
          <w:color w:val="141414"/>
          <w:sz w:val="24"/>
        </w:rPr>
      </w:r>
      <w:r>
        <w:rPr>
          <w:rFonts w:ascii="IM Fell English" w:hAnsi="IM Fell English"/>
          <w:color w:val="141414"/>
          <w:sz w:val="24"/>
        </w:rPr>
        <w:t>A few seconds later, Connors answered, "This is Connors, how can I assist you, O'Neil?"</w:t>
      </w:r>
      <w:r>
        <w:rPr>
          <w:rFonts w:ascii="IM Fell English" w:hAnsi="IM Fell English"/>
          <w:color w:val="141414"/>
          <w:sz w:val="24"/>
        </w:rPr>
      </w:r>
      <w:r>
        <w:rPr>
          <w:rFonts w:ascii="IM Fell English" w:hAnsi="IM Fell English"/>
          <w:color w:val="141414"/>
          <w:sz w:val="24"/>
        </w:rPr>
        <w:t>"Who is your top CSI field agent?" the detective inquired.</w:t>
      </w:r>
      <w:r>
        <w:rPr>
          <w:rFonts w:ascii="IM Fell English" w:hAnsi="IM Fell English"/>
          <w:color w:val="141414"/>
          <w:sz w:val="24"/>
        </w:rPr>
      </w:r>
      <w:r>
        <w:rPr>
          <w:rFonts w:ascii="IM Fell English" w:hAnsi="IM Fell English"/>
          <w:color w:val="141414"/>
          <w:sz w:val="24"/>
        </w:rPr>
        <w:t>"That would be Marcus Stanmore. He's been with us for three years now and is the best in the business. He can be a bit cocky, but he knows his stuff. Is there a reason you're asking, detective?"</w:t>
      </w:r>
      <w:r>
        <w:rPr>
          <w:rFonts w:ascii="IM Fell English" w:hAnsi="IM Fell English"/>
          <w:color w:val="141414"/>
          <w:sz w:val="24"/>
        </w:rPr>
      </w:r>
      <w:r>
        <w:rPr>
          <w:rFonts w:ascii="IM Fell English" w:hAnsi="IM Fell English"/>
          <w:color w:val="141414"/>
          <w:sz w:val="24"/>
        </w:rPr>
        <w:t>"He's going to be re-assigned to work with me for the next 6 weeks. Have him gather his equipment and report to the superintendent's office at ten o'clock sharp."</w:t>
      </w:r>
      <w:r>
        <w:rPr>
          <w:rFonts w:ascii="IM Fell English" w:hAnsi="IM Fell English"/>
          <w:color w:val="141414"/>
          <w:sz w:val="24"/>
        </w:rPr>
      </w:r>
      <w:r>
        <w:rPr>
          <w:rFonts w:ascii="IM Fell English" w:hAnsi="IM Fell English"/>
          <w:color w:val="141414"/>
          <w:sz w:val="24"/>
        </w:rPr>
        <w:t>"I'm afraid that's not possible, sir. Stanmore is currently swamped with evidence processing. If you're lucky, he might be available in about five weeks."</w:t>
      </w:r>
      <w:r>
        <w:rPr>
          <w:rFonts w:ascii="IM Fell English" w:hAnsi="IM Fell English"/>
          <w:color w:val="141414"/>
          <w:sz w:val="24"/>
        </w:rPr>
      </w:r>
      <w:r>
        <w:rPr>
          <w:rFonts w:ascii="IM Fell English" w:hAnsi="IM Fell English"/>
          <w:color w:val="141414"/>
          <w:sz w:val="24"/>
        </w:rPr>
        <w:t>"I understand, but this is non-negotiable. Call the super, and he'll approve the transfer, but I expect Stanmore to be there by Eleven, or I'll personally come and retrieve him at five past."</w:t>
      </w:r>
      <w:r>
        <w:rPr>
          <w:rFonts w:ascii="IM Fell English" w:hAnsi="IM Fell English"/>
          <w:color w:val="141414"/>
          <w:sz w:val="24"/>
        </w:rPr>
      </w:r>
      <w:r>
        <w:rPr>
          <w:rFonts w:ascii="IM Fell English" w:hAnsi="IM Fell English"/>
          <w:color w:val="141414"/>
          <w:sz w:val="24"/>
        </w:rPr>
        <w:t>With that, the detective hung up, satisfied that his first order of business was in motion. One down, two to go.</w:t>
      </w:r>
      <w:r>
        <w:rPr>
          <w:rFonts w:ascii="IM Fell English" w:hAnsi="IM Fell English"/>
          <w:color w:val="141414"/>
          <w:sz w:val="24"/>
        </w:rPr>
      </w:r>
    </w:p>
    <w:p>
      <w:pPr>
        <w:pStyle w:val="Heading1"/>
        <w:jc w:val="center"/>
      </w:pPr>
      <w:r>
        <w:rPr>
          <w:rFonts w:ascii="IM Fell English" w:hAnsi="IM Fell English"/>
          <w:color w:val="0D0D0D"/>
        </w:rPr>
        <w:t>Chapter 4</w:t>
      </w:r>
    </w:p>
    <w:p>
      <w:r>
        <w:rPr>
          <w:rFonts w:ascii="IM Fell English" w:hAnsi="IM Fell English"/>
          <w:color w:val="141414"/>
          <w:sz w:val="24"/>
        </w:rPr>
      </w:r>
      <w:r>
        <w:rPr>
          <w:rFonts w:ascii="IM Fell English" w:hAnsi="IM Fell English"/>
          <w:color w:val="141414"/>
          <w:sz w:val="24"/>
        </w:rPr>
        <w:t>Peering at his watch, the time read 9.59am as he strode to the superintendent's office and faced Jennifer, the secretary. "He's waiting for you," she said, raising her gaze to him and nodding to go in. O'Neil always had a fondness for Jennifer, she was a kind soul. He had nearly mustered the courage to ask her out two years ago at some office party. But fate intervened when her boyfriend abruptly appeared mid-conversation. Jennifer remained the only person he had considered taking on a date since his wife's passing of 6 years now to cancer.</w:t>
      </w:r>
      <w:r>
        <w:rPr>
          <w:rFonts w:ascii="IM Fell English" w:hAnsi="IM Fell English"/>
          <w:color w:val="141414"/>
          <w:sz w:val="24"/>
        </w:rPr>
      </w:r>
      <w:r>
        <w:rPr>
          <w:rFonts w:ascii="IM Fell English" w:hAnsi="IM Fell English"/>
          <w:color w:val="141414"/>
          <w:sz w:val="24"/>
        </w:rPr>
        <w:t>As he winked and flashed a charming smile at Jennifer, his gaze shifted to the waiting area. Amidst the rows of chairs, he spotted a young, beachy-looking guy with what he assumed were blonde streaks in his hair. "Kids these days," he thought to himself with a hint of amusement.</w:t>
      </w:r>
      <w:r>
        <w:rPr>
          <w:rFonts w:ascii="IM Fell English" w:hAnsi="IM Fell English"/>
          <w:color w:val="141414"/>
          <w:sz w:val="24"/>
        </w:rPr>
      </w:r>
      <w:r>
        <w:rPr>
          <w:rFonts w:ascii="IM Fell English" w:hAnsi="IM Fell English"/>
          <w:color w:val="141414"/>
          <w:sz w:val="24"/>
        </w:rPr>
        <w:t>"Stanmore," he called out, and the guy responded with a respectful, "sir."</w:t>
      </w:r>
      <w:r>
        <w:rPr>
          <w:rFonts w:ascii="IM Fell English" w:hAnsi="IM Fell English"/>
          <w:color w:val="141414"/>
          <w:sz w:val="24"/>
        </w:rPr>
      </w:r>
      <w:r>
        <w:rPr>
          <w:rFonts w:ascii="IM Fell English" w:hAnsi="IM Fell English"/>
          <w:color w:val="141414"/>
          <w:sz w:val="24"/>
        </w:rPr>
        <w:t>"Follow me," he instructed, leading the way to the superintendent's office.</w:t>
      </w:r>
      <w:r>
        <w:rPr>
          <w:rFonts w:ascii="IM Fell English" w:hAnsi="IM Fell English"/>
          <w:color w:val="141414"/>
          <w:sz w:val="24"/>
        </w:rPr>
      </w:r>
      <w:r>
        <w:rPr>
          <w:rFonts w:ascii="IM Fell English" w:hAnsi="IM Fell English"/>
          <w:color w:val="141414"/>
          <w:sz w:val="24"/>
        </w:rPr>
        <w:t>Inside, Mitch was on the phone, but motioned for them to take a seat. "Good," he said into the phone, "keep me updated."</w:t>
      </w:r>
      <w:r>
        <w:rPr>
          <w:rFonts w:ascii="IM Fell English" w:hAnsi="IM Fell English"/>
          <w:color w:val="141414"/>
          <w:sz w:val="24"/>
        </w:rPr>
      </w:r>
      <w:r>
        <w:rPr>
          <w:rFonts w:ascii="IM Fell English" w:hAnsi="IM Fell English"/>
          <w:color w:val="141414"/>
          <w:sz w:val="24"/>
        </w:rPr>
        <w:t>As he hung up, he turned to O'Neil and looked at Marcus.</w:t>
      </w:r>
      <w:r>
        <w:rPr>
          <w:rFonts w:ascii="IM Fell English" w:hAnsi="IM Fell English"/>
          <w:color w:val="141414"/>
          <w:sz w:val="24"/>
        </w:rPr>
      </w:r>
      <w:r>
        <w:rPr>
          <w:rFonts w:ascii="IM Fell English" w:hAnsi="IM Fell English"/>
          <w:color w:val="141414"/>
          <w:sz w:val="24"/>
        </w:rPr>
        <w:t>Marcus stood to shake the superintendent's hand. "I'm Marcus Stanmore, field agent for CSI. Graduated in the top three percent of my class."</w:t>
      </w:r>
      <w:r>
        <w:rPr>
          <w:rFonts w:ascii="IM Fell English" w:hAnsi="IM Fell English"/>
          <w:color w:val="141414"/>
          <w:sz w:val="24"/>
        </w:rPr>
      </w:r>
      <w:r>
        <w:rPr>
          <w:rFonts w:ascii="IM Fell English" w:hAnsi="IM Fell English"/>
          <w:color w:val="141414"/>
          <w:sz w:val="24"/>
        </w:rPr>
        <w:t>O'Neil interjected, "I have two more agents involved, but they won't be here for another hour. Sergeant Sean Briggs, from the Special Operations Unit. Eight years of military experience, with a background in undercover operations," Said O'Neil, handing the Superintendent the file, with a second file on top.</w:t>
      </w:r>
      <w:r>
        <w:rPr>
          <w:rFonts w:ascii="IM Fell English" w:hAnsi="IM Fell English"/>
          <w:color w:val="141414"/>
          <w:sz w:val="24"/>
        </w:rPr>
      </w:r>
      <w:r>
        <w:rPr>
          <w:rFonts w:ascii="IM Fell English" w:hAnsi="IM Fell English"/>
          <w:color w:val="141414"/>
          <w:sz w:val="24"/>
        </w:rPr>
        <w:t>"Melissa Hartley, who currently serves as a medical examiner with the coroner's department, has also aided the FBI in serial profiling for multiple cases."</w:t>
      </w:r>
      <w:r>
        <w:rPr>
          <w:rFonts w:ascii="IM Fell English" w:hAnsi="IM Fell English"/>
          <w:color w:val="141414"/>
          <w:sz w:val="24"/>
        </w:rPr>
      </w:r>
      <w:r>
        <w:rPr>
          <w:rFonts w:ascii="IM Fell English" w:hAnsi="IM Fell English"/>
          <w:color w:val="141414"/>
          <w:sz w:val="24"/>
        </w:rPr>
        <w:t>Deep in thought, Mitch reclined in his chair. "I've cleared out the room you requested for you and your team. Any other necessary resources for the operation send me the requests, and I'll see them approved. Keep me updated, O'Neil." With that, the Superintendent returned his focus to the documents scattered across his desk and O'Neil and Marcus took that as their cue to leave.</w:t>
      </w:r>
      <w:r>
        <w:rPr>
          <w:rFonts w:ascii="IM Fell English" w:hAnsi="IM Fell English"/>
          <w:color w:val="141414"/>
          <w:sz w:val="24"/>
        </w:rPr>
      </w:r>
      <w:r>
        <w:rPr>
          <w:rFonts w:ascii="IM Fell English" w:hAnsi="IM Fell English"/>
          <w:color w:val="141414"/>
          <w:sz w:val="24"/>
        </w:rPr>
        <w:t>As O'Neil and Marcus departed, Marcus asked, "So, care to fill me in on why you broke me out of the lab and royally pissed off Conner?"</w:t>
      </w:r>
      <w:r>
        <w:rPr>
          <w:rFonts w:ascii="IM Fell English" w:hAnsi="IM Fell English"/>
          <w:color w:val="141414"/>
          <w:sz w:val="24"/>
        </w:rPr>
      </w:r>
      <w:r>
        <w:rPr>
          <w:rFonts w:ascii="IM Fell English" w:hAnsi="IM Fell English"/>
          <w:color w:val="141414"/>
          <w:sz w:val="24"/>
        </w:rPr>
        <w:t>"I'll explain when the rest of the team arrives. I don't want to have to repeat myself," he replied, striding ahead.</w:t>
      </w:r>
      <w:r>
        <w:rPr>
          <w:rFonts w:ascii="IM Fell English" w:hAnsi="IM Fell English"/>
          <w:color w:val="141414"/>
          <w:sz w:val="24"/>
        </w:rPr>
      </w:r>
      <w:r>
        <w:rPr>
          <w:rFonts w:ascii="IM Fell English" w:hAnsi="IM Fell English"/>
          <w:color w:val="141414"/>
          <w:sz w:val="24"/>
        </w:rPr>
        <w:t>The room had been meticulously arranged by his secretary upon their arrival. Two large displays showcased the eight victims, each discovered at a different location and in chronological order of their deaths spanning over seventeen years. Behind a massive desk, pinned to a cork board, were further details on each victim."</w:t>
      </w:r>
      <w:r>
        <w:rPr>
          <w:rFonts w:ascii="IM Fell English" w:hAnsi="IM Fell English"/>
          <w:color w:val="141414"/>
          <w:sz w:val="24"/>
        </w:rPr>
      </w:r>
      <w:r>
        <w:rPr>
          <w:rFonts w:ascii="IM Fell English" w:hAnsi="IM Fell English"/>
          <w:color w:val="141414"/>
          <w:sz w:val="24"/>
        </w:rPr>
        <w:t>On the desk lay the separate folders arranged according to the murder sequence, containing post-mortem examinations, medical sample data like saliva, stomach fluids, statements from acquaintances and relatives of the victim or residents in the vicinity, and photographs of the crime scene. Along the rear wall was a row of eight file boxes, some towering up to five boxes in total, while others were less elevated.</w:t>
      </w:r>
      <w:r>
        <w:rPr>
          <w:rFonts w:ascii="IM Fell English" w:hAnsi="IM Fell English"/>
          <w:color w:val="141414"/>
          <w:sz w:val="24"/>
        </w:rPr>
      </w:r>
      <w:r>
        <w:rPr>
          <w:rFonts w:ascii="IM Fell English" w:hAnsi="IM Fell English"/>
          <w:color w:val="141414"/>
          <w:sz w:val="24"/>
        </w:rPr>
        <w:t>Marcus stood before the billboards, gazing upon the horrifying images of women whose bodies were brutally mutilated and discarded without a second thought. Limbs twisted and bloodied, they were like discarded scraps, their lives extinguished. Each photo bore a red sticker in its upper right corner, except for one. He couldn't help but wonder about the Miles case, the only one marked as "missing." As he looked at the names, ages, and locations of the victims — Suzan Pike, Kirsten Smith, Diane Conners, Elizabeth Moon, Brenda Marsh, Margaret Booth, Debbie Hastings, and Sarah Moore - he couldn't shake the feeling of sadness that enveloped him. These women, once vibrant and full of life, were now mere statistics in a list of senseless crimes.</w:t>
      </w:r>
      <w:r>
        <w:rPr>
          <w:rFonts w:ascii="IM Fell English" w:hAnsi="IM Fell English"/>
          <w:color w:val="141414"/>
          <w:sz w:val="24"/>
        </w:rPr>
      </w:r>
      <w:r>
        <w:rPr>
          <w:rFonts w:ascii="IM Fell English" w:hAnsi="IM Fell English"/>
          <w:color w:val="141414"/>
          <w:sz w:val="24"/>
        </w:rPr>
        <w:t>Two figures entered the room.</w:t>
      </w:r>
      <w:r>
        <w:rPr>
          <w:rFonts w:ascii="IM Fell English" w:hAnsi="IM Fell English"/>
          <w:color w:val="141414"/>
          <w:sz w:val="24"/>
        </w:rPr>
      </w:r>
      <w:r>
        <w:rPr>
          <w:rFonts w:ascii="IM Fell English" w:hAnsi="IM Fell English"/>
          <w:color w:val="141414"/>
          <w:sz w:val="24"/>
        </w:rPr>
        <w:t>"Briggs, reporting as requested?" said he male, standing at an impressive 6ft 5 inches, Briggs had a sturdy frame with broad shoulders and solid arms and legs. Dressed in a crease-free army uniform, he sported shiny black boots and a standard issue crew cut. One could easily tell that he was lean and could run for three kilometers while carrying a thirty-kilogram pack without needing a break. His chiseled face and piercing blue eyes. On his right hip, he held the Glock 22, a lightweight, semi-automatic pistol used by most armed officers in Australia. Holding 15 rounds of .40 caliber ammunition and known for being reliable, easy to carry, and quick to reload. While on his hip, there was a formidable-looking knife that seemed a lot bigger than your standard issue knife, and seemed more than just for show.</w:t>
      </w:r>
      <w:r>
        <w:rPr>
          <w:rFonts w:ascii="IM Fell English" w:hAnsi="IM Fell English"/>
          <w:color w:val="141414"/>
          <w:sz w:val="24"/>
        </w:rPr>
      </w:r>
      <w:r>
        <w:rPr>
          <w:rFonts w:ascii="IM Fell English" w:hAnsi="IM Fell English"/>
          <w:color w:val="141414"/>
          <w:sz w:val="24"/>
        </w:rPr>
        <w:t>Beside Briggs, O'Neil noticed Hartley, wearing sneakers and a navy blue skirt and jacket, with shoulder-length blonde hair. He couldn't help but be struck by the resemblance she bore to his own late wife. With a simple "Hartley" was her own introduction.</w:t>
      </w:r>
      <w:r>
        <w:rPr>
          <w:rFonts w:ascii="IM Fell English" w:hAnsi="IM Fell English"/>
          <w:color w:val="141414"/>
          <w:sz w:val="24"/>
        </w:rPr>
      </w:r>
      <w:r>
        <w:rPr>
          <w:rFonts w:ascii="IM Fell English" w:hAnsi="IM Fell English"/>
          <w:color w:val="141414"/>
          <w:sz w:val="24"/>
        </w:rPr>
        <w:t>"Please take a seat," O'Neil said, indicating towards the chairs. "I trust you will have time to acquaint yourselves with each other later, so I'll begin."</w:t>
      </w:r>
      <w:r>
        <w:rPr>
          <w:rFonts w:ascii="IM Fell English" w:hAnsi="IM Fell English"/>
          <w:color w:val="141414"/>
          <w:sz w:val="24"/>
        </w:rPr>
      </w:r>
      <w:r>
        <w:rPr>
          <w:rFonts w:ascii="IM Fell English" w:hAnsi="IM Fell English"/>
          <w:color w:val="141414"/>
          <w:sz w:val="24"/>
        </w:rPr>
        <w:t>"This information has never been made public, but that does not mean it won't come to light. We're dealing with a serial killer who's lived, most likely worked, and done his shopping like everyone else here, for the past seventeen years."</w:t>
      </w:r>
      <w:r>
        <w:rPr>
          <w:rFonts w:ascii="IM Fell English" w:hAnsi="IM Fell English"/>
          <w:color w:val="141414"/>
          <w:sz w:val="24"/>
        </w:rPr>
      </w:r>
      <w:r>
        <w:rPr>
          <w:rFonts w:ascii="IM Fell English" w:hAnsi="IM Fell English"/>
          <w:color w:val="141414"/>
          <w:sz w:val="24"/>
        </w:rPr>
        <w:t>"Unbelievable," Marcus exclaimed. "I mean, that's just insane."</w:t>
      </w:r>
      <w:r>
        <w:rPr>
          <w:rFonts w:ascii="IM Fell English" w:hAnsi="IM Fell English"/>
          <w:color w:val="141414"/>
          <w:sz w:val="24"/>
        </w:rPr>
      </w:r>
      <w:r>
        <w:rPr>
          <w:rFonts w:ascii="IM Fell English" w:hAnsi="IM Fell English"/>
          <w:color w:val="141414"/>
          <w:sz w:val="24"/>
        </w:rPr>
        <w:t>"finished?" said O'Neil with a stone demnour</w:t>
      </w:r>
      <w:r>
        <w:rPr>
          <w:rFonts w:ascii="IM Fell English" w:hAnsi="IM Fell English"/>
          <w:color w:val="141414"/>
          <w:sz w:val="24"/>
        </w:rPr>
      </w:r>
      <w:r>
        <w:rPr>
          <w:rFonts w:ascii="IM Fell English" w:hAnsi="IM Fell English"/>
          <w:color w:val="141414"/>
          <w:sz w:val="24"/>
        </w:rPr>
        <w:t>"Yeah, sorry." Marcus replied quietly.</w:t>
      </w:r>
      <w:r>
        <w:rPr>
          <w:rFonts w:ascii="IM Fell English" w:hAnsi="IM Fell English"/>
          <w:color w:val="141414"/>
          <w:sz w:val="24"/>
        </w:rPr>
      </w:r>
      <w:r>
        <w:rPr>
          <w:rFonts w:ascii="IM Fell English" w:hAnsi="IM Fell English"/>
          <w:color w:val="141414"/>
          <w:sz w:val="24"/>
        </w:rPr>
        <w:t>"As I was saying, we have a serial killer. In this room, we have all the cases that we believe to be the work of the killer we named Jack." Hartley raised her eyebrows in question.</w:t>
      </w:r>
      <w:r>
        <w:rPr>
          <w:rFonts w:ascii="IM Fell English" w:hAnsi="IM Fell English"/>
          <w:color w:val="141414"/>
          <w:sz w:val="24"/>
        </w:rPr>
      </w:r>
      <w:r>
        <w:rPr>
          <w:rFonts w:ascii="IM Fell English" w:hAnsi="IM Fell English"/>
          <w:color w:val="141414"/>
          <w:sz w:val="24"/>
        </w:rPr>
        <w:t>O'Neil responded, "This killer's methods are reminiscent of Jack the Ripper's. Six are known prostitutes, two were single women with no children, thank God, and a ninth victim has yet to be located." O'Neil pointed to the board with pictures.</w:t>
      </w:r>
      <w:r>
        <w:rPr>
          <w:rFonts w:ascii="IM Fell English" w:hAnsi="IM Fell English"/>
          <w:color w:val="141414"/>
          <w:sz w:val="24"/>
        </w:rPr>
      </w:r>
      <w:r>
        <w:rPr>
          <w:rFonts w:ascii="IM Fell English" w:hAnsi="IM Fell English"/>
          <w:color w:val="141414"/>
          <w:sz w:val="24"/>
        </w:rPr>
        <w:t>"Emma Miles. She's been missing for four days. Left for work and never returned home. However, based on the striking resemblance she shares with the other victims, we can assume she is no longer alive."</w:t>
      </w:r>
      <w:r>
        <w:rPr>
          <w:rFonts w:ascii="IM Fell English" w:hAnsi="IM Fell English"/>
          <w:color w:val="141414"/>
          <w:sz w:val="24"/>
        </w:rPr>
      </w:r>
      <w:r>
        <w:rPr>
          <w:rFonts w:ascii="IM Fell English" w:hAnsi="IM Fell English"/>
          <w:color w:val="141414"/>
          <w:sz w:val="24"/>
        </w:rPr>
        <w:t>O'Neil continued, "The autopsies revealed that the perpetrator possessed a certain level of knowledge about female anatomy to perform such acts. Similar to Jack the Ripper, each victim was discovered with a missing body part, specifically their reproductive organs. It is possible that, like the Ripper, the killer may have kept these organs as a twisted form of trophy."</w:t>
      </w:r>
      <w:r>
        <w:rPr>
          <w:rFonts w:ascii="IM Fell English" w:hAnsi="IM Fell English"/>
          <w:color w:val="141414"/>
          <w:sz w:val="24"/>
        </w:rPr>
      </w:r>
      <w:r>
        <w:rPr>
          <w:rFonts w:ascii="IM Fell English" w:hAnsi="IM Fell English"/>
          <w:color w:val="141414"/>
          <w:sz w:val="24"/>
        </w:rPr>
        <w:t>Hartley raised her hand to speak and O'Neil acknowledged her. "I don't believe it was for the purpose of a trophy," Hartley interjected.</w:t>
      </w:r>
      <w:r>
        <w:rPr>
          <w:rFonts w:ascii="IM Fell English" w:hAnsi="IM Fell English"/>
          <w:color w:val="141414"/>
          <w:sz w:val="24"/>
        </w:rPr>
      </w:r>
      <w:r>
        <w:rPr>
          <w:rFonts w:ascii="IM Fell English" w:hAnsi="IM Fell English"/>
          <w:color w:val="141414"/>
          <w:sz w:val="24"/>
        </w:rPr>
        <w:t>"Continue," O'Neil urged her.</w:t>
      </w:r>
      <w:r>
        <w:rPr>
          <w:rFonts w:ascii="IM Fell English" w:hAnsi="IM Fell English"/>
          <w:color w:val="141414"/>
          <w:sz w:val="24"/>
        </w:rPr>
      </w:r>
      <w:r>
        <w:rPr>
          <w:rFonts w:ascii="IM Fell English" w:hAnsi="IM Fell English"/>
          <w:color w:val="141414"/>
          <w:sz w:val="24"/>
        </w:rPr>
        <w:t>"The female reproductive system serves a simple yet vital function — to create life. This individual, however, clearly does not want that to occur. By keeping these organs, it's as if they are asserting their power and control over the victims, ensuring that they can never bear children. This displays an extremely morbid mindset, but to the perpetrator, it makes perfect sense. The fact that they have been able to evade capture for this long suggests a high IQ and of a meticulous nature."</w:t>
      </w:r>
      <w:r>
        <w:rPr>
          <w:rFonts w:ascii="IM Fell English" w:hAnsi="IM Fell English"/>
          <w:color w:val="141414"/>
          <w:sz w:val="24"/>
        </w:rPr>
      </w:r>
      <w:r>
        <w:rPr>
          <w:rFonts w:ascii="IM Fell English" w:hAnsi="IM Fell English"/>
          <w:color w:val="141414"/>
          <w:sz w:val="24"/>
        </w:rPr>
        <w:t>Hartley continued "Furthermore, Jack the Ripper killed more so based on opportunity or need. This person hs only killed a very specific and select female. It's not random. It's not only if opportuity presents itself and he has a bloodlust to kill. Its personal. Connected. Purposeful. It's never been random" concluded Hartley.</w:t>
      </w:r>
      <w:r>
        <w:rPr>
          <w:rFonts w:ascii="IM Fell English" w:hAnsi="IM Fell English"/>
          <w:color w:val="141414"/>
          <w:sz w:val="24"/>
        </w:rPr>
      </w:r>
      <w:r>
        <w:rPr>
          <w:rFonts w:ascii="IM Fell English" w:hAnsi="IM Fell English"/>
          <w:color w:val="141414"/>
          <w:sz w:val="24"/>
        </w:rPr>
        <w:t>"The similarities and commonalities among all the victims clearly indicate that the killer is familiar with them. It's possible that the killer knows a woman who resembles these victims, perhaps an ex-girlfriend. Maybe she became pregnant, had an abortion, and the killer now feels wronged. As a result, he may believe that if he can't have a child, no one else should either," Hartley speculated.</w:t>
      </w:r>
      <w:r>
        <w:rPr>
          <w:rFonts w:ascii="IM Fell English" w:hAnsi="IM Fell English"/>
          <w:color w:val="141414"/>
          <w:sz w:val="24"/>
        </w:rPr>
      </w:r>
      <w:r>
        <w:rPr>
          <w:rFonts w:ascii="IM Fell English" w:hAnsi="IM Fell English"/>
          <w:color w:val="141414"/>
          <w:sz w:val="24"/>
        </w:rPr>
        <w:t>"This is something we've also considered, but it's refreshing to see that you're already forming your own theories. I don't want to influence anyone's thought process. What we need is innovative thinking. We must get inside the mind of this individual to understand his next move," added Marcus O'Neil.</w:t>
      </w:r>
      <w:r>
        <w:rPr>
          <w:rFonts w:ascii="IM Fell English" w:hAnsi="IM Fell English"/>
          <w:color w:val="141414"/>
          <w:sz w:val="24"/>
        </w:rPr>
      </w:r>
      <w:r>
        <w:rPr>
          <w:rFonts w:ascii="IM Fell English" w:hAnsi="IM Fell English"/>
          <w:color w:val="141414"/>
          <w:sz w:val="24"/>
        </w:rPr>
        <w:t>Hartley announced, "My expertise lies in the realm of forensic investigation, criminal profiling, and my major was in medical autopsies. To create an accurate profile, I will require all the information on each victim."</w:t>
      </w:r>
      <w:r>
        <w:rPr>
          <w:rFonts w:ascii="IM Fell English" w:hAnsi="IM Fell English"/>
          <w:color w:val="141414"/>
          <w:sz w:val="24"/>
        </w:rPr>
      </w:r>
      <w:r>
        <w:rPr>
          <w:rFonts w:ascii="IM Fell English" w:hAnsi="IM Fell English"/>
          <w:color w:val="141414"/>
          <w:sz w:val="24"/>
        </w:rPr>
        <w:t>"I have everything you need, neatly organized against the back wall in the order and sequence of the killings," O'Neil replied.</w:t>
      </w:r>
      <w:r>
        <w:rPr>
          <w:rFonts w:ascii="IM Fell English" w:hAnsi="IM Fell English"/>
          <w:color w:val="141414"/>
          <w:sz w:val="24"/>
        </w:rPr>
      </w:r>
      <w:r>
        <w:rPr>
          <w:rFonts w:ascii="IM Fell English" w:hAnsi="IM Fell English"/>
          <w:color w:val="141414"/>
          <w:sz w:val="24"/>
        </w:rPr>
        <w:t>"Hartley, I need a detailed profile. Stanmore, you're in the field. I want you to thoroughly investigate each location where the victims' bodies were found. Despite the possibility of outdated evidence, I want all of you to familiarize yourselves with the surroundings of each crime scene."</w:t>
      </w:r>
      <w:r>
        <w:rPr>
          <w:rFonts w:ascii="IM Fell English" w:hAnsi="IM Fell English"/>
          <w:color w:val="141414"/>
          <w:sz w:val="24"/>
        </w:rPr>
      </w:r>
      <w:r>
        <w:rPr>
          <w:rFonts w:ascii="IM Fell English" w:hAnsi="IM Fell English"/>
          <w:color w:val="141414"/>
          <w:sz w:val="24"/>
        </w:rPr>
        <w:t>"Reanalyze every piece of evidence with all the new tech to see if something new is available now that wasn't before."</w:t>
      </w:r>
      <w:r>
        <w:rPr>
          <w:rFonts w:ascii="IM Fell English" w:hAnsi="IM Fell English"/>
          <w:color w:val="141414"/>
          <w:sz w:val="24"/>
        </w:rPr>
      </w:r>
      <w:r>
        <w:rPr>
          <w:rFonts w:ascii="IM Fell English" w:hAnsi="IM Fell English"/>
          <w:color w:val="141414"/>
          <w:sz w:val="24"/>
        </w:rPr>
        <w:t>"Briggs," O'Neil said. Briggs stood at his name. Back ridgid, awaiting orders. "We may find ourselves in a high-risk situation and, hopefully, in direct confrontation, will our killer. That said, you're the tip of the spear that's going to take this asshole out. Any questions?" he asked, looking at each of them sternly.</w:t>
      </w:r>
      <w:r>
        <w:rPr>
          <w:rFonts w:ascii="IM Fell English" w:hAnsi="IM Fell English"/>
          <w:color w:val="141414"/>
          <w:sz w:val="24"/>
        </w:rPr>
      </w:r>
      <w:r>
        <w:rPr>
          <w:rFonts w:ascii="IM Fell English" w:hAnsi="IM Fell English"/>
          <w:color w:val="141414"/>
          <w:sz w:val="24"/>
        </w:rPr>
        <w:t>"Just one question, boss. What about number nine on the board?" Marcus asked.</w:t>
      </w:r>
      <w:r>
        <w:rPr>
          <w:rFonts w:ascii="IM Fell English" w:hAnsi="IM Fell English"/>
          <w:color w:val="141414"/>
          <w:sz w:val="24"/>
        </w:rPr>
      </w:r>
      <w:r>
        <w:rPr>
          <w:rFonts w:ascii="IM Fell English" w:hAnsi="IM Fell English"/>
          <w:color w:val="141414"/>
          <w:sz w:val="24"/>
        </w:rPr>
        <w:t>Hartley approached the board, revealing a photo of a young woman with long blonde hair, donning tight jeans and a tank top, with a coy expression on her face.</w:t>
      </w:r>
      <w:r>
        <w:rPr>
          <w:rFonts w:ascii="IM Fell English" w:hAnsi="IM Fell English"/>
          <w:color w:val="141414"/>
          <w:sz w:val="24"/>
        </w:rPr>
      </w:r>
      <w:r>
        <w:rPr>
          <w:rFonts w:ascii="IM Fell English" w:hAnsi="IM Fell English"/>
          <w:color w:val="141414"/>
          <w:sz w:val="24"/>
        </w:rPr>
        <w:t>"Emma Miles, 28 years old. She resided with a roommate in Portland for two years and worked at The Red Barn, located two miles outside of town. She was last seen four days ago, leaving work at 11:45pm but never made it home. Stanmore, I need you to thoroughly search her impounded car."</w:t>
      </w:r>
      <w:r>
        <w:rPr>
          <w:rFonts w:ascii="IM Fell English" w:hAnsi="IM Fell English"/>
          <w:color w:val="141414"/>
          <w:sz w:val="24"/>
        </w:rPr>
      </w:r>
      <w:r>
        <w:rPr>
          <w:rFonts w:ascii="IM Fell English" w:hAnsi="IM Fell English"/>
          <w:color w:val="141414"/>
          <w:sz w:val="24"/>
        </w:rPr>
        <w:t>"On it." Marcus replied confidently.</w:t>
      </w:r>
      <w:r>
        <w:rPr>
          <w:rFonts w:ascii="IM Fell English" w:hAnsi="IM Fell English"/>
          <w:color w:val="141414"/>
          <w:sz w:val="24"/>
        </w:rPr>
      </w:r>
      <w:r>
        <w:rPr>
          <w:rFonts w:ascii="IM Fell English" w:hAnsi="IM Fell English"/>
          <w:color w:val="141414"/>
          <w:sz w:val="24"/>
        </w:rPr>
        <w:t>O'Neil pressed on, declaring, "Despite our efforts, the body has yet to surface. However, from her photo, it's evident that she fits the same profile as the other eight victims. We have two options: one, if she's still alive, we should consider ongoing surveillance or two, she's deceased. If we hope to catch this killer.."</w:t>
      </w:r>
      <w:r>
        <w:rPr>
          <w:rFonts w:ascii="IM Fell English" w:hAnsi="IM Fell English"/>
          <w:color w:val="141414"/>
          <w:sz w:val="24"/>
        </w:rPr>
      </w:r>
      <w:r>
        <w:rPr>
          <w:rFonts w:ascii="IM Fell English" w:hAnsi="IM Fell English"/>
          <w:color w:val="141414"/>
          <w:sz w:val="24"/>
        </w:rPr>
        <w:t>O'Neil was interrupted by the sudden entrance of Jennifer, the superintendent's secretary.</w:t>
      </w:r>
      <w:r>
        <w:rPr>
          <w:rFonts w:ascii="IM Fell English" w:hAnsi="IM Fell English"/>
          <w:color w:val="141414"/>
          <w:sz w:val="24"/>
        </w:rPr>
      </w:r>
      <w:r>
        <w:rPr>
          <w:rFonts w:ascii="IM Fell English" w:hAnsi="IM Fell English"/>
          <w:color w:val="141414"/>
          <w:sz w:val="24"/>
        </w:rPr>
        <w:t>She passed him a small piece of paper and exited the room.</w:t>
      </w:r>
      <w:r>
        <w:rPr>
          <w:rFonts w:ascii="IM Fell English" w:hAnsi="IM Fell English"/>
          <w:color w:val="141414"/>
          <w:sz w:val="24"/>
        </w:rPr>
      </w:r>
      <w:r>
        <w:rPr>
          <w:rFonts w:ascii="IM Fell English" w:hAnsi="IM Fell English"/>
          <w:color w:val="141414"/>
          <w:sz w:val="24"/>
        </w:rPr>
        <w:t>O’Neil perused the note and turned to his team.</w:t>
      </w:r>
      <w:r>
        <w:rPr>
          <w:rFonts w:ascii="IM Fell English" w:hAnsi="IM Fell English"/>
          <w:color w:val="141414"/>
          <w:sz w:val="24"/>
        </w:rPr>
      </w:r>
      <w:r>
        <w:rPr>
          <w:rFonts w:ascii="IM Fell English" w:hAnsi="IM Fell English"/>
          <w:color w:val="141414"/>
          <w:sz w:val="24"/>
        </w:rPr>
        <w:t>"It seems we have an answer," he announced.</w:t>
      </w:r>
      <w:r>
        <w:rPr>
          <w:rFonts w:ascii="IM Fell English" w:hAnsi="IM Fell English"/>
          <w:color w:val="141414"/>
          <w:sz w:val="24"/>
        </w:rPr>
      </w:r>
      <w:r>
        <w:rPr>
          <w:rFonts w:ascii="IM Fell English" w:hAnsi="IM Fell English"/>
          <w:color w:val="141414"/>
          <w:sz w:val="24"/>
        </w:rPr>
        <w:t>"Emma's body was just discovered by travelers at a tourist campsite, just off Highway 86, approximately seventeen kilometers north of Portland."</w:t>
      </w:r>
      <w:r>
        <w:rPr>
          <w:rFonts w:ascii="IM Fell English" w:hAnsi="IM Fell English"/>
          <w:color w:val="141414"/>
          <w:sz w:val="24"/>
        </w:rPr>
      </w:r>
      <w:r>
        <w:rPr>
          <w:rFonts w:ascii="IM Fell English" w:hAnsi="IM Fell English"/>
          <w:color w:val="141414"/>
          <w:sz w:val="24"/>
        </w:rPr>
        <w:t>He handed the slip of paper to Briggs. "Gather the necessary field equipment and a vehicle from out back. I'll radio ahead to ensure that nobody gets within a 30-foot radius of the body."</w:t>
      </w:r>
      <w:r>
        <w:rPr>
          <w:rFonts w:ascii="IM Fell English" w:hAnsi="IM Fell English"/>
          <w:color w:val="141414"/>
          <w:sz w:val="24"/>
        </w:rPr>
      </w:r>
      <w:r>
        <w:rPr>
          <w:rFonts w:ascii="IM Fell English" w:hAnsi="IM Fell English"/>
          <w:color w:val="141414"/>
          <w:sz w:val="24"/>
        </w:rPr>
        <w:t>The three of them departed without uttering a word, focused on the task at hand.</w:t>
      </w:r>
      <w:r>
        <w:rPr>
          <w:rFonts w:ascii="IM Fell English" w:hAnsi="IM Fell English"/>
          <w:color w:val="141414"/>
          <w:sz w:val="24"/>
        </w:rPr>
      </w:r>
      <w:r>
        <w:rPr>
          <w:rFonts w:ascii="IM Fell English" w:hAnsi="IM Fell English"/>
          <w:color w:val="141414"/>
          <w:sz w:val="24"/>
        </w:rPr>
        <w:t>Biggs climbed into the driver's seat of the van. The van was stocked with a plethora of cameras, field kits, and medical supplies for meticulously collecting and labeling every speck of dirt. Behind a secured steel grill were 2 semi-automatic handguns, two MP 9's, and one DM-10 Semi-auto DMR. An ideal marksman weapon for mid to long range engagements. Briggs pulled out of the police station heading to the crime scene.</w:t>
      </w:r>
      <w:r>
        <w:rPr>
          <w:rFonts w:ascii="IM Fell English" w:hAnsi="IM Fell English"/>
          <w:color w:val="141414"/>
          <w:sz w:val="24"/>
        </w:rPr>
      </w:r>
      <w:r>
        <w:rPr>
          <w:rFonts w:ascii="IM Fell English" w:hAnsi="IM Fell English"/>
          <w:color w:val="141414"/>
          <w:sz w:val="24"/>
        </w:rPr>
        <w:t>Hartley sat across from him, while Stanmore occupied the back. Hartley could hear Stanmore tinkering with the equipment.</w:t>
      </w:r>
      <w:r>
        <w:rPr>
          <w:rFonts w:ascii="IM Fell English" w:hAnsi="IM Fell English"/>
          <w:color w:val="141414"/>
          <w:sz w:val="24"/>
        </w:rPr>
      </w:r>
      <w:r>
        <w:rPr>
          <w:rFonts w:ascii="IM Fell English" w:hAnsi="IM Fell English"/>
          <w:color w:val="141414"/>
          <w:sz w:val="24"/>
        </w:rPr>
        <w:t>"Should we take the opportunity to get acquainted since we'll be collaborating?" Hartley inquired, while Briggs remained focused on driving. "I'm game," Marcus chimed in, absorbed in a camera.</w:t>
      </w:r>
      <w:r>
        <w:rPr>
          <w:rFonts w:ascii="IM Fell English" w:hAnsi="IM Fell English"/>
          <w:color w:val="141414"/>
          <w:sz w:val="24"/>
        </w:rPr>
      </w:r>
      <w:r>
        <w:rPr>
          <w:rFonts w:ascii="IM Fell English" w:hAnsi="IM Fell English"/>
          <w:color w:val="141414"/>
          <w:sz w:val="24"/>
        </w:rPr>
        <w:t>Hartley pivoted to face Marcus, who was seated in a chair surrounded by an array of sophisticated gadgets. "So, what exactly are you up to?" she inquired, gesturing towards the scattered equipment and the sleek black briefcase at his feet.</w:t>
      </w:r>
      <w:r>
        <w:rPr>
          <w:rFonts w:ascii="IM Fell English" w:hAnsi="IM Fell English"/>
          <w:color w:val="141414"/>
          <w:sz w:val="24"/>
        </w:rPr>
      </w:r>
      <w:r>
        <w:rPr>
          <w:rFonts w:ascii="IM Fell English" w:hAnsi="IM Fell English"/>
          <w:color w:val="141414"/>
          <w:sz w:val="24"/>
        </w:rPr>
        <w:t>"Well," Marcus began, "this trusty briefcase is my all-in-one toolkit. It contains all the essential tools of a crime scene investigator — fingerprinting supplies like brushes, powders, and lift cards, as well as casting materials, cameras, tripods, evidence bags, blood collection kits, and a deceased print set. And of course, we can't forget the various biohazard kits, latex gloves, footwear protectors, facial masks, and aprons — all for maintaining a sterile environment in what I like to call the 'hot zone'."</w:t>
      </w:r>
      <w:r>
        <w:rPr>
          <w:rFonts w:ascii="IM Fell English" w:hAnsi="IM Fell English"/>
          <w:color w:val="141414"/>
          <w:sz w:val="24"/>
        </w:rPr>
      </w:r>
      <w:r>
        <w:rPr>
          <w:rFonts w:ascii="IM Fell English" w:hAnsi="IM Fell English"/>
          <w:color w:val="141414"/>
          <w:sz w:val="24"/>
        </w:rPr>
        <w:t>"Say cheese," Marcus quipped, pointing the camera at Hartley, who shielded her face with a raised hand. "Impressive," she complimented.</w:t>
      </w:r>
      <w:r>
        <w:rPr>
          <w:rFonts w:ascii="IM Fell English" w:hAnsi="IM Fell English"/>
          <w:color w:val="141414"/>
          <w:sz w:val="24"/>
        </w:rPr>
      </w:r>
      <w:r>
        <w:rPr>
          <w:rFonts w:ascii="IM Fell English" w:hAnsi="IM Fell English"/>
          <w:color w:val="141414"/>
          <w:sz w:val="24"/>
        </w:rPr>
        <w:t>“You?” inquired Marcus.</w:t>
      </w:r>
      <w:r>
        <w:rPr>
          <w:rFonts w:ascii="IM Fell English" w:hAnsi="IM Fell English"/>
          <w:color w:val="141414"/>
          <w:sz w:val="24"/>
        </w:rPr>
      </w:r>
      <w:r>
        <w:rPr>
          <w:rFonts w:ascii="IM Fell English" w:hAnsi="IM Fell English"/>
          <w:color w:val="141414"/>
          <w:sz w:val="24"/>
        </w:rPr>
        <w:t>"I dissect the body once you complete tagging and collecting the samples. My time at the academy was dedicated to studying serial profiling. My father is a plastic surgeon, and I initially aspired to follow in his footsteps, but my interest shifted towards crime and the deceased. My curiosity was fueled by the desire to understand the how and why behind catching a killer. It feels like I am bringing justice to both the victim and the victim's loved ones."</w:t>
      </w:r>
      <w:r>
        <w:rPr>
          <w:rFonts w:ascii="IM Fell English" w:hAnsi="IM Fell English"/>
          <w:color w:val="141414"/>
          <w:sz w:val="24"/>
        </w:rPr>
      </w:r>
      <w:r>
        <w:rPr>
          <w:rFonts w:ascii="IM Fell English" w:hAnsi="IM Fell English"/>
          <w:color w:val="141414"/>
          <w:sz w:val="24"/>
        </w:rPr>
        <w:t>Marcus nodded towards Briggs driving, "What about the tree trunk next to you?"</w:t>
      </w:r>
      <w:r>
        <w:rPr>
          <w:rFonts w:ascii="IM Fell English" w:hAnsi="IM Fell English"/>
          <w:color w:val="141414"/>
          <w:sz w:val="24"/>
        </w:rPr>
      </w:r>
      <w:r>
        <w:rPr>
          <w:rFonts w:ascii="IM Fell English" w:hAnsi="IM Fell English"/>
          <w:color w:val="141414"/>
          <w:sz w:val="24"/>
        </w:rPr>
        <w:t>To this, Briggs responded, "This tree trunk will serve as a barrier between you and the serial killer, if we ever catch him. So, while you two are busy taking pictures and dismembering corpses. I'll be responsible for turning this guy into a corpse." Briggs then turned his focus back to the road.</w:t>
      </w:r>
      <w:r>
        <w:rPr>
          <w:rFonts w:ascii="IM Fell English" w:hAnsi="IM Fell English"/>
          <w:color w:val="141414"/>
          <w:sz w:val="24"/>
        </w:rPr>
      </w:r>
      <w:r>
        <w:rPr>
          <w:rFonts w:ascii="IM Fell English" w:hAnsi="IM Fell English"/>
          <w:color w:val="141414"/>
          <w:sz w:val="24"/>
        </w:rPr>
        <w:t>"You're going to give me nightmares if you don't lighten up," Marcus remarked, feeling unsettled by Briggs' intensity.</w:t>
      </w:r>
      <w:r>
        <w:rPr>
          <w:rFonts w:ascii="IM Fell English" w:hAnsi="IM Fell English"/>
          <w:color w:val="141414"/>
          <w:sz w:val="24"/>
        </w:rPr>
      </w:r>
    </w:p>
    <w:p>
      <w:pPr>
        <w:pStyle w:val="Heading1"/>
        <w:jc w:val="center"/>
      </w:pPr>
      <w:r>
        <w:rPr>
          <w:rFonts w:ascii="IM Fell English" w:hAnsi="IM Fell English"/>
          <w:color w:val="0D0D0D"/>
        </w:rPr>
        <w:t>Chapter 5</w:t>
      </w:r>
    </w:p>
    <w:p>
      <w:r>
        <w:rPr>
          <w:rFonts w:ascii="IM Fell English" w:hAnsi="IM Fell English"/>
          <w:color w:val="141414"/>
          <w:sz w:val="24"/>
        </w:rPr>
      </w:r>
      <w:r>
        <w:rPr>
          <w:rFonts w:ascii="IM Fell English" w:hAnsi="IM Fell English"/>
          <w:color w:val="141414"/>
          <w:sz w:val="24"/>
        </w:rPr>
        <w:t>Marcus sat in the back of the van, deep in contemplation. At 32, he had accomplished a significant amount in his career. Becoming a Crime Scene Investigator (CSI) generally requires a degree in forensic science, criminal justice, or a natural science such as biology or chemistry. Certain positions demand police academy training, while others are civilian roles that involve specialized forensic education.</w:t>
      </w:r>
      <w:r>
        <w:rPr>
          <w:rFonts w:ascii="IM Fell English" w:hAnsi="IM Fell English"/>
          <w:color w:val="141414"/>
          <w:sz w:val="24"/>
        </w:rPr>
      </w:r>
      <w:r>
        <w:rPr>
          <w:rFonts w:ascii="IM Fell English" w:hAnsi="IM Fell English"/>
          <w:color w:val="141414"/>
          <w:sz w:val="24"/>
        </w:rPr>
        <w:t>Marcus thrived in all these areas. Since his youth, he'd demonstrated a keen attention to detail, exceptional communication skills, and acquired crucial knowledge in evidence handling.</w:t>
      </w:r>
      <w:r>
        <w:rPr>
          <w:rFonts w:ascii="IM Fell English" w:hAnsi="IM Fell English"/>
          <w:color w:val="141414"/>
          <w:sz w:val="24"/>
        </w:rPr>
      </w:r>
      <w:r>
        <w:rPr>
          <w:rFonts w:ascii="IM Fell English" w:hAnsi="IM Fell English"/>
          <w:color w:val="141414"/>
          <w:sz w:val="24"/>
        </w:rPr>
        <w:t>While he thrived academically, his social and romantic life suffered greatly. Marcus was attractive, and many women admired him as he strolled down the street or surfed the waves. He maintained his physique, eating healthily and working out at the gym at least twice a week. However, it was his unrelenting obsession with crime scenes, the macabre aspects of death, and discussions about evidence that ultimately drove women away.</w:t>
      </w:r>
      <w:r>
        <w:rPr>
          <w:rFonts w:ascii="IM Fell English" w:hAnsi="IM Fell English"/>
          <w:color w:val="141414"/>
          <w:sz w:val="24"/>
        </w:rPr>
      </w:r>
      <w:r>
        <w:rPr>
          <w:rFonts w:ascii="IM Fell English" w:hAnsi="IM Fell English"/>
          <w:color w:val="141414"/>
          <w:sz w:val="24"/>
        </w:rPr>
        <w:t>His mother frequently called to inquire if he was seeing anyone, but Marcus learned to sidestep the question and steer the conversation toward other topics to keep her distracted. He understood her love for him and her desire for his happiness, yet Marcus had made the decision some time ago to concentrate on his career and set aside thoughts of love for the time being.</w:t>
      </w:r>
      <w:r>
        <w:rPr>
          <w:rFonts w:ascii="IM Fell English" w:hAnsi="IM Fell English"/>
          <w:color w:val="141414"/>
          <w:sz w:val="24"/>
        </w:rPr>
      </w:r>
      <w:r>
        <w:rPr>
          <w:rFonts w:ascii="IM Fell English" w:hAnsi="IM Fell English"/>
          <w:color w:val="141414"/>
          <w:sz w:val="24"/>
        </w:rPr>
        <w:t>Fifty minutes later, Hartley spotted a camping sign in the distance. She pointed it out to Briggs so he wouldn't overlook it. They turned left and drove onto a dirt road. The campground was situated just some thirty meters off the main highway. The dense trees and bushes provided enough cover to shield anyone from seeing inside the encampment.</w:t>
      </w:r>
      <w:r>
        <w:rPr>
          <w:rFonts w:ascii="IM Fell English" w:hAnsi="IM Fell English"/>
          <w:color w:val="141414"/>
          <w:sz w:val="24"/>
        </w:rPr>
      </w:r>
      <w:r>
        <w:rPr>
          <w:rFonts w:ascii="IM Fell English" w:hAnsi="IM Fell English"/>
          <w:color w:val="141414"/>
          <w:sz w:val="24"/>
        </w:rPr>
        <w:t>Prior to entering the main parking area, the route was obstructed by the usual yellow caution tape, signaling police activity. One squad car and two law enforcement officers were present, along with a rented motor home positioned inside the designated perimeter outlined by the authorities. The vehicle was parked near one of two fire pits, each accompanied by a small container of firewood. Dense shrubbery lay a few meters behind the scene. To the right, about five meters away in a ditch, a grey blanket concealed what Hartley could only assume to be a lifeless body.</w:t>
      </w:r>
      <w:r>
        <w:rPr>
          <w:rFonts w:ascii="IM Fell English" w:hAnsi="IM Fell English"/>
          <w:color w:val="141414"/>
          <w:sz w:val="24"/>
        </w:rPr>
      </w:r>
      <w:r>
        <w:rPr>
          <w:rFonts w:ascii="IM Fell English" w:hAnsi="IM Fell English"/>
          <w:color w:val="141414"/>
          <w:sz w:val="24"/>
        </w:rPr>
        <w:t>As the vehicle came to a stop, she noticed a couple in their mid-seventies embracing each other, their faces pale as they stood near a police car. Hartley assumed they were the ones who had made the discovery. A traumatizing find to stumble upon during their journey in the so-called golden years.</w:t>
      </w:r>
      <w:r>
        <w:rPr>
          <w:rFonts w:ascii="IM Fell English" w:hAnsi="IM Fell English"/>
          <w:color w:val="141414"/>
          <w:sz w:val="24"/>
        </w:rPr>
      </w:r>
      <w:r>
        <w:rPr>
          <w:rFonts w:ascii="IM Fell English" w:hAnsi="IM Fell English"/>
          <w:color w:val="141414"/>
          <w:sz w:val="24"/>
        </w:rPr>
        <w:t>Marcus quickly leaped out of the van, equipped with latex gloves on his hands, shoe covers, and a white overall suit. He also had on protective plastic glasses that shielded his eyes. Around his neck hung a black bag and camera, and he carried additional lenses and attachments in a bag slung over his shoulder. Hartley exited the van and closed the door.</w:t>
      </w:r>
      <w:r>
        <w:rPr>
          <w:rFonts w:ascii="IM Fell English" w:hAnsi="IM Fell English"/>
          <w:color w:val="141414"/>
          <w:sz w:val="24"/>
        </w:rPr>
      </w:r>
      <w:r>
        <w:rPr>
          <w:rFonts w:ascii="IM Fell English" w:hAnsi="IM Fell English"/>
          <w:color w:val="141414"/>
          <w:sz w:val="24"/>
        </w:rPr>
        <w:t>Marcus strode towards Hartley and Briggs, a determined look in his eyes. "I'll be taking the lead on this one, guys," he declared.</w:t>
      </w:r>
      <w:r>
        <w:rPr>
          <w:rFonts w:ascii="IM Fell English" w:hAnsi="IM Fell English"/>
          <w:color w:val="141414"/>
          <w:sz w:val="24"/>
        </w:rPr>
      </w:r>
      <w:r>
        <w:rPr>
          <w:rFonts w:ascii="IM Fell English" w:hAnsi="IM Fell English"/>
          <w:color w:val="141414"/>
          <w:sz w:val="24"/>
        </w:rPr>
        <w:t>"No one crosses the yellow marker until I give the all clear."</w:t>
      </w:r>
      <w:r>
        <w:rPr>
          <w:rFonts w:ascii="IM Fell English" w:hAnsi="IM Fell English"/>
          <w:color w:val="141414"/>
          <w:sz w:val="24"/>
        </w:rPr>
      </w:r>
      <w:r>
        <w:rPr>
          <w:rFonts w:ascii="IM Fell English" w:hAnsi="IM Fell English"/>
          <w:color w:val="141414"/>
          <w:sz w:val="24"/>
        </w:rPr>
        <w:t>Marcus turned to Briggs, with a hint of a smile on his face. "Sorry, mate, but your size might be a bit of an issue. Best to stay put and keep those happy thoughts going. The field overalls don't exactly come in commando size." Briggs edged closer to Marcus, who quickly reassured him with a grin. "Just trying to make friendly conversation, that's all."</w:t>
      </w:r>
      <w:r>
        <w:rPr>
          <w:rFonts w:ascii="IM Fell English" w:hAnsi="IM Fell English"/>
          <w:color w:val="141414"/>
          <w:sz w:val="24"/>
        </w:rPr>
      </w:r>
      <w:r>
        <w:rPr>
          <w:rFonts w:ascii="IM Fell English" w:hAnsi="IM Fell English"/>
          <w:color w:val="141414"/>
          <w:sz w:val="24"/>
        </w:rPr>
        <w:t>As he surveyed the car park, Marcus couldn't help but notice the blanket. "Fuck!" he swore intensely.</w:t>
      </w:r>
      <w:r>
        <w:rPr>
          <w:rFonts w:ascii="IM Fell English" w:hAnsi="IM Fell English"/>
          <w:color w:val="141414"/>
          <w:sz w:val="24"/>
        </w:rPr>
      </w:r>
      <w:r>
        <w:rPr>
          <w:rFonts w:ascii="IM Fell English" w:hAnsi="IM Fell English"/>
          <w:color w:val="141414"/>
          <w:sz w:val="24"/>
        </w:rPr>
        <w:t>Hartley, standing nearby, asked, "What's wrong?"</w:t>
      </w:r>
      <w:r>
        <w:rPr>
          <w:rFonts w:ascii="IM Fell English" w:hAnsi="IM Fell English"/>
          <w:color w:val="141414"/>
          <w:sz w:val="24"/>
        </w:rPr>
      </w:r>
      <w:r>
        <w:rPr>
          <w:rFonts w:ascii="IM Fell English" w:hAnsi="IM Fell English"/>
          <w:color w:val="141414"/>
          <w:sz w:val="24"/>
        </w:rPr>
        <w:t>Marcus pointed to the body and said, "Well, team, it seems that the integrity of this crime scene has been compromised. The blanket likely belongs to one of the police officers, unless the killer took the precaution to keep the victim warm in death. This suggests that vital clues, fibers, evidence, and the killer's fingerprints may have been tampered with or completely lost."</w:t>
      </w:r>
      <w:r>
        <w:rPr>
          <w:rFonts w:ascii="IM Fell English" w:hAnsi="IM Fell English"/>
          <w:color w:val="141414"/>
          <w:sz w:val="24"/>
        </w:rPr>
      </w:r>
      <w:r>
        <w:rPr>
          <w:rFonts w:ascii="IM Fell English" w:hAnsi="IM Fell English"/>
          <w:color w:val="141414"/>
          <w:sz w:val="24"/>
        </w:rPr>
        <w:t>With a resolute gait, Marcus approached the other officers assembled near the travelers.</w:t>
      </w:r>
      <w:r>
        <w:rPr>
          <w:rFonts w:ascii="IM Fell English" w:hAnsi="IM Fell English"/>
          <w:color w:val="141414"/>
          <w:sz w:val="24"/>
        </w:rPr>
      </w:r>
      <w:r>
        <w:rPr>
          <w:rFonts w:ascii="IM Fell English" w:hAnsi="IM Fell English"/>
          <w:color w:val="141414"/>
          <w:sz w:val="24"/>
        </w:rPr>
        <w:t>"Hi all, my name is Marcus. I will be examining the crime scene and need to know who is responsible for placing the blanket over the body, potentially destroying evidence," he said with frustration.</w:t>
      </w:r>
      <w:r>
        <w:rPr>
          <w:rFonts w:ascii="IM Fell English" w:hAnsi="IM Fell English"/>
          <w:color w:val="141414"/>
          <w:sz w:val="24"/>
        </w:rPr>
      </w:r>
      <w:r>
        <w:rPr>
          <w:rFonts w:ascii="IM Fell English" w:hAnsi="IM Fell English"/>
          <w:color w:val="141414"/>
          <w:sz w:val="24"/>
        </w:rPr>
        <w:t>The officer, carefully handing the male traveler his sixth cup of coffee, replied, "That would be me, Sergeant Pierce."</w:t>
      </w:r>
      <w:r>
        <w:rPr>
          <w:rFonts w:ascii="IM Fell English" w:hAnsi="IM Fell English"/>
          <w:color w:val="141414"/>
          <w:sz w:val="24"/>
        </w:rPr>
      </w:r>
      <w:r>
        <w:rPr>
          <w:rFonts w:ascii="IM Fell English" w:hAnsi="IM Fell English"/>
          <w:color w:val="141414"/>
          <w:sz w:val="24"/>
        </w:rPr>
        <w:t>He extended his hand to Marcus, but the investigator hesitated, not wanting to risk contamination.</w:t>
      </w:r>
      <w:r>
        <w:rPr>
          <w:rFonts w:ascii="IM Fell English" w:hAnsi="IM Fell English"/>
          <w:color w:val="141414"/>
          <w:sz w:val="24"/>
        </w:rPr>
      </w:r>
      <w:r>
        <w:rPr>
          <w:rFonts w:ascii="IM Fell English" w:hAnsi="IM Fell English"/>
          <w:color w:val="141414"/>
          <w:sz w:val="24"/>
        </w:rPr>
        <w:t>"Firstly, touching me would contaminate me. Secondly, by walking over and covering the body with a blanket, you have contaminated the crime scene," Marcus stated firmly.</w:t>
      </w:r>
      <w:r>
        <w:rPr>
          <w:rFonts w:ascii="IM Fell English" w:hAnsi="IM Fell English"/>
          <w:color w:val="141414"/>
          <w:sz w:val="24"/>
        </w:rPr>
      </w:r>
      <w:r>
        <w:rPr>
          <w:rFonts w:ascii="IM Fell English" w:hAnsi="IM Fell English"/>
          <w:color w:val="141414"/>
          <w:sz w:val="24"/>
        </w:rPr>
        <w:t>David, growing angry at the CSI's tone, defended himself, "It seemed like the right thing to do, rather than having these people constantly confronted by the dead girl."</w:t>
      </w:r>
      <w:r>
        <w:rPr>
          <w:rFonts w:ascii="IM Fell English" w:hAnsi="IM Fell English"/>
          <w:color w:val="141414"/>
          <w:sz w:val="24"/>
        </w:rPr>
      </w:r>
      <w:r>
        <w:rPr>
          <w:rFonts w:ascii="IM Fell English" w:hAnsi="IM Fell English"/>
          <w:color w:val="141414"/>
          <w:sz w:val="24"/>
        </w:rPr>
        <w:t>Marcus moved closer to David, his gaze piercing and intense.</w:t>
      </w:r>
      <w:r>
        <w:rPr>
          <w:rFonts w:ascii="IM Fell English" w:hAnsi="IM Fell English"/>
          <w:color w:val="141414"/>
          <w:sz w:val="24"/>
        </w:rPr>
      </w:r>
      <w:r>
        <w:rPr>
          <w:rFonts w:ascii="IM Fell English" w:hAnsi="IM Fell English"/>
          <w:color w:val="141414"/>
          <w:sz w:val="24"/>
        </w:rPr>
        <w:t>"I've witnessed killers set free due to contaminated crime scenes, leaving devastated families in their wake. If you truly wish for this killer to walk free, perhaps you should return to the girl and offer her a hot water bottle instead. And as for the travelers, they should be taken elsewhere," he spoke slowly, his eyes scanning each of them before raising his voice.</w:t>
      </w:r>
      <w:r>
        <w:rPr>
          <w:rFonts w:ascii="IM Fell English" w:hAnsi="IM Fell English"/>
          <w:color w:val="141414"/>
          <w:sz w:val="24"/>
        </w:rPr>
      </w:r>
      <w:r>
        <w:rPr>
          <w:rFonts w:ascii="IM Fell English" w:hAnsi="IM Fell English"/>
          <w:color w:val="141414"/>
          <w:sz w:val="24"/>
        </w:rPr>
        <w:t>"I will require samples from all of you — hair, blood, saliva, boot prints, and tire prints — so that we may easily identify and track your movements, and match any potential crime samples."</w:t>
      </w:r>
      <w:r>
        <w:rPr>
          <w:rFonts w:ascii="IM Fell English" w:hAnsi="IM Fell English"/>
          <w:color w:val="141414"/>
          <w:sz w:val="24"/>
        </w:rPr>
      </w:r>
      <w:r>
        <w:rPr>
          <w:rFonts w:ascii="IM Fell English" w:hAnsi="IM Fell English"/>
          <w:color w:val="141414"/>
          <w:sz w:val="24"/>
        </w:rPr>
        <w:t>While looking at each person, he inquired, "Has anyone touched or moved the body in any manner?" Both shook their head's no.</w:t>
      </w:r>
      <w:r>
        <w:rPr>
          <w:rFonts w:ascii="IM Fell English" w:hAnsi="IM Fell English"/>
          <w:color w:val="141414"/>
          <w:sz w:val="24"/>
        </w:rPr>
      </w:r>
      <w:r>
        <w:rPr>
          <w:rFonts w:ascii="IM Fell English" w:hAnsi="IM Fell English"/>
          <w:color w:val="141414"/>
          <w:sz w:val="24"/>
        </w:rPr>
        <w:t>Turning to both officers, Marcus said, "If each of you could indicate where you walked and what you touched, near or on the body, this would greatly aid my investigation."</w:t>
      </w:r>
      <w:r>
        <w:rPr>
          <w:rFonts w:ascii="IM Fell English" w:hAnsi="IM Fell English"/>
          <w:color w:val="141414"/>
          <w:sz w:val="24"/>
        </w:rPr>
      </w:r>
      <w:r>
        <w:rPr>
          <w:rFonts w:ascii="IM Fell English" w:hAnsi="IM Fell English"/>
          <w:color w:val="141414"/>
          <w:sz w:val="24"/>
        </w:rPr>
        <w:t>The officers then recounted their actions upon arrival, while Marcus pulled out a notebook and miniature tape recorder.</w:t>
      </w:r>
      <w:r>
        <w:rPr>
          <w:rFonts w:ascii="IM Fell English" w:hAnsi="IM Fell English"/>
          <w:color w:val="141414"/>
          <w:sz w:val="24"/>
        </w:rPr>
      </w:r>
      <w:r>
        <w:rPr>
          <w:rFonts w:ascii="IM Fell English" w:hAnsi="IM Fell English"/>
          <w:color w:val="141414"/>
          <w:sz w:val="24"/>
        </w:rPr>
        <w:t>After finishing, he turned to speak with the couple who had discovered the body.</w:t>
      </w:r>
      <w:r>
        <w:rPr>
          <w:rFonts w:ascii="IM Fell English" w:hAnsi="IM Fell English"/>
          <w:color w:val="141414"/>
          <w:sz w:val="24"/>
        </w:rPr>
      </w:r>
      <w:r>
        <w:rPr>
          <w:rFonts w:ascii="IM Fell English" w:hAnsi="IM Fell English"/>
          <w:color w:val="141414"/>
          <w:sz w:val="24"/>
        </w:rPr>
        <w:t>When their conversation concluded, Marcus walked over to the yellow tape and intently surveyed the ground. He set up a tripod and placed a recordable camera on top, capturing footage of the scene.</w:t>
      </w:r>
      <w:r>
        <w:rPr>
          <w:rFonts w:ascii="IM Fell English" w:hAnsi="IM Fell English"/>
          <w:color w:val="141414"/>
          <w:sz w:val="24"/>
        </w:rPr>
      </w:r>
      <w:r>
        <w:rPr>
          <w:rFonts w:ascii="IM Fell English" w:hAnsi="IM Fell English"/>
          <w:color w:val="141414"/>
          <w:sz w:val="24"/>
        </w:rPr>
        <w:t>Hartley joined him.</w:t>
      </w:r>
      <w:r>
        <w:rPr>
          <w:rFonts w:ascii="IM Fell English" w:hAnsi="IM Fell English"/>
          <w:color w:val="141414"/>
          <w:sz w:val="24"/>
        </w:rPr>
      </w:r>
      <w:r>
        <w:rPr>
          <w:rFonts w:ascii="IM Fell English" w:hAnsi="IM Fell English"/>
          <w:color w:val="141414"/>
          <w:sz w:val="24"/>
        </w:rPr>
        <w:t>"I want to get a full understanding of the scene." Without looking away from the eyepiece, Marcus said.</w:t>
      </w:r>
      <w:r>
        <w:rPr>
          <w:rFonts w:ascii="IM Fell English" w:hAnsi="IM Fell English"/>
          <w:color w:val="141414"/>
          <w:sz w:val="24"/>
        </w:rPr>
      </w:r>
      <w:r>
        <w:rPr>
          <w:rFonts w:ascii="IM Fell English" w:hAnsi="IM Fell English"/>
          <w:color w:val="141414"/>
          <w:sz w:val="24"/>
        </w:rPr>
        <w:t>"This will give us a comprehensive view of the park, allowing us to determine distances and the locations of each person's movements, as well as where they were when they stumbled upon the body."</w:t>
      </w:r>
      <w:r>
        <w:rPr>
          <w:rFonts w:ascii="IM Fell English" w:hAnsi="IM Fell English"/>
          <w:color w:val="141414"/>
          <w:sz w:val="24"/>
        </w:rPr>
      </w:r>
      <w:r>
        <w:rPr>
          <w:rFonts w:ascii="IM Fell English" w:hAnsi="IM Fell English"/>
          <w:color w:val="141414"/>
          <w:sz w:val="24"/>
        </w:rPr>
        <w:t>Marcus continued, "The thing that is causing them the most distress is that they arrived late at night and parked to rest, without realizing that she was lying about fifteen meters away in a ditch."</w:t>
      </w:r>
      <w:r>
        <w:rPr>
          <w:rFonts w:ascii="IM Fell English" w:hAnsi="IM Fell English"/>
          <w:color w:val="141414"/>
          <w:sz w:val="24"/>
        </w:rPr>
      </w:r>
      <w:r>
        <w:rPr>
          <w:rFonts w:ascii="IM Fell English" w:hAnsi="IM Fell English"/>
          <w:color w:val="141414"/>
          <w:sz w:val="24"/>
        </w:rPr>
        <w:t>Turning to Heartly, Marcus said, "It would be helpful if you could also conduct your own interviews with each individual as a backup source of information to avoid conflicting accounts."</w:t>
      </w:r>
      <w:r>
        <w:rPr>
          <w:rFonts w:ascii="IM Fell English" w:hAnsi="IM Fell English"/>
          <w:color w:val="141414"/>
          <w:sz w:val="24"/>
        </w:rPr>
      </w:r>
      <w:r>
        <w:rPr>
          <w:rFonts w:ascii="IM Fell English" w:hAnsi="IM Fell English"/>
          <w:color w:val="141414"/>
          <w:sz w:val="24"/>
        </w:rPr>
        <w:t>Marcus stood upright, leaving the camera recording, its lens focused on the lifeless body. His gaze fixated on the ground, he slowly moved past the yellow tape. After a moment, he called out to Briggs, who had joined Hartley by his side, "Tree trunk, grab the casting equipment from the van. We need to make molds of these tire tracks."</w:t>
      </w:r>
      <w:r>
        <w:rPr>
          <w:rFonts w:ascii="IM Fell English" w:hAnsi="IM Fell English"/>
          <w:color w:val="141414"/>
          <w:sz w:val="24"/>
        </w:rPr>
      </w:r>
      <w:r>
        <w:rPr>
          <w:rFonts w:ascii="IM Fell English" w:hAnsi="IM Fell English"/>
          <w:color w:val="141414"/>
          <w:sz w:val="24"/>
        </w:rPr>
        <w:t>Hartley had walked back and stood next to Briggs.</w:t>
      </w:r>
      <w:r>
        <w:rPr>
          <w:rFonts w:ascii="IM Fell English" w:hAnsi="IM Fell English"/>
          <w:color w:val="141414"/>
          <w:sz w:val="24"/>
        </w:rPr>
      </w:r>
      <w:r>
        <w:rPr>
          <w:rFonts w:ascii="IM Fell English" w:hAnsi="IM Fell English"/>
          <w:color w:val="141414"/>
          <w:sz w:val="24"/>
        </w:rPr>
        <w:t>With a slight grin, Briggs remarked, "Maybe I'll take out two douche bags this month." Hartley smirked, placed her hand on his arm and replied, "Not until he's done with his work." She then made her way to the police and the travelers.</w:t>
      </w:r>
      <w:r>
        <w:rPr>
          <w:rFonts w:ascii="IM Fell English" w:hAnsi="IM Fell English"/>
          <w:color w:val="141414"/>
          <w:sz w:val="24"/>
        </w:rPr>
      </w:r>
      <w:r>
        <w:rPr>
          <w:rFonts w:ascii="IM Fell English" w:hAnsi="IM Fell English"/>
          <w:color w:val="141414"/>
          <w:sz w:val="24"/>
        </w:rPr>
        <w:t>After four hours, seventeen casts, seven rolls of film, and a pile of tag and bag samples, documenting every speck of dirt in the area surrounding the body, Marcus removed his protective gear and stood next to the black van.</w:t>
      </w:r>
      <w:r>
        <w:rPr>
          <w:rFonts w:ascii="IM Fell English" w:hAnsi="IM Fell English"/>
          <w:color w:val="141414"/>
          <w:sz w:val="24"/>
        </w:rPr>
      </w:r>
      <w:r>
        <w:rPr>
          <w:rFonts w:ascii="IM Fell English" w:hAnsi="IM Fell English"/>
          <w:color w:val="141414"/>
          <w:sz w:val="24"/>
        </w:rPr>
        <w:t>The coroner's van, also known as the "ice van," had arrived an hour earlier to collect the body. Hartley joined them, giving precise instructions on how she wanted the body transported and prepared for autopsy.</w:t>
      </w:r>
      <w:r>
        <w:rPr>
          <w:rFonts w:ascii="IM Fell English" w:hAnsi="IM Fell English"/>
          <w:color w:val="141414"/>
          <w:sz w:val="24"/>
        </w:rPr>
      </w:r>
      <w:r>
        <w:rPr>
          <w:rFonts w:ascii="IM Fell English" w:hAnsi="IM Fell English"/>
          <w:color w:val="141414"/>
          <w:sz w:val="24"/>
        </w:rPr>
        <w:t>Briggs, always watchful, appeared calm but was clearly tense. He scanned the surroundings, appearing relaxed yet anything but. Marcus had notcied earlier Briggs unlcoked the DMR from the van and was holding it across his chest ocasionally lifting the detatched scope to scan distant trees and the landscape</w:t>
      </w:r>
      <w:r>
        <w:rPr>
          <w:rFonts w:ascii="IM Fell English" w:hAnsi="IM Fell English"/>
          <w:color w:val="141414"/>
          <w:sz w:val="24"/>
        </w:rPr>
      </w:r>
      <w:r>
        <w:rPr>
          <w:rFonts w:ascii="IM Fell English" w:hAnsi="IM Fell English"/>
          <w:color w:val="141414"/>
          <w:sz w:val="24"/>
        </w:rPr>
        <w:t>Hartley approached Marcus and declared, "I'm going in the ice van."</w:t>
      </w:r>
      <w:r>
        <w:rPr>
          <w:rFonts w:ascii="IM Fell English" w:hAnsi="IM Fell English"/>
          <w:color w:val="141414"/>
          <w:sz w:val="24"/>
        </w:rPr>
      </w:r>
      <w:r>
        <w:rPr>
          <w:rFonts w:ascii="IM Fell English" w:hAnsi="IM Fell English"/>
          <w:color w:val="141414"/>
          <w:sz w:val="24"/>
        </w:rPr>
        <w:t>She handed Marcus her white overalls as he perched on the van, putting on his shoes. He grinned, saying, "What, you'll leave me here alone with this tree trunk?"</w:t>
      </w:r>
      <w:r>
        <w:rPr>
          <w:rFonts w:ascii="IM Fell English" w:hAnsi="IM Fell English"/>
          <w:color w:val="141414"/>
          <w:sz w:val="24"/>
        </w:rPr>
      </w:r>
      <w:r>
        <w:rPr>
          <w:rFonts w:ascii="IM Fell English" w:hAnsi="IM Fell English"/>
          <w:color w:val="141414"/>
          <w:sz w:val="24"/>
        </w:rPr>
        <w:t>Hartley shot back, "Don't come crying to me later when your words come back to bite you." She then departed.</w:t>
      </w:r>
      <w:r>
        <w:rPr>
          <w:rFonts w:ascii="IM Fell English" w:hAnsi="IM Fell English"/>
          <w:color w:val="141414"/>
          <w:sz w:val="24"/>
        </w:rPr>
      </w:r>
      <w:r>
        <w:rPr>
          <w:rFonts w:ascii="IM Fell English" w:hAnsi="IM Fell English"/>
          <w:color w:val="141414"/>
          <w:sz w:val="24"/>
        </w:rPr>
        <w:t>Briggs joined Marcus.</w:t>
      </w:r>
      <w:r>
        <w:rPr>
          <w:rFonts w:ascii="IM Fell English" w:hAnsi="IM Fell English"/>
          <w:color w:val="141414"/>
          <w:sz w:val="24"/>
        </w:rPr>
      </w:r>
      <w:r>
        <w:rPr>
          <w:rFonts w:ascii="IM Fell English" w:hAnsi="IM Fell English"/>
          <w:color w:val="141414"/>
          <w:sz w:val="24"/>
        </w:rPr>
        <w:t>"That's it, commando," he declared. "I have to collect Emma's car at the impound lot. You'll need a tow truck to transport it back to Portland CSI Lab so I can start going over it. You can leave me there and go pick up the truck. I need to log these samples before starting on Emma's car."</w:t>
      </w:r>
      <w:r>
        <w:rPr>
          <w:rFonts w:ascii="IM Fell English" w:hAnsi="IM Fell English"/>
          <w:color w:val="141414"/>
          <w:sz w:val="24"/>
        </w:rPr>
      </w:r>
      <w:r>
        <w:rPr>
          <w:rFonts w:ascii="IM Fell English" w:hAnsi="IM Fell English"/>
          <w:color w:val="141414"/>
          <w:sz w:val="24"/>
        </w:rPr>
        <w:t>As Marcus tied his last shoe, he glanced up at Briggs. "Let's get moving,"</w:t>
      </w:r>
      <w:r>
        <w:rPr>
          <w:rFonts w:ascii="IM Fell English" w:hAnsi="IM Fell English"/>
          <w:color w:val="141414"/>
          <w:sz w:val="24"/>
        </w:rPr>
      </w:r>
      <w:r>
        <w:rPr>
          <w:rFonts w:ascii="IM Fell English" w:hAnsi="IM Fell English"/>
          <w:color w:val="141414"/>
          <w:sz w:val="24"/>
        </w:rPr>
        <w:t>Briggs made his way to the driver's side of the car. As they pulled away, Marcus spotted Constable Pierce removing the yellow tape.</w:t>
      </w:r>
      <w:r>
        <w:rPr>
          <w:rFonts w:ascii="IM Fell English" w:hAnsi="IM Fell English"/>
          <w:color w:val="141414"/>
          <w:sz w:val="24"/>
        </w:rPr>
      </w:r>
    </w:p>
    <w:p>
      <w:pPr>
        <w:pStyle w:val="Heading1"/>
        <w:jc w:val="center"/>
      </w:pPr>
      <w:r>
        <w:rPr>
          <w:rFonts w:ascii="IM Fell English" w:hAnsi="IM Fell English"/>
          <w:color w:val="0D0D0D"/>
        </w:rPr>
        <w:t>Chapter 6</w:t>
      </w:r>
    </w:p>
    <w:p>
      <w:r>
        <w:rPr>
          <w:rFonts w:ascii="IM Fell English" w:hAnsi="IM Fell English"/>
          <w:color w:val="141414"/>
          <w:sz w:val="24"/>
        </w:rPr>
      </w:r>
      <w:r>
        <w:rPr>
          <w:rFonts w:ascii="IM Fell English" w:hAnsi="IM Fell English"/>
          <w:color w:val="141414"/>
          <w:sz w:val="24"/>
        </w:rPr>
        <w:t>For Hartley, being drawn to dead things and the reason why they were dead started when she was very young. She had always had a strong curiosity about science and justice. She recalled listening to stories by her father, who was a very successful plastic surgeon in Melbourne, but she became fascinated by the dead. What caused the death of a bug or small animal she would find? Was it natural causes: poison, another animal or some other person being cruel?</w:t>
      </w:r>
      <w:r>
        <w:rPr>
          <w:rFonts w:ascii="IM Fell English" w:hAnsi="IM Fell English"/>
          <w:color w:val="141414"/>
          <w:sz w:val="24"/>
        </w:rPr>
      </w:r>
      <w:r>
        <w:rPr>
          <w:rFonts w:ascii="IM Fell English" w:hAnsi="IM Fell English"/>
          <w:color w:val="141414"/>
          <w:sz w:val="24"/>
        </w:rPr>
        <w:t>As she grew older, she always got the sense that her father wanted her to follow in his line of work, but Hartley always found people looking at plastic surgery to be mostly shallow. Seeking plastic surgery to make themselves more beautiful through social media. So she started taking courses and extra classes in the field of pathology.</w:t>
      </w:r>
      <w:r>
        <w:rPr>
          <w:rFonts w:ascii="IM Fell English" w:hAnsi="IM Fell English"/>
          <w:color w:val="141414"/>
          <w:sz w:val="24"/>
        </w:rPr>
      </w:r>
      <w:r>
        <w:rPr>
          <w:rFonts w:ascii="IM Fell English" w:hAnsi="IM Fell English"/>
          <w:color w:val="141414"/>
          <w:sz w:val="24"/>
        </w:rPr>
        <w:t>Studying was hard in high school, then she moved onto university to earn a medical degree — taking 6 years. After graduating, she worked in hospitals for a couple of years, learning how to care for patients and understand disease. But she wasn't so much just interested in healing the living — she wanted to help solve mysteries about death.</w:t>
      </w:r>
      <w:r>
        <w:rPr>
          <w:rFonts w:ascii="IM Fell English" w:hAnsi="IM Fell English"/>
          <w:color w:val="141414"/>
          <w:sz w:val="24"/>
        </w:rPr>
      </w:r>
      <w:r>
        <w:rPr>
          <w:rFonts w:ascii="IM Fell English" w:hAnsi="IM Fell English"/>
          <w:color w:val="141414"/>
          <w:sz w:val="24"/>
        </w:rPr>
        <w:t>Hartley applied to a specialist training program in pathology, which took another 5 years. During this time, she learned how to examine organs, tissues, and body fluids. Studying how injuries happen, how diseases progress, and how to tell the story of a person’s final moments. Eventually, she became a Fellow of the Royal College of Pathologists of Australasia (RCPA)—a title that means she was officially recognized as a forensic pathologist.</w:t>
      </w:r>
      <w:r>
        <w:rPr>
          <w:rFonts w:ascii="IM Fell English" w:hAnsi="IM Fell English"/>
          <w:color w:val="141414"/>
          <w:sz w:val="24"/>
        </w:rPr>
      </w:r>
      <w:r>
        <w:rPr>
          <w:rFonts w:ascii="IM Fell English" w:hAnsi="IM Fell English"/>
          <w:color w:val="141414"/>
          <w:sz w:val="24"/>
        </w:rPr>
        <w:t>Hartley had not sought out the Bureau; the Bureau had sought her. After years of working in the quiet sterility of hospital pathology labs, her reports precise, her observations clinical. Yet her colleagues had whispered about her uncanny ability to see beyond the tissue—to read intention in the smallest trace, to reconstruct not just how someone died, but why.</w:t>
      </w:r>
      <w:r>
        <w:rPr>
          <w:rFonts w:ascii="IM Fell English" w:hAnsi="IM Fell English"/>
          <w:color w:val="141414"/>
          <w:sz w:val="24"/>
        </w:rPr>
      </w:r>
      <w:r>
        <w:rPr>
          <w:rFonts w:ascii="IM Fell English" w:hAnsi="IM Fell English"/>
          <w:color w:val="141414"/>
          <w:sz w:val="24"/>
        </w:rPr>
        <w:t>The first call came after the discovery of a body in rural New South Wales Northern region. The local investigators had been baffled by the absence of defensive wounds. Hartley examined the remains and concluded that the victim had been subdued long before the fatal injury, suggesting a killer who relied on patience and control rather than brute force. Her insight redirected the investigation, and the FBI took notice.</w:t>
      </w:r>
      <w:r>
        <w:rPr>
          <w:rFonts w:ascii="IM Fell English" w:hAnsi="IM Fell English"/>
          <w:color w:val="141414"/>
          <w:sz w:val="24"/>
        </w:rPr>
      </w:r>
      <w:r>
        <w:rPr>
          <w:rFonts w:ascii="IM Fell English" w:hAnsi="IM Fell English"/>
          <w:color w:val="141414"/>
          <w:sz w:val="24"/>
        </w:rPr>
        <w:t>By the time the second case emerged—a series of killings in Western Australia marked by ritualistic precision—the Bureau formally brought her in. Hartley’s pathology expertise allowed her to identify patterns invisible to others: the deliberate trimming of fingernails, the repeated use of a rare preservative chemical, the subtle staging of bodies. She profiled the killer as someone obsessed with order, a compulsive perfectionist whose crimes were rehearsals as much as murders. Her analysis narrowed the suspect pool and led agents to a man whose professional life mirrored the pathology she had described.</w:t>
      </w:r>
      <w:r>
        <w:rPr>
          <w:rFonts w:ascii="IM Fell English" w:hAnsi="IM Fell English"/>
          <w:color w:val="141414"/>
          <w:sz w:val="24"/>
        </w:rPr>
      </w:r>
      <w:r>
        <w:rPr>
          <w:rFonts w:ascii="IM Fell English" w:hAnsi="IM Fell English"/>
          <w:color w:val="141414"/>
          <w:sz w:val="24"/>
        </w:rPr>
        <w:t>The third case sealed her place within the Bureau. In far North Queensland, Cape York Peninsula region, three victims had been found near abandoned property outside Weipa. Hartley noticed the faint traces of agricultural pesticides in the tissue samples, a detail overlooked by the local coroner. She argued that the killer was intimately familiar with rural environments and likely moved through them unnoticed. Her profile pointed investigators toward a drifter with a history of seasonal farm work. Within weeks, the suspect was located and apprehended.</w:t>
      </w:r>
      <w:r>
        <w:rPr>
          <w:rFonts w:ascii="IM Fell English" w:hAnsi="IM Fell English"/>
          <w:color w:val="141414"/>
          <w:sz w:val="24"/>
        </w:rPr>
      </w:r>
      <w:r>
        <w:rPr>
          <w:rFonts w:ascii="IM Fell English" w:hAnsi="IM Fell English"/>
          <w:color w:val="141414"/>
          <w:sz w:val="24"/>
        </w:rPr>
        <w:t>From then on, Hartley was no longer just a consultant. She became a quiet presence in the Bureau’s most complex investigations, her reports shaping strategies, her insights guiding manhunts. Agents began to rely on her not only for what the bodies revealed, but for the way she could translate pathology into psychology. She had been brought in to track killers, and she had done so—three times over—by seeing what others could not.</w:t>
      </w:r>
      <w:r>
        <w:rPr>
          <w:rFonts w:ascii="IM Fell English" w:hAnsi="IM Fell English"/>
          <w:color w:val="141414"/>
          <w:sz w:val="24"/>
        </w:rPr>
      </w:r>
      <w:r>
        <w:rPr>
          <w:rFonts w:ascii="IM Fell English" w:hAnsi="IM Fell English"/>
          <w:color w:val="141414"/>
          <w:sz w:val="24"/>
        </w:rPr>
        <w:t>Hartley found herself in the dressing room of the coroner’s office in Portland. O'Neil didn't want Emma's body taken to the Portland Hospital mortuary for examination where another pathologist could watch or observe, but placed into a more private facility to maintain dignity, safety, and scientific accuracy. It had state-of-the-art sterile examination rooms, imaging equipment, and secure storage for biological samples.</w:t>
      </w:r>
      <w:r>
        <w:rPr>
          <w:rFonts w:ascii="IM Fell English" w:hAnsi="IM Fell English"/>
          <w:color w:val="141414"/>
          <w:sz w:val="24"/>
        </w:rPr>
      </w:r>
      <w:r>
        <w:rPr>
          <w:rFonts w:ascii="IM Fell English" w:hAnsi="IM Fell English"/>
          <w:color w:val="141414"/>
          <w:sz w:val="24"/>
        </w:rPr>
        <w:t>Her relationship with her father had been strained for years, with limited communication between them. The only time they were in the same vicinity was during Christmas in Melbourne at her family's home, and even then, she could only bring herself to speak through her mother.</w:t>
      </w:r>
      <w:r>
        <w:rPr>
          <w:rFonts w:ascii="IM Fell English" w:hAnsi="IM Fell English"/>
          <w:color w:val="141414"/>
          <w:sz w:val="24"/>
        </w:rPr>
      </w:r>
      <w:r>
        <w:rPr>
          <w:rFonts w:ascii="IM Fell English" w:hAnsi="IM Fell English"/>
          <w:color w:val="141414"/>
          <w:sz w:val="24"/>
        </w:rPr>
        <w:t>She would ask, "Mother, could you pass the peas?" even though her father was sitting nearby.</w:t>
      </w:r>
      <w:r>
        <w:rPr>
          <w:rFonts w:ascii="IM Fell English" w:hAnsi="IM Fell English"/>
          <w:color w:val="141414"/>
          <w:sz w:val="24"/>
        </w:rPr>
      </w:r>
      <w:r>
        <w:rPr>
          <w:rFonts w:ascii="IM Fell English" w:hAnsi="IM Fell English"/>
          <w:color w:val="141414"/>
          <w:sz w:val="24"/>
        </w:rPr>
        <w:t>Both of them were oblivious to the damage it was causing to their mother. At the time of her mother's heart attack, Hartley was a recent graduate training at Portland Hospital.</w:t>
      </w:r>
      <w:r>
        <w:rPr>
          <w:rFonts w:ascii="IM Fell English" w:hAnsi="IM Fell English"/>
          <w:color w:val="141414"/>
          <w:sz w:val="24"/>
        </w:rPr>
      </w:r>
      <w:r>
        <w:rPr>
          <w:rFonts w:ascii="IM Fell English" w:hAnsi="IM Fell English"/>
          <w:color w:val="141414"/>
          <w:sz w:val="24"/>
        </w:rPr>
        <w:t>The news struck like a thunderbolt. Hartley hurried to her mother's side as fast as she could, but upon her arrival, she learned it was too late—her mother had passed away an hour earlier. The funeral took place a week later.</w:t>
      </w:r>
      <w:r>
        <w:rPr>
          <w:rFonts w:ascii="IM Fell English" w:hAnsi="IM Fell English"/>
          <w:color w:val="141414"/>
          <w:sz w:val="24"/>
        </w:rPr>
      </w:r>
      <w:r>
        <w:rPr>
          <w:rFonts w:ascii="IM Fell English" w:hAnsi="IM Fell English"/>
          <w:color w:val="141414"/>
          <w:sz w:val="24"/>
        </w:rPr>
        <w:t>Hartley was relieved to know that her mother did not have to undergo an autopsy, as her father was a renowned plastic surgeon and there was no reason to suspect any other cause of death besides a heart attack.</w:t>
      </w:r>
      <w:r>
        <w:rPr>
          <w:rFonts w:ascii="IM Fell English" w:hAnsi="IM Fell English"/>
          <w:color w:val="141414"/>
          <w:sz w:val="24"/>
        </w:rPr>
      </w:r>
      <w:r>
        <w:rPr>
          <w:rFonts w:ascii="IM Fell English" w:hAnsi="IM Fell English"/>
          <w:color w:val="141414"/>
          <w:sz w:val="24"/>
        </w:rPr>
        <w:t>Hartley was grateful for this, as the thought of her mother being dissected would have been too traumatic for her.</w:t>
      </w:r>
      <w:r>
        <w:rPr>
          <w:rFonts w:ascii="IM Fell English" w:hAnsi="IM Fell English"/>
          <w:color w:val="141414"/>
          <w:sz w:val="24"/>
        </w:rPr>
      </w:r>
      <w:r>
        <w:rPr>
          <w:rFonts w:ascii="IM Fell English" w:hAnsi="IM Fell English"/>
          <w:color w:val="141414"/>
          <w:sz w:val="24"/>
        </w:rPr>
        <w:t>When conducting an autopsy, Hartley always took the utmost care, not only out of respect for the deceased, but also for their family and loved ones.</w:t>
      </w:r>
      <w:r>
        <w:rPr>
          <w:rFonts w:ascii="IM Fell English" w:hAnsi="IM Fell English"/>
          <w:color w:val="141414"/>
          <w:sz w:val="24"/>
        </w:rPr>
      </w:r>
      <w:r>
        <w:rPr>
          <w:rFonts w:ascii="IM Fell English" w:hAnsi="IM Fell English"/>
          <w:color w:val="141414"/>
          <w:sz w:val="24"/>
        </w:rPr>
        <w:t>During the funeral, she and her father silently agreed upon a shared truth in honor of their departed mother.</w:t>
      </w:r>
      <w:r>
        <w:rPr>
          <w:rFonts w:ascii="IM Fell English" w:hAnsi="IM Fell English"/>
          <w:color w:val="141414"/>
          <w:sz w:val="24"/>
        </w:rPr>
      </w:r>
      <w:r>
        <w:rPr>
          <w:rFonts w:ascii="IM Fell English" w:hAnsi="IM Fell English"/>
          <w:color w:val="141414"/>
          <w:sz w:val="24"/>
        </w:rPr>
        <w:t>When the burial came to a close, friends, relatives, and family returned to their home for a somber gathering with refreshments. Many of the individuals who claimed to be related to her, people she had never even met, offered their condolences. But most of it was a blur, overwhelming and difficult to process.</w:t>
      </w:r>
      <w:r>
        <w:rPr>
          <w:rFonts w:ascii="IM Fell English" w:hAnsi="IM Fell English"/>
          <w:color w:val="141414"/>
          <w:sz w:val="24"/>
        </w:rPr>
      </w:r>
      <w:r>
        <w:rPr>
          <w:rFonts w:ascii="IM Fell English" w:hAnsi="IM Fell English"/>
          <w:color w:val="141414"/>
          <w:sz w:val="24"/>
        </w:rPr>
        <w:t>In the end, it became too much for her to handle, and she abruptly left without a proper goodbye to her father, catching the next flight back to Portland.</w:t>
      </w:r>
      <w:r>
        <w:rPr>
          <w:rFonts w:ascii="IM Fell English" w:hAnsi="IM Fell English"/>
          <w:color w:val="141414"/>
          <w:sz w:val="24"/>
        </w:rPr>
      </w:r>
      <w:r>
        <w:rPr>
          <w:rFonts w:ascii="IM Fell English" w:hAnsi="IM Fell English"/>
          <w:color w:val="141414"/>
          <w:sz w:val="24"/>
        </w:rPr>
        <w:t>Over the next four years, she immersed herself even more deeply in her work. She kept her distance from others and rarely engaged in social activities.</w:t>
      </w:r>
      <w:r>
        <w:rPr>
          <w:rFonts w:ascii="IM Fell English" w:hAnsi="IM Fell English"/>
          <w:color w:val="141414"/>
          <w:sz w:val="24"/>
        </w:rPr>
      </w:r>
      <w:r>
        <w:rPr>
          <w:rFonts w:ascii="IM Fell English" w:hAnsi="IM Fell English"/>
          <w:color w:val="141414"/>
          <w:sz w:val="24"/>
        </w:rPr>
        <w:t>Her only true companion was Sarah, her beloved feline who was four years old. The day she returned home to Portland after laying her mother to rest, she passed by a pet store and caught sight of a little orange tabby cat.</w:t>
      </w:r>
      <w:r>
        <w:rPr>
          <w:rFonts w:ascii="IM Fell English" w:hAnsi="IM Fell English"/>
          <w:color w:val="141414"/>
          <w:sz w:val="24"/>
        </w:rPr>
      </w:r>
      <w:r>
        <w:rPr>
          <w:rFonts w:ascii="IM Fell English" w:hAnsi="IM Fell English"/>
          <w:color w:val="141414"/>
          <w:sz w:val="24"/>
        </w:rPr>
        <w:t>The cat gazed at her intently, then approached and gently pawed at the glass. Overcome with emotion, she almost broke down right there on the street, realizing she couldn't bear to go home and be all alone. Without hesitation, she brought Sarah home with her, and the cat became her emotional lifeline.</w:t>
      </w:r>
      <w:r>
        <w:rPr>
          <w:rFonts w:ascii="IM Fell English" w:hAnsi="IM Fell English"/>
          <w:color w:val="141414"/>
          <w:sz w:val="24"/>
        </w:rPr>
      </w:r>
      <w:r>
        <w:rPr>
          <w:rFonts w:ascii="IM Fell English" w:hAnsi="IM Fell English"/>
          <w:color w:val="141414"/>
          <w:sz w:val="24"/>
        </w:rPr>
        <w:t>Hartley always struggled to connect with people because of her profession. Though she was not unattractive, in fact quite striking, whenever she attempted to meet a potential romantic partner or make friends, they were immediately captivated by her occupation. They would make offensive jokes, causing her to constantly come up with excuses to avoid meeting them. Eventually, she just stopped answering their calls.</w:t>
      </w:r>
      <w:r>
        <w:rPr>
          <w:rFonts w:ascii="IM Fell English" w:hAnsi="IM Fell English"/>
          <w:color w:val="141414"/>
          <w:sz w:val="24"/>
        </w:rPr>
      </w:r>
      <w:r>
        <w:rPr>
          <w:rFonts w:ascii="IM Fell English" w:hAnsi="IM Fell English"/>
          <w:color w:val="141414"/>
          <w:sz w:val="24"/>
        </w:rPr>
        <w:t>A knock interrupted their conversation. One of the mortuary transfer officers who had picked up Emma from the crime scene informed her that Emma was in the room, and they were leaving. Hartley thanked him and prepared for the autopsy.</w:t>
      </w:r>
      <w:r>
        <w:rPr>
          <w:rFonts w:ascii="IM Fell English" w:hAnsi="IM Fell English"/>
          <w:color w:val="141414"/>
          <w:sz w:val="24"/>
        </w:rPr>
      </w:r>
      <w:r>
        <w:rPr>
          <w:rFonts w:ascii="IM Fell English" w:hAnsi="IM Fell English"/>
          <w:color w:val="141414"/>
          <w:sz w:val="24"/>
        </w:rPr>
        <w:t>Hartley strode confidently into the autopsy room. The mortuary was quiet, cool, and clinical—tucked behind thick walls where few ever wandered. Hartley stepped through the change room, pulling on gloves and a gown, the familiar scent of disinfectant clinging to the air. Beyond the heavy doors lay the cool room, lined with stainless steel cabinets stacked in neat rows. Each one held a story, paused in time. Today, Hartley’s focus was Emma—a young woman whose body had arrived, now resting behind a numbered door. The room was still, the hum of refrigeration the only sound.</w:t>
      </w:r>
      <w:r>
        <w:rPr>
          <w:rFonts w:ascii="IM Fell English" w:hAnsi="IM Fell English"/>
          <w:color w:val="141414"/>
          <w:sz w:val="24"/>
        </w:rPr>
      </w:r>
      <w:r>
        <w:rPr>
          <w:rFonts w:ascii="IM Fell English" w:hAnsi="IM Fell English"/>
          <w:color w:val="141414"/>
          <w:sz w:val="24"/>
        </w:rPr>
        <w:t>In the autopsy suite, bright lights cast sharp shadows across the steel table. Hartley moved with quiet purpose, checking instruments—scalpels, forceps, bone saw—all laid out in precise order. The air was filtered and still, the space sealed off from the rest of the private hospital. As Hartley prepared, there was a moment of stillness, a silent acknowledgment of Emma’s life before the work began. This was more than science. It was a duty to the truth, to the family waiting for answers, and to Emma herself.</w:t>
      </w:r>
      <w:r>
        <w:rPr>
          <w:rFonts w:ascii="IM Fell English" w:hAnsi="IM Fell English"/>
          <w:color w:val="141414"/>
          <w:sz w:val="24"/>
        </w:rPr>
      </w:r>
      <w:r>
        <w:rPr>
          <w:rFonts w:ascii="IM Fell English" w:hAnsi="IM Fell English"/>
          <w:color w:val="141414"/>
          <w:sz w:val="24"/>
        </w:rPr>
        <w:t>With a flick of the switch, she activated a microphone and tape recorder suspended from the ceiling by a flexible cord.</w:t>
      </w:r>
      <w:r>
        <w:rPr>
          <w:rFonts w:ascii="IM Fell English" w:hAnsi="IM Fell English"/>
          <w:color w:val="141414"/>
          <w:sz w:val="24"/>
        </w:rPr>
      </w:r>
      <w:r>
        <w:rPr>
          <w:rFonts w:ascii="IM Fell English" w:hAnsi="IM Fell English"/>
          <w:color w:val="141414"/>
          <w:sz w:val="24"/>
        </w:rPr>
        <w:t>"My name is Doctor Diane Hartley. The time is 1456, Wednesday, October 30th, 2002."</w:t>
      </w:r>
      <w:r>
        <w:rPr>
          <w:rFonts w:ascii="IM Fell English" w:hAnsi="IM Fell English"/>
          <w:color w:val="141414"/>
          <w:sz w:val="24"/>
        </w:rPr>
      </w:r>
    </w:p>
    <w:p>
      <w:pPr>
        <w:pStyle w:val="Heading1"/>
        <w:jc w:val="center"/>
      </w:pPr>
      <w:r>
        <w:rPr>
          <w:rFonts w:ascii="IM Fell English" w:hAnsi="IM Fell English"/>
          <w:color w:val="0D0D0D"/>
        </w:rPr>
        <w:t>Chapter 7</w:t>
      </w:r>
    </w:p>
    <w:p>
      <w:r>
        <w:rPr>
          <w:rFonts w:ascii="IM Fell English" w:hAnsi="IM Fell English"/>
          <w:color w:val="141414"/>
          <w:sz w:val="24"/>
        </w:rPr>
      </w:r>
      <w:r>
        <w:rPr>
          <w:rFonts w:ascii="IM Fell English" w:hAnsi="IM Fell English"/>
          <w:color w:val="141414"/>
          <w:sz w:val="24"/>
        </w:rPr>
        <w:t>At the break of dawn, David stirred from his slumber. Yesterday, after a long shift, he had returned home exhausted and depleted. The sight of the lifeless body in his first week on the job had shaken him some, just like the first one he saw two years ago. Beside him, Suzan was fast asleep. She had a restless night, with the constant kicking baby and frequent trips to the bathroom. When David told her yesterday he had to work a few extra hours, Suzan immediately sensed something was amiss.</w:t>
      </w:r>
      <w:r>
        <w:rPr>
          <w:rFonts w:ascii="IM Fell English" w:hAnsi="IM Fell English"/>
          <w:color w:val="141414"/>
          <w:sz w:val="24"/>
        </w:rPr>
      </w:r>
      <w:r>
        <w:rPr>
          <w:rFonts w:ascii="IM Fell English" w:hAnsi="IM Fell English"/>
          <w:color w:val="141414"/>
          <w:sz w:val="24"/>
        </w:rPr>
        <w:t>He had brushed it off, claiming it was just paperwork for a drunk driver. But deep down, he didn't want Suzan to worry or be distressed, especially with their baby due to arrive soon.</w:t>
      </w:r>
      <w:r>
        <w:rPr>
          <w:rFonts w:ascii="IM Fell English" w:hAnsi="IM Fell English"/>
          <w:color w:val="141414"/>
          <w:sz w:val="24"/>
        </w:rPr>
      </w:r>
      <w:r>
        <w:rPr>
          <w:rFonts w:ascii="IM Fell English" w:hAnsi="IM Fell English"/>
          <w:color w:val="141414"/>
          <w:sz w:val="24"/>
        </w:rPr>
        <w:t>David entered Portland Crime laboratory and provided hair and saliva specimens as a comparison to any traces discovered at the scene of the crime. His colleague was present along with the couple who had discovered the body. Their vehicle had been impounded but was being released. They eventually departed without uttering a word. David speculated that it would be the last time they stopped on the side of the road to rest, but would instead find a bustling campsite or caravan park in the future to rest at.</w:t>
      </w:r>
      <w:r>
        <w:rPr>
          <w:rFonts w:ascii="IM Fell English" w:hAnsi="IM Fell English"/>
          <w:color w:val="141414"/>
          <w:sz w:val="24"/>
        </w:rPr>
      </w:r>
      <w:r>
        <w:rPr>
          <w:rFonts w:ascii="IM Fell English" w:hAnsi="IM Fell English"/>
          <w:color w:val="141414"/>
          <w:sz w:val="24"/>
        </w:rPr>
        <w:t>Due to recent events, the superintendent granted him and his partner a day of absence. Suzan had a scheduled appointment with an obstetrician at a Portland clinic. As they had recently relocated, they needed to find a new doctor promptly and transfer Suzan's medical records from her obstetrician, Doctor Freeman in Armidale, where they first crossed paths.</w:t>
      </w:r>
      <w:r>
        <w:rPr>
          <w:rFonts w:ascii="IM Fell English" w:hAnsi="IM Fell English"/>
          <w:color w:val="141414"/>
          <w:sz w:val="24"/>
        </w:rPr>
      </w:r>
      <w:r>
        <w:rPr>
          <w:rFonts w:ascii="IM Fell English" w:hAnsi="IM Fell English"/>
          <w:color w:val="141414"/>
          <w:sz w:val="24"/>
        </w:rPr>
        <w:t>Suzan was twenty-four and in her second year at Armidale New England University, while David, twenty-eight, applied for a position in the police force and was required to attend the Goulburn Police Academy, which is the main training center for NSW Police recruits, located in the Southern Tablelands of New South Wales. David would undergo intensive, hands-on education in law, ethics, physical fitness, firearms, driving, and real-life policing scenarios. Recruits—known as Student Police Officers—typically complete a 16-week residential program at the academy, followed by on-the-job training as probationary constables. The center includes simulation villages, virtual weapons training, and specialist facilities designed to prepare officers for frontline duties across diverse communities.</w:t>
      </w:r>
      <w:r>
        <w:rPr>
          <w:rFonts w:ascii="IM Fell English" w:hAnsi="IM Fell English"/>
          <w:color w:val="141414"/>
          <w:sz w:val="24"/>
        </w:rPr>
      </w:r>
      <w:r>
        <w:rPr>
          <w:rFonts w:ascii="IM Fell English" w:hAnsi="IM Fell English"/>
          <w:color w:val="141414"/>
          <w:sz w:val="24"/>
        </w:rPr>
        <w:t>Two weeks before David was preparing to leave for Goulburn, he and his mates hit the town for drinks and a fun night. It was here that he noticed Suzan with her friends. His friends noticed and started teasing him to talk to her. Despite other guys approaching Suzan, she turned down their advances. Feeling like he had to do something, David walked up behind her and tapped her on the shoulder. As she turned around, he leaned down and kissed her on the lips. She was completely stunned.</w:t>
      </w:r>
      <w:r>
        <w:rPr>
          <w:rFonts w:ascii="IM Fell English" w:hAnsi="IM Fell English"/>
          <w:color w:val="141414"/>
          <w:sz w:val="24"/>
        </w:rPr>
      </w:r>
      <w:r>
        <w:rPr>
          <w:rFonts w:ascii="IM Fell English" w:hAnsi="IM Fell English"/>
          <w:color w:val="141414"/>
          <w:sz w:val="24"/>
        </w:rPr>
        <w:t>David braced himself for the worst — a tirade of insults, a slap in the face, and a quick exit courtesy of the bouncers. But to his surprise, she just stood there. Shock and silence filled the air, with her friends equally taken aback. "I wasn't sure how else to get your attention. Please forgive the intrusion," he uttered before returning to his friends, who slapped him hard on the back, laughing hysterically about his failed attempt.</w:t>
      </w:r>
      <w:r>
        <w:rPr>
          <w:rFonts w:ascii="IM Fell English" w:hAnsi="IM Fell English"/>
          <w:color w:val="141414"/>
          <w:sz w:val="24"/>
        </w:rPr>
      </w:r>
      <w:r>
        <w:rPr>
          <w:rFonts w:ascii="IM Fell English" w:hAnsi="IM Fell English"/>
          <w:color w:val="141414"/>
          <w:sz w:val="24"/>
        </w:rPr>
        <w:t>Later that evening, after indulging in several too many drinks, he waited for a taxi to take him home. Struggling to maintain his balance, a car pulled up beside him and the window rolled down.</w:t>
      </w:r>
      <w:r>
        <w:rPr>
          <w:rFonts w:ascii="IM Fell English" w:hAnsi="IM Fell English"/>
          <w:color w:val="141414"/>
          <w:sz w:val="24"/>
        </w:rPr>
      </w:r>
      <w:r>
        <w:rPr>
          <w:rFonts w:ascii="IM Fell English" w:hAnsi="IM Fell English"/>
          <w:color w:val="141414"/>
          <w:sz w:val="24"/>
        </w:rPr>
        <w:t>To his surprise, it was the girl he had kissed earlier. She motioned for him to come closer and then planted a kiss on his lips, only to push him away and toss a piece of paper at him.</w:t>
      </w:r>
      <w:r>
        <w:rPr>
          <w:rFonts w:ascii="IM Fell English" w:hAnsi="IM Fell English"/>
          <w:color w:val="141414"/>
          <w:sz w:val="24"/>
        </w:rPr>
      </w:r>
      <w:r>
        <w:rPr>
          <w:rFonts w:ascii="IM Fell English" w:hAnsi="IM Fell English"/>
          <w:color w:val="141414"/>
          <w:sz w:val="24"/>
        </w:rPr>
        <w:t>Lost and bewildered, he heard her ask, "Do I have your attention now?" before the car sped off. David picked up the paper, revealing a phone number scribbled on it.</w:t>
      </w:r>
      <w:r>
        <w:rPr>
          <w:rFonts w:ascii="IM Fell English" w:hAnsi="IM Fell English"/>
          <w:color w:val="141414"/>
          <w:sz w:val="24"/>
        </w:rPr>
      </w:r>
      <w:r>
        <w:rPr>
          <w:rFonts w:ascii="IM Fell English" w:hAnsi="IM Fell English"/>
          <w:color w:val="141414"/>
          <w:sz w:val="24"/>
        </w:rPr>
        <w:t>In fact, tucked away in a small container of cherished keepsakes he has accumulated over the years, that very scrap of paper can be found. The rest, as they say, is history.</w:t>
      </w:r>
      <w:r>
        <w:rPr>
          <w:rFonts w:ascii="IM Fell English" w:hAnsi="IM Fell English"/>
          <w:color w:val="141414"/>
          <w:sz w:val="24"/>
        </w:rPr>
      </w:r>
      <w:r>
        <w:rPr>
          <w:rFonts w:ascii="IM Fell English" w:hAnsi="IM Fell English"/>
          <w:color w:val="141414"/>
          <w:sz w:val="24"/>
        </w:rPr>
        <w:t>David successfully completed his training and was assigned to positions in the New England Area, close enough to be able to visit Suzan on his days off.</w:t>
      </w:r>
      <w:r>
        <w:rPr>
          <w:rFonts w:ascii="IM Fell English" w:hAnsi="IM Fell English"/>
          <w:color w:val="141414"/>
          <w:sz w:val="24"/>
        </w:rPr>
      </w:r>
      <w:r>
        <w:rPr>
          <w:rFonts w:ascii="IM Fell English" w:hAnsi="IM Fell English"/>
          <w:color w:val="141414"/>
          <w:sz w:val="24"/>
        </w:rPr>
        <w:t>Their love blossomed and two years later, they tied the knot. They were eager to start a family right away. Eventually, Suzan became pregnant, which was nothing short of a miracle.</w:t>
      </w:r>
      <w:r>
        <w:rPr>
          <w:rFonts w:ascii="IM Fell English" w:hAnsi="IM Fell English"/>
          <w:color w:val="141414"/>
          <w:sz w:val="24"/>
        </w:rPr>
      </w:r>
      <w:r>
        <w:rPr>
          <w:rFonts w:ascii="IM Fell English" w:hAnsi="IM Fell English"/>
          <w:color w:val="141414"/>
          <w:sz w:val="24"/>
        </w:rPr>
        <w:t>He was offered a permanent position at Portland police station, and he accepted it without hesitation. Suzan, on the other hand, was content with her job as a substitute teacher in Armidale and wanted to continue for as long as possible. However, they both knew that a stable income was crucial for their future, so Dave took the job and Suzan moved with him to Portland.</w:t>
      </w:r>
      <w:r>
        <w:rPr>
          <w:rFonts w:ascii="IM Fell English" w:hAnsi="IM Fell English"/>
          <w:color w:val="141414"/>
          <w:sz w:val="24"/>
        </w:rPr>
      </w:r>
      <w:r>
        <w:rPr>
          <w:rFonts w:ascii="IM Fell English" w:hAnsi="IM Fell English"/>
          <w:color w:val="141414"/>
          <w:sz w:val="24"/>
        </w:rPr>
        <w:t>After completing his work at the CSI lab, David rushed downtown to meet Suzan. They had found a female obstetrician, Dr. Jennifer Caine, who was of African American descent with long, woven dreadlocks as seen in her profile picture on the clinic's website. Given the challenges Suzan faced in conceiving, they searched for the top obstetrician, and Dr. Caine fit the bill perfectly.</w:t>
      </w:r>
      <w:r>
        <w:rPr>
          <w:rFonts w:ascii="IM Fell English" w:hAnsi="IM Fell English"/>
          <w:color w:val="141414"/>
          <w:sz w:val="24"/>
        </w:rPr>
      </w:r>
      <w:r>
        <w:rPr>
          <w:rFonts w:ascii="IM Fell English" w:hAnsi="IM Fell English"/>
          <w:color w:val="141414"/>
          <w:sz w:val="24"/>
        </w:rPr>
        <w:t>As David entered the waiting room, he noticed Suzan engrossed in a magazine. The room was occupied by two other couples, each with a woman in a different stage of pregnancy.</w:t>
      </w:r>
      <w:r>
        <w:rPr>
          <w:rFonts w:ascii="IM Fell English" w:hAnsi="IM Fell English"/>
          <w:color w:val="141414"/>
          <w:sz w:val="24"/>
        </w:rPr>
      </w:r>
      <w:r>
        <w:rPr>
          <w:rFonts w:ascii="IM Fell English" w:hAnsi="IM Fell English"/>
          <w:color w:val="141414"/>
          <w:sz w:val="24"/>
        </w:rPr>
        <w:t>"Hello, my love," David said, leaning down to affectionately kiss her forehead and taking a seat beside her.</w:t>
      </w:r>
      <w:r>
        <w:rPr>
          <w:rFonts w:ascii="IM Fell English" w:hAnsi="IM Fell English"/>
          <w:color w:val="141414"/>
          <w:sz w:val="24"/>
        </w:rPr>
      </w:r>
      <w:r>
        <w:rPr>
          <w:rFonts w:ascii="IM Fell English" w:hAnsi="IM Fell English"/>
          <w:color w:val="141414"/>
          <w:sz w:val="24"/>
        </w:rPr>
        <w:t>"Waiting long?" he asked. Susan glanced up from her magazine and replied, "Dr. Caine is running about 25 minutes behind schedule. We're up next, so hopefully in about ten minutes."</w:t>
      </w:r>
      <w:r>
        <w:rPr>
          <w:rFonts w:ascii="IM Fell English" w:hAnsi="IM Fell English"/>
          <w:color w:val="141414"/>
          <w:sz w:val="24"/>
        </w:rPr>
      </w:r>
      <w:r>
        <w:rPr>
          <w:rFonts w:ascii="IM Fell English" w:hAnsi="IM Fell English"/>
          <w:color w:val="141414"/>
          <w:sz w:val="24"/>
        </w:rPr>
        <w:t>"How was your morning?" David inquired, genuinely interested.</w:t>
      </w:r>
      <w:r>
        <w:rPr>
          <w:rFonts w:ascii="IM Fell English" w:hAnsi="IM Fell English"/>
          <w:color w:val="141414"/>
          <w:sz w:val="24"/>
        </w:rPr>
      </w:r>
      <w:r>
        <w:rPr>
          <w:rFonts w:ascii="IM Fell English" w:hAnsi="IM Fell English"/>
          <w:color w:val="141414"/>
          <w:sz w:val="24"/>
        </w:rPr>
        <w:t>"Well, I indulged in a hearty breakfast, then went back to bed before taking an excessively long shower and eventually making my way here," Susan answered, her gaze still fixed on her reading material. "Are you finished with your police duties for the day?"</w:t>
      </w:r>
      <w:r>
        <w:rPr>
          <w:rFonts w:ascii="IM Fell English" w:hAnsi="IM Fell English"/>
          <w:color w:val="141414"/>
          <w:sz w:val="24"/>
        </w:rPr>
      </w:r>
      <w:r>
        <w:rPr>
          <w:rFonts w:ascii="IM Fell English" w:hAnsi="IM Fell English"/>
          <w:color w:val="141414"/>
          <w:sz w:val="24"/>
        </w:rPr>
        <w:t>"Yeah, I'm all yours now. And I even managed to secure tomorrow off, giving us a long weekend together to tackle the unpacking," David announced.</w:t>
      </w:r>
      <w:r>
        <w:rPr>
          <w:rFonts w:ascii="IM Fell English" w:hAnsi="IM Fell English"/>
          <w:color w:val="141414"/>
          <w:sz w:val="24"/>
        </w:rPr>
      </w:r>
      <w:r>
        <w:rPr>
          <w:rFonts w:ascii="IM Fell English" w:hAnsi="IM Fell English"/>
          <w:color w:val="141414"/>
          <w:sz w:val="24"/>
        </w:rPr>
        <w:t>"The Superintendent wasn't too pleased with me being late three days in a row, but he agreed to give me an extra day at home to finish up the unpacking. He understands that with our first child arriving in just 5 weeks, it's important for us to have the baby's room and everything else in order."</w:t>
      </w:r>
      <w:r>
        <w:rPr>
          <w:rFonts w:ascii="IM Fell English" w:hAnsi="IM Fell English"/>
          <w:color w:val="141414"/>
          <w:sz w:val="24"/>
        </w:rPr>
      </w:r>
      <w:r>
        <w:rPr>
          <w:rFonts w:ascii="IM Fell English" w:hAnsi="IM Fell English"/>
          <w:color w:val="141414"/>
          <w:sz w:val="24"/>
        </w:rPr>
        <w:t>As he placed his hand on Susan's belly, David added, "He knows that spending a little more time at home to prepare for our baby's arrival is important."</w:t>
      </w:r>
      <w:r>
        <w:rPr>
          <w:rFonts w:ascii="IM Fell English" w:hAnsi="IM Fell English"/>
          <w:color w:val="141414"/>
          <w:sz w:val="24"/>
        </w:rPr>
      </w:r>
      <w:r>
        <w:rPr>
          <w:rFonts w:ascii="IM Fell English" w:hAnsi="IM Fell English"/>
          <w:color w:val="141414"/>
          <w:sz w:val="24"/>
        </w:rPr>
        <w:t>Susan beamed and planted a gentle kiss on David's cheek. Just then, Dr. Caine emerged, calling out "Mr and Mrs Pierce."</w:t>
      </w:r>
      <w:r>
        <w:rPr>
          <w:rFonts w:ascii="IM Fell English" w:hAnsi="IM Fell English"/>
          <w:color w:val="141414"/>
          <w:sz w:val="24"/>
        </w:rPr>
      </w:r>
      <w:r>
        <w:rPr>
          <w:rFonts w:ascii="IM Fell English" w:hAnsi="IM Fell English"/>
          <w:color w:val="141414"/>
          <w:sz w:val="24"/>
        </w:rPr>
        <w:t>David rose promptly, pivoting and extending his hand to assist Susan to her feet. "That's our cue," he exclaimed, as they both stood up and made their way towards Doctor Caine's office.</w:t>
      </w:r>
      <w:r>
        <w:rPr>
          <w:rFonts w:ascii="IM Fell English" w:hAnsi="IM Fell English"/>
          <w:color w:val="141414"/>
          <w:sz w:val="24"/>
        </w:rPr>
      </w:r>
      <w:r>
        <w:rPr>
          <w:rFonts w:ascii="IM Fell English" w:hAnsi="IM Fell English"/>
          <w:color w:val="141414"/>
          <w:sz w:val="24"/>
        </w:rPr>
        <w:t>Dr. Caine flashed a gentle smile as she motioned towards two vacant seats and kindly asked them to take a seat. She positioned herself across from them. On the table was a blue folder labeled "Pierce, Susan."</w:t>
      </w:r>
      <w:r>
        <w:rPr>
          <w:rFonts w:ascii="IM Fell English" w:hAnsi="IM Fell English"/>
          <w:color w:val="141414"/>
          <w:sz w:val="24"/>
        </w:rPr>
      </w:r>
      <w:r>
        <w:rPr>
          <w:rFonts w:ascii="IM Fell English" w:hAnsi="IM Fell English"/>
          <w:color w:val="141414"/>
          <w:sz w:val="24"/>
        </w:rPr>
        <w:t>After a brief scan through the contents of the folder, she looked up and smiled.</w:t>
      </w:r>
      <w:r>
        <w:rPr>
          <w:rFonts w:ascii="IM Fell English" w:hAnsi="IM Fell English"/>
          <w:color w:val="141414"/>
          <w:sz w:val="24"/>
        </w:rPr>
      </w:r>
      <w:r>
        <w:rPr>
          <w:rFonts w:ascii="IM Fell English" w:hAnsi="IM Fell English"/>
          <w:color w:val="141414"/>
          <w:sz w:val="24"/>
        </w:rPr>
        <w:t>"Susan," her tone warm and welcoming. "Hello, Dr. Caine," Susan replied with a polite smile. "And I assume you must be David, the partner?" Dr. Caine inquired.</w:t>
      </w:r>
      <w:r>
        <w:rPr>
          <w:rFonts w:ascii="IM Fell English" w:hAnsi="IM Fell English"/>
          <w:color w:val="141414"/>
          <w:sz w:val="24"/>
        </w:rPr>
      </w:r>
      <w:r>
        <w:rPr>
          <w:rFonts w:ascii="IM Fell English" w:hAnsi="IM Fell English"/>
          <w:color w:val="141414"/>
          <w:sz w:val="24"/>
        </w:rPr>
        <w:t>"That's correct," David confirmed.</w:t>
      </w:r>
      <w:r>
        <w:rPr>
          <w:rFonts w:ascii="IM Fell English" w:hAnsi="IM Fell English"/>
          <w:color w:val="141414"/>
          <w:sz w:val="24"/>
        </w:rPr>
      </w:r>
      <w:r>
        <w:rPr>
          <w:rFonts w:ascii="IM Fell English" w:hAnsi="IM Fell English"/>
          <w:color w:val="141414"/>
          <w:sz w:val="24"/>
        </w:rPr>
        <w:t>"Okay. So from what I understand, you were both residing in Armidale, where you eventually conceived and have recently relocated to Portland," Dr. Caine asked with genuine interest.</w:t>
      </w:r>
      <w:r>
        <w:rPr>
          <w:rFonts w:ascii="IM Fell English" w:hAnsi="IM Fell English"/>
          <w:color w:val="141414"/>
          <w:sz w:val="24"/>
        </w:rPr>
      </w:r>
      <w:r>
        <w:rPr>
          <w:rFonts w:ascii="IM Fell English" w:hAnsi="IM Fell English"/>
          <w:color w:val="141414"/>
          <w:sz w:val="24"/>
        </w:rPr>
        <w:t>"Yes. David is a law enforcement officer and has been given a long-term opportunity in Portland. I was employed as a temporary teacher, but we both agreed that it would be wise for David to accept the position as a reliable source of income during our pregnancy nd moving forward," Susan clarified.</w:t>
      </w:r>
      <w:r>
        <w:rPr>
          <w:rFonts w:ascii="IM Fell English" w:hAnsi="IM Fell English"/>
          <w:color w:val="141414"/>
          <w:sz w:val="24"/>
        </w:rPr>
      </w:r>
      <w:r>
        <w:rPr>
          <w:rFonts w:ascii="IM Fell English" w:hAnsi="IM Fell English"/>
          <w:color w:val="141414"/>
          <w:sz w:val="24"/>
        </w:rPr>
        <w:t>"Your records are still physically located in Armidale. However, I am able to access all of your previous antenatal appointments and blood tests through the statewide medical portal that we all use. With your permission, Susan, I will request to have your records sent to us from Armidale. Is that okay with you?" Inquired Dr. Caine.</w:t>
      </w:r>
      <w:r>
        <w:rPr>
          <w:rFonts w:ascii="IM Fell English" w:hAnsi="IM Fell English"/>
          <w:color w:val="141414"/>
          <w:sz w:val="24"/>
        </w:rPr>
      </w:r>
      <w:r>
        <w:rPr>
          <w:rFonts w:ascii="IM Fell English" w:hAnsi="IM Fell English"/>
          <w:color w:val="141414"/>
          <w:sz w:val="24"/>
        </w:rPr>
        <w:t>Susan smiled warmly, unconsciously rubbing her belly, and replied, "Yes. David and I plan to stay in Portland for many years while we raise this little one."</w:t>
      </w:r>
      <w:r>
        <w:rPr>
          <w:rFonts w:ascii="IM Fell English" w:hAnsi="IM Fell English"/>
          <w:color w:val="141414"/>
          <w:sz w:val="24"/>
        </w:rPr>
      </w:r>
      <w:r>
        <w:rPr>
          <w:rFonts w:ascii="IM Fell English" w:hAnsi="IM Fell English"/>
          <w:color w:val="141414"/>
          <w:sz w:val="24"/>
        </w:rPr>
        <w:t>Dr. Caine inquired, "So, if I understand correctly, you have chosen not to learn the gender of the baby?"</w:t>
      </w:r>
      <w:r>
        <w:rPr>
          <w:rFonts w:ascii="IM Fell English" w:hAnsi="IM Fell English"/>
          <w:color w:val="141414"/>
          <w:sz w:val="24"/>
        </w:rPr>
      </w:r>
      <w:r>
        <w:rPr>
          <w:rFonts w:ascii="IM Fell English" w:hAnsi="IM Fell English"/>
          <w:color w:val="141414"/>
          <w:sz w:val="24"/>
        </w:rPr>
        <w:t>Susan smiled and grasped David's hand, affirming, "That is correct, doctor."</w:t>
      </w:r>
      <w:r>
        <w:rPr>
          <w:rFonts w:ascii="IM Fell English" w:hAnsi="IM Fell English"/>
          <w:color w:val="141414"/>
          <w:sz w:val="24"/>
        </w:rPr>
      </w:r>
      <w:r>
        <w:rPr>
          <w:rFonts w:ascii="IM Fell English" w:hAnsi="IM Fell English"/>
          <w:color w:val="141414"/>
          <w:sz w:val="24"/>
        </w:rPr>
        <w:t>She continued, "We want the arrival of our little one to be just as much of a surprise to us as it will be to them when they enter this world. Of course, I do hope it happens soon and on schedule, as this lady is growing quite sore and exhausted. She's starting to tire of the whole 'yay, I'm pregnant' thing," Susan joked with a playful laugh.</w:t>
      </w:r>
      <w:r>
        <w:rPr>
          <w:rFonts w:ascii="IM Fell English" w:hAnsi="IM Fell English"/>
          <w:color w:val="141414"/>
          <w:sz w:val="24"/>
        </w:rPr>
      </w:r>
      <w:r>
        <w:rPr>
          <w:rFonts w:ascii="IM Fell English" w:hAnsi="IM Fell English"/>
          <w:color w:val="141414"/>
          <w:sz w:val="24"/>
        </w:rPr>
        <w:t>"Okay, so you've been in Portland for about 2 weeks. Have you booked in for a birthing class?"</w:t>
      </w:r>
      <w:r>
        <w:rPr>
          <w:rFonts w:ascii="IM Fell English" w:hAnsi="IM Fell English"/>
          <w:color w:val="141414"/>
          <w:sz w:val="24"/>
        </w:rPr>
      </w:r>
      <w:r>
        <w:rPr>
          <w:rFonts w:ascii="IM Fell English" w:hAnsi="IM Fell English"/>
          <w:color w:val="141414"/>
          <w:sz w:val="24"/>
        </w:rPr>
        <w:t>"I attended four birthing classes before we left Armidale and I have arranged for another 2 classes here in Portland with David, one a week starting from next week," said Susan.</w:t>
      </w:r>
      <w:r>
        <w:rPr>
          <w:rFonts w:ascii="IM Fell English" w:hAnsi="IM Fell English"/>
          <w:color w:val="141414"/>
          <w:sz w:val="24"/>
        </w:rPr>
      </w:r>
      <w:r>
        <w:rPr>
          <w:rFonts w:ascii="IM Fell English" w:hAnsi="IM Fell English"/>
          <w:color w:val="141414"/>
          <w:sz w:val="24"/>
        </w:rPr>
        <w:t>David looked surprised by this. "This is the first I've heard of it," as he looked at Susan with a smile.</w:t>
      </w:r>
      <w:r>
        <w:rPr>
          <w:rFonts w:ascii="IM Fell English" w:hAnsi="IM Fell English"/>
          <w:color w:val="141414"/>
          <w:sz w:val="24"/>
        </w:rPr>
      </w:r>
      <w:r>
        <w:rPr>
          <w:rFonts w:ascii="IM Fell English" w:hAnsi="IM Fell English"/>
          <w:color w:val="141414"/>
          <w:sz w:val="24"/>
        </w:rPr>
        <w:t>"Yes, husband. You missed every class in Armidale and I had to take Amanda, my best friend," she scolded David, "and each appointment is an evening class that's outside your work roster, so no excuses this time, Mr Dad to be."</w:t>
      </w:r>
      <w:r>
        <w:rPr>
          <w:rFonts w:ascii="IM Fell English" w:hAnsi="IM Fell English"/>
          <w:color w:val="141414"/>
          <w:sz w:val="24"/>
        </w:rPr>
      </w:r>
    </w:p>
    <w:p>
      <w:pPr>
        <w:pStyle w:val="Heading1"/>
        <w:jc w:val="center"/>
      </w:pPr>
      <w:r>
        <w:rPr>
          <w:rFonts w:ascii="IM Fell English" w:hAnsi="IM Fell English"/>
          <w:color w:val="0D0D0D"/>
        </w:rPr>
        <w:t>Chapter 8</w:t>
      </w:r>
    </w:p>
    <w:p>
      <w:r>
        <w:rPr>
          <w:rFonts w:ascii="IM Fell English" w:hAnsi="IM Fell English"/>
          <w:color w:val="141414"/>
          <w:sz w:val="24"/>
        </w:rPr>
      </w:r>
      <w:r>
        <w:rPr>
          <w:rFonts w:ascii="IM Fell English" w:hAnsi="IM Fell English"/>
          <w:color w:val="141414"/>
          <w:sz w:val="24"/>
        </w:rPr>
        <w:t>O’Neil stepped into the reception area of the Coroner’s office at 8:30am. Hartley had been tirelessly working on the autopsy and processing evidence. O’Neil waited and Hartley arrived shortly after.</w:t>
      </w:r>
      <w:r>
        <w:rPr>
          <w:rFonts w:ascii="IM Fell English" w:hAnsi="IM Fell English"/>
          <w:color w:val="141414"/>
          <w:sz w:val="24"/>
        </w:rPr>
      </w:r>
      <w:r>
        <w:rPr>
          <w:rFonts w:ascii="IM Fell English" w:hAnsi="IM Fell English"/>
          <w:color w:val="141414"/>
          <w:sz w:val="24"/>
        </w:rPr>
        <w:t>“You look exhausted,” said O'Neil.</w:t>
      </w:r>
      <w:r>
        <w:rPr>
          <w:rFonts w:ascii="IM Fell English" w:hAnsi="IM Fell English"/>
          <w:color w:val="141414"/>
          <w:sz w:val="24"/>
        </w:rPr>
      </w:r>
      <w:r>
        <w:rPr>
          <w:rFonts w:ascii="IM Fell English" w:hAnsi="IM Fell English"/>
          <w:color w:val="141414"/>
          <w:sz w:val="24"/>
        </w:rPr>
        <w:t>Hartley grinned and replied, “I might as well have caffeine running through my veins.”</w:t>
      </w:r>
      <w:r>
        <w:rPr>
          <w:rFonts w:ascii="IM Fell English" w:hAnsi="IM Fell English"/>
          <w:color w:val="141414"/>
          <w:sz w:val="24"/>
        </w:rPr>
      </w:r>
      <w:r>
        <w:rPr>
          <w:rFonts w:ascii="IM Fell English" w:hAnsi="IM Fell English"/>
          <w:color w:val="141414"/>
          <w:sz w:val="24"/>
        </w:rPr>
        <w:t>Leading O’Neil down a hallway, Hartley eventually stopped at a small office.</w:t>
      </w:r>
      <w:r>
        <w:rPr>
          <w:rFonts w:ascii="IM Fell English" w:hAnsi="IM Fell English"/>
          <w:color w:val="141414"/>
          <w:sz w:val="24"/>
        </w:rPr>
      </w:r>
      <w:r>
        <w:rPr>
          <w:rFonts w:ascii="IM Fell English" w:hAnsi="IM Fell English"/>
          <w:color w:val="141414"/>
          <w:sz w:val="24"/>
        </w:rPr>
        <w:t>Taking a seat at her desk, she motioned for O’Neil to join her. Several manila folders were spread out on the desk, and she began to peruse the top one.</w:t>
      </w:r>
      <w:r>
        <w:rPr>
          <w:rFonts w:ascii="IM Fell English" w:hAnsi="IM Fell English"/>
          <w:color w:val="141414"/>
          <w:sz w:val="24"/>
        </w:rPr>
      </w:r>
      <w:r>
        <w:rPr>
          <w:rFonts w:ascii="IM Fell English" w:hAnsi="IM Fell English"/>
          <w:color w:val="141414"/>
          <w:sz w:val="24"/>
        </w:rPr>
        <w:t>"Out in the open, nature doesn’t wait. The moment life slips away, the body begins its quiet transformation. First, it lies still and fresh, untouched but cooling. Then, gases build and the skin bloats, stretching tight under the sun. As days pass, decay takes hold—flesh softens, colors change, and the scent of death draws in the wild. Insects arrive like clockwork. Blowflies buzz low and lay their eggs in warm creases, knowing exactly where to begin. Maggots hatch and feed, growing through stages that forensic experts can read like a calendar," said Hartley as O'Neil sat listening.</w:t>
      </w:r>
      <w:r>
        <w:rPr>
          <w:rFonts w:ascii="IM Fell English" w:hAnsi="IM Fell English"/>
          <w:color w:val="141414"/>
          <w:sz w:val="24"/>
        </w:rPr>
      </w:r>
      <w:r>
        <w:rPr>
          <w:rFonts w:ascii="IM Fell English" w:hAnsi="IM Fell English"/>
          <w:color w:val="141414"/>
          <w:sz w:val="24"/>
        </w:rPr>
        <w:t>"Their life cycles—from egg to larva to pupa—offer clues that help pathologists estimate how long the body has been exposed. In the bush or by the roadside, even in the quietest places, time leaves its mark. In Emma's situation. We know when her shift ended last Saturday and four days later, yesterday, her body was located naked. Her friend contacted police on Sunday morning stating she never returned home, so we can assume the killer had her. Based on the weather temperatures and maggots found on the body, it places the time of death somewhere between 1am to 10am Sunday," said Hartley.</w:t>
      </w:r>
      <w:r>
        <w:rPr>
          <w:rFonts w:ascii="IM Fell English" w:hAnsi="IM Fell English"/>
          <w:color w:val="141414"/>
          <w:sz w:val="24"/>
        </w:rPr>
      </w:r>
      <w:r>
        <w:rPr>
          <w:rFonts w:ascii="IM Fell English" w:hAnsi="IM Fell English"/>
          <w:color w:val="141414"/>
          <w:sz w:val="24"/>
        </w:rPr>
        <w:t>Hartley continued: "There were noticeable marks and bruising around her face, particularly near her nose and mouth, suggesting significant force, or pressure covering her mouth and nose. But due to the state of decomposition, this can't be confirmed. No traces of hair, fibers, or DNA were found. It seems likely that she was conscious at the time of death, as there were extensive bruises and signs of strain on her muscles. The marks on her wrists were deep and caused by extreme force, possibly from a restraining strap or cord. This leads me to believe that she was alert during the ordeal."</w:t>
      </w:r>
      <w:r>
        <w:rPr>
          <w:rFonts w:ascii="IM Fell English" w:hAnsi="IM Fell English"/>
          <w:color w:val="141414"/>
          <w:sz w:val="24"/>
        </w:rPr>
      </w:r>
      <w:r>
        <w:rPr>
          <w:rFonts w:ascii="IM Fell English" w:hAnsi="IM Fell English"/>
          <w:color w:val="141414"/>
          <w:sz w:val="24"/>
        </w:rPr>
        <w:t>Hartley's gaze met O'Neil's, waiting for a response, but he remained silent.</w:t>
      </w:r>
      <w:r>
        <w:rPr>
          <w:rFonts w:ascii="IM Fell English" w:hAnsi="IM Fell English"/>
          <w:color w:val="141414"/>
          <w:sz w:val="24"/>
        </w:rPr>
      </w:r>
      <w:r>
        <w:rPr>
          <w:rFonts w:ascii="IM Fell English" w:hAnsi="IM Fell English"/>
          <w:color w:val="141414"/>
          <w:sz w:val="24"/>
        </w:rPr>
        <w:t>Continuing on, Hartley explained the different types of hysterectomies available: subtotal, total, and radical.</w:t>
      </w:r>
      <w:r>
        <w:rPr>
          <w:rFonts w:ascii="IM Fell English" w:hAnsi="IM Fell English"/>
          <w:color w:val="141414"/>
          <w:sz w:val="24"/>
        </w:rPr>
      </w:r>
      <w:r>
        <w:rPr>
          <w:rFonts w:ascii="IM Fell English" w:hAnsi="IM Fell English"/>
          <w:color w:val="141414"/>
          <w:sz w:val="24"/>
        </w:rPr>
        <w:t>"A subtotal hysterectomy involves removing only the upper part of the uterus, while the cervix, tubes, and ovaries are left intact. This procedure is typically performed through the abdomen. On the other hand, a radical hysterectomy is reserved for serious conditions like cancer."</w:t>
      </w:r>
      <w:r>
        <w:rPr>
          <w:rFonts w:ascii="IM Fell English" w:hAnsi="IM Fell English"/>
          <w:color w:val="141414"/>
          <w:sz w:val="24"/>
        </w:rPr>
      </w:r>
      <w:r>
        <w:rPr>
          <w:rFonts w:ascii="IM Fell English" w:hAnsi="IM Fell English"/>
          <w:color w:val="141414"/>
          <w:sz w:val="24"/>
        </w:rPr>
        <w:t>"This brings us to the total, or "complete," hysterectomy, which involves removing the entire uterus, including the lower part known as the cervix, as well as the ovaries and fallopian tubes. While this surgery can be done through the vagina, it is often preferred to perform an abdominal hysterectomy," Hartley ended.</w:t>
      </w:r>
      <w:r>
        <w:rPr>
          <w:rFonts w:ascii="IM Fell English" w:hAnsi="IM Fell English"/>
          <w:color w:val="141414"/>
          <w:sz w:val="24"/>
        </w:rPr>
      </w:r>
      <w:r>
        <w:rPr>
          <w:rFonts w:ascii="IM Fell English" w:hAnsi="IM Fell English"/>
          <w:color w:val="141414"/>
          <w:sz w:val="24"/>
        </w:rPr>
        <w:t>Placing the file on the desk, Hartley leaned back wearily in her chair, rubbing her eyes. O'Neil could see the exhaustion in her face.</w:t>
      </w:r>
      <w:r>
        <w:rPr>
          <w:rFonts w:ascii="IM Fell English" w:hAnsi="IM Fell English"/>
          <w:color w:val="141414"/>
          <w:sz w:val="24"/>
        </w:rPr>
      </w:r>
      <w:r>
        <w:rPr>
          <w:rFonts w:ascii="IM Fell English" w:hAnsi="IM Fell English"/>
          <w:color w:val="141414"/>
          <w:sz w:val="24"/>
        </w:rPr>
        <w:t>"My personal opinion, the killer has medical knowledge, but there is nothing to suggest he attended medical school. The victims of his crimes were likely women who held significant roles in his life, such as a mother figure or a female authority figure, who may have subjected him to physical, emotional, psychological or sexual abuse," said Hartley.</w:t>
      </w:r>
      <w:r>
        <w:rPr>
          <w:rFonts w:ascii="IM Fell English" w:hAnsi="IM Fell English"/>
          <w:color w:val="141414"/>
          <w:sz w:val="24"/>
        </w:rPr>
      </w:r>
      <w:r>
        <w:rPr>
          <w:rFonts w:ascii="IM Fell English" w:hAnsi="IM Fell English"/>
          <w:color w:val="141414"/>
          <w:sz w:val="24"/>
        </w:rPr>
        <w:t>"The act of undergoing a Hysterectomy could be interpreted as a desire to erase one's very existence. It is a spiteful and malicious way of seeking retribution by causing pain and trauma. While I am not a religious person, one could also view it as a form of religious retribution, where the person wishes to never be reborn again."</w:t>
      </w:r>
      <w:r>
        <w:rPr>
          <w:rFonts w:ascii="IM Fell English" w:hAnsi="IM Fell English"/>
          <w:color w:val="141414"/>
          <w:sz w:val="24"/>
        </w:rPr>
      </w:r>
      <w:r>
        <w:rPr>
          <w:rFonts w:ascii="IM Fell English" w:hAnsi="IM Fell English"/>
          <w:color w:val="141414"/>
          <w:sz w:val="24"/>
        </w:rPr>
        <w:t>"Explain," requested O'Neil.</w:t>
      </w:r>
      <w:r>
        <w:rPr>
          <w:rFonts w:ascii="IM Fell English" w:hAnsi="IM Fell English"/>
          <w:color w:val="141414"/>
          <w:sz w:val="24"/>
        </w:rPr>
      </w:r>
      <w:r>
        <w:rPr>
          <w:rFonts w:ascii="IM Fell English" w:hAnsi="IM Fell English"/>
          <w:color w:val="141414"/>
          <w:sz w:val="24"/>
        </w:rPr>
        <w:t>"Reincarnation," Hartley replied.</w:t>
      </w:r>
      <w:r>
        <w:rPr>
          <w:rFonts w:ascii="IM Fell English" w:hAnsi="IM Fell English"/>
          <w:color w:val="141414"/>
          <w:sz w:val="24"/>
        </w:rPr>
      </w:r>
      <w:r>
        <w:rPr>
          <w:rFonts w:ascii="IM Fell English" w:hAnsi="IM Fell English"/>
          <w:color w:val="141414"/>
          <w:sz w:val="24"/>
        </w:rPr>
        <w:t>"I despise you for bringing me into this world and I never want to come back. These women represent the epitome of femininity, which could be a mother, a strong female presence in the killer's life. The abuse he suffered has fueled a psychotic and sadistic desire for revenge, yet he also harbors a deep fear towards this woman."</w:t>
      </w:r>
      <w:r>
        <w:rPr>
          <w:rFonts w:ascii="IM Fell English" w:hAnsi="IM Fell English"/>
          <w:color w:val="141414"/>
          <w:sz w:val="24"/>
        </w:rPr>
      </w:r>
      <w:r>
        <w:rPr>
          <w:rFonts w:ascii="IM Fell English" w:hAnsi="IM Fell English"/>
          <w:color w:val="141414"/>
          <w:sz w:val="24"/>
        </w:rPr>
        <w:t>"There are countless women like her all across the state," Hartley added. "But that is the twisted mindset of a killer. It only affects him when he is in her presence. His world is confined, and if he cannot see her, then she doesn't exist. But when he does, he becomes fixated, waiting for the perfect moment to kill."</w:t>
      </w:r>
      <w:r>
        <w:rPr>
          <w:rFonts w:ascii="IM Fell English" w:hAnsi="IM Fell English"/>
          <w:color w:val="141414"/>
          <w:sz w:val="24"/>
        </w:rPr>
      </w:r>
      <w:r>
        <w:rPr>
          <w:rFonts w:ascii="IM Fell English" w:hAnsi="IM Fell English"/>
          <w:color w:val="141414"/>
          <w:sz w:val="24"/>
        </w:rPr>
        <w:t>O'Neil's phone buzzed, interrupting the silence of the office. "Get some rest. Meet me back at the station tomorrow 9am."</w:t>
      </w:r>
      <w:r>
        <w:rPr>
          <w:rFonts w:ascii="IM Fell English" w:hAnsi="IM Fell English"/>
          <w:color w:val="141414"/>
          <w:sz w:val="24"/>
        </w:rPr>
      </w:r>
      <w:r>
        <w:rPr>
          <w:rFonts w:ascii="IM Fell English" w:hAnsi="IM Fell English"/>
          <w:color w:val="141414"/>
          <w:sz w:val="24"/>
        </w:rPr>
        <w:t>He rose from his desk and grabbed his phone, stepping outside to answer the call. As he walked through the glass doors, he flipped open the device.</w:t>
      </w:r>
      <w:r>
        <w:rPr>
          <w:rFonts w:ascii="IM Fell English" w:hAnsi="IM Fell English"/>
          <w:color w:val="141414"/>
          <w:sz w:val="24"/>
        </w:rPr>
      </w:r>
      <w:r>
        <w:rPr>
          <w:rFonts w:ascii="IM Fell English" w:hAnsi="IM Fell English"/>
          <w:color w:val="141414"/>
          <w:sz w:val="24"/>
        </w:rPr>
        <w:t>"O'Neil speaking."</w:t>
      </w:r>
      <w:r>
        <w:rPr>
          <w:rFonts w:ascii="IM Fell English" w:hAnsi="IM Fell English"/>
          <w:color w:val="141414"/>
          <w:sz w:val="24"/>
        </w:rPr>
      </w:r>
      <w:r>
        <w:rPr>
          <w:rFonts w:ascii="IM Fell English" w:hAnsi="IM Fell English"/>
          <w:color w:val="141414"/>
          <w:sz w:val="24"/>
        </w:rPr>
        <w:t>"Sir. It's Marcus."</w:t>
      </w:r>
      <w:r>
        <w:rPr>
          <w:rFonts w:ascii="IM Fell English" w:hAnsi="IM Fell English"/>
          <w:color w:val="141414"/>
          <w:sz w:val="24"/>
        </w:rPr>
      </w:r>
      <w:r>
        <w:rPr>
          <w:rFonts w:ascii="IM Fell English" w:hAnsi="IM Fell English"/>
          <w:color w:val="141414"/>
          <w:sz w:val="24"/>
        </w:rPr>
        <w:t>"What do you need, Stanmore?" asked O'Neil.</w:t>
      </w:r>
      <w:r>
        <w:rPr>
          <w:rFonts w:ascii="IM Fell English" w:hAnsi="IM Fell English"/>
          <w:color w:val="141414"/>
          <w:sz w:val="24"/>
        </w:rPr>
      </w:r>
      <w:r>
        <w:rPr>
          <w:rFonts w:ascii="IM Fell English" w:hAnsi="IM Fell English"/>
          <w:color w:val="141414"/>
          <w:sz w:val="24"/>
        </w:rPr>
        <w:t>"We've been on the case all night. Still awaiting results on fiber analysis, but here's what we've gathered so far..."</w:t>
      </w:r>
      <w:r>
        <w:rPr>
          <w:rFonts w:ascii="IM Fell English" w:hAnsi="IM Fell English"/>
          <w:color w:val="141414"/>
          <w:sz w:val="24"/>
        </w:rPr>
      </w:r>
      <w:r>
        <w:rPr>
          <w:rFonts w:ascii="IM Fell English" w:hAnsi="IM Fell English"/>
          <w:color w:val="141414"/>
          <w:sz w:val="24"/>
        </w:rPr>
        <w:t>"Where are you?" O'Neil interrupted.</w:t>
      </w:r>
      <w:r>
        <w:rPr>
          <w:rFonts w:ascii="IM Fell English" w:hAnsi="IM Fell English"/>
          <w:color w:val="141414"/>
          <w:sz w:val="24"/>
        </w:rPr>
      </w:r>
      <w:r>
        <w:rPr>
          <w:rFonts w:ascii="IM Fell English" w:hAnsi="IM Fell English"/>
          <w:color w:val="141414"/>
          <w:sz w:val="24"/>
        </w:rPr>
        <w:t>"At the CSI lab with Briggs Sir," came the response.</w:t>
      </w:r>
      <w:r>
        <w:rPr>
          <w:rFonts w:ascii="IM Fell English" w:hAnsi="IM Fell English"/>
          <w:color w:val="141414"/>
          <w:sz w:val="24"/>
        </w:rPr>
      </w:r>
      <w:r>
        <w:rPr>
          <w:rFonts w:ascii="IM Fell English" w:hAnsi="IM Fell English"/>
          <w:color w:val="141414"/>
          <w:sz w:val="24"/>
        </w:rPr>
        <w:t>"I'll be there in an hour." With that, he ended the call.</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O'Neil pulled up next to the CSI van that he knew the team had used. He had visited this place multiple times. He flashed his badge to the receptionist, who was protected by bulletproof glass. Her hand moved to the left and pressed a button, signaling the door to buzz and allow him entry. O'Neil pushed the door open and began making his way down the corridor.</w:t>
      </w:r>
      <w:r>
        <w:rPr>
          <w:rFonts w:ascii="IM Fell English" w:hAnsi="IM Fell English"/>
          <w:color w:val="141414"/>
          <w:sz w:val="24"/>
        </w:rPr>
      </w:r>
      <w:r>
        <w:rPr>
          <w:rFonts w:ascii="IM Fell English" w:hAnsi="IM Fell English"/>
          <w:color w:val="141414"/>
          <w:sz w:val="24"/>
        </w:rPr>
        <w:t>The CSI building stood at the edge of the city, quiet and secure behind high fencing and swipe-card gates. It wasn’t flashy—just clean lines, reinforced walls, and tinted windows that kept the world out. Inside, the air was cool and still, the corridors wide and sterile. Each room had a purpose. Evidence came through the loading bay, logged and sealed, then moved into climate-controlled storage where shelves held everything from clothing to weapons, each tagged and tracked.</w:t>
      </w:r>
      <w:r>
        <w:rPr>
          <w:rFonts w:ascii="IM Fell English" w:hAnsi="IM Fell English"/>
          <w:color w:val="141414"/>
          <w:sz w:val="24"/>
        </w:rPr>
      </w:r>
      <w:r>
        <w:rPr>
          <w:rFonts w:ascii="IM Fell English" w:hAnsi="IM Fell English"/>
          <w:color w:val="141414"/>
          <w:sz w:val="24"/>
        </w:rPr>
        <w:t>Down the hall, labs buzzed with quiet focus. One room held microscopes and fingerprint powders; another glowed with the hum of DNA sequencers. There was a digital forensics lab where phones and hard drives gave up their secrets, and a reconstruction space where investigators rebuilt crime scenes with movable walls and lighting rigs. Offices lined the upper floor—spaces for detectives, forensic scientists, and analysts to write reports, compare notes, and prepare for court. In one corner, an interview room sat behind soundproof glass, ready for quiet conversations or tense confessions. The whole building was a machine for truth—every door, every desk, every light designed to catch what others missed.</w:t>
      </w:r>
      <w:r>
        <w:rPr>
          <w:rFonts w:ascii="IM Fell English" w:hAnsi="IM Fell English"/>
          <w:color w:val="141414"/>
          <w:sz w:val="24"/>
        </w:rPr>
      </w:r>
      <w:r>
        <w:rPr>
          <w:rFonts w:ascii="IM Fell English" w:hAnsi="IM Fell English"/>
          <w:color w:val="141414"/>
          <w:sz w:val="24"/>
        </w:rPr>
        <w:t>Yesterday, Emma's car had likely been brought in to be meticulously examined by Marcus.</w:t>
      </w:r>
      <w:r>
        <w:rPr>
          <w:rFonts w:ascii="IM Fell English" w:hAnsi="IM Fell English"/>
          <w:color w:val="141414"/>
          <w:sz w:val="24"/>
        </w:rPr>
      </w:r>
      <w:r>
        <w:rPr>
          <w:rFonts w:ascii="IM Fell English" w:hAnsi="IM Fell English"/>
          <w:color w:val="141414"/>
          <w:sz w:val="24"/>
        </w:rPr>
        <w:t>O'Neil noticed Briggs towering outside an office, exuding an air of freshness and not a wrinkle in his uniform. He seemed to pay no mind to anyone passing by or giving him curious glances. With a formidable man like Briggs standing at attention in his uniform outside a laboratory door, it was clear that there was something serious going on inside. Those who thought they could extract information from Briggs were quickly dissuaded with a mere glance.</w:t>
      </w:r>
      <w:r>
        <w:rPr>
          <w:rFonts w:ascii="IM Fell English" w:hAnsi="IM Fell English"/>
          <w:color w:val="141414"/>
          <w:sz w:val="24"/>
        </w:rPr>
      </w:r>
      <w:r>
        <w:rPr>
          <w:rFonts w:ascii="IM Fell English" w:hAnsi="IM Fell English"/>
          <w:color w:val="141414"/>
          <w:sz w:val="24"/>
        </w:rPr>
        <w:t>As O'Neil approached, the sergeant quickly stepped out of the way and opened the door. O'Neil strode into the room, casually passing by Briggs and commanding, "Get some rest. Be in the conference room by nine tomorrow."</w:t>
      </w:r>
      <w:r>
        <w:rPr>
          <w:rFonts w:ascii="IM Fell English" w:hAnsi="IM Fell English"/>
          <w:color w:val="141414"/>
          <w:sz w:val="24"/>
        </w:rPr>
      </w:r>
      <w:r>
        <w:rPr>
          <w:rFonts w:ascii="IM Fell English" w:hAnsi="IM Fell English"/>
          <w:color w:val="141414"/>
          <w:sz w:val="24"/>
        </w:rPr>
        <w:t>Briggs simply replied with a respectful "Sir," closed the door, and O'Neil could hear the fading echoes of his boots.</w:t>
      </w:r>
      <w:r>
        <w:rPr>
          <w:rFonts w:ascii="IM Fell English" w:hAnsi="IM Fell English"/>
          <w:color w:val="141414"/>
          <w:sz w:val="24"/>
        </w:rPr>
      </w:r>
      <w:r>
        <w:rPr>
          <w:rFonts w:ascii="IM Fell English" w:hAnsi="IM Fell English"/>
          <w:color w:val="141414"/>
          <w:sz w:val="24"/>
        </w:rPr>
        <w:t>Marcus, his back turned to O'Neil, was intently studying a microscope on a gleaming metal table. The room was cluttered with racks of tubes containing clear, red, and blue liquids, giving it the appearance of a mad scientist's lab. A machine hummed and beeped on another stainless steel table behind Marcus, adding to the chaotic atmosphere.</w:t>
      </w:r>
      <w:r>
        <w:rPr>
          <w:rFonts w:ascii="IM Fell English" w:hAnsi="IM Fell English"/>
          <w:color w:val="141414"/>
          <w:sz w:val="24"/>
        </w:rPr>
      </w:r>
      <w:r>
        <w:rPr>
          <w:rFonts w:ascii="IM Fell English" w:hAnsi="IM Fell English"/>
          <w:color w:val="141414"/>
          <w:sz w:val="24"/>
        </w:rPr>
        <w:t>As Marcus rolled his wheeled chair back and swiveled around, he spotted O’Neil entering the room. With the enthusiasm of a child in a candy store.</w:t>
      </w:r>
      <w:r>
        <w:rPr>
          <w:rFonts w:ascii="IM Fell English" w:hAnsi="IM Fell English"/>
          <w:color w:val="141414"/>
          <w:sz w:val="24"/>
        </w:rPr>
      </w:r>
      <w:r>
        <w:rPr>
          <w:rFonts w:ascii="IM Fell English" w:hAnsi="IM Fell English"/>
          <w:color w:val="141414"/>
          <w:sz w:val="24"/>
        </w:rPr>
        <w:t>Marcus exclaimed, "Sir, I didn't hear you come in! I was half expecting to hear gunshots because the terminator had been tailing me all night. Anyone who dares to come near me quickly finds a new task to occupy themselves with. It's not easy to make friends with a machine constantly looming over me."</w:t>
      </w:r>
      <w:r>
        <w:rPr>
          <w:rFonts w:ascii="IM Fell English" w:hAnsi="IM Fell English"/>
          <w:color w:val="141414"/>
          <w:sz w:val="24"/>
        </w:rPr>
      </w:r>
      <w:r>
        <w:rPr>
          <w:rFonts w:ascii="IM Fell English" w:hAnsi="IM Fell English"/>
          <w:color w:val="141414"/>
          <w:sz w:val="24"/>
        </w:rPr>
        <w:t>"He understands the need for discretion in this case. We can't risk any outside contamination of evidence or facts," O'Neil responded.</w:t>
      </w:r>
      <w:r>
        <w:rPr>
          <w:rFonts w:ascii="IM Fell English" w:hAnsi="IM Fell English"/>
          <w:color w:val="141414"/>
          <w:sz w:val="24"/>
        </w:rPr>
      </w:r>
      <w:r>
        <w:rPr>
          <w:rFonts w:ascii="IM Fell English" w:hAnsi="IM Fell English"/>
          <w:color w:val="141414"/>
          <w:sz w:val="24"/>
        </w:rPr>
        <w:t>"Personally, I think he has a soft spot for me, but I just don't know how to let him down gently. He's just too uptight for my taste," Marcus added in a joking manner.</w:t>
      </w:r>
      <w:r>
        <w:rPr>
          <w:rFonts w:ascii="IM Fell English" w:hAnsi="IM Fell English"/>
          <w:color w:val="141414"/>
          <w:sz w:val="24"/>
        </w:rPr>
      </w:r>
      <w:r>
        <w:rPr>
          <w:rFonts w:ascii="IM Fell English" w:hAnsi="IM Fell English"/>
          <w:color w:val="141414"/>
          <w:sz w:val="24"/>
        </w:rPr>
        <w:t>O’Neil's lips curved upwards as he observed Marcus moving deftly between the machines. "What's the status?" inquired O’Neil, his interest piqued.</w:t>
      </w:r>
      <w:r>
        <w:rPr>
          <w:rFonts w:ascii="IM Fell English" w:hAnsi="IM Fell English"/>
          <w:color w:val="141414"/>
          <w:sz w:val="24"/>
        </w:rPr>
      </w:r>
      <w:r>
        <w:rPr>
          <w:rFonts w:ascii="IM Fell English" w:hAnsi="IM Fell English"/>
          <w:color w:val="141414"/>
          <w:sz w:val="24"/>
        </w:rPr>
        <w:t>"I discovered fibers from a specific type of carpet that is primarily used in 1996 models of Ford Toyota. These were limited edition cars and approximately five hundred thousand were produced, all featuring a unique synthetic grey carpet. The make and model was registered in our CSI database as a similar car with the same fibers was used in a previous murder case in South Australia where the perpetrator attempted to clean the trunk carpet with soap and water, but traces of blood matching the victim were still found."</w:t>
      </w:r>
      <w:r>
        <w:rPr>
          <w:rFonts w:ascii="IM Fell English" w:hAnsi="IM Fell English"/>
          <w:color w:val="141414"/>
          <w:sz w:val="24"/>
        </w:rPr>
      </w:r>
      <w:r>
        <w:rPr>
          <w:rFonts w:ascii="IM Fell English" w:hAnsi="IM Fell English"/>
          <w:color w:val="141414"/>
          <w:sz w:val="24"/>
        </w:rPr>
        <w:t>"I then searched through the Roads and Traffic Authority records for all towns where victims were discovered, and expanded the search radius by 50 kilometers. This was necessary as the victims were found up to twenty kilometers apart from each other," said Marcus.</w:t>
      </w:r>
      <w:r>
        <w:rPr>
          <w:rFonts w:ascii="IM Fell English" w:hAnsi="IM Fell English"/>
          <w:color w:val="141414"/>
          <w:sz w:val="24"/>
        </w:rPr>
      </w:r>
      <w:r>
        <w:rPr>
          <w:rFonts w:ascii="IM Fell English" w:hAnsi="IM Fell English"/>
          <w:color w:val="141414"/>
          <w:sz w:val="24"/>
        </w:rPr>
        <w:t>"The database from the RTA produced a list of fifty cars with the same make and model." He opened a drawer and handed the printout to O'Neil.</w:t>
      </w:r>
      <w:r>
        <w:rPr>
          <w:rFonts w:ascii="IM Fell English" w:hAnsi="IM Fell English"/>
          <w:color w:val="141414"/>
          <w:sz w:val="24"/>
        </w:rPr>
      </w:r>
      <w:r>
        <w:rPr>
          <w:rFonts w:ascii="IM Fell English" w:hAnsi="IM Fell English"/>
          <w:color w:val="141414"/>
          <w:sz w:val="24"/>
        </w:rPr>
        <w:t>"I'll have the local authorities investigate each one. You mentioned only finding evidence in the car's trunk?" said O'Neil.</w:t>
      </w:r>
      <w:r>
        <w:rPr>
          <w:rFonts w:ascii="IM Fell English" w:hAnsi="IM Fell English"/>
          <w:color w:val="141414"/>
          <w:sz w:val="24"/>
        </w:rPr>
      </w:r>
      <w:r>
        <w:rPr>
          <w:rFonts w:ascii="IM Fell English" w:hAnsi="IM Fell English"/>
          <w:color w:val="141414"/>
          <w:sz w:val="24"/>
        </w:rPr>
        <w:t>"Yes. I contacted the manufacturer, who was understandably annoyed at being disturbed late at night. However, after explaining it was for an investigation, they were willing to cooperate. They mentioned that the interior carpet had a lighter grey color with a cross pattern that was not the same as the trunk. Hartley sent a sample of the plastic found under the victim's nails and toenails. This plastic is commonly used for large garbage bags in wheelie bins." spoke Marcus</w:t>
      </w:r>
      <w:r>
        <w:rPr>
          <w:rFonts w:ascii="IM Fell English" w:hAnsi="IM Fell English"/>
          <w:color w:val="141414"/>
          <w:sz w:val="24"/>
        </w:rPr>
      </w:r>
      <w:r>
        <w:rPr>
          <w:rFonts w:ascii="IM Fell English" w:hAnsi="IM Fell English"/>
          <w:color w:val="141414"/>
          <w:sz w:val="24"/>
        </w:rPr>
        <w:t>"I have a feeling that the culprit enclosed her in this, and it got snagged when he pushed her out onto the ground. It's evident by the way he disposed of the body that he wasn't overly concerned if someone discovered her," remarked O'Neil.</w:t>
      </w:r>
      <w:r>
        <w:rPr>
          <w:rFonts w:ascii="IM Fell English" w:hAnsi="IM Fell English"/>
          <w:color w:val="141414"/>
          <w:sz w:val="24"/>
        </w:rPr>
      </w:r>
      <w:r>
        <w:rPr>
          <w:rFonts w:ascii="IM Fell English" w:hAnsi="IM Fell English"/>
          <w:color w:val="141414"/>
          <w:sz w:val="24"/>
        </w:rPr>
        <w:t>"That's what I thought too. Which leads to the question, why? If he's the one committing these crimes, you would think he would want to remain inconspicuous. Burying her in a shallow grave with a bag of lime or disposing of her deep in the woods where most people don't explore," asked O'Neil out loud in thought.</w:t>
      </w:r>
      <w:r>
        <w:rPr>
          <w:rFonts w:ascii="IM Fell English" w:hAnsi="IM Fell English"/>
          <w:color w:val="141414"/>
          <w:sz w:val="24"/>
        </w:rPr>
      </w:r>
      <w:r>
        <w:rPr>
          <w:rFonts w:ascii="IM Fell English" w:hAnsi="IM Fell English"/>
          <w:color w:val="141414"/>
          <w:sz w:val="24"/>
        </w:rPr>
        <w:t>Marcus turned, retrieved a manila folder, and opened it. "Now, about Emma's car. It's a 1983 Ford hatchback in deplorable condition, rusted beyond repair, and essentially a death trap waiting to happen. There's nothing notable, no evidence or suggestion the killer was inside the car, only that putty used on the driver's side door lock. This was most likely planted by the killer to prevent Emma from opening the door and getting inside is my guess," said Marcus.</w:t>
      </w:r>
      <w:r>
        <w:rPr>
          <w:rFonts w:ascii="IM Fell English" w:hAnsi="IM Fell English"/>
          <w:color w:val="141414"/>
          <w:sz w:val="24"/>
        </w:rPr>
      </w:r>
      <w:r>
        <w:rPr>
          <w:rFonts w:ascii="IM Fell English" w:hAnsi="IM Fell English"/>
          <w:color w:val="141414"/>
          <w:sz w:val="24"/>
        </w:rPr>
        <w:t>"The putty itself is very common. Every tradesman and home handyman uses it. I've gone over the evidence for Emma and the three previous victims and there's nothing. It's all clean," said Marcus, rubbing the bridge of his nose, looking more fatigued than he did ten minutes ago.</w:t>
      </w:r>
      <w:r>
        <w:rPr>
          <w:rFonts w:ascii="IM Fell English" w:hAnsi="IM Fell English"/>
          <w:color w:val="141414"/>
          <w:sz w:val="24"/>
        </w:rPr>
      </w:r>
      <w:r>
        <w:rPr>
          <w:rFonts w:ascii="IM Fell English" w:hAnsi="IM Fell English"/>
          <w:color w:val="141414"/>
          <w:sz w:val="24"/>
        </w:rPr>
        <w:t>O'Neil stood.</w:t>
      </w:r>
      <w:r>
        <w:rPr>
          <w:rFonts w:ascii="IM Fell English" w:hAnsi="IM Fell English"/>
          <w:color w:val="141414"/>
          <w:sz w:val="24"/>
        </w:rPr>
      </w:r>
      <w:r>
        <w:rPr>
          <w:rFonts w:ascii="IM Fell English" w:hAnsi="IM Fell English"/>
          <w:color w:val="141414"/>
          <w:sz w:val="24"/>
        </w:rPr>
        <w:t>"Get some rest. I've got Hartley and Briggs coming to tomorrow's meeting at HQ at nine. I'll see you then. If you find anything, my lines open 24/7." With that, O'Neil turned and left.</w:t>
      </w:r>
    </w:p>
    <w:p>
      <w:pPr>
        <w:pStyle w:val="Heading1"/>
        <w:jc w:val="center"/>
      </w:pPr>
      <w:r>
        <w:rPr>
          <w:rFonts w:ascii="IM Fell English" w:hAnsi="IM Fell English"/>
          <w:color w:val="0D0D0D"/>
        </w:rPr>
        <w:t>Chapter 9</w:t>
      </w:r>
    </w:p>
    <w:p>
      <w:r>
        <w:rPr>
          <w:rFonts w:ascii="IM Fell English" w:hAnsi="IM Fell English"/>
          <w:color w:val="141414"/>
          <w:sz w:val="24"/>
        </w:rPr>
      </w:r>
      <w:r>
        <w:rPr>
          <w:rFonts w:ascii="IM Fell English" w:hAnsi="IM Fell English"/>
          <w:color w:val="141414"/>
          <w:sz w:val="24"/>
        </w:rPr>
        <w:t>John was soaked in sweat, his eyes firmly closed as his body writhed and tensed. He descended into the abyss of his memories, revisiting the torment of his childhood.</w:t>
      </w:r>
      <w:r>
        <w:rPr>
          <w:rFonts w:ascii="IM Fell English" w:hAnsi="IM Fell English"/>
          <w:color w:val="141414"/>
          <w:sz w:val="24"/>
        </w:rPr>
      </w:r>
      <w:r>
        <w:rPr>
          <w:rFonts w:ascii="IM Fell English" w:hAnsi="IM Fell English"/>
          <w:i/>
          <w:color w:val="141414"/>
          <w:sz w:val="24"/>
        </w:rPr>
        <w:t>He again found himself trapped in the cupboard. From his position, with his knees drawn tightly against his chest, he could just catch a glimpse of his mother through three narrow gaps between the slats. It had been two months since John turned five, and since then, he has never cried anymore. Instead, he withdrew into himself, speaking only when prompted or in response to his mother's harsh slaps and furious shouts.</w:t>
      </w:r>
      <w:r>
        <w:rPr>
          <w:rFonts w:ascii="IM Fell English" w:hAnsi="IM Fell English"/>
          <w:color w:val="141414"/>
          <w:sz w:val="24"/>
        </w:rPr>
      </w:r>
      <w:r>
        <w:rPr>
          <w:rFonts w:ascii="IM Fell English" w:hAnsi="IM Fell English"/>
          <w:i/>
          <w:color w:val="141414"/>
          <w:sz w:val="24"/>
        </w:rPr>
        <w:t>His mother had suddenly left their former home because of intrusive individuals. Daycare staff, fellow parents, and neighbors were incessantly asking her about her son's school absences. She was often observed inebriated, which led to her being perceived as having a 'druggie' look.</w:t>
      </w:r>
      <w:r>
        <w:rPr>
          <w:rFonts w:ascii="IM Fell English" w:hAnsi="IM Fell English"/>
          <w:color w:val="141414"/>
          <w:sz w:val="24"/>
        </w:rPr>
      </w:r>
      <w:r>
        <w:rPr>
          <w:rFonts w:ascii="IM Fell English" w:hAnsi="IM Fell English"/>
          <w:i/>
          <w:color w:val="141414"/>
          <w:sz w:val="24"/>
        </w:rPr>
        <w:t>The home was frequently filled with men, many of whom were under the influence of alcohol or various narcotics. Loud, raucous music echoed at all hours, creating a constant disturbance. It was typical for weeks to go by without anyone seeing her child outside, raising concerns and speculation about his health and safety.</w:t>
      </w:r>
      <w:r>
        <w:rPr>
          <w:rFonts w:ascii="IM Fell English" w:hAnsi="IM Fell English"/>
          <w:color w:val="141414"/>
          <w:sz w:val="24"/>
        </w:rPr>
      </w:r>
      <w:r>
        <w:rPr>
          <w:rFonts w:ascii="IM Fell English" w:hAnsi="IM Fell English"/>
          <w:i/>
          <w:color w:val="141414"/>
          <w:sz w:val="24"/>
        </w:rPr>
        <w:t>John was unaware, but tonight would transform him to his very essence. It was a night destined to carve itself into his soul, molding him into a version of himself he never knew he could become.</w:t>
      </w:r>
      <w:r>
        <w:rPr>
          <w:rFonts w:ascii="IM Fell English" w:hAnsi="IM Fell English"/>
          <w:color w:val="141414"/>
          <w:sz w:val="24"/>
        </w:rPr>
      </w:r>
      <w:r>
        <w:rPr>
          <w:rFonts w:ascii="IM Fell English" w:hAnsi="IM Fell English"/>
          <w:i/>
          <w:color w:val="141414"/>
          <w:sz w:val="24"/>
        </w:rPr>
        <w:t>John watched his mother as she faced the man, her slender form scarcely concealed by a transparent nightgown. The man, his bulging belly spilling over his underwear, laughed heartily, sang, and danced to the pounding music.</w:t>
      </w:r>
      <w:r>
        <w:rPr>
          <w:rFonts w:ascii="IM Fell English" w:hAnsi="IM Fell English"/>
          <w:color w:val="141414"/>
          <w:sz w:val="24"/>
        </w:rPr>
      </w:r>
      <w:r>
        <w:rPr>
          <w:rFonts w:ascii="IM Fell English" w:hAnsi="IM Fell English"/>
          <w:i/>
          <w:color w:val="141414"/>
          <w:sz w:val="24"/>
        </w:rPr>
        <w:t>His hands explored his mother's body with abandon, even venturing into inappropriate territory, prompting her to squeal and giggle in reaction.</w:t>
      </w:r>
      <w:r>
        <w:rPr>
          <w:rFonts w:ascii="IM Fell English" w:hAnsi="IM Fell English"/>
          <w:color w:val="141414"/>
          <w:sz w:val="24"/>
        </w:rPr>
      </w:r>
      <w:r>
        <w:rPr>
          <w:rFonts w:ascii="IM Fell English" w:hAnsi="IM Fell English"/>
          <w:i/>
          <w:color w:val="141414"/>
          <w:sz w:val="24"/>
        </w:rPr>
        <w:t>The scent of their cigarettes permeated the air, while the occasional splash of liquid against the laminate floor echoed as they moved in harmony.</w:t>
      </w:r>
      <w:r>
        <w:rPr>
          <w:rFonts w:ascii="IM Fell English" w:hAnsi="IM Fell English"/>
          <w:color w:val="141414"/>
          <w:sz w:val="24"/>
        </w:rPr>
      </w:r>
      <w:r>
        <w:rPr>
          <w:rFonts w:ascii="IM Fell English" w:hAnsi="IM Fell English"/>
          <w:i/>
          <w:color w:val="141414"/>
          <w:sz w:val="24"/>
        </w:rPr>
        <w:t>John had no friends. He was never given the opportunity. He never knew what town they were in. It was all a blur. When he was placed in child care with other kids he simply withdrew. Mostly mute but always using his manners. Never letting the teacher see the internal scars and trauma because he knew if he did they woud question his mother.</w:t>
      </w:r>
      <w:r>
        <w:rPr>
          <w:rFonts w:ascii="IM Fell English" w:hAnsi="IM Fell English"/>
          <w:color w:val="141414"/>
          <w:sz w:val="24"/>
        </w:rPr>
      </w:r>
      <w:r>
        <w:rPr>
          <w:rFonts w:ascii="IM Fell English" w:hAnsi="IM Fell English"/>
          <w:i/>
          <w:color w:val="141414"/>
          <w:sz w:val="24"/>
        </w:rPr>
        <w:t>He knew the drill. His mother would appear shocked, confused. She would look at him with sad motherly eyes and explain how his father was an alcohilic and abuisve to them both which is why she didn't have any details to provide about his last child care. The teachers would show his mother sympathy. They wouud gently place their hand on hs head or arm and use soft words of encouragment with kind smiles. But when John would look up. The smile on his mother's face was anything but kind. Her eyes was anything but caring. He could see what she was thinking and feeling and he knew he was in trouble.</w:t>
      </w:r>
      <w:r>
        <w:rPr>
          <w:rFonts w:ascii="IM Fell English" w:hAnsi="IM Fell English"/>
          <w:color w:val="141414"/>
          <w:sz w:val="24"/>
        </w:rPr>
      </w:r>
      <w:r>
        <w:rPr>
          <w:rFonts w:ascii="IM Fell English" w:hAnsi="IM Fell English"/>
          <w:i/>
          <w:color w:val="141414"/>
          <w:sz w:val="24"/>
        </w:rPr>
        <w:t>His mother despised it when teachers asked questions. She would softly take him by the hand, and they would exit together. He could feel the strength with which she held his hand, but he never complained or revealed that it hurt. In the car, she would pause to gather her thoughts before starting the drive home. Occasionally, they would make a stop to pick up bottles filled with the foul-smelling liquid and the items she smoked when there was none at home.</w:t>
      </w:r>
      <w:r>
        <w:rPr>
          <w:rFonts w:ascii="IM Fell English" w:hAnsi="IM Fell English"/>
          <w:color w:val="141414"/>
          <w:sz w:val="24"/>
        </w:rPr>
      </w:r>
      <w:r>
        <w:rPr>
          <w:rFonts w:ascii="IM Fell English" w:hAnsi="IM Fell English"/>
          <w:i/>
          <w:color w:val="141414"/>
          <w:sz w:val="24"/>
        </w:rPr>
        <w:t>Once they were home, she fell silent. They would enter, and she would indicate a specific spot on the floor. If he failed to stand precisely where she directed, she would violently strike him on the head or swing her bag at him, screaming in a rage, "THERE!" On one occasion, he remained in the exact spot for almost three hours before she finally allowed him to move. In that time, he had urinated on himself twice and never once cried, spoke, or shifted position. To do so would have been far worse.</w:t>
      </w:r>
      <w:r>
        <w:rPr>
          <w:rFonts w:ascii="IM Fell English" w:hAnsi="IM Fell English"/>
          <w:color w:val="141414"/>
          <w:sz w:val="24"/>
        </w:rPr>
      </w:r>
      <w:r>
        <w:rPr>
          <w:rFonts w:ascii="IM Fell English" w:hAnsi="IM Fell English"/>
          <w:i/>
          <w:color w:val="141414"/>
          <w:sz w:val="24"/>
        </w:rPr>
        <w:t>John had been confined in the cupboard since returning home from daycare at five-thirty, and now it was nearing one AM. The thought of sleeping was too terrifying; it was much worse than staying awake. He had relieved himself twice already. His mother had become accustomed to this situation because, in the past, whenever he wet himself, the evidence would seep out of the cupboard. The men his mother brought home would notice and storm out, leaving her to lash out at them and subsequently turn her anger on him. He would face punishment with a belt, a cord, or even a heavy sack filled with rice. John endured this physical abuse as his mother unleashed her frustrations on him, hurling derogatory names and blaming him for her misfortunes. This torment could stretch on for an hour, until she either grew weary or fell asleep from exhaustion. To prevent this, she would lay down a towel on the cupboard floor for him, treating it like a makeshift litter box.</w:t>
      </w:r>
      <w:r>
        <w:rPr>
          <w:rFonts w:ascii="IM Fell English" w:hAnsi="IM Fell English"/>
          <w:color w:val="141414"/>
          <w:sz w:val="24"/>
        </w:rPr>
      </w:r>
      <w:r>
        <w:rPr>
          <w:rFonts w:ascii="IM Fell English" w:hAnsi="IM Fell English"/>
          <w:i/>
          <w:color w:val="141414"/>
          <w:sz w:val="24"/>
        </w:rPr>
        <w:t>'So you want the good stuff?" he heard the man say to his mother.</w:t>
      </w:r>
      <w:r>
        <w:rPr>
          <w:rFonts w:ascii="IM Fell English" w:hAnsi="IM Fell English"/>
          <w:color w:val="141414"/>
          <w:sz w:val="24"/>
        </w:rPr>
      </w:r>
      <w:r>
        <w:rPr>
          <w:rFonts w:ascii="IM Fell English" w:hAnsi="IM Fell English"/>
          <w:i/>
          <w:color w:val="141414"/>
          <w:sz w:val="24"/>
        </w:rPr>
        <w:t>"You know I do, baby."</w:t>
      </w:r>
      <w:r>
        <w:rPr>
          <w:rFonts w:ascii="IM Fell English" w:hAnsi="IM Fell English"/>
          <w:color w:val="141414"/>
          <w:sz w:val="24"/>
        </w:rPr>
      </w:r>
      <w:r>
        <w:rPr>
          <w:rFonts w:ascii="IM Fell English" w:hAnsi="IM Fell English"/>
          <w:i/>
          <w:color w:val="141414"/>
          <w:sz w:val="24"/>
        </w:rPr>
        <w:t>"It's going to cost you big," he said.</w:t>
      </w:r>
      <w:r>
        <w:rPr>
          <w:rFonts w:ascii="IM Fell English" w:hAnsi="IM Fell English"/>
          <w:color w:val="141414"/>
          <w:sz w:val="24"/>
        </w:rPr>
      </w:r>
      <w:r>
        <w:rPr>
          <w:rFonts w:ascii="IM Fell English" w:hAnsi="IM Fell English"/>
          <w:i/>
          <w:color w:val="141414"/>
          <w:sz w:val="24"/>
        </w:rPr>
        <w:t>John could see the man look at the cupboard, like he was looking at him. John didn't understand.</w:t>
      </w:r>
      <w:r>
        <w:rPr>
          <w:rFonts w:ascii="IM Fell English" w:hAnsi="IM Fell English"/>
          <w:color w:val="141414"/>
          <w:sz w:val="24"/>
        </w:rPr>
      </w:r>
      <w:r>
        <w:rPr>
          <w:rFonts w:ascii="IM Fell English" w:hAnsi="IM Fell English"/>
          <w:i/>
          <w:color w:val="141414"/>
          <w:sz w:val="24"/>
        </w:rPr>
        <w:t>"I wanna see first. You ain't getting shit unless it's cut clean."</w:t>
      </w:r>
      <w:r>
        <w:rPr>
          <w:rFonts w:ascii="IM Fell English" w:hAnsi="IM Fell English"/>
          <w:color w:val="141414"/>
          <w:sz w:val="24"/>
        </w:rPr>
      </w:r>
      <w:r>
        <w:rPr>
          <w:rFonts w:ascii="IM Fell English" w:hAnsi="IM Fell English"/>
          <w:i/>
          <w:color w:val="141414"/>
          <w:sz w:val="24"/>
        </w:rPr>
        <w:t>"Oh, don't you worry your tight little ass about that. It's clean, and I've got plenty to send you to whatever planet you wanna go to," said the man, who slapped his mother's bottom and she squealed playfully.</w:t>
      </w:r>
      <w:r>
        <w:rPr>
          <w:rFonts w:ascii="IM Fell English" w:hAnsi="IM Fell English"/>
          <w:color w:val="141414"/>
          <w:sz w:val="24"/>
        </w:rPr>
      </w:r>
      <w:r>
        <w:rPr>
          <w:rFonts w:ascii="IM Fell English" w:hAnsi="IM Fell English"/>
          <w:i/>
          <w:color w:val="141414"/>
          <w:sz w:val="24"/>
        </w:rPr>
        <w:t>The man turned to the table and his mother followed. Both were bent over, like they were praying or putting their heads on the table. His mother shot up standing rubbing her nose laughing, squealing and making her boobs bounce up and down. She was very happy.</w:t>
      </w:r>
      <w:r>
        <w:rPr>
          <w:rFonts w:ascii="IM Fell English" w:hAnsi="IM Fell English"/>
          <w:color w:val="141414"/>
          <w:sz w:val="24"/>
        </w:rPr>
      </w:r>
      <w:r>
        <w:rPr>
          <w:rFonts w:ascii="IM Fell English" w:hAnsi="IM Fell English"/>
          <w:i/>
          <w:color w:val="141414"/>
          <w:sz w:val="24"/>
        </w:rPr>
        <w:t>"we good?" asked the man</w:t>
      </w:r>
      <w:r>
        <w:rPr>
          <w:rFonts w:ascii="IM Fell English" w:hAnsi="IM Fell English"/>
          <w:color w:val="141414"/>
          <w:sz w:val="24"/>
        </w:rPr>
      </w:r>
      <w:r>
        <w:rPr>
          <w:rFonts w:ascii="IM Fell English" w:hAnsi="IM Fell English"/>
          <w:i/>
          <w:color w:val="141414"/>
          <w:sz w:val="24"/>
        </w:rPr>
        <w:t>"Oh yeah, we good." replied his mother</w:t>
      </w:r>
      <w:r>
        <w:rPr>
          <w:rFonts w:ascii="IM Fell English" w:hAnsi="IM Fell English"/>
          <w:color w:val="141414"/>
          <w:sz w:val="24"/>
        </w:rPr>
      </w:r>
      <w:r>
        <w:rPr>
          <w:rFonts w:ascii="IM Fell English" w:hAnsi="IM Fell English"/>
          <w:i/>
          <w:color w:val="141414"/>
          <w:sz w:val="24"/>
        </w:rPr>
        <w:t>His mother approached the cupboard and unlocked it, leaving John sitting there in silence.</w:t>
      </w:r>
      <w:r>
        <w:rPr>
          <w:rFonts w:ascii="IM Fell English" w:hAnsi="IM Fell English"/>
          <w:color w:val="141414"/>
          <w:sz w:val="24"/>
        </w:rPr>
      </w:r>
      <w:r>
        <w:rPr>
          <w:rFonts w:ascii="IM Fell English" w:hAnsi="IM Fell English"/>
          <w:i/>
          <w:color w:val="141414"/>
          <w:sz w:val="24"/>
        </w:rPr>
        <w:t>This was the first time she had ever done this when a man was present.</w:t>
      </w:r>
      <w:r>
        <w:rPr>
          <w:rFonts w:ascii="IM Fell English" w:hAnsi="IM Fell English"/>
          <w:color w:val="141414"/>
          <w:sz w:val="24"/>
        </w:rPr>
      </w:r>
      <w:r>
        <w:rPr>
          <w:rFonts w:ascii="IM Fell English" w:hAnsi="IM Fell English"/>
          <w:i/>
          <w:color w:val="141414"/>
          <w:sz w:val="24"/>
        </w:rPr>
        <w:t>Crouching down beside him, she spoke in a gentle voice. "Sweetheart, it's alright. Look, there's a man here," she indicated towards him.</w:t>
      </w:r>
      <w:r>
        <w:rPr>
          <w:rFonts w:ascii="IM Fell English" w:hAnsi="IM Fell English"/>
          <w:color w:val="141414"/>
          <w:sz w:val="24"/>
        </w:rPr>
      </w:r>
      <w:r>
        <w:rPr>
          <w:rFonts w:ascii="IM Fell English" w:hAnsi="IM Fell English"/>
          <w:i/>
          <w:color w:val="141414"/>
          <w:sz w:val="24"/>
        </w:rPr>
        <w:t>"He wants to play with you in your room. Can you go with him?" John was taken aback by his mother's soft and kind words — something he rarely experienced and never had when she was in this state.</w:t>
      </w:r>
      <w:r>
        <w:rPr>
          <w:rFonts w:ascii="IM Fell English" w:hAnsi="IM Fell English"/>
          <w:color w:val="141414"/>
          <w:sz w:val="24"/>
        </w:rPr>
      </w:r>
      <w:r>
        <w:rPr>
          <w:rFonts w:ascii="IM Fell English" w:hAnsi="IM Fell English"/>
          <w:i/>
          <w:color w:val="141414"/>
          <w:sz w:val="24"/>
        </w:rPr>
        <w:t>Unsure of what to do, his mother took his hand and pulled him up, leading him towards the man. Despite his efforts, his legs wouldn't respond as they should. As he felt the man's clammy hand grasp his own, John was hit with a strong, unpleasant odor.</w:t>
      </w:r>
      <w:r>
        <w:rPr>
          <w:rFonts w:ascii="IM Fell English" w:hAnsi="IM Fell English"/>
          <w:color w:val="141414"/>
          <w:sz w:val="24"/>
        </w:rPr>
      </w:r>
      <w:r>
        <w:rPr>
          <w:rFonts w:ascii="IM Fell English" w:hAnsi="IM Fell English"/>
          <w:i/>
          <w:color w:val="141414"/>
          <w:sz w:val="24"/>
        </w:rPr>
        <w:t>The man smelled of smoke and sweat with a thick mustache and a dirty appearance. John wanted to protest, to break free, but he was being dragged towards the bedroom.</w:t>
      </w:r>
      <w:r>
        <w:rPr>
          <w:rFonts w:ascii="IM Fell English" w:hAnsi="IM Fell English"/>
          <w:color w:val="141414"/>
          <w:sz w:val="24"/>
        </w:rPr>
      </w:r>
      <w:r>
        <w:rPr>
          <w:rFonts w:ascii="IM Fell English" w:hAnsi="IM Fell English"/>
          <w:i/>
          <w:color w:val="141414"/>
          <w:sz w:val="24"/>
        </w:rPr>
        <w:t>When he turned his head, he saw his mother bent over the table again, her head twisting back and forth. Remembering that night, John knew what was about to happen.</w:t>
      </w:r>
      <w:r>
        <w:rPr>
          <w:rFonts w:ascii="IM Fell English" w:hAnsi="IM Fell English"/>
          <w:color w:val="141414"/>
          <w:sz w:val="24"/>
        </w:rPr>
      </w:r>
      <w:r>
        <w:rPr>
          <w:rFonts w:ascii="IM Fell English" w:hAnsi="IM Fell English"/>
          <w:i/>
          <w:color w:val="141414"/>
          <w:sz w:val="24"/>
        </w:rPr>
        <w:t>In his dream, John was now floating above, watching five-year-old John being led to the bedroom by the fat smelly man. John would say to his younger self, "Be brave little John. It'll be over soon".</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John sat upright in bed, suddenly jolted awake. His body was drenched in sweat, his breathing coming in ragged gasps. He was all too familiar with this dream — the same one that had shaped him into the man he was today. Slowly, he swung his legs over the edge of the bed and faced the wardrobe mirror before him, his face expressionless.</w:t>
      </w:r>
      <w:r>
        <w:rPr>
          <w:rFonts w:ascii="IM Fell English" w:hAnsi="IM Fell English"/>
          <w:color w:val="141414"/>
          <w:sz w:val="24"/>
        </w:rPr>
      </w:r>
      <w:r>
        <w:rPr>
          <w:rFonts w:ascii="IM Fell English" w:hAnsi="IM Fell English"/>
          <w:color w:val="141414"/>
          <w:sz w:val="24"/>
        </w:rPr>
        <w:t>His eyes gradually adjusted to the darkness of the night. John was in peak physical condition, his body toned and muscular with no excess fat — a testament to his determination to stay in shape.</w:t>
      </w:r>
      <w:r>
        <w:rPr>
          <w:rFonts w:ascii="IM Fell English" w:hAnsi="IM Fell English"/>
          <w:color w:val="141414"/>
          <w:sz w:val="24"/>
        </w:rPr>
      </w:r>
      <w:r>
        <w:rPr>
          <w:rFonts w:ascii="IM Fell English" w:hAnsi="IM Fell English"/>
          <w:color w:val="141414"/>
          <w:sz w:val="24"/>
        </w:rPr>
        <w:t>He remembered enduring her cruel behavior for another six long years. She constantly had different men coming and going, and he became her next means of income to support her addiction to drugs and alcohol.</w:t>
      </w:r>
      <w:r>
        <w:rPr>
          <w:rFonts w:ascii="IM Fell English" w:hAnsi="IM Fell English"/>
          <w:color w:val="141414"/>
          <w:sz w:val="24"/>
        </w:rPr>
      </w:r>
      <w:r>
        <w:rPr>
          <w:rFonts w:ascii="IM Fell English" w:hAnsi="IM Fell English"/>
          <w:color w:val="141414"/>
          <w:sz w:val="24"/>
        </w:rPr>
        <w:t>But one night, it wasn't so much a moment of snapping, but rather a sudden awakening to a new perspective. He felt no fear, as a profound sense of tranquility took over.</w:t>
      </w:r>
      <w:r>
        <w:rPr>
          <w:rFonts w:ascii="IM Fell English" w:hAnsi="IM Fell English"/>
          <w:color w:val="141414"/>
          <w:sz w:val="24"/>
        </w:rPr>
      </w:r>
      <w:r>
        <w:rPr>
          <w:rFonts w:ascii="IM Fell English" w:hAnsi="IM Fell English"/>
          <w:color w:val="141414"/>
          <w:sz w:val="24"/>
        </w:rPr>
        <w:t>John remembered lying in bed, with a naked man snoring beside him. He recalled the familiar feeling, as if he had done it so many times before. But this time, John was wide awake. He carefully got out of bed, gently kicking over a half-empty bottle of scotch onto the laminate floor. He walked over to the dresser, he dressed, put on his shoes and walked out to the lounge room.</w:t>
      </w:r>
      <w:r>
        <w:rPr>
          <w:rFonts w:ascii="IM Fell English" w:hAnsi="IM Fell English"/>
          <w:color w:val="141414"/>
          <w:sz w:val="24"/>
        </w:rPr>
      </w:r>
      <w:r>
        <w:rPr>
          <w:rFonts w:ascii="IM Fell English" w:hAnsi="IM Fell English"/>
          <w:color w:val="141414"/>
          <w:sz w:val="24"/>
        </w:rPr>
        <w:t>There, he found his mother passed out on the couch, naked and with another man sleeping next to her. John's eyes landed on the bottle of whiskey they had been drinking. With a slow, calculated movement, he poured it over their bodies and onto the floor. They stirred slightly, but remained asleep.</w:t>
      </w:r>
      <w:r>
        <w:rPr>
          <w:rFonts w:ascii="IM Fell English" w:hAnsi="IM Fell English"/>
          <w:color w:val="141414"/>
          <w:sz w:val="24"/>
        </w:rPr>
      </w:r>
      <w:r>
        <w:rPr>
          <w:rFonts w:ascii="IM Fell English" w:hAnsi="IM Fell English"/>
          <w:color w:val="141414"/>
          <w:sz w:val="24"/>
        </w:rPr>
        <w:t>He wanted them to feel the same pain and humiliation that he had felt lying in bed with so many strangers. And as he watched the liquid seep into the fabric of the couch, he couldn't help but feel a sense of satisfaction, revenge and, strangely enough, peace knowing it was all going to be over soon.</w:t>
      </w:r>
      <w:r>
        <w:rPr>
          <w:rFonts w:ascii="IM Fell English" w:hAnsi="IM Fell English"/>
          <w:color w:val="141414"/>
          <w:sz w:val="24"/>
        </w:rPr>
      </w:r>
      <w:r>
        <w:rPr>
          <w:rFonts w:ascii="IM Fell English" w:hAnsi="IM Fell English"/>
          <w:color w:val="141414"/>
          <w:sz w:val="24"/>
        </w:rPr>
        <w:t>John reached for the matchbox resting on the table, his gaze shifting towards the powdery substance placed next to it. He knew it was a dangerous concoction, one that could easily get his mother high.</w:t>
      </w:r>
      <w:r>
        <w:rPr>
          <w:rFonts w:ascii="IM Fell English" w:hAnsi="IM Fell English"/>
          <w:color w:val="141414"/>
          <w:sz w:val="24"/>
        </w:rPr>
      </w:r>
      <w:r>
        <w:rPr>
          <w:rFonts w:ascii="IM Fell English" w:hAnsi="IM Fell English"/>
          <w:color w:val="141414"/>
          <w:sz w:val="24"/>
        </w:rPr>
        <w:t>With a Stoic expression, he lit a match and watched as the flames danced before him. Without a single thought, he dropped the match into the liquid and observed as the fire quickly spread, engulfing the lounge, the man, and his mother.</w:t>
      </w:r>
      <w:r>
        <w:rPr>
          <w:rFonts w:ascii="IM Fell English" w:hAnsi="IM Fell English"/>
          <w:color w:val="141414"/>
          <w:sz w:val="24"/>
        </w:rPr>
      </w:r>
      <w:r>
        <w:rPr>
          <w:rFonts w:ascii="IM Fell English" w:hAnsi="IM Fell English"/>
          <w:color w:val="141414"/>
          <w:sz w:val="24"/>
        </w:rPr>
        <w:t>It was like a race car, speeding through the liquid he had spilled near the bed and climbing up the sheets as if it were alive.</w:t>
      </w:r>
      <w:r>
        <w:rPr>
          <w:rFonts w:ascii="IM Fell English" w:hAnsi="IM Fell English"/>
          <w:color w:val="141414"/>
          <w:sz w:val="24"/>
        </w:rPr>
      </w:r>
      <w:r>
        <w:rPr>
          <w:rFonts w:ascii="IM Fell English" w:hAnsi="IM Fell English"/>
          <w:color w:val="141414"/>
          <w:sz w:val="24"/>
        </w:rPr>
        <w:t>A deafening scream pierced the air, emanating from both the man and his mother as they desperately tried to extinguish the flames that clung to them. John turned and calmly walked out the front door, closing it behind him. He continued to walk, leaving the chaos and destruction behind him.</w:t>
      </w:r>
      <w:r>
        <w:rPr>
          <w:rFonts w:ascii="IM Fell English" w:hAnsi="IM Fell English"/>
          <w:color w:val="141414"/>
          <w:sz w:val="24"/>
        </w:rPr>
      </w:r>
      <w:r>
        <w:rPr>
          <w:rFonts w:ascii="IM Fell English" w:hAnsi="IM Fell English"/>
          <w:color w:val="141414"/>
          <w:sz w:val="24"/>
        </w:rPr>
        <w:t>Screams of pure terror and pain. Screams pleading for help echoed out. Soon black smoke poured from every crevice of the home. The sounds made John feel safe for the first time in his life.</w:t>
      </w:r>
      <w:r>
        <w:rPr>
          <w:rFonts w:ascii="IM Fell English" w:hAnsi="IM Fell English"/>
          <w:color w:val="141414"/>
          <w:sz w:val="24"/>
        </w:rPr>
      </w:r>
      <w:r>
        <w:rPr>
          <w:rFonts w:ascii="IM Fell English" w:hAnsi="IM Fell English"/>
          <w:color w:val="141414"/>
          <w:sz w:val="24"/>
        </w:rPr>
        <w:t>After the fire brigade and police declared their deaths as accidental, no one suspected or accused John. He was viewed as a victim of tragic circumstances, left an orphan. Placed in foster care, he was then sent to a religious school where he lived until the age of 18.</w:t>
      </w:r>
      <w:r>
        <w:rPr>
          <w:rFonts w:ascii="IM Fell English" w:hAnsi="IM Fell English"/>
          <w:color w:val="141414"/>
          <w:sz w:val="24"/>
        </w:rPr>
      </w:r>
      <w:r>
        <w:rPr>
          <w:rFonts w:ascii="IM Fell English" w:hAnsi="IM Fell English"/>
          <w:color w:val="141414"/>
          <w:sz w:val="24"/>
        </w:rPr>
        <w:t>Despite being surrounded by other children who were homeless, unloved, or abandoned, John never formed any meaningful friendships or relationships. While some of the children were fortunate enough to be taken in by other adults or adopted, most were deemed too old for adoption. The sad reality was that anyone looking to adopt or care for a child preferred one under the age of 8, as they were still young enough to be molded by their adoptive parents, and not seen as "too" damaged to be repaired. Unfortunately, when people looked at John, all they saw was a child lacking emotional love, causing them to quickly shift their attention to someone else.</w:t>
      </w:r>
      <w:r>
        <w:rPr>
          <w:rFonts w:ascii="IM Fell English" w:hAnsi="IM Fell English"/>
          <w:color w:val="141414"/>
          <w:sz w:val="24"/>
        </w:rPr>
      </w:r>
      <w:r>
        <w:rPr>
          <w:rFonts w:ascii="IM Fell English" w:hAnsi="IM Fell English"/>
          <w:color w:val="141414"/>
          <w:sz w:val="24"/>
        </w:rPr>
        <w:t>It was in this orphanage where John was first introduced to the concept of reincarnation — the remarkable ability for one's soul to be reborn anew.</w:t>
      </w:r>
      <w:r>
        <w:rPr>
          <w:rFonts w:ascii="IM Fell English" w:hAnsi="IM Fell English"/>
          <w:color w:val="141414"/>
          <w:sz w:val="24"/>
        </w:rPr>
      </w:r>
      <w:r>
        <w:rPr>
          <w:rFonts w:ascii="IM Fell English" w:hAnsi="IM Fell English"/>
          <w:color w:val="141414"/>
          <w:sz w:val="24"/>
        </w:rPr>
        <w:t>John was already emotionally, psychologically, mentally, and socially detached. His mother and the men were the only ones aware of the horrors he had endured. He kept it all to himself, never confiding in anyone. His mind was like fractured glass, and when Sister Stacy introduced him to the idea of reincarnation, a new void opened up inside him.</w:t>
      </w:r>
      <w:r>
        <w:rPr>
          <w:rFonts w:ascii="IM Fell English" w:hAnsi="IM Fell English"/>
          <w:color w:val="141414"/>
          <w:sz w:val="24"/>
        </w:rPr>
      </w:r>
      <w:r>
        <w:rPr>
          <w:rFonts w:ascii="IM Fell English" w:hAnsi="IM Fell English"/>
          <w:color w:val="141414"/>
          <w:sz w:val="24"/>
        </w:rPr>
      </w:r>
      <w:r>
        <w:rPr>
          <w:rFonts w:ascii="IM Fell English" w:hAnsi="IM Fell English"/>
          <w:i/>
          <w:color w:val="141414"/>
          <w:sz w:val="24"/>
        </w:rPr>
        <w:t>"John. John."</w:t>
      </w:r>
      <w:r>
        <w:rPr>
          <w:rFonts w:ascii="IM Fell English" w:hAnsi="IM Fell English"/>
          <w:color w:val="141414"/>
          <w:sz w:val="24"/>
        </w:rPr>
      </w:r>
      <w:r>
        <w:rPr>
          <w:rFonts w:ascii="IM Fell English" w:hAnsi="IM Fell English"/>
          <w:i/>
          <w:color w:val="141414"/>
          <w:sz w:val="24"/>
        </w:rPr>
        <w:t>John lifted his head. "Yes, Ms Stevens," replied John.</w:t>
      </w:r>
      <w:r>
        <w:rPr>
          <w:rFonts w:ascii="IM Fell English" w:hAnsi="IM Fell English"/>
          <w:color w:val="141414"/>
          <w:sz w:val="24"/>
        </w:rPr>
      </w:r>
      <w:r>
        <w:rPr>
          <w:rFonts w:ascii="IM Fell English" w:hAnsi="IM Fell English"/>
          <w:i/>
          <w:color w:val="141414"/>
          <w:sz w:val="24"/>
        </w:rPr>
        <w:t>"Are you okay? You seem to be distracted," said Ms Stevens.</w:t>
      </w:r>
      <w:r>
        <w:rPr>
          <w:rFonts w:ascii="IM Fell English" w:hAnsi="IM Fell English"/>
          <w:color w:val="141414"/>
          <w:sz w:val="24"/>
        </w:rPr>
      </w:r>
      <w:r>
        <w:rPr>
          <w:rFonts w:ascii="IM Fell English" w:hAnsi="IM Fell English"/>
          <w:i/>
          <w:color w:val="141414"/>
          <w:sz w:val="24"/>
        </w:rPr>
        <w:t>As the classroom settled, Ms. Stevens opened her Bible and began to read aloud, her voice calm and steady.</w:t>
      </w:r>
      <w:r>
        <w:rPr>
          <w:rFonts w:ascii="IM Fell English" w:hAnsi="IM Fell English"/>
          <w:color w:val="141414"/>
          <w:sz w:val="24"/>
        </w:rPr>
      </w:r>
      <w:r>
        <w:rPr>
          <w:rFonts w:ascii="IM Fell English" w:hAnsi="IM Fell English"/>
          <w:i/>
          <w:color w:val="141414"/>
          <w:sz w:val="24"/>
        </w:rPr>
        <w:t>“After Jesus breathed His last on the cross,” she began, “a man named Joseph of Arimathea, a respected member of the council and a secret follower of Jesus, stepped forward. With courage and compassion, he approached Pontius Pilate and asked for permission to take Jesus’ body. Pilate consented, and Joseph carefully wrapped the body in a clean linen cloth. He laid Jesus in his own new tomb, carved out of solid rock, and rolled a great stone across the entrance. The burial was done swiftly, for the Sabbath was drawing near, and no work could be done once it began” (Matthew 27:57–60).</w:t>
      </w:r>
      <w:r>
        <w:rPr>
          <w:rFonts w:ascii="IM Fell English" w:hAnsi="IM Fell English"/>
          <w:color w:val="141414"/>
          <w:sz w:val="24"/>
        </w:rPr>
      </w:r>
      <w:r>
        <w:rPr>
          <w:rFonts w:ascii="IM Fell English" w:hAnsi="IM Fell English"/>
          <w:i/>
          <w:color w:val="141414"/>
          <w:sz w:val="24"/>
        </w:rPr>
        <w:t>Ms. Stevens paused, letting the weight of the moment settle over the room.</w:t>
      </w:r>
      <w:r>
        <w:rPr>
          <w:rFonts w:ascii="IM Fell English" w:hAnsi="IM Fell English"/>
          <w:color w:val="141414"/>
          <w:sz w:val="24"/>
        </w:rPr>
      </w:r>
      <w:r>
        <w:rPr>
          <w:rFonts w:ascii="IM Fell English" w:hAnsi="IM Fell English"/>
          <w:i/>
          <w:color w:val="141414"/>
          <w:sz w:val="24"/>
        </w:rPr>
        <w:t>“But not everyone was at peace,” she continued. “The chief priests and Pharisees, remembering Jesus’ words that He would rise again after three days, grew anxious. They went to Pilate and urged him to secure the tomb. ‘Otherwise,’ they warned, ‘His disciples may steal the body and claim He has risen.’ Pilate agreed. He ordered the tomb to be sealed and stationed guards to watch over it, ensuring that no one could tamper with it” (Matthew 27:62–66).</w:t>
      </w:r>
      <w:r>
        <w:rPr>
          <w:rFonts w:ascii="IM Fell English" w:hAnsi="IM Fell English"/>
          <w:color w:val="141414"/>
          <w:sz w:val="24"/>
        </w:rPr>
      </w:r>
      <w:r>
        <w:rPr>
          <w:rFonts w:ascii="IM Fell English" w:hAnsi="IM Fell English"/>
          <w:i/>
          <w:color w:val="141414"/>
          <w:sz w:val="24"/>
        </w:rPr>
        <w:t>The students leaned in as Ms. Stevens turned the page.</w:t>
      </w:r>
      <w:r>
        <w:rPr>
          <w:rFonts w:ascii="IM Fell English" w:hAnsi="IM Fell English"/>
          <w:color w:val="141414"/>
          <w:sz w:val="24"/>
        </w:rPr>
      </w:r>
      <w:r>
        <w:rPr>
          <w:rFonts w:ascii="IM Fell English" w:hAnsi="IM Fell English"/>
          <w:i/>
          <w:color w:val="141414"/>
          <w:sz w:val="24"/>
        </w:rPr>
        <w:t>“Then came the dawn of the first day of the week. Mary Magdalene and other women made their way to the tomb, carrying spices to anoint Jesus’ body. But when they arrived, they were met with a startling sight—the massive stone had been rolled away” (Mark 16:1–4).</w:t>
      </w:r>
      <w:r>
        <w:rPr>
          <w:rFonts w:ascii="IM Fell English" w:hAnsi="IM Fell English"/>
          <w:color w:val="141414"/>
          <w:sz w:val="24"/>
        </w:rPr>
      </w:r>
      <w:r>
        <w:rPr>
          <w:rFonts w:ascii="IM Fell English" w:hAnsi="IM Fell English"/>
          <w:i/>
          <w:color w:val="141414"/>
          <w:sz w:val="24"/>
        </w:rPr>
        <w:t>She smiled gently and read on.</w:t>
      </w:r>
      <w:r>
        <w:rPr>
          <w:rFonts w:ascii="IM Fell English" w:hAnsi="IM Fell English"/>
          <w:color w:val="141414"/>
          <w:sz w:val="24"/>
        </w:rPr>
      </w:r>
      <w:r>
        <w:rPr>
          <w:rFonts w:ascii="IM Fell English" w:hAnsi="IM Fell English"/>
          <w:i/>
          <w:color w:val="141414"/>
          <w:sz w:val="24"/>
        </w:rPr>
        <w:t>“Inside the tomb, they saw an angel who said, ‘Do not be afraid. I know you are looking for Jesus, who was crucified. He is not here; He has risen, just as He said’” (Matthew 28:6).</w:t>
      </w:r>
      <w:r>
        <w:rPr>
          <w:rFonts w:ascii="IM Fell English" w:hAnsi="IM Fell English"/>
          <w:color w:val="141414"/>
          <w:sz w:val="24"/>
        </w:rPr>
      </w:r>
      <w:r>
        <w:rPr>
          <w:rFonts w:ascii="IM Fell English" w:hAnsi="IM Fell English"/>
          <w:i/>
          <w:color w:val="141414"/>
          <w:sz w:val="24"/>
        </w:rPr>
        <w:t>A hush fell over the room as the students absorbed the story—the sorrow of the burial, the fear of the authorities, and the awe of the resurrection. For Christians, Ms. Stevens explained, this moment is the heart of their faith: the triumph of life over death, hope over despair.</w:t>
      </w:r>
      <w:r>
        <w:rPr>
          <w:rFonts w:ascii="IM Fell English" w:hAnsi="IM Fell English"/>
          <w:color w:val="141414"/>
          <w:sz w:val="24"/>
        </w:rPr>
      </w:r>
      <w:r>
        <w:rPr>
          <w:rFonts w:ascii="IM Fell English" w:hAnsi="IM Fell English"/>
          <w:i/>
          <w:color w:val="141414"/>
          <w:sz w:val="24"/>
        </w:rPr>
        <w:t>John could sense someone gently touching his face. John could feel he was now lying on the floor but couldn't remember why he was lying on the floor.</w:t>
      </w:r>
      <w:r>
        <w:rPr>
          <w:rFonts w:ascii="IM Fell English" w:hAnsi="IM Fell English"/>
          <w:color w:val="141414"/>
          <w:sz w:val="24"/>
        </w:rPr>
      </w:r>
      <w:r>
        <w:rPr>
          <w:rFonts w:ascii="IM Fell English" w:hAnsi="IM Fell English"/>
          <w:i/>
          <w:color w:val="141414"/>
          <w:sz w:val="24"/>
        </w:rPr>
        <w:t>"John, are you able to hear me? Sister, I think he's regaining consciousness. Please get me a glass of water." Ms Steven's voice was faint.</w:t>
      </w:r>
      <w:r>
        <w:rPr>
          <w:rFonts w:ascii="IM Fell English" w:hAnsi="IM Fell English"/>
          <w:color w:val="141414"/>
          <w:sz w:val="24"/>
        </w:rPr>
      </w:r>
      <w:r>
        <w:rPr>
          <w:rFonts w:ascii="IM Fell English" w:hAnsi="IM Fell English"/>
          <w:i/>
          <w:color w:val="141414"/>
          <w:sz w:val="24"/>
        </w:rPr>
        <w:t>John slowly opened his eyes and for a brief moment, he thought it was his mother leaning over him. His body tensed and a rage of pure hatred filled his entire body and mind. To kill her.</w:t>
      </w:r>
      <w:r>
        <w:rPr>
          <w:rFonts w:ascii="IM Fell English" w:hAnsi="IM Fell English"/>
          <w:color w:val="141414"/>
          <w:sz w:val="24"/>
        </w:rPr>
      </w:r>
      <w:r>
        <w:rPr>
          <w:rFonts w:ascii="IM Fell English" w:hAnsi="IM Fell English"/>
          <w:i/>
          <w:color w:val="141414"/>
          <w:sz w:val="24"/>
        </w:rPr>
        <w:t>Ms Stevens stopped patting his face and her expression briefly changed to one of fear.</w:t>
      </w:r>
      <w:r>
        <w:rPr>
          <w:rFonts w:ascii="IM Fell English" w:hAnsi="IM Fell English"/>
          <w:color w:val="141414"/>
          <w:sz w:val="24"/>
        </w:rPr>
      </w:r>
      <w:r>
        <w:rPr>
          <w:rFonts w:ascii="IM Fell English" w:hAnsi="IM Fell English"/>
          <w:i/>
          <w:color w:val="141414"/>
          <w:sz w:val="24"/>
        </w:rPr>
        <w:t>They said souls return. That the spirit finds its way back, reborn into flesh, into memory, into the lives of those it once touched. But for John, the thought wasn’t comforting—it was terrifying.</w:t>
      </w:r>
      <w:r>
        <w:rPr>
          <w:rFonts w:ascii="IM Fell English" w:hAnsi="IM Fell English"/>
          <w:color w:val="141414"/>
          <w:sz w:val="24"/>
        </w:rPr>
      </w:r>
      <w:r>
        <w:rPr>
          <w:rFonts w:ascii="IM Fell English" w:hAnsi="IM Fell English"/>
          <w:i/>
          <w:color w:val="141414"/>
          <w:sz w:val="24"/>
        </w:rPr>
        <w:t>He killed his mother three years ago in a horrific way. Not peacefully. And not before leaving scars that still throbbed beneath his skin. The bruises had faded, but the voice—sharp, cruel, commanding—echoed in his dreams. “You belong to me.” she always said to him.</w:t>
      </w:r>
      <w:r>
        <w:rPr>
          <w:rFonts w:ascii="IM Fell English" w:hAnsi="IM Fell English"/>
          <w:color w:val="141414"/>
          <w:sz w:val="24"/>
        </w:rPr>
      </w:r>
      <w:r>
        <w:rPr>
          <w:rFonts w:ascii="IM Fell English" w:hAnsi="IM Fell English"/>
          <w:i/>
          <w:color w:val="141414"/>
          <w:sz w:val="24"/>
        </w:rPr>
        <w:t>John now feared the cycle hadn’t ended. That his mother’s rage would find a new vessel. That the universe, in its cruel symmetry, would turn the wheel again. And this time, his mother wouldn’t need fists to hurt her. She would use blood. She would kill him and, in turn, he would be reborn within her to be abused again, and again and again.</w:t>
      </w:r>
      <w:r>
        <w:rPr>
          <w:rFonts w:ascii="IM Fell English" w:hAnsi="IM Fell English"/>
          <w:color w:val="141414"/>
          <w:sz w:val="24"/>
        </w:rPr>
      </w:r>
      <w:r>
        <w:rPr>
          <w:rFonts w:ascii="IM Fell English" w:hAnsi="IM Fell English"/>
          <w:i/>
          <w:color w:val="141414"/>
          <w:sz w:val="24"/>
        </w:rPr>
        <w:t>From that day on, John's world was forever changed. He could never again let his guard down, for the day he killed his own mother was the day she truly never died. She had always been a dark presence in his life, taunting him with her cruel words: "You are nothing without me,"</w:t>
      </w:r>
      <w:r>
        <w:rPr>
          <w:rFonts w:ascii="IM Fell English" w:hAnsi="IM Fell English"/>
          <w:color w:val="141414"/>
          <w:sz w:val="24"/>
        </w:rPr>
      </w:r>
      <w:r>
        <w:rPr>
          <w:rFonts w:ascii="IM Fell English" w:hAnsi="IM Fell English"/>
          <w:i/>
          <w:color w:val="141414"/>
          <w:sz w:val="24"/>
        </w:rPr>
        <w:t>"I own you,"</w:t>
      </w:r>
      <w:r>
        <w:rPr>
          <w:rFonts w:ascii="IM Fell English" w:hAnsi="IM Fell English"/>
          <w:color w:val="141414"/>
          <w:sz w:val="24"/>
        </w:rPr>
      </w:r>
      <w:r>
        <w:rPr>
          <w:rFonts w:ascii="IM Fell English" w:hAnsi="IM Fell English"/>
          <w:i/>
          <w:color w:val="141414"/>
          <w:sz w:val="24"/>
        </w:rPr>
        <w:t>"You will never get rid of me." But now, he knew the terrifying truth — his mother could resurrect herself and reclaim her hold on him.</w:t>
      </w:r>
      <w:r>
        <w:rPr>
          <w:rFonts w:ascii="IM Fell English" w:hAnsi="IM Fell English"/>
          <w:color w:val="141414"/>
          <w:sz w:val="24"/>
        </w:rPr>
      </w:r>
      <w:r>
        <w:rPr>
          <w:rFonts w:ascii="IM Fell English" w:hAnsi="IM Fell English"/>
          <w:color w:val="141414"/>
          <w:sz w:val="24"/>
        </w:rPr>
        <w:t>As he lay awake at night, haunted by memories of her twisted love and manipulation, John could feel her lingering presence. It was as if she had never left, her voice echoing in his mind and her touch still burning on his skin.</w:t>
      </w:r>
      <w:r>
        <w:rPr>
          <w:rFonts w:ascii="IM Fell English" w:hAnsi="IM Fell English"/>
          <w:color w:val="141414"/>
          <w:sz w:val="24"/>
        </w:rPr>
      </w:r>
      <w:r>
        <w:rPr>
          <w:rFonts w:ascii="IM Fell English" w:hAnsi="IM Fell English"/>
          <w:color w:val="141414"/>
          <w:sz w:val="24"/>
        </w:rPr>
        <w:t>But it wasn't just her voice and touch that tormented him. It was the aroma of her perfume, a sickly sweet scent that made his stomach turn. It was the sight of her silhouette in the corner of his room, her piercing eyes watching his every move. And most of all, it was the taste of fear that filled his mouth every time he thought of her.</w:t>
      </w:r>
      <w:r>
        <w:rPr>
          <w:rFonts w:ascii="IM Fell English" w:hAnsi="IM Fell English"/>
          <w:color w:val="141414"/>
          <w:sz w:val="24"/>
        </w:rPr>
      </w:r>
      <w:r>
        <w:rPr>
          <w:rFonts w:ascii="IM Fell English" w:hAnsi="IM Fell English"/>
          <w:color w:val="141414"/>
          <w:sz w:val="24"/>
        </w:rPr>
        <w:t>John's mother was not just a memory, she was a living nightmare. A complex and twisted character, capable of both love and hate, tenderness and cruelty. She had a hold on him unlike anything he had ever experienced before.</w:t>
      </w:r>
      <w:r>
        <w:rPr>
          <w:rFonts w:ascii="IM Fell English" w:hAnsi="IM Fell English"/>
          <w:color w:val="141414"/>
          <w:sz w:val="24"/>
        </w:rPr>
      </w:r>
      <w:r>
        <w:rPr>
          <w:rFonts w:ascii="IM Fell English" w:hAnsi="IM Fell English"/>
          <w:color w:val="141414"/>
          <w:sz w:val="24"/>
        </w:rPr>
        <w:t>Even in death, she was still his puppet master, pulling his strings and controlling his every move. And as John looked into the mirror, he saw his mother's face staring back at him. He was her clone, her possession, her greatest creation. But he refused to let her win. He would break free from her grasp, no matter the cost. Because he was more than just a puppet, more than just her creation. He was John, and he would not let his mother define him.</w:t>
      </w:r>
      <w:r>
        <w:rPr>
          <w:rFonts w:ascii="IM Fell English" w:hAnsi="IM Fell English"/>
          <w:color w:val="141414"/>
          <w:sz w:val="24"/>
        </w:rPr>
      </w:r>
      <w:r>
        <w:rPr>
          <w:rFonts w:ascii="IM Fell English" w:hAnsi="IM Fell English"/>
          <w:color w:val="141414"/>
          <w:sz w:val="24"/>
        </w:rPr>
        <w:t>The intensity of their twisted bond was suffocating, but it fueled John's determination to never let his mother control him again.</w:t>
      </w:r>
      <w:r>
        <w:rPr>
          <w:rFonts w:ascii="IM Fell English" w:hAnsi="IM Fell English"/>
          <w:color w:val="141414"/>
          <w:sz w:val="24"/>
        </w:rPr>
      </w:r>
      <w:r>
        <w:rPr>
          <w:rFonts w:ascii="IM Fell English" w:hAnsi="IM Fell English"/>
          <w:color w:val="141414"/>
          <w:sz w:val="24"/>
        </w:rPr>
        <w:t>John vowed to return his mother back to the void she would ultimately try to escape as many times as it took. So far it was nine.</w:t>
      </w:r>
      <w:r>
        <w:rPr>
          <w:rFonts w:ascii="IM Fell English" w:hAnsi="IM Fell English"/>
          <w:color w:val="141414"/>
          <w:sz w:val="24"/>
        </w:rPr>
      </w:r>
    </w:p>
    <w:p>
      <w:pPr>
        <w:pStyle w:val="Heading1"/>
        <w:jc w:val="center"/>
      </w:pPr>
      <w:r>
        <w:rPr>
          <w:rFonts w:ascii="IM Fell English" w:hAnsi="IM Fell English"/>
          <w:color w:val="0D0D0D"/>
        </w:rPr>
        <w:t>Chapter 10</w:t>
      </w:r>
    </w:p>
    <w:p>
      <w:r>
        <w:rPr>
          <w:rFonts w:ascii="IM Fell English" w:hAnsi="IM Fell English"/>
          <w:color w:val="141414"/>
          <w:sz w:val="24"/>
        </w:rPr>
      </w:r>
      <w:r>
        <w:rPr>
          <w:rFonts w:ascii="IM Fell English" w:hAnsi="IM Fell English"/>
          <w:color w:val="141414"/>
          <w:sz w:val="24"/>
        </w:rPr>
        <w:t>After a grueling investigation, the team reconvened at the police station at 9am sharp. It was now just after lunch and their morale was depleted. The evidence collected from the crime scene and car, crucial in Emma's murder case, is now displayed on the wall as the ninth victim. It had taken three exhausting days since her body was found at the makeshift campsite, with everyone working tirelessly to analyze all the lab results, samples, and fibers, as well as complete the autopsy.</w:t>
      </w:r>
      <w:r>
        <w:rPr>
          <w:rFonts w:ascii="IM Fell English" w:hAnsi="IM Fell English"/>
          <w:color w:val="141414"/>
          <w:sz w:val="24"/>
        </w:rPr>
      </w:r>
      <w:r>
        <w:rPr>
          <w:rFonts w:ascii="IM Fell English" w:hAnsi="IM Fell English"/>
          <w:color w:val="141414"/>
          <w:sz w:val="24"/>
        </w:rPr>
        <w:t>As they remained seated, gazing at the wall, it was apparent that they were still far from apprehending the murderer. The perpetrator was exceedingly methodical in their approach, meticulously stalking, abducting, killing, and disposing of the victim's body without leaving a single trace of evidence, whether it be hair, fibers, fluids, or fingerprints.</w:t>
      </w:r>
      <w:r>
        <w:rPr>
          <w:rFonts w:ascii="IM Fell English" w:hAnsi="IM Fell English"/>
          <w:color w:val="141414"/>
          <w:sz w:val="24"/>
        </w:rPr>
      </w:r>
      <w:r>
        <w:rPr>
          <w:rFonts w:ascii="IM Fell English" w:hAnsi="IM Fell English"/>
          <w:color w:val="141414"/>
          <w:sz w:val="24"/>
        </w:rPr>
        <w:t>O'Neil massaged his temples and declared, "Let's start from the beginning."</w:t>
      </w:r>
      <w:r>
        <w:rPr>
          <w:rFonts w:ascii="IM Fell English" w:hAnsi="IM Fell English"/>
          <w:color w:val="141414"/>
          <w:sz w:val="24"/>
        </w:rPr>
      </w:r>
      <w:r>
        <w:rPr>
          <w:rFonts w:ascii="IM Fell English" w:hAnsi="IM Fell English"/>
          <w:color w:val="141414"/>
          <w:sz w:val="24"/>
        </w:rPr>
        <w:t>"Sir, we've spent the last three hours poring over evidence, debating, arguing, and nearly killing each other in a desperate attempt to uncover even the smallest shred of useful information that could lead us to this serial killer. Yet, we have come up empty-handed," Marcus lamented, his voice weary as he clutched his fourth cup of coffee.</w:t>
      </w:r>
      <w:r>
        <w:rPr>
          <w:rFonts w:ascii="IM Fell English" w:hAnsi="IM Fell English"/>
          <w:color w:val="141414"/>
          <w:sz w:val="24"/>
        </w:rPr>
      </w:r>
      <w:r>
        <w:rPr>
          <w:rFonts w:ascii="IM Fell English" w:hAnsi="IM Fell English"/>
          <w:color w:val="141414"/>
          <w:sz w:val="24"/>
        </w:rPr>
        <w:t>"This individual, whether male, female, or multiple people, is undoubtedly meticulous, calculating, driven, and incredibly intelligent. They have managed to remain a complete enigma," Marcus observed.</w:t>
      </w:r>
      <w:r>
        <w:rPr>
          <w:rFonts w:ascii="IM Fell English" w:hAnsi="IM Fell English"/>
          <w:color w:val="141414"/>
          <w:sz w:val="24"/>
        </w:rPr>
      </w:r>
      <w:r>
        <w:rPr>
          <w:rFonts w:ascii="IM Fell English" w:hAnsi="IM Fell English"/>
          <w:color w:val="141414"/>
          <w:sz w:val="24"/>
        </w:rPr>
        <w:t>"In all my crime scenes, it is exceedingly rare to find one without any trace of evidence, any physical clue that could link the victim to the perpetrator. Yet, somehow, against all odds, this person or persons have replicated it nine times," Marcus marveled in disbelief.</w:t>
      </w:r>
      <w:r>
        <w:rPr>
          <w:rFonts w:ascii="IM Fell English" w:hAnsi="IM Fell English"/>
          <w:color w:val="141414"/>
          <w:sz w:val="24"/>
        </w:rPr>
      </w:r>
      <w:r>
        <w:rPr>
          <w:rFonts w:ascii="IM Fell English" w:hAnsi="IM Fell English"/>
          <w:color w:val="141414"/>
          <w:sz w:val="24"/>
        </w:rPr>
        <w:t>O'Neil seethed with frustration and anger, his jaw clenched tightly. "We can't just sit here twiddling our thumbs like useless dodo birds, waiting for this serial killer to claim more victims."</w:t>
      </w:r>
      <w:r>
        <w:rPr>
          <w:rFonts w:ascii="IM Fell English" w:hAnsi="IM Fell English"/>
          <w:color w:val="141414"/>
          <w:sz w:val="24"/>
        </w:rPr>
      </w:r>
      <w:r>
        <w:rPr>
          <w:rFonts w:ascii="IM Fell English" w:hAnsi="IM Fell English"/>
          <w:color w:val="141414"/>
          <w:sz w:val="24"/>
        </w:rPr>
        <w:t>"No, sir, that's not what I mean," Marcus interjected, his arm raised in exasperation. "We can't rely on traditional crime scene forensics to catch this perpetrator. They are undoubtedly skilled and accomplished, a master in their craft."</w:t>
      </w:r>
      <w:r>
        <w:rPr>
          <w:rFonts w:ascii="IM Fell English" w:hAnsi="IM Fell English"/>
          <w:color w:val="141414"/>
          <w:sz w:val="24"/>
        </w:rPr>
      </w:r>
      <w:r>
        <w:rPr>
          <w:rFonts w:ascii="IM Fell English" w:hAnsi="IM Fell English"/>
          <w:color w:val="141414"/>
          <w:sz w:val="24"/>
        </w:rPr>
        <w:t>"You seem to have a strange admiration for this twisted individual, Stanmore," O'Neil remarked.</w:t>
      </w:r>
      <w:r>
        <w:rPr>
          <w:rFonts w:ascii="IM Fell English" w:hAnsi="IM Fell English"/>
          <w:color w:val="141414"/>
          <w:sz w:val="24"/>
        </w:rPr>
      </w:r>
      <w:r>
        <w:rPr>
          <w:rFonts w:ascii="IM Fell English" w:hAnsi="IM Fell English"/>
          <w:color w:val="141414"/>
          <w:sz w:val="24"/>
        </w:rPr>
        <w:t>"Sir, this person is a sick and deranged individual who needs to be stopped. But imagine if we could tap into their knowledge and replicate their flawless techniques. We could train a new generation of highly skilled CSI officers and significantly improve our chances of capturing more murderers and serial killers in the decades to come."</w:t>
      </w:r>
      <w:r>
        <w:rPr>
          <w:rFonts w:ascii="IM Fell English" w:hAnsi="IM Fell English"/>
          <w:color w:val="141414"/>
          <w:sz w:val="24"/>
        </w:rPr>
      </w:r>
      <w:r>
        <w:rPr>
          <w:rFonts w:ascii="IM Fell English" w:hAnsi="IM Fell English"/>
          <w:color w:val="141414"/>
          <w:sz w:val="24"/>
        </w:rPr>
        <w:t>O'Neil's fist came crashing down on the table, startling everyone in the room except for Briggs. He remained motionless and rigid, almost blending into the background. "Without forensics, autopsy results, or crime scene evidence, what are we left with?"</w:t>
      </w:r>
      <w:r>
        <w:rPr>
          <w:rFonts w:ascii="IM Fell English" w:hAnsi="IM Fell English"/>
          <w:color w:val="141414"/>
          <w:sz w:val="24"/>
        </w:rPr>
      </w:r>
      <w:r>
        <w:rPr>
          <w:rFonts w:ascii="IM Fell English" w:hAnsi="IM Fell English"/>
          <w:color w:val="141414"/>
          <w:sz w:val="24"/>
        </w:rPr>
        <w:t>O'Neil mumbled to himself, the question directed more at his own frustration than at anyone else in the room.</w:t>
      </w:r>
      <w:r>
        <w:rPr>
          <w:rFonts w:ascii="IM Fell English" w:hAnsi="IM Fell English"/>
          <w:color w:val="141414"/>
          <w:sz w:val="24"/>
        </w:rPr>
      </w:r>
      <w:r>
        <w:rPr>
          <w:rFonts w:ascii="IM Fell English" w:hAnsi="IM Fell English"/>
          <w:color w:val="141414"/>
          <w:sz w:val="24"/>
        </w:rPr>
        <w:t>Hartley silently stood and approached the wall, standing next to the first victim. She carefully reviewed the same information, slowly raising her hand to remove her photo from the wall.</w:t>
      </w:r>
      <w:r>
        <w:rPr>
          <w:rFonts w:ascii="IM Fell English" w:hAnsi="IM Fell English"/>
          <w:color w:val="141414"/>
          <w:sz w:val="24"/>
        </w:rPr>
      </w:r>
      <w:r>
        <w:rPr>
          <w:rFonts w:ascii="IM Fell English" w:hAnsi="IM Fell English"/>
          <w:color w:val="141414"/>
          <w:sz w:val="24"/>
        </w:rPr>
        <w:t>As she moved on to the second, third, and fourth photos, Hartley took each one down and proceeded to a second board, where she reattached them. She methodically arranged the photos into a neat square, three across and three down, before returning to her seat next to Marcus and sitting down.</w:t>
      </w:r>
      <w:r>
        <w:rPr>
          <w:rFonts w:ascii="IM Fell English" w:hAnsi="IM Fell English"/>
          <w:color w:val="141414"/>
          <w:sz w:val="24"/>
        </w:rPr>
      </w:r>
      <w:r>
        <w:rPr>
          <w:rFonts w:ascii="IM Fell English" w:hAnsi="IM Fell English"/>
          <w:color w:val="141414"/>
          <w:sz w:val="24"/>
        </w:rPr>
        <w:t>Her actions held a profound significance, as she meticulously reconstructed the photos, one by one, in their own space.</w:t>
      </w:r>
      <w:r>
        <w:rPr>
          <w:rFonts w:ascii="IM Fell English" w:hAnsi="IM Fell English"/>
          <w:color w:val="141414"/>
          <w:sz w:val="24"/>
        </w:rPr>
      </w:r>
      <w:r>
        <w:rPr>
          <w:rFonts w:ascii="IM Fell English" w:hAnsi="IM Fell English"/>
          <w:color w:val="141414"/>
          <w:sz w:val="24"/>
        </w:rPr>
        <w:t>O'Neil gazed at Hartley, gesturing upward towards the photographs. "Can you enlighten us?"</w:t>
      </w:r>
      <w:r>
        <w:rPr>
          <w:rFonts w:ascii="IM Fell English" w:hAnsi="IM Fell English"/>
          <w:color w:val="141414"/>
          <w:sz w:val="24"/>
        </w:rPr>
      </w:r>
      <w:r>
        <w:rPr>
          <w:rFonts w:ascii="IM Fell English" w:hAnsi="IM Fell English"/>
          <w:color w:val="141414"/>
          <w:sz w:val="24"/>
        </w:rPr>
        <w:t>Hartley avoided O'Neil's gaze, fixated on the images. After a moment of quiet, she finally spoke. "Based on what we have here, everything on this board — samples, medical findings, forensics, witness interviews, street cameras, and even reports of suspicious activity that led to nothing — is essentially...worthless."</w:t>
      </w:r>
      <w:r>
        <w:rPr>
          <w:rFonts w:ascii="IM Fell English" w:hAnsi="IM Fell English"/>
          <w:color w:val="141414"/>
          <w:sz w:val="24"/>
        </w:rPr>
      </w:r>
      <w:r>
        <w:rPr>
          <w:rFonts w:ascii="IM Fell English" w:hAnsi="IM Fell English"/>
          <w:color w:val="141414"/>
          <w:sz w:val="24"/>
        </w:rPr>
        <w:t>Hartley's eyes remained fixed on the photos. Marcus exchanged a puzzled look with Briggs and O'Neil, as if to say, "I have no idea what's going on, but it seems like she's losing it."</w:t>
      </w:r>
      <w:r>
        <w:rPr>
          <w:rFonts w:ascii="IM Fell English" w:hAnsi="IM Fell English"/>
          <w:color w:val="141414"/>
          <w:sz w:val="24"/>
        </w:rPr>
      </w:r>
      <w:r>
        <w:rPr>
          <w:rFonts w:ascii="IM Fell English" w:hAnsi="IM Fell English"/>
          <w:color w:val="141414"/>
          <w:sz w:val="24"/>
        </w:rPr>
        <w:t>"Please continue," O'Neil said after a brief pause.</w:t>
      </w:r>
      <w:r>
        <w:rPr>
          <w:rFonts w:ascii="IM Fell English" w:hAnsi="IM Fell English"/>
          <w:color w:val="141414"/>
          <w:sz w:val="24"/>
        </w:rPr>
      </w:r>
      <w:r>
        <w:rPr>
          <w:rFonts w:ascii="IM Fell English" w:hAnsi="IM Fell English"/>
          <w:color w:val="141414"/>
          <w:sz w:val="24"/>
        </w:rPr>
        <w:t>Hartley remained focused on the photographs. She turned to face Marcus, O'Neil, and Briggs, pointing at the images. "What do you see?" she asked.</w:t>
      </w:r>
      <w:r>
        <w:rPr>
          <w:rFonts w:ascii="IM Fell English" w:hAnsi="IM Fell English"/>
          <w:color w:val="141414"/>
          <w:sz w:val="24"/>
        </w:rPr>
      </w:r>
      <w:r>
        <w:rPr>
          <w:rFonts w:ascii="IM Fell English" w:hAnsi="IM Fell English"/>
          <w:color w:val="141414"/>
          <w:sz w:val="24"/>
        </w:rPr>
        <w:t>No one spoke. Hartley placed both hands on her hips looking at them.</w:t>
      </w:r>
      <w:r>
        <w:rPr>
          <w:rFonts w:ascii="IM Fell English" w:hAnsi="IM Fell English"/>
          <w:color w:val="141414"/>
          <w:sz w:val="24"/>
        </w:rPr>
      </w:r>
      <w:r>
        <w:rPr>
          <w:rFonts w:ascii="IM Fell English" w:hAnsi="IM Fell English"/>
          <w:color w:val="141414"/>
          <w:sz w:val="24"/>
        </w:rPr>
        <w:t>"Look," she said, exasperated and pointing at the photos.</w:t>
      </w:r>
      <w:r>
        <w:rPr>
          <w:rFonts w:ascii="IM Fell English" w:hAnsi="IM Fell English"/>
          <w:color w:val="141414"/>
          <w:sz w:val="24"/>
        </w:rPr>
      </w:r>
      <w:r>
        <w:rPr>
          <w:rFonts w:ascii="IM Fell English" w:hAnsi="IM Fell English"/>
          <w:color w:val="141414"/>
          <w:sz w:val="24"/>
        </w:rPr>
        <w:t>"It seems you're going to need to give us a little more to go on here, Hartley," O'Neil responded.</w:t>
      </w:r>
      <w:r>
        <w:rPr>
          <w:rFonts w:ascii="IM Fell English" w:hAnsi="IM Fell English"/>
          <w:color w:val="141414"/>
          <w:sz w:val="24"/>
        </w:rPr>
      </w:r>
      <w:r>
        <w:rPr>
          <w:rFonts w:ascii="IM Fell English" w:hAnsi="IM Fell English"/>
          <w:color w:val="141414"/>
          <w:sz w:val="24"/>
        </w:rPr>
        <w:t>"Right. I observed nine women, almost identical in stature, build, facial features, bone structure, and appearance. I perceive, if you were to consider it this way, nine siblings," stated Hartley.</w:t>
      </w:r>
      <w:r>
        <w:rPr>
          <w:rFonts w:ascii="IM Fell English" w:hAnsi="IM Fell English"/>
          <w:color w:val="141414"/>
          <w:sz w:val="24"/>
        </w:rPr>
      </w:r>
      <w:r>
        <w:rPr>
          <w:rFonts w:ascii="IM Fell English" w:hAnsi="IM Fell English"/>
          <w:color w:val="141414"/>
          <w:sz w:val="24"/>
        </w:rPr>
        <w:t>"Indeed. I notice that as well. It's possible that they all originated from the same household, all sisters, and someone has been systematically murdering them one by one. This individual seems fixated on the sisters, and upon encountering another sister, he will likely feel compelled, driven, and fixated to carry out the same fate as the previous nine." Marcus added.</w:t>
      </w:r>
      <w:r>
        <w:rPr>
          <w:rFonts w:ascii="IM Fell English" w:hAnsi="IM Fell English"/>
          <w:color w:val="141414"/>
          <w:sz w:val="24"/>
        </w:rPr>
      </w:r>
      <w:r>
        <w:rPr>
          <w:rFonts w:ascii="IM Fell English" w:hAnsi="IM Fell English"/>
          <w:color w:val="141414"/>
          <w:sz w:val="24"/>
        </w:rPr>
        <w:t>"Absolutely!" exclaimed Hartley.</w:t>
      </w:r>
      <w:r>
        <w:rPr>
          <w:rFonts w:ascii="IM Fell English" w:hAnsi="IM Fell English"/>
          <w:color w:val="141414"/>
          <w:sz w:val="24"/>
        </w:rPr>
      </w:r>
      <w:r>
        <w:rPr>
          <w:rFonts w:ascii="IM Fell English" w:hAnsi="IM Fell English"/>
          <w:color w:val="141414"/>
          <w:sz w:val="24"/>
        </w:rPr>
        <w:t>O'Neil inquired, clearly puzzled by the conversation, "How many sisters belong to this family?"</w:t>
      </w:r>
      <w:r>
        <w:rPr>
          <w:rFonts w:ascii="IM Fell English" w:hAnsi="IM Fell English"/>
          <w:color w:val="141414"/>
          <w:sz w:val="24"/>
        </w:rPr>
      </w:r>
      <w:r>
        <w:rPr>
          <w:rFonts w:ascii="IM Fell English" w:hAnsi="IM Fell English"/>
          <w:color w:val="141414"/>
          <w:sz w:val="24"/>
        </w:rPr>
        <w:t>"We have no clue, sir."</w:t>
      </w:r>
      <w:r>
        <w:rPr>
          <w:rFonts w:ascii="IM Fell English" w:hAnsi="IM Fell English"/>
          <w:color w:val="141414"/>
          <w:sz w:val="24"/>
        </w:rPr>
      </w:r>
      <w:r>
        <w:rPr>
          <w:rFonts w:ascii="IM Fell English" w:hAnsi="IM Fell English"/>
          <w:color w:val="141414"/>
          <w:sz w:val="24"/>
        </w:rPr>
        <w:t>"So what on earth are we discussing?" O'Neil's tone became more irritable.</w:t>
      </w:r>
      <w:r>
        <w:rPr>
          <w:rFonts w:ascii="IM Fell English" w:hAnsi="IM Fell English"/>
          <w:color w:val="141414"/>
          <w:sz w:val="24"/>
        </w:rPr>
      </w:r>
      <w:r>
        <w:rPr>
          <w:rFonts w:ascii="IM Fell English" w:hAnsi="IM Fell English"/>
          <w:color w:val="141414"/>
          <w:sz w:val="24"/>
        </w:rPr>
        <w:t>"But what if we created one? What if we deliberately inserted a tenth sister ourselves?" Hartley whispered.</w:t>
      </w:r>
      <w:r>
        <w:rPr>
          <w:rFonts w:ascii="IM Fell English" w:hAnsi="IM Fell English"/>
          <w:color w:val="141414"/>
          <w:sz w:val="24"/>
        </w:rPr>
      </w:r>
      <w:r>
        <w:rPr>
          <w:rFonts w:ascii="IM Fell English" w:hAnsi="IM Fell English"/>
          <w:color w:val="141414"/>
          <w:sz w:val="24"/>
        </w:rPr>
        <w:t>A heavy silence fell over the room as everyone's gaze shifted from the photos to Hartley and back again.</w:t>
      </w:r>
      <w:r>
        <w:rPr>
          <w:rFonts w:ascii="IM Fell English" w:hAnsi="IM Fell English"/>
          <w:color w:val="141414"/>
          <w:sz w:val="24"/>
        </w:rPr>
      </w:r>
      <w:r>
        <w:rPr>
          <w:rFonts w:ascii="IM Fell English" w:hAnsi="IM Fell English"/>
          <w:color w:val="141414"/>
          <w:sz w:val="24"/>
        </w:rPr>
        <w:t>"Are you suggesting we locate the tenth sister ourselves and use her as bait to draw out a serial killer and apprehend him before he can add another photo to my wall?" O'Neil directed the question to Hartley.</w:t>
      </w:r>
      <w:r>
        <w:rPr>
          <w:rFonts w:ascii="IM Fell English" w:hAnsi="IM Fell English"/>
          <w:color w:val="141414"/>
          <w:sz w:val="24"/>
        </w:rPr>
      </w:r>
      <w:r>
        <w:rPr>
          <w:rFonts w:ascii="IM Fell English" w:hAnsi="IM Fell English"/>
          <w:color w:val="141414"/>
          <w:sz w:val="24"/>
        </w:rPr>
        <w:t>Hartley gestured towards another board, devoid of the grisly photos of the murdered girls, and spoke, 'Unless something jumps out at you from this board, we're at a standstill. As a profiler, I can confidently say that this killer's hunting ground is limited to Portland. There have been no similar cases anywhere in the state or even across the borders. This deepens our understanding of the killer's mindset. Portland, or at least this specific location, holds a significance. The killer has not strayed from this area. This narrows our scope to roughly half a million potential suspects," Hartley concluded.</w:t>
      </w:r>
      <w:r>
        <w:rPr>
          <w:rFonts w:ascii="IM Fell English" w:hAnsi="IM Fell English"/>
          <w:color w:val="141414"/>
          <w:sz w:val="24"/>
        </w:rPr>
      </w:r>
      <w:r>
        <w:rPr>
          <w:rFonts w:ascii="IM Fell English" w:hAnsi="IM Fell English"/>
          <w:color w:val="141414"/>
          <w:sz w:val="24"/>
        </w:rPr>
        <w:t>"That's a big number," Briggs chimed in, breaking the silence that had seemed to stretch on for hours.</w:t>
      </w:r>
      <w:r>
        <w:rPr>
          <w:rFonts w:ascii="IM Fell English" w:hAnsi="IM Fell English"/>
          <w:color w:val="141414"/>
          <w:sz w:val="24"/>
        </w:rPr>
      </w:r>
      <w:r>
        <w:rPr>
          <w:rFonts w:ascii="IM Fell English" w:hAnsi="IM Fell English"/>
          <w:color w:val="141414"/>
          <w:sz w:val="24"/>
        </w:rPr>
        <w:t>Marcus, startled, even though Briggs was seated next to him, exclaimed, "Bro!" as he clutched his chest.</w:t>
      </w:r>
      <w:r>
        <w:rPr>
          <w:rFonts w:ascii="IM Fell English" w:hAnsi="IM Fell English"/>
          <w:color w:val="141414"/>
          <w:sz w:val="24"/>
        </w:rPr>
      </w:r>
      <w:r>
        <w:rPr>
          <w:rFonts w:ascii="IM Fell English" w:hAnsi="IM Fell English"/>
          <w:color w:val="141414"/>
          <w:sz w:val="24"/>
        </w:rPr>
        <w:t>"Take a moment to consider this. The behavior of Portland's population is rather expected, with clear patterns in terms of mobility and daily routines. The demographics can be divided into older individuals, students, families and teenagers, each with specific locations for work, grocery shopping, and leisure activities, such as socializing, connecting, and dining out."</w:t>
      </w:r>
      <w:r>
        <w:rPr>
          <w:rFonts w:ascii="IM Fell English" w:hAnsi="IM Fell English"/>
          <w:color w:val="141414"/>
          <w:sz w:val="24"/>
        </w:rPr>
      </w:r>
      <w:r>
        <w:rPr>
          <w:rFonts w:ascii="IM Fell English" w:hAnsi="IM Fell English"/>
          <w:color w:val="141414"/>
          <w:sz w:val="24"/>
        </w:rPr>
        <w:t>As Hartley paced back and forth in front of the boards, her words echoed through the room in a deafening silence.</w:t>
      </w:r>
      <w:r>
        <w:rPr>
          <w:rFonts w:ascii="IM Fell English" w:hAnsi="IM Fell English"/>
          <w:color w:val="141414"/>
          <w:sz w:val="24"/>
        </w:rPr>
      </w:r>
      <w:r>
        <w:rPr>
          <w:rFonts w:ascii="IM Fell English" w:hAnsi="IM Fell English"/>
          <w:color w:val="141414"/>
          <w:sz w:val="24"/>
        </w:rPr>
        <w:t>"With careful consideration of my previous findings and thorough examination of each victim's autopsy and forensic evidence, my conclusion is that our perpetrator is most likely a male between the ages of thirty and forty-eight. Single, well-groomed. Educated. Additionally, he is expected to be in excellent physical shape and a non-smoker. There is a religious element to the killings, so it's plausible this person may still attend a particular religious sect, church or group. I expect him to be a creature of strict routine, with no deviations from his daily habits from the time he wakes up to the moment he falls asleep."</w:t>
      </w:r>
      <w:r>
        <w:rPr>
          <w:rFonts w:ascii="IM Fell English" w:hAnsi="IM Fell English"/>
          <w:color w:val="141414"/>
          <w:sz w:val="24"/>
        </w:rPr>
      </w:r>
      <w:r>
        <w:rPr>
          <w:rFonts w:ascii="IM Fell English" w:hAnsi="IM Fell English"/>
          <w:color w:val="141414"/>
          <w:sz w:val="24"/>
        </w:rPr>
        <w:t>As Hartley pondered to herself, she contemplated the search parameters and their implications. Where would this individual likely socialize and engage with others, given their intelligence? What fields of employment would they be drawn to? These questions lingered in her mind as she spoke aloud.</w:t>
      </w:r>
      <w:r>
        <w:rPr>
          <w:rFonts w:ascii="IM Fell English" w:hAnsi="IM Fell English"/>
          <w:color w:val="141414"/>
          <w:sz w:val="24"/>
        </w:rPr>
      </w:r>
      <w:r>
        <w:rPr>
          <w:rFonts w:ascii="IM Fell English" w:hAnsi="IM Fell English"/>
          <w:color w:val="141414"/>
          <w:sz w:val="24"/>
        </w:rPr>
        <w:t>"The victims are not chosen at random. They serve as triggers for the killer's twisted psychology. The mere sight of them ignites an obsessive desire to stalk and ultimately, remove their female reproductive organs," Hartley stated with conviction.</w:t>
      </w:r>
      <w:r>
        <w:rPr>
          <w:rFonts w:ascii="IM Fell English" w:hAnsi="IM Fell English"/>
          <w:color w:val="141414"/>
          <w:sz w:val="24"/>
        </w:rPr>
      </w:r>
      <w:r>
        <w:rPr>
          <w:rFonts w:ascii="IM Fell English" w:hAnsi="IM Fell English"/>
          <w:color w:val="141414"/>
          <w:sz w:val="24"/>
        </w:rPr>
        <w:t>"We cannot simply wait for the next potential victim, as we have no control or protection over them. We don't know where she lives or when she will come to Portland. Our only option is to place our version into the city that will catch the killer's attention and provoke his desire to kill," she continued.</w:t>
      </w:r>
      <w:r>
        <w:rPr>
          <w:rFonts w:ascii="IM Fell English" w:hAnsi="IM Fell English"/>
          <w:color w:val="141414"/>
          <w:sz w:val="24"/>
        </w:rPr>
      </w:r>
      <w:r>
        <w:rPr>
          <w:rFonts w:ascii="IM Fell English" w:hAnsi="IM Fell English"/>
          <w:color w:val="141414"/>
          <w:sz w:val="24"/>
        </w:rPr>
        <w:t>Turning to face the room, Hartley met the blank stares of her colleagues. They were unsure of what she was suggesting.</w:t>
      </w:r>
      <w:r>
        <w:rPr>
          <w:rFonts w:ascii="IM Fell English" w:hAnsi="IM Fell English"/>
          <w:color w:val="141414"/>
          <w:sz w:val="24"/>
        </w:rPr>
      </w:r>
      <w:r>
        <w:rPr>
          <w:rFonts w:ascii="IM Fell English" w:hAnsi="IM Fell English"/>
          <w:color w:val="141414"/>
          <w:sz w:val="24"/>
        </w:rPr>
        <w:t>"So, we essentially offer up Jack's next victim as bait and draw him out on our terms. To catch him before he has the chance to follow through with his violent intentions?" O'Neil asked, seeking clarification.</w:t>
      </w:r>
      <w:r>
        <w:rPr>
          <w:rFonts w:ascii="IM Fell English" w:hAnsi="IM Fell English"/>
          <w:color w:val="141414"/>
          <w:sz w:val="24"/>
        </w:rPr>
      </w:r>
      <w:r>
        <w:rPr>
          <w:rFonts w:ascii="IM Fell English" w:hAnsi="IM Fell English"/>
          <w:color w:val="141414"/>
          <w:sz w:val="24"/>
        </w:rPr>
        <w:t>Hartley's response was simple yet resolute. "Yes."</w:t>
      </w:r>
      <w:r>
        <w:rPr>
          <w:rFonts w:ascii="IM Fell English" w:hAnsi="IM Fell English"/>
          <w:color w:val="141414"/>
          <w:sz w:val="24"/>
        </w:rPr>
      </w:r>
      <w:r>
        <w:rPr>
          <w:rFonts w:ascii="IM Fell English" w:hAnsi="IM Fell English"/>
          <w:color w:val="141414"/>
          <w:sz w:val="24"/>
        </w:rPr>
        <w:t>O'Neil reclined in his chair, lost in thought. After a brief moment, he turned to Briggs and Marcus. "I need the entire police database searched, including all female military personnel in New South Wales, and if we can't find someone in this state, we'll start expanding to others. We need a list of potential candidates," he instructed.</w:t>
      </w:r>
      <w:r>
        <w:rPr>
          <w:rFonts w:ascii="IM Fell English" w:hAnsi="IM Fell English"/>
          <w:color w:val="141414"/>
          <w:sz w:val="24"/>
        </w:rPr>
      </w:r>
      <w:r>
        <w:rPr>
          <w:rFonts w:ascii="IM Fell English" w:hAnsi="IM Fell English"/>
          <w:color w:val="141414"/>
          <w:sz w:val="24"/>
        </w:rPr>
        <w:t>"Briggs, I require a detailed risk assessment and a plan of action for our operation in the field. We must consider all potential contingencies to ensure Jill's safety. Compile a list of necessary equipment and any additional support we may need on the ground," O'Neil continued.</w:t>
      </w:r>
      <w:r>
        <w:rPr>
          <w:rFonts w:ascii="IM Fell English" w:hAnsi="IM Fell English"/>
          <w:color w:val="141414"/>
          <w:sz w:val="24"/>
        </w:rPr>
      </w:r>
      <w:r>
        <w:rPr>
          <w:rFonts w:ascii="IM Fell English" w:hAnsi="IM Fell English"/>
          <w:color w:val="141414"/>
          <w:sz w:val="24"/>
        </w:rPr>
        <w:t>"Sir," replied Briggs, rising from his seat and heading to the desk where their computers were set up to begin the search.</w:t>
      </w:r>
      <w:r>
        <w:rPr>
          <w:rFonts w:ascii="IM Fell English" w:hAnsi="IM Fell English"/>
          <w:color w:val="141414"/>
          <w:sz w:val="24"/>
        </w:rPr>
      </w:r>
      <w:r>
        <w:rPr>
          <w:rFonts w:ascii="IM Fell English" w:hAnsi="IM Fell English"/>
          <w:color w:val="141414"/>
          <w:sz w:val="24"/>
        </w:rPr>
        <w:t>"Hartley, please draft a brief outlining our plan and I will present it to the Superintendent. I'll need it by the end of the day," O'Neil said firmly.</w:t>
      </w:r>
      <w:r>
        <w:rPr>
          <w:rFonts w:ascii="IM Fell English" w:hAnsi="IM Fell English"/>
          <w:color w:val="141414"/>
          <w:sz w:val="24"/>
        </w:rPr>
      </w:r>
      <w:r>
        <w:rPr>
          <w:rFonts w:ascii="IM Fell English" w:hAnsi="IM Fell English"/>
          <w:color w:val="141414"/>
          <w:sz w:val="24"/>
        </w:rPr>
        <w:t>Hartley nodded and left the room, making her way back to her office to get started.</w:t>
      </w:r>
      <w:r>
        <w:rPr>
          <w:rFonts w:ascii="IM Fell English" w:hAnsi="IM Fell English"/>
          <w:color w:val="141414"/>
          <w:sz w:val="24"/>
        </w:rPr>
      </w:r>
      <w:r>
        <w:rPr>
          <w:rFonts w:ascii="IM Fell English" w:hAnsi="IM Fell English"/>
          <w:color w:val="141414"/>
          <w:sz w:val="24"/>
        </w:rPr>
        <w:t>Marcus turned to O'Neil, awaiting further instructions.</w:t>
      </w:r>
      <w:r>
        <w:rPr>
          <w:rFonts w:ascii="IM Fell English" w:hAnsi="IM Fell English"/>
          <w:color w:val="141414"/>
          <w:sz w:val="24"/>
        </w:rPr>
      </w:r>
      <w:r>
        <w:rPr>
          <w:rFonts w:ascii="IM Fell English" w:hAnsi="IM Fell English"/>
          <w:color w:val="141414"/>
          <w:sz w:val="24"/>
        </w:rPr>
        <w:t>"Provide me with a list needed for the field in this operation: weapons, vehicles, microphones, and tracking monitors. Also, assist Briggs in compiling our list of potential candidates for Jill," O'Neil stated.</w:t>
      </w:r>
      <w:r>
        <w:rPr>
          <w:rFonts w:ascii="IM Fell English" w:hAnsi="IM Fell English"/>
          <w:color w:val="141414"/>
          <w:sz w:val="24"/>
        </w:rPr>
      </w:r>
      <w:r>
        <w:rPr>
          <w:rFonts w:ascii="IM Fell English" w:hAnsi="IM Fell English"/>
          <w:color w:val="141414"/>
          <w:sz w:val="24"/>
        </w:rPr>
        <w:t>"Why are you calling her Jill?" Marcus inquired, before realizing the hidden meaning behind the names "Jack and Jill." O'Neil stood up.</w:t>
      </w:r>
      <w:r>
        <w:rPr>
          <w:rFonts w:ascii="IM Fell English" w:hAnsi="IM Fell English"/>
          <w:color w:val="141414"/>
          <w:sz w:val="24"/>
        </w:rPr>
      </w:r>
      <w:r>
        <w:rPr>
          <w:rFonts w:ascii="IM Fell English" w:hAnsi="IM Fell English"/>
          <w:color w:val="141414"/>
          <w:sz w:val="24"/>
        </w:rPr>
        <w:t>"By the end of the day," O'Neil demanded before exiting the room.</w:t>
      </w:r>
      <w:r>
        <w:rPr>
          <w:rFonts w:ascii="IM Fell English" w:hAnsi="IM Fell English"/>
          <w:color w:val="141414"/>
          <w:sz w:val="24"/>
        </w:rPr>
      </w:r>
    </w:p>
    <w:p>
      <w:pPr>
        <w:pStyle w:val="Heading1"/>
        <w:jc w:val="center"/>
      </w:pPr>
      <w:r>
        <w:rPr>
          <w:rFonts w:ascii="IM Fell English" w:hAnsi="IM Fell English"/>
          <w:color w:val="0D0D0D"/>
        </w:rPr>
        <w:t>Chapter 11</w:t>
      </w:r>
    </w:p>
    <w:p>
      <w:r>
        <w:rPr>
          <w:rFonts w:ascii="IM Fell English" w:hAnsi="IM Fell English"/>
          <w:color w:val="141414"/>
          <w:sz w:val="24"/>
        </w:rPr>
      </w:r>
      <w:r>
        <w:rPr>
          <w:rFonts w:ascii="IM Fell English" w:hAnsi="IM Fell English"/>
          <w:color w:val="141414"/>
          <w:sz w:val="24"/>
        </w:rPr>
        <w:t>Three more weeks had gone by, leaving only fourteen days until the due date. Life had settled into a routine for David. He worked shifts at the Portland Police and would come and go at different hours of the day and night. Their time together had become scarce, with only a few hours a day to connect before he went to bed while she was just waking up, and vice versa.</w:t>
      </w:r>
      <w:r>
        <w:rPr>
          <w:rFonts w:ascii="IM Fell English" w:hAnsi="IM Fell English"/>
          <w:color w:val="141414"/>
          <w:sz w:val="24"/>
        </w:rPr>
      </w:r>
      <w:r>
        <w:rPr>
          <w:rFonts w:ascii="IM Fell English" w:hAnsi="IM Fell English"/>
          <w:color w:val="141414"/>
          <w:sz w:val="24"/>
        </w:rPr>
        <w:t>Susan's days were mostly spent at home, tending to household chores, reorganizing, and creating a cozy environment for their first child. Although most days were manageable, there were days like today where her body ached from head to toe — her back, legs, feet, and head all throbbing in unison.</w:t>
      </w:r>
      <w:r>
        <w:rPr>
          <w:rFonts w:ascii="IM Fell English" w:hAnsi="IM Fell English"/>
          <w:color w:val="141414"/>
          <w:sz w:val="24"/>
        </w:rPr>
      </w:r>
      <w:r>
        <w:rPr>
          <w:rFonts w:ascii="IM Fell English" w:hAnsi="IM Fell English"/>
          <w:color w:val="141414"/>
          <w:sz w:val="24"/>
        </w:rPr>
        <w:t>On such days, Susan would gather all her pillows and indulge in comfort food like a variety of jellybeans, gherkin dip, crackers and pork rind.</w:t>
      </w:r>
      <w:r>
        <w:rPr>
          <w:rFonts w:ascii="IM Fell English" w:hAnsi="IM Fell English"/>
          <w:color w:val="141414"/>
          <w:sz w:val="24"/>
        </w:rPr>
      </w:r>
      <w:r>
        <w:rPr>
          <w:rFonts w:ascii="IM Fell English" w:hAnsi="IM Fell English"/>
          <w:color w:val="141414"/>
          <w:sz w:val="24"/>
        </w:rPr>
        <w:t>The phone rang next to her, she quickly picked it up and answered.</w:t>
      </w:r>
      <w:r>
        <w:rPr>
          <w:rFonts w:ascii="IM Fell English" w:hAnsi="IM Fell English"/>
          <w:color w:val="141414"/>
          <w:sz w:val="24"/>
        </w:rPr>
      </w:r>
      <w:r>
        <w:rPr>
          <w:rFonts w:ascii="IM Fell English" w:hAnsi="IM Fell English"/>
          <w:color w:val="141414"/>
          <w:sz w:val="24"/>
        </w:rPr>
        <w:t>At the other end of the line was a familiar voice, "Hello Suzan, it's Jenny, Brent's partner. We met at the barbecue last week."</w:t>
      </w:r>
      <w:r>
        <w:rPr>
          <w:rFonts w:ascii="IM Fell English" w:hAnsi="IM Fell English"/>
          <w:color w:val="141414"/>
          <w:sz w:val="24"/>
        </w:rPr>
      </w:r>
      <w:r>
        <w:rPr>
          <w:rFonts w:ascii="IM Fell English" w:hAnsi="IM Fell English"/>
          <w:color w:val="141414"/>
          <w:sz w:val="24"/>
        </w:rPr>
        <w:t>Suzan had to jog her memory to recall the barbecue David had taken her to. Brent was David's work partner. He had been assigned to shadow for the first six months while getting to know Portland and the lay of the land, the full rundown of the station and adjusting to life in Portland.</w:t>
      </w:r>
      <w:r>
        <w:rPr>
          <w:rFonts w:ascii="IM Fell English" w:hAnsi="IM Fell English"/>
          <w:color w:val="141414"/>
          <w:sz w:val="24"/>
        </w:rPr>
      </w:r>
      <w:r>
        <w:rPr>
          <w:rFonts w:ascii="IM Fell English" w:hAnsi="IM Fell English"/>
          <w:color w:val="141414"/>
          <w:sz w:val="24"/>
        </w:rPr>
        <w:t>Suzan couldn't forget Jenny — a tall, brown-haired woman with a generous figure. Her slight plumpness only added to the charm of her American accent. She told Suzan how she met Brent six years ago while traveling in Australia and never left after falling in love. Although they now have two children, they still haven't tied the knot. Jenny admitted that she wasn't a fan of marriage, but maybe one day she would change her mind.</w:t>
      </w:r>
      <w:r>
        <w:rPr>
          <w:rFonts w:ascii="IM Fell English" w:hAnsi="IM Fell English"/>
          <w:color w:val="141414"/>
          <w:sz w:val="24"/>
        </w:rPr>
      </w:r>
      <w:r>
        <w:rPr>
          <w:rFonts w:ascii="IM Fell English" w:hAnsi="IM Fell English"/>
          <w:color w:val="141414"/>
          <w:sz w:val="24"/>
        </w:rPr>
        <w:t>The BBQ had been a lifeline for Suzan. She knew no one there and by the end of the night she was the center of attention with all the wives and partners of the Portland police officers who attended. They were all shocked to hear Suzan and David did not know the sex of the baby and this intrigue only heightened every woman's presence and the need to start a baby betting club with 3 prizes for the day the baby was born. The time within a 2-hr window of any day and the sex of the baby with a grand prize for anyone who guessed all three. This cemented Suzan's place in the circle of women around her, and she needed the feeling a lot right now.</w:t>
      </w:r>
      <w:r>
        <w:rPr>
          <w:rFonts w:ascii="IM Fell English" w:hAnsi="IM Fell English"/>
          <w:color w:val="141414"/>
          <w:sz w:val="24"/>
        </w:rPr>
      </w:r>
      <w:r>
        <w:rPr>
          <w:rFonts w:ascii="IM Fell English" w:hAnsi="IM Fell English"/>
          <w:color w:val="141414"/>
          <w:sz w:val="24"/>
        </w:rPr>
        <w:t>"Hello Jenny," Suzan replied.</w:t>
      </w:r>
      <w:r>
        <w:rPr>
          <w:rFonts w:ascii="IM Fell English" w:hAnsi="IM Fell English"/>
          <w:color w:val="141414"/>
          <w:sz w:val="24"/>
        </w:rPr>
      </w:r>
      <w:r>
        <w:rPr>
          <w:rFonts w:ascii="IM Fell English" w:hAnsi="IM Fell English"/>
          <w:color w:val="141414"/>
          <w:sz w:val="24"/>
        </w:rPr>
        <w:t>Jenny called to invite Susan to a girls' pampering evening. Since they all like to take a break from the boys once in a while, they thought it would be nice to include Susan, especially since she only has a couple of weeks left before becoming a mother.</w:t>
      </w:r>
      <w:r>
        <w:rPr>
          <w:rFonts w:ascii="IM Fell English" w:hAnsi="IM Fell English"/>
          <w:color w:val="141414"/>
          <w:sz w:val="24"/>
        </w:rPr>
      </w:r>
      <w:r>
        <w:rPr>
          <w:rFonts w:ascii="IM Fell English" w:hAnsi="IM Fell English"/>
          <w:color w:val="141414"/>
          <w:sz w:val="24"/>
        </w:rPr>
        <w:t>"We usually gather at Churo's around 5:30 in the evening for some indulgent chocolate. Then we have a foot spa and pedicure at 6:30, followed by dinner and drinks at Kennards food &amp; bistro at 8pm. It's a great way to unwind and have some fun," Jenny explained.</w:t>
      </w:r>
      <w:r>
        <w:rPr>
          <w:rFonts w:ascii="IM Fell English" w:hAnsi="IM Fell English"/>
          <w:color w:val="141414"/>
          <w:sz w:val="24"/>
        </w:rPr>
      </w:r>
      <w:r>
        <w:rPr>
          <w:rFonts w:ascii="IM Fell English" w:hAnsi="IM Fell English"/>
          <w:color w:val="141414"/>
          <w:sz w:val="24"/>
        </w:rPr>
        <w:t>Susan eagerly accepted the invitation, feeling trapped, bloated, and confined to her home. She had forgotten what it's like to be out in the real world.</w:t>
      </w:r>
      <w:r>
        <w:rPr>
          <w:rFonts w:ascii="IM Fell English" w:hAnsi="IM Fell English"/>
          <w:color w:val="141414"/>
          <w:sz w:val="24"/>
        </w:rPr>
      </w:r>
      <w:r>
        <w:rPr>
          <w:rFonts w:ascii="IM Fell English" w:hAnsi="IM Fell English"/>
          <w:color w:val="141414"/>
          <w:sz w:val="24"/>
        </w:rPr>
        <w:t>"That sounds amazing, Jenny. I can't wait to join you all. It will be a nice change of scenery for me," Susan replied.</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"Great! I'll text you all the details in an hour. We'll be going out this Saturday night. If you have any questions before then, just give me a call. Otherwise, we'll see you on Saturday. The girls can't wait to talk more about the surprise bub on the way. Bye, Susan!" Jenny said cheerfully.</w:t>
      </w:r>
      <w:r>
        <w:rPr>
          <w:rFonts w:ascii="IM Fell English" w:hAnsi="IM Fell English"/>
          <w:color w:val="141414"/>
          <w:sz w:val="24"/>
        </w:rPr>
      </w:r>
      <w:r>
        <w:rPr>
          <w:rFonts w:ascii="IM Fell English" w:hAnsi="IM Fell English"/>
          <w:color w:val="141414"/>
          <w:sz w:val="24"/>
        </w:rPr>
        <w:t>"Thank you so much, Jenny. Bye," Susan said before hanging up.</w:t>
      </w:r>
      <w:r>
        <w:rPr>
          <w:rFonts w:ascii="IM Fell English" w:hAnsi="IM Fell English"/>
          <w:color w:val="141414"/>
          <w:sz w:val="24"/>
        </w:rPr>
      </w:r>
      <w:r>
        <w:rPr>
          <w:rFonts w:ascii="IM Fell English" w:hAnsi="IM Fell English"/>
          <w:color w:val="141414"/>
          <w:sz w:val="24"/>
        </w:rPr>
        <w:t>Susan was roused from her slumber by the gentle touch of David's lips on her forehead. She glanced at the digital clock and saw that it was 10:27 PM.</w:t>
      </w:r>
      <w:r>
        <w:rPr>
          <w:rFonts w:ascii="IM Fell English" w:hAnsi="IM Fell English"/>
          <w:color w:val="141414"/>
          <w:sz w:val="24"/>
        </w:rPr>
      </w:r>
      <w:r>
        <w:rPr>
          <w:rFonts w:ascii="IM Fell English" w:hAnsi="IM Fell English"/>
          <w:color w:val="141414"/>
          <w:sz w:val="24"/>
        </w:rPr>
        <w:t>"One of those days," David asked, taking in the array of comfort food laid out on the coffee table. He sat at the end of the couch, gently lifting her legs and massaging her tired feet.</w:t>
      </w:r>
      <w:r>
        <w:rPr>
          <w:rFonts w:ascii="IM Fell English" w:hAnsi="IM Fell English"/>
          <w:color w:val="141414"/>
          <w:sz w:val="24"/>
        </w:rPr>
      </w:r>
      <w:r>
        <w:rPr>
          <w:rFonts w:ascii="IM Fell English" w:hAnsi="IM Fell English"/>
          <w:color w:val="141414"/>
          <w:sz w:val="24"/>
        </w:rPr>
        <w:t>Susan let out a contented sigh and closed her eyes once again.</w:t>
      </w:r>
      <w:r>
        <w:rPr>
          <w:rFonts w:ascii="IM Fell English" w:hAnsi="IM Fell English"/>
          <w:color w:val="141414"/>
          <w:sz w:val="24"/>
        </w:rPr>
      </w:r>
      <w:r>
        <w:rPr>
          <w:rFonts w:ascii="IM Fell English" w:hAnsi="IM Fell English"/>
          <w:color w:val="141414"/>
          <w:sz w:val="24"/>
        </w:rPr>
        <w:t>"This growing human inside me is causing so much discomfort, and I've just been drained of energy all day. I couldn't bring myself to do anything," she said with her eyes closed, relishing the foot rub.</w:t>
      </w:r>
      <w:r>
        <w:rPr>
          <w:rFonts w:ascii="IM Fell English" w:hAnsi="IM Fell English"/>
          <w:color w:val="141414"/>
          <w:sz w:val="24"/>
        </w:rPr>
      </w:r>
      <w:r>
        <w:rPr>
          <w:rFonts w:ascii="IM Fell English" w:hAnsi="IM Fell English"/>
          <w:color w:val="141414"/>
          <w:sz w:val="24"/>
        </w:rPr>
        <w:t>David's grin widened. "Hang in there, sweetheart. I spoke to my supervisor, O'Neil, and he approved ten days of maternity leave for me, starting from the day of the birth. Everyone is as excited about the big day as we are. That betting club has seriously taken off. The prize pool for getting the trifecta of day, time and sex of the baby is close to $750 and rising. It's crazy at the station. I'm glad we chose to be here."</w:t>
      </w:r>
      <w:r>
        <w:rPr>
          <w:rFonts w:ascii="IM Fell English" w:hAnsi="IM Fell English"/>
          <w:color w:val="141414"/>
          <w:sz w:val="24"/>
        </w:rPr>
      </w:r>
      <w:r>
        <w:rPr>
          <w:rFonts w:ascii="IM Fell English" w:hAnsi="IM Fell English"/>
          <w:color w:val="141414"/>
          <w:sz w:val="24"/>
        </w:rPr>
        <w:t>"Mmm," Susan replied sleepily.</w:t>
      </w:r>
      <w:r>
        <w:rPr>
          <w:rFonts w:ascii="IM Fell English" w:hAnsi="IM Fell English"/>
          <w:color w:val="141414"/>
          <w:sz w:val="24"/>
        </w:rPr>
      </w:r>
      <w:r>
        <w:rPr>
          <w:rFonts w:ascii="IM Fell English" w:hAnsi="IM Fell English"/>
          <w:color w:val="141414"/>
          <w:sz w:val="24"/>
        </w:rPr>
        <w:t>"Before I forget and drift off again, Jenny, Brent's partner, called and invited me out for a night of pampering this Saturday. I said yes,"</w:t>
      </w:r>
      <w:r>
        <w:rPr>
          <w:rFonts w:ascii="IM Fell English" w:hAnsi="IM Fell English"/>
          <w:color w:val="141414"/>
          <w:sz w:val="24"/>
        </w:rPr>
      </w:r>
      <w:r>
        <w:rPr>
          <w:rFonts w:ascii="IM Fell English" w:hAnsi="IM Fell English"/>
          <w:color w:val="141414"/>
          <w:sz w:val="24"/>
        </w:rPr>
        <w:t>"That's wonderful, honey. I'm glad they reached out to you. Now, come on, let me help you to bed," David said as he stood up and extended his hand to help Suzan up. As soon as her head hit the pillow, David could tell that she had drifted off to sleep.</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David arrived at work and immediately noticed a handful of unfamiliar faces milling about. As he sat in the break room, Brent strolled in and began brewing a cup of coffee. They still had ten minutes before their shift started at 11am.</w:t>
      </w:r>
      <w:r>
        <w:rPr>
          <w:rFonts w:ascii="IM Fell English" w:hAnsi="IM Fell English"/>
          <w:color w:val="141414"/>
          <w:sz w:val="24"/>
        </w:rPr>
      </w:r>
      <w:r>
        <w:rPr>
          <w:rFonts w:ascii="IM Fell English" w:hAnsi="IM Fell English"/>
          <w:color w:val="141414"/>
          <w:sz w:val="24"/>
        </w:rPr>
        <w:t>"What's with all the new women in the station?" David inquired, taking a seat as a third woman walked by. "And why do they all bear a striking resemblance, almost like sisters?" asked David.</w:t>
      </w:r>
      <w:r>
        <w:rPr>
          <w:rFonts w:ascii="IM Fell English" w:hAnsi="IM Fell English"/>
          <w:color w:val="141414"/>
          <w:sz w:val="24"/>
        </w:rPr>
      </w:r>
      <w:r>
        <w:rPr>
          <w:rFonts w:ascii="IM Fell English" w:hAnsi="IM Fell English"/>
          <w:color w:val="141414"/>
          <w:sz w:val="24"/>
        </w:rPr>
        <w:t>"I overheard that they're on the lookout for a specific female for some covert operation they're planning," Brent replied.</w:t>
      </w:r>
      <w:r>
        <w:rPr>
          <w:rFonts w:ascii="IM Fell English" w:hAnsi="IM Fell English"/>
          <w:color w:val="141414"/>
          <w:sz w:val="24"/>
        </w:rPr>
      </w:r>
      <w:r>
        <w:rPr>
          <w:rFonts w:ascii="IM Fell English" w:hAnsi="IM Fell English"/>
          <w:color w:val="141414"/>
          <w:sz w:val="24"/>
        </w:rPr>
        <w:t>"Every time one of them passes by, I mistake her for Suzan. Suzan used to be blonde. I almost stopped one of them thinking it was Suzan," David noted.</w:t>
      </w:r>
      <w:r>
        <w:rPr>
          <w:rFonts w:ascii="IM Fell English" w:hAnsi="IM Fell English"/>
          <w:color w:val="141414"/>
          <w:sz w:val="24"/>
        </w:rPr>
      </w:r>
      <w:r>
        <w:rPr>
          <w:rFonts w:ascii="IM Fell English" w:hAnsi="IM Fell English"/>
          <w:color w:val="141414"/>
          <w:sz w:val="24"/>
        </w:rPr>
        <w:t>"Yeah. I see what you mean," Brent nodded, joining David at the table.</w:t>
      </w:r>
      <w:r>
        <w:rPr>
          <w:rFonts w:ascii="IM Fell English" w:hAnsi="IM Fell English"/>
          <w:color w:val="141414"/>
          <w:sz w:val="24"/>
        </w:rPr>
      </w:r>
      <w:r>
        <w:rPr>
          <w:rFonts w:ascii="IM Fell English" w:hAnsi="IM Fell English"/>
          <w:color w:val="141414"/>
          <w:sz w:val="24"/>
        </w:rPr>
        <w:t>"All I know is that it's a highly confidential matter. They were brought into town in a van with completely tinted windows, so no one could get a glimpse of them. They're not allowed to leave the station or have any direct contact with outsiders. And when their task is done, they'll leave the same way," Brent divulged. "They're also bringing in some extra help for whatever they're scheming. Are you ready for the day?" he asked, rising from the table and adjusting his police belt.</w:t>
      </w:r>
      <w:r>
        <w:rPr>
          <w:rFonts w:ascii="IM Fell English" w:hAnsi="IM Fell English"/>
          <w:color w:val="141414"/>
          <w:sz w:val="24"/>
        </w:rPr>
      </w:r>
      <w:r>
        <w:rPr>
          <w:rFonts w:ascii="IM Fell English" w:hAnsi="IM Fell English"/>
          <w:color w:val="141414"/>
          <w:sz w:val="24"/>
        </w:rPr>
        <w:t>"Lead the way," David replied, standing up and following Brent out.</w:t>
      </w:r>
      <w:r>
        <w:rPr>
          <w:rFonts w:ascii="IM Fell English" w:hAnsi="IM Fell English"/>
          <w:color w:val="141414"/>
          <w:sz w:val="24"/>
        </w:rPr>
      </w:r>
    </w:p>
    <w:p>
      <w:pPr>
        <w:pStyle w:val="Heading1"/>
        <w:jc w:val="center"/>
      </w:pPr>
      <w:r>
        <w:rPr>
          <w:rFonts w:ascii="IM Fell English" w:hAnsi="IM Fell English"/>
          <w:color w:val="0D0D0D"/>
        </w:rPr>
        <w:t>Chapter 12</w:t>
      </w:r>
    </w:p>
    <w:p>
      <w:r>
        <w:rPr>
          <w:rFonts w:ascii="IM Fell English" w:hAnsi="IM Fell English"/>
          <w:color w:val="141414"/>
          <w:sz w:val="24"/>
        </w:rPr>
      </w:r>
      <w:r>
        <w:rPr>
          <w:rFonts w:ascii="IM Fell English" w:hAnsi="IM Fell English"/>
          <w:color w:val="141414"/>
          <w:sz w:val="24"/>
        </w:rPr>
        <w:t>O'Neil remained seated at his desk in Room three while observing Hartley conversing with the six female candidates. Briggs and Marcus had successfully gathered this group in a short period of time, thanks to a few calls and assistance from the Superintendent.</w:t>
      </w:r>
      <w:r>
        <w:rPr>
          <w:rFonts w:ascii="IM Fell English" w:hAnsi="IM Fell English"/>
          <w:color w:val="141414"/>
          <w:sz w:val="24"/>
        </w:rPr>
      </w:r>
      <w:r>
        <w:rPr>
          <w:rFonts w:ascii="IM Fell English" w:hAnsi="IM Fell English"/>
          <w:color w:val="141414"/>
          <w:sz w:val="24"/>
        </w:rPr>
        <w:t>They had convinced four other police stations and two military bases in New South Wales to release their officers at short notice, without disclosing any details except the fact that it involved capturing a significant person of interest.</w:t>
      </w:r>
      <w:r>
        <w:rPr>
          <w:rFonts w:ascii="IM Fell English" w:hAnsi="IM Fell English"/>
          <w:color w:val="141414"/>
          <w:sz w:val="24"/>
        </w:rPr>
      </w:r>
      <w:r>
        <w:rPr>
          <w:rFonts w:ascii="IM Fell English" w:hAnsi="IM Fell English"/>
          <w:color w:val="141414"/>
          <w:sz w:val="24"/>
        </w:rPr>
        <w:t>The female officers were left completely in the dark and unaware of the assignment, even as they drove into Portland. However, now they were all lined up facing Hartley, who stood in front of the two boards displaying the nine victims in various positions. These victims had all been brutally murdered by the notorious serial killer, Jack.</w:t>
      </w:r>
      <w:r>
        <w:rPr>
          <w:rFonts w:ascii="IM Fell English" w:hAnsi="IM Fell English"/>
          <w:color w:val="141414"/>
          <w:sz w:val="24"/>
        </w:rPr>
      </w:r>
      <w:r>
        <w:rPr>
          <w:rFonts w:ascii="IM Fell English" w:hAnsi="IM Fell English"/>
          <w:color w:val="141414"/>
          <w:sz w:val="24"/>
        </w:rPr>
        <w:t>Each woman sat with Stoic expressions, fully engrossed in Hartley's words. No one had posed any questions yet.</w:t>
      </w:r>
      <w:r>
        <w:rPr>
          <w:rFonts w:ascii="IM Fell English" w:hAnsi="IM Fell English"/>
          <w:color w:val="141414"/>
          <w:sz w:val="24"/>
        </w:rPr>
      </w:r>
      <w:r>
        <w:rPr>
          <w:rFonts w:ascii="IM Fell English" w:hAnsi="IM Fell English"/>
          <w:color w:val="141414"/>
          <w:sz w:val="24"/>
        </w:rPr>
        <w:t>"The obvious qualities that each of you possesses cannot be ignored — your femininity, height of five-foot seven to eleven inches, blonde hair, and slender frames create an uncanny resemblance, almost as if you were sisters or close cousins," Hartley remarked.</w:t>
      </w:r>
      <w:r>
        <w:rPr>
          <w:rFonts w:ascii="IM Fell English" w:hAnsi="IM Fell English"/>
          <w:color w:val="141414"/>
          <w:sz w:val="24"/>
        </w:rPr>
      </w:r>
      <w:r>
        <w:rPr>
          <w:rFonts w:ascii="IM Fell English" w:hAnsi="IM Fell English"/>
          <w:color w:val="141414"/>
          <w:sz w:val="24"/>
        </w:rPr>
        <w:t>"As you can see behind me, there are nine female victims who share the same traits as you — five-foot seven to eleven inches tall, blonde, and slim." Hartley continued.</w:t>
      </w:r>
      <w:r>
        <w:rPr>
          <w:rFonts w:ascii="IM Fell English" w:hAnsi="IM Fell English"/>
          <w:color w:val="141414"/>
          <w:sz w:val="24"/>
        </w:rPr>
      </w:r>
      <w:r>
        <w:rPr>
          <w:rFonts w:ascii="IM Fell English" w:hAnsi="IM Fell English"/>
          <w:color w:val="141414"/>
          <w:sz w:val="24"/>
        </w:rPr>
        <w:t>"What the media failed to report is that Portland has been plagued by a serial killer for seventeen years, targeting women with these characteristics. Each victim has been brutally mutilated, with their reproductive organs completely removed. This killer, or killers, has been dubbed Jack, reminiscent of the infamous Jack the Ripper." Hartley observed each woman's reaction closely, searching for any sign of hesitation or doubt in their ability to play the role of "Jill" in this operation. But none of them showed any such thing.</w:t>
      </w:r>
      <w:r>
        <w:rPr>
          <w:rFonts w:ascii="IM Fell English" w:hAnsi="IM Fell English"/>
          <w:color w:val="141414"/>
          <w:sz w:val="24"/>
        </w:rPr>
      </w:r>
      <w:r>
        <w:rPr>
          <w:rFonts w:ascii="IM Fell English" w:hAnsi="IM Fell English"/>
          <w:color w:val="141414"/>
          <w:sz w:val="24"/>
        </w:rPr>
        <w:t>They sat with unwavering composure, meeting Hartley's gaze with determination. It was clear to her that each woman had already realized that one of them would be chosen as bait to lure out the twisted individual responsible for these heinous crimes — and they were all willing to do whatever it takes.</w:t>
      </w:r>
      <w:r>
        <w:rPr>
          <w:rFonts w:ascii="IM Fell English" w:hAnsi="IM Fell English"/>
          <w:color w:val="141414"/>
          <w:sz w:val="24"/>
        </w:rPr>
      </w:r>
      <w:r>
        <w:rPr>
          <w:rFonts w:ascii="IM Fell English" w:hAnsi="IM Fell English"/>
          <w:color w:val="141414"/>
          <w:sz w:val="24"/>
        </w:rPr>
        <w:t>Hartley distributed a vanilla folder to each of the female officers, containing a comprehensive profile of the perpetrator. This dossier was meticulously crafted based on the culmination of evidence gathered from all nine victims over the course of eight years.</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When they opened the vanilla folder, a single white page with JACK in bold letters stood out with dot points.</w:t>
      </w:r>
      <w:r>
        <w:rPr>
          <w:rFonts w:ascii="IM Fell English" w:hAnsi="IM Fell English"/>
          <w:color w:val="141414"/>
          <w:sz w:val="24"/>
        </w:rPr>
      </w:r>
      <w:r>
        <w:rPr>
          <w:rFonts w:ascii="IM Fell English" w:hAnsi="IM Fell English"/>
          <w:i/>
          <w:color w:val="141414"/>
          <w:sz w:val="24"/>
        </w:rPr>
        <w:t>Criminal Profile: "Jack"</w:t>
      </w:r>
      <w:r>
        <w:rPr>
          <w:rFonts w:ascii="IM Fell English" w:hAnsi="IM Fell English"/>
          <w:color w:val="141414"/>
          <w:sz w:val="24"/>
        </w:rPr>
      </w:r>
      <w:r>
        <w:rPr>
          <w:rFonts w:ascii="IM Fell English" w:hAnsi="IM Fell English"/>
          <w:i/>
          <w:color w:val="141414"/>
          <w:sz w:val="24"/>
        </w:rPr>
        <w:t>Name (Alias): Unknown – referred to by investigators as “Jack” due to precision and clinical detachment.</w:t>
      </w:r>
      <w:r>
        <w:rPr>
          <w:rFonts w:ascii="IM Fell English" w:hAnsi="IM Fell English"/>
          <w:color w:val="141414"/>
          <w:sz w:val="24"/>
        </w:rPr>
      </w:r>
      <w:r>
        <w:rPr>
          <w:rFonts w:ascii="IM Fell English" w:hAnsi="IM Fell English"/>
          <w:i/>
          <w:color w:val="141414"/>
          <w:sz w:val="24"/>
        </w:rPr>
        <w:t>Demographics:</w:t>
      </w:r>
      <w:r>
        <w:rPr>
          <w:rFonts w:ascii="IM Fell English" w:hAnsi="IM Fell English"/>
          <w:color w:val="141414"/>
          <w:sz w:val="24"/>
        </w:rPr>
      </w:r>
      <w:r>
        <w:rPr>
          <w:rFonts w:ascii="IM Fell English" w:hAnsi="IM Fell English"/>
          <w:i/>
          <w:color w:val="141414"/>
          <w:sz w:val="24"/>
        </w:rPr>
        <w:t>• Ethnicity: Caucasian</w:t>
      </w:r>
      <w:r>
        <w:rPr>
          <w:rFonts w:ascii="IM Fell English" w:hAnsi="IM Fell English"/>
          <w:color w:val="141414"/>
          <w:sz w:val="24"/>
        </w:rPr>
      </w:r>
      <w:r>
        <w:rPr>
          <w:rFonts w:ascii="IM Fell English" w:hAnsi="IM Fell English"/>
          <w:i/>
          <w:color w:val="141414"/>
          <w:sz w:val="24"/>
        </w:rPr>
        <w:t>• Age Range: Estimated 30–45 years</w:t>
      </w:r>
      <w:r>
        <w:rPr>
          <w:rFonts w:ascii="IM Fell English" w:hAnsi="IM Fell English"/>
          <w:color w:val="141414"/>
          <w:sz w:val="24"/>
        </w:rPr>
      </w:r>
      <w:r>
        <w:rPr>
          <w:rFonts w:ascii="IM Fell English" w:hAnsi="IM Fell English"/>
          <w:i/>
          <w:color w:val="141414"/>
          <w:sz w:val="24"/>
        </w:rPr>
        <w:t>• Physical Description: Strong, athletic build; maintains peak physical condition through disciplined routines. No visible tattoos or scars.</w:t>
      </w:r>
      <w:r>
        <w:rPr>
          <w:rFonts w:ascii="IM Fell English" w:hAnsi="IM Fell English"/>
          <w:color w:val="141414"/>
          <w:sz w:val="24"/>
        </w:rPr>
      </w:r>
      <w:r>
        <w:rPr>
          <w:rFonts w:ascii="IM Fell English" w:hAnsi="IM Fell English"/>
          <w:i/>
          <w:color w:val="141414"/>
          <w:sz w:val="24"/>
        </w:rPr>
        <w:t>Lifestyle &amp; Habits:</w:t>
      </w:r>
      <w:r>
        <w:rPr>
          <w:rFonts w:ascii="IM Fell English" w:hAnsi="IM Fell English"/>
          <w:color w:val="141414"/>
          <w:sz w:val="24"/>
        </w:rPr>
      </w:r>
      <w:r>
        <w:rPr>
          <w:rFonts w:ascii="IM Fell English" w:hAnsi="IM Fell English"/>
          <w:i/>
          <w:color w:val="141414"/>
          <w:sz w:val="24"/>
        </w:rPr>
        <w:t>• Substance Use: Non-smoker; unlikely history of alcohol or drug abuse.</w:t>
      </w:r>
      <w:r>
        <w:rPr>
          <w:rFonts w:ascii="IM Fell English" w:hAnsi="IM Fell English"/>
          <w:color w:val="141414"/>
          <w:sz w:val="24"/>
        </w:rPr>
      </w:r>
      <w:r>
        <w:rPr>
          <w:rFonts w:ascii="IM Fell English" w:hAnsi="IM Fell English"/>
          <w:i/>
          <w:color w:val="141414"/>
          <w:sz w:val="24"/>
        </w:rPr>
        <w:t>• Grooming: Immaculate hygiene and grooming. Victims are often found in environments scrubbed clean of DNA, suggesting obsessive attention to cleanliness.</w:t>
      </w:r>
      <w:r>
        <w:rPr>
          <w:rFonts w:ascii="IM Fell English" w:hAnsi="IM Fell English"/>
          <w:color w:val="141414"/>
          <w:sz w:val="24"/>
        </w:rPr>
      </w:r>
      <w:r>
        <w:rPr>
          <w:rFonts w:ascii="IM Fell English" w:hAnsi="IM Fell English"/>
          <w:i/>
          <w:color w:val="141414"/>
          <w:sz w:val="24"/>
        </w:rPr>
        <w:t>• Routine: Operates on a strict daily schedule. Investigators suspect obsessive-compulsive tendencies—evident in the ritualistic nature of the crimes and post-mortem staging.</w:t>
      </w:r>
      <w:r>
        <w:rPr>
          <w:rFonts w:ascii="IM Fell English" w:hAnsi="IM Fell English"/>
          <w:color w:val="141414"/>
          <w:sz w:val="24"/>
        </w:rPr>
      </w:r>
      <w:r>
        <w:rPr>
          <w:rFonts w:ascii="IM Fell English" w:hAnsi="IM Fell English"/>
          <w:i/>
          <w:color w:val="141414"/>
          <w:sz w:val="24"/>
        </w:rPr>
        <w:t>Psychological Profile:</w:t>
      </w:r>
      <w:r>
        <w:rPr>
          <w:rFonts w:ascii="IM Fell English" w:hAnsi="IM Fell English"/>
          <w:color w:val="141414"/>
          <w:sz w:val="24"/>
        </w:rPr>
      </w:r>
      <w:r>
        <w:rPr>
          <w:rFonts w:ascii="IM Fell English" w:hAnsi="IM Fell English"/>
          <w:i/>
          <w:color w:val="141414"/>
          <w:sz w:val="24"/>
        </w:rPr>
        <w:t>• Personality Traits: Charming, socially adept, and disarmingly friendly. Known to blend seamlessly into professional or social environments. Avoids confrontation, preferring manipulation and control.</w:t>
      </w:r>
      <w:r>
        <w:rPr>
          <w:rFonts w:ascii="IM Fell English" w:hAnsi="IM Fell English"/>
          <w:color w:val="141414"/>
          <w:sz w:val="24"/>
        </w:rPr>
      </w:r>
      <w:r>
        <w:rPr>
          <w:rFonts w:ascii="IM Fell English" w:hAnsi="IM Fell English"/>
          <w:i/>
          <w:color w:val="141414"/>
          <w:sz w:val="24"/>
        </w:rPr>
        <w:t>• Motivations: Power and control are central. Victims are selected not at random, but through calculated observation. Each act is a performance of dominance, not rage.</w:t>
      </w:r>
      <w:r>
        <w:rPr>
          <w:rFonts w:ascii="IM Fell English" w:hAnsi="IM Fell English"/>
          <w:color w:val="141414"/>
          <w:sz w:val="24"/>
        </w:rPr>
      </w:r>
      <w:r>
        <w:rPr>
          <w:rFonts w:ascii="IM Fell English" w:hAnsi="IM Fell English"/>
          <w:i/>
          <w:color w:val="141414"/>
          <w:sz w:val="24"/>
        </w:rPr>
        <w:t>• Methodology: Highly methodical. Killings show signs of medical knowledge—No signs of impulsivity; each crime is premeditated and executed with surgical precision.</w:t>
      </w:r>
      <w:r>
        <w:rPr>
          <w:rFonts w:ascii="IM Fell English" w:hAnsi="IM Fell English"/>
          <w:color w:val="141414"/>
          <w:sz w:val="24"/>
        </w:rPr>
      </w:r>
      <w:r>
        <w:rPr>
          <w:rFonts w:ascii="IM Fell English" w:hAnsi="IM Fell English"/>
          <w:i/>
          <w:color w:val="141414"/>
          <w:sz w:val="24"/>
        </w:rPr>
        <w:t>• Fear Response: Displays no fear. Surveillance footage and witness accounts suggest a predator’s confidence—calm, calculated, and unshaken even under pressure.</w:t>
      </w:r>
      <w:r>
        <w:rPr>
          <w:rFonts w:ascii="IM Fell English" w:hAnsi="IM Fell English"/>
          <w:color w:val="141414"/>
          <w:sz w:val="24"/>
        </w:rPr>
      </w:r>
      <w:r>
        <w:rPr>
          <w:rFonts w:ascii="IM Fell English" w:hAnsi="IM Fell English"/>
          <w:i/>
          <w:color w:val="141414"/>
          <w:sz w:val="24"/>
        </w:rPr>
        <w:t>Behavioral Indicators:</w:t>
      </w:r>
      <w:r>
        <w:rPr>
          <w:rFonts w:ascii="IM Fell English" w:hAnsi="IM Fell English"/>
          <w:color w:val="141414"/>
          <w:sz w:val="24"/>
        </w:rPr>
      </w:r>
      <w:r>
        <w:rPr>
          <w:rFonts w:ascii="IM Fell English" w:hAnsi="IM Fell English"/>
          <w:i/>
          <w:color w:val="141414"/>
          <w:sz w:val="24"/>
        </w:rPr>
        <w:t>• Employment History: Likely to have medical training or work in a clinical setting. May hold a position of trust or authority.</w:t>
      </w:r>
      <w:r>
        <w:rPr>
          <w:rFonts w:ascii="IM Fell English" w:hAnsi="IM Fell English"/>
          <w:color w:val="141414"/>
          <w:sz w:val="24"/>
        </w:rPr>
      </w:r>
      <w:r>
        <w:rPr>
          <w:rFonts w:ascii="IM Fell English" w:hAnsi="IM Fell English"/>
          <w:i/>
          <w:color w:val="141414"/>
          <w:sz w:val="24"/>
        </w:rPr>
        <w:t>• Social Camouflage: Avoids drawing attention. May volunteer, attend community events, or work in caregiving roles to deflect suspicion.</w:t>
      </w:r>
      <w:r>
        <w:rPr>
          <w:rFonts w:ascii="IM Fell English" w:hAnsi="IM Fell English"/>
          <w:color w:val="141414"/>
          <w:sz w:val="24"/>
        </w:rPr>
      </w:r>
      <w:r>
        <w:rPr>
          <w:rFonts w:ascii="IM Fell English" w:hAnsi="IM Fell English"/>
          <w:i/>
          <w:color w:val="141414"/>
          <w:sz w:val="24"/>
        </w:rPr>
        <w:t>Risk Assessment:</w:t>
      </w:r>
      <w:r>
        <w:rPr>
          <w:rFonts w:ascii="IM Fell English" w:hAnsi="IM Fell English"/>
          <w:color w:val="141414"/>
          <w:sz w:val="24"/>
        </w:rPr>
      </w:r>
      <w:r>
        <w:rPr>
          <w:rFonts w:ascii="IM Fell English" w:hAnsi="IM Fell English"/>
          <w:i/>
          <w:color w:val="141414"/>
          <w:sz w:val="24"/>
        </w:rPr>
        <w:t>• Threat Level: High. The killer is organized, intelligent, and fearless. Unlikely to stop without intervention.</w:t>
      </w:r>
    </w:p>
    <w:p>
      <w:pPr>
        <w:pStyle w:val="ListBullet"/>
      </w:pPr>
      <w:r>
        <w:rPr>
          <w:rFonts w:ascii="IM Fell English" w:hAnsi="IM Fell English"/>
          <w:color w:val="141414"/>
          <w:sz w:val="24"/>
        </w:rPr>
        <w:t>Capture Probability: Low. Lack of forensic evidence, social camouflage, and psychological control make apprehension difficult.</w:t>
      </w:r>
    </w:p>
    <w:p>
      <w:r>
        <w:rPr>
          <w:rFonts w:ascii="IM Fell English" w:hAnsi="IM Fell English"/>
          <w:color w:val="141414"/>
          <w:sz w:val="24"/>
        </w:rPr>
      </w:r>
      <w:r>
        <w:rPr>
          <w:rFonts w:ascii="IM Fell English" w:hAnsi="IM Fell English"/>
          <w:color w:val="141414"/>
          <w:sz w:val="24"/>
        </w:rPr>
        <w:t>"The criminal profile presents the key points I urge you to contemplate upon encountering this individual in a bustling setting. This overview has the potential to safeguard your well-being by committing these essential traits of Jack to memory and weeding out other males with whom you may interact," spoke Hartley.</w:t>
      </w:r>
      <w:r>
        <w:rPr>
          <w:rFonts w:ascii="IM Fell English" w:hAnsi="IM Fell English"/>
          <w:color w:val="141414"/>
          <w:sz w:val="24"/>
        </w:rPr>
      </w:r>
      <w:r>
        <w:rPr>
          <w:rFonts w:ascii="IM Fell English" w:hAnsi="IM Fell English"/>
          <w:color w:val="141414"/>
          <w:sz w:val="24"/>
        </w:rPr>
        <w:t>"This person exudes high levels of self-assurance, coupled with an effortless charm. It is likely that he will always take charge of where and when he meets someone, controlling the conversation and social interactions. In many ways, he embodies the ideal of a woman's attachment to a confident, poised, and intelligent male who appears flawless and blends seamlessly into a crowd," explained Hartley.</w:t>
      </w:r>
      <w:r>
        <w:rPr>
          <w:rFonts w:ascii="IM Fell English" w:hAnsi="IM Fell English"/>
          <w:color w:val="141414"/>
          <w:sz w:val="24"/>
        </w:rPr>
      </w:r>
      <w:r>
        <w:rPr>
          <w:rFonts w:ascii="IM Fell English" w:hAnsi="IM Fell English"/>
          <w:color w:val="141414"/>
          <w:sz w:val="24"/>
        </w:rPr>
        <w:t>"This man will exude confidence, yet remain humble. He will pay close attention to every aspect of you, listening intently to every word you utter and acknowledging both your verbal and non-verbal cues. He will remember every detail and adapt to make you feel like the center of his world. He will likely laugh, touch, and praise your every achievement, and you may even see him as the perfect father figure for your future children," added Hartley.</w:t>
      </w:r>
      <w:r>
        <w:rPr>
          <w:rFonts w:ascii="IM Fell English" w:hAnsi="IM Fell English"/>
          <w:color w:val="141414"/>
          <w:sz w:val="24"/>
        </w:rPr>
      </w:r>
      <w:r>
        <w:rPr>
          <w:rFonts w:ascii="IM Fell English" w:hAnsi="IM Fell English"/>
          <w:color w:val="141414"/>
          <w:sz w:val="24"/>
        </w:rPr>
        <w:t>"Jack has successfully taken the lives of nine women in Portland, expertly covering his tracks without leaving a single shred of evidence. His flawless technique displays his superior intelligence, unwavering determination, and unwavering commitment to his crimes," stated Hartley.</w:t>
      </w:r>
      <w:r>
        <w:rPr>
          <w:rFonts w:ascii="IM Fell English" w:hAnsi="IM Fell English"/>
          <w:color w:val="141414"/>
          <w:sz w:val="24"/>
        </w:rPr>
      </w:r>
      <w:r>
        <w:rPr>
          <w:rFonts w:ascii="IM Fell English" w:hAnsi="IM Fell English"/>
          <w:color w:val="141414"/>
          <w:sz w:val="24"/>
        </w:rPr>
        <w:t>As one of the women in the room raised her hand, Hartley acknowledged her with a nod. "I believe I speak for all of us when I say, when can I join?" the woman exclaimed.</w:t>
      </w:r>
      <w:r>
        <w:rPr>
          <w:rFonts w:ascii="IM Fell English" w:hAnsi="IM Fell English"/>
          <w:color w:val="141414"/>
          <w:sz w:val="24"/>
        </w:rPr>
      </w:r>
      <w:r>
        <w:rPr>
          <w:rFonts w:ascii="IM Fell English" w:hAnsi="IM Fell English"/>
          <w:color w:val="141414"/>
          <w:sz w:val="24"/>
        </w:rPr>
        <w:t>Hartley turned to O'Neil, who motioned for her to come closer. "Excuse me for a moment. Please take the time to stand and become acquainted with the victims on the board," Hartley announced to the group before walking over to O'Neil.</w:t>
      </w:r>
      <w:r>
        <w:rPr>
          <w:rFonts w:ascii="IM Fell English" w:hAnsi="IM Fell English"/>
          <w:color w:val="141414"/>
          <w:sz w:val="24"/>
        </w:rPr>
      </w:r>
      <w:r>
        <w:rPr>
          <w:rFonts w:ascii="IM Fell English" w:hAnsi="IM Fell English"/>
          <w:color w:val="141414"/>
          <w:sz w:val="24"/>
        </w:rPr>
        <w:t>O'Neil motioned for Hartley to take a seat across from him, observing as the six officers stood and made their way towards the board.</w:t>
      </w:r>
      <w:r>
        <w:rPr>
          <w:rFonts w:ascii="IM Fell English" w:hAnsi="IM Fell English"/>
          <w:color w:val="141414"/>
          <w:sz w:val="24"/>
        </w:rPr>
      </w:r>
      <w:r>
        <w:rPr>
          <w:rFonts w:ascii="IM Fell English" w:hAnsi="IM Fell English"/>
          <w:color w:val="141414"/>
          <w:sz w:val="24"/>
        </w:rPr>
        <w:t>"What are your thoughts?" O'Neil inquired of Hartley.</w:t>
      </w:r>
      <w:r>
        <w:rPr>
          <w:rFonts w:ascii="IM Fell English" w:hAnsi="IM Fell English"/>
          <w:color w:val="141414"/>
          <w:sz w:val="24"/>
        </w:rPr>
      </w:r>
      <w:r>
        <w:rPr>
          <w:rFonts w:ascii="IM Fell English" w:hAnsi="IM Fell English"/>
          <w:color w:val="141414"/>
          <w:sz w:val="24"/>
        </w:rPr>
        <w:t>"I've thoroughly reviewed the files of each officer and delved further into their social media accounts, videos, comments, likes, and dislikes. Based on my findings, I have identified two potential candidates," responded Hartley.</w:t>
      </w:r>
      <w:r>
        <w:rPr>
          <w:rFonts w:ascii="IM Fell English" w:hAnsi="IM Fell English"/>
          <w:color w:val="141414"/>
          <w:sz w:val="24"/>
        </w:rPr>
      </w:r>
      <w:r>
        <w:rPr>
          <w:rFonts w:ascii="IM Fell English" w:hAnsi="IM Fell English"/>
          <w:color w:val="141414"/>
          <w:sz w:val="24"/>
        </w:rPr>
        <w:t>"While each of these women is undoubtedly qualified for the job, I wanted to delve deeper into their personalities. Are they too assertive, controlling, socially awkward, or potentially dis-empowering when interacting with men? I wanted to identify any traits that may raise red flags for Jack or make him hesitant to engage with them."</w:t>
      </w:r>
      <w:r>
        <w:rPr>
          <w:rFonts w:ascii="IM Fell English" w:hAnsi="IM Fell English"/>
          <w:color w:val="141414"/>
          <w:sz w:val="24"/>
        </w:rPr>
      </w:r>
      <w:r>
        <w:rPr>
          <w:rFonts w:ascii="IM Fell English" w:hAnsi="IM Fell English"/>
          <w:color w:val="141414"/>
          <w:sz w:val="24"/>
        </w:rPr>
        <w:t>"Our goal is to coax Jack out of hiding, to make him feel at ease and in control. However, we also need a level-headed woman who will not come across as overly inquisitive, making Jack feel 'interrogated'. She should also possess a certain charm and innocence, giving Jack the illusion of power and control," explained Hartley.</w:t>
      </w:r>
      <w:r>
        <w:rPr>
          <w:rFonts w:ascii="IM Fell English" w:hAnsi="IM Fell English"/>
          <w:color w:val="141414"/>
          <w:sz w:val="24"/>
        </w:rPr>
      </w:r>
      <w:r>
        <w:rPr>
          <w:rFonts w:ascii="IM Fell English" w:hAnsi="IM Fell English"/>
          <w:color w:val="141414"/>
          <w:sz w:val="24"/>
        </w:rPr>
        <w:t>"I want Jill up and ready to be on the street by the weekend. That gives you, Marcus and Briggs three days to prep Jill. You'll need a cover story. It's been almost four weeks since Emma's murder, so the cover story will need to include why Jill has shown up in Portland? Single, no known connections. It needs to be a job where she travels. Perhaps staying for 6 months before moving on," O'Neil said.</w:t>
      </w:r>
      <w:r>
        <w:rPr>
          <w:rFonts w:ascii="IM Fell English" w:hAnsi="IM Fell English"/>
          <w:color w:val="141414"/>
          <w:sz w:val="24"/>
        </w:rPr>
      </w:r>
      <w:r>
        <w:rPr>
          <w:rFonts w:ascii="IM Fell English" w:hAnsi="IM Fell English"/>
          <w:color w:val="141414"/>
          <w:sz w:val="24"/>
        </w:rPr>
        <w:t>Hartley moved back to the group of women. She had decided which person to choose and O'Neil watched as she spoke to that individual before shaking the hands of the remaining officers as they left the room.</w:t>
      </w:r>
      <w:r>
        <w:rPr>
          <w:rFonts w:ascii="IM Fell English" w:hAnsi="IM Fell English"/>
          <w:color w:val="141414"/>
          <w:sz w:val="24"/>
        </w:rPr>
      </w:r>
      <w:r>
        <w:rPr>
          <w:rFonts w:ascii="IM Fell English" w:hAnsi="IM Fell English"/>
          <w:color w:val="141414"/>
          <w:sz w:val="24"/>
        </w:rPr>
        <w:t>Hartley introduced Maxine to O'Neil, Briggs and Marcus.</w:t>
      </w:r>
      <w:r>
        <w:rPr>
          <w:rFonts w:ascii="IM Fell English" w:hAnsi="IM Fell English"/>
          <w:color w:val="141414"/>
          <w:sz w:val="24"/>
        </w:rPr>
      </w:r>
      <w:r>
        <w:rPr>
          <w:rFonts w:ascii="IM Fell English" w:hAnsi="IM Fell English"/>
          <w:color w:val="141414"/>
          <w:sz w:val="24"/>
        </w:rPr>
        <w:t>"I'd like you to meet our newest member of the task for Constable Maxine Phillips from Surry Hills Police Department, on loan for the next 6 weeks."</w:t>
      </w:r>
      <w:r>
        <w:rPr>
          <w:rFonts w:ascii="IM Fell English" w:hAnsi="IM Fell English"/>
          <w:color w:val="141414"/>
          <w:sz w:val="24"/>
        </w:rPr>
      </w:r>
      <w:r>
        <w:rPr>
          <w:rFonts w:ascii="IM Fell English" w:hAnsi="IM Fell English"/>
          <w:color w:val="141414"/>
          <w:sz w:val="24"/>
        </w:rPr>
        <w:t>"Welcome," said O'Neil, standing to shake her hand. "I need to meet with the Super, so I'll leave it up to the team to get you up-to-date on everything and fill you in on the operation we've called 'Take down'. I'll be busy for the day, so call if it's urgent. Otherwise, I will see you all here tomorrow at 9am to go over everything and make sure we have a secure operation." O'Neil left.</w:t>
      </w:r>
      <w:r>
        <w:rPr>
          <w:rFonts w:ascii="IM Fell English" w:hAnsi="IM Fell English"/>
          <w:color w:val="141414"/>
          <w:sz w:val="24"/>
        </w:rPr>
      </w:r>
      <w:r>
        <w:rPr>
          <w:rFonts w:ascii="IM Fell English" w:hAnsi="IM Fell English"/>
          <w:color w:val="141414"/>
          <w:sz w:val="24"/>
        </w:rPr>
        <w:t>Briggs walked up to Maxine, "Briggs. Welcome aboard," and sat back down.</w:t>
      </w:r>
      <w:r>
        <w:rPr>
          <w:rFonts w:ascii="IM Fell English" w:hAnsi="IM Fell English"/>
          <w:color w:val="141414"/>
          <w:sz w:val="24"/>
        </w:rPr>
      </w:r>
      <w:r>
        <w:rPr>
          <w:rFonts w:ascii="IM Fell English" w:hAnsi="IM Fell English"/>
          <w:color w:val="141414"/>
          <w:sz w:val="24"/>
        </w:rPr>
        <w:t>Marcus felt like he swallowed butterflies. Something about Maxine, the way she smiled made him tongue-tied. He fidgeted with the pen in his hand, twisting it between his fingers like a nervous magician trying to conjure confidence.</w:t>
      </w:r>
      <w:r>
        <w:rPr>
          <w:rFonts w:ascii="IM Fell English" w:hAnsi="IM Fell English"/>
          <w:color w:val="141414"/>
          <w:sz w:val="24"/>
        </w:rPr>
      </w:r>
      <w:r>
        <w:rPr>
          <w:rFonts w:ascii="IM Fell English" w:hAnsi="IM Fell English"/>
          <w:color w:val="141414"/>
          <w:sz w:val="24"/>
        </w:rPr>
        <w:t>Hartley could see Marcus' reaction and smiled inwardly before stepping in, "Maxine, this is Marcus."</w:t>
      </w:r>
      <w:r>
        <w:rPr>
          <w:rFonts w:ascii="IM Fell English" w:hAnsi="IM Fell English"/>
          <w:color w:val="141414"/>
          <w:sz w:val="24"/>
        </w:rPr>
      </w:r>
      <w:r>
        <w:rPr>
          <w:rFonts w:ascii="IM Fell English" w:hAnsi="IM Fell English"/>
          <w:color w:val="141414"/>
          <w:sz w:val="24"/>
        </w:rPr>
        <w:t>“Hi, Are you alright, Marcus?” Maxine asked curiously.</w:t>
      </w:r>
      <w:r>
        <w:rPr>
          <w:rFonts w:ascii="IM Fell English" w:hAnsi="IM Fell English"/>
          <w:color w:val="141414"/>
          <w:sz w:val="24"/>
        </w:rPr>
      </w:r>
      <w:r>
        <w:rPr>
          <w:rFonts w:ascii="IM Fell English" w:hAnsi="IM Fell English"/>
          <w:color w:val="141414"/>
          <w:sz w:val="24"/>
        </w:rPr>
        <w:t>“Uh—yeah! Of course! Just... uh, going over the reports,” he stammered, the words spilling out far too fast. He cleared his throat, trying to regain control of his rapidly spiraling thoughts. “I mean, they’re pretty straightforward,” he added, motioning toward the stacks of paperwork.</w:t>
      </w:r>
      <w:r>
        <w:rPr>
          <w:rFonts w:ascii="IM Fell English" w:hAnsi="IM Fell English"/>
          <w:color w:val="141414"/>
          <w:sz w:val="24"/>
        </w:rPr>
      </w:r>
      <w:r>
        <w:rPr>
          <w:rFonts w:ascii="IM Fell English" w:hAnsi="IM Fell English"/>
          <w:color w:val="141414"/>
          <w:sz w:val="24"/>
        </w:rPr>
        <w:t>“Have you always wanted to be in law enforcement?” he asked, the question spilling from his lips before he could second-guess himself.</w:t>
      </w:r>
      <w:r>
        <w:rPr>
          <w:rFonts w:ascii="IM Fell English" w:hAnsi="IM Fell English"/>
          <w:color w:val="141414"/>
          <w:sz w:val="24"/>
        </w:rPr>
      </w:r>
      <w:r>
        <w:rPr>
          <w:rFonts w:ascii="IM Fell English" w:hAnsi="IM Fell English"/>
          <w:color w:val="141414"/>
          <w:sz w:val="24"/>
        </w:rPr>
        <w:t>“Pretty much! Saw my dad on the force growing up, and it just clicked for me. I mean, I love the thrill of the chase,” she said, drumming her fingers lightly on the desk, painting her words with animated gestures. “What about you?”</w:t>
      </w:r>
      <w:r>
        <w:rPr>
          <w:rFonts w:ascii="IM Fell English" w:hAnsi="IM Fell English"/>
          <w:color w:val="141414"/>
          <w:sz w:val="24"/>
        </w:rPr>
      </w:r>
      <w:r>
        <w:rPr>
          <w:rFonts w:ascii="IM Fell English" w:hAnsi="IM Fell English"/>
          <w:color w:val="141414"/>
          <w:sz w:val="24"/>
        </w:rPr>
        <w:t>“Uh, well, I fell into it, really. CSI, that is. I mean Crime Scene Investigating. I love the challenge. It’s—”</w:t>
      </w:r>
      <w:r>
        <w:rPr>
          <w:rFonts w:ascii="IM Fell English" w:hAnsi="IM Fell English"/>
          <w:color w:val="141414"/>
          <w:sz w:val="24"/>
        </w:rPr>
      </w:r>
      <w:r>
        <w:rPr>
          <w:rFonts w:ascii="IM Fell English" w:hAnsi="IM Fell English"/>
          <w:color w:val="141414"/>
          <w:sz w:val="24"/>
        </w:rPr>
        <w:t>“Like a big puzzle?” Maxine interjected, her spark growing brighter.</w:t>
      </w:r>
      <w:r>
        <w:rPr>
          <w:rFonts w:ascii="IM Fell English" w:hAnsi="IM Fell English"/>
          <w:color w:val="141414"/>
          <w:sz w:val="24"/>
        </w:rPr>
      </w:r>
      <w:r>
        <w:rPr>
          <w:rFonts w:ascii="IM Fell English" w:hAnsi="IM Fell English"/>
          <w:color w:val="141414"/>
          <w:sz w:val="24"/>
        </w:rPr>
        <w:t>“Yeah! Exactly like a puzzle!” He was starting to feel the knots in his stomach ease. “And every piece matters; you never really know how crucial a small detail can be until you find where it fits.”</w:t>
      </w:r>
      <w:r>
        <w:rPr>
          <w:rFonts w:ascii="IM Fell English" w:hAnsi="IM Fell English"/>
          <w:color w:val="141414"/>
          <w:sz w:val="24"/>
        </w:rPr>
      </w:r>
      <w:r>
        <w:rPr>
          <w:rFonts w:ascii="IM Fell English" w:hAnsi="IM Fell English"/>
          <w:color w:val="141414"/>
          <w:sz w:val="24"/>
        </w:rPr>
        <w:t>“Glad we see eye to eye on that,” she said, her smile genuine.</w:t>
      </w:r>
      <w:r>
        <w:rPr>
          <w:rFonts w:ascii="IM Fell English" w:hAnsi="IM Fell English"/>
          <w:color w:val="141414"/>
          <w:sz w:val="24"/>
        </w:rPr>
      </w:r>
      <w:r>
        <w:rPr>
          <w:rFonts w:ascii="IM Fell English" w:hAnsi="IM Fell English"/>
          <w:color w:val="141414"/>
          <w:sz w:val="24"/>
        </w:rPr>
        <w:t>Her words wrapped around him like a reassuring hug, igniting a flicker of hope that this could turn into something more than just an awkward introduction.</w:t>
      </w:r>
      <w:r>
        <w:rPr>
          <w:rFonts w:ascii="IM Fell English" w:hAnsi="IM Fell English"/>
          <w:color w:val="141414"/>
          <w:sz w:val="24"/>
        </w:rPr>
      </w:r>
    </w:p>
    <w:p>
      <w:pPr>
        <w:pStyle w:val="Heading1"/>
        <w:jc w:val="center"/>
      </w:pPr>
      <w:r>
        <w:rPr>
          <w:rFonts w:ascii="IM Fell English" w:hAnsi="IM Fell English"/>
          <w:color w:val="0D0D0D"/>
        </w:rPr>
        <w:t>Chapter 13</w:t>
      </w:r>
    </w:p>
    <w:p>
      <w:r>
        <w:rPr>
          <w:rFonts w:ascii="IM Fell English" w:hAnsi="IM Fell English"/>
          <w:color w:val="141414"/>
          <w:sz w:val="24"/>
        </w:rPr>
      </w:r>
      <w:r>
        <w:rPr>
          <w:rFonts w:ascii="IM Fell English" w:hAnsi="IM Fell English"/>
          <w:color w:val="141414"/>
          <w:sz w:val="24"/>
        </w:rPr>
        <w:t>Suzan had been anxiously anticipating Saturday, spending the last three hours primping and preparing. As she stood in front of her closet, she struggled to choose an outfit, feeling self-conscious and bloated. But she knew she needed to look her best for this rare night out with other women, where she could indulge in chocolate, pampering, and music — a luxury she hadn't experienced since becoming pregnant.</w:t>
      </w:r>
      <w:r>
        <w:rPr>
          <w:rFonts w:ascii="IM Fell English" w:hAnsi="IM Fell English"/>
          <w:color w:val="141414"/>
          <w:sz w:val="24"/>
        </w:rPr>
      </w:r>
      <w:r>
        <w:rPr>
          <w:rFonts w:ascii="IM Fell English" w:hAnsi="IM Fell English"/>
          <w:color w:val="141414"/>
          <w:sz w:val="24"/>
        </w:rPr>
        <w:t>David was still at work and wouldn't be home until 7:30pm. Knowing he would come home and fill up on chips and hot dogs before heading out to pick her up, Suzan had left a meal in the fridge for him.</w:t>
      </w:r>
      <w:r>
        <w:rPr>
          <w:rFonts w:ascii="IM Fell English" w:hAnsi="IM Fell English"/>
          <w:color w:val="141414"/>
          <w:sz w:val="24"/>
        </w:rPr>
      </w:r>
      <w:r>
        <w:rPr>
          <w:rFonts w:ascii="IM Fell English" w:hAnsi="IM Fell English"/>
          <w:color w:val="141414"/>
          <w:sz w:val="24"/>
        </w:rPr>
        <w:t>At 5:10pm, Suzan heard the sound of a car horn outside, signaling the arrival of the taxi she had called. As she looked out the window, she saw the driver waiting for her. She signaled that she would be right down and slowly made her way to the door, grabbing her handbag on the way. As she waddled towards the door, she couldn't help but think about how difficult it is to get around these days.</w:t>
      </w:r>
      <w:r>
        <w:rPr>
          <w:rFonts w:ascii="IM Fell English" w:hAnsi="IM Fell English"/>
          <w:color w:val="141414"/>
          <w:sz w:val="24"/>
        </w:rPr>
      </w:r>
      <w:r>
        <w:rPr>
          <w:rFonts w:ascii="IM Fell English" w:hAnsi="IM Fell English"/>
          <w:color w:val="141414"/>
          <w:sz w:val="24"/>
        </w:rPr>
        <w:t>The taxi driver, initially seeming impatient, quickly understood the reason for the delay and got out of his car to hold the passenger door open for Suzan. Once she was settled in the car, he patiently helped her buckle her seat belt, noticing her struggle.</w:t>
      </w:r>
      <w:r>
        <w:rPr>
          <w:rFonts w:ascii="IM Fell English" w:hAnsi="IM Fell English"/>
          <w:color w:val="141414"/>
          <w:sz w:val="24"/>
        </w:rPr>
      </w:r>
      <w:r>
        <w:rPr>
          <w:rFonts w:ascii="IM Fell English" w:hAnsi="IM Fell English"/>
          <w:color w:val="141414"/>
          <w:sz w:val="24"/>
        </w:rPr>
        <w:t>"Are you almost there?" the driver asked with a kind smile.</w:t>
      </w:r>
      <w:r>
        <w:rPr>
          <w:rFonts w:ascii="IM Fell English" w:hAnsi="IM Fell English"/>
          <w:color w:val="141414"/>
          <w:sz w:val="24"/>
        </w:rPr>
      </w:r>
      <w:r>
        <w:rPr>
          <w:rFonts w:ascii="IM Fell English" w:hAnsi="IM Fell English"/>
          <w:color w:val="141414"/>
          <w:sz w:val="24"/>
        </w:rPr>
        <w:t>"Two more weeks," Suzan replied with a sigh.</w:t>
      </w:r>
      <w:r>
        <w:rPr>
          <w:rFonts w:ascii="IM Fell English" w:hAnsi="IM Fell English"/>
          <w:color w:val="141414"/>
          <w:sz w:val="24"/>
        </w:rPr>
      </w:r>
      <w:r>
        <w:rPr>
          <w:rFonts w:ascii="IM Fell English" w:hAnsi="IM Fell English"/>
          <w:color w:val="141414"/>
          <w:sz w:val="24"/>
        </w:rPr>
        <w:t>"And where to tonight?" he inquired.</w:t>
      </w:r>
      <w:r>
        <w:rPr>
          <w:rFonts w:ascii="IM Fell English" w:hAnsi="IM Fell English"/>
          <w:color w:val="141414"/>
          <w:sz w:val="24"/>
        </w:rPr>
      </w:r>
      <w:r>
        <w:rPr>
          <w:rFonts w:ascii="IM Fell English" w:hAnsi="IM Fell English"/>
          <w:color w:val="141414"/>
          <w:sz w:val="24"/>
        </w:rPr>
        <w:t>"Churros café, please," Suzan responded, and the taxi driver began driving towards their destination.</w:t>
      </w:r>
      <w:r>
        <w:rPr>
          <w:rFonts w:ascii="IM Fell English" w:hAnsi="IM Fell English"/>
          <w:color w:val="141414"/>
          <w:sz w:val="24"/>
        </w:rPr>
      </w:r>
      <w:r>
        <w:rPr>
          <w:rFonts w:ascii="IM Fell English" w:hAnsi="IM Fell English"/>
          <w:color w:val="141414"/>
          <w:sz w:val="24"/>
        </w:rPr>
        <w:t>The cab driver pulled up directly outside Churros' and was met with a blaring horn from behind, but he seemed oblivious to it. Suzan handed him the fare, prompting him to quickly exit the vehicle and rush to her door.</w:t>
      </w:r>
      <w:r>
        <w:rPr>
          <w:rFonts w:ascii="IM Fell English" w:hAnsi="IM Fell English"/>
          <w:color w:val="141414"/>
          <w:sz w:val="24"/>
        </w:rPr>
      </w:r>
      <w:r>
        <w:rPr>
          <w:rFonts w:ascii="IM Fell English" w:hAnsi="IM Fell English"/>
          <w:color w:val="141414"/>
          <w:sz w:val="24"/>
        </w:rPr>
        <w:t>Once again, the horn sounded behind them, but the driver paid no mind. As Suzan stepped out, she noticed a pimply-faced teenager with his red provisional license in the car behind them. Upon realizing she was pregnant, the teenager sheepishly signaled an awkward apology before Suzan made her way to the front entrance.</w:t>
      </w:r>
      <w:r>
        <w:rPr>
          <w:rFonts w:ascii="IM Fell English" w:hAnsi="IM Fell English"/>
          <w:color w:val="141414"/>
          <w:sz w:val="24"/>
        </w:rPr>
      </w:r>
      <w:r>
        <w:rPr>
          <w:rFonts w:ascii="IM Fell English" w:hAnsi="IM Fell English"/>
          <w:color w:val="141414"/>
          <w:sz w:val="24"/>
        </w:rPr>
        <w:t>Suzan's ears perked up as she caught sight of Jenny and a trio of other women clamoring for her attention, calling out her name. Her heart warmed as she made her way towards them, placing a gentle hand on the small of her back and mustering a smile.</w:t>
      </w:r>
      <w:r>
        <w:rPr>
          <w:rFonts w:ascii="IM Fell English" w:hAnsi="IM Fell English"/>
          <w:color w:val="141414"/>
          <w:sz w:val="24"/>
        </w:rPr>
      </w:r>
      <w:r>
        <w:rPr>
          <w:rFonts w:ascii="IM Fell English" w:hAnsi="IM Fell English"/>
          <w:color w:val="141414"/>
          <w:sz w:val="24"/>
        </w:rPr>
        <w:t>"Jenny, it's so good to see you," she greeted.</w:t>
      </w:r>
      <w:r>
        <w:rPr>
          <w:rFonts w:ascii="IM Fell English" w:hAnsi="IM Fell English"/>
          <w:color w:val="141414"/>
          <w:sz w:val="24"/>
        </w:rPr>
      </w:r>
      <w:r>
        <w:rPr>
          <w:rFonts w:ascii="IM Fell English" w:hAnsi="IM Fell English"/>
          <w:color w:val="141414"/>
          <w:sz w:val="24"/>
        </w:rPr>
        <w:t>One of the women, who Suzan vaguely recalled as Lauren, beamed at Suzan before standing up to pull out a chair for her. "Hi Suzan. I'm not sure if you remember me, but I'm Lauren. My husband is Constable Doug Peterson. You probably haven't met him yet, but don't worry. You'll get to know everyone now that your husband is part of the force," she chuckled, joined by the others in the group.</w:t>
      </w:r>
      <w:r>
        <w:rPr>
          <w:rFonts w:ascii="IM Fell English" w:hAnsi="IM Fell English"/>
          <w:color w:val="141414"/>
          <w:sz w:val="24"/>
        </w:rPr>
      </w:r>
      <w:r>
        <w:rPr>
          <w:rFonts w:ascii="IM Fell English" w:hAnsi="IM Fell English"/>
          <w:color w:val="141414"/>
          <w:sz w:val="24"/>
        </w:rPr>
        <w:t>"That's right, Paige. My husband is Constable Jeffrey Stones. We didn't have a chance to meet at the BBQ because I was down with the flu that day," Lauren added, leaning over the table to shake Suzan's hand. "But I have been talking non-stop to Jenny and the girls all week about the pregnancy and just how huge this whole baby pool has gotten with our husbands at the station."</w:t>
      </w:r>
      <w:r>
        <w:rPr>
          <w:rFonts w:ascii="IM Fell English" w:hAnsi="IM Fell English"/>
          <w:color w:val="141414"/>
          <w:sz w:val="24"/>
        </w:rPr>
      </w:r>
      <w:r>
        <w:rPr>
          <w:rFonts w:ascii="IM Fell English" w:hAnsi="IM Fell English"/>
          <w:color w:val="141414"/>
          <w:sz w:val="24"/>
        </w:rPr>
        <w:t>"And I'm Stephanie. My husband is Constable Andrew Morris," the final member of the group introduced herself.</w:t>
      </w:r>
      <w:r>
        <w:rPr>
          <w:rFonts w:ascii="IM Fell English" w:hAnsi="IM Fell English"/>
          <w:color w:val="141414"/>
          <w:sz w:val="24"/>
        </w:rPr>
      </w:r>
      <w:r>
        <w:rPr>
          <w:rFonts w:ascii="IM Fell English" w:hAnsi="IM Fell English"/>
          <w:color w:val="141414"/>
          <w:sz w:val="24"/>
        </w:rPr>
        <w:t>Suzan smiled warmly at each of them, feeling grateful for their welcoming gestures.</w:t>
      </w:r>
      <w:r>
        <w:rPr>
          <w:rFonts w:ascii="IM Fell English" w:hAnsi="IM Fell English"/>
          <w:color w:val="141414"/>
          <w:sz w:val="24"/>
        </w:rPr>
      </w:r>
      <w:r>
        <w:rPr>
          <w:rFonts w:ascii="IM Fell English" w:hAnsi="IM Fell English"/>
          <w:color w:val="141414"/>
          <w:sz w:val="24"/>
        </w:rPr>
        <w:t>"It's a pleasure to meet all of you. And thank you, really. I've been cooped up at home and haven't really had the chance to socialize. It can get quite lonely and, well, let's just say I've been feeling a bit swollen lately," she chuckled, gesturing to her belly.</w:t>
      </w:r>
      <w:r>
        <w:rPr>
          <w:rFonts w:ascii="IM Fell English" w:hAnsi="IM Fell English"/>
          <w:color w:val="141414"/>
          <w:sz w:val="24"/>
        </w:rPr>
      </w:r>
      <w:r>
        <w:rPr>
          <w:rFonts w:ascii="IM Fell English" w:hAnsi="IM Fell English"/>
          <w:color w:val="141414"/>
          <w:sz w:val="24"/>
        </w:rPr>
        <w:t>After indulging in a platter of assorted luxury chocolates, rich melted chocolate, delectable chocolate churros, and tantalizing chocolate bites, Suzan was overwhelmed with comfort and joy. The group of girls she was with were full of humor and kindness, always checking in on her well-being and making her feel like a valued member of their circle. They even insisted on covering her portion of the bill at Churro's, further solidifying their warm and welcoming nature.</w:t>
      </w:r>
      <w:r>
        <w:rPr>
          <w:rFonts w:ascii="IM Fell English" w:hAnsi="IM Fell English"/>
          <w:color w:val="141414"/>
          <w:sz w:val="24"/>
        </w:rPr>
      </w:r>
      <w:r>
        <w:rPr>
          <w:rFonts w:ascii="IM Fell English" w:hAnsi="IM Fell English"/>
          <w:color w:val="141414"/>
          <w:sz w:val="24"/>
        </w:rPr>
        <w:t>Walking out of the café, they all giggled and laughed as they headed to the salon. In a moment of self-indulgence, Suzan saw a hair salon that was part of the beauty salon where they were getting a foot spa and pedicure.</w:t>
      </w:r>
      <w:r>
        <w:rPr>
          <w:rFonts w:ascii="IM Fell English" w:hAnsi="IM Fell English"/>
          <w:color w:val="141414"/>
          <w:sz w:val="24"/>
        </w:rPr>
      </w:r>
      <w:r>
        <w:rPr>
          <w:rFonts w:ascii="IM Fell English" w:hAnsi="IM Fell English"/>
          <w:color w:val="141414"/>
          <w:sz w:val="24"/>
        </w:rPr>
        <w:t>"You know what ladies, I think I'm going to get a complete makeover," said Suzan, eyeing off the hair salon.</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Briggs, Hartley, Marcus and O'Neil were all seated in the rear of the sleek van with tinted windows. A vibrant magnet displaying the logo of their carpet cleaning business adorned the side, featuring a beaming mother and her little one crawling on a spotless, sanitized carpet.</w:t>
      </w:r>
      <w:r>
        <w:rPr>
          <w:rFonts w:ascii="IM Fell English" w:hAnsi="IM Fell English"/>
          <w:color w:val="141414"/>
          <w:sz w:val="24"/>
        </w:rPr>
      </w:r>
      <w:r>
        <w:rPr>
          <w:rFonts w:ascii="IM Fell English" w:hAnsi="IM Fell English"/>
          <w:color w:val="141414"/>
          <w:sz w:val="24"/>
        </w:rPr>
        <w:t>The interior of the van was anything but ordinary, filled with an assortment of top-of-the-line surveillance equipment. Along the wall, high-definition TV screens displayed various angles of Portland's bustling mall. The mall was alive with activity, predominantly teenagers on skateboards, numerous piercings, and fashion styles reflecting their current social influences. Couples, groups attending special occasions such as birthdays, bucks and bridesmaids parties, were all roaming the streets. Groups laughing, cheering, wolf whistling and generally having a fun time. Groups of single men and women seeking to unwind from their week and potentially find their next romantic encounter.</w:t>
      </w:r>
      <w:r>
        <w:rPr>
          <w:rFonts w:ascii="IM Fell English" w:hAnsi="IM Fell English"/>
          <w:color w:val="141414"/>
          <w:sz w:val="24"/>
        </w:rPr>
      </w:r>
      <w:r>
        <w:rPr>
          <w:rFonts w:ascii="IM Fell English" w:hAnsi="IM Fell English"/>
          <w:color w:val="141414"/>
          <w:sz w:val="24"/>
        </w:rPr>
        <w:t>Various strategies were implemented to position Jill, or Constable Maxine Phillips, in various locations that would increase her chances of encountering the serial killer if he were out and about.</w:t>
      </w:r>
      <w:r>
        <w:rPr>
          <w:rFonts w:ascii="IM Fell English" w:hAnsi="IM Fell English"/>
          <w:color w:val="141414"/>
          <w:sz w:val="24"/>
        </w:rPr>
      </w:r>
      <w:r>
        <w:rPr>
          <w:rFonts w:ascii="IM Fell English" w:hAnsi="IM Fell English"/>
          <w:color w:val="141414"/>
          <w:sz w:val="24"/>
        </w:rPr>
        <w:t>Maxine had been given a set of keys to a townhouse in a middle-class suburban area. Given the locations of all the victims were scattered in and around the Portland region, and the profile suggesting an intelligent, successful male, they chose a nice neighborhood that was not so old, new or harbored multi-million dollar listings.</w:t>
      </w:r>
      <w:r>
        <w:rPr>
          <w:rFonts w:ascii="IM Fell English" w:hAnsi="IM Fell English"/>
          <w:color w:val="141414"/>
          <w:sz w:val="24"/>
        </w:rPr>
      </w:r>
      <w:r>
        <w:rPr>
          <w:rFonts w:ascii="IM Fell English" w:hAnsi="IM Fell English"/>
          <w:color w:val="141414"/>
          <w:sz w:val="24"/>
        </w:rPr>
        <w:t>When Maxine left the station, she would once again be in disguise, just as she had been the day before; however, this time, she would not be coming back. Maxine was instructed to avoid any law enforcement agencies. She was provided with a basic phone preloaded with everyone's names under aliases, along with numerous fake identities that had different numbers. Yet, when dialed, all of them would connect to the same location, where a female officer was aware of the operation. Each name dialed, however, came with a concealed threat code. After each name, one to three dots followed, indicating the level of threat: three dots signified low risk, two indicated medium, and one meant that Briggs had full authority over the operation, with permission to use lethal force if deemed necessary. Maxine would basically be signaling threat acquired, danger imminent and assistance required.</w:t>
      </w:r>
      <w:r>
        <w:rPr>
          <w:rFonts w:ascii="IM Fell English" w:hAnsi="IM Fell English"/>
          <w:color w:val="141414"/>
          <w:sz w:val="24"/>
        </w:rPr>
      </w:r>
      <w:r>
        <w:rPr>
          <w:rFonts w:ascii="IM Fell English" w:hAnsi="IM Fell English"/>
          <w:color w:val="141414"/>
          <w:sz w:val="24"/>
        </w:rPr>
        <w:t>The phone was equipped with the latest satellite tracking technology, ensuring it would never lose connection. She wouldn’t have to disclose her whereabouts. The precise coordinates of her location would be transmitted to every team member’s device, including a 24/7 SWAT team on standby, their readiness fueled by the weight of the unknown. They had no idea what the operation entailed, only that a pin drop meant someone’s life was on the line.</w:t>
      </w:r>
      <w:r>
        <w:rPr>
          <w:rFonts w:ascii="IM Fell English" w:hAnsi="IM Fell English"/>
          <w:color w:val="141414"/>
          <w:sz w:val="24"/>
        </w:rPr>
      </w:r>
      <w:r>
        <w:rPr>
          <w:rFonts w:ascii="IM Fell English" w:hAnsi="IM Fell English"/>
          <w:color w:val="141414"/>
          <w:sz w:val="24"/>
        </w:rPr>
        <w:t>Maxine's car was equipped with the latest cameras—front, rear, and interior—along with microphones. When she was out, she wore an earpiece, allowing her to communicate with her team and receive directives or feedback on any investigations or locations they wanted her to explore.</w:t>
      </w:r>
      <w:r>
        <w:rPr>
          <w:rFonts w:ascii="IM Fell English" w:hAnsi="IM Fell English"/>
          <w:color w:val="141414"/>
          <w:sz w:val="24"/>
        </w:rPr>
      </w:r>
      <w:r>
        <w:rPr>
          <w:rFonts w:ascii="IM Fell English" w:hAnsi="IM Fell English"/>
          <w:color w:val="141414"/>
          <w:sz w:val="24"/>
        </w:rPr>
        <w:t>Hartley had dedicated several days to refining a list of primary and secondary locations for Maxine to explore, based on the information about the victims. She analyzed where the victims lived, the places they commonly visited, and the routes they frequently drove. Hartley believed this approach would provide a solid foundation, as their travels might mirror the pathways that the serial killer might traverse regularly.</w:t>
      </w:r>
      <w:r>
        <w:rPr>
          <w:rFonts w:ascii="IM Fell English" w:hAnsi="IM Fell English"/>
          <w:color w:val="141414"/>
          <w:sz w:val="24"/>
        </w:rPr>
      </w:r>
      <w:r>
        <w:rPr>
          <w:rFonts w:ascii="IM Fell English" w:hAnsi="IM Fell English"/>
          <w:color w:val="141414"/>
          <w:sz w:val="24"/>
        </w:rPr>
        <w:t>Today Maxine was instructed to drive around Portland, making stops at gas stations, produce markets, and popular parks and scenic spots. Later that evening, she was scheduled to spend an hour at a coffee shop, followed by dinner at a popular restaurant for couples, and finally, a club frequented by the 35–50 age group rather than the younger club scene. The day had been non-eventful. No men approached her. A few nods, stares and occasional waves but nothing that triggered Maxine to approach or talk to her based on the killer's profile.</w:t>
      </w:r>
      <w:r>
        <w:rPr>
          <w:rFonts w:ascii="IM Fell English" w:hAnsi="IM Fell English"/>
          <w:color w:val="141414"/>
          <w:sz w:val="24"/>
        </w:rPr>
      </w:r>
      <w:r>
        <w:rPr>
          <w:rFonts w:ascii="IM Fell English" w:hAnsi="IM Fell English"/>
          <w:color w:val="141414"/>
          <w:sz w:val="24"/>
        </w:rPr>
        <w:t>Currently, Maxine sat just outside the mall entrance at a trendy coffee shop, where she could be easily observed reading a book, sipping coffee, and snacking on various treats. On the opposite side from where she sat, two undercover police officers posed as a couple, enjoying their evening with a few small shopping bags on the table. One of them faced the mall entrance, while the other kept an eye on Jill.</w:t>
      </w:r>
      <w:r>
        <w:rPr>
          <w:rFonts w:ascii="IM Fell English" w:hAnsi="IM Fell English"/>
          <w:color w:val="141414"/>
          <w:sz w:val="24"/>
        </w:rPr>
      </w:r>
      <w:r>
        <w:rPr>
          <w:rFonts w:ascii="IM Fell English" w:hAnsi="IM Fell English"/>
          <w:color w:val="141414"/>
          <w:sz w:val="24"/>
        </w:rPr>
        <w:t>O'Neil and the team had authority to connect to the mall's cameras, allowing Briggs, who was stationed in a nearby van, to adjust the camera angle, zoom in or out, and change the direction to capture specific conversations of those around them. They had been there for nearly an hour, meticulously monitoring their surroundings.</w:t>
      </w:r>
      <w:r>
        <w:rPr>
          <w:rFonts w:ascii="IM Fell English" w:hAnsi="IM Fell English"/>
          <w:color w:val="141414"/>
          <w:sz w:val="24"/>
        </w:rPr>
      </w:r>
    </w:p>
    <w:p>
      <w:pPr>
        <w:pStyle w:val="Heading1"/>
        <w:jc w:val="center"/>
      </w:pPr>
      <w:r>
        <w:rPr>
          <w:rFonts w:ascii="IM Fell English" w:hAnsi="IM Fell English"/>
          <w:color w:val="0D0D0D"/>
        </w:rPr>
        <w:t>Chapter 14</w:t>
      </w:r>
    </w:p>
    <w:p>
      <w:r>
        <w:rPr>
          <w:rFonts w:ascii="IM Fell English" w:hAnsi="IM Fell English"/>
          <w:color w:val="141414"/>
          <w:sz w:val="24"/>
        </w:rPr>
      </w:r>
      <w:r>
        <w:rPr>
          <w:rFonts w:ascii="IM Fell English" w:hAnsi="IM Fell English"/>
          <w:color w:val="141414"/>
          <w:sz w:val="24"/>
        </w:rPr>
        <w:t>John lingered on the far side of the road, tucked away by a bush, shrouded in shadows that cloaked him from view, making him nearly invisible. For the past thirty-five minutes, he remained motionless, barely taking a breath. He was a focused predator.</w:t>
      </w:r>
      <w:r>
        <w:rPr>
          <w:rFonts w:ascii="IM Fell English" w:hAnsi="IM Fell English"/>
          <w:color w:val="141414"/>
          <w:sz w:val="24"/>
        </w:rPr>
      </w:r>
      <w:r>
        <w:rPr>
          <w:rFonts w:ascii="IM Fell English" w:hAnsi="IM Fell English"/>
          <w:color w:val="141414"/>
          <w:sz w:val="24"/>
        </w:rPr>
        <w:t>The day before, while driving past a gas station, he had caught a fleeting glimpse of his mother. A jolt of dread surged through him, causing him to slam on the brakes, skidding dangerously close to a red light, drawing the startled gazes of other drivers and pedestrians alike. The last thing John wanted was to be noticed by his mother and pushed into the spotlight, but the unexpected sight had sent his mind spiraling. It couldn't possibly be her. Just five weeks had passed since he had taken her life, believing that it would be years — before her ghost would haunt him again.</w:t>
      </w:r>
      <w:r>
        <w:rPr>
          <w:rFonts w:ascii="IM Fell English" w:hAnsi="IM Fell English"/>
          <w:color w:val="141414"/>
          <w:sz w:val="24"/>
        </w:rPr>
      </w:r>
      <w:r>
        <w:rPr>
          <w:rFonts w:ascii="IM Fell English" w:hAnsi="IM Fell English"/>
          <w:color w:val="141414"/>
          <w:sz w:val="24"/>
        </w:rPr>
        <w:t>The absurdity seized him; how could this be reality? Was he losing his grip on sanity, or was it simply a cruel twist of fate? He could still vividly recall as he cut out of her, the one thing that could bring him back, the reproductive organs. An unsettling feeling lurked in the pit of his stomach, a silent warning.</w:t>
      </w:r>
      <w:r>
        <w:rPr>
          <w:rFonts w:ascii="IM Fell English" w:hAnsi="IM Fell English"/>
          <w:color w:val="141414"/>
          <w:sz w:val="24"/>
        </w:rPr>
      </w:r>
      <w:r>
        <w:rPr>
          <w:rFonts w:ascii="IM Fell English" w:hAnsi="IM Fell English"/>
          <w:color w:val="141414"/>
          <w:sz w:val="24"/>
        </w:rPr>
        <w:t>Thinking back to reality, John noticed that she would drive off in the opposite direction when she finished. He knew he had to act quickly if he wanted to keep up with her. He mentally noted down the details of her car.</w:t>
      </w:r>
      <w:r>
        <w:rPr>
          <w:rFonts w:ascii="IM Fell English" w:hAnsi="IM Fell English"/>
          <w:color w:val="141414"/>
          <w:sz w:val="24"/>
        </w:rPr>
      </w:r>
      <w:r>
        <w:rPr>
          <w:rFonts w:ascii="IM Fell English" w:hAnsi="IM Fell English"/>
          <w:color w:val="141414"/>
          <w:sz w:val="24"/>
        </w:rPr>
        <w:t>Realizing that he would have to drive to the next set of lights and make a U-turn in order to follow her, he would have to speed and risk a cop not catching him after the traffic lights changed. His mind was racing. The feeling of something not right stayed within him.</w:t>
      </w:r>
      <w:r>
        <w:rPr>
          <w:rFonts w:ascii="IM Fell English" w:hAnsi="IM Fell English"/>
          <w:color w:val="141414"/>
          <w:sz w:val="24"/>
        </w:rPr>
      </w:r>
      <w:r>
        <w:rPr>
          <w:rFonts w:ascii="IM Fell English" w:hAnsi="IM Fell English"/>
          <w:color w:val="141414"/>
          <w:sz w:val="24"/>
        </w:rPr>
        <w:t>As the lights changed, John accelerated, eager to reach the next set of lights so he could make the U-turn and continue his pursuit.</w:t>
      </w:r>
      <w:r>
        <w:rPr>
          <w:rFonts w:ascii="IM Fell English" w:hAnsi="IM Fell English"/>
          <w:color w:val="141414"/>
          <w:sz w:val="24"/>
        </w:rPr>
      </w:r>
      <w:r>
        <w:rPr>
          <w:rFonts w:ascii="IM Fell English" w:hAnsi="IM Fell English"/>
          <w:color w:val="141414"/>
          <w:sz w:val="24"/>
        </w:rPr>
        <w:t>John executed a sharp U-turn and swiftly caught up to the Mazda. The Mazda was driving to the speed limit and after some twenty minutes it was stopping at a bustling park, a common sight for this time of day. John made sure to pass by his mother's car, before pulling into a spot a dozen or so cars past her and waiting.</w:t>
      </w:r>
      <w:r>
        <w:rPr>
          <w:rFonts w:ascii="IM Fell English" w:hAnsi="IM Fell English"/>
          <w:color w:val="141414"/>
          <w:sz w:val="24"/>
        </w:rPr>
      </w:r>
      <w:r>
        <w:rPr>
          <w:rFonts w:ascii="IM Fell English" w:hAnsi="IM Fell English"/>
          <w:color w:val="141414"/>
          <w:sz w:val="24"/>
        </w:rPr>
        <w:t>From his vantage point, he could clearly see his mother's reincarnated entering the park and strolling past several benches, carrying a large tote bag and a folded blanket. In the center of the park, there was a spacious pond teeming with local ducks. Amidst the serene waters, black and white swans gilded gracefully, adding to the picturesque scene.</w:t>
      </w:r>
      <w:r>
        <w:rPr>
          <w:rFonts w:ascii="IM Fell English" w:hAnsi="IM Fell English"/>
          <w:color w:val="141414"/>
          <w:sz w:val="24"/>
        </w:rPr>
      </w:r>
      <w:r>
        <w:rPr>
          <w:rFonts w:ascii="IM Fell English" w:hAnsi="IM Fell English"/>
          <w:color w:val="141414"/>
          <w:sz w:val="24"/>
        </w:rPr>
        <w:t>He watched as she settled comfortably on her blanket and retrieved a book and reading glasses. Her posture was upright, back rigid, and her blonde hair a tad longer this time, catching his eye.</w:t>
      </w:r>
      <w:r>
        <w:rPr>
          <w:rFonts w:ascii="IM Fell English" w:hAnsi="IM Fell English"/>
          <w:color w:val="141414"/>
          <w:sz w:val="24"/>
        </w:rPr>
      </w:r>
      <w:r>
        <w:rPr>
          <w:rFonts w:ascii="IM Fell English" w:hAnsi="IM Fell English"/>
          <w:color w:val="141414"/>
          <w:sz w:val="24"/>
        </w:rPr>
        <w:t>She sat motionless for a while, her gaze fixed on the sky, perhaps with closed eyes, basking in the warm sun's embrace. Eventually, she lowered her head to her lap, focusing on the book in front of her.</w:t>
      </w:r>
      <w:r>
        <w:rPr>
          <w:rFonts w:ascii="IM Fell English" w:hAnsi="IM Fell English"/>
          <w:color w:val="141414"/>
          <w:sz w:val="24"/>
        </w:rPr>
      </w:r>
      <w:r>
        <w:rPr>
          <w:rFonts w:ascii="IM Fell English" w:hAnsi="IM Fell English"/>
          <w:color w:val="141414"/>
          <w:sz w:val="24"/>
        </w:rPr>
        <w:t>John contemplated stepping out of the car for a closer look, but hesitated. He was always exceptionally perceptive of people, their gestures and exchanges. He prided himself on knowing every intimate detail and was constantly seeking to understand them better.</w:t>
      </w:r>
      <w:r>
        <w:rPr>
          <w:rFonts w:ascii="IM Fell English" w:hAnsi="IM Fell English"/>
          <w:color w:val="141414"/>
          <w:sz w:val="24"/>
        </w:rPr>
      </w:r>
      <w:r>
        <w:rPr>
          <w:rFonts w:ascii="IM Fell English" w:hAnsi="IM Fell English"/>
          <w:color w:val="141414"/>
          <w:sz w:val="24"/>
        </w:rPr>
        <w:t>John was a cunning predator, skilled at anticipating people's actions and reactions, often before they were even aware of them themselves. He had a knack for gauging what was considered normal in any given situation and when a reaction, behavior or response didn't appear normal, these sent red flags to his brain.</w:t>
      </w:r>
      <w:r>
        <w:rPr>
          <w:rFonts w:ascii="IM Fell English" w:hAnsi="IM Fell English"/>
          <w:color w:val="141414"/>
          <w:sz w:val="24"/>
        </w:rPr>
      </w:r>
      <w:r>
        <w:rPr>
          <w:rFonts w:ascii="IM Fell English" w:hAnsi="IM Fell English"/>
          <w:color w:val="141414"/>
          <w:sz w:val="24"/>
        </w:rPr>
        <w:t>He sat motionless in his car. Watching the scatter of strangers drifting through the park. Around him, the world was alive with noise and movement—children shrieking at the edge of the pond, joggers pounding the gravel path, couples drifting past in murmured conversation. To everyone else, it was a blur of ordinary life. To John, it was cover.</w:t>
      </w:r>
      <w:r>
        <w:rPr>
          <w:rFonts w:ascii="IM Fell English" w:hAnsi="IM Fell English"/>
          <w:color w:val="141414"/>
          <w:sz w:val="24"/>
        </w:rPr>
      </w:r>
      <w:r>
        <w:rPr>
          <w:rFonts w:ascii="IM Fell English" w:hAnsi="IM Fell English"/>
          <w:color w:val="141414"/>
          <w:sz w:val="24"/>
        </w:rPr>
        <w:t>His gaze never wavered from her. She sat near the water’s edge, a book open in her lap, though she turned the pages without reading. The breeze teased strands of her hair across her face, and she brushed them away with a distracted hand. Every gesture was a signal, every pause a revelation. He studied the rhythm of her breathing, the way her shoulders rose and fell, the subtle tension in her posture. She was unaware of him, unaware of the eyes that dissected her with the patience of a predator hidden in tall grass.</w:t>
      </w:r>
      <w:r>
        <w:rPr>
          <w:rFonts w:ascii="IM Fell English" w:hAnsi="IM Fell English"/>
          <w:color w:val="141414"/>
          <w:sz w:val="24"/>
        </w:rPr>
      </w:r>
      <w:r>
        <w:rPr>
          <w:rFonts w:ascii="IM Fell English" w:hAnsi="IM Fell English"/>
          <w:color w:val="141414"/>
          <w:sz w:val="24"/>
        </w:rPr>
        <w:t>He knew the patterns of the park as intimately as a hunter knows the trails of his territory. The ebb and flow of passersby, the moments when the crowd thickened and when it thinned, the way sound carried across the pond—all of it was part of the terrain he mapped in his mind.</w:t>
      </w:r>
      <w:r>
        <w:rPr>
          <w:rFonts w:ascii="IM Fell English" w:hAnsi="IM Fell English"/>
          <w:color w:val="141414"/>
          <w:sz w:val="24"/>
        </w:rPr>
      </w:r>
      <w:r>
        <w:rPr>
          <w:rFonts w:ascii="IM Fell English" w:hAnsi="IM Fell English"/>
          <w:color w:val="141414"/>
          <w:sz w:val="24"/>
        </w:rPr>
        <w:t>He marked the irregularities—the way she glanced over her shoulder too often, the way her fingers tapped against the book as though restless. Tiny fractures in the mask of calm. To John, these were not quirks; they were openings. He could wait as long as it took, circling in silence, letting time do the work. The crowd would shift, the light would change, and eventually the moment would come when she was alone.</w:t>
      </w:r>
      <w:r>
        <w:rPr>
          <w:rFonts w:ascii="IM Fell English" w:hAnsi="IM Fell English"/>
          <w:color w:val="141414"/>
          <w:sz w:val="24"/>
        </w:rPr>
      </w:r>
      <w:r>
        <w:rPr>
          <w:rFonts w:ascii="IM Fell English" w:hAnsi="IM Fell English"/>
          <w:color w:val="141414"/>
          <w:sz w:val="24"/>
        </w:rPr>
        <w:t>And when that moment arrived, John would already be there—patient, deliberate, inevitable.</w:t>
      </w:r>
      <w:r>
        <w:rPr>
          <w:rFonts w:ascii="IM Fell English" w:hAnsi="IM Fell English"/>
          <w:color w:val="141414"/>
          <w:sz w:val="24"/>
        </w:rPr>
      </w:r>
      <w:r>
        <w:rPr>
          <w:rFonts w:ascii="IM Fell English" w:hAnsi="IM Fell English"/>
          <w:color w:val="141414"/>
          <w:sz w:val="24"/>
        </w:rPr>
        <w:t>John then spotted a couple meandering along the path, and instinctively, a series of warning bells went off in his mind. He tensed and stilled.</w:t>
      </w:r>
      <w:r>
        <w:rPr>
          <w:rFonts w:ascii="IM Fell English" w:hAnsi="IM Fell English"/>
          <w:color w:val="141414"/>
          <w:sz w:val="24"/>
        </w:rPr>
      </w:r>
      <w:r>
        <w:rPr>
          <w:rFonts w:ascii="IM Fell English" w:hAnsi="IM Fell English"/>
          <w:color w:val="141414"/>
          <w:sz w:val="24"/>
        </w:rPr>
        <w:t>Although they walked side by side, they appeared detached, seemingly absorbed in their surroundings rather than in conversation. Their eyes flitted about, especially lingering on individuals who were alone. They shared brief nods and whispered comments, and at one moment, they came to a halt.</w:t>
      </w:r>
      <w:r>
        <w:rPr>
          <w:rFonts w:ascii="IM Fell English" w:hAnsi="IM Fell English"/>
          <w:color w:val="141414"/>
          <w:sz w:val="24"/>
        </w:rPr>
      </w:r>
      <w:r>
        <w:rPr>
          <w:rFonts w:ascii="IM Fell English" w:hAnsi="IM Fell English"/>
          <w:color w:val="141414"/>
          <w:sz w:val="24"/>
        </w:rPr>
        <w:t>The woman faced away from a solitary man, while the male discreetly angled himself to catch a glimpse over her shoulder. They maintained this odd tableau for roughly thirty seconds until a child stopped beside the man. Following this disruption, the couple continued their leisurely, enigmatic walk.</w:t>
      </w:r>
      <w:r>
        <w:rPr>
          <w:rFonts w:ascii="IM Fell English" w:hAnsi="IM Fell English"/>
          <w:color w:val="141414"/>
          <w:sz w:val="24"/>
        </w:rPr>
      </w:r>
      <w:r>
        <w:rPr>
          <w:rFonts w:ascii="IM Fell English" w:hAnsi="IM Fell English"/>
          <w:color w:val="141414"/>
          <w:sz w:val="24"/>
        </w:rPr>
        <w:t>Eventually, they took a seat, but not in a manner that indicated they were a couple enjoying a stroll. They positioned themselves across from each other, maintaining a distance with no physical contact. There were no smiles or affectionate gestures, which one might typically expect during an intimate conversation.</w:t>
      </w:r>
      <w:r>
        <w:rPr>
          <w:rFonts w:ascii="IM Fell English" w:hAnsi="IM Fell English"/>
          <w:color w:val="141414"/>
          <w:sz w:val="24"/>
        </w:rPr>
      </w:r>
      <w:r>
        <w:rPr>
          <w:rFonts w:ascii="IM Fell English" w:hAnsi="IM Fell English"/>
          <w:color w:val="141414"/>
          <w:sz w:val="24"/>
        </w:rPr>
        <w:t>Their expressions were neutral, and they seemed more interested in their surroundings, possibly searching for something. On three occasions, John noticed them looking in the direction of his mother, who was sitting and reading nearby. However, his mother never acknowledged or turned towards the strange couple, leaving John unsure if there was any connection between them.</w:t>
      </w:r>
      <w:r>
        <w:rPr>
          <w:rFonts w:ascii="IM Fell English" w:hAnsi="IM Fell English"/>
          <w:color w:val="141414"/>
          <w:sz w:val="24"/>
        </w:rPr>
      </w:r>
      <w:r>
        <w:rPr>
          <w:rFonts w:ascii="IM Fell English" w:hAnsi="IM Fell English"/>
          <w:color w:val="141414"/>
          <w:sz w:val="24"/>
        </w:rPr>
        <w:t>John had learned from his experiences to always listen to his gut instinct. Right now, it was urging him to remain still. He understood that revealing himself would be a mistake; instead, he needed to be more alert than ever. Deep down, John recognized that ending someone's life was a crime. Even though the police had discovered the bodies of his mother's former incarnations, he knew they would conduct rigorous investigations.</w:t>
      </w:r>
      <w:r>
        <w:rPr>
          <w:rFonts w:ascii="IM Fell English" w:hAnsi="IM Fell English"/>
          <w:color w:val="141414"/>
          <w:sz w:val="24"/>
        </w:rPr>
      </w:r>
      <w:r>
        <w:rPr>
          <w:rFonts w:ascii="IM Fell English" w:hAnsi="IM Fell English"/>
          <w:color w:val="141414"/>
          <w:sz w:val="24"/>
        </w:rPr>
        <w:t>He was acutely aware that none of his murders had captured the attention of the media. This realization filled him with a sense of superiority, yet it also sparked concern. Every meeting with his mother heightened his wariness and suspicion. After all, he had eliminated her nine times, resulting in nine identical clones with the same hair, facial features, height, and physique. He couldn’t shake the thought of whether the police had made any connections or if they remained utterly unaware.</w:t>
      </w:r>
      <w:r>
        <w:rPr>
          <w:rFonts w:ascii="IM Fell English" w:hAnsi="IM Fell English"/>
          <w:color w:val="141414"/>
          <w:sz w:val="24"/>
        </w:rPr>
      </w:r>
      <w:r>
        <w:rPr>
          <w:rFonts w:ascii="IM Fell English" w:hAnsi="IM Fell English"/>
          <w:color w:val="141414"/>
          <w:sz w:val="24"/>
        </w:rPr>
        <w:t>John glanced at his watch, noting that almost 45 minutes had passed since he arrived. As he sat there, he observed his mother taking a leisurely stroll to the nearby pond, where she proceeded to feed the ducks and swans. She then took a break, sipping on a drink and snacking on something from a small plastic container.</w:t>
      </w:r>
      <w:r>
        <w:rPr>
          <w:rFonts w:ascii="IM Fell English" w:hAnsi="IM Fell English"/>
          <w:color w:val="141414"/>
          <w:sz w:val="24"/>
        </w:rPr>
      </w:r>
      <w:r>
        <w:rPr>
          <w:rFonts w:ascii="IM Fell English" w:hAnsi="IM Fell English"/>
          <w:color w:val="141414"/>
          <w:sz w:val="24"/>
        </w:rPr>
        <w:t>Meanwhile, the peculiar couple sitting on the bench next to them remained still, spending most of their time in silence. John couldn't shake off the feeling of unease they evoked within him, as they showed no interest in his mother. He couldn't help but wonder if his mother had somehow been reincarnated with a heightened awareness from her previous lives, leading her to take precautions for her own protection. Anything was possible. If she could repeatedly reincarnate herself, then perhaps she would eventually start to remember things.</w:t>
      </w:r>
      <w:r>
        <w:rPr>
          <w:rFonts w:ascii="IM Fell English" w:hAnsi="IM Fell English"/>
          <w:color w:val="141414"/>
          <w:sz w:val="24"/>
        </w:rPr>
      </w:r>
      <w:r>
        <w:rPr>
          <w:rFonts w:ascii="IM Fell English" w:hAnsi="IM Fell English"/>
          <w:color w:val="141414"/>
          <w:sz w:val="24"/>
        </w:rPr>
        <w:t>John observed as she placed her book, drink container, and other items into her tote bag before standing up and neatly folding her blanket. She appeared content and unhurried as she made her way back to her parked car. Once she was out of sight, John's attention returned to the peculiar couple.</w:t>
      </w:r>
      <w:r>
        <w:rPr>
          <w:rFonts w:ascii="IM Fell English" w:hAnsi="IM Fell English"/>
          <w:color w:val="141414"/>
          <w:sz w:val="24"/>
        </w:rPr>
      </w:r>
      <w:r>
        <w:rPr>
          <w:rFonts w:ascii="IM Fell English" w:hAnsi="IM Fell English"/>
          <w:color w:val="141414"/>
          <w:sz w:val="24"/>
        </w:rPr>
        <w:t>He noticed that they were now focused on his mother, but would occasionally shift their gaze to other people before returning their attention to her. Then, they slowly stood up and began their trek back to their car, which happened to be parked closer to his mother's.</w:t>
      </w:r>
      <w:r>
        <w:rPr>
          <w:rFonts w:ascii="IM Fell English" w:hAnsi="IM Fell English"/>
          <w:color w:val="141414"/>
          <w:sz w:val="24"/>
        </w:rPr>
      </w:r>
      <w:r>
        <w:rPr>
          <w:rFonts w:ascii="IM Fell English" w:hAnsi="IM Fell English"/>
          <w:color w:val="141414"/>
          <w:sz w:val="24"/>
        </w:rPr>
        <w:t>John found himself at a crossroads, uncertain about what to do next. He had no idea where his mother was currently living and had only seen her briefly an hour earlier. However, the presence of the unfamiliar couple made him hesitate to reveal himself. He was conflicted between the urge to follow her and the desire to wait for a more favorable moment. As the car carrying the suspicious couple drove off in the opposite direction, John noticed that his mother had not yet departed. She was likely still sitting in her car, perhaps caught up in a phone call. Seizing the moment, he watched as the couple's vehicle left the parking lot.</w:t>
      </w:r>
      <w:r>
        <w:rPr>
          <w:rFonts w:ascii="IM Fell English" w:hAnsi="IM Fell English"/>
          <w:color w:val="141414"/>
          <w:sz w:val="24"/>
        </w:rPr>
      </w:r>
      <w:r>
        <w:rPr>
          <w:rFonts w:ascii="IM Fell English" w:hAnsi="IM Fell English"/>
          <w:color w:val="141414"/>
          <w:sz w:val="24"/>
        </w:rPr>
        <w:t>It was nearly 5:30 pm, and the sun was setting, signaling the end of the day for most people. John discreetly trailed his mother. He had practiced this over the years by randomly following cars, honing his skills until he felt confident in his ability to tail someone without detection.</w:t>
      </w:r>
      <w:r>
        <w:rPr>
          <w:rFonts w:ascii="IM Fell English" w:hAnsi="IM Fell English"/>
          <w:color w:val="141414"/>
          <w:sz w:val="24"/>
        </w:rPr>
      </w:r>
      <w:r>
        <w:rPr>
          <w:rFonts w:ascii="IM Fell English" w:hAnsi="IM Fell English"/>
          <w:color w:val="141414"/>
          <w:sz w:val="24"/>
        </w:rPr>
        <w:t>He noticed his mother's car entering Pines Estate on Kobina Avenue, twenty minutes later. He had driven past the area a few times in the past year and had seen the development of the estate, and it was now complete, with eighteen modern townhouses featuring three bedrooms, two bathrooms, and a single garage spread over two levels. The top level had a small veranda above the garage entrance, which John guessed was the master bedroom.</w:t>
      </w:r>
      <w:r>
        <w:rPr>
          <w:rFonts w:ascii="IM Fell English" w:hAnsi="IM Fell English"/>
          <w:color w:val="141414"/>
          <w:sz w:val="24"/>
        </w:rPr>
      </w:r>
      <w:r>
        <w:rPr>
          <w:rFonts w:ascii="IM Fell English" w:hAnsi="IM Fell English"/>
          <w:color w:val="141414"/>
          <w:sz w:val="24"/>
        </w:rPr>
        <w:t>As he drove by, he noticed that fourteen of the eighteen townhouses were occupied, with advertisements promoting the remaining units as a lucrative investment for buyers or a first home for young families. John decided not to enter the estate and instead continued driving for another three blocks, taking random turns and constantly checking his rearview mirror.</w:t>
      </w:r>
      <w:r>
        <w:rPr>
          <w:rFonts w:ascii="IM Fell English" w:hAnsi="IM Fell English"/>
          <w:color w:val="141414"/>
          <w:sz w:val="24"/>
        </w:rPr>
      </w:r>
      <w:r>
        <w:rPr>
          <w:rFonts w:ascii="IM Fell English" w:hAnsi="IM Fell English"/>
          <w:color w:val="141414"/>
          <w:sz w:val="24"/>
        </w:rPr>
        <w:t>The earlier warning signs were still fresh in his mind, and he wanted to ensure that the strange couple he had encountered earlier were not following him. But everything seemed normal, and no suspicious cars were in sight. Despite this, John remained in his car, waiting for at least ten minutes, just to be sure. He saw no cars turning the last corner, no vehicles driving slowly as if searching for something, and not a single set of headlights in his rearview mirror.</w:t>
      </w:r>
      <w:r>
        <w:rPr>
          <w:rFonts w:ascii="IM Fell English" w:hAnsi="IM Fell English"/>
          <w:color w:val="141414"/>
          <w:sz w:val="24"/>
        </w:rPr>
      </w:r>
      <w:r>
        <w:rPr>
          <w:rFonts w:ascii="IM Fell English" w:hAnsi="IM Fell English"/>
          <w:color w:val="141414"/>
          <w:sz w:val="24"/>
        </w:rPr>
        <w:t>He opted to stroll back to the estate. Despite the 30-minute walk, he remained composed and didn't rush. He maintained a leisurely pace, exuding an air of calm and confidence. His gait was reminiscent of a man taking a leisurely walk home from work or simply enjoying a stroll.</w:t>
      </w:r>
      <w:r>
        <w:rPr>
          <w:rFonts w:ascii="IM Fell English" w:hAnsi="IM Fell English"/>
          <w:color w:val="141414"/>
          <w:sz w:val="24"/>
        </w:rPr>
      </w:r>
      <w:r>
        <w:rPr>
          <w:rFonts w:ascii="IM Fell English" w:hAnsi="IM Fell English"/>
          <w:color w:val="141414"/>
          <w:sz w:val="24"/>
        </w:rPr>
        <w:t>John was clad in casual clothing, a refreshing contrast to his typical formal business attire of a suit and tie. As an administration supervisor at a prominent travel agency located within Portland Mall, he generally operated behind the scenes rather than in a sales capacity.</w:t>
      </w:r>
      <w:r>
        <w:rPr>
          <w:rFonts w:ascii="IM Fell English" w:hAnsi="IM Fell English"/>
          <w:color w:val="141414"/>
          <w:sz w:val="24"/>
        </w:rPr>
      </w:r>
      <w:r>
        <w:rPr>
          <w:rFonts w:ascii="IM Fell English" w:hAnsi="IM Fell English"/>
          <w:color w:val="141414"/>
          <w:sz w:val="24"/>
        </w:rPr>
        <w:t>From his office, he had a vantage point of the bustling crowds, whether they were window shopping or socializing. As he reached the final turn onto Kobina Avenue, John slowed his pace to a crawl, staying close to the shadows and glancing over his shoulder to ensure no cars or pedestrians were following him. He was completely alone. He was aware that the estate was approximately twenty meters away and, from his viewpoint, he could see that he would have to pass under a set of streetlights.</w:t>
      </w:r>
      <w:r>
        <w:rPr>
          <w:rFonts w:ascii="IM Fell English" w:hAnsi="IM Fell English"/>
          <w:color w:val="141414"/>
          <w:sz w:val="24"/>
        </w:rPr>
      </w:r>
      <w:r>
        <w:rPr>
          <w:rFonts w:ascii="IM Fell English" w:hAnsi="IM Fell English"/>
          <w:color w:val="141414"/>
          <w:sz w:val="24"/>
        </w:rPr>
        <w:t>On the other side of the road, a new development was taking place on another estate. The ground had been cleared, devoid of any trees, and there was no way for him to conceal himself without appearing highly suspicious to even the most untrained observer.</w:t>
      </w:r>
      <w:r>
        <w:rPr>
          <w:rFonts w:ascii="IM Fell English" w:hAnsi="IM Fell English"/>
          <w:color w:val="141414"/>
          <w:sz w:val="24"/>
        </w:rPr>
      </w:r>
      <w:r>
        <w:rPr>
          <w:rFonts w:ascii="IM Fell English" w:hAnsi="IM Fell English"/>
          <w:color w:val="141414"/>
          <w:sz w:val="24"/>
        </w:rPr>
        <w:t>John noticed three cars parked on the same side of the road as he approached the estate driveway. They were all packed tightly under the glow of the streetlights. A security measure to discourage potential thieves. He continued down the road and the next streetlight was out, casting the surrounding area in shadow. Instinctively, he lowered his head, trying to make himself appear smaller and more inconspicuous.</w:t>
      </w:r>
      <w:r>
        <w:rPr>
          <w:rFonts w:ascii="IM Fell English" w:hAnsi="IM Fell English"/>
          <w:color w:val="141414"/>
          <w:sz w:val="24"/>
        </w:rPr>
      </w:r>
      <w:r>
        <w:rPr>
          <w:rFonts w:ascii="IM Fell English" w:hAnsi="IM Fell English"/>
          <w:color w:val="141414"/>
          <w:sz w:val="24"/>
        </w:rPr>
        <w:t>He adjusted his pace to blend in with those who belonged in the area, rather than standing out as a suspicious outsider. As he neared the estate driveway, John avoided making eye contact with any of the townhouses and kept his head facing forward, as if he had a specific destination in mind. The surrounding landscape was filled with taller shrubs and trees, providing ample cover for John to walk along the estate's narrow drive. The warm glow of the lights cast a web of shadows, creating a balance between visibility and darkness. It was enough to see, but not so bright as to disturb the residents trying to sleep.</w:t>
      </w:r>
      <w:r>
        <w:rPr>
          <w:rFonts w:ascii="IM Fell English" w:hAnsi="IM Fell English"/>
          <w:color w:val="141414"/>
          <w:sz w:val="24"/>
        </w:rPr>
      </w:r>
      <w:r>
        <w:rPr>
          <w:rFonts w:ascii="IM Fell English" w:hAnsi="IM Fell English"/>
          <w:color w:val="141414"/>
          <w:sz w:val="24"/>
        </w:rPr>
        <w:t>As he walked the narrow road that turned to the right, he caught sight of a side gate left open on townhouse number seven. On the opposite side, townhouse number eight, John sighted his mother's red Mazda parked out the front of it.</w:t>
      </w:r>
      <w:r>
        <w:rPr>
          <w:rFonts w:ascii="IM Fell English" w:hAnsi="IM Fell English"/>
          <w:color w:val="141414"/>
          <w:sz w:val="24"/>
        </w:rPr>
      </w:r>
      <w:r>
        <w:rPr>
          <w:rFonts w:ascii="IM Fell English" w:hAnsi="IM Fell English"/>
          <w:color w:val="141414"/>
          <w:sz w:val="24"/>
        </w:rPr>
        <w:t>John cautiously moved closer towards Townhouse number seven opposite his mothers, staying hidden behind bushes and trees. When he reached the yard, he walked through the open gate without looking back. Once inside, he stopped and listened in the complete darkness, slowing his breathing and counting as he stared at the entrance of the gate.</w:t>
      </w:r>
      <w:r>
        <w:rPr>
          <w:rFonts w:ascii="IM Fell English" w:hAnsi="IM Fell English"/>
          <w:color w:val="141414"/>
          <w:sz w:val="24"/>
        </w:rPr>
      </w:r>
      <w:r>
        <w:rPr>
          <w:rFonts w:ascii="IM Fell English" w:hAnsi="IM Fell English"/>
          <w:color w:val="141414"/>
          <w:sz w:val="24"/>
        </w:rPr>
        <w:t>With a Bladeworks Fixed-Blade Knife tightly gripped in his right hand at chest level, the pointed end facing outward, John positioned himself against the side of the townhouse. His left hand was raised just below the knife, ready to cover the mouth of anyone who walked through, while simultaneously stabbing the knife into their throat to prevent them from screaming and alerting others. John had spent years attending various classes in self-defense using weapons. He would find classes being offered in nearby towns, so anyone in Portland who knew him was unaware.</w:t>
      </w:r>
      <w:r>
        <w:rPr>
          <w:rFonts w:ascii="IM Fell English" w:hAnsi="IM Fell English"/>
          <w:color w:val="141414"/>
          <w:sz w:val="24"/>
        </w:rPr>
      </w:r>
      <w:r>
        <w:rPr>
          <w:rFonts w:ascii="IM Fell English" w:hAnsi="IM Fell English"/>
          <w:color w:val="141414"/>
          <w:sz w:val="24"/>
        </w:rPr>
        <w:t>As he slowly counted to twenty, he grew more confident that he had not been followed or spotted while sneaking through the gate. With his adjusted eyes, John took a closer look around, exploring the area. He reached the back of the townhouse and encountered the standard lock on the back door.</w:t>
      </w:r>
      <w:r>
        <w:rPr>
          <w:rFonts w:ascii="IM Fell English" w:hAnsi="IM Fell English"/>
          <w:color w:val="141414"/>
          <w:sz w:val="24"/>
        </w:rPr>
      </w:r>
      <w:r>
        <w:rPr>
          <w:rFonts w:ascii="IM Fell English" w:hAnsi="IM Fell English"/>
          <w:color w:val="141414"/>
          <w:sz w:val="24"/>
        </w:rPr>
        <w:t>With a Dimple lock pick set, he effortlessly picked the lock and gained entry. The darkness was no longer a hindrance, as his eyes had adapted and the faint light from outside provided enough visibility. He made his way up to the second level and found the master bedroom. The sheer curtains were drawn, allowing him to easily see outside without being seen.</w:t>
      </w:r>
      <w:r>
        <w:rPr>
          <w:rFonts w:ascii="IM Fell English" w:hAnsi="IM Fell English"/>
          <w:color w:val="141414"/>
          <w:sz w:val="24"/>
        </w:rPr>
      </w:r>
      <w:r>
        <w:rPr>
          <w:rFonts w:ascii="IM Fell English" w:hAnsi="IM Fell English"/>
          <w:color w:val="141414"/>
          <w:sz w:val="24"/>
        </w:rPr>
        <w:t>John was immediately paralyzed with fear. It almost seemed as if destiny had orchestrated the events, placing his mother directly across from this townhouse. The identical design, height, and landing only added to the eerie coincidence. His mother sat at the end of her bed, slowly massaging lotion into her arms. As she turned her head towards the window, John couldn't help but take a step back, feeling like a peeping tom who had been caught. He held his breath, afraid that his mother could somehow sense his presence.</w:t>
      </w:r>
      <w:r>
        <w:rPr>
          <w:rFonts w:ascii="IM Fell English" w:hAnsi="IM Fell English"/>
          <w:color w:val="141414"/>
          <w:sz w:val="24"/>
        </w:rPr>
      </w:r>
      <w:r>
        <w:rPr>
          <w:rFonts w:ascii="IM Fell English" w:hAnsi="IM Fell English"/>
          <w:color w:val="141414"/>
          <w:sz w:val="24"/>
        </w:rPr>
        <w:t>He stared back at her, refusing to blink. Suddenly, she got up and walked towards the window, causing John to instinctively raise his knife in defense without even realizing what he was doing. But then, she closed the curtains and turned off the bedroom light. John finally released the breath he had been holding, only now realizing he had stopped breathing in the first place. He stood frozen in place, too afraid to move, anticipating his mother to fling open the curtains and scream at him, "fucking pervert" and claiming him as her possession. But nothing of the sort happened. After ten long minutes, John finally turned and made his way back to his car, still shaken by the encounter.</w:t>
      </w:r>
      <w:r>
        <w:rPr>
          <w:rFonts w:ascii="IM Fell English" w:hAnsi="IM Fell English"/>
          <w:color w:val="141414"/>
          <w:sz w:val="24"/>
        </w:rPr>
      </w:r>
      <w:r>
        <w:rPr>
          <w:rFonts w:ascii="IM Fell English" w:hAnsi="IM Fell English"/>
          <w:color w:val="141414"/>
          <w:sz w:val="24"/>
        </w:rPr>
        <w:t>John considered the notion of walking over to her and taking her life, but he recognized it wouldn't be enough. It wasn’t sufficient to merely end her existence; he needed to obliterate every aspect of her that might allow her to come back and haunt him. He couldn't afford to lower his defenses, fully aware that his own mother would seize any chance to kill him. She held the power to bring him back to life, in her own womb, and he would be defenseless against her, subjected to the same pain and suffering once again. John struggled to recall how he even made it back to his car.</w:t>
      </w:r>
      <w:r>
        <w:rPr>
          <w:rFonts w:ascii="IM Fell English" w:hAnsi="IM Fell English"/>
          <w:color w:val="141414"/>
          <w:sz w:val="24"/>
        </w:rPr>
      </w:r>
      <w:r>
        <w:rPr>
          <w:rFonts w:ascii="IM Fell English" w:hAnsi="IM Fell English"/>
          <w:color w:val="141414"/>
          <w:sz w:val="24"/>
        </w:rPr>
        <w:t>He scolded himself for losing focus, a rare occurrence for him. He remained in the car for another twenty minutes, vigilant and alert for any signs of danger. When he finally departed for home, he took every precaution to ensure he wasn't being followed. It was close to midnight when he finally arrived at the safety of his own home.</w:t>
      </w:r>
      <w:r>
        <w:rPr>
          <w:rFonts w:ascii="IM Fell English" w:hAnsi="IM Fell English"/>
          <w:color w:val="141414"/>
          <w:sz w:val="24"/>
        </w:rPr>
      </w:r>
      <w:r>
        <w:rPr>
          <w:rFonts w:ascii="IM Fell English" w:hAnsi="IM Fell English"/>
          <w:color w:val="141414"/>
          <w:sz w:val="24"/>
        </w:rPr>
        <w:t>John's residence sat just beyond the outskirts of Portland City, encompassed by sprawling acres of lush vegetation that served as a natural sound barrier and effectively shielded the entire house from the prying eyes of passersby. In his basement he had excavated the earth, laid the foundation, installed ventilation, and equipped the space with all the necessary tools to carry out his heinous deed — the repeated murder of his own mother.</w:t>
      </w:r>
      <w:r>
        <w:rPr>
          <w:rFonts w:ascii="IM Fell English" w:hAnsi="IM Fell English"/>
          <w:color w:val="141414"/>
          <w:sz w:val="24"/>
        </w:rPr>
      </w:r>
      <w:r>
        <w:rPr>
          <w:rFonts w:ascii="IM Fell English" w:hAnsi="IM Fell English"/>
          <w:color w:val="141414"/>
          <w:sz w:val="24"/>
        </w:rPr>
        <w:t>The design was deceptively simple, yet highly efficient. It allowed him to thoroughly cleanse the room with industrial-grade bleach, leaving no trace of evidence behind, not even a single skin cell. The entrance was cleverly concealed on the side of the house, accessible only by a set of sturdy double doors reminiscent of a hurricane shelter. This made it easy for John to transport his mother's body down the steps, effortlessly slung over his shoulder without having to bend or feel confined in any way.</w:t>
      </w:r>
      <w:r>
        <w:rPr>
          <w:rFonts w:ascii="IM Fell English" w:hAnsi="IM Fell English"/>
          <w:color w:val="141414"/>
          <w:sz w:val="24"/>
        </w:rPr>
      </w:r>
      <w:r>
        <w:rPr>
          <w:rFonts w:ascii="IM Fell English" w:hAnsi="IM Fell English"/>
          <w:color w:val="141414"/>
          <w:sz w:val="24"/>
        </w:rPr>
        <w:t>The concrete floor was initially plain, but he had later coated it with epoxy for easy cleaning and drainage of any human spillage. This way, he could easily douse and hose down the area with industrial grade bleach. Inside a dull metal cabinet, there were three sets of identical hospital gowns and Biohazard suits. Another cabinet had three shelves, each holding a long tray filled with an assortment of surgical tools necessary for a complete hysterectomy, along with sealed gloves. The third cabinet contained sealed paper/poly drop sheets, typically used by painters. It also held red Biohazard bags, which he placed inside a stainless steel bin. John had two of these bins, both lined with Biohazard bags, to dispose of any clothing, accessories, surgical utensils, drop sheets, surgical gowns, and even his shoes. Everything was carefully wrapped and disposed of in these two large bins.</w:t>
      </w:r>
      <w:r>
        <w:rPr>
          <w:rFonts w:ascii="IM Fell English" w:hAnsi="IM Fell English"/>
          <w:color w:val="141414"/>
          <w:sz w:val="24"/>
        </w:rPr>
      </w:r>
      <w:r>
        <w:rPr>
          <w:rFonts w:ascii="IM Fell English" w:hAnsi="IM Fell English"/>
          <w:color w:val="141414"/>
          <w:sz w:val="24"/>
        </w:rPr>
        <w:t>John brought and installed an MP100, a front-loading incinerator. He installed it in a shed at the back of his property. It was the sole occupant of the shed — a reliable and efficient solution for disposing of various clinical waste, such as syringes, needles, bandages, clothing, human by-products, and pharmaceuticals.</w:t>
      </w:r>
      <w:r>
        <w:rPr>
          <w:rFonts w:ascii="IM Fell English" w:hAnsi="IM Fell English"/>
          <w:color w:val="141414"/>
          <w:sz w:val="24"/>
        </w:rPr>
      </w:r>
      <w:r>
        <w:rPr>
          <w:rFonts w:ascii="IM Fell English" w:hAnsi="IM Fell English"/>
          <w:color w:val="141414"/>
          <w:sz w:val="24"/>
        </w:rPr>
        <w:t>Throughout the years, he had meticulously constructed his workshop to be uncomplicated, efficient, and precise. He had perfected the art of returning with his mother and terminating her life, eliminating her soul, which in turn redeemed his soul, and purging all remnants within her to reclaim him from the living world.</w:t>
      </w:r>
      <w:r>
        <w:rPr>
          <w:rFonts w:ascii="IM Fell English" w:hAnsi="IM Fell English"/>
          <w:color w:val="141414"/>
          <w:sz w:val="24"/>
        </w:rPr>
      </w:r>
    </w:p>
    <w:p>
      <w:pPr>
        <w:pStyle w:val="Heading1"/>
        <w:jc w:val="center"/>
      </w:pPr>
      <w:r>
        <w:rPr>
          <w:rFonts w:ascii="IM Fell English" w:hAnsi="IM Fell English"/>
          <w:color w:val="0D0D0D"/>
        </w:rPr>
        <w:t>Chapter 15</w:t>
      </w:r>
    </w:p>
    <w:p>
      <w:r>
        <w:rPr>
          <w:rFonts w:ascii="IM Fell English" w:hAnsi="IM Fell English"/>
          <w:color w:val="141414"/>
          <w:sz w:val="24"/>
        </w:rPr>
      </w:r>
      <w:r>
        <w:rPr>
          <w:rFonts w:ascii="IM Fell English" w:hAnsi="IM Fell English"/>
          <w:color w:val="141414"/>
          <w:sz w:val="24"/>
        </w:rPr>
        <w:t>John remained the statue. His breathing had slowed. His focus unwavering. Most of the world had dimmed and its sounds almost non-existent. His vision locked onto his mother sitting there drinking coffee without a care.</w:t>
      </w:r>
      <w:r>
        <w:rPr>
          <w:rFonts w:ascii="IM Fell English" w:hAnsi="IM Fell English"/>
          <w:color w:val="141414"/>
          <w:sz w:val="24"/>
        </w:rPr>
      </w:r>
      <w:r>
        <w:rPr>
          <w:rFonts w:ascii="IM Fell English" w:hAnsi="IM Fell English"/>
          <w:color w:val="141414"/>
          <w:sz w:val="24"/>
        </w:rPr>
        <w:t>With great precision, he always carefully examined each and every detail to ensure everything was in perfect order. Nestled in the trunk of his vehicle was a dark duffle bag, containing gorilla adhesive tape, a tactical knife, and a bottle of chloroform accompanied by large, absorbent cloths for administering it. He had gloves, a full protective mask, plastic sheets, and restraints.</w:t>
      </w:r>
      <w:r>
        <w:rPr>
          <w:rFonts w:ascii="IM Fell English" w:hAnsi="IM Fell English"/>
          <w:color w:val="141414"/>
          <w:sz w:val="24"/>
        </w:rPr>
      </w:r>
      <w:r>
        <w:rPr>
          <w:rFonts w:ascii="IM Fell English" w:hAnsi="IM Fell English"/>
          <w:color w:val="141414"/>
          <w:sz w:val="24"/>
        </w:rPr>
        <w:t>As his mother leisurely savored her coffee, forty minutes had elapsed. John casually monitored the passersby in the plaza, intently searching for the peculiar couple from the park, but to no avail. However, he did observe another couple situated on the opposite side of the entrance, mimicking the behavior of the couple in the park. They were dining together, seated across from each other, but conversing sparingly.</w:t>
      </w:r>
      <w:r>
        <w:rPr>
          <w:rFonts w:ascii="IM Fell English" w:hAnsi="IM Fell English"/>
          <w:color w:val="141414"/>
          <w:sz w:val="24"/>
        </w:rPr>
      </w:r>
      <w:r>
        <w:rPr>
          <w:rFonts w:ascii="IM Fell English" w:hAnsi="IM Fell English"/>
          <w:color w:val="141414"/>
          <w:sz w:val="24"/>
        </w:rPr>
        <w:t>Despite being in a social setting, they never intertwined their fingers or exchanged smiles like a content couple on a night out. Instead, they remained distant and focused on their surroundings, with their bags serving as a physical barrier between them. It was evident that they lacked intimacy, as a typical couple would desire ample space to gaze into each other's eyes, converse freely, and hold hands. They didn't engage with each other in any way, and their attention was mostly directed towards others around them.</w:t>
      </w:r>
      <w:r>
        <w:rPr>
          <w:rFonts w:ascii="IM Fell English" w:hAnsi="IM Fell English"/>
          <w:color w:val="141414"/>
          <w:sz w:val="24"/>
        </w:rPr>
      </w:r>
      <w:r>
        <w:rPr>
          <w:rFonts w:ascii="IM Fell English" w:hAnsi="IM Fell English"/>
          <w:color w:val="141414"/>
          <w:sz w:val="24"/>
        </w:rPr>
        <w:t>John made the conscious decision to join his mother at the coffee shop, choosing a table directly across from her. Crossing the street, he strolled towards the café with a casual air, not wanting to draw attention to himself, and focused solely on securing the desired table.</w:t>
      </w:r>
      <w:r>
        <w:rPr>
          <w:rFonts w:ascii="IM Fell English" w:hAnsi="IM Fell English"/>
          <w:color w:val="141414"/>
          <w:sz w:val="24"/>
        </w:rPr>
      </w:r>
      <w:r>
        <w:rPr>
          <w:rFonts w:ascii="IM Fell English" w:hAnsi="IM Fell English"/>
          <w:color w:val="141414"/>
          <w:sz w:val="24"/>
        </w:rPr>
        <w:t>As he got closer, his mother caught sight of him and their eyes met briefly before she returned to her book, nonchalantly observing the passersby. Taking a seat, John flashed a friendly smile at the waitress and placed an order for a cup of coffee. He then relaxed in his chair, crossing his legs and appearing engrossed in studying the simple two-page menu, which offered a variety of light snacks, assorted cakes, and desserts. The majority of the menu boasted an extensive selection of both alcoholic and non-alcoholic beverages, in various shapes, sizes, and flavors.</w:t>
      </w:r>
      <w:r>
        <w:rPr>
          <w:rFonts w:ascii="IM Fell English" w:hAnsi="IM Fell English"/>
          <w:color w:val="141414"/>
          <w:sz w:val="24"/>
        </w:rPr>
      </w:r>
      <w:r>
        <w:rPr>
          <w:rFonts w:ascii="IM Fell English" w:hAnsi="IM Fell English"/>
          <w:color w:val="141414"/>
          <w:sz w:val="24"/>
        </w:rPr>
        <w:t>John glanced at the crowd, leisurely observing the passersby. Shifting his gaze, he caught a glimpse of the unusual couple on the other side using his peripheral vision. The woman seemed particularly fixated on him, her attentiveness evident even in her moments of looking away. The café was now only half-occupied, as it was approaching 7:25pm and would soon close for the day. This was when business would come to a sluggish halt, with most people flocking to restaurants, clubs, and pubs. The atmosphere was becoming more carefree, with the conversations growing louder and the music blaring.</w:t>
      </w:r>
      <w:r>
        <w:rPr>
          <w:rFonts w:ascii="IM Fell English" w:hAnsi="IM Fell English"/>
          <w:color w:val="141414"/>
          <w:sz w:val="24"/>
        </w:rPr>
      </w:r>
      <w:r>
        <w:rPr>
          <w:rFonts w:ascii="IM Fell English" w:hAnsi="IM Fell English"/>
          <w:color w:val="141414"/>
          <w:sz w:val="24"/>
        </w:rPr>
        <w:t>As John's coffee arrived, he also ordered a slice of decadent New York cheesecake, accompanied by a scoop of creamy vanilla ice cream and a drizzle of tangy strawberry sauce. Not that he liked cheesecake, but rather it added to his disguise of blending in as a normal relaxed guy taking a little time to relax.</w:t>
      </w:r>
      <w:r>
        <w:rPr>
          <w:rFonts w:ascii="IM Fell English" w:hAnsi="IM Fell English"/>
          <w:color w:val="141414"/>
          <w:sz w:val="24"/>
        </w:rPr>
      </w:r>
      <w:r>
        <w:rPr>
          <w:rFonts w:ascii="IM Fell English" w:hAnsi="IM Fell English"/>
          <w:color w:val="141414"/>
          <w:sz w:val="24"/>
        </w:rPr>
        <w:t>As he stirred his coffee, he caught a glimpse of the couple in the reflection of the plaza doors. Occasionally, the woman and man would glance in John's direction, as if they were communicating with someone else who was not present. This made John wonder if they were using some sort of communication device, perhaps a radio.</w:t>
      </w:r>
      <w:r>
        <w:rPr>
          <w:rFonts w:ascii="IM Fell English" w:hAnsi="IM Fell English"/>
          <w:color w:val="141414"/>
          <w:sz w:val="24"/>
        </w:rPr>
      </w:r>
      <w:r>
        <w:rPr>
          <w:rFonts w:ascii="IM Fell English" w:hAnsi="IM Fell English"/>
          <w:color w:val="141414"/>
          <w:sz w:val="24"/>
        </w:rPr>
        <w:t>John was calm, his mind serene and composed. As he savored his coffee, he allowed his body to unwind. With his relaxed demeanor, he blended in with the other patrons of the coffee shop, simply another man enjoying his drink. Pulling out his mobile phone, he briefly scanned the latest news and weather updates on Google. Although he appeared to be engrossed in an article, he was merely skimming the screen, pausing every few seconds to maintain the illusion of reading.</w:t>
      </w:r>
      <w:r>
        <w:rPr>
          <w:rFonts w:ascii="IM Fell English" w:hAnsi="IM Fell English"/>
          <w:color w:val="141414"/>
          <w:sz w:val="24"/>
        </w:rPr>
      </w:r>
      <w:r>
        <w:rPr>
          <w:rFonts w:ascii="IM Fell English" w:hAnsi="IM Fell English"/>
          <w:color w:val="141414"/>
          <w:sz w:val="24"/>
        </w:rPr>
        <w:t>It was already 812pm, and he noticed a staff member wiping down tables and two others cleaning the small kitchen in preparation for the café's weekend closure, as they would not be open on Sunday.</w:t>
      </w:r>
      <w:r>
        <w:rPr>
          <w:rFonts w:ascii="IM Fell English" w:hAnsi="IM Fell English"/>
          <w:color w:val="141414"/>
          <w:sz w:val="24"/>
        </w:rPr>
      </w:r>
      <w:r>
        <w:rPr>
          <w:rFonts w:ascii="IM Fell English" w:hAnsi="IM Fell English"/>
          <w:color w:val="141414"/>
          <w:sz w:val="24"/>
        </w:rPr>
        <w:t>John felt a pang of uncertainty as he pondered how to initiate a conversation with his mother. He considered his usual strategies: casually asking about her latest book while sitting nearby, feigning clumsiness by dropping his keys, or inquiring about a good steak restaurant. He knew these approaches typically resonated well, and he felt confident in his ability to engage her. Armed with a disarming smile, clear and articulate speech, and an aptitude for maintaining direct eye contact while listening attentively, he was well-prepared. He read many books not for wisdom, nor for healing, but for something colder. Psychology, communication, the subtle dance of human behavior—each page was another key. To others, these were lessons in empathy; to him, they were maps of the human soul. And the closer he studied, the more clearly he believed he could see his victims before they ever saw him.</w:t>
      </w:r>
      <w:r>
        <w:rPr>
          <w:rFonts w:ascii="IM Fell English" w:hAnsi="IM Fell English"/>
          <w:color w:val="141414"/>
          <w:sz w:val="24"/>
        </w:rPr>
      </w:r>
      <w:r>
        <w:rPr>
          <w:rFonts w:ascii="IM Fell English" w:hAnsi="IM Fell English"/>
          <w:color w:val="141414"/>
          <w:sz w:val="24"/>
        </w:rPr>
        <w:t>John only had a few moments to decide or bide his time and hope for another chance. His usual tactic would be to arrange a coincidental meeting with his mother the next day, but with the unexpected encounter of two peculiar couples, John realized he would have to delay for at least 4–5 days or risk drawing unwanted attention.</w:t>
      </w:r>
      <w:r>
        <w:rPr>
          <w:rFonts w:ascii="IM Fell English" w:hAnsi="IM Fell English"/>
          <w:color w:val="141414"/>
          <w:sz w:val="24"/>
        </w:rPr>
      </w:r>
    </w:p>
    <w:p>
      <w:pPr>
        <w:pStyle w:val="Heading1"/>
        <w:jc w:val="center"/>
      </w:pPr>
      <w:r>
        <w:rPr>
          <w:rFonts w:ascii="IM Fell English" w:hAnsi="IM Fell English"/>
          <w:color w:val="0D0D0D"/>
        </w:rPr>
        <w:t>Chapter 16</w:t>
      </w:r>
    </w:p>
    <w:p>
      <w:r>
        <w:rPr>
          <w:rFonts w:ascii="IM Fell English" w:hAnsi="IM Fell English"/>
          <w:color w:val="141414"/>
          <w:sz w:val="24"/>
        </w:rPr>
      </w:r>
      <w:r>
        <w:rPr>
          <w:rFonts w:ascii="IM Fell English" w:hAnsi="IM Fell English"/>
          <w:color w:val="141414"/>
          <w:sz w:val="24"/>
        </w:rPr>
        <w:t>Suzan was in a state of pure euphoria, basking in the joy of finding such a strong connection with everyone around her. Jenny, Lauren, Paige, and Stephanie all had a great sense of humor and went out of their way to include Suzan, making her feel as though they had been lifelong friends after only a few short hours.</w:t>
      </w:r>
      <w:r>
        <w:rPr>
          <w:rFonts w:ascii="IM Fell English" w:hAnsi="IM Fell English"/>
          <w:color w:val="141414"/>
          <w:sz w:val="24"/>
        </w:rPr>
      </w:r>
      <w:r>
        <w:rPr>
          <w:rFonts w:ascii="IM Fell English" w:hAnsi="IM Fell English"/>
          <w:color w:val="141414"/>
          <w:sz w:val="24"/>
        </w:rPr>
        <w:t>It was almost 830pm, and they were standing around paying. They all had a pedicure. Stephanie got a shoulder massage, Lauren decided to get some new bling for her extra-long nails, Paige stayed with just the pedicure and Suzan decided to do something she hadn't done since she first met David, and that was to go blond again. It was a spur-of-the-moment decision and the salon was able to fit her in immediately due to a cancellation not 5 mins before they walked into the shop. It was like fate, Susan thought.</w:t>
      </w:r>
      <w:r>
        <w:rPr>
          <w:rFonts w:ascii="IM Fell English" w:hAnsi="IM Fell English"/>
          <w:color w:val="141414"/>
          <w:sz w:val="24"/>
        </w:rPr>
      </w:r>
      <w:r>
        <w:rPr>
          <w:rFonts w:ascii="IM Fell English" w:hAnsi="IM Fell English"/>
          <w:color w:val="141414"/>
          <w:sz w:val="24"/>
        </w:rPr>
        <w:t>They talked and laughed so much over the stupid things their spouses did and said. The stupid things their spouses brought and broke. Or, the stupid things their spouses were likely to do in the future.</w:t>
      </w:r>
      <w:r>
        <w:rPr>
          <w:rFonts w:ascii="IM Fell English" w:hAnsi="IM Fell English"/>
          <w:color w:val="141414"/>
          <w:sz w:val="24"/>
        </w:rPr>
      </w:r>
      <w:r>
        <w:rPr>
          <w:rFonts w:ascii="IM Fell English" w:hAnsi="IM Fell English"/>
          <w:color w:val="141414"/>
          <w:sz w:val="24"/>
        </w:rPr>
        <w:t>Suzan told them her entire life's story and how she and David met and how they could never get over the fact neither Suzan nor David knew the sex of the baby. They were flabbergasted and wanting to know how she was going to buy baby clothes before the baby is born, what colors to paint the baby's room, type of cot, gifts, socks, bibs, bottles, colored spoons, diapers, toys, and more.</w:t>
      </w:r>
      <w:r>
        <w:rPr>
          <w:rFonts w:ascii="IM Fell English" w:hAnsi="IM Fell English"/>
          <w:color w:val="141414"/>
          <w:sz w:val="24"/>
        </w:rPr>
      </w:r>
      <w:r>
        <w:rPr>
          <w:rFonts w:ascii="IM Fell English" w:hAnsi="IM Fell English"/>
          <w:color w:val="141414"/>
          <w:sz w:val="24"/>
        </w:rPr>
        <w:t>They did, however, strike a deal with Suzan that on the day the baby was born, Paige, Jenny, Stephanie, and Lauren would dedicate the next two days to shopping for clothes and other baby essentials. They understood that Suzan would be too exhausted to handle it herself, and they weren’t about to leave it in David’s hands, knowing he wouldn’t have a clue where to start.</w:t>
      </w:r>
      <w:r>
        <w:rPr>
          <w:rFonts w:ascii="IM Fell English" w:hAnsi="IM Fell English"/>
          <w:color w:val="141414"/>
          <w:sz w:val="24"/>
        </w:rPr>
      </w:r>
      <w:r>
        <w:rPr>
          <w:rFonts w:ascii="IM Fell English" w:hAnsi="IM Fell English"/>
          <w:color w:val="141414"/>
          <w:sz w:val="24"/>
        </w:rPr>
        <w:t>Susan waited outside the Salon, located right next to the Plaza entrance. She checked her phone but found no missed calls or texts from David. This evoked a mix of emotions — contentment at not having to give a detailed account of her day, but also a tinge of sadness that David hadn't reached out to her to express how much he missed her or wished he was there.</w:t>
      </w:r>
      <w:r>
        <w:rPr>
          <w:rFonts w:ascii="IM Fell English" w:hAnsi="IM Fell English"/>
          <w:color w:val="141414"/>
          <w:sz w:val="24"/>
        </w:rPr>
      </w:r>
      <w:r>
        <w:rPr>
          <w:rFonts w:ascii="IM Fell English" w:hAnsi="IM Fell English"/>
          <w:color w:val="141414"/>
          <w:sz w:val="24"/>
        </w:rPr>
        <w:t>In the Plaza directly across from the Salon, she could see her new friends gathered outside Michael Hill's jewelry store, admiring the dazzling display of bracelets, rings, earrings, necklaces, and more. The variety was overwhelming, with options ranging from gold and silver to 12 or 24-carat pieces, studded with rubies and diamonds, and even antique designs — all at a tempting discount.</w:t>
      </w:r>
      <w:r>
        <w:rPr>
          <w:rFonts w:ascii="IM Fell English" w:hAnsi="IM Fell English"/>
          <w:color w:val="141414"/>
          <w:sz w:val="24"/>
        </w:rPr>
      </w:r>
      <w:r>
        <w:rPr>
          <w:rFonts w:ascii="IM Fell English" w:hAnsi="IM Fell English"/>
          <w:color w:val="141414"/>
          <w:sz w:val="24"/>
        </w:rPr>
        <w:t>As they chatted, Paige shared her plans of dropping hints to her husband to buy her the exquisite 10-Carat TW Diamond Tennis Bracelet in 14kt White Gold, worth a whopping $35K. The group chuckled at the thought, knowing it was a farfetched dream for someone earning a cop's salary.</w:t>
      </w:r>
      <w:r>
        <w:rPr>
          <w:rFonts w:ascii="IM Fell English" w:hAnsi="IM Fell English"/>
          <w:color w:val="141414"/>
          <w:sz w:val="24"/>
        </w:rPr>
      </w:r>
      <w:r>
        <w:rPr>
          <w:rFonts w:ascii="IM Fell English" w:hAnsi="IM Fell English"/>
          <w:color w:val="141414"/>
          <w:sz w:val="24"/>
        </w:rPr>
        <w:t>Feeling a bit stuffy in the crowded plaza, Suzan decided to step outside and sit on the small bench next to a lush fern. The cool night air was refreshing, and from her vantage point, she could still see her friends window shopping and enjoying each other's company outside the jewelers.</w:t>
      </w:r>
      <w:r>
        <w:rPr>
          <w:rFonts w:ascii="IM Fell English" w:hAnsi="IM Fell English"/>
          <w:color w:val="141414"/>
          <w:sz w:val="24"/>
        </w:rPr>
      </w:r>
      <w:r>
        <w:rPr>
          <w:rFonts w:ascii="IM Fell English" w:hAnsi="IM Fell English"/>
          <w:color w:val="141414"/>
          <w:sz w:val="24"/>
        </w:rPr>
        <w:t>Lost in her thoughts, she reminisced about the past few months. Leaving her hometown of Armidale and all her dear friends had been a difficult move. She couldn't help feeling overwhelmed by the sudden change. And whenever David came home late from work, she would experience a mix of emotions. She had stopped watching the news, reading newspapers, and browsing news articles on her phone. The thought of another woman reading about a police officer named David who never returned home from work haunted her, so she avoided anything that could tempt fate.</w:t>
      </w:r>
      <w:r>
        <w:rPr>
          <w:rFonts w:ascii="IM Fell English" w:hAnsi="IM Fell English"/>
          <w:color w:val="141414"/>
          <w:sz w:val="24"/>
        </w:rPr>
      </w:r>
      <w:r>
        <w:rPr>
          <w:rFonts w:ascii="IM Fell English" w:hAnsi="IM Fell English"/>
          <w:color w:val="141414"/>
          <w:sz w:val="24"/>
        </w:rPr>
        <w:t>But then she heard Stephanie's uncontrollable laughter and it made her smile. She had made new friends here — people she genuinely liked and who showed a genuine interest in her. Maybe everything would turn out just fine, she thought, as she rubbed her tummy, feeling the little person inside her moving around. "Suzan...SUZAN!!!" she heard someone call her name.</w:t>
      </w:r>
      <w:r>
        <w:rPr>
          <w:rFonts w:ascii="IM Fell English" w:hAnsi="IM Fell English"/>
          <w:color w:val="141414"/>
          <w:sz w:val="24"/>
        </w:rPr>
      </w:r>
      <w:r>
        <w:rPr>
          <w:rFonts w:ascii="IM Fell English" w:hAnsi="IM Fell English"/>
          <w:color w:val="141414"/>
          <w:sz w:val="24"/>
        </w:rPr>
        <w:t>Suzan looked up to see Jenny waving her arms, gesturing for her to follow. Lauren, Paige, and Stephanie were already walking towards the other end of the plaza. "Suzan, the restaurant is on the other side of the plaza," Jenny shouted.</w:t>
      </w:r>
      <w:r>
        <w:rPr>
          <w:rFonts w:ascii="IM Fell English" w:hAnsi="IM Fell English"/>
          <w:color w:val="141414"/>
          <w:sz w:val="24"/>
        </w:rPr>
      </w:r>
      <w:r>
        <w:rPr>
          <w:rFonts w:ascii="IM Fell English" w:hAnsi="IM Fell English"/>
          <w:color w:val="141414"/>
          <w:sz w:val="24"/>
        </w:rPr>
        <w:t>Suzan smiled and waved back, signaling that she had heard her. As she slowly stood up, she heard a loud noise — like a chair being knocked over and metal cutlery hitting the concrete ground.</w:t>
      </w:r>
      <w:r>
        <w:rPr>
          <w:rFonts w:ascii="IM Fell English" w:hAnsi="IM Fell English"/>
          <w:color w:val="141414"/>
          <w:sz w:val="24"/>
        </w:rPr>
      </w:r>
      <w:r>
        <w:rPr>
          <w:rFonts w:ascii="IM Fell English" w:hAnsi="IM Fell English"/>
          <w:color w:val="141414"/>
          <w:sz w:val="24"/>
        </w:rPr>
        <w:t>"Are you alright?" a woman's voice asked, sounding concerned. Suzan turned to see a woman looking at a male person. He seemed to be looking right at her.</w:t>
      </w:r>
      <w:r>
        <w:rPr>
          <w:rFonts w:ascii="IM Fell English" w:hAnsi="IM Fell English"/>
          <w:color w:val="141414"/>
          <w:sz w:val="24"/>
        </w:rPr>
      </w:r>
      <w:r>
        <w:rPr>
          <w:rFonts w:ascii="IM Fell English" w:hAnsi="IM Fell English"/>
          <w:color w:val="141414"/>
          <w:sz w:val="24"/>
        </w:rPr>
        <w:t>"Hello. Are you okay?" the woman asked the male person again.</w:t>
      </w:r>
      <w:r>
        <w:rPr>
          <w:rFonts w:ascii="IM Fell English" w:hAnsi="IM Fell English"/>
          <w:color w:val="141414"/>
          <w:sz w:val="24"/>
        </w:rPr>
      </w:r>
      <w:r>
        <w:rPr>
          <w:rFonts w:ascii="IM Fell English" w:hAnsi="IM Fell English"/>
          <w:color w:val="141414"/>
          <w:sz w:val="24"/>
        </w:rPr>
        <w:t>Suzan thought it odd this man was just staring at her, but the thought disappeared as quickly as it came, given the sudden shifting of the little human inside her, right on top of her bladder in all places. Must pee she thought.</w:t>
      </w:r>
      <w:r>
        <w:rPr>
          <w:rFonts w:ascii="IM Fell English" w:hAnsi="IM Fell English"/>
          <w:color w:val="141414"/>
          <w:sz w:val="24"/>
        </w:rPr>
      </w:r>
      <w:r>
        <w:rPr>
          <w:rFonts w:ascii="IM Fell English" w:hAnsi="IM Fell English"/>
          <w:color w:val="141414"/>
          <w:sz w:val="24"/>
        </w:rPr>
        <w:t>Suzan moved towards the plaza, where she could see Jenny's big smile and hear the sound of three boisterous women singing "We are the champions, of the world!" at the top of their lungs.</w:t>
      </w:r>
      <w:r>
        <w:rPr>
          <w:rFonts w:ascii="IM Fell English" w:hAnsi="IM Fell English"/>
          <w:color w:val="141414"/>
          <w:sz w:val="24"/>
        </w:rPr>
      </w:r>
    </w:p>
    <w:p>
      <w:pPr>
        <w:pStyle w:val="Heading1"/>
        <w:jc w:val="center"/>
      </w:pPr>
      <w:r>
        <w:rPr>
          <w:rFonts w:ascii="IM Fell English" w:hAnsi="IM Fell English"/>
          <w:color w:val="0D0D0D"/>
        </w:rPr>
        <w:t>Chapter 17</w:t>
      </w:r>
    </w:p>
    <w:p>
      <w:r>
        <w:rPr>
          <w:rFonts w:ascii="IM Fell English" w:hAnsi="IM Fell English"/>
          <w:color w:val="141414"/>
          <w:sz w:val="24"/>
        </w:rPr>
      </w:r>
      <w:r>
        <w:rPr>
          <w:rFonts w:ascii="IM Fell English" w:hAnsi="IM Fell English"/>
          <w:color w:val="141414"/>
          <w:sz w:val="24"/>
        </w:rPr>
        <w:t>8:23pm.</w:t>
      </w:r>
      <w:r>
        <w:rPr>
          <w:rFonts w:ascii="IM Fell English" w:hAnsi="IM Fell English"/>
          <w:color w:val="141414"/>
          <w:sz w:val="24"/>
        </w:rPr>
      </w:r>
      <w:r>
        <w:rPr>
          <w:rFonts w:ascii="IM Fell English" w:hAnsi="IM Fell English"/>
          <w:color w:val="141414"/>
          <w:sz w:val="24"/>
        </w:rPr>
        <w:t>John observed his mother preparing to leave, carefully tucking away her glasses, book, and other essentials into her tote bag.</w:t>
      </w:r>
      <w:r>
        <w:rPr>
          <w:rFonts w:ascii="IM Fell English" w:hAnsi="IM Fell English"/>
          <w:color w:val="141414"/>
          <w:sz w:val="24"/>
        </w:rPr>
      </w:r>
      <w:r>
        <w:rPr>
          <w:rFonts w:ascii="IM Fell English" w:hAnsi="IM Fell English"/>
          <w:color w:val="141414"/>
          <w:sz w:val="24"/>
        </w:rPr>
        <w:t>As he sat at the table with a half-eaten slice of cheesecake and a third of coffee left in his cup, he came up with a plan. He would wait until she finished her meal and was about to get up. Then, as he reached for his keys and purposely missed his pocket, he would watch them skitter towards her, knowing she would kindly pick them up for him. This would be his subtle way of getting her attention. With a charming smile and a sincere apology, he would ask if she had any plans and if she answered no, he would suggest they have an innocent meal and drink together since he was not in the mood to cook at home. It was a simple plan.</w:t>
      </w:r>
      <w:r>
        <w:rPr>
          <w:rFonts w:ascii="IM Fell English" w:hAnsi="IM Fell English"/>
          <w:color w:val="141414"/>
          <w:sz w:val="24"/>
        </w:rPr>
      </w:r>
      <w:r>
        <w:rPr>
          <w:rFonts w:ascii="IM Fell English" w:hAnsi="IM Fell English"/>
          <w:color w:val="141414"/>
          <w:sz w:val="24"/>
        </w:rPr>
        <w:t>John was set on putting the odd couple to the test, hoping to confirm his suspicion that his mother wasn't alone. If his hunch proved true, he knew he'd have to completely alter his strategy. He would have to become more guarded and less charming, aiming to leave a less harmonious impression. Typically, he would arrange for further meetings with his mother, but this time he would simply express his appreciation and take his leave. He would observe if his mother suggested another get-together, and if she did, he would graciously decline. However, he would request her contact information, so that in case of any changes, he could get in touch with her.</w:t>
      </w:r>
      <w:r>
        <w:rPr>
          <w:rFonts w:ascii="IM Fell English" w:hAnsi="IM Fell English"/>
          <w:color w:val="141414"/>
          <w:sz w:val="24"/>
        </w:rPr>
      </w:r>
      <w:r>
        <w:rPr>
          <w:rFonts w:ascii="IM Fell English" w:hAnsi="IM Fell English"/>
          <w:color w:val="141414"/>
          <w:sz w:val="24"/>
        </w:rPr>
        <w:t>John could use this as an opportunity to postpone reaching out to her and instead focus on planning their next meeting. He could spend a couple of days trailing and surveilling her. He was aware of her residence and the unoccupied townhouse across from it, giving him the chance to install a wireless remote camera and monitor any visitors, including his mother's comings and goings.</w:t>
      </w:r>
      <w:r>
        <w:rPr>
          <w:rFonts w:ascii="IM Fell English" w:hAnsi="IM Fell English"/>
          <w:color w:val="141414"/>
          <w:sz w:val="24"/>
        </w:rPr>
      </w:r>
      <w:r>
        <w:rPr>
          <w:rFonts w:ascii="IM Fell English" w:hAnsi="IM Fell English"/>
          <w:color w:val="141414"/>
          <w:sz w:val="24"/>
        </w:rPr>
        <w:t>John still felt increasingly unsettled by his mother's sudden return and found himself contemplating the reasons behind it. It had been several weeks since he had ended her life, back when she was reincarnated as Emily.</w:t>
      </w:r>
      <w:r>
        <w:rPr>
          <w:rFonts w:ascii="IM Fell English" w:hAnsi="IM Fell English"/>
          <w:color w:val="141414"/>
          <w:sz w:val="24"/>
        </w:rPr>
      </w:r>
      <w:r>
        <w:rPr>
          <w:rFonts w:ascii="IM Fell English" w:hAnsi="IM Fell English"/>
          <w:color w:val="141414"/>
          <w:sz w:val="24"/>
        </w:rPr>
        <w:t>John was bewildered by the situation at hand. He decided this time, instead of swiftly ending his mother's life, he would take the time to inquire about her methods. Was there a hidden knowledge of reincarnation that eluded the living, and more importantly, why was she in such a hurry to return? What was her ultimate motive?</w:t>
      </w:r>
      <w:r>
        <w:rPr>
          <w:rFonts w:ascii="IM Fell English" w:hAnsi="IM Fell English"/>
          <w:color w:val="141414"/>
          <w:sz w:val="24"/>
        </w:rPr>
      </w:r>
      <w:r>
        <w:rPr>
          <w:rFonts w:ascii="IM Fell English" w:hAnsi="IM Fell English"/>
          <w:color w:val="141414"/>
          <w:sz w:val="24"/>
        </w:rPr>
        <w:t>Timing was everything.</w:t>
      </w:r>
      <w:r>
        <w:rPr>
          <w:rFonts w:ascii="IM Fell English" w:hAnsi="IM Fell English"/>
          <w:color w:val="141414"/>
          <w:sz w:val="24"/>
        </w:rPr>
      </w:r>
      <w:r>
        <w:rPr>
          <w:rFonts w:ascii="IM Fell English" w:hAnsi="IM Fell English"/>
          <w:color w:val="141414"/>
          <w:sz w:val="24"/>
        </w:rPr>
        <w:t>John caught a glimpse of his mother standing up in his peripheral vision, prompting him to rise from his seat.</w:t>
      </w:r>
      <w:r>
        <w:rPr>
          <w:rFonts w:ascii="IM Fell English" w:hAnsi="IM Fell English"/>
          <w:color w:val="141414"/>
          <w:sz w:val="24"/>
        </w:rPr>
      </w:r>
      <w:r>
        <w:rPr>
          <w:rFonts w:ascii="IM Fell English" w:hAnsi="IM Fell English"/>
          <w:color w:val="141414"/>
          <w:sz w:val="24"/>
        </w:rPr>
        <w:t>Then time slowed.</w:t>
      </w:r>
      <w:r>
        <w:rPr>
          <w:rFonts w:ascii="IM Fell English" w:hAnsi="IM Fell English"/>
          <w:color w:val="141414"/>
          <w:sz w:val="24"/>
        </w:rPr>
      </w:r>
      <w:r>
        <w:rPr>
          <w:rFonts w:ascii="IM Fell English" w:hAnsi="IM Fell English"/>
          <w:color w:val="141414"/>
          <w:sz w:val="24"/>
        </w:rPr>
        <w:t>The plaza doors opened.</w:t>
      </w:r>
      <w:r>
        <w:rPr>
          <w:rFonts w:ascii="IM Fell English" w:hAnsi="IM Fell English"/>
          <w:color w:val="141414"/>
          <w:sz w:val="24"/>
        </w:rPr>
      </w:r>
      <w:r>
        <w:rPr>
          <w:rFonts w:ascii="IM Fell English" w:hAnsi="IM Fell English"/>
          <w:color w:val="141414"/>
          <w:sz w:val="24"/>
        </w:rPr>
        <w:t>A group walked out laughing with several other couples.</w:t>
      </w:r>
      <w:r>
        <w:rPr>
          <w:rFonts w:ascii="IM Fell English" w:hAnsi="IM Fell English"/>
          <w:color w:val="141414"/>
          <w:sz w:val="24"/>
        </w:rPr>
      </w:r>
      <w:r>
        <w:rPr>
          <w:rFonts w:ascii="IM Fell English" w:hAnsi="IM Fell English"/>
          <w:color w:val="141414"/>
          <w:sz w:val="24"/>
        </w:rPr>
        <w:t>John was reaching for his keys to turn.</w:t>
      </w:r>
      <w:r>
        <w:rPr>
          <w:rFonts w:ascii="IM Fell English" w:hAnsi="IM Fell English"/>
          <w:color w:val="141414"/>
          <w:sz w:val="24"/>
        </w:rPr>
      </w:r>
      <w:r>
        <w:rPr>
          <w:rFonts w:ascii="IM Fell English" w:hAnsi="IM Fell English"/>
          <w:color w:val="141414"/>
          <w:sz w:val="24"/>
        </w:rPr>
        <w:t>"Suzan...SUZAN!" he heard the name being called as he glanced towards the sound.</w:t>
      </w:r>
      <w:r>
        <w:rPr>
          <w:rFonts w:ascii="IM Fell English" w:hAnsi="IM Fell English"/>
          <w:color w:val="141414"/>
          <w:sz w:val="24"/>
        </w:rPr>
      </w:r>
      <w:r>
        <w:rPr>
          <w:rFonts w:ascii="IM Fell English" w:hAnsi="IM Fell English"/>
          <w:color w:val="141414"/>
          <w:sz w:val="24"/>
        </w:rPr>
        <w:t>A glimpse of blonde hair caught his eye.</w:t>
      </w:r>
      <w:r>
        <w:rPr>
          <w:rFonts w:ascii="IM Fell English" w:hAnsi="IM Fell English"/>
          <w:color w:val="141414"/>
          <w:sz w:val="24"/>
        </w:rPr>
      </w:r>
      <w:r>
        <w:rPr>
          <w:rFonts w:ascii="IM Fell English" w:hAnsi="IM Fell English"/>
          <w:color w:val="141414"/>
          <w:sz w:val="24"/>
        </w:rPr>
        <w:t>People paused near him.</w:t>
      </w:r>
      <w:r>
        <w:rPr>
          <w:rFonts w:ascii="IM Fell English" w:hAnsi="IM Fell English"/>
          <w:color w:val="141414"/>
          <w:sz w:val="24"/>
        </w:rPr>
      </w:r>
      <w:r>
        <w:rPr>
          <w:rFonts w:ascii="IM Fell English" w:hAnsi="IM Fell English"/>
          <w:color w:val="141414"/>
          <w:sz w:val="24"/>
        </w:rPr>
        <w:t>Others laughed.</w:t>
      </w:r>
      <w:r>
        <w:rPr>
          <w:rFonts w:ascii="IM Fell English" w:hAnsi="IM Fell English"/>
          <w:color w:val="141414"/>
          <w:sz w:val="24"/>
        </w:rPr>
      </w:r>
      <w:r>
        <w:rPr>
          <w:rFonts w:ascii="IM Fell English" w:hAnsi="IM Fell English"/>
          <w:color w:val="141414"/>
          <w:sz w:val="24"/>
        </w:rPr>
        <w:t>The sensation registered sharply, yet it echoed within him like a cacophony of disconnection, as if his eyes, sensors, brain, and consciousness were all caught in a chaotic whirlpool. It was a surreal experience — a disconnect from reality that would leave anyone gasping for breath. No physical harm graced his body, but the impact was staggering, striking him deep in the core, a brutal hit to the gut that stole the very air from his lungs. The invisible force crashed against him, a visceral wave that left him reeling, grappling to regain control. The world around him blurred, each sound amplified, every heartbeat thunderous in his ears. At that moment, he was ensnared in a whirlwind of confusion and raw sensation, struggling to find his footing amid the storm.</w:t>
      </w:r>
      <w:r>
        <w:rPr>
          <w:rFonts w:ascii="IM Fell English" w:hAnsi="IM Fell English"/>
          <w:color w:val="141414"/>
          <w:sz w:val="24"/>
        </w:rPr>
      </w:r>
      <w:r>
        <w:rPr>
          <w:rFonts w:ascii="IM Fell English" w:hAnsi="IM Fell English"/>
          <w:color w:val="141414"/>
          <w:sz w:val="24"/>
        </w:rPr>
        <w:t>The blonde figure struggled to lift herself up from the seat, smiling outside the plaza doors.</w:t>
      </w:r>
      <w:r>
        <w:rPr>
          <w:rFonts w:ascii="IM Fell English" w:hAnsi="IM Fell English"/>
          <w:color w:val="141414"/>
          <w:sz w:val="24"/>
        </w:rPr>
      </w:r>
      <w:r>
        <w:rPr>
          <w:rFonts w:ascii="IM Fell English" w:hAnsi="IM Fell English"/>
          <w:color w:val="141414"/>
          <w:sz w:val="24"/>
        </w:rPr>
        <w:t>John's arm seemed to act independently as it clumsily fumbled with his keys, causing his coffee to spill and the cup and spoon to clatter onto the concrete floor. His grip on the keys loosened, and they scattered towards his mother. Startled by the sudden noise, his mother flinched as the coffee cup and spoon crashed to the ground, and the keys landed at her feet.</w:t>
      </w:r>
      <w:r>
        <w:rPr>
          <w:rFonts w:ascii="IM Fell English" w:hAnsi="IM Fell English"/>
          <w:color w:val="141414"/>
          <w:sz w:val="24"/>
        </w:rPr>
      </w:r>
      <w:r>
        <w:rPr>
          <w:rFonts w:ascii="IM Fell English" w:hAnsi="IM Fell English"/>
          <w:color w:val="141414"/>
          <w:sz w:val="24"/>
        </w:rPr>
        <w:t>John was completely breathless, unable to look away from the scene unfolding before him. His gaze was fixated on the figure in front of him, but his mind was incapable of comprehending and processing the sight.</w:t>
      </w:r>
      <w:r>
        <w:rPr>
          <w:rFonts w:ascii="IM Fell English" w:hAnsi="IM Fell English"/>
          <w:color w:val="141414"/>
          <w:sz w:val="24"/>
        </w:rPr>
      </w:r>
      <w:r>
        <w:rPr>
          <w:rFonts w:ascii="IM Fell English" w:hAnsi="IM Fell English"/>
          <w:color w:val="141414"/>
          <w:sz w:val="24"/>
        </w:rPr>
        <w:t>"Are you alright?" a woman's voice asked, sounding concerned.</w:t>
      </w:r>
      <w:r>
        <w:rPr>
          <w:rFonts w:ascii="IM Fell English" w:hAnsi="IM Fell English"/>
          <w:color w:val="141414"/>
          <w:sz w:val="24"/>
        </w:rPr>
      </w:r>
      <w:r>
        <w:rPr>
          <w:rFonts w:ascii="IM Fell English" w:hAnsi="IM Fell English"/>
          <w:color w:val="141414"/>
          <w:sz w:val="24"/>
        </w:rPr>
        <w:t>John couldn't move. He was simply made of stone.</w:t>
      </w:r>
      <w:r>
        <w:rPr>
          <w:rFonts w:ascii="IM Fell English" w:hAnsi="IM Fell English"/>
          <w:color w:val="141414"/>
          <w:sz w:val="24"/>
        </w:rPr>
      </w:r>
      <w:r>
        <w:rPr>
          <w:rFonts w:ascii="IM Fell English" w:hAnsi="IM Fell English"/>
          <w:color w:val="141414"/>
          <w:sz w:val="24"/>
        </w:rPr>
        <w:t>The blonde woman on the bench turned towards him. He didn't look away.</w:t>
      </w:r>
      <w:r>
        <w:rPr>
          <w:rFonts w:ascii="IM Fell English" w:hAnsi="IM Fell English"/>
          <w:color w:val="141414"/>
          <w:sz w:val="24"/>
        </w:rPr>
      </w:r>
      <w:r>
        <w:rPr>
          <w:rFonts w:ascii="IM Fell English" w:hAnsi="IM Fell English"/>
          <w:color w:val="141414"/>
          <w:sz w:val="24"/>
        </w:rPr>
        <w:t>Their eyes locked.</w:t>
      </w:r>
      <w:r>
        <w:rPr>
          <w:rFonts w:ascii="IM Fell English" w:hAnsi="IM Fell English"/>
          <w:color w:val="141414"/>
          <w:sz w:val="24"/>
        </w:rPr>
      </w:r>
      <w:r>
        <w:rPr>
          <w:rFonts w:ascii="IM Fell English" w:hAnsi="IM Fell English"/>
          <w:color w:val="141414"/>
          <w:sz w:val="24"/>
        </w:rPr>
        <w:t>"Hello. Are you okay?" the woman asked him again.</w:t>
      </w:r>
      <w:r>
        <w:rPr>
          <w:rFonts w:ascii="IM Fell English" w:hAnsi="IM Fell English"/>
          <w:color w:val="141414"/>
          <w:sz w:val="24"/>
        </w:rPr>
      </w:r>
      <w:r>
        <w:rPr>
          <w:rFonts w:ascii="IM Fell English" w:hAnsi="IM Fell English"/>
          <w:color w:val="141414"/>
          <w:sz w:val="24"/>
        </w:rPr>
        <w:t>The blonde woman on the bench turned away as she responded to a name, Suzan. Someone was calling her from inside the plaza to follow her. They were smiling at each other.</w:t>
      </w:r>
      <w:r>
        <w:rPr>
          <w:rFonts w:ascii="IM Fell English" w:hAnsi="IM Fell English"/>
          <w:color w:val="141414"/>
          <w:sz w:val="24"/>
        </w:rPr>
      </w:r>
      <w:r>
        <w:rPr>
          <w:rFonts w:ascii="IM Fell English" w:hAnsi="IM Fell English"/>
          <w:color w:val="141414"/>
          <w:sz w:val="24"/>
        </w:rPr>
        <w:t>John watched and again the synapses in his brain struggled to comprehend what he was witnessing.</w:t>
      </w:r>
      <w:r>
        <w:rPr>
          <w:rFonts w:ascii="IM Fell English" w:hAnsi="IM Fell English"/>
          <w:color w:val="141414"/>
          <w:sz w:val="24"/>
        </w:rPr>
      </w:r>
      <w:r>
        <w:rPr>
          <w:rFonts w:ascii="IM Fell English" w:hAnsi="IM Fell English"/>
          <w:color w:val="141414"/>
          <w:sz w:val="24"/>
        </w:rPr>
        <w:t>He locked eyes with her for the briefest moment before she turned and walked inside.</w:t>
      </w:r>
      <w:r>
        <w:rPr>
          <w:rFonts w:ascii="IM Fell English" w:hAnsi="IM Fell English"/>
          <w:color w:val="141414"/>
          <w:sz w:val="24"/>
        </w:rPr>
      </w:r>
      <w:r>
        <w:rPr>
          <w:rFonts w:ascii="IM Fell English" w:hAnsi="IM Fell English"/>
          <w:color w:val="141414"/>
          <w:sz w:val="24"/>
        </w:rPr>
        <w:t>Drawing breathe for the first time in what seemed like an eternity, he quietly said, "Pregnant".</w:t>
      </w:r>
      <w:r>
        <w:rPr>
          <w:rFonts w:ascii="IM Fell English" w:hAnsi="IM Fell English"/>
          <w:color w:val="141414"/>
          <w:sz w:val="24"/>
        </w:rPr>
      </w:r>
      <w:r>
        <w:rPr>
          <w:rFonts w:ascii="IM Fell English" w:hAnsi="IM Fell English"/>
          <w:color w:val="141414"/>
          <w:sz w:val="24"/>
        </w:rPr>
        <w:t>As his eyes gradually adjusted to his surroundings, a figure materialized before him. Slowly, he began to recall the events that had brought him here. "I'm sorry," murmured a confused woman, standing in front of him. John shook his head, trying to regain his senses. As he gazed at the woman before him, memories flooded back. He had a task to complete before...what was her name again? Suzan, that's right...before Suzan appeared</w:t>
      </w:r>
      <w:r>
        <w:rPr>
          <w:rFonts w:ascii="IM Fell English" w:hAnsi="IM Fell English"/>
          <w:color w:val="141414"/>
          <w:sz w:val="24"/>
        </w:rPr>
      </w:r>
      <w:r>
        <w:rPr>
          <w:rFonts w:ascii="IM Fell English" w:hAnsi="IM Fell English"/>
          <w:color w:val="141414"/>
          <w:sz w:val="24"/>
        </w:rPr>
        <w:t>John flashed a polite smile at the mother standing in front of him, attempting to appear embarrassed.</w:t>
      </w:r>
      <w:r>
        <w:rPr>
          <w:rFonts w:ascii="IM Fell English" w:hAnsi="IM Fell English"/>
          <w:color w:val="141414"/>
          <w:sz w:val="24"/>
        </w:rPr>
      </w:r>
      <w:r>
        <w:rPr>
          <w:rFonts w:ascii="IM Fell English" w:hAnsi="IM Fell English"/>
          <w:color w:val="141414"/>
          <w:sz w:val="24"/>
        </w:rPr>
        <w:t>"My apologies," he said, taking the keys from her outstretched hand.</w:t>
      </w:r>
      <w:r>
        <w:rPr>
          <w:rFonts w:ascii="IM Fell English" w:hAnsi="IM Fell English"/>
          <w:color w:val="141414"/>
          <w:sz w:val="24"/>
        </w:rPr>
      </w:r>
      <w:r>
        <w:rPr>
          <w:rFonts w:ascii="IM Fell English" w:hAnsi="IM Fell English"/>
          <w:color w:val="141414"/>
          <w:sz w:val="24"/>
        </w:rPr>
        <w:t>"I may have stood up too quickly and felt a bit lightheaded." He placed a hand on his forehead, feigning a sudden realization.</w:t>
      </w:r>
      <w:r>
        <w:rPr>
          <w:rFonts w:ascii="IM Fell English" w:hAnsi="IM Fell English"/>
          <w:color w:val="141414"/>
          <w:sz w:val="24"/>
        </w:rPr>
      </w:r>
      <w:r>
        <w:rPr>
          <w:rFonts w:ascii="IM Fell English" w:hAnsi="IM Fell English"/>
          <w:color w:val="141414"/>
          <w:sz w:val="24"/>
        </w:rPr>
        <w:t>"I just realized I haven't eaten in quite some time and the coffee and cheesecake were not the best choice. I believe I need something more substantial."</w:t>
      </w:r>
      <w:r>
        <w:rPr>
          <w:rFonts w:ascii="IM Fell English" w:hAnsi="IM Fell English"/>
          <w:color w:val="141414"/>
          <w:sz w:val="24"/>
        </w:rPr>
      </w:r>
      <w:r>
        <w:rPr>
          <w:rFonts w:ascii="IM Fell English" w:hAnsi="IM Fell English"/>
          <w:color w:val="141414"/>
          <w:sz w:val="24"/>
        </w:rPr>
        <w:t>John offered a weak smile.</w:t>
      </w:r>
      <w:r>
        <w:rPr>
          <w:rFonts w:ascii="IM Fell English" w:hAnsi="IM Fell English"/>
          <w:color w:val="141414"/>
          <w:sz w:val="24"/>
        </w:rPr>
      </w:r>
      <w:r>
        <w:rPr>
          <w:rFonts w:ascii="IM Fell English" w:hAnsi="IM Fell English"/>
          <w:color w:val="141414"/>
          <w:sz w:val="24"/>
        </w:rPr>
        <w:t>"Excuse me, Mike," John said, extending his hand.</w:t>
      </w:r>
      <w:r>
        <w:rPr>
          <w:rFonts w:ascii="IM Fell English" w:hAnsi="IM Fell English"/>
          <w:color w:val="141414"/>
          <w:sz w:val="24"/>
        </w:rPr>
      </w:r>
      <w:r>
        <w:rPr>
          <w:rFonts w:ascii="IM Fell English" w:hAnsi="IM Fell English"/>
          <w:color w:val="141414"/>
          <w:sz w:val="24"/>
        </w:rPr>
        <w:t>"You certainly scared me there, Mike, and I agree, coffee and cheesecake won't suffice. My name is Jill," Constable Maxine Phillips introduced herself under her cover name, reaching her hand out to John.</w:t>
      </w:r>
      <w:r>
        <w:rPr>
          <w:rFonts w:ascii="IM Fell English" w:hAnsi="IM Fell English"/>
          <w:color w:val="141414"/>
          <w:sz w:val="24"/>
        </w:rPr>
      </w:r>
      <w:r>
        <w:rPr>
          <w:rFonts w:ascii="IM Fell English" w:hAnsi="IM Fell English"/>
          <w:color w:val="141414"/>
          <w:sz w:val="24"/>
        </w:rPr>
        <w:t>"I was about to grab a bite. I'm kind of new in town, so I really don't know what's good or where to go. Any suggestions and your welcome to join me" Said Jill with a smile and polite laugh.</w:t>
      </w:r>
      <w:r>
        <w:rPr>
          <w:rFonts w:ascii="IM Fell English" w:hAnsi="IM Fell English"/>
          <w:color w:val="141414"/>
          <w:sz w:val="24"/>
        </w:rPr>
      </w:r>
      <w:r>
        <w:rPr>
          <w:rFonts w:ascii="IM Fell English" w:hAnsi="IM Fell English"/>
          <w:color w:val="141414"/>
          <w:sz w:val="24"/>
        </w:rPr>
        <w:t>John instantly saw this as an opportunity to complete two tasks at the same time.</w:t>
      </w:r>
      <w:r>
        <w:rPr>
          <w:rFonts w:ascii="IM Fell English" w:hAnsi="IM Fell English"/>
          <w:color w:val="141414"/>
          <w:sz w:val="24"/>
        </w:rPr>
      </w:r>
      <w:r>
        <w:rPr>
          <w:rFonts w:ascii="IM Fell English" w:hAnsi="IM Fell English"/>
          <w:color w:val="141414"/>
          <w:sz w:val="24"/>
        </w:rPr>
        <w:t>"That sounds wonderful, but I don't want to intrude. I can give you the name and location of a few nice restaurants close by. Five-minute walk," said John.</w:t>
      </w:r>
      <w:r>
        <w:rPr>
          <w:rFonts w:ascii="IM Fell English" w:hAnsi="IM Fell English"/>
          <w:color w:val="141414"/>
          <w:sz w:val="24"/>
        </w:rPr>
      </w:r>
      <w:r>
        <w:rPr>
          <w:rFonts w:ascii="IM Fell English" w:hAnsi="IM Fell English"/>
          <w:color w:val="141414"/>
          <w:sz w:val="24"/>
        </w:rPr>
        <w:t>"No, you're not intruding. I've been kind of over the whole dining by yourself thing these past few days."</w:t>
      </w:r>
      <w:r>
        <w:rPr>
          <w:rFonts w:ascii="IM Fell English" w:hAnsi="IM Fell English"/>
          <w:color w:val="141414"/>
          <w:sz w:val="24"/>
        </w:rPr>
      </w:r>
      <w:r>
        <w:rPr>
          <w:rFonts w:ascii="IM Fell English" w:hAnsi="IM Fell English"/>
          <w:color w:val="141414"/>
          <w:sz w:val="24"/>
        </w:rPr>
        <w:t>"Well then follow me. There's a nice little place on the other side of the plaza," said John with a genuine smile.</w:t>
      </w:r>
      <w:r>
        <w:rPr>
          <w:rFonts w:ascii="IM Fell English" w:hAnsi="IM Fell English"/>
          <w:color w:val="141414"/>
          <w:sz w:val="24"/>
        </w:rPr>
      </w:r>
      <w:r>
        <w:rPr>
          <w:rFonts w:ascii="IM Fell English" w:hAnsi="IM Fell English"/>
          <w:color w:val="141414"/>
          <w:sz w:val="24"/>
        </w:rPr>
        <w:t>They both walked over to pay for their coffee and were soon entering the plaza.</w:t>
      </w:r>
      <w:r>
        <w:rPr>
          <w:rFonts w:ascii="IM Fell English" w:hAnsi="IM Fell English"/>
          <w:color w:val="141414"/>
          <w:sz w:val="24"/>
        </w:rPr>
      </w:r>
      <w:r>
        <w:rPr>
          <w:rFonts w:ascii="IM Fell English" w:hAnsi="IM Fell English"/>
          <w:color w:val="141414"/>
          <w:sz w:val="24"/>
        </w:rPr>
        <w:t>With a smile, John made a brief glance over to the other café and, just as he presumed, the odd couple were standing there. Not moving in any direction as if awaiting instructions. When John and Jill walked towards the plaza doors, the couple followed shortly after carrying their bags.</w:t>
      </w:r>
      <w:r>
        <w:rPr>
          <w:rFonts w:ascii="IM Fell English" w:hAnsi="IM Fell English"/>
          <w:color w:val="141414"/>
          <w:sz w:val="24"/>
        </w:rPr>
      </w:r>
      <w:r>
        <w:rPr>
          <w:rFonts w:ascii="IM Fell English" w:hAnsi="IM Fell English"/>
          <w:color w:val="141414"/>
          <w:sz w:val="24"/>
        </w:rPr>
        <w:t>After a few steps, John made the decision to initiate a conversation. "So, you're new here? I've been a resident of Portland my whole life. I've always had a fondness for this place, so why search for a new home when I feel like I've already found it?" he remarked.</w:t>
      </w:r>
      <w:r>
        <w:rPr>
          <w:rFonts w:ascii="IM Fell English" w:hAnsi="IM Fell English"/>
          <w:color w:val="141414"/>
          <w:sz w:val="24"/>
        </w:rPr>
      </w:r>
      <w:r>
        <w:rPr>
          <w:rFonts w:ascii="IM Fell English" w:hAnsi="IM Fell English"/>
          <w:color w:val="141414"/>
          <w:sz w:val="24"/>
        </w:rPr>
        <w:t>Jill responded, "Wow, your entire life. If you truly love it here, then that's wonderful. I hope you don't mind me asking, but are you married, have children, or in a relationship? I really don't want to have a nice evening with someone who seems nice only to be stalked or harassed by a woman."</w:t>
      </w:r>
      <w:r>
        <w:rPr>
          <w:rFonts w:ascii="IM Fell English" w:hAnsi="IM Fell English"/>
          <w:color w:val="141414"/>
          <w:sz w:val="24"/>
        </w:rPr>
      </w:r>
      <w:r>
        <w:rPr>
          <w:rFonts w:ascii="IM Fell English" w:hAnsi="IM Fell English"/>
          <w:color w:val="141414"/>
          <w:sz w:val="24"/>
        </w:rPr>
        <w:t>John gave a small laugh and replied, "No, my last relationship ended recently. We hadn't been together long, and she decided this wasn't the ideal location for her, so I helped her move on," said John, thinking of Emily.</w:t>
      </w:r>
      <w:r>
        <w:rPr>
          <w:rFonts w:ascii="IM Fell English" w:hAnsi="IM Fell English"/>
          <w:color w:val="141414"/>
          <w:sz w:val="24"/>
        </w:rPr>
      </w:r>
      <w:r>
        <w:rPr>
          <w:rFonts w:ascii="IM Fell English" w:hAnsi="IM Fell English"/>
          <w:color w:val="141414"/>
          <w:sz w:val="24"/>
        </w:rPr>
        <w:t>John detected the sound of a group of women laughing in the distance. With her distinctive blonde hair, characteristic 'waddle,' and a hand resting comfortably on the small of her back, he instantly recognized it was Suzan. A second mother. Two new forms and the other one was carrying a vessel.</w:t>
      </w:r>
      <w:r>
        <w:rPr>
          <w:rFonts w:ascii="IM Fell English" w:hAnsi="IM Fell English"/>
          <w:color w:val="141414"/>
          <w:sz w:val="24"/>
        </w:rPr>
      </w:r>
      <w:r>
        <w:rPr>
          <w:rFonts w:ascii="IM Fell English" w:hAnsi="IM Fell English"/>
          <w:color w:val="141414"/>
          <w:sz w:val="24"/>
        </w:rPr>
        <w:t>He had never encountered anything that indicated a person could simultaneously reincarnate more than once.</w:t>
      </w:r>
      <w:r>
        <w:rPr>
          <w:rFonts w:ascii="IM Fell English" w:hAnsi="IM Fell English"/>
          <w:color w:val="141414"/>
          <w:sz w:val="24"/>
        </w:rPr>
      </w:r>
      <w:r>
        <w:rPr>
          <w:rFonts w:ascii="IM Fell English" w:hAnsi="IM Fell English"/>
          <w:color w:val="141414"/>
          <w:sz w:val="24"/>
        </w:rPr>
        <w:t>John kept his pace slow. He wanted to see where Suzan would eat so he could decide to sit in the same location or one close by.</w:t>
      </w:r>
      <w:r>
        <w:rPr>
          <w:rFonts w:ascii="IM Fell English" w:hAnsi="IM Fell English"/>
          <w:color w:val="141414"/>
          <w:sz w:val="24"/>
        </w:rPr>
      </w:r>
      <w:r>
        <w:rPr>
          <w:rFonts w:ascii="IM Fell English" w:hAnsi="IM Fell English"/>
          <w:color w:val="141414"/>
          <w:sz w:val="24"/>
        </w:rPr>
        <w:t>Passing various shop windows and stores that had closed, he was able to glimpse the reflection of the couple still following.</w:t>
      </w:r>
      <w:r>
        <w:rPr>
          <w:rFonts w:ascii="IM Fell English" w:hAnsi="IM Fell English"/>
          <w:color w:val="141414"/>
          <w:sz w:val="24"/>
        </w:rPr>
      </w:r>
    </w:p>
    <w:p>
      <w:pPr>
        <w:pStyle w:val="Heading1"/>
        <w:jc w:val="center"/>
      </w:pPr>
      <w:r>
        <w:rPr>
          <w:rFonts w:ascii="IM Fell English" w:hAnsi="IM Fell English"/>
          <w:color w:val="0D0D0D"/>
        </w:rPr>
        <w:t>Chapter 18</w:t>
      </w:r>
    </w:p>
    <w:p>
      <w:r>
        <w:rPr>
          <w:rFonts w:ascii="IM Fell English" w:hAnsi="IM Fell English"/>
          <w:color w:val="141414"/>
          <w:sz w:val="24"/>
        </w:rPr>
      </w:r>
      <w:r>
        <w:rPr>
          <w:rFonts w:ascii="IM Fell English" w:hAnsi="IM Fell English"/>
          <w:color w:val="141414"/>
          <w:sz w:val="24"/>
        </w:rPr>
        <w:t>Briggs was seated in the van, attuned to the conversation between Constable Maxine Phillips and a man who went by the name of Mike. When Mike first took a seat, Hartley, who was seated next to him, twitched with unease. She commented about how this person matched the profile, possessing all the qualities that set off alarms for her — well-groomed, articulate in his coffee order, courteous, unattached. Hartley pointed out that the young waitress was already under his spell, and it wouldn't take much for him to charm his way into her bedroom. Mike had the kind of charm and charisma that could easily disarm a woman.</w:t>
      </w:r>
      <w:r>
        <w:rPr>
          <w:rFonts w:ascii="IM Fell English" w:hAnsi="IM Fell English"/>
          <w:color w:val="141414"/>
          <w:sz w:val="24"/>
        </w:rPr>
      </w:r>
      <w:r>
        <w:rPr>
          <w:rFonts w:ascii="IM Fell English" w:hAnsi="IM Fell English"/>
          <w:color w:val="141414"/>
          <w:sz w:val="24"/>
        </w:rPr>
        <w:t>But then came the incident.</w:t>
      </w:r>
      <w:r>
        <w:rPr>
          <w:rFonts w:ascii="IM Fell English" w:hAnsi="IM Fell English"/>
          <w:color w:val="141414"/>
          <w:sz w:val="24"/>
        </w:rPr>
      </w:r>
      <w:r>
        <w:rPr>
          <w:rFonts w:ascii="IM Fell English" w:hAnsi="IM Fell English"/>
          <w:color w:val="141414"/>
          <w:sz w:val="24"/>
        </w:rPr>
        <w:t>Hartley was puzzled by the way he suddenly froze. His keys went flying, the coffee and spoon were knocked over, spilling onto his trousers and shoes.</w:t>
      </w:r>
      <w:r>
        <w:rPr>
          <w:rFonts w:ascii="IM Fell English" w:hAnsi="IM Fell English"/>
          <w:color w:val="141414"/>
          <w:sz w:val="24"/>
        </w:rPr>
      </w:r>
      <w:r>
        <w:rPr>
          <w:rFonts w:ascii="IM Fell English" w:hAnsi="IM Fell English"/>
          <w:color w:val="141414"/>
          <w:sz w:val="24"/>
        </w:rPr>
        <w:t>His face turned blank and devoid of expression.</w:t>
      </w:r>
      <w:r>
        <w:rPr>
          <w:rFonts w:ascii="IM Fell English" w:hAnsi="IM Fell English"/>
          <w:color w:val="141414"/>
          <w:sz w:val="24"/>
        </w:rPr>
      </w:r>
      <w:r>
        <w:rPr>
          <w:rFonts w:ascii="IM Fell English" w:hAnsi="IM Fell English"/>
          <w:color w:val="141414"/>
          <w:sz w:val="24"/>
        </w:rPr>
        <w:t>Hartley's doubts grew with each passing moment. This was not what she had anticipated from the killer when he engaged with his victim. She had anticipated confidence, charm, compliments, light conversation, and flirtation — all while maintaining complete control.</w:t>
      </w:r>
      <w:r>
        <w:rPr>
          <w:rFonts w:ascii="IM Fell English" w:hAnsi="IM Fell English"/>
          <w:color w:val="141414"/>
          <w:sz w:val="24"/>
        </w:rPr>
      </w:r>
      <w:r>
        <w:rPr>
          <w:rFonts w:ascii="IM Fell English" w:hAnsi="IM Fell English"/>
          <w:color w:val="141414"/>
          <w:sz w:val="24"/>
        </w:rPr>
        <w:t>Constable Maxine Phillips stood still, gripping the man's keys with a worried expression.</w:t>
      </w:r>
      <w:r>
        <w:rPr>
          <w:rFonts w:ascii="IM Fell English" w:hAnsi="IM Fell English"/>
          <w:color w:val="141414"/>
          <w:sz w:val="24"/>
        </w:rPr>
      </w:r>
      <w:r>
        <w:rPr>
          <w:rFonts w:ascii="IM Fell English" w:hAnsi="IM Fell English"/>
          <w:color w:val="141414"/>
          <w:sz w:val="24"/>
        </w:rPr>
        <w:t>Briggs looked at Hartley and motioned for her to continue.</w:t>
      </w:r>
      <w:r>
        <w:rPr>
          <w:rFonts w:ascii="IM Fell English" w:hAnsi="IM Fell English"/>
          <w:color w:val="141414"/>
          <w:sz w:val="24"/>
        </w:rPr>
      </w:r>
      <w:r>
        <w:rPr>
          <w:rFonts w:ascii="IM Fell English" w:hAnsi="IM Fell English"/>
          <w:color w:val="141414"/>
          <w:sz w:val="24"/>
        </w:rPr>
        <w:t>Through her communication earpiece, Maxine heard Dr. Hartley's urgent message: "Stay with him." Following her instructions, Hartley heard Constable Phillips ask Mike, "Hello. Are you okay?"</w:t>
      </w:r>
      <w:r>
        <w:rPr>
          <w:rFonts w:ascii="IM Fell English" w:hAnsi="IM Fell English"/>
          <w:color w:val="141414"/>
          <w:sz w:val="24"/>
        </w:rPr>
      </w:r>
      <w:r>
        <w:rPr>
          <w:rFonts w:ascii="IM Fell English" w:hAnsi="IM Fell English"/>
          <w:color w:val="141414"/>
          <w:sz w:val="24"/>
        </w:rPr>
        <w:t>Hartley watched as the man remained motionless.</w:t>
      </w:r>
      <w:r>
        <w:rPr>
          <w:rFonts w:ascii="IM Fell English" w:hAnsi="IM Fell English"/>
          <w:color w:val="141414"/>
          <w:sz w:val="24"/>
        </w:rPr>
      </w:r>
      <w:r>
        <w:rPr>
          <w:rFonts w:ascii="IM Fell English" w:hAnsi="IM Fell English"/>
          <w:color w:val="141414"/>
          <w:sz w:val="24"/>
        </w:rPr>
        <w:t>"What is he fixated on?" Hartley questioned aloud. Meanwhile, Briggs, Marcus, and O'Neil were maneuvering to get a better view.</w:t>
      </w:r>
      <w:r>
        <w:rPr>
          <w:rFonts w:ascii="IM Fell English" w:hAnsi="IM Fell English"/>
          <w:color w:val="141414"/>
          <w:sz w:val="24"/>
        </w:rPr>
      </w:r>
      <w:r>
        <w:rPr>
          <w:rFonts w:ascii="IM Fell English" w:hAnsi="IM Fell English"/>
          <w:color w:val="141414"/>
          <w:sz w:val="24"/>
        </w:rPr>
        <w:t>Marcus adjusted the cameras from inside, while flicking switches and turning dials.</w:t>
      </w:r>
      <w:r>
        <w:rPr>
          <w:rFonts w:ascii="IM Fell English" w:hAnsi="IM Fell English"/>
          <w:color w:val="141414"/>
          <w:sz w:val="24"/>
        </w:rPr>
      </w:r>
      <w:r>
        <w:rPr>
          <w:rFonts w:ascii="IM Fell English" w:hAnsi="IM Fell English"/>
          <w:color w:val="141414"/>
          <w:sz w:val="24"/>
        </w:rPr>
        <w:t>Hartley pushed another button, connecting to the two undercover agents, code named simply as Team One, who were covertly positioned at a nearby café, closely monitoring the interaction between Constable Phillips and the enigmatic man seated across from her. "Team One, do either of you have a visual on what the male suspect is fixated on?" inquired Hartley through the microphone. He noted Team One's nonchalant turn towards the plaza for a fleeting moment before returning to their surveillance postures. "Negative," responded the female operative. "Negative," echoed the male operative. "The commotion caused by the shattered cup has drawn too many onlookers, obstructing our view," added the male operative. "Instructions?" asked the female operative.</w:t>
      </w:r>
      <w:r>
        <w:rPr>
          <w:rFonts w:ascii="IM Fell English" w:hAnsi="IM Fell English"/>
          <w:color w:val="141414"/>
          <w:sz w:val="24"/>
        </w:rPr>
      </w:r>
      <w:r>
        <w:rPr>
          <w:rFonts w:ascii="IM Fell English" w:hAnsi="IM Fell English"/>
          <w:color w:val="141414"/>
          <w:sz w:val="24"/>
        </w:rPr>
        <w:t>The phrase "Instructions" was commonly used by field agents when they encountered a situation that had strayed from the initial plan or presented an unexpected obstacle. It signified a need to determine whether to maintain their cover while seated in the coffee shop, conduct an investigation, or pursue an alternative course of action.</w:t>
      </w:r>
      <w:r>
        <w:rPr>
          <w:rFonts w:ascii="IM Fell English" w:hAnsi="IM Fell English"/>
          <w:color w:val="141414"/>
          <w:sz w:val="24"/>
        </w:rPr>
      </w:r>
      <w:r>
        <w:rPr>
          <w:rFonts w:ascii="IM Fell English" w:hAnsi="IM Fell English"/>
          <w:color w:val="141414"/>
          <w:sz w:val="24"/>
        </w:rPr>
        <w:t>"Remain in your seats and maintain vigilance over both the crowd and the Primary," Briggs's voice echoed through the microphone.</w:t>
      </w:r>
      <w:r>
        <w:rPr>
          <w:rFonts w:ascii="IM Fell English" w:hAnsi="IM Fell English"/>
          <w:color w:val="141414"/>
          <w:sz w:val="24"/>
        </w:rPr>
      </w:r>
      <w:r>
        <w:rPr>
          <w:rFonts w:ascii="IM Fell English" w:hAnsi="IM Fell English"/>
          <w:color w:val="141414"/>
          <w:sz w:val="24"/>
        </w:rPr>
        <w:t>It was clear to everyone present that the Primary referred to Constable Maxine Phillips. Whatever the situation may be, Maxine's safety must never be jeopardized or put in harm's way.</w:t>
      </w:r>
      <w:r>
        <w:rPr>
          <w:rFonts w:ascii="IM Fell English" w:hAnsi="IM Fell English"/>
          <w:color w:val="141414"/>
          <w:sz w:val="24"/>
        </w:rPr>
      </w:r>
      <w:r>
        <w:rPr>
          <w:rFonts w:ascii="IM Fell English" w:hAnsi="IM Fell English"/>
          <w:color w:val="141414"/>
          <w:sz w:val="24"/>
        </w:rPr>
        <w:t>O'Neil monitored the video.</w:t>
      </w:r>
      <w:r>
        <w:rPr>
          <w:rFonts w:ascii="IM Fell English" w:hAnsi="IM Fell English"/>
          <w:color w:val="141414"/>
          <w:sz w:val="24"/>
        </w:rPr>
      </w:r>
      <w:r>
        <w:rPr>
          <w:rFonts w:ascii="IM Fell English" w:hAnsi="IM Fell English"/>
          <w:color w:val="141414"/>
          <w:sz w:val="24"/>
        </w:rPr>
        <w:t>"Primary and Mike are on the go"</w:t>
      </w:r>
      <w:r>
        <w:rPr>
          <w:rFonts w:ascii="IM Fell English" w:hAnsi="IM Fell English"/>
          <w:color w:val="141414"/>
          <w:sz w:val="24"/>
        </w:rPr>
      </w:r>
      <w:r>
        <w:rPr>
          <w:rFonts w:ascii="IM Fell English" w:hAnsi="IM Fell English"/>
          <w:color w:val="141414"/>
          <w:sz w:val="24"/>
        </w:rPr>
        <w:t>"Team One follow and maintain distance," Briggs instructed.</w:t>
      </w:r>
      <w:r>
        <w:rPr>
          <w:rFonts w:ascii="IM Fell English" w:hAnsi="IM Fell English"/>
          <w:color w:val="141414"/>
          <w:sz w:val="24"/>
        </w:rPr>
      </w:r>
      <w:r>
        <w:rPr>
          <w:rFonts w:ascii="IM Fell English" w:hAnsi="IM Fell English"/>
          <w:color w:val="141414"/>
          <w:sz w:val="24"/>
        </w:rPr>
        <w:t>O'Neil turned to Briggs.</w:t>
      </w:r>
      <w:r>
        <w:rPr>
          <w:rFonts w:ascii="IM Fell English" w:hAnsi="IM Fell English"/>
          <w:color w:val="141414"/>
          <w:sz w:val="24"/>
        </w:rPr>
      </w:r>
      <w:r>
        <w:rPr>
          <w:rFonts w:ascii="IM Fell English" w:hAnsi="IM Fell English"/>
          <w:color w:val="141414"/>
          <w:sz w:val="24"/>
        </w:rPr>
        <w:t>"I'm putting you in play. At any time you deem Primary to be in danger, you have authorization to engage weapon hot" said O'Neil.</w:t>
      </w:r>
      <w:r>
        <w:rPr>
          <w:rFonts w:ascii="IM Fell English" w:hAnsi="IM Fell English"/>
          <w:color w:val="141414"/>
          <w:sz w:val="24"/>
        </w:rPr>
      </w:r>
      <w:r>
        <w:rPr>
          <w:rFonts w:ascii="IM Fell English" w:hAnsi="IM Fell English"/>
          <w:color w:val="141414"/>
          <w:sz w:val="24"/>
        </w:rPr>
        <w:t>"Sir" was all Briggs replied, and he stepped out of the back of the van, adjusting his coat. Briggs glanced around before proceeding after the Primary.</w:t>
      </w:r>
      <w:r>
        <w:rPr>
          <w:rFonts w:ascii="IM Fell English" w:hAnsi="IM Fell English"/>
          <w:color w:val="141414"/>
          <w:sz w:val="24"/>
        </w:rPr>
      </w:r>
      <w:r>
        <w:rPr>
          <w:rFonts w:ascii="IM Fell English" w:hAnsi="IM Fell English"/>
          <w:color w:val="141414"/>
          <w:sz w:val="24"/>
        </w:rPr>
        <w:t>Hartley and Marcus both stared at O'Neil, sensing now just how high the stakes were.</w:t>
      </w:r>
      <w:r>
        <w:rPr>
          <w:rFonts w:ascii="IM Fell English" w:hAnsi="IM Fell English"/>
          <w:color w:val="141414"/>
          <w:sz w:val="24"/>
        </w:rPr>
      </w:r>
    </w:p>
    <w:p>
      <w:pPr>
        <w:pStyle w:val="Heading1"/>
        <w:jc w:val="center"/>
      </w:pPr>
      <w:r>
        <w:rPr>
          <w:rFonts w:ascii="IM Fell English" w:hAnsi="IM Fell English"/>
          <w:color w:val="0D0D0D"/>
        </w:rPr>
        <w:t>Chapter 19</w:t>
      </w:r>
    </w:p>
    <w:p>
      <w:r>
        <w:rPr>
          <w:rFonts w:ascii="IM Fell English" w:hAnsi="IM Fell English"/>
          <w:color w:val="141414"/>
          <w:sz w:val="24"/>
        </w:rPr>
      </w:r>
      <w:r>
        <w:rPr>
          <w:rFonts w:ascii="IM Fell English" w:hAnsi="IM Fell English"/>
          <w:color w:val="141414"/>
          <w:sz w:val="24"/>
        </w:rPr>
        <w:t>John awoke the next day, undisturbed by dreams. His sleep had been peaceful, granting him a sharp clarity, devoid of anxiety or the impulse to escape. It was the first time he had ever experienced such a deep sense of emptiness.</w:t>
      </w:r>
      <w:r>
        <w:rPr>
          <w:rFonts w:ascii="IM Fell English" w:hAnsi="IM Fell English"/>
          <w:color w:val="141414"/>
          <w:sz w:val="24"/>
        </w:rPr>
      </w:r>
      <w:r>
        <w:rPr>
          <w:rFonts w:ascii="IM Fell English" w:hAnsi="IM Fell English"/>
          <w:color w:val="141414"/>
          <w:sz w:val="24"/>
        </w:rPr>
        <w:t>Fear had ruled his life ever since he learned that his mother could return to enslave, mistreat, and manipulate him for her dark intentions. For years, he existed in a relentless state of alertness, ever watchful and terrified of being betrayed and losing everything.</w:t>
      </w:r>
      <w:r>
        <w:rPr>
          <w:rFonts w:ascii="IM Fell English" w:hAnsi="IM Fell English"/>
          <w:color w:val="141414"/>
          <w:sz w:val="24"/>
        </w:rPr>
      </w:r>
      <w:r>
        <w:rPr>
          <w:rFonts w:ascii="IM Fell English" w:hAnsi="IM Fell English"/>
          <w:color w:val="141414"/>
          <w:sz w:val="24"/>
        </w:rPr>
        <w:t>Last night marked a pivotal moment. He finally understood the full depth of his mother's preparations and recognized that she was close to triumph. Susan's womb held the promise of his future. He was aware that this was the vessel he would return to. The size of her belly and the way she moved suggested that it could happen very soon—perhaps within a week or two.</w:t>
      </w:r>
      <w:r>
        <w:rPr>
          <w:rFonts w:ascii="IM Fell English" w:hAnsi="IM Fell English"/>
          <w:color w:val="141414"/>
          <w:sz w:val="24"/>
        </w:rPr>
      </w:r>
      <w:r>
        <w:rPr>
          <w:rFonts w:ascii="IM Fell English" w:hAnsi="IM Fell English"/>
          <w:color w:val="141414"/>
          <w:sz w:val="24"/>
        </w:rPr>
        <w:t>Until he was able to take them both and rip the answers from them both about how they had done this, he could only theorize their deception and manipulation of such unknown forces.</w:t>
      </w:r>
      <w:r>
        <w:rPr>
          <w:rFonts w:ascii="IM Fell English" w:hAnsi="IM Fell English"/>
          <w:color w:val="141414"/>
          <w:sz w:val="24"/>
        </w:rPr>
      </w:r>
      <w:r>
        <w:rPr>
          <w:rFonts w:ascii="IM Fell English" w:hAnsi="IM Fell English"/>
          <w:color w:val="141414"/>
          <w:sz w:val="24"/>
        </w:rPr>
        <w:t>John felt Mother, or rather now she used the name Jill, with two unfamiliar couples that were meant to attract his attention. He realized they were meant to divert him from Mother Suzan.</w:t>
      </w:r>
      <w:r>
        <w:rPr>
          <w:rFonts w:ascii="IM Fell English" w:hAnsi="IM Fell English"/>
          <w:color w:val="141414"/>
          <w:sz w:val="24"/>
        </w:rPr>
      </w:r>
      <w:r>
        <w:rPr>
          <w:rFonts w:ascii="IM Fell English" w:hAnsi="IM Fell English"/>
          <w:color w:val="141414"/>
          <w:sz w:val="24"/>
        </w:rPr>
        <w:t>The concept of his mother's presence in two places at once was beyond his understanding, but he didn't need to comprehend it.</w:t>
      </w:r>
      <w:r>
        <w:rPr>
          <w:rFonts w:ascii="IM Fell English" w:hAnsi="IM Fell English"/>
          <w:color w:val="141414"/>
          <w:sz w:val="24"/>
        </w:rPr>
      </w:r>
      <w:r>
        <w:rPr>
          <w:rFonts w:ascii="IM Fell English" w:hAnsi="IM Fell English"/>
          <w:color w:val="141414"/>
          <w:sz w:val="24"/>
        </w:rPr>
        <w:t>They both existed, that was all that mattered. Their ulterior motive was to lure him out, to bring him back to the place of his origin, to be reborn.</w:t>
      </w:r>
      <w:r>
        <w:rPr>
          <w:rFonts w:ascii="IM Fell English" w:hAnsi="IM Fell English"/>
          <w:color w:val="141414"/>
          <w:sz w:val="24"/>
        </w:rPr>
      </w:r>
      <w:r>
        <w:rPr>
          <w:rFonts w:ascii="IM Fell English" w:hAnsi="IM Fell English"/>
          <w:color w:val="141414"/>
          <w:sz w:val="24"/>
        </w:rPr>
        <w:t>Rising to shower, he replayed the evening over again in his mind.</w:t>
      </w:r>
      <w:r>
        <w:rPr>
          <w:rFonts w:ascii="IM Fell English" w:hAnsi="IM Fell English"/>
          <w:color w:val="141414"/>
          <w:sz w:val="24"/>
        </w:rPr>
      </w:r>
      <w:r>
        <w:rPr>
          <w:rFonts w:ascii="IM Fell English" w:hAnsi="IM Fell English"/>
          <w:color w:val="141414"/>
          <w:sz w:val="24"/>
        </w:rPr>
      </w:r>
      <w:r>
        <w:rPr>
          <w:rFonts w:ascii="IM Fell English" w:hAnsi="IM Fell English"/>
          <w:i/>
          <w:color w:val="141414"/>
          <w:sz w:val="24"/>
        </w:rPr>
        <w:t>As they strolled through the mall, the peculiar duo trailed behind them and eventually settled into the same restaurant to the right of the wall. The Bavarian hotel was a hot spot for young couples, birthday celebrations, and the trendy crowd. Sitting down to a scrumptious meal and a couple of brews, John sipped on light beers at a leisurely pace.</w:t>
      </w:r>
      <w:r>
        <w:rPr>
          <w:rFonts w:ascii="IM Fell English" w:hAnsi="IM Fell English"/>
          <w:color w:val="141414"/>
          <w:sz w:val="24"/>
        </w:rPr>
      </w:r>
      <w:r>
        <w:rPr>
          <w:rFonts w:ascii="IM Fell English" w:hAnsi="IM Fell English"/>
          <w:i/>
          <w:color w:val="141414"/>
          <w:sz w:val="24"/>
        </w:rPr>
        <w:t>He observed Jill indulging in a few drinks, which seemed to make her more at ease and talkative — exactly what he had hoped for.</w:t>
      </w:r>
      <w:r>
        <w:rPr>
          <w:rFonts w:ascii="IM Fell English" w:hAnsi="IM Fell English"/>
          <w:color w:val="141414"/>
          <w:sz w:val="24"/>
        </w:rPr>
      </w:r>
      <w:r>
        <w:rPr>
          <w:rFonts w:ascii="IM Fell English" w:hAnsi="IM Fell English"/>
          <w:i/>
          <w:color w:val="141414"/>
          <w:sz w:val="24"/>
        </w:rPr>
        <w:t>Playing the part of a perfect mother, she was charming, chatty, and even flirtatious, grinning or giggling at everything he said. John was careful to only discuss his job, his fondness for Portland, and his dreams of traveling to far-off places that he knew he would never visit. When questioned about his family, John was always prepared with multiple fabricated stories. He would recount to Jill how he had been left orphaned after his parents tragically lost their lives in a car accident on their way back from work.</w:t>
      </w:r>
      <w:r>
        <w:rPr>
          <w:rFonts w:ascii="IM Fell English" w:hAnsi="IM Fell English"/>
          <w:color w:val="141414"/>
          <w:sz w:val="24"/>
        </w:rPr>
      </w:r>
      <w:r>
        <w:rPr>
          <w:rFonts w:ascii="IM Fell English" w:hAnsi="IM Fell English"/>
          <w:i/>
          <w:color w:val="141414"/>
          <w:sz w:val="24"/>
        </w:rPr>
        <w:t>He would then mention that his grandmother, who had raised him, had passed away a decade ago, leaving him to live a solitary life with no siblings or other relatives. Whenever Jill persisted in prying for more information, John would politely decline, stating that he would rather not discuss it.</w:t>
      </w:r>
      <w:r>
        <w:rPr>
          <w:rFonts w:ascii="IM Fell English" w:hAnsi="IM Fell English"/>
          <w:color w:val="141414"/>
          <w:sz w:val="24"/>
        </w:rPr>
      </w:r>
      <w:r>
        <w:rPr>
          <w:rFonts w:ascii="IM Fell English" w:hAnsi="IM Fell English"/>
          <w:i/>
          <w:color w:val="141414"/>
          <w:sz w:val="24"/>
        </w:rPr>
        <w:t>This response would leave Jill feeling uneasy, putting an end to any further discussion on the matter.</w:t>
      </w:r>
      <w:r>
        <w:rPr>
          <w:rFonts w:ascii="IM Fell English" w:hAnsi="IM Fell English"/>
          <w:color w:val="141414"/>
          <w:sz w:val="24"/>
        </w:rPr>
      </w:r>
      <w:r>
        <w:rPr>
          <w:rFonts w:ascii="IM Fell English" w:hAnsi="IM Fell English"/>
          <w:i/>
          <w:color w:val="141414"/>
          <w:sz w:val="24"/>
        </w:rPr>
        <w:t>On the opposite side of the street stood a modern Japanese eatery, adorned with traditional touches to enhance its authenticity.</w:t>
      </w:r>
      <w:r>
        <w:rPr>
          <w:rFonts w:ascii="IM Fell English" w:hAnsi="IM Fell English"/>
          <w:color w:val="141414"/>
          <w:sz w:val="24"/>
        </w:rPr>
      </w:r>
      <w:r>
        <w:rPr>
          <w:rFonts w:ascii="IM Fell English" w:hAnsi="IM Fell English"/>
          <w:i/>
          <w:color w:val="141414"/>
          <w:sz w:val="24"/>
        </w:rPr>
        <w:t>Susan, accompanied by four other women, sat at a circular table near the front window, indulging in food and laughter. From his vantage point, John could observe their jovial gathering while sitting with Jill. Jill sat with him, had her back turned to the window and the Japanese restaurant, a strategic move he had orchestrated upon their arrival.</w:t>
      </w:r>
      <w:r>
        <w:rPr>
          <w:rFonts w:ascii="IM Fell English" w:hAnsi="IM Fell English"/>
          <w:color w:val="141414"/>
          <w:sz w:val="24"/>
        </w:rPr>
      </w:r>
      <w:r>
        <w:rPr>
          <w:rFonts w:ascii="IM Fell English" w:hAnsi="IM Fell English"/>
          <w:i/>
          <w:color w:val="141414"/>
          <w:sz w:val="24"/>
        </w:rPr>
        <w:t>Their meal was pleasant enough. Not that John could taste much of it. He smiled when listening and laughed a little on cue when he deemed it was appropriate. He asked simple questions. Nothing too specific, but he knew how to ask somewhat seemly innocent questions without raising suspicion.</w:t>
      </w:r>
      <w:r>
        <w:rPr>
          <w:rFonts w:ascii="IM Fell English" w:hAnsi="IM Fell English"/>
          <w:color w:val="141414"/>
          <w:sz w:val="24"/>
        </w:rPr>
      </w:r>
      <w:r>
        <w:rPr>
          <w:rFonts w:ascii="IM Fell English" w:hAnsi="IM Fell English"/>
          <w:i/>
          <w:color w:val="141414"/>
          <w:sz w:val="24"/>
        </w:rPr>
        <w:t>John shared little things. He gave her his mother's surname, Kenneth, even though he had been given his father's last name, Sterling at birth. He wanted to see if Jill showed any connection. Showed any sign to him that he knew who she was, but Mother One did and said nothing as she always did.</w:t>
      </w:r>
      <w:r>
        <w:rPr>
          <w:rFonts w:ascii="IM Fell English" w:hAnsi="IM Fell English"/>
          <w:color w:val="141414"/>
          <w:sz w:val="24"/>
        </w:rPr>
      </w:r>
      <w:r>
        <w:rPr>
          <w:rFonts w:ascii="IM Fell English" w:hAnsi="IM Fell English"/>
          <w:i/>
          <w:color w:val="141414"/>
          <w:sz w:val="24"/>
        </w:rPr>
        <w:t>John could see from across the street at the Japanese restaurant that Susan and her friends had received their dessert, which meant he had to leave in order to get back to his car and locate a place to follow her. He needed to know where she lived.</w:t>
      </w:r>
      <w:r>
        <w:rPr>
          <w:rFonts w:ascii="IM Fell English" w:hAnsi="IM Fell English"/>
          <w:color w:val="141414"/>
          <w:sz w:val="24"/>
        </w:rPr>
      </w:r>
      <w:r>
        <w:rPr>
          <w:rFonts w:ascii="IM Fell English" w:hAnsi="IM Fell English"/>
          <w:i/>
          <w:color w:val="141414"/>
          <w:sz w:val="24"/>
        </w:rPr>
        <w:t>John pretended to make it seem like he felt a message come through on his phone. He grabbed it from his jacket and scrolled down. There were no messages, and he opened up a random message from his boss asking him to meet last week to discuss a client's travel details.</w:t>
      </w:r>
      <w:r>
        <w:rPr>
          <w:rFonts w:ascii="IM Fell English" w:hAnsi="IM Fell English"/>
          <w:color w:val="141414"/>
          <w:sz w:val="24"/>
        </w:rPr>
      </w:r>
      <w:r>
        <w:rPr>
          <w:rFonts w:ascii="IM Fell English" w:hAnsi="IM Fell English"/>
          <w:i/>
          <w:color w:val="141414"/>
          <w:sz w:val="24"/>
        </w:rPr>
        <w:t>"Sorry Jill. It's a work matter," said John.</w:t>
      </w:r>
      <w:r>
        <w:rPr>
          <w:rFonts w:ascii="IM Fell English" w:hAnsi="IM Fell English"/>
          <w:color w:val="141414"/>
          <w:sz w:val="24"/>
        </w:rPr>
      </w:r>
      <w:r>
        <w:rPr>
          <w:rFonts w:ascii="IM Fell English" w:hAnsi="IM Fell English"/>
          <w:i/>
          <w:color w:val="141414"/>
          <w:sz w:val="24"/>
        </w:rPr>
        <w:t>"This late," laughed Jill, looking at her watch that showed it was almost ten pm.</w:t>
      </w:r>
      <w:r>
        <w:rPr>
          <w:rFonts w:ascii="IM Fell English" w:hAnsi="IM Fell English"/>
          <w:color w:val="141414"/>
          <w:sz w:val="24"/>
        </w:rPr>
      </w:r>
      <w:r>
        <w:rPr>
          <w:rFonts w:ascii="IM Fell English" w:hAnsi="IM Fell English"/>
          <w:i/>
          <w:color w:val="141414"/>
          <w:sz w:val="24"/>
        </w:rPr>
        <w:t>"Yeah, I know, but in my line of work there's no off switch, otherwise people's holiday plans can be ruined. Give me a minute," said John, smiling, getting up and walking outside.</w:t>
      </w:r>
      <w:r>
        <w:rPr>
          <w:rFonts w:ascii="IM Fell English" w:hAnsi="IM Fell English"/>
          <w:color w:val="141414"/>
          <w:sz w:val="24"/>
        </w:rPr>
      </w:r>
      <w:r>
        <w:rPr>
          <w:rFonts w:ascii="IM Fell English" w:hAnsi="IM Fell English"/>
          <w:i/>
          <w:color w:val="141414"/>
          <w:sz w:val="24"/>
        </w:rPr>
        <w:t>Standing out front, he took the time to make a fake text to himself. He positioned himself for a better view of Suzan.</w:t>
      </w:r>
      <w:r>
        <w:rPr>
          <w:rFonts w:ascii="IM Fell English" w:hAnsi="IM Fell English"/>
          <w:color w:val="141414"/>
          <w:sz w:val="24"/>
        </w:rPr>
      </w:r>
      <w:r>
        <w:rPr>
          <w:rFonts w:ascii="IM Fell English" w:hAnsi="IM Fell English"/>
          <w:i/>
          <w:color w:val="141414"/>
          <w:sz w:val="24"/>
        </w:rPr>
        <w:t>John arrived back at the table. Jill was sipping her drink, looking up.</w:t>
      </w:r>
      <w:r>
        <w:rPr>
          <w:rFonts w:ascii="IM Fell English" w:hAnsi="IM Fell English"/>
          <w:color w:val="141414"/>
          <w:sz w:val="24"/>
        </w:rPr>
      </w:r>
      <w:r>
        <w:rPr>
          <w:rFonts w:ascii="IM Fell English" w:hAnsi="IM Fell English"/>
          <w:i/>
          <w:color w:val="141414"/>
          <w:sz w:val="24"/>
        </w:rPr>
        <w:t>"I am so sorry, Jill, but I have an urgent matter to attend to for a client who is expected to leave the country in the next 24 hrs and if I don't sort this out they may not get to," said John, looking apologetic.</w:t>
      </w:r>
      <w:r>
        <w:rPr>
          <w:rFonts w:ascii="IM Fell English" w:hAnsi="IM Fell English"/>
          <w:color w:val="141414"/>
          <w:sz w:val="24"/>
        </w:rPr>
      </w:r>
      <w:r>
        <w:rPr>
          <w:rFonts w:ascii="IM Fell English" w:hAnsi="IM Fell English"/>
          <w:i/>
          <w:color w:val="141414"/>
          <w:sz w:val="24"/>
        </w:rPr>
        <w:t>"I'm sorry to hear that. I just felt like we were having a great night," Jill replied.</w:t>
      </w:r>
      <w:r>
        <w:rPr>
          <w:rFonts w:ascii="IM Fell English" w:hAnsi="IM Fell English"/>
          <w:color w:val="141414"/>
          <w:sz w:val="24"/>
        </w:rPr>
      </w:r>
      <w:r>
        <w:rPr>
          <w:rFonts w:ascii="IM Fell English" w:hAnsi="IM Fell English"/>
          <w:i/>
          <w:color w:val="141414"/>
          <w:sz w:val="24"/>
        </w:rPr>
        <w:t>"You know what, I was having a great time myself. This evening turned out much better than I thought it would. If I'm not overstepping, perhaps we can exchange numbers and I can give you a call, and we can meet for coffee, without me spacing out," said John laughing.</w:t>
      </w:r>
      <w:r>
        <w:rPr>
          <w:rFonts w:ascii="IM Fell English" w:hAnsi="IM Fell English"/>
          <w:color w:val="141414"/>
          <w:sz w:val="24"/>
        </w:rPr>
      </w:r>
      <w:r>
        <w:rPr>
          <w:rFonts w:ascii="IM Fell English" w:hAnsi="IM Fell English"/>
          <w:i/>
          <w:color w:val="141414"/>
          <w:sz w:val="24"/>
        </w:rPr>
        <w:t>"That's great. I'd love to." said Jill.</w:t>
      </w:r>
      <w:r>
        <w:rPr>
          <w:rFonts w:ascii="IM Fell English" w:hAnsi="IM Fell English"/>
          <w:color w:val="141414"/>
          <w:sz w:val="24"/>
        </w:rPr>
      </w:r>
      <w:r>
        <w:rPr>
          <w:rFonts w:ascii="IM Fell English" w:hAnsi="IM Fell English"/>
          <w:i/>
          <w:color w:val="141414"/>
          <w:sz w:val="24"/>
        </w:rPr>
        <w:t>They both wrote their number on a clean napkin and swapped numbers.</w:t>
      </w:r>
      <w:r>
        <w:rPr>
          <w:rFonts w:ascii="IM Fell English" w:hAnsi="IM Fell English"/>
          <w:color w:val="141414"/>
          <w:sz w:val="24"/>
        </w:rPr>
      </w:r>
      <w:r>
        <w:rPr>
          <w:rFonts w:ascii="IM Fell English" w:hAnsi="IM Fell English"/>
          <w:i/>
          <w:color w:val="141414"/>
          <w:sz w:val="24"/>
        </w:rPr>
        <w:t>"Again, this has been great. Allow me to pick up the tab on the way out. You can get the coffee." said John</w:t>
      </w:r>
      <w:r>
        <w:rPr>
          <w:rFonts w:ascii="IM Fell English" w:hAnsi="IM Fell English"/>
          <w:color w:val="141414"/>
          <w:sz w:val="24"/>
        </w:rPr>
      </w:r>
      <w:r>
        <w:rPr>
          <w:rFonts w:ascii="IM Fell English" w:hAnsi="IM Fell English"/>
          <w:i/>
          <w:color w:val="141414"/>
          <w:sz w:val="24"/>
        </w:rPr>
        <w:t>"It's a date," laughed Jill. "Or rather, a second date," she laughed again.</w:t>
      </w:r>
      <w:r>
        <w:rPr>
          <w:rFonts w:ascii="IM Fell English" w:hAnsi="IM Fell English"/>
          <w:color w:val="141414"/>
          <w:sz w:val="24"/>
        </w:rPr>
      </w:r>
      <w:r>
        <w:rPr>
          <w:rFonts w:ascii="IM Fell English" w:hAnsi="IM Fell English"/>
          <w:i/>
          <w:color w:val="141414"/>
          <w:sz w:val="24"/>
        </w:rPr>
        <w:t>John paid and walked directly back to his car. On the way, when he stopped at the lights, he made to have a casual glance around and behind him. The odd couple were nowhere in sight. Just a lone male standing on the opposite side of the road.</w:t>
      </w:r>
      <w:r>
        <w:rPr>
          <w:rFonts w:ascii="IM Fell English" w:hAnsi="IM Fell English"/>
          <w:color w:val="141414"/>
          <w:sz w:val="24"/>
        </w:rPr>
      </w:r>
      <w:r>
        <w:rPr>
          <w:rFonts w:ascii="IM Fell English" w:hAnsi="IM Fell English"/>
          <w:i/>
          <w:color w:val="141414"/>
          <w:sz w:val="24"/>
        </w:rPr>
        <w:t>The way he stood, ridged with close-cropped hair and hands in his coat pocket made him appear less causal and more focused. On what John didn't know, but John made a mental note of his appearance.</w:t>
      </w:r>
      <w:r>
        <w:rPr>
          <w:rFonts w:ascii="IM Fell English" w:hAnsi="IM Fell English"/>
          <w:color w:val="141414"/>
          <w:sz w:val="24"/>
        </w:rPr>
      </w:r>
      <w:r>
        <w:rPr>
          <w:rFonts w:ascii="IM Fell English" w:hAnsi="IM Fell English"/>
          <w:i/>
          <w:color w:val="141414"/>
          <w:sz w:val="24"/>
        </w:rPr>
        <w:t>At the next corner, he glanced back and while there were some couples and groups walking casually, he noticed no one familiar.</w:t>
      </w:r>
      <w:r>
        <w:rPr>
          <w:rFonts w:ascii="IM Fell English" w:hAnsi="IM Fell English"/>
          <w:color w:val="141414"/>
          <w:sz w:val="24"/>
        </w:rPr>
      </w:r>
      <w:r>
        <w:rPr>
          <w:rFonts w:ascii="IM Fell English" w:hAnsi="IM Fell English"/>
          <w:i/>
          <w:color w:val="141414"/>
          <w:sz w:val="24"/>
        </w:rPr>
        <w:t>Back at the car, John forced himself to count to 30 slowly. He started the car to take an alternate route to the Japanese restaurant where he could park on a side road. Susan and her friends hadn't left, and so he waited.</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John stood naked in his bedroom after his shower, staring at his reflection in the mirror. He was lean. In peak physical fitness. What came next required his complete and utter focus. No distractions.</w:t>
      </w:r>
      <w:r>
        <w:rPr>
          <w:rFonts w:ascii="IM Fell English" w:hAnsi="IM Fell English"/>
          <w:color w:val="141414"/>
          <w:sz w:val="24"/>
        </w:rPr>
      </w:r>
    </w:p>
    <w:p>
      <w:pPr>
        <w:pStyle w:val="Heading1"/>
        <w:jc w:val="center"/>
      </w:pPr>
      <w:r>
        <w:rPr>
          <w:rFonts w:ascii="IM Fell English" w:hAnsi="IM Fell English"/>
          <w:color w:val="0D0D0D"/>
        </w:rPr>
        <w:t>Chapter 20</w:t>
      </w:r>
    </w:p>
    <w:p>
      <w:r>
        <w:rPr>
          <w:rFonts w:ascii="IM Fell English" w:hAnsi="IM Fell English"/>
          <w:color w:val="141414"/>
          <w:sz w:val="24"/>
        </w:rPr>
      </w:r>
      <w:r>
        <w:rPr>
          <w:rFonts w:ascii="IM Fell English" w:hAnsi="IM Fell English"/>
          <w:color w:val="141414"/>
          <w:sz w:val="24"/>
        </w:rPr>
        <w:t>Monday arrived and John called his office, requesting a three-week absence. He concocted a story about a friend of his who had been diagnosed with Stage 4 Cancer and was given a prognosis of only 18 months to live. John was very skilled at his job and he rarely took time off, and when he did, it was usually for only a few days. His boss tried to haggle it down but reluctantly granted his request for a three-week leave of absence.</w:t>
      </w:r>
      <w:r>
        <w:rPr>
          <w:rFonts w:ascii="IM Fell English" w:hAnsi="IM Fell English"/>
          <w:color w:val="141414"/>
          <w:sz w:val="24"/>
        </w:rPr>
      </w:r>
      <w:r>
        <w:rPr>
          <w:rFonts w:ascii="IM Fell English" w:hAnsi="IM Fell English"/>
          <w:color w:val="141414"/>
          <w:sz w:val="24"/>
        </w:rPr>
        <w:t>John took his time. Not thinking about much but going through the routine of starting the day. When everything was done, washed and packed away, he sat at his table. He felt unusually calm.</w:t>
      </w:r>
      <w:r>
        <w:rPr>
          <w:rFonts w:ascii="IM Fell English" w:hAnsi="IM Fell English"/>
          <w:color w:val="141414"/>
          <w:sz w:val="24"/>
        </w:rPr>
      </w:r>
      <w:r>
        <w:rPr>
          <w:rFonts w:ascii="IM Fell English" w:hAnsi="IM Fell English"/>
          <w:color w:val="141414"/>
          <w:sz w:val="24"/>
        </w:rPr>
        <w:t>He began to formulate a plan.</w:t>
      </w:r>
      <w:r>
        <w:rPr>
          <w:rFonts w:ascii="IM Fell English" w:hAnsi="IM Fell English"/>
          <w:color w:val="141414"/>
          <w:sz w:val="24"/>
        </w:rPr>
      </w:r>
      <w:r>
        <w:rPr>
          <w:rFonts w:ascii="IM Fell English" w:hAnsi="IM Fell English"/>
          <w:color w:val="141414"/>
          <w:sz w:val="24"/>
        </w:rPr>
        <w:t>Today he intended to gather as much information as possible about Suzan.</w:t>
      </w:r>
      <w:r>
        <w:rPr>
          <w:rFonts w:ascii="IM Fell English" w:hAnsi="IM Fell English"/>
          <w:color w:val="141414"/>
          <w:sz w:val="24"/>
        </w:rPr>
      </w:r>
      <w:r>
        <w:rPr>
          <w:rFonts w:ascii="IM Fell English" w:hAnsi="IM Fell English"/>
          <w:color w:val="141414"/>
          <w:sz w:val="24"/>
        </w:rPr>
        <w:t>John replayed in his mind, the previous night following Suzan home.</w:t>
      </w:r>
      <w:r>
        <w:rPr>
          <w:rFonts w:ascii="IM Fell English" w:hAnsi="IM Fell English"/>
          <w:color w:val="141414"/>
          <w:sz w:val="24"/>
        </w:rPr>
      </w:r>
      <w:r>
        <w:rPr>
          <w:rFonts w:ascii="IM Fell English" w:hAnsi="IM Fell English"/>
          <w:color w:val="141414"/>
          <w:sz w:val="24"/>
        </w:rPr>
      </w:r>
      <w:r>
        <w:rPr>
          <w:rFonts w:ascii="IM Fell English" w:hAnsi="IM Fell English"/>
          <w:i/>
          <w:color w:val="141414"/>
          <w:sz w:val="24"/>
        </w:rPr>
        <w:t>Waiting in his car watching the restaurant, a memory of his childhood entered his mind.</w:t>
      </w:r>
      <w:r>
        <w:rPr>
          <w:rFonts w:ascii="IM Fell English" w:hAnsi="IM Fell English"/>
          <w:color w:val="141414"/>
          <w:sz w:val="24"/>
        </w:rPr>
      </w:r>
      <w:r>
        <w:rPr>
          <w:rFonts w:ascii="IM Fell English" w:hAnsi="IM Fell English"/>
          <w:i/>
          <w:color w:val="141414"/>
          <w:sz w:val="24"/>
        </w:rPr>
        <w:t>His mother was drunk and ranting, which was far too frequent an occurrence. She stumbled in a zigzag pattern through the kitchen, knocking over the stool and sending it clattering across the tile floor. Her voice was harsh and grating, punctuated with slurs as she swung around to face him. He shrank back instinctively, his heart pounding in his chest. The anger on her face was palpable, the disgust dripping from every word that fell from her lips.</w:t>
      </w:r>
      <w:r>
        <w:rPr>
          <w:rFonts w:ascii="IM Fell English" w:hAnsi="IM Fell English"/>
          <w:color w:val="141414"/>
          <w:sz w:val="24"/>
        </w:rPr>
      </w:r>
      <w:r>
        <w:rPr>
          <w:rFonts w:ascii="IM Fell English" w:hAnsi="IM Fell English"/>
          <w:i/>
          <w:color w:val="141414"/>
          <w:sz w:val="24"/>
        </w:rPr>
        <w:t>"You'll never be good enough for anyone, you hear me?" she spat, taking a step towards him. "You're just a worthless piece of shit, just like your father. Always has, always will." The venom in her voice pierced him like a dagger, stabbing deep into his already battered soul. He winced and looked down at the floor, his shoulders hunched in shame.</w:t>
      </w:r>
      <w:r>
        <w:rPr>
          <w:rFonts w:ascii="IM Fell English" w:hAnsi="IM Fell English"/>
          <w:color w:val="141414"/>
          <w:sz w:val="24"/>
        </w:rPr>
      </w:r>
      <w:r>
        <w:rPr>
          <w:rFonts w:ascii="IM Fell English" w:hAnsi="IM Fell English"/>
          <w:i/>
          <w:color w:val="141414"/>
          <w:sz w:val="24"/>
        </w:rPr>
        <w:t>The walls of the cramped apartment felt as if they were closing in on him, the echoes of his mother’s rage reverberating off the peeling paint. John sat curled up in the corner of the room, clutching a tattered teddy bear that had seen better days. Its button eyes bore witness to the years of pain he had endured, the fraying seams matching the edges of his own fragile spirit.</w:t>
      </w:r>
      <w:r>
        <w:rPr>
          <w:rFonts w:ascii="IM Fell English" w:hAnsi="IM Fell English"/>
          <w:color w:val="141414"/>
          <w:sz w:val="24"/>
        </w:rPr>
      </w:r>
      <w:r>
        <w:rPr>
          <w:rFonts w:ascii="IM Fell English" w:hAnsi="IM Fell English"/>
          <w:i/>
          <w:color w:val="141414"/>
          <w:sz w:val="24"/>
        </w:rPr>
        <w:t>“Get up! Stop sulking like a little cunt!” Her voice was a thunderstorm, shaking the very foundations of his being. He could hear her heels clacking against the linoleum, a sound that filled him with dread. He had learned early on that those heels carried a promise of pain.</w:t>
      </w:r>
      <w:r>
        <w:rPr>
          <w:rFonts w:ascii="IM Fell English" w:hAnsi="IM Fell English"/>
          <w:color w:val="141414"/>
          <w:sz w:val="24"/>
        </w:rPr>
      </w:r>
      <w:r>
        <w:rPr>
          <w:rFonts w:ascii="IM Fell English" w:hAnsi="IM Fell English"/>
          <w:i/>
          <w:color w:val="141414"/>
          <w:sz w:val="24"/>
        </w:rPr>
        <w:t>Taking a deep breath, he tried to muster the courage to respond, to say something—anything—that could soften the impending storm, but the words stuck in his throat, tangled with fear and inadequacy. Instead, he bowed his head lower, fingers digging into the soft fur of the bear, his only balm against the tempest that raged outside his mind.</w:t>
      </w:r>
      <w:r>
        <w:rPr>
          <w:rFonts w:ascii="IM Fell English" w:hAnsi="IM Fell English"/>
          <w:color w:val="141414"/>
          <w:sz w:val="24"/>
        </w:rPr>
      </w:r>
      <w:r>
        <w:rPr>
          <w:rFonts w:ascii="IM Fell English" w:hAnsi="IM Fell English"/>
          <w:i/>
          <w:color w:val="141414"/>
          <w:sz w:val="24"/>
        </w:rPr>
        <w:t>“Look at me when I talk to you!” she screamed, her voice rising in pitch, each syllable a sharp knife that sliced through the air. As she loomed closer, he could feel the heat of her fury radiating against his small frame, threatening to engulf him completely. He dared to lift his gaze, squinting against the harsh fluorescent light, and saw the fury etched into her features—a monstrous visage filled with disdain.</w:t>
      </w:r>
      <w:r>
        <w:rPr>
          <w:rFonts w:ascii="IM Fell English" w:hAnsi="IM Fell English"/>
          <w:color w:val="141414"/>
          <w:sz w:val="24"/>
        </w:rPr>
      </w:r>
      <w:r>
        <w:rPr>
          <w:rFonts w:ascii="IM Fell English" w:hAnsi="IM Fell English"/>
          <w:i/>
          <w:color w:val="141414"/>
          <w:sz w:val="24"/>
        </w:rPr>
        <w:t>The tears began to flow freely down his cheeks. He would remember this. He would etch this moment into the fragile quilt of his young heart, fueling a fire that would burn quietly for years. A silent oath that one day, he would escape her hell, no matter how long it took.</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John's mind returned to the present. He was clutching the steering wheel as hard as he could, and it felt like it was on the verge of bending. He could still smell the sweet scent of the liquor she drank as if it were in the car with him. A smell tainted with the bitterness of his mother's cruelty.</w:t>
      </w:r>
      <w:r>
        <w:rPr>
          <w:rFonts w:ascii="IM Fell English" w:hAnsi="IM Fell English"/>
          <w:color w:val="141414"/>
          <w:sz w:val="24"/>
        </w:rPr>
      </w:r>
      <w:r>
        <w:rPr>
          <w:rFonts w:ascii="IM Fell English" w:hAnsi="IM Fell English"/>
          <w:color w:val="141414"/>
          <w:sz w:val="24"/>
        </w:rPr>
        <w:t>It served as a reminder that some memories never fade.</w:t>
      </w:r>
      <w:r>
        <w:rPr>
          <w:rFonts w:ascii="IM Fell English" w:hAnsi="IM Fell English"/>
          <w:color w:val="141414"/>
          <w:sz w:val="24"/>
        </w:rPr>
      </w:r>
      <w:r>
        <w:rPr>
          <w:rFonts w:ascii="IM Fell English" w:hAnsi="IM Fell English"/>
          <w:color w:val="141414"/>
          <w:sz w:val="24"/>
        </w:rPr>
        <w:t>Half-hour later, a car arrived at the restaurant's entrance. A woman at Suzan's table stood and departed, her exit punctuated by a burst of unrestrained mirth. As she slid into the car, a gleeful grin illuminated her face, and a triumphant shout echoed back to her companions before she sped away.</w:t>
      </w:r>
      <w:r>
        <w:rPr>
          <w:rFonts w:ascii="IM Fell English" w:hAnsi="IM Fell English"/>
          <w:color w:val="141414"/>
          <w:sz w:val="24"/>
        </w:rPr>
      </w:r>
      <w:r>
        <w:rPr>
          <w:rFonts w:ascii="IM Fell English" w:hAnsi="IM Fell English"/>
          <w:color w:val="141414"/>
          <w:sz w:val="24"/>
        </w:rPr>
        <w:t>A second car arrived ten minutes later. A woman, unsteady on her feet, rose abruptly from the table, emitting a boisterous, almost hysterical laugh. She lurched toward the vehicle, a flamboyant wave her final farewell before disappearing into the night.</w:t>
      </w:r>
      <w:r>
        <w:rPr>
          <w:rFonts w:ascii="IM Fell English" w:hAnsi="IM Fell English"/>
          <w:color w:val="141414"/>
          <w:sz w:val="24"/>
        </w:rPr>
      </w:r>
      <w:r>
        <w:rPr>
          <w:rFonts w:ascii="IM Fell English" w:hAnsi="IM Fell English"/>
          <w:color w:val="141414"/>
          <w:sz w:val="24"/>
        </w:rPr>
        <w:t>Only Suzan and one other woman remained.</w:t>
      </w:r>
      <w:r>
        <w:rPr>
          <w:rFonts w:ascii="IM Fell English" w:hAnsi="IM Fell English"/>
          <w:color w:val="141414"/>
          <w:sz w:val="24"/>
        </w:rPr>
      </w:r>
      <w:r>
        <w:rPr>
          <w:rFonts w:ascii="IM Fell English" w:hAnsi="IM Fell English"/>
          <w:color w:val="141414"/>
          <w:sz w:val="24"/>
        </w:rPr>
        <w:t>A third car arrived. Suzan stood slowly as he watched her leaning down to kiss the other woman on the cheek as a farewell.</w:t>
      </w:r>
      <w:r>
        <w:rPr>
          <w:rFonts w:ascii="IM Fell English" w:hAnsi="IM Fell English"/>
          <w:color w:val="141414"/>
          <w:sz w:val="24"/>
        </w:rPr>
      </w:r>
      <w:r>
        <w:rPr>
          <w:rFonts w:ascii="IM Fell English" w:hAnsi="IM Fell English"/>
          <w:color w:val="141414"/>
          <w:sz w:val="24"/>
        </w:rPr>
        <w:t>John watched a male get out of the car and walk around to open the passenger side door as Suzan slowly exited the restaurant. The male and Suzan smiled at each other affectionately. They were talking before he kissed her, a hand on the side of her belly and helped her into the car. The male trotted back to the driver's side and pulled away. John was ready. Pulling off the curb, he followed the police car Suzan was in.</w:t>
      </w:r>
      <w:r>
        <w:rPr>
          <w:rFonts w:ascii="IM Fell English" w:hAnsi="IM Fell English"/>
          <w:color w:val="141414"/>
          <w:sz w:val="24"/>
        </w:rPr>
      </w:r>
      <w:r>
        <w:rPr>
          <w:rFonts w:ascii="IM Fell English" w:hAnsi="IM Fell English"/>
          <w:color w:val="141414"/>
          <w:sz w:val="24"/>
        </w:rPr>
        <w:t>After twenty-five minutes, the police cruiser turned into a home and parked. John kept driving past, observing the street and house number so he knew where to return. John dove another two blocks. Pulled over, waited fifteen minutes, and then drove back, pulling over three houses before Suzan's. The reflective markings of a police cruiser easily shone brightly, and it was parked right next to the car the male person had driven Suzan home in. John stared at the car, realizing the male person was a cop.</w:t>
      </w:r>
      <w:r>
        <w:rPr>
          <w:rFonts w:ascii="IM Fell English" w:hAnsi="IM Fell English"/>
          <w:color w:val="141414"/>
          <w:sz w:val="24"/>
        </w:rPr>
      </w:r>
      <w:r>
        <w:rPr>
          <w:rFonts w:ascii="IM Fell English" w:hAnsi="IM Fell English"/>
          <w:color w:val="141414"/>
          <w:sz w:val="24"/>
        </w:rPr>
        <w:t>His mother is with a fucking cop! Thought John as rage began to build within him.</w:t>
      </w:r>
      <w:r>
        <w:rPr>
          <w:rFonts w:ascii="IM Fell English" w:hAnsi="IM Fell English"/>
          <w:color w:val="141414"/>
          <w:sz w:val="24"/>
        </w:rPr>
      </w:r>
      <w:r>
        <w:rPr>
          <w:rFonts w:ascii="IM Fell English" w:hAnsi="IM Fell English"/>
          <w:color w:val="141414"/>
          <w:sz w:val="24"/>
        </w:rPr>
        <w:t>John then started smashing the palms of his hands into the steering wheel while resisting the urge to scream out. Resting his forehead on the steering wheel, John slowly calmed his breathing and began piecing together what was unfolding and the gravity of what was at stake.</w:t>
      </w:r>
      <w:r>
        <w:rPr>
          <w:rFonts w:ascii="IM Fell English" w:hAnsi="IM Fell English"/>
          <w:color w:val="141414"/>
          <w:sz w:val="24"/>
        </w:rPr>
      </w:r>
      <w:r>
        <w:rPr>
          <w:rFonts w:ascii="IM Fell English" w:hAnsi="IM Fell English"/>
          <w:color w:val="141414"/>
          <w:sz w:val="24"/>
        </w:rPr>
        <w:t>Johns mother had reincarnated herself into two beings. One with strange couples that shadow her — a decoy. A decoy from his second mother who was not only pregnant but expected to deliver him from death within weeks, all with the protection of a police officer of the Portland Police force. To kill his mother would mean certain capture and death. To be reborn to endure his suffering all over again.</w:t>
      </w:r>
      <w:r>
        <w:rPr>
          <w:rFonts w:ascii="IM Fell English" w:hAnsi="IM Fell English"/>
          <w:color w:val="141414"/>
          <w:sz w:val="24"/>
        </w:rPr>
      </w:r>
      <w:r>
        <w:rPr>
          <w:rFonts w:ascii="IM Fell English" w:hAnsi="IM Fell English"/>
          <w:color w:val="141414"/>
          <w:sz w:val="24"/>
        </w:rPr>
        <w:t>John made sure his interior lights were off and wouldn't come on when he opened his car door.</w:t>
      </w:r>
      <w:r>
        <w:rPr>
          <w:rFonts w:ascii="IM Fell English" w:hAnsi="IM Fell English"/>
          <w:color w:val="141414"/>
          <w:sz w:val="24"/>
        </w:rPr>
      </w:r>
      <w:r>
        <w:rPr>
          <w:rFonts w:ascii="IM Fell English" w:hAnsi="IM Fell English"/>
          <w:color w:val="141414"/>
          <w:sz w:val="24"/>
        </w:rPr>
        <w:t>This part of Portland was older than most. There was less street lighting with several homes made from older sheeting panels. It mostly consisted of the aged pension population who would be in bed and asleep by eight.</w:t>
      </w:r>
      <w:r>
        <w:rPr>
          <w:rFonts w:ascii="IM Fell English" w:hAnsi="IM Fell English"/>
          <w:color w:val="141414"/>
          <w:sz w:val="24"/>
        </w:rPr>
      </w:r>
      <w:r>
        <w:rPr>
          <w:rFonts w:ascii="IM Fell English" w:hAnsi="IM Fell English"/>
          <w:color w:val="141414"/>
          <w:sz w:val="24"/>
        </w:rPr>
        <w:t>The street lighting was old and dim. John still remained cautious. The one thing about old people was if they did see anything out of place within their neighborhood, they were much more likely to call the police.</w:t>
      </w:r>
      <w:r>
        <w:rPr>
          <w:rFonts w:ascii="IM Fell English" w:hAnsi="IM Fell English"/>
          <w:color w:val="141414"/>
          <w:sz w:val="24"/>
        </w:rPr>
      </w:r>
      <w:r>
        <w:rPr>
          <w:rFonts w:ascii="IM Fell English" w:hAnsi="IM Fell English"/>
          <w:color w:val="141414"/>
          <w:sz w:val="24"/>
        </w:rPr>
        <w:t>Walking towards Suzan's house, a single light upstairs blinked off, and he stopped near a bush. John felt confident he was completely hidden.</w:t>
      </w:r>
      <w:r>
        <w:rPr>
          <w:rFonts w:ascii="IM Fell English" w:hAnsi="IM Fell English"/>
          <w:color w:val="141414"/>
          <w:sz w:val="24"/>
        </w:rPr>
      </w:r>
      <w:r>
        <w:rPr>
          <w:rFonts w:ascii="IM Fell English" w:hAnsi="IM Fell English"/>
          <w:color w:val="141414"/>
          <w:sz w:val="24"/>
        </w:rPr>
        <w:t>Checking his watch, he saw an hour had passed. No lights turned back on. Stepping out of the bush, he continued to walk towards the house. Walking past the police cruiser, he saw a red light blinking. Security alarm, he thought. He made sure not to touch the car.</w:t>
      </w:r>
      <w:r>
        <w:rPr>
          <w:rFonts w:ascii="IM Fell English" w:hAnsi="IM Fell English"/>
          <w:color w:val="141414"/>
          <w:sz w:val="24"/>
        </w:rPr>
      </w:r>
      <w:r>
        <w:rPr>
          <w:rFonts w:ascii="IM Fell English" w:hAnsi="IM Fell English"/>
          <w:color w:val="141414"/>
          <w:sz w:val="24"/>
        </w:rPr>
        <w:t>Silently, John crept down the side of the house, towards the back door. It was located on a small veranda that looked old. Looking for the beams running under the boards, he stepped onto the veranda, noting the boards didn't creak. There was no screen door. John hadn't seen anything to suggest they had a dog, but he decided to give the slightest tap on the glass and waited. After a few minutes, he manipulated the lock. The door swung inwards on well-oiled hinges and he stood there. Breathing calmly. Listening.</w:t>
      </w:r>
      <w:r>
        <w:rPr>
          <w:rFonts w:ascii="IM Fell English" w:hAnsi="IM Fell English"/>
          <w:color w:val="141414"/>
          <w:sz w:val="24"/>
        </w:rPr>
      </w:r>
      <w:r>
        <w:rPr>
          <w:rFonts w:ascii="IM Fell English" w:hAnsi="IM Fell English"/>
          <w:color w:val="141414"/>
          <w:sz w:val="24"/>
        </w:rPr>
        <w:t>Stepping through the door, for the first time he felt afraid and he paused again. This time he felt vulnerable. Listening, he heard no movement to suggest Suzan was aware of his presence. She was with protection. A cop. One cop meant an entire force of cops. Killing Suzan would mean an entire city police force would be hunting him until he was captured, or killed himself. Clearing his thoughts, he knew that would have to wait.</w:t>
      </w:r>
      <w:r>
        <w:rPr>
          <w:rFonts w:ascii="IM Fell English" w:hAnsi="IM Fell English"/>
          <w:color w:val="141414"/>
          <w:sz w:val="24"/>
        </w:rPr>
      </w:r>
      <w:r>
        <w:rPr>
          <w:rFonts w:ascii="IM Fell English" w:hAnsi="IM Fell English"/>
          <w:color w:val="141414"/>
          <w:sz w:val="24"/>
        </w:rPr>
        <w:t>John found himself in the kitchen. It was clean. Neat. Like every household, the fridge was the most common place to put information to share, notes, photos of happy moments, and schedules.</w:t>
      </w:r>
      <w:r>
        <w:rPr>
          <w:rFonts w:ascii="IM Fell English" w:hAnsi="IM Fell English"/>
          <w:color w:val="141414"/>
          <w:sz w:val="24"/>
        </w:rPr>
      </w:r>
      <w:r>
        <w:rPr>
          <w:rFonts w:ascii="IM Fell English" w:hAnsi="IM Fell English"/>
          <w:color w:val="141414"/>
          <w:sz w:val="24"/>
        </w:rPr>
        <w:t>There was a monthly whiteboard calendar. In bold red letters was written DUE DATE. It was Friday 14th November today and this was written on Wednesday, November 26th, twelve days from today.</w:t>
      </w:r>
      <w:r>
        <w:rPr>
          <w:rFonts w:ascii="IM Fell English" w:hAnsi="IM Fell English"/>
          <w:color w:val="141414"/>
          <w:sz w:val="24"/>
        </w:rPr>
      </w:r>
      <w:r>
        <w:rPr>
          <w:rFonts w:ascii="IM Fell English" w:hAnsi="IM Fell English"/>
          <w:color w:val="141414"/>
          <w:sz w:val="24"/>
        </w:rPr>
        <w:t>Without even realizing it, John had taken his knife from his jacket and was holding it to his side. The temptation to just walk up their and kill them both was overwhelming. But what if he fails? What if the cop was waiting for him upstairs right now? That this was a trap to lure him here. To finally best him at this game of cat and mouse.</w:t>
      </w:r>
      <w:r>
        <w:rPr>
          <w:rFonts w:ascii="IM Fell English" w:hAnsi="IM Fell English"/>
          <w:color w:val="141414"/>
          <w:sz w:val="24"/>
        </w:rPr>
      </w:r>
      <w:r>
        <w:rPr>
          <w:rFonts w:ascii="IM Fell English" w:hAnsi="IM Fell English"/>
          <w:color w:val="141414"/>
          <w:sz w:val="24"/>
        </w:rPr>
        <w:t>Somewhere above him, she was lying with a vessel of his life, growing inside her and that vessel was due to be born in twelve days. John took nothing. He silently walked out the back door. He didn't close the door. He wanted Suzan to know he had been in her home.</w:t>
      </w:r>
      <w:r>
        <w:rPr>
          <w:rFonts w:ascii="IM Fell English" w:hAnsi="IM Fell English"/>
          <w:color w:val="141414"/>
          <w:sz w:val="24"/>
        </w:rPr>
      </w:r>
      <w:r>
        <w:rPr>
          <w:rFonts w:ascii="IM Fell English" w:hAnsi="IM Fell English"/>
          <w:color w:val="141414"/>
          <w:sz w:val="24"/>
        </w:rPr>
        <w:t>He needed time to think. To plan. He needed more information, and he knew there was one person who could give him those answers. A single name kept repeating in his mind now.</w:t>
      </w:r>
      <w:r>
        <w:rPr>
          <w:rFonts w:ascii="IM Fell English" w:hAnsi="IM Fell English"/>
          <w:color w:val="141414"/>
          <w:sz w:val="24"/>
        </w:rPr>
      </w:r>
      <w:r>
        <w:rPr>
          <w:rFonts w:ascii="IM Fell English" w:hAnsi="IM Fell English"/>
          <w:color w:val="141414"/>
          <w:sz w:val="24"/>
        </w:rPr>
        <w:t>Jill.</w:t>
      </w:r>
      <w:r>
        <w:rPr>
          <w:rFonts w:ascii="IM Fell English" w:hAnsi="IM Fell English"/>
          <w:color w:val="141414"/>
          <w:sz w:val="24"/>
        </w:rPr>
      </w:r>
    </w:p>
    <w:p>
      <w:pPr>
        <w:pStyle w:val="Heading1"/>
        <w:jc w:val="center"/>
      </w:pPr>
      <w:r>
        <w:rPr>
          <w:rFonts w:ascii="IM Fell English" w:hAnsi="IM Fell English"/>
          <w:color w:val="0D0D0D"/>
        </w:rPr>
        <w:t>Chapter 21</w:t>
      </w:r>
    </w:p>
    <w:p>
      <w:r>
        <w:rPr>
          <w:rFonts w:ascii="IM Fell English" w:hAnsi="IM Fell English"/>
          <w:color w:val="141414"/>
          <w:sz w:val="24"/>
        </w:rPr>
      </w:r>
      <w:r>
        <w:rPr>
          <w:rFonts w:ascii="IM Fell English" w:hAnsi="IM Fell English"/>
          <w:color w:val="141414"/>
          <w:sz w:val="24"/>
        </w:rPr>
        <w:t>Monday dawned, finding Maxine inert beneath the covers. Saturday evening's encounter with Mike replayed in her mind. A week undercover in Portland, and he'd been the closest match yet to their serial killer profile—a disturbingly perfect fit, except for a nagging incongruity. Mike's demeanor had been strangely distracted, his attention wavering, never fully captivated by her. If he was indeed their man, using her as a lure, his obsession should have been absolute, unwavering. Instead, his engagement was a perplexing paradox—simultaneously present and absent.</w:t>
      </w:r>
      <w:r>
        <w:rPr>
          <w:rFonts w:ascii="IM Fell English" w:hAnsi="IM Fell English"/>
          <w:color w:val="141414"/>
          <w:sz w:val="24"/>
        </w:rPr>
      </w:r>
      <w:r>
        <w:rPr>
          <w:rFonts w:ascii="IM Fell English" w:hAnsi="IM Fell English"/>
          <w:color w:val="141414"/>
          <w:sz w:val="24"/>
        </w:rPr>
        <w:t>Later that day, she planned to contact Mike, using the phone number he'd given her to call for another date. This time, a coffee rendezvous was her objective—a chance to express her gratitude for a truly enchanting evening and, more importantly, to gain a deeper, more insightful understanding of his character.</w:t>
      </w:r>
      <w:r>
        <w:rPr>
          <w:rFonts w:ascii="IM Fell English" w:hAnsi="IM Fell English"/>
          <w:color w:val="141414"/>
          <w:sz w:val="24"/>
        </w:rPr>
      </w:r>
      <w:r>
        <w:rPr>
          <w:rFonts w:ascii="IM Fell English" w:hAnsi="IM Fell English"/>
          <w:color w:val="141414"/>
          <w:sz w:val="24"/>
        </w:rPr>
        <w:t>Over the past five days, she'd been subjected to three separate encounters with men. These incidents transpired at the park, the Plaza, and even while she was grocery shopping. Each man's advances were clumsy and ill-conceived; the one at the supermarket was particularly memorable, clad in a bizarre ensemble of hoodie, board shorts, and sandals – a far cry from the composite sketch of their suspected serial killer. Only Mike bore any resemblance to the profile.</w:t>
      </w:r>
      <w:r>
        <w:rPr>
          <w:rFonts w:ascii="IM Fell English" w:hAnsi="IM Fell English"/>
          <w:color w:val="141414"/>
          <w:sz w:val="24"/>
        </w:rPr>
      </w:r>
      <w:r>
        <w:rPr>
          <w:rFonts w:ascii="IM Fell English" w:hAnsi="IM Fell English"/>
          <w:color w:val="141414"/>
          <w:sz w:val="24"/>
        </w:rPr>
        <w:t>Though Mike occasionally seemed preoccupied, his impeccable attire and grooming spoke volumes. He projected an air of self-assuredness and command, his demeanor radiating control. His unwavering gaze held you captive during conversation, fostering a profound sense of being heard; his charm was undeniably captivating.</w:t>
      </w:r>
      <w:r>
        <w:rPr>
          <w:rFonts w:ascii="IM Fell English" w:hAnsi="IM Fell English"/>
          <w:color w:val="141414"/>
          <w:sz w:val="24"/>
        </w:rPr>
      </w:r>
      <w:r>
        <w:rPr>
          <w:rFonts w:ascii="IM Fell English" w:hAnsi="IM Fell English"/>
          <w:color w:val="141414"/>
          <w:sz w:val="24"/>
        </w:rPr>
        <w:t>By 730am Maxine was showered and dressed. It was Monday, which meant most shops opened by about nine. Sitting at the end of the bed, she thumped a naked leg protruding from the sheet and a groan emanated from the other end.</w:t>
      </w:r>
      <w:r>
        <w:rPr>
          <w:rFonts w:ascii="IM Fell English" w:hAnsi="IM Fell English"/>
          <w:color w:val="141414"/>
          <w:sz w:val="24"/>
        </w:rPr>
      </w:r>
      <w:r>
        <w:rPr>
          <w:rFonts w:ascii="IM Fell English" w:hAnsi="IM Fell English"/>
          <w:color w:val="141414"/>
          <w:sz w:val="24"/>
        </w:rPr>
        <w:t>"It's 730. You need to leave as I'm expecting your boss to call me, which could be anytime, and I don't want to explain the male voice or shower running in the background," she said, climbing on his back.</w:t>
      </w:r>
      <w:r>
        <w:rPr>
          <w:rFonts w:ascii="IM Fell English" w:hAnsi="IM Fell English"/>
          <w:color w:val="141414"/>
          <w:sz w:val="24"/>
        </w:rPr>
      </w:r>
      <w:r>
        <w:rPr>
          <w:rFonts w:ascii="IM Fell English" w:hAnsi="IM Fell English"/>
          <w:color w:val="141414"/>
          <w:sz w:val="24"/>
        </w:rPr>
        <w:t>"I know, I know," replied Marcus, smiling and laughing as Maxine tickled his sides.</w:t>
      </w:r>
      <w:r>
        <w:rPr>
          <w:rFonts w:ascii="IM Fell English" w:hAnsi="IM Fell English"/>
          <w:color w:val="141414"/>
          <w:sz w:val="24"/>
        </w:rPr>
      </w:r>
      <w:r>
        <w:rPr>
          <w:rFonts w:ascii="IM Fell English" w:hAnsi="IM Fell English"/>
          <w:color w:val="141414"/>
          <w:sz w:val="24"/>
        </w:rPr>
        <w:t>Marcus was still reeling inside. The past five days had been incredible.</w:t>
      </w:r>
      <w:r>
        <w:rPr>
          <w:rFonts w:ascii="IM Fell English" w:hAnsi="IM Fell English"/>
          <w:color w:val="141414"/>
          <w:sz w:val="24"/>
        </w:rPr>
      </w:r>
      <w:r>
        <w:rPr>
          <w:rFonts w:ascii="IM Fell English" w:hAnsi="IM Fell English"/>
          <w:color w:val="141414"/>
          <w:sz w:val="24"/>
        </w:rPr>
        <w:t>When Maxine left for the townhouse, Marcus thought that was it. Their encounter would remain a brief awkward moment at the station. Two nights later Marcus was out and decided to get a beer. It wasn't one of the usual places he went to, but he sat there and an hour later Maxine walked in. She didn't notice Marcus until she sat down next to him as the other bar stools were taken. When they realized they were sitting next to each other, Maxine immediately introduced herself as if they were meeting for the first time. She could see the awkwardness in Marcus's face and so tried to cover it.</w:t>
      </w:r>
      <w:r>
        <w:rPr>
          <w:rFonts w:ascii="IM Fell English" w:hAnsi="IM Fell English"/>
          <w:color w:val="141414"/>
          <w:sz w:val="24"/>
        </w:rPr>
      </w:r>
      <w:r>
        <w:rPr>
          <w:rFonts w:ascii="IM Fell English" w:hAnsi="IM Fell English"/>
          <w:color w:val="141414"/>
          <w:sz w:val="24"/>
        </w:rPr>
        <w:t>"Hi. Jill. Sorry is this seat taken?" she asked, looking around her, and then leaning in, she whispered, "Talk to me like it's the first time we're meeting and if you fuck this up I will fucking kick the shit out of you."</w:t>
      </w:r>
      <w:r>
        <w:rPr>
          <w:rFonts w:ascii="IM Fell English" w:hAnsi="IM Fell English"/>
          <w:color w:val="141414"/>
          <w:sz w:val="24"/>
        </w:rPr>
      </w:r>
      <w:r>
        <w:rPr>
          <w:rFonts w:ascii="IM Fell English" w:hAnsi="IM Fell English"/>
          <w:color w:val="141414"/>
          <w:sz w:val="24"/>
        </w:rPr>
        <w:t>Marcus coughed and held out his hand. "Um, hi. Frank. No sorry. The seats all yours," he said, turning away to mind his own business and getting ready to stand and walk out.</w:t>
      </w:r>
      <w:r>
        <w:rPr>
          <w:rFonts w:ascii="IM Fell English" w:hAnsi="IM Fell English"/>
          <w:color w:val="141414"/>
          <w:sz w:val="24"/>
        </w:rPr>
      </w:r>
      <w:r>
        <w:rPr>
          <w:rFonts w:ascii="IM Fell English" w:hAnsi="IM Fell English"/>
          <w:color w:val="141414"/>
          <w:sz w:val="24"/>
        </w:rPr>
        <w:t>"Stay he fuck where you are, smile, make small talk and leave in ten okay," Maxine whispered out the corner of her mouth to Marcus.</w:t>
      </w:r>
      <w:r>
        <w:rPr>
          <w:rFonts w:ascii="IM Fell English" w:hAnsi="IM Fell English"/>
          <w:color w:val="141414"/>
          <w:sz w:val="24"/>
        </w:rPr>
      </w:r>
      <w:r>
        <w:rPr>
          <w:rFonts w:ascii="IM Fell English" w:hAnsi="IM Fell English"/>
          <w:color w:val="141414"/>
          <w:sz w:val="24"/>
        </w:rPr>
        <w:t>Four hours later they were both very drunk and in a taxi making out back to Maxine's place and Marcus never looked back. His mood elevated. He was full of joy, and he didn't care. Hartley made a few comments, but he just grinned his stupid gin and said nothing. To say anything would bring the wrath from the Superintendent himself and everyone in between. Briggs being one of them he sure as hell did not want to receive.</w:t>
      </w:r>
      <w:r>
        <w:rPr>
          <w:rFonts w:ascii="IM Fell English" w:hAnsi="IM Fell English"/>
          <w:color w:val="141414"/>
          <w:sz w:val="24"/>
        </w:rPr>
      </w:r>
      <w:r>
        <w:rPr>
          <w:rFonts w:ascii="IM Fell English" w:hAnsi="IM Fell English"/>
          <w:color w:val="141414"/>
          <w:sz w:val="24"/>
        </w:rPr>
        <w:t>Marcus didn't bother showering. He dressed. Kissed Maxine on the mouth and departed quickly to head home, shower and get into the office by nine.</w:t>
      </w:r>
      <w:r>
        <w:rPr>
          <w:rFonts w:ascii="IM Fell English" w:hAnsi="IM Fell English"/>
          <w:color w:val="141414"/>
          <w:sz w:val="24"/>
        </w:rPr>
      </w:r>
      <w:r>
        <w:rPr>
          <w:rFonts w:ascii="IM Fell English" w:hAnsi="IM Fell English"/>
          <w:color w:val="141414"/>
          <w:sz w:val="24"/>
        </w:rPr>
        <w:t>Maxine checked her watch, aware of a pending call in a few minutes to report in with Detective O'Neil and Professor Hartley to report additional encounters with Mike.</w:t>
      </w:r>
      <w:r>
        <w:rPr>
          <w:rFonts w:ascii="IM Fell English" w:hAnsi="IM Fell English"/>
          <w:color w:val="141414"/>
          <w:sz w:val="24"/>
        </w:rPr>
      </w:r>
      <w:r>
        <w:rPr>
          <w:rFonts w:ascii="IM Fell English" w:hAnsi="IM Fell English"/>
          <w:color w:val="141414"/>
          <w:sz w:val="24"/>
        </w:rPr>
        <w:t>As she savored her morning coffee, her phone began ringing. Detective O'Neil's voice, amplified by the speakerphone, cut through the air; Professor Hartley's audible presence could be heard.</w:t>
      </w:r>
      <w:r>
        <w:rPr>
          <w:rFonts w:ascii="IM Fell English" w:hAnsi="IM Fell English"/>
          <w:color w:val="141414"/>
          <w:sz w:val="24"/>
        </w:rPr>
      </w:r>
      <w:r>
        <w:rPr>
          <w:rFonts w:ascii="IM Fell English" w:hAnsi="IM Fell English"/>
          <w:color w:val="141414"/>
          <w:sz w:val="24"/>
        </w:rPr>
        <w:t>"Maxine," O'Neil announced, "Hartley is present."</w:t>
      </w:r>
      <w:r>
        <w:rPr>
          <w:rFonts w:ascii="IM Fell English" w:hAnsi="IM Fell English"/>
          <w:color w:val="141414"/>
          <w:sz w:val="24"/>
        </w:rPr>
      </w:r>
      <w:r>
        <w:rPr>
          <w:rFonts w:ascii="IM Fell English" w:hAnsi="IM Fell English"/>
          <w:color w:val="141414"/>
          <w:sz w:val="24"/>
        </w:rPr>
        <w:t>"Sir, Professor Hartley," Maxine responded, her voice respectful.</w:t>
      </w:r>
      <w:r>
        <w:rPr>
          <w:rFonts w:ascii="IM Fell English" w:hAnsi="IM Fell English"/>
          <w:color w:val="141414"/>
          <w:sz w:val="24"/>
        </w:rPr>
      </w:r>
      <w:r>
        <w:rPr>
          <w:rFonts w:ascii="IM Fell English" w:hAnsi="IM Fell English"/>
          <w:color w:val="141414"/>
          <w:sz w:val="24"/>
        </w:rPr>
        <w:t>O'Neil continued, his tone urgent, "Let's recount from Saturday night's encounter to now." Leaning back, Maxine began her narrative, her words painting a vivid picture.</w:t>
      </w:r>
      <w:r>
        <w:rPr>
          <w:rFonts w:ascii="IM Fell English" w:hAnsi="IM Fell English"/>
          <w:color w:val="141414"/>
          <w:sz w:val="24"/>
        </w:rPr>
      </w:r>
      <w:r>
        <w:rPr>
          <w:rFonts w:ascii="IM Fell English" w:hAnsi="IM Fell English"/>
          <w:color w:val="141414"/>
          <w:sz w:val="24"/>
        </w:rPr>
        <w:t>"In my assessment," she began, thoughtfully, "Mike embodied nearly every desirable quality I've encountered in the Portland dating scene. He possessed striking good looks, undeniable charm, impeccable grooming, and a disarming warmth and sensitivity. His attentiveness was captivating; his eyes held a genuine warmth that spoke volumes. I'm single, and, frankly," Maxine chuckled nervously, "this man is triggering an overwhelming physical response. My instincts are screaming, 'He's the one! How many children do we envision?'" she added, attempting to regain composure.</w:t>
      </w:r>
      <w:r>
        <w:rPr>
          <w:rFonts w:ascii="IM Fell English" w:hAnsi="IM Fell English"/>
          <w:color w:val="141414"/>
          <w:sz w:val="24"/>
        </w:rPr>
      </w:r>
      <w:r>
        <w:rPr>
          <w:rFonts w:ascii="IM Fell English" w:hAnsi="IM Fell English"/>
          <w:color w:val="141414"/>
          <w:sz w:val="24"/>
        </w:rPr>
        <w:t>"However, I believe a proactive approach is warranted. I recommend light shopping for items girls only need as a way to seem plain, with a casual stroll past Mike's workplace at Plaza's shopping center. Should he be absent, I was going to act shy and say that I thought showing up in person would be a better touch than a phone call. There may be some small talk, but I would offer to organize coffee for the following day at 530pm so not to appear too impulsive, stating I have meetings and will be out of town tonight. A simple invitation for coffee after work as thanks for an enjoyable evening."</w:t>
      </w:r>
      <w:r>
        <w:rPr>
          <w:rFonts w:ascii="IM Fell English" w:hAnsi="IM Fell English"/>
          <w:color w:val="141414"/>
          <w:sz w:val="24"/>
        </w:rPr>
      </w:r>
      <w:r>
        <w:rPr>
          <w:rFonts w:ascii="IM Fell English" w:hAnsi="IM Fell English"/>
          <w:color w:val="141414"/>
          <w:sz w:val="24"/>
        </w:rPr>
        <w:t>"Thoughts Hartley," O'Neil asked.</w:t>
      </w:r>
      <w:r>
        <w:rPr>
          <w:rFonts w:ascii="IM Fell English" w:hAnsi="IM Fell English"/>
          <w:color w:val="141414"/>
          <w:sz w:val="24"/>
        </w:rPr>
      </w:r>
      <w:r>
        <w:rPr>
          <w:rFonts w:ascii="IM Fell English" w:hAnsi="IM Fell English"/>
          <w:color w:val="141414"/>
          <w:sz w:val="24"/>
        </w:rPr>
        <w:t>"I agree with Maxine's assessment and strategy," Hartley replied.</w:t>
      </w:r>
      <w:r>
        <w:rPr>
          <w:rFonts w:ascii="IM Fell English" w:hAnsi="IM Fell English"/>
          <w:color w:val="141414"/>
          <w:sz w:val="24"/>
        </w:rPr>
      </w:r>
      <w:r>
        <w:rPr>
          <w:rFonts w:ascii="IM Fell English" w:hAnsi="IM Fell English"/>
          <w:color w:val="141414"/>
          <w:sz w:val="24"/>
        </w:rPr>
        <w:t>"A follow-up meeting is needed. His exceptionally high score in their initial meeting requires a decisive response; either complete exoneration or a suspect and potential serial killer."</w:t>
      </w:r>
      <w:r>
        <w:rPr>
          <w:rFonts w:ascii="IM Fell English" w:hAnsi="IM Fell English"/>
          <w:color w:val="141414"/>
          <w:sz w:val="24"/>
        </w:rPr>
      </w:r>
      <w:r>
        <w:rPr>
          <w:rFonts w:ascii="IM Fell English" w:hAnsi="IM Fell English"/>
          <w:color w:val="141414"/>
          <w:sz w:val="24"/>
        </w:rPr>
        <w:t>O'Neil directed he would dispatch Briggs to assemble two investigative units, one targeting the Plaza for her visit today, the for tomorrow afternoon, for deployment. Undercover operatives would be in position before Maxine's arrival. They scheduled Maxine to arrive 11:30am at the Plaza.</w:t>
      </w:r>
      <w:r>
        <w:rPr>
          <w:rFonts w:ascii="IM Fell English" w:hAnsi="IM Fell English"/>
          <w:color w:val="141414"/>
          <w:sz w:val="24"/>
        </w:rPr>
      </w:r>
      <w:r>
        <w:rPr>
          <w:rFonts w:ascii="IM Fell English" w:hAnsi="IM Fell English"/>
          <w:color w:val="141414"/>
          <w:sz w:val="24"/>
        </w:rPr>
        <w:t>"Questions?" asked O'Neil. No one spoke.</w:t>
      </w:r>
      <w:r>
        <w:rPr>
          <w:rFonts w:ascii="IM Fell English" w:hAnsi="IM Fell English"/>
          <w:color w:val="141414"/>
          <w:sz w:val="24"/>
        </w:rPr>
      </w:r>
      <w:r>
        <w:rPr>
          <w:rFonts w:ascii="IM Fell English" w:hAnsi="IM Fell English"/>
          <w:color w:val="141414"/>
          <w:sz w:val="24"/>
        </w:rPr>
        <w:t>"Excellent," he declared, terminating the call.</w:t>
      </w:r>
      <w:r>
        <w:rPr>
          <w:rFonts w:ascii="IM Fell English" w:hAnsi="IM Fell English"/>
          <w:color w:val="141414"/>
          <w:sz w:val="24"/>
        </w:rPr>
      </w:r>
      <w:r>
        <w:rPr>
          <w:rFonts w:ascii="IM Fell English" w:hAnsi="IM Fell English"/>
          <w:color w:val="141414"/>
          <w:sz w:val="24"/>
        </w:rPr>
        <w:t>Maxine, clad in athletic attire, finished her coffee. An hour of rigorous exercise awaited before she left.</w:t>
      </w:r>
      <w:r>
        <w:rPr>
          <w:rFonts w:ascii="IM Fell English" w:hAnsi="IM Fell English"/>
          <w:color w:val="141414"/>
          <w:sz w:val="24"/>
        </w:rPr>
      </w:r>
    </w:p>
    <w:p>
      <w:pPr>
        <w:pStyle w:val="Heading1"/>
        <w:jc w:val="center"/>
      </w:pPr>
      <w:r>
        <w:rPr>
          <w:rFonts w:ascii="IM Fell English" w:hAnsi="IM Fell English"/>
          <w:color w:val="0D0D0D"/>
        </w:rPr>
        <w:t>Chapter 22</w:t>
      </w:r>
    </w:p>
    <w:p>
      <w:r>
        <w:rPr>
          <w:rFonts w:ascii="IM Fell English" w:hAnsi="IM Fell English"/>
          <w:color w:val="141414"/>
          <w:sz w:val="24"/>
        </w:rPr>
      </w:r>
      <w:r>
        <w:rPr>
          <w:rFonts w:ascii="IM Fell English" w:hAnsi="IM Fell English"/>
          <w:color w:val="141414"/>
          <w:sz w:val="24"/>
        </w:rPr>
        <w:t>David walked into the kitchen dressed in uniform for work when he stopped noticing the back door wide open. His hand instinctively went to the Glock holstered on his right hip. He could still hear the shower running with Susan in there.</w:t>
      </w:r>
      <w:r>
        <w:rPr>
          <w:rFonts w:ascii="IM Fell English" w:hAnsi="IM Fell English"/>
          <w:color w:val="141414"/>
          <w:sz w:val="24"/>
        </w:rPr>
      </w:r>
      <w:r>
        <w:rPr>
          <w:rFonts w:ascii="IM Fell English" w:hAnsi="IM Fell English"/>
          <w:color w:val="141414"/>
          <w:sz w:val="24"/>
        </w:rPr>
        <w:t>Checking the lower floor and noticing nothing was missing or misplaced, he walked out through the backdoor and scanned the yard. Nothing seemed stolen or broken. He checked the lock and it appeared normal. David decided just to do a quick walk around the entire house and found nothing suspicious.</w:t>
      </w:r>
      <w:r>
        <w:rPr>
          <w:rFonts w:ascii="IM Fell English" w:hAnsi="IM Fell English"/>
          <w:color w:val="141414"/>
          <w:sz w:val="24"/>
        </w:rPr>
      </w:r>
      <w:r>
        <w:rPr>
          <w:rFonts w:ascii="IM Fell English" w:hAnsi="IM Fell English"/>
          <w:color w:val="141414"/>
          <w:sz w:val="24"/>
        </w:rPr>
        <w:t>Walking back inside through the back door, Susan was in the fridge.</w:t>
      </w:r>
      <w:r>
        <w:rPr>
          <w:rFonts w:ascii="IM Fell English" w:hAnsi="IM Fell English"/>
          <w:color w:val="141414"/>
          <w:sz w:val="24"/>
        </w:rPr>
      </w:r>
      <w:r>
        <w:rPr>
          <w:rFonts w:ascii="IM Fell English" w:hAnsi="IM Fell English"/>
          <w:color w:val="141414"/>
          <w:sz w:val="24"/>
        </w:rPr>
        <w:t>"What ya doing?" asked Susan with her head in the fridge.</w:t>
      </w:r>
      <w:r>
        <w:rPr>
          <w:rFonts w:ascii="IM Fell English" w:hAnsi="IM Fell English"/>
          <w:color w:val="141414"/>
          <w:sz w:val="24"/>
        </w:rPr>
      </w:r>
      <w:r>
        <w:rPr>
          <w:rFonts w:ascii="IM Fell English" w:hAnsi="IM Fell English"/>
          <w:color w:val="141414"/>
          <w:sz w:val="24"/>
        </w:rPr>
        <w:t>"The backdoor was wide open when I came down this morning. Did you go outside last night?" asked David.</w:t>
      </w:r>
      <w:r>
        <w:rPr>
          <w:rFonts w:ascii="IM Fell English" w:hAnsi="IM Fell English"/>
          <w:color w:val="141414"/>
          <w:sz w:val="24"/>
        </w:rPr>
      </w:r>
      <w:r>
        <w:rPr>
          <w:rFonts w:ascii="IM Fell English" w:hAnsi="IM Fell English"/>
          <w:color w:val="141414"/>
          <w:sz w:val="24"/>
        </w:rPr>
        <w:t>"Nope," said Susan</w:t>
      </w:r>
      <w:r>
        <w:rPr>
          <w:rFonts w:ascii="IM Fell English" w:hAnsi="IM Fell English"/>
          <w:color w:val="141414"/>
          <w:sz w:val="24"/>
        </w:rPr>
      </w:r>
      <w:r>
        <w:rPr>
          <w:rFonts w:ascii="IM Fell English" w:hAnsi="IM Fell English"/>
          <w:color w:val="141414"/>
          <w:sz w:val="24"/>
        </w:rPr>
        <w:t>"Well, nothing seems stolen or suspicious. I was positive I'd secured the house when we went to bed. Maybe it slipped my mind," said David, reaching for his coffee.</w:t>
      </w:r>
      <w:r>
        <w:rPr>
          <w:rFonts w:ascii="IM Fell English" w:hAnsi="IM Fell English"/>
          <w:color w:val="141414"/>
          <w:sz w:val="24"/>
        </w:rPr>
      </w:r>
      <w:r>
        <w:rPr>
          <w:rFonts w:ascii="IM Fell English" w:hAnsi="IM Fell English"/>
          <w:color w:val="141414"/>
          <w:sz w:val="24"/>
        </w:rPr>
        <w:t>"Breakfast?" Susan asked.</w:t>
      </w:r>
      <w:r>
        <w:rPr>
          <w:rFonts w:ascii="IM Fell English" w:hAnsi="IM Fell English"/>
          <w:color w:val="141414"/>
          <w:sz w:val="24"/>
        </w:rPr>
      </w:r>
      <w:r>
        <w:rPr>
          <w:rFonts w:ascii="IM Fell English" w:hAnsi="IM Fell English"/>
          <w:color w:val="141414"/>
          <w:sz w:val="24"/>
        </w:rPr>
        <w:t>"Not today, honey. Got to get to work a little earlier to finish off some paper work I let slip last night. I'll see you later. I'll finish at three today," said David as he picked up his bag and headed for the front door, kissing Susan on the way out.</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Maxine's destination was the Plaza. She will first attend the local supermarket on the errand of buying female toiletries. Feminine hygiene products were a suitably innocuous excuse, unlikely to prompt scrutiny. The objective was to assess Mike's potential as a suspect or to eliminate him from consideration, allowing them to advance their intricate ruse designed to trap Portland's actual serial killer. A follow-up meeting was necessary for this evaluation.</w:t>
      </w:r>
      <w:r>
        <w:rPr>
          <w:rFonts w:ascii="IM Fell English" w:hAnsi="IM Fell English"/>
          <w:color w:val="141414"/>
          <w:sz w:val="24"/>
        </w:rPr>
      </w:r>
      <w:r>
        <w:rPr>
          <w:rFonts w:ascii="IM Fell English" w:hAnsi="IM Fell English"/>
          <w:color w:val="141414"/>
          <w:sz w:val="24"/>
        </w:rPr>
        <w:t>Lost in thought, Maxine drove toward the Plaza, oblivious to the shadow that had followed her since she left the Townhouse.</w:t>
      </w:r>
      <w:r>
        <w:rPr>
          <w:rFonts w:ascii="IM Fell English" w:hAnsi="IM Fell English"/>
          <w:color w:val="141414"/>
          <w:sz w:val="24"/>
        </w:rPr>
      </w:r>
      <w:r>
        <w:rPr>
          <w:rFonts w:ascii="IM Fell English" w:hAnsi="IM Fell English"/>
          <w:color w:val="141414"/>
          <w:sz w:val="24"/>
        </w:rPr>
        <w:t>Upon reaching the Plaza, she embarked on the mundane errand: procuring menstrual hygiene products, bread, milk, and apples. These commonplace provisions, nestled within her bag, presented an unremarkable facade to any casual observer.</w:t>
      </w:r>
      <w:r>
        <w:rPr>
          <w:rFonts w:ascii="IM Fell English" w:hAnsi="IM Fell English"/>
          <w:color w:val="141414"/>
          <w:sz w:val="24"/>
        </w:rPr>
      </w:r>
      <w:r>
        <w:rPr>
          <w:rFonts w:ascii="IM Fell English" w:hAnsi="IM Fell English"/>
          <w:color w:val="141414"/>
          <w:sz w:val="24"/>
        </w:rPr>
        <w:t>To maintain the facade of a typical civilian, she meticulously navigated the plaza. Her stroll deliberately included browsing women's boutiques, lingering over cosmetics, and showering the adorable puppies and bunnies outside the pet store with affectionate glances.</w:t>
      </w:r>
      <w:r>
        <w:rPr>
          <w:rFonts w:ascii="IM Fell English" w:hAnsi="IM Fell English"/>
          <w:color w:val="141414"/>
          <w:sz w:val="24"/>
        </w:rPr>
      </w:r>
      <w:r>
        <w:rPr>
          <w:rFonts w:ascii="IM Fell English" w:hAnsi="IM Fell English"/>
          <w:color w:val="141414"/>
          <w:sz w:val="24"/>
        </w:rPr>
        <w:t>As she walked, she constantly and meticulously assessed every single walking male, evaluating them against her mental checklist of a serial killer's characteristics. A miniature camera, discreetly hidden in her blouse, documented every observation. Her wireless earpiece was ready to receive any instructions or information she might need.</w:t>
      </w:r>
      <w:r>
        <w:rPr>
          <w:rFonts w:ascii="IM Fell English" w:hAnsi="IM Fell English"/>
          <w:color w:val="141414"/>
          <w:sz w:val="24"/>
        </w:rPr>
      </w:r>
      <w:r>
        <w:rPr>
          <w:rFonts w:ascii="IM Fell English" w:hAnsi="IM Fell English"/>
          <w:color w:val="141414"/>
          <w:sz w:val="24"/>
        </w:rPr>
        <w:t>Maxine cautiously observed the travel agency Mike had claimed as his place of employment. Her gaze remained deliberately averted as she casually approached the travel agency.</w:t>
      </w:r>
      <w:r>
        <w:rPr>
          <w:rFonts w:ascii="IM Fell English" w:hAnsi="IM Fell English"/>
          <w:color w:val="141414"/>
          <w:sz w:val="24"/>
        </w:rPr>
      </w:r>
      <w:r>
        <w:rPr>
          <w:rFonts w:ascii="IM Fell English" w:hAnsi="IM Fell English"/>
          <w:color w:val="141414"/>
          <w:sz w:val="24"/>
        </w:rPr>
        <w:t>As she reached the entrance, a youthful woman, barely twenty-something, radiating a vibrant smile, advanced with an outstretched hand. Maxine mirrored the gesture.</w:t>
      </w:r>
      <w:r>
        <w:rPr>
          <w:rFonts w:ascii="IM Fell English" w:hAnsi="IM Fell English"/>
          <w:color w:val="141414"/>
          <w:sz w:val="24"/>
        </w:rPr>
      </w:r>
      <w:r>
        <w:rPr>
          <w:rFonts w:ascii="IM Fell English" w:hAnsi="IM Fell English"/>
          <w:color w:val="141414"/>
          <w:sz w:val="24"/>
        </w:rPr>
        <w:t>The sales agent's soft, melodious voice greeted her: "Hello, I'm Sarah, and welcome to Portland Travel. How may I assist you today?"</w:t>
      </w:r>
      <w:r>
        <w:rPr>
          <w:rFonts w:ascii="IM Fell English" w:hAnsi="IM Fell English"/>
          <w:color w:val="141414"/>
          <w:sz w:val="24"/>
        </w:rPr>
      </w:r>
      <w:r>
        <w:rPr>
          <w:rFonts w:ascii="IM Fell English" w:hAnsi="IM Fell English"/>
          <w:color w:val="141414"/>
          <w:sz w:val="24"/>
        </w:rPr>
        <w:t>"Hello. Jill. Actually, I was wondering if Mike was working today. I met him last Saturday night at a coffee shop, and we got to talking. I just wanted to stop by and say thank you," Maxine replied.</w:t>
      </w:r>
      <w:r>
        <w:rPr>
          <w:rFonts w:ascii="IM Fell English" w:hAnsi="IM Fell English"/>
          <w:color w:val="141414"/>
          <w:sz w:val="24"/>
        </w:rPr>
      </w:r>
      <w:r>
        <w:rPr>
          <w:rFonts w:ascii="IM Fell English" w:hAnsi="IM Fell English"/>
          <w:color w:val="141414"/>
          <w:sz w:val="24"/>
        </w:rPr>
        <w:t>Sarah looked confused.</w:t>
      </w:r>
      <w:r>
        <w:rPr>
          <w:rFonts w:ascii="IM Fell English" w:hAnsi="IM Fell English"/>
          <w:color w:val="141414"/>
          <w:sz w:val="24"/>
        </w:rPr>
      </w:r>
      <w:r>
        <w:rPr>
          <w:rFonts w:ascii="IM Fell English" w:hAnsi="IM Fell English"/>
          <w:color w:val="141414"/>
          <w:sz w:val="24"/>
        </w:rPr>
        <w:t>"Mike, you say? I'm afraid no one by that name works here," Sarah stated.</w:t>
      </w:r>
      <w:r>
        <w:rPr>
          <w:rFonts w:ascii="IM Fell English" w:hAnsi="IM Fell English"/>
          <w:color w:val="141414"/>
          <w:sz w:val="24"/>
        </w:rPr>
      </w:r>
      <w:r>
        <w:rPr>
          <w:rFonts w:ascii="IM Fell English" w:hAnsi="IM Fell English"/>
          <w:color w:val="141414"/>
          <w:sz w:val="24"/>
        </w:rPr>
        <w:t>"I've been with the agency for nearly two years. Are you certain he stated Portland Travel?" Maxine offered a nervous chuckle. "Perhaps I misheard his words. The café was loud, and he'd just had a rather unfortunate coffee mishap," she said with a touch of humor.</w:t>
      </w:r>
      <w:r>
        <w:rPr>
          <w:rFonts w:ascii="IM Fell English" w:hAnsi="IM Fell English"/>
          <w:color w:val="141414"/>
          <w:sz w:val="24"/>
        </w:rPr>
      </w:r>
      <w:r>
        <w:rPr>
          <w:rFonts w:ascii="IM Fell English" w:hAnsi="IM Fell English"/>
          <w:color w:val="141414"/>
          <w:sz w:val="24"/>
        </w:rPr>
        <w:t>Sarah's response was a genuine expression of empathy. "I sincerely wish you luck in your search," she said with a warm smile.</w:t>
      </w:r>
      <w:r>
        <w:rPr>
          <w:rFonts w:ascii="IM Fell English" w:hAnsi="IM Fell English"/>
          <w:color w:val="141414"/>
          <w:sz w:val="24"/>
        </w:rPr>
      </w:r>
      <w:r>
        <w:rPr>
          <w:rFonts w:ascii="IM Fell English" w:hAnsi="IM Fell English"/>
          <w:color w:val="141414"/>
          <w:sz w:val="24"/>
        </w:rPr>
        <w:t>As Maxine was about to turn and walk out, she paused. Her gaze was captured by a photograph – Employee of the Month. Mike. Or rather, John Sterling.</w:t>
      </w:r>
      <w:r>
        <w:rPr>
          <w:rFonts w:ascii="IM Fell English" w:hAnsi="IM Fell English"/>
          <w:color w:val="141414"/>
          <w:sz w:val="24"/>
        </w:rPr>
      </w:r>
      <w:r>
        <w:rPr>
          <w:rFonts w:ascii="IM Fell English" w:hAnsi="IM Fell English"/>
          <w:color w:val="141414"/>
          <w:sz w:val="24"/>
        </w:rPr>
        <w:t>"Who is that?" Maxine inquired, pointing towards the photo.</w:t>
      </w:r>
      <w:r>
        <w:rPr>
          <w:rFonts w:ascii="IM Fell English" w:hAnsi="IM Fell English"/>
          <w:color w:val="141414"/>
          <w:sz w:val="24"/>
        </w:rPr>
      </w:r>
      <w:r>
        <w:rPr>
          <w:rFonts w:ascii="IM Fell English" w:hAnsi="IM Fell English"/>
          <w:color w:val="141414"/>
          <w:sz w:val="24"/>
        </w:rPr>
        <w:t>Sarah responded, a subtle amusement playing on her lips. "That's John. He's on leave for three weeks, I believe. He's the complete package if you know what I mean. A true rarity, or as we women folk of the agency like to refer to as "the male unicorn" she laughed softly.</w:t>
      </w:r>
      <w:r>
        <w:rPr>
          <w:rFonts w:ascii="IM Fell English" w:hAnsi="IM Fell English"/>
          <w:color w:val="141414"/>
          <w:sz w:val="24"/>
        </w:rPr>
      </w:r>
      <w:r>
        <w:rPr>
          <w:rFonts w:ascii="IM Fell English" w:hAnsi="IM Fell English"/>
          <w:color w:val="141414"/>
          <w:sz w:val="24"/>
        </w:rPr>
        <w:t>Maxine offered a light chuckle and smiled before quietly departing.</w:t>
      </w:r>
      <w:r>
        <w:rPr>
          <w:rFonts w:ascii="IM Fell English" w:hAnsi="IM Fell English"/>
          <w:color w:val="141414"/>
          <w:sz w:val="24"/>
        </w:rPr>
      </w:r>
      <w:r>
        <w:rPr>
          <w:rFonts w:ascii="IM Fell English" w:hAnsi="IM Fell English"/>
          <w:color w:val="141414"/>
          <w:sz w:val="24"/>
        </w:rPr>
        <w:t>Hurrying along the most direct path to her vehicle, Maxine's head bowed, a quiet murmur escaped her lips. "I trust you saw the photo and heard that."</w:t>
      </w:r>
      <w:r>
        <w:rPr>
          <w:rFonts w:ascii="IM Fell English" w:hAnsi="IM Fell English"/>
          <w:color w:val="141414"/>
          <w:sz w:val="24"/>
        </w:rPr>
      </w:r>
      <w:r>
        <w:rPr>
          <w:rFonts w:ascii="IM Fell English" w:hAnsi="IM Fell English"/>
          <w:color w:val="141414"/>
          <w:sz w:val="24"/>
        </w:rPr>
        <w:t>The revelation hung heavy in the air: "Apparently, Mike's true identity is John Sterling, and he's suddenly taken three weeks' leave.</w:t>
      </w:r>
      <w:r>
        <w:rPr>
          <w:rFonts w:ascii="IM Fell English" w:hAnsi="IM Fell English"/>
          <w:color w:val="141414"/>
          <w:sz w:val="24"/>
        </w:rPr>
      </w:r>
      <w:r>
        <w:rPr>
          <w:rFonts w:ascii="IM Fell English" w:hAnsi="IM Fell English"/>
          <w:color w:val="141414"/>
          <w:sz w:val="24"/>
        </w:rPr>
        <w:t>Maxine continued to say, "I'm returning home. Awaiting further instructions."</w:t>
      </w:r>
      <w:r>
        <w:rPr>
          <w:rFonts w:ascii="IM Fell English" w:hAnsi="IM Fell English"/>
          <w:color w:val="141414"/>
          <w:sz w:val="24"/>
        </w:rPr>
      </w:r>
      <w:r>
        <w:rPr>
          <w:rFonts w:ascii="IM Fell English" w:hAnsi="IM Fell English"/>
          <w:color w:val="141414"/>
          <w:sz w:val="24"/>
        </w:rPr>
        <w:t>Tailing Jill, John watched as she made her way toward the Plaza. He noticed her meandering through the supermarket, cautiously exploring the different boutiques. Before long, he spotted a couple—a man and a woman—subtly following her, their pace deliberately in sync with Jill's. They kept a respectful distance, stopping whenever she did, their movements perfectly aligned with hers, never advancing past her, always patiently waiting for her to continue before proceeding on their own. The couple seldom exchanged words but remained vigilant.</w:t>
      </w:r>
      <w:r>
        <w:rPr>
          <w:rFonts w:ascii="IM Fell English" w:hAnsi="IM Fell English"/>
          <w:color w:val="141414"/>
          <w:sz w:val="24"/>
        </w:rPr>
      </w:r>
      <w:r>
        <w:rPr>
          <w:rFonts w:ascii="IM Fell English" w:hAnsi="IM Fell English"/>
          <w:color w:val="141414"/>
          <w:sz w:val="24"/>
        </w:rPr>
        <w:t>John watched as Jill made her way purposefully toward the travel agency.</w:t>
      </w:r>
      <w:r>
        <w:rPr>
          <w:rFonts w:ascii="IM Fell English" w:hAnsi="IM Fell English"/>
          <w:color w:val="141414"/>
          <w:sz w:val="24"/>
        </w:rPr>
      </w:r>
      <w:r>
        <w:rPr>
          <w:rFonts w:ascii="IM Fell English" w:hAnsi="IM Fell English"/>
          <w:color w:val="141414"/>
          <w:sz w:val="24"/>
        </w:rPr>
        <w:t>He observed Jill interacting with Sarah, the sales agent. John realized that if she inquired about Mike, Sarah would inform her that no one called Mike worked there. Then he recalled he had a photo of himself standing at the front of the Travel Agency.</w:t>
      </w:r>
      <w:r>
        <w:rPr>
          <w:rFonts w:ascii="IM Fell English" w:hAnsi="IM Fell English"/>
          <w:color w:val="141414"/>
          <w:sz w:val="24"/>
        </w:rPr>
      </w:r>
      <w:r>
        <w:rPr>
          <w:rFonts w:ascii="IM Fell English" w:hAnsi="IM Fell English"/>
          <w:color w:val="141414"/>
          <w:sz w:val="24"/>
        </w:rPr>
        <w:t>Every muscle in John's body was taut. He observed Jill as she began to walk away, a flicker of hope igniting within him. But then she paused, her arm gesturing towards a photograph hanging on the wall. It was an image of him.</w:t>
      </w:r>
      <w:r>
        <w:rPr>
          <w:rFonts w:ascii="IM Fell English" w:hAnsi="IM Fell English"/>
          <w:color w:val="141414"/>
          <w:sz w:val="24"/>
        </w:rPr>
      </w:r>
      <w:r>
        <w:rPr>
          <w:rFonts w:ascii="IM Fell English" w:hAnsi="IM Fell English"/>
          <w:color w:val="141414"/>
          <w:sz w:val="24"/>
        </w:rPr>
        <w:t>John observed their cheerful exchange before Jill walked away.</w:t>
      </w:r>
      <w:r>
        <w:rPr>
          <w:rFonts w:ascii="IM Fell English" w:hAnsi="IM Fell English"/>
          <w:color w:val="141414"/>
          <w:sz w:val="24"/>
        </w:rPr>
      </w:r>
      <w:r>
        <w:rPr>
          <w:rFonts w:ascii="IM Fell English" w:hAnsi="IM Fell English"/>
          <w:color w:val="141414"/>
          <w:sz w:val="24"/>
        </w:rPr>
        <w:t>When Jill walked away, her pace and demeanor were different. She walked with purpose. Not stopping and looking at anything, but was making her way back the way she had come. Likely heading back to her car. Jill had her head bowed down, and he could see her lips moving like she was talking.</w:t>
      </w:r>
      <w:r>
        <w:rPr>
          <w:rFonts w:ascii="IM Fell English" w:hAnsi="IM Fell English"/>
          <w:color w:val="141414"/>
          <w:sz w:val="24"/>
        </w:rPr>
      </w:r>
      <w:r>
        <w:rPr>
          <w:rFonts w:ascii="IM Fell English" w:hAnsi="IM Fell English"/>
          <w:color w:val="141414"/>
          <w:sz w:val="24"/>
        </w:rPr>
        <w:t>Standing within the shop's display, John observed her purposeful stride, oblivious to his presence. The couple following her halted, patiently waiting for Jill to walk past them and then mirrored her trajectory. Soon they were out of sight.</w:t>
      </w:r>
      <w:r>
        <w:rPr>
          <w:rFonts w:ascii="IM Fell English" w:hAnsi="IM Fell English"/>
          <w:color w:val="141414"/>
          <w:sz w:val="24"/>
        </w:rPr>
      </w:r>
      <w:r>
        <w:rPr>
          <w:rFonts w:ascii="IM Fell English" w:hAnsi="IM Fell English"/>
          <w:color w:val="141414"/>
          <w:sz w:val="24"/>
        </w:rPr>
        <w:t>"Can I help you?" came a query, polite yet intrusive, issued from behind.</w:t>
      </w:r>
      <w:r>
        <w:rPr>
          <w:rFonts w:ascii="IM Fell English" w:hAnsi="IM Fell English"/>
          <w:color w:val="141414"/>
          <w:sz w:val="24"/>
        </w:rPr>
      </w:r>
      <w:r>
        <w:rPr>
          <w:rFonts w:ascii="IM Fell English" w:hAnsi="IM Fell English"/>
          <w:color w:val="141414"/>
          <w:sz w:val="24"/>
        </w:rPr>
        <w:t>Ignoring the voice, John exited the store, taking a different path to Jill.</w:t>
      </w:r>
      <w:r>
        <w:rPr>
          <w:rFonts w:ascii="IM Fell English" w:hAnsi="IM Fell English"/>
          <w:color w:val="141414"/>
          <w:sz w:val="24"/>
        </w:rPr>
      </w:r>
      <w:r>
        <w:rPr>
          <w:rFonts w:ascii="IM Fell English" w:hAnsi="IM Fell English"/>
          <w:color w:val="141414"/>
          <w:sz w:val="24"/>
        </w:rPr>
        <w:t>The course of action was clear.</w:t>
      </w:r>
      <w:r>
        <w:rPr>
          <w:rFonts w:ascii="IM Fell English" w:hAnsi="IM Fell English"/>
          <w:color w:val="141414"/>
          <w:sz w:val="24"/>
        </w:rPr>
      </w:r>
      <w:r>
        <w:rPr>
          <w:rFonts w:ascii="IM Fell English" w:hAnsi="IM Fell English"/>
          <w:color w:val="141414"/>
          <w:sz w:val="24"/>
        </w:rPr>
        <w:t>He needed to take Jill.</w:t>
      </w:r>
      <w:r>
        <w:rPr>
          <w:rFonts w:ascii="IM Fell English" w:hAnsi="IM Fell English"/>
          <w:color w:val="141414"/>
          <w:sz w:val="24"/>
        </w:rPr>
      </w:r>
    </w:p>
    <w:p>
      <w:pPr>
        <w:pStyle w:val="Heading1"/>
        <w:jc w:val="center"/>
      </w:pPr>
      <w:r>
        <w:rPr>
          <w:rFonts w:ascii="IM Fell English" w:hAnsi="IM Fell English"/>
          <w:color w:val="0D0D0D"/>
        </w:rPr>
        <w:t>Chapter 23</w:t>
      </w:r>
    </w:p>
    <w:p>
      <w:r>
        <w:rPr>
          <w:rFonts w:ascii="IM Fell English" w:hAnsi="IM Fell English"/>
          <w:color w:val="141414"/>
          <w:sz w:val="24"/>
        </w:rPr>
      </w:r>
      <w:r>
        <w:rPr>
          <w:rFonts w:ascii="IM Fell English" w:hAnsi="IM Fell English"/>
          <w:color w:val="141414"/>
          <w:sz w:val="24"/>
        </w:rPr>
        <w:t>Six unproductive days had passed. It was Saturday afternoon, and the office was suffocated by an oppressive silence as O'Neil, Marcus, Briggs, and Hartley came together. Maxine's update—a complete absence of communication from Mike, who was now known to be John, since their meeting the prior Saturday and his enigmatic departure—only deepened the weight of the situation.</w:t>
      </w:r>
      <w:r>
        <w:rPr>
          <w:rFonts w:ascii="IM Fell English" w:hAnsi="IM Fell English"/>
          <w:color w:val="141414"/>
          <w:sz w:val="24"/>
        </w:rPr>
      </w:r>
      <w:r>
        <w:rPr>
          <w:rFonts w:ascii="IM Fell English" w:hAnsi="IM Fell English"/>
          <w:color w:val="141414"/>
          <w:sz w:val="24"/>
        </w:rPr>
        <w:t>John, exhibited nearly all the traits detailed in the serial killer profile, earning a remarkably high score on the psychopath checklist. There was troubling uncertainty surrounding John's use of an alias during their encounter at the coffee shop; however, Superintendent Mitchell resolutely rejected their appeal for residential surveillance or wiretapping, deeming their justification insufficient.</w:t>
      </w:r>
      <w:r>
        <w:rPr>
          <w:rFonts w:ascii="IM Fell English" w:hAnsi="IM Fell English"/>
          <w:color w:val="141414"/>
          <w:sz w:val="24"/>
        </w:rPr>
      </w:r>
      <w:r>
        <w:rPr>
          <w:rFonts w:ascii="IM Fell English" w:hAnsi="IM Fell English"/>
          <w:color w:val="141414"/>
          <w:sz w:val="24"/>
        </w:rPr>
        <w:t>In the past 6 days, no one came close.</w:t>
      </w:r>
      <w:r>
        <w:rPr>
          <w:rFonts w:ascii="IM Fell English" w:hAnsi="IM Fell English"/>
          <w:color w:val="141414"/>
          <w:sz w:val="24"/>
        </w:rPr>
      </w:r>
      <w:r>
        <w:rPr>
          <w:rFonts w:ascii="IM Fell English" w:hAnsi="IM Fell English"/>
          <w:color w:val="141414"/>
          <w:sz w:val="24"/>
        </w:rPr>
        <w:t>"I need something. Anything at all. Any insights? Anything?" O'Neil expressed, his voice tinged with defeat and frustration. But his plea fell on deaf ears. Eyes remained glued, captivated by the single image that loomed over the briefing boards – the stark photograph of John, the sole prime suspect in nearly two weeks since Maxine had hit the streets.</w:t>
      </w:r>
      <w:r>
        <w:rPr>
          <w:rFonts w:ascii="IM Fell English" w:hAnsi="IM Fell English"/>
          <w:color w:val="141414"/>
          <w:sz w:val="24"/>
        </w:rPr>
      </w:r>
      <w:r>
        <w:rPr>
          <w:rFonts w:ascii="IM Fell English" w:hAnsi="IM Fell English"/>
          <w:color w:val="141414"/>
          <w:sz w:val="24"/>
        </w:rPr>
        <w:t>An extensive investigation officially cleared John of any criminal history. Despite John telling Maxine that his parents had perished in a car accident, rather than a house fire that tragically killed his mother and two other men, this still did not justify the decision to surveil him or monitor his communications. The autopsy findings from the fire indicated that all three victims had elevated blood alcohol levels along with a mix of other substances, implying that a carelessly discarded cigarette likely sparked the inferno, leading to their fatal outcome. Fortunately, John was not at home when the disaster occurred.</w:t>
      </w:r>
      <w:r>
        <w:rPr>
          <w:rFonts w:ascii="IM Fell English" w:hAnsi="IM Fell English"/>
          <w:color w:val="141414"/>
          <w:sz w:val="24"/>
        </w:rPr>
      </w:r>
      <w:r>
        <w:rPr>
          <w:rFonts w:ascii="IM Fell English" w:hAnsi="IM Fell English"/>
          <w:color w:val="141414"/>
          <w:sz w:val="24"/>
        </w:rPr>
        <w:t>From the age of eleven to eighteen, John was a resident of a devout Christian orphanage. His conduct throughout childhood and adolescence was exemplary; a pristine record, devoid of any legal infractions, from minor traffic violations to serious offenses. His life was characterized by unwavering obedience to the law. Discreet inquiries from undercover officers to people he worked with or might have spoken to him through some social interactions yielded nothing.</w:t>
      </w:r>
      <w:r>
        <w:rPr>
          <w:rFonts w:ascii="IM Fell English" w:hAnsi="IM Fell English"/>
          <w:color w:val="141414"/>
          <w:sz w:val="24"/>
        </w:rPr>
      </w:r>
      <w:r>
        <w:rPr>
          <w:rFonts w:ascii="IM Fell English" w:hAnsi="IM Fell English"/>
          <w:color w:val="141414"/>
          <w:sz w:val="24"/>
        </w:rPr>
        <w:t>John had no social media platforms. No Facebook, Twitter, Snapchat, TikTok or any online subscriptions.</w:t>
      </w:r>
      <w:r>
        <w:rPr>
          <w:rFonts w:ascii="IM Fell English" w:hAnsi="IM Fell English"/>
          <w:color w:val="141414"/>
          <w:sz w:val="24"/>
        </w:rPr>
      </w:r>
      <w:r>
        <w:rPr>
          <w:rFonts w:ascii="IM Fell English" w:hAnsi="IM Fell English"/>
          <w:color w:val="141414"/>
          <w:sz w:val="24"/>
        </w:rPr>
        <w:t>Though often solitary, John possessed an undeniable charisma that made everyone feel special, particularly women. He had an innate ability to draw them in, a magnetism fueled by genuine charm, thoughtful attentiveness, and respectful consideration. A keen listener, his striking good looks and athletic physique further enhanced his appeal.</w:t>
      </w:r>
      <w:r>
        <w:rPr>
          <w:rFonts w:ascii="IM Fell English" w:hAnsi="IM Fell English"/>
          <w:color w:val="141414"/>
          <w:sz w:val="24"/>
        </w:rPr>
      </w:r>
      <w:r>
        <w:rPr>
          <w:rFonts w:ascii="IM Fell English" w:hAnsi="IM Fell English"/>
          <w:color w:val="141414"/>
          <w:sz w:val="24"/>
        </w:rPr>
        <w:t>Hartley confessed her bewilderment.</w:t>
      </w:r>
      <w:r>
        <w:rPr>
          <w:rFonts w:ascii="IM Fell English" w:hAnsi="IM Fell English"/>
          <w:color w:val="141414"/>
          <w:sz w:val="24"/>
        </w:rPr>
      </w:r>
      <w:r>
        <w:rPr>
          <w:rFonts w:ascii="IM Fell English" w:hAnsi="IM Fell English"/>
          <w:color w:val="141414"/>
          <w:sz w:val="24"/>
        </w:rPr>
        <w:t>"Maxine's thorough search of this town, maintaining our strategic effort designed to flush out our elusive predator, has turned up empty. The evidence clearly leads to only two conclusions," Hartley asserted, her finger stabbing at the photograph of John. "Either he is the killer and has vanished into the shadows, or our true predator is a ghost, lurking beyond the borders of Portland, completely unaware of Maxine's pursuit. If the latter is the case," Hartley finished solemnly, "how long can we continue this investigation before we have to admit defeat?"</w:t>
      </w:r>
      <w:r>
        <w:rPr>
          <w:rFonts w:ascii="IM Fell English" w:hAnsi="IM Fell English"/>
          <w:color w:val="141414"/>
          <w:sz w:val="24"/>
        </w:rPr>
      </w:r>
      <w:r>
        <w:rPr>
          <w:rFonts w:ascii="IM Fell English" w:hAnsi="IM Fell English"/>
          <w:color w:val="141414"/>
          <w:sz w:val="24"/>
        </w:rPr>
        <w:t>O'Neil's voice was tight with urgency. "Five days," he stated, his tone emphasizing Mitchell's deadline. "This temporary staffing arrangement is hemorrhaging departmental funds from our fruitless efforts. A significant lead is needed otherwise, this hastily assembled team disbands, and everyone returns to their respective jobs."</w:t>
      </w:r>
      <w:r>
        <w:rPr>
          <w:rFonts w:ascii="IM Fell English" w:hAnsi="IM Fell English"/>
          <w:color w:val="141414"/>
          <w:sz w:val="24"/>
        </w:rPr>
      </w:r>
      <w:r>
        <w:rPr>
          <w:rFonts w:ascii="IM Fell English" w:hAnsi="IM Fell English"/>
          <w:color w:val="141414"/>
          <w:sz w:val="24"/>
        </w:rPr>
        <w:t>"Unless anyone has anything new to contribute, I propose we get Maxine set up with the equipment. Everyone in the van. Continue with your usual activities. From now on, the responsibility for Maxine's surveillance falls entirely on Briggs until further instructions are provided. Dress casually, Briggs." Briggs nodded. The meeting concluded, and everyone focused on the task at hand.</w:t>
      </w:r>
      <w:r>
        <w:rPr>
          <w:rFonts w:ascii="IM Fell English" w:hAnsi="IM Fell English"/>
          <w:color w:val="141414"/>
          <w:sz w:val="24"/>
        </w:rPr>
      </w:r>
    </w:p>
    <w:p>
      <w:pPr>
        <w:pStyle w:val="Heading1"/>
        <w:jc w:val="center"/>
      </w:pPr>
      <w:r>
        <w:rPr>
          <w:rFonts w:ascii="IM Fell English" w:hAnsi="IM Fell English"/>
          <w:color w:val="0D0D0D"/>
        </w:rPr>
        <w:t>Chapter 24</w:t>
      </w:r>
    </w:p>
    <w:p>
      <w:r>
        <w:rPr>
          <w:rFonts w:ascii="IM Fell English" w:hAnsi="IM Fell English"/>
          <w:color w:val="141414"/>
          <w:sz w:val="24"/>
        </w:rPr>
      </w:r>
      <w:r>
        <w:rPr>
          <w:rFonts w:ascii="IM Fell English" w:hAnsi="IM Fell English"/>
          <w:color w:val="141414"/>
          <w:sz w:val="24"/>
        </w:rPr>
        <w:t>John knew the police were onto him. His apprehension solidified when Jill, at his place of employment, recognized his photograph and the name she herself had bestowed upon him. Consumed by a desperate urgency, he spent the rest of the day purging his life, reducing everything to ash. Each scalpel, each mask, every gown, blanket – every vestige of his past interactions with his mother – was destroyed. He dismantled the heavy metal table, then embarked on a five-hour, paranoia-fueled exodus from the city, meticulously checking for surveillance before finally submerging it in the silt of a stagnant creek.</w:t>
      </w:r>
      <w:r>
        <w:rPr>
          <w:rFonts w:ascii="IM Fell English" w:hAnsi="IM Fell English"/>
          <w:color w:val="141414"/>
          <w:sz w:val="24"/>
        </w:rPr>
      </w:r>
      <w:r>
        <w:rPr>
          <w:rFonts w:ascii="IM Fell English" w:hAnsi="IM Fell English"/>
          <w:color w:val="141414"/>
          <w:sz w:val="24"/>
        </w:rPr>
        <w:t>Only his kit bag remained.</w:t>
      </w:r>
      <w:r>
        <w:rPr>
          <w:rFonts w:ascii="IM Fell English" w:hAnsi="IM Fell English"/>
          <w:color w:val="141414"/>
          <w:sz w:val="24"/>
        </w:rPr>
      </w:r>
      <w:r>
        <w:rPr>
          <w:rFonts w:ascii="IM Fell English" w:hAnsi="IM Fell English"/>
          <w:color w:val="141414"/>
          <w:sz w:val="24"/>
        </w:rPr>
        <w:t>Its contents were innocuous: cordage, gripping tools, plastic restraints, a tarp, and a gleaming blade. All brand new and never used. Each item offered no incriminating link to any criminal act.</w:t>
      </w:r>
      <w:r>
        <w:rPr>
          <w:rFonts w:ascii="IM Fell English" w:hAnsi="IM Fell English"/>
          <w:color w:val="141414"/>
          <w:sz w:val="24"/>
        </w:rPr>
      </w:r>
      <w:r>
        <w:rPr>
          <w:rFonts w:ascii="IM Fell English" w:hAnsi="IM Fell English"/>
          <w:color w:val="141414"/>
          <w:sz w:val="24"/>
        </w:rPr>
        <w:t>A chilling premonition gripped John. His reflection in the bathroom mirror—a stubble jaw, bloodshot eyes—mirrored the turmoil within. Sleep remained elusive, haunted by vivid, recurring dreams. Both mothers appeared in his nightmares, with one bearing the unsettling image of his own impending rebirth. The sight of his second mother, her abdomen grotesquely distended, seared itself into his memory. He understood then: his time was rapidly dwindling, measured in mere days. Failure now meant an immediate, inescapable rebirth of horrors.</w:t>
      </w:r>
      <w:r>
        <w:rPr>
          <w:rFonts w:ascii="IM Fell English" w:hAnsi="IM Fell English"/>
          <w:color w:val="141414"/>
          <w:sz w:val="24"/>
        </w:rPr>
      </w:r>
      <w:r>
        <w:rPr>
          <w:rFonts w:ascii="IM Fell English" w:hAnsi="IM Fell English"/>
          <w:color w:val="141414"/>
          <w:sz w:val="24"/>
        </w:rPr>
        <w:t>John needed answers.</w:t>
      </w:r>
      <w:r>
        <w:rPr>
          <w:rFonts w:ascii="IM Fell English" w:hAnsi="IM Fell English"/>
          <w:color w:val="141414"/>
          <w:sz w:val="24"/>
        </w:rPr>
      </w:r>
      <w:r>
        <w:rPr>
          <w:rFonts w:ascii="IM Fell English" w:hAnsi="IM Fell English"/>
          <w:color w:val="141414"/>
          <w:sz w:val="24"/>
        </w:rPr>
        <w:t>Naked, John stepped into the dim void of the master suite. He picked up his frayed backpack and slipped into a clean shirt and trousers. For five days, he had occupied the townhouse across from Jill's, serving as a quiet, watchful predator. His gaze had meticulously recorded every one of her actions and movements. He had also created a mental map of the people living nearby. Fortune had been on his side; no unwanted guests had interrupted his solitude by visiting the townhouse he was squatting in. Had anyone shown up, he would have been forced to take immediate and ruthless action.</w:t>
      </w:r>
      <w:r>
        <w:rPr>
          <w:rFonts w:ascii="IM Fell English" w:hAnsi="IM Fell English"/>
          <w:color w:val="141414"/>
          <w:sz w:val="24"/>
        </w:rPr>
      </w:r>
      <w:r>
        <w:rPr>
          <w:rFonts w:ascii="IM Fell English" w:hAnsi="IM Fell English"/>
          <w:color w:val="141414"/>
          <w:sz w:val="24"/>
        </w:rPr>
        <w:t>His inaugural evening commenced with an air of quiet observation. At around eight o'clock, a young figure appeared. Further investigation revealed that this individual was Marcus Whitmore—an experienced criminalist, thirty-six years old, linked with the forensic unit of the Portland Police Department.</w:t>
      </w:r>
      <w:r>
        <w:rPr>
          <w:rFonts w:ascii="IM Fell English" w:hAnsi="IM Fell English"/>
          <w:color w:val="141414"/>
          <w:sz w:val="24"/>
        </w:rPr>
      </w:r>
      <w:r>
        <w:rPr>
          <w:rFonts w:ascii="IM Fell English" w:hAnsi="IM Fell English"/>
          <w:color w:val="141414"/>
          <w:sz w:val="24"/>
        </w:rPr>
        <w:t>John observed the growing intimacy between Marcus and Jill. He suspected that they were intentionally keeping their relationship under wraps. Marcus would come in late and leave early, always looking over his shoulder as he exited each morning, as if wary of being discovered. John realized this secrecy could work to his advantage, making it simpler to kill Marcus; after all, it was unlikely anyone would notice his absence for quite some time.</w:t>
      </w:r>
      <w:r>
        <w:rPr>
          <w:rFonts w:ascii="IM Fell English" w:hAnsi="IM Fell English"/>
          <w:color w:val="141414"/>
          <w:sz w:val="24"/>
        </w:rPr>
      </w:r>
      <w:r>
        <w:rPr>
          <w:rFonts w:ascii="IM Fell English" w:hAnsi="IM Fell English"/>
          <w:color w:val="141414"/>
          <w:sz w:val="24"/>
        </w:rPr>
        <w:t>John's mind had grown more twisted over the past five days. He was engulfed by thoughts of murdering his mother and her lover, Marcus. The notion of ending their lives in the most brutal and violent way captivated him, and he found himself savoring the imagined sounds of their screams as they endured pain. His obsession with this dark fantasy intensified, and his thoughts became increasingly morbid with each day that passed. The idea of ruthlessly taking their lives consumed him entirely.</w:t>
      </w:r>
      <w:r>
        <w:rPr>
          <w:rFonts w:ascii="IM Fell English" w:hAnsi="IM Fell English"/>
          <w:color w:val="141414"/>
          <w:sz w:val="24"/>
        </w:rPr>
      </w:r>
      <w:r>
        <w:rPr>
          <w:rFonts w:ascii="IM Fell English" w:hAnsi="IM Fell English"/>
          <w:color w:val="141414"/>
          <w:sz w:val="24"/>
        </w:rPr>
        <w:t>Tonight was the night.</w:t>
      </w:r>
      <w:r>
        <w:rPr>
          <w:rFonts w:ascii="IM Fell English" w:hAnsi="IM Fell English"/>
          <w:color w:val="141414"/>
          <w:sz w:val="24"/>
        </w:rPr>
      </w:r>
      <w:r>
        <w:rPr>
          <w:rFonts w:ascii="IM Fell English" w:hAnsi="IM Fell English"/>
          <w:color w:val="141414"/>
          <w:sz w:val="24"/>
        </w:rPr>
        <w:t>He stood calmly in the master bedroom, waiting for Marcus to arrive. Their routine was the same so far each night. Marcus would arrive. They would embrace as if for the first time in months. They would ascend to the master bedroom directly opposite his line of sight with some measure of clothing already shed.</w:t>
      </w:r>
      <w:r>
        <w:rPr>
          <w:rFonts w:ascii="IM Fell English" w:hAnsi="IM Fell English"/>
          <w:color w:val="141414"/>
          <w:sz w:val="24"/>
        </w:rPr>
      </w:r>
      <w:r>
        <w:rPr>
          <w:rFonts w:ascii="IM Fell English" w:hAnsi="IM Fell English"/>
          <w:color w:val="141414"/>
          <w:sz w:val="24"/>
        </w:rPr>
        <w:t>Laughing, grabbing, moaning, they would stumble into the bathroom where they would shower and, by John's assumption, have sex in the shower. Marcus always came out first, and a few minutes later Jill. They would then turn off the lights and continue their sexual gratification before falling asleep or eating downstairs.</w:t>
      </w:r>
      <w:r>
        <w:rPr>
          <w:rFonts w:ascii="IM Fell English" w:hAnsi="IM Fell English"/>
          <w:color w:val="141414"/>
          <w:sz w:val="24"/>
        </w:rPr>
      </w:r>
      <w:r>
        <w:rPr>
          <w:rFonts w:ascii="IM Fell English" w:hAnsi="IM Fell English"/>
          <w:color w:val="141414"/>
          <w:sz w:val="24"/>
        </w:rPr>
        <w:t>John had different plans tonight.</w:t>
      </w:r>
      <w:r>
        <w:rPr>
          <w:rFonts w:ascii="IM Fell English" w:hAnsi="IM Fell English"/>
          <w:color w:val="141414"/>
          <w:sz w:val="24"/>
        </w:rPr>
      </w:r>
      <w:r>
        <w:rPr>
          <w:rFonts w:ascii="IM Fell English" w:hAnsi="IM Fell English"/>
          <w:color w:val="141414"/>
          <w:sz w:val="24"/>
        </w:rPr>
        <w:t>A glint of steel shone from his hand.</w:t>
      </w:r>
      <w:r>
        <w:rPr>
          <w:rFonts w:ascii="IM Fell English" w:hAnsi="IM Fell English"/>
          <w:color w:val="141414"/>
          <w:sz w:val="24"/>
        </w:rPr>
      </w:r>
    </w:p>
    <w:p>
      <w:pPr>
        <w:pStyle w:val="Heading1"/>
        <w:jc w:val="center"/>
      </w:pPr>
      <w:r>
        <w:rPr>
          <w:rFonts w:ascii="IM Fell English" w:hAnsi="IM Fell English"/>
          <w:color w:val="0D0D0D"/>
        </w:rPr>
        <w:t>Chapter 25</w:t>
      </w:r>
    </w:p>
    <w:p>
      <w:r>
        <w:rPr>
          <w:rFonts w:ascii="IM Fell English" w:hAnsi="IM Fell English"/>
          <w:color w:val="141414"/>
          <w:sz w:val="24"/>
        </w:rPr>
      </w:r>
      <w:r>
        <w:rPr>
          <w:rFonts w:ascii="IM Fell English" w:hAnsi="IM Fell English"/>
          <w:color w:val="141414"/>
          <w:sz w:val="24"/>
        </w:rPr>
        <w:t>Marcus pulled up outside Maxine's townhouse. He grabbed flowers and a bottle of wine off the front seat. He quickly strode to the front door and rang the bell. Maxine answered and without a word they kissed with urgency. Stumbling in the doorway and kicking the door closed with his foot, they made awkward steps, and stumbled through the kitchen dining area, throwing the flowers and wine onto a sofa and stumbled up the stairs. They both laughed and John could see them talking.</w:t>
      </w:r>
      <w:r>
        <w:rPr>
          <w:rFonts w:ascii="IM Fell English" w:hAnsi="IM Fell English"/>
          <w:color w:val="141414"/>
          <w:sz w:val="24"/>
        </w:rPr>
      </w:r>
      <w:r>
        <w:rPr>
          <w:rFonts w:ascii="IM Fell English" w:hAnsi="IM Fell English"/>
          <w:color w:val="141414"/>
          <w:sz w:val="24"/>
        </w:rPr>
        <w:t>John observed, his respiration measured and deliberate, steeling himself for the impending confrontation.</w:t>
      </w:r>
      <w:r>
        <w:rPr>
          <w:rFonts w:ascii="IM Fell English" w:hAnsi="IM Fell English"/>
          <w:color w:val="141414"/>
          <w:sz w:val="24"/>
        </w:rPr>
      </w:r>
      <w:r>
        <w:rPr>
          <w:rFonts w:ascii="IM Fell English" w:hAnsi="IM Fell English"/>
          <w:color w:val="141414"/>
          <w:sz w:val="24"/>
        </w:rPr>
        <w:t>He remained vigilant. Watching their laughter and unsteady path as they disrobed some more before stepping into the bathroom.</w:t>
      </w:r>
      <w:r>
        <w:rPr>
          <w:rFonts w:ascii="IM Fell English" w:hAnsi="IM Fell English"/>
          <w:color w:val="141414"/>
          <w:sz w:val="24"/>
        </w:rPr>
      </w:r>
      <w:r>
        <w:rPr>
          <w:rFonts w:ascii="IM Fell English" w:hAnsi="IM Fell English"/>
          <w:color w:val="141414"/>
          <w:sz w:val="24"/>
        </w:rPr>
        <w:t>John pivoted.</w:t>
      </w:r>
      <w:r>
        <w:rPr>
          <w:rFonts w:ascii="IM Fell English" w:hAnsi="IM Fell English"/>
          <w:color w:val="141414"/>
          <w:sz w:val="24"/>
        </w:rPr>
      </w:r>
      <w:r>
        <w:rPr>
          <w:rFonts w:ascii="IM Fell English" w:hAnsi="IM Fell English"/>
          <w:color w:val="141414"/>
          <w:sz w:val="24"/>
        </w:rPr>
        <w:t>Ascending the stairs with practiced ease, then slipped through the rear exit. Utilizing the side gate, he remained cloaked in darkness, meticulously scanning for any presence—a dog walker, a casual passerby—anyone who might witness his actions.</w:t>
      </w:r>
      <w:r>
        <w:rPr>
          <w:rFonts w:ascii="IM Fell English" w:hAnsi="IM Fell English"/>
          <w:color w:val="141414"/>
          <w:sz w:val="24"/>
        </w:rPr>
      </w:r>
      <w:r>
        <w:rPr>
          <w:rFonts w:ascii="IM Fell English" w:hAnsi="IM Fell English"/>
          <w:color w:val="141414"/>
          <w:sz w:val="24"/>
        </w:rPr>
        <w:t>He darted across the street in a swift, urgent movement, and slipped through the unlocked side gate in silence. At the back door, he produced his lock pick.</w:t>
      </w:r>
      <w:r>
        <w:rPr>
          <w:rFonts w:ascii="IM Fell English" w:hAnsi="IM Fell English"/>
          <w:color w:val="141414"/>
          <w:sz w:val="24"/>
        </w:rPr>
      </w:r>
      <w:r>
        <w:rPr>
          <w:rFonts w:ascii="IM Fell English" w:hAnsi="IM Fell English"/>
          <w:color w:val="141414"/>
          <w:sz w:val="24"/>
        </w:rPr>
        <w:t>Opening the door, the aroma of freshly prepared food hung in the air. The TV was on with a muted news report playing. Ascending the stairs with deliberate slowness, he navigated the familiar interior. Each townhouse had an identical floor plan. Each step measured, each movement purposeful. Turning off each light he passed.</w:t>
      </w:r>
      <w:r>
        <w:rPr>
          <w:rFonts w:ascii="IM Fell English" w:hAnsi="IM Fell English"/>
          <w:color w:val="141414"/>
          <w:sz w:val="24"/>
        </w:rPr>
      </w:r>
      <w:r>
        <w:rPr>
          <w:rFonts w:ascii="IM Fell English" w:hAnsi="IM Fell English"/>
          <w:color w:val="141414"/>
          <w:sz w:val="24"/>
        </w:rPr>
        <w:t>From his position just inside the master suite's entrance, a sliver of the suite bathroom was visible. The barely-opened door, venting a plume of steam, offered an undeniable auditory clue to the passionate encounter unfolding within.</w:t>
      </w:r>
      <w:r>
        <w:rPr>
          <w:rFonts w:ascii="IM Fell English" w:hAnsi="IM Fell English"/>
          <w:color w:val="141414"/>
          <w:sz w:val="24"/>
        </w:rPr>
      </w:r>
      <w:r>
        <w:rPr>
          <w:rFonts w:ascii="IM Fell English" w:hAnsi="IM Fell English"/>
          <w:color w:val="141414"/>
          <w:sz w:val="24"/>
        </w:rPr>
        <w:t>He distinctly heard the rhythmic sounds of their coupling amidst the shower's spray. John extinguished the bedroom's night lamps, plunging the townhouse into blackness, save for the faint glow emanating from the bathroom.</w:t>
      </w:r>
      <w:r>
        <w:rPr>
          <w:rFonts w:ascii="IM Fell English" w:hAnsi="IM Fell English"/>
          <w:color w:val="141414"/>
          <w:sz w:val="24"/>
        </w:rPr>
      </w:r>
      <w:r>
        <w:rPr>
          <w:rFonts w:ascii="IM Fell English" w:hAnsi="IM Fell English"/>
          <w:color w:val="141414"/>
          <w:sz w:val="24"/>
        </w:rPr>
        <w:t>Positioning himself strategically to the side, he knew the outward-swinging door would completely obstruct his presence from the CSI investigator, Marcus, when he emerged. After ten minutes, a guttural cry pierced the silence – Marcus's unmistakable release. Following this, the muffled sounds of laughter and intimate conversation drifted out.</w:t>
      </w:r>
      <w:r>
        <w:rPr>
          <w:rFonts w:ascii="IM Fell English" w:hAnsi="IM Fell English"/>
          <w:color w:val="141414"/>
          <w:sz w:val="24"/>
        </w:rPr>
      </w:r>
      <w:r>
        <w:rPr>
          <w:rFonts w:ascii="IM Fell English" w:hAnsi="IM Fell English"/>
          <w:color w:val="141414"/>
          <w:sz w:val="24"/>
        </w:rPr>
        <w:t>John could hear the shower door open. He remained focused. Slow measured breathing.</w:t>
      </w:r>
      <w:r>
        <w:rPr>
          <w:rFonts w:ascii="IM Fell English" w:hAnsi="IM Fell English"/>
          <w:color w:val="141414"/>
          <w:sz w:val="24"/>
        </w:rPr>
      </w:r>
      <w:r>
        <w:rPr>
          <w:rFonts w:ascii="IM Fell English" w:hAnsi="IM Fell English"/>
          <w:color w:val="141414"/>
          <w:sz w:val="24"/>
        </w:rPr>
        <w:t>"Marcus," Maxine called. "Can you check on dinner? I turned off everything, but can you make sure nothing burned please?" asked Jill.</w:t>
      </w:r>
      <w:r>
        <w:rPr>
          <w:rFonts w:ascii="IM Fell English" w:hAnsi="IM Fell English"/>
          <w:color w:val="141414"/>
          <w:sz w:val="24"/>
        </w:rPr>
      </w:r>
      <w:r>
        <w:rPr>
          <w:rFonts w:ascii="IM Fell English" w:hAnsi="IM Fell English"/>
          <w:color w:val="141414"/>
          <w:sz w:val="24"/>
        </w:rPr>
        <w:t>"Sure thing," Marcus responded.</w:t>
      </w:r>
      <w:r>
        <w:rPr>
          <w:rFonts w:ascii="IM Fell English" w:hAnsi="IM Fell English"/>
          <w:color w:val="141414"/>
          <w:sz w:val="24"/>
        </w:rPr>
      </w:r>
      <w:r>
        <w:rPr>
          <w:rFonts w:ascii="IM Fell English" w:hAnsi="IM Fell English"/>
          <w:color w:val="141414"/>
          <w:sz w:val="24"/>
        </w:rPr>
        <w:t>Maxine's voice drifted from the shower: "I'll join you shortly. I really need to wash my hair."</w:t>
      </w:r>
      <w:r>
        <w:rPr>
          <w:rFonts w:ascii="IM Fell English" w:hAnsi="IM Fell English"/>
          <w:color w:val="141414"/>
          <w:sz w:val="24"/>
        </w:rPr>
      </w:r>
      <w:r>
        <w:rPr>
          <w:rFonts w:ascii="IM Fell English" w:hAnsi="IM Fell English"/>
          <w:color w:val="141414"/>
          <w:sz w:val="24"/>
        </w:rPr>
        <w:t>Marcus, already exiting, a towel hastily wrapped around his waist and another draped over his head, offered a thoughtful reply.</w:t>
      </w:r>
      <w:r>
        <w:rPr>
          <w:rFonts w:ascii="IM Fell English" w:hAnsi="IM Fell English"/>
          <w:color w:val="141414"/>
          <w:sz w:val="24"/>
        </w:rPr>
      </w:r>
      <w:r>
        <w:rPr>
          <w:rFonts w:ascii="IM Fell English" w:hAnsi="IM Fell English"/>
          <w:color w:val="141414"/>
          <w:sz w:val="24"/>
        </w:rPr>
        <w:t>"Tell you what. I'll grab dinner and the wine, and we can eat in bed," replied Marcus.</w:t>
      </w:r>
      <w:r>
        <w:rPr>
          <w:rFonts w:ascii="IM Fell English" w:hAnsi="IM Fell English"/>
          <w:color w:val="141414"/>
          <w:sz w:val="24"/>
        </w:rPr>
      </w:r>
      <w:r>
        <w:rPr>
          <w:rFonts w:ascii="IM Fell English" w:hAnsi="IM Fell English"/>
          <w:color w:val="141414"/>
          <w:sz w:val="24"/>
        </w:rPr>
        <w:t>"That sounds like the best. I'll be done soon," replied Jill.</w:t>
      </w:r>
      <w:r>
        <w:rPr>
          <w:rFonts w:ascii="IM Fell English" w:hAnsi="IM Fell English"/>
          <w:color w:val="141414"/>
          <w:sz w:val="24"/>
        </w:rPr>
      </w:r>
      <w:r>
        <w:rPr>
          <w:rFonts w:ascii="IM Fell English" w:hAnsi="IM Fell English"/>
          <w:color w:val="141414"/>
          <w:sz w:val="24"/>
        </w:rPr>
        <w:t>As Marcus entered the bedroom, he failed to notice the enveloping darkness that surrounded him. He also didn't recognize the door quietly shutting behind him. After taking a few steps, he paused, finally becoming aware of just how dim the room had become.</w:t>
      </w:r>
      <w:r>
        <w:rPr>
          <w:rFonts w:ascii="IM Fell English" w:hAnsi="IM Fell English"/>
          <w:color w:val="141414"/>
          <w:sz w:val="24"/>
        </w:rPr>
      </w:r>
      <w:r>
        <w:rPr>
          <w:rFonts w:ascii="IM Fell English" w:hAnsi="IM Fell English"/>
          <w:color w:val="141414"/>
          <w:sz w:val="24"/>
        </w:rPr>
        <w:t>With a swift arc of the blade, an icy pressure pressed against Marcus's windpipe—a superficial nick, almost undetectable—but a chilling dampness blossomed ominously fell across his chest. Each breath became a painful struggle, his lungs battling against the suffocating absence of air. Panic seized him, igniting a fierce desperation inside.</w:t>
      </w:r>
      <w:r>
        <w:rPr>
          <w:rFonts w:ascii="IM Fell English" w:hAnsi="IM Fell English"/>
          <w:color w:val="141414"/>
          <w:sz w:val="24"/>
        </w:rPr>
      </w:r>
      <w:r>
        <w:rPr>
          <w:rFonts w:ascii="IM Fell English" w:hAnsi="IM Fell English"/>
          <w:color w:val="141414"/>
          <w:sz w:val="24"/>
        </w:rPr>
        <w:t>John remained rooted like stone. Watching a desperate struggle for breath and comprehension unfold. His gaze locked onto Marcus’s vacant expression, a vivid tableau of confusion etched on Marcus's face. John had deliberately avoided cutting the jugular, fully aware of the tumultuous rush of blood that would follow. The idea of being drenched in that scarlet torrent was repugnant, but even this small cut now released a considerable flow of red.</w:t>
      </w:r>
      <w:r>
        <w:rPr>
          <w:rFonts w:ascii="IM Fell English" w:hAnsi="IM Fell English"/>
          <w:color w:val="141414"/>
          <w:sz w:val="24"/>
        </w:rPr>
      </w:r>
      <w:r>
        <w:rPr>
          <w:rFonts w:ascii="IM Fell English" w:hAnsi="IM Fell English"/>
          <w:color w:val="141414"/>
          <w:sz w:val="24"/>
        </w:rPr>
        <w:t>The weight of the moment bore down on Marcus, making it difficult for him to grasp the reality of the brutal encounter. His jagged breaths echoed like a haunting melody, highlighting the fragile line between life and death. In that eerie stillness, everything began to unravel.</w:t>
      </w:r>
      <w:r>
        <w:rPr>
          <w:rFonts w:ascii="IM Fell English" w:hAnsi="IM Fell English"/>
          <w:color w:val="141414"/>
          <w:sz w:val="24"/>
        </w:rPr>
      </w:r>
      <w:r>
        <w:rPr>
          <w:rFonts w:ascii="IM Fell English" w:hAnsi="IM Fell English"/>
          <w:color w:val="141414"/>
          <w:sz w:val="24"/>
        </w:rPr>
        <w:t>John thrust Marcus forward with a forceful shove, propelling him back toward the sprawling king-sized bed. Marcus staggered, teetering on the edge of collapse as he struggled to maintain his balance, his heart racing in a surge of adrenaline. Just as he was about to fall onto the mattress, he managed to right himself, spinning around in a flurry of confusion. The dim light filtering in from the bathroom cast eerie shadows, and within that gloom, a figure began to take shape. As Marcus’s eyes sharpened, he confronted an apparition of terror, a male figure whose features emerged like a grotesque mirage. Each detail, infused with menace, illuminated the scene with an unsettling clarity. The air thickened with a palpable tension, as the reality of the confrontation settled like a heavy weight, marking a moment where brutality and fear intertwined with fate.</w:t>
      </w:r>
      <w:r>
        <w:rPr>
          <w:rFonts w:ascii="IM Fell English" w:hAnsi="IM Fell English"/>
          <w:color w:val="141414"/>
          <w:sz w:val="24"/>
        </w:rPr>
      </w:r>
      <w:r>
        <w:rPr>
          <w:rFonts w:ascii="IM Fell English" w:hAnsi="IM Fell English"/>
          <w:color w:val="141414"/>
          <w:sz w:val="24"/>
        </w:rPr>
        <w:t>It was John.</w:t>
      </w:r>
      <w:r>
        <w:rPr>
          <w:rFonts w:ascii="IM Fell English" w:hAnsi="IM Fell English"/>
          <w:color w:val="141414"/>
          <w:sz w:val="24"/>
        </w:rPr>
      </w:r>
      <w:r>
        <w:rPr>
          <w:rFonts w:ascii="IM Fell English" w:hAnsi="IM Fell English"/>
          <w:color w:val="141414"/>
          <w:sz w:val="24"/>
        </w:rPr>
        <w:t>The towering silhouette, a shadow cast against the fading light, was instantly familiar. A fresh wave of excruciating pain surged through Marcus's chest as the cold, unyielding steel was thrust deep into him with brutal malice. The echoes of the savage beating reverberated within him, each thundering pulse a reminder of the relentless agony.</w:t>
      </w:r>
      <w:r>
        <w:rPr>
          <w:rFonts w:ascii="IM Fell English" w:hAnsi="IM Fell English"/>
          <w:color w:val="141414"/>
          <w:sz w:val="24"/>
        </w:rPr>
      </w:r>
      <w:r>
        <w:rPr>
          <w:rFonts w:ascii="IM Fell English" w:hAnsi="IM Fell English"/>
          <w:color w:val="141414"/>
          <w:sz w:val="24"/>
        </w:rPr>
        <w:t>His breath hitched, stolen away by the overwhelming tide of torment coursing through his body. Marcus's frantic lunge toward John was met with an unyielding grip, a merciless hold that tightened like a vice. A savage onslaught crashed into him from below, shattering his elbow with a sickening crack; a jagged splinter of bone pierced through his skin, unfurling agony in the stifling darkness that enveloped him.</w:t>
      </w:r>
      <w:r>
        <w:rPr>
          <w:rFonts w:ascii="IM Fell English" w:hAnsi="IM Fell English"/>
          <w:color w:val="141414"/>
          <w:sz w:val="24"/>
        </w:rPr>
      </w:r>
      <w:r>
        <w:rPr>
          <w:rFonts w:ascii="IM Fell English" w:hAnsi="IM Fell English"/>
          <w:color w:val="141414"/>
          <w:sz w:val="24"/>
        </w:rPr>
        <w:t>No cry broke from Marcus’s wounded lungs, no piercing scream of dread echoed in the night—only the horrific silence of his suffering. Maxine, adorably oblivious to the nightmare unraveling beyond her door, remained in her sanctuary, blissfully unaware of the macabre drama lurking just beyond her threshold. The tension thickened, painting a portrait of despair, as the shadows danced around them, closing in with a malevolent hunger.</w:t>
      </w:r>
      <w:r>
        <w:rPr>
          <w:rFonts w:ascii="IM Fell English" w:hAnsi="IM Fell English"/>
          <w:color w:val="141414"/>
          <w:sz w:val="24"/>
        </w:rPr>
      </w:r>
      <w:r>
        <w:rPr>
          <w:rFonts w:ascii="IM Fell English" w:hAnsi="IM Fell English"/>
          <w:color w:val="141414"/>
          <w:sz w:val="24"/>
        </w:rPr>
        <w:t>A deafening wave crashed over Marcus, his knees buckling under the crushing force of the assault. The relentless thrusts of the steel formed a nightmarish whirlwind that pulled him deeper into despair. With a brutal shove, he was sent sprawling onto the bed, the world around him splintering into chaotic fragments. His final, shattered thoughts echoed a haunting, desperate refrain – a broken, anguished cry of "Why? Why? Why?" – before darkness wrapped him in its cold embrace.</w:t>
      </w:r>
      <w:r>
        <w:rPr>
          <w:rFonts w:ascii="IM Fell English" w:hAnsi="IM Fell English"/>
          <w:color w:val="141414"/>
          <w:sz w:val="24"/>
        </w:rPr>
      </w:r>
      <w:r>
        <w:rPr>
          <w:rFonts w:ascii="IM Fell English" w:hAnsi="IM Fell English"/>
          <w:color w:val="141414"/>
          <w:sz w:val="24"/>
        </w:rPr>
        <w:t>Gasping for breath, John yanked the blankets high, swathing Marcus in a stifling shroud. He reached for the discarded towel, each swipe tearing at the remnants of their harrowing confrontation, scrubbing away the blood that smeared his face and stained his hands. The blade, slick and menacing, remained gripped in his palm, a chilling reminder of the violence that had just unfolded. Without ceremony, he cast the towel behind the bathroom door.</w:t>
      </w:r>
      <w:r>
        <w:rPr>
          <w:rFonts w:ascii="IM Fell English" w:hAnsi="IM Fell English"/>
          <w:color w:val="141414"/>
          <w:sz w:val="24"/>
        </w:rPr>
      </w:r>
      <w:r>
        <w:rPr>
          <w:rFonts w:ascii="IM Fell English" w:hAnsi="IM Fell English"/>
          <w:color w:val="141414"/>
          <w:sz w:val="24"/>
        </w:rPr>
        <w:t>Two minutes.</w:t>
      </w:r>
      <w:r>
        <w:rPr>
          <w:rFonts w:ascii="IM Fell English" w:hAnsi="IM Fell English"/>
          <w:color w:val="141414"/>
          <w:sz w:val="24"/>
        </w:rPr>
      </w:r>
      <w:r>
        <w:rPr>
          <w:rFonts w:ascii="IM Fell English" w:hAnsi="IM Fell English"/>
          <w:color w:val="141414"/>
          <w:sz w:val="24"/>
        </w:rPr>
        <w:t>An eternity compressed, a brutal symphony of action played out in the cramped confines of the room; a mere two minutes since the bathroom door had sealed Marcus's fate.</w:t>
      </w:r>
      <w:r>
        <w:rPr>
          <w:rFonts w:ascii="IM Fell English" w:hAnsi="IM Fell English"/>
          <w:color w:val="141414"/>
          <w:sz w:val="24"/>
        </w:rPr>
      </w:r>
      <w:r>
        <w:rPr>
          <w:rFonts w:ascii="IM Fell English" w:hAnsi="IM Fell English"/>
          <w:color w:val="141414"/>
          <w:sz w:val="24"/>
        </w:rPr>
        <w:t>The shower turned off, and the door could be herd opening.</w:t>
      </w:r>
      <w:r>
        <w:rPr>
          <w:rFonts w:ascii="IM Fell English" w:hAnsi="IM Fell English"/>
          <w:color w:val="141414"/>
          <w:sz w:val="24"/>
        </w:rPr>
      </w:r>
      <w:r>
        <w:rPr>
          <w:rFonts w:ascii="IM Fell English" w:hAnsi="IM Fell English"/>
          <w:color w:val="141414"/>
          <w:sz w:val="24"/>
        </w:rPr>
        <w:t>"Marcus." Yelled out Maxine.</w:t>
      </w:r>
      <w:r>
        <w:rPr>
          <w:rFonts w:ascii="IM Fell English" w:hAnsi="IM Fell English"/>
          <w:color w:val="141414"/>
          <w:sz w:val="24"/>
        </w:rPr>
      </w:r>
      <w:r>
        <w:rPr>
          <w:rFonts w:ascii="IM Fell English" w:hAnsi="IM Fell English"/>
          <w:color w:val="141414"/>
          <w:sz w:val="24"/>
        </w:rPr>
        <w:t>"Marcus. Did you check on dinner?" Maxine yelled out again.</w:t>
      </w:r>
      <w:r>
        <w:rPr>
          <w:rFonts w:ascii="IM Fell English" w:hAnsi="IM Fell English"/>
          <w:color w:val="141414"/>
          <w:sz w:val="24"/>
        </w:rPr>
      </w:r>
      <w:r>
        <w:rPr>
          <w:rFonts w:ascii="IM Fell English" w:hAnsi="IM Fell English"/>
          <w:color w:val="141414"/>
          <w:sz w:val="24"/>
        </w:rPr>
        <w:t>Maxine started humming softly.</w:t>
      </w:r>
      <w:r>
        <w:rPr>
          <w:rFonts w:ascii="IM Fell English" w:hAnsi="IM Fell English"/>
          <w:color w:val="141414"/>
          <w:sz w:val="24"/>
        </w:rPr>
      </w:r>
      <w:r>
        <w:rPr>
          <w:rFonts w:ascii="IM Fell English" w:hAnsi="IM Fell English"/>
          <w:color w:val="141414"/>
          <w:sz w:val="24"/>
        </w:rPr>
        <w:t>John could hear the sound of clicks, and glass being placed down on the porcelain sink.</w:t>
      </w:r>
      <w:r>
        <w:rPr>
          <w:rFonts w:ascii="IM Fell English" w:hAnsi="IM Fell English"/>
          <w:color w:val="141414"/>
          <w:sz w:val="24"/>
        </w:rPr>
      </w:r>
      <w:r>
        <w:rPr>
          <w:rFonts w:ascii="IM Fell English" w:hAnsi="IM Fell English"/>
          <w:color w:val="141414"/>
          <w:sz w:val="24"/>
        </w:rPr>
        <w:t>Composed, John breathed evenly, a sense of calmness settling over him.</w:t>
      </w:r>
      <w:r>
        <w:rPr>
          <w:rFonts w:ascii="IM Fell English" w:hAnsi="IM Fell English"/>
          <w:color w:val="141414"/>
          <w:sz w:val="24"/>
        </w:rPr>
      </w:r>
      <w:r>
        <w:rPr>
          <w:rFonts w:ascii="IM Fell English" w:hAnsi="IM Fell English"/>
          <w:color w:val="141414"/>
          <w:sz w:val="24"/>
        </w:rPr>
        <w:t>Jill sounded hesitant. "Marcus?"</w:t>
      </w:r>
      <w:r>
        <w:rPr>
          <w:rFonts w:ascii="IM Fell English" w:hAnsi="IM Fell English"/>
          <w:color w:val="141414"/>
          <w:sz w:val="24"/>
        </w:rPr>
      </w:r>
      <w:r>
        <w:rPr>
          <w:rFonts w:ascii="IM Fell English" w:hAnsi="IM Fell English"/>
          <w:color w:val="141414"/>
          <w:sz w:val="24"/>
        </w:rPr>
        <w:t>John remained rooted.</w:t>
      </w:r>
      <w:r>
        <w:rPr>
          <w:rFonts w:ascii="IM Fell English" w:hAnsi="IM Fell English"/>
          <w:color w:val="141414"/>
          <w:sz w:val="24"/>
        </w:rPr>
      </w:r>
      <w:r>
        <w:rPr>
          <w:rFonts w:ascii="IM Fell English" w:hAnsi="IM Fell English"/>
          <w:color w:val="141414"/>
          <w:sz w:val="24"/>
        </w:rPr>
        <w:t>John then knew that Jill was aware something was terribly wrong.</w:t>
      </w:r>
      <w:r>
        <w:rPr>
          <w:rFonts w:ascii="IM Fell English" w:hAnsi="IM Fell English"/>
          <w:color w:val="141414"/>
          <w:sz w:val="24"/>
        </w:rPr>
      </w:r>
      <w:r>
        <w:rPr>
          <w:rFonts w:ascii="IM Fell English" w:hAnsi="IM Fell English"/>
          <w:color w:val="141414"/>
          <w:sz w:val="24"/>
        </w:rPr>
        <w:t>Mother knows I'm here now, he thought sadistically.</w:t>
      </w:r>
      <w:r>
        <w:rPr>
          <w:rFonts w:ascii="IM Fell English" w:hAnsi="IM Fell English"/>
          <w:color w:val="141414"/>
          <w:sz w:val="24"/>
        </w:rPr>
      </w:r>
      <w:r>
        <w:rPr>
          <w:rFonts w:ascii="IM Fell English" w:hAnsi="IM Fell English"/>
          <w:color w:val="141414"/>
          <w:sz w:val="24"/>
        </w:rPr>
        <w:t>John knew she was poised just beyond the threshold. If he pushed the door it wouldn't harm her, the door would close and she could lock it.</w:t>
      </w:r>
      <w:r>
        <w:rPr>
          <w:rFonts w:ascii="IM Fell English" w:hAnsi="IM Fell English"/>
          <w:color w:val="141414"/>
          <w:sz w:val="24"/>
        </w:rPr>
      </w:r>
      <w:r>
        <w:rPr>
          <w:rFonts w:ascii="IM Fell English" w:hAnsi="IM Fell English"/>
          <w:color w:val="141414"/>
          <w:sz w:val="24"/>
        </w:rPr>
        <w:t>Waiting. Breathing.</w:t>
      </w:r>
      <w:r>
        <w:rPr>
          <w:rFonts w:ascii="IM Fell English" w:hAnsi="IM Fell English"/>
          <w:color w:val="141414"/>
          <w:sz w:val="24"/>
        </w:rPr>
      </w:r>
      <w:r>
        <w:rPr>
          <w:rFonts w:ascii="IM Fell English" w:hAnsi="IM Fell English"/>
          <w:color w:val="141414"/>
          <w:sz w:val="24"/>
        </w:rPr>
        <w:t>The familiar game of cat and mouse had always been a feature of his existence, but this was unlike anything that had gone before.</w:t>
      </w:r>
      <w:r>
        <w:rPr>
          <w:rFonts w:ascii="IM Fell English" w:hAnsi="IM Fell English"/>
          <w:color w:val="141414"/>
          <w:sz w:val="24"/>
        </w:rPr>
      </w:r>
      <w:r>
        <w:rPr>
          <w:rFonts w:ascii="IM Fell English" w:hAnsi="IM Fell English"/>
          <w:color w:val="141414"/>
          <w:sz w:val="24"/>
        </w:rPr>
        <w:t>This time, two figures of maternal authority were involved, one cradling the instrument of his potential rebirth—a vessel to contain his tormented soul—the other here now—the decoy. The instrument of his death.</w:t>
      </w:r>
      <w:r>
        <w:rPr>
          <w:rFonts w:ascii="IM Fell English" w:hAnsi="IM Fell English"/>
          <w:color w:val="141414"/>
          <w:sz w:val="24"/>
        </w:rPr>
      </w:r>
      <w:r>
        <w:rPr>
          <w:rFonts w:ascii="IM Fell English" w:hAnsi="IM Fell English"/>
          <w:color w:val="141414"/>
          <w:sz w:val="24"/>
        </w:rPr>
        <w:t>John decided to initiate the confrontation. He knew anticipation was thrumming in his mother’s heart.</w:t>
      </w:r>
      <w:r>
        <w:rPr>
          <w:rFonts w:ascii="IM Fell English" w:hAnsi="IM Fell English"/>
          <w:color w:val="141414"/>
          <w:sz w:val="24"/>
        </w:rPr>
      </w:r>
      <w:r>
        <w:rPr>
          <w:rFonts w:ascii="IM Fell English" w:hAnsi="IM Fell English"/>
          <w:color w:val="141414"/>
          <w:sz w:val="24"/>
        </w:rPr>
        <w:t>Gripping the knife and preparing to step out from behind the door, an unforeseen event happened.</w:t>
      </w:r>
      <w:r>
        <w:rPr>
          <w:rFonts w:ascii="IM Fell English" w:hAnsi="IM Fell English"/>
          <w:color w:val="141414"/>
          <w:sz w:val="24"/>
        </w:rPr>
      </w:r>
      <w:r>
        <w:rPr>
          <w:rFonts w:ascii="IM Fell English" w:hAnsi="IM Fell English"/>
          <w:color w:val="141414"/>
          <w:sz w:val="24"/>
        </w:rPr>
        <w:t>An audible Click.</w:t>
      </w:r>
      <w:r>
        <w:rPr>
          <w:rFonts w:ascii="IM Fell English" w:hAnsi="IM Fell English"/>
          <w:color w:val="141414"/>
          <w:sz w:val="24"/>
        </w:rPr>
      </w:r>
      <w:r>
        <w:rPr>
          <w:rFonts w:ascii="IM Fell English" w:hAnsi="IM Fell English"/>
          <w:color w:val="141414"/>
          <w:sz w:val="24"/>
        </w:rPr>
        <w:t>Then Blackness.</w:t>
      </w:r>
      <w:r>
        <w:rPr>
          <w:rFonts w:ascii="IM Fell English" w:hAnsi="IM Fell English"/>
          <w:color w:val="141414"/>
          <w:sz w:val="24"/>
        </w:rPr>
      </w:r>
      <w:r>
        <w:rPr>
          <w:rFonts w:ascii="IM Fell English" w:hAnsi="IM Fell English"/>
          <w:color w:val="141414"/>
          <w:sz w:val="24"/>
        </w:rPr>
        <w:t>Blindness engulfed John, momentarily snatching away his vision as his pupils strained against the suffocating darkness. He felt the frantic stir of energy in the air, like a terrified fawn bursting through the threshold and retreating into the shadows of the bedroom. Without thinking, he swung a sweeping arc through the pitch-black void, his blade desperate to find the warmth of flesh, yet it met only the chilling emptiness of nothingness.</w:t>
      </w:r>
      <w:r>
        <w:rPr>
          <w:rFonts w:ascii="IM Fell English" w:hAnsi="IM Fell English"/>
          <w:color w:val="141414"/>
          <w:sz w:val="24"/>
        </w:rPr>
      </w:r>
      <w:r>
        <w:rPr>
          <w:rFonts w:ascii="IM Fell English" w:hAnsi="IM Fell English"/>
          <w:color w:val="141414"/>
          <w:sz w:val="24"/>
        </w:rPr>
        <w:t>A sharp, jarring thump resonated through the silence, followed by the chaotic clatter of objects cascading onto the carpet. The unmistakable sound of a drawer being wrenched open echoed in the stillness, its wood shrieking as it was torn from its resting place. The chaos of a frenzied search ignited the air, sharp breaths mingling with muffled sounds as desperation played out in the darkness. At that moment, John's instincts screamed at him, a primal urge to defend against the unseen, the tension thick enough to cut, and every heartbeat resonated like a war drum preparing for battle.</w:t>
      </w:r>
      <w:r>
        <w:rPr>
          <w:rFonts w:ascii="IM Fell English" w:hAnsi="IM Fell English"/>
          <w:color w:val="141414"/>
          <w:sz w:val="24"/>
        </w:rPr>
      </w:r>
      <w:r>
        <w:rPr>
          <w:rFonts w:ascii="IM Fell English" w:hAnsi="IM Fell English"/>
          <w:color w:val="141414"/>
          <w:sz w:val="24"/>
        </w:rPr>
        <w:t>John's instincts kicked in without a second thought. He hurled himself forward, crashing onto the floor, desperately hoping his mother remained unaware of his presence. The cramped quarters of the bedroom forced him dangerously close to her, the tension thick enough to slice through. With a swift twist of his body, he propelled himself sideways, and in one fluid motion, unleashed his knife in a sweeping arc behind him. He needed to create a diversion—something to divert attention away from him.</w:t>
      </w:r>
      <w:r>
        <w:rPr>
          <w:rFonts w:ascii="IM Fell English" w:hAnsi="IM Fell English"/>
          <w:color w:val="141414"/>
          <w:sz w:val="24"/>
        </w:rPr>
      </w:r>
      <w:r>
        <w:rPr>
          <w:rFonts w:ascii="IM Fell English" w:hAnsi="IM Fell English"/>
          <w:color w:val="141414"/>
          <w:sz w:val="24"/>
        </w:rPr>
        <w:t>A cataclysmic explosion resonated throughout the room, shaking the very walls around him. Five rapid-fire blasts erupted in succession, each one a blinding flash that seared the air and left ephemeral trails of incandescent residue in their wake, marking the path of the bullets as they careened away. The room transformed into chaos, smoke and sparks dancing in the aftermath. Heart pounding, John knew he had mere moments before everything changed, and he had to seize the opportunity while he still could.</w:t>
      </w:r>
      <w:r>
        <w:rPr>
          <w:rFonts w:ascii="IM Fell English" w:hAnsi="IM Fell English"/>
          <w:color w:val="141414"/>
          <w:sz w:val="24"/>
        </w:rPr>
      </w:r>
      <w:r>
        <w:rPr>
          <w:rFonts w:ascii="IM Fell English" w:hAnsi="IM Fell English"/>
          <w:color w:val="141414"/>
          <w:sz w:val="24"/>
        </w:rPr>
        <w:t>John jerked upright from his lying position beside her, his eyes meeting the steely expression on his mother's face. There was no hint of fear or panic—only a fierce, cold rage that radiated from her sharp, focused gaze. Her eyes, ever watchful, conveyed an unyielding vow of retribution. His death.</w:t>
      </w:r>
      <w:r>
        <w:rPr>
          <w:rFonts w:ascii="IM Fell English" w:hAnsi="IM Fell English"/>
          <w:color w:val="141414"/>
          <w:sz w:val="24"/>
        </w:rPr>
      </w:r>
      <w:r>
        <w:rPr>
          <w:rFonts w:ascii="IM Fell English" w:hAnsi="IM Fell English"/>
          <w:color w:val="141414"/>
          <w:sz w:val="24"/>
        </w:rPr>
        <w:t>A flicker of motion to her right registered in Maxine's peripheral vision.</w:t>
      </w:r>
      <w:r>
        <w:rPr>
          <w:rFonts w:ascii="IM Fell English" w:hAnsi="IM Fell English"/>
          <w:color w:val="141414"/>
          <w:sz w:val="24"/>
        </w:rPr>
      </w:r>
      <w:r>
        <w:rPr>
          <w:rFonts w:ascii="IM Fell English" w:hAnsi="IM Fell English"/>
          <w:color w:val="141414"/>
          <w:sz w:val="24"/>
        </w:rPr>
        <w:t>Before she could fully pivot, a pair of crimson orbs erupted from the darkness, launching themselves at her with ferocious speed.</w:t>
      </w:r>
      <w:r>
        <w:rPr>
          <w:rFonts w:ascii="IM Fell English" w:hAnsi="IM Fell English"/>
          <w:color w:val="141414"/>
          <w:sz w:val="24"/>
        </w:rPr>
      </w:r>
      <w:r>
        <w:rPr>
          <w:rFonts w:ascii="IM Fell English" w:hAnsi="IM Fell English"/>
          <w:color w:val="141414"/>
          <w:sz w:val="24"/>
        </w:rPr>
        <w:t>With a primal scream, she squeezed the trigger a sixth time, desperately wrenching the firearm toward the approaching threat.</w:t>
      </w:r>
      <w:r>
        <w:rPr>
          <w:rFonts w:ascii="IM Fell English" w:hAnsi="IM Fell English"/>
          <w:color w:val="141414"/>
          <w:sz w:val="24"/>
        </w:rPr>
      </w:r>
      <w:r>
        <w:rPr>
          <w:rFonts w:ascii="IM Fell English" w:hAnsi="IM Fell English"/>
          <w:color w:val="141414"/>
          <w:sz w:val="24"/>
        </w:rPr>
        <w:t>The impact of John hurled her against the dresser, a bone-jarring collision that sent her sprawling against the wall.</w:t>
      </w:r>
      <w:r>
        <w:rPr>
          <w:rFonts w:ascii="IM Fell English" w:hAnsi="IM Fell English"/>
          <w:color w:val="141414"/>
          <w:sz w:val="24"/>
        </w:rPr>
      </w:r>
      <w:r>
        <w:rPr>
          <w:rFonts w:ascii="IM Fell English" w:hAnsi="IM Fell English"/>
          <w:color w:val="141414"/>
          <w:sz w:val="24"/>
        </w:rPr>
        <w:t>The gun was wrenched from her hand.</w:t>
      </w:r>
      <w:r>
        <w:rPr>
          <w:rFonts w:ascii="IM Fell English" w:hAnsi="IM Fell English"/>
          <w:color w:val="141414"/>
          <w:sz w:val="24"/>
        </w:rPr>
      </w:r>
      <w:r>
        <w:rPr>
          <w:rFonts w:ascii="IM Fell English" w:hAnsi="IM Fell English"/>
          <w:color w:val="141414"/>
          <w:sz w:val="24"/>
        </w:rPr>
        <w:t>Instinctively, Maxine's legs shot up, a desperate attempt to dislodge the man pinning her. His iron grip held her fast; she understood instantly that any struggle would be futile unless she acted with blinding speed.</w:t>
      </w:r>
      <w:r>
        <w:rPr>
          <w:rFonts w:ascii="IM Fell English" w:hAnsi="IM Fell English"/>
          <w:color w:val="141414"/>
          <w:sz w:val="24"/>
        </w:rPr>
      </w:r>
      <w:r>
        <w:rPr>
          <w:rFonts w:ascii="IM Fell English" w:hAnsi="IM Fell English"/>
          <w:color w:val="141414"/>
          <w:sz w:val="24"/>
        </w:rPr>
        <w:t>Her hand grasped a discarded can. With a fervent prayer, she depressed the button and mist erupted and smelt of lavender.</w:t>
      </w:r>
      <w:r>
        <w:rPr>
          <w:rFonts w:ascii="IM Fell English" w:hAnsi="IM Fell English"/>
          <w:color w:val="141414"/>
          <w:sz w:val="24"/>
        </w:rPr>
      </w:r>
      <w:r>
        <w:rPr>
          <w:rFonts w:ascii="IM Fell English" w:hAnsi="IM Fell English"/>
          <w:color w:val="141414"/>
          <w:sz w:val="24"/>
        </w:rPr>
        <w:t>A guttural groan erupted; her grip loosened as the assailant recoiled. She leveraged her legs, forcing her attacker further back. Then, with a desperate lunge, she hurled herself onto the bed, aiming for the far side and the sanctuary of the hallway beyond.</w:t>
      </w:r>
      <w:r>
        <w:rPr>
          <w:rFonts w:ascii="IM Fell English" w:hAnsi="IM Fell English"/>
          <w:color w:val="141414"/>
          <w:sz w:val="24"/>
        </w:rPr>
      </w:r>
      <w:r>
        <w:rPr>
          <w:rFonts w:ascii="IM Fell English" w:hAnsi="IM Fell English"/>
          <w:color w:val="141414"/>
          <w:sz w:val="24"/>
        </w:rPr>
        <w:t>Jill collided with a body – Marcus, she thought.</w:t>
      </w:r>
      <w:r>
        <w:rPr>
          <w:rFonts w:ascii="IM Fell English" w:hAnsi="IM Fell English"/>
          <w:color w:val="141414"/>
          <w:sz w:val="24"/>
        </w:rPr>
      </w:r>
      <w:r>
        <w:rPr>
          <w:rFonts w:ascii="IM Fell English" w:hAnsi="IM Fell English"/>
          <w:color w:val="141414"/>
          <w:sz w:val="24"/>
        </w:rPr>
        <w:t>She recognized by instinct, a clammy, viscous texture of blood. Marcus's blood coating her hand.</w:t>
      </w:r>
      <w:r>
        <w:rPr>
          <w:rFonts w:ascii="IM Fell English" w:hAnsi="IM Fell English"/>
          <w:color w:val="141414"/>
          <w:sz w:val="24"/>
        </w:rPr>
      </w:r>
      <w:r>
        <w:rPr>
          <w:rFonts w:ascii="IM Fell English" w:hAnsi="IM Fell English"/>
          <w:color w:val="141414"/>
          <w:sz w:val="24"/>
        </w:rPr>
        <w:t>The urgency of escape overrode any reaction to the grim discovery.</w:t>
      </w:r>
      <w:r>
        <w:rPr>
          <w:rFonts w:ascii="IM Fell English" w:hAnsi="IM Fell English"/>
          <w:color w:val="141414"/>
          <w:sz w:val="24"/>
        </w:rPr>
      </w:r>
      <w:r>
        <w:rPr>
          <w:rFonts w:ascii="IM Fell English" w:hAnsi="IM Fell English"/>
          <w:color w:val="141414"/>
          <w:sz w:val="24"/>
        </w:rPr>
        <w:t>Maxine understood failure to act would condemn her to a fate shared with Marcus.</w:t>
      </w:r>
      <w:r>
        <w:rPr>
          <w:rFonts w:ascii="IM Fell English" w:hAnsi="IM Fell English"/>
          <w:color w:val="141414"/>
          <w:sz w:val="24"/>
        </w:rPr>
      </w:r>
      <w:r>
        <w:rPr>
          <w:rFonts w:ascii="IM Fell English" w:hAnsi="IM Fell English"/>
          <w:color w:val="141414"/>
          <w:sz w:val="24"/>
        </w:rPr>
        <w:t>Maxine climbed off the bed and saw the exit.</w:t>
      </w:r>
      <w:r>
        <w:rPr>
          <w:rFonts w:ascii="IM Fell English" w:hAnsi="IM Fell English"/>
          <w:color w:val="141414"/>
          <w:sz w:val="24"/>
        </w:rPr>
      </w:r>
      <w:r>
        <w:rPr>
          <w:rFonts w:ascii="IM Fell English" w:hAnsi="IM Fell English"/>
          <w:color w:val="141414"/>
          <w:sz w:val="24"/>
        </w:rPr>
        <w:t>A frantic burst from her bedroom door as she turned to descend the stairs when suddenly her left foot struck an unseen obstacle.</w:t>
      </w:r>
      <w:r>
        <w:rPr>
          <w:rFonts w:ascii="IM Fell English" w:hAnsi="IM Fell English"/>
          <w:color w:val="141414"/>
          <w:sz w:val="24"/>
        </w:rPr>
      </w:r>
      <w:r>
        <w:rPr>
          <w:rFonts w:ascii="IM Fell English" w:hAnsi="IM Fell English"/>
          <w:color w:val="141414"/>
          <w:sz w:val="24"/>
        </w:rPr>
        <w:t>Physics took over. The speed she was fleeing, her foot now pinned behind her with nothing to stop her forward momentum, initiating an unstoppable cascade.</w:t>
      </w:r>
      <w:r>
        <w:rPr>
          <w:rFonts w:ascii="IM Fell English" w:hAnsi="IM Fell English"/>
          <w:color w:val="141414"/>
          <w:sz w:val="24"/>
        </w:rPr>
      </w:r>
      <w:r>
        <w:rPr>
          <w:rFonts w:ascii="IM Fell English" w:hAnsi="IM Fell English"/>
          <w:color w:val="141414"/>
          <w:sz w:val="24"/>
        </w:rPr>
        <w:t>She plummeted, legs trailing behind, into a terrifying void. Desperately, she launched her arms outward, a futile attempt to arrest her descent. Her left arm grazed a step, then slipped, while her right arm buckled inwards under the brutal impact. A sickening crack announced the shattering of the bone.</w:t>
      </w:r>
      <w:r>
        <w:rPr>
          <w:rFonts w:ascii="IM Fell English" w:hAnsi="IM Fell English"/>
          <w:color w:val="141414"/>
          <w:sz w:val="24"/>
        </w:rPr>
      </w:r>
      <w:r>
        <w:rPr>
          <w:rFonts w:ascii="IM Fell English" w:hAnsi="IM Fell English"/>
          <w:color w:val="141414"/>
          <w:sz w:val="24"/>
        </w:rPr>
        <w:t>Her forehead collided violently with a stair, the blow pulverizing her nose. A crimson torrent erupted as Maxine’s consciousness was extinguished by the impact. Unconscious, she remained oblivious to the continuing, bone-jarring slide. The fall concluded with a grotesque finality.</w:t>
      </w:r>
      <w:r>
        <w:rPr>
          <w:rFonts w:ascii="IM Fell English" w:hAnsi="IM Fell English"/>
          <w:color w:val="141414"/>
          <w:sz w:val="24"/>
        </w:rPr>
      </w:r>
      <w:r>
        <w:rPr>
          <w:rFonts w:ascii="IM Fell English" w:hAnsi="IM Fell English"/>
          <w:color w:val="141414"/>
          <w:sz w:val="24"/>
        </w:rPr>
        <w:t>Her thumb splintered, two fingers snapped, her nose smashed and broken and three fractured ribs. Her right foot, twisted at an agonizing ninety-degree angle, finally brought her catastrophic journey to a brutal halt at the bottom of the stairs.</w:t>
      </w:r>
      <w:r>
        <w:rPr>
          <w:rFonts w:ascii="IM Fell English" w:hAnsi="IM Fell English"/>
          <w:color w:val="141414"/>
          <w:sz w:val="24"/>
        </w:rPr>
      </w:r>
      <w:r>
        <w:rPr>
          <w:rFonts w:ascii="IM Fell English" w:hAnsi="IM Fell English"/>
          <w:color w:val="141414"/>
          <w:sz w:val="24"/>
        </w:rPr>
        <w:t>John stumbled, his vision blurring as he crossed the threshold at the stair head. The acrid burn in his eyes slowly faded, revealing the slumped form below. A wave of relief washed over him; his foresight in setting the almost invisible tripwire outside the door – a precaution conceived just yesterday – had proven necessary. The darkness rendered it utterly undetectable. He carefully navigated the obstacle, descending to the lifeless figure.</w:t>
      </w:r>
      <w:r>
        <w:rPr>
          <w:rFonts w:ascii="IM Fell English" w:hAnsi="IM Fell English"/>
          <w:color w:val="141414"/>
          <w:sz w:val="24"/>
        </w:rPr>
      </w:r>
      <w:r>
        <w:rPr>
          <w:rFonts w:ascii="IM Fell English" w:hAnsi="IM Fell English"/>
          <w:color w:val="141414"/>
          <w:sz w:val="24"/>
        </w:rPr>
        <w:t>Hefting his mother's weight onto his shoulder with a grunt of exertion, John exited through the rear door. He traversed the shadowed yard, disappearing behind the privacy fence and heading straight for the vacant townhouse adjacent to the property. The rear fence on this property backed onto a vacant lot.</w:t>
      </w:r>
      <w:r>
        <w:rPr>
          <w:rFonts w:ascii="IM Fell English" w:hAnsi="IM Fell English"/>
          <w:color w:val="141414"/>
          <w:sz w:val="24"/>
        </w:rPr>
      </w:r>
      <w:r>
        <w:rPr>
          <w:rFonts w:ascii="IM Fell English" w:hAnsi="IM Fell English"/>
          <w:color w:val="141414"/>
          <w:sz w:val="24"/>
        </w:rPr>
        <w:t>John had already inspected the Townhouse 3 nights ago. With a little weight, he removed 4 fence palings and then remounted them so it only required a small shove should he need to use it as an exit, like tonight.</w:t>
      </w:r>
      <w:r>
        <w:rPr>
          <w:rFonts w:ascii="IM Fell English" w:hAnsi="IM Fell English"/>
          <w:color w:val="141414"/>
          <w:sz w:val="24"/>
        </w:rPr>
      </w:r>
      <w:r>
        <w:rPr>
          <w:rFonts w:ascii="IM Fell English" w:hAnsi="IM Fell English"/>
          <w:color w:val="141414"/>
          <w:sz w:val="24"/>
        </w:rPr>
        <w:t>John had no doubt someone had seen him exit with his mother slumped over his shoulder. He had no time to disguise the body under a blanket. His mother had fired a handgun six times, and it was distinctive and loud.</w:t>
      </w:r>
      <w:r>
        <w:rPr>
          <w:rFonts w:ascii="IM Fell English" w:hAnsi="IM Fell English"/>
          <w:color w:val="141414"/>
          <w:sz w:val="24"/>
        </w:rPr>
      </w:r>
      <w:r>
        <w:rPr>
          <w:rFonts w:ascii="IM Fell English" w:hAnsi="IM Fell English"/>
          <w:color w:val="141414"/>
          <w:sz w:val="24"/>
        </w:rPr>
        <w:t>Walking quickly to the car he parked on the other side, he could hear the sound of sirens in the distance.</w:t>
      </w:r>
      <w:r>
        <w:rPr>
          <w:rFonts w:ascii="IM Fell English" w:hAnsi="IM Fell English"/>
          <w:color w:val="141414"/>
          <w:sz w:val="24"/>
        </w:rPr>
      </w:r>
      <w:r>
        <w:rPr>
          <w:rFonts w:ascii="IM Fell English" w:hAnsi="IM Fell English"/>
          <w:color w:val="141414"/>
          <w:sz w:val="24"/>
        </w:rPr>
        <w:t>Reaching the car he had left there for the past five days, he unlocked the trunk and removed a black bag before dumping his mother inside and closing the trunk.</w:t>
      </w:r>
      <w:r>
        <w:rPr>
          <w:rFonts w:ascii="IM Fell English" w:hAnsi="IM Fell English"/>
          <w:color w:val="141414"/>
          <w:sz w:val="24"/>
        </w:rPr>
      </w:r>
      <w:r>
        <w:rPr>
          <w:rFonts w:ascii="IM Fell English" w:hAnsi="IM Fell English"/>
          <w:color w:val="141414"/>
          <w:sz w:val="24"/>
        </w:rPr>
        <w:t>Getting in the car, he took a moment to collect his thoughts. His eyes burned slightly. Checking his face in the rear view mirror, he had a small gash on his cheek that had been bleeding and ran down his face onto his shirt. John had everything he needed.</w:t>
      </w:r>
      <w:r>
        <w:rPr>
          <w:rFonts w:ascii="IM Fell English" w:hAnsi="IM Fell English"/>
          <w:color w:val="141414"/>
          <w:sz w:val="24"/>
        </w:rPr>
      </w:r>
      <w:r>
        <w:rPr>
          <w:rFonts w:ascii="IM Fell English" w:hAnsi="IM Fell English"/>
          <w:color w:val="141414"/>
          <w:sz w:val="24"/>
        </w:rPr>
        <w:t>Starting the car, he headed for the place no one knew about he had brought under another name and on the outskirts of town.</w:t>
      </w:r>
      <w:r>
        <w:rPr>
          <w:rFonts w:ascii="IM Fell English" w:hAnsi="IM Fell English"/>
          <w:color w:val="141414"/>
          <w:sz w:val="24"/>
        </w:rPr>
      </w:r>
      <w:r>
        <w:rPr>
          <w:rFonts w:ascii="IM Fell English" w:hAnsi="IM Fell English"/>
          <w:color w:val="141414"/>
          <w:sz w:val="24"/>
        </w:rPr>
        <w:t>This is where he planned to wake his mother.</w:t>
      </w:r>
      <w:r>
        <w:rPr>
          <w:rFonts w:ascii="IM Fell English" w:hAnsi="IM Fell English"/>
          <w:color w:val="141414"/>
          <w:sz w:val="24"/>
        </w:rPr>
      </w:r>
    </w:p>
    <w:p>
      <w:pPr>
        <w:pStyle w:val="Heading1"/>
        <w:jc w:val="center"/>
      </w:pPr>
      <w:r>
        <w:rPr>
          <w:rFonts w:ascii="IM Fell English" w:hAnsi="IM Fell English"/>
          <w:color w:val="0D0D0D"/>
        </w:rPr>
        <w:t>Chapter 26</w:t>
      </w:r>
    </w:p>
    <w:p>
      <w:r>
        <w:rPr>
          <w:rFonts w:ascii="IM Fell English" w:hAnsi="IM Fell English"/>
          <w:color w:val="141414"/>
          <w:sz w:val="24"/>
        </w:rPr>
      </w:r>
      <w:r>
        <w:rPr>
          <w:rFonts w:ascii="IM Fell English" w:hAnsi="IM Fell English"/>
          <w:color w:val="141414"/>
          <w:sz w:val="24"/>
        </w:rPr>
        <w:t>The ominous theme of Star Wars, the "Imperial March," blared from the bedside table.</w:t>
      </w:r>
      <w:r>
        <w:rPr>
          <w:rFonts w:ascii="IM Fell English" w:hAnsi="IM Fell English"/>
          <w:color w:val="141414"/>
          <w:sz w:val="24"/>
        </w:rPr>
      </w:r>
      <w:r>
        <w:rPr>
          <w:rFonts w:ascii="IM Fell English" w:hAnsi="IM Fell English"/>
          <w:color w:val="141414"/>
          <w:sz w:val="24"/>
        </w:rPr>
        <w:t>"Briggs," a gruff voice rumbled. O'Neil's voice, devoid of inflection, delivered a chilling report: "Marcus is dead. Maxine is lost. I'm at Maxine's townhouse now."</w:t>
      </w:r>
      <w:r>
        <w:rPr>
          <w:rFonts w:ascii="IM Fell English" w:hAnsi="IM Fell English"/>
          <w:color w:val="141414"/>
          <w:sz w:val="24"/>
        </w:rPr>
      </w:r>
      <w:r>
        <w:rPr>
          <w:rFonts w:ascii="IM Fell English" w:hAnsi="IM Fell English"/>
          <w:color w:val="141414"/>
          <w:sz w:val="24"/>
        </w:rPr>
        <w:t>"En route. Six minutes," Briggs responded. He vaulted from the bed, his movements explosive.</w:t>
      </w:r>
      <w:r>
        <w:rPr>
          <w:rFonts w:ascii="IM Fell English" w:hAnsi="IM Fell English"/>
          <w:color w:val="141414"/>
          <w:sz w:val="24"/>
        </w:rPr>
      </w:r>
      <w:r>
        <w:rPr>
          <w:rFonts w:ascii="IM Fell English" w:hAnsi="IM Fell English"/>
          <w:color w:val="141414"/>
          <w:sz w:val="24"/>
        </w:rPr>
        <w:t>As Briggs' vehicle arrived at the sprawling estate, a chaotic scene unfolded: a constellation of flashing emergency lights from police cars and ambulances painted the night. A throng of at least a dozen individuals milled about the townhouse entrance, a restless tide ebbing and flowing. Displaying his credentials to the officer guarding the perimeter behind the bright yellow and blue police barrier, he proceeded to a waiting van. There, he donned pristine white coveralls, mask, protective gloves, and shoe coverings before entering the townhouse.</w:t>
      </w:r>
      <w:r>
        <w:rPr>
          <w:rFonts w:ascii="IM Fell English" w:hAnsi="IM Fell English"/>
          <w:color w:val="141414"/>
          <w:sz w:val="24"/>
        </w:rPr>
      </w:r>
      <w:r>
        <w:rPr>
          <w:rFonts w:ascii="IM Fell English" w:hAnsi="IM Fell English"/>
          <w:color w:val="141414"/>
          <w:sz w:val="24"/>
        </w:rPr>
        <w:t>Scattered across the floor lay a collection of plastic yellow numerals marking evidence. A forensic specialist meticulously searched for latent fingerprints, the rhythmic dusting a counterpoint to the harsh strobe of a camera's flash.</w:t>
      </w:r>
      <w:r>
        <w:rPr>
          <w:rFonts w:ascii="IM Fell English" w:hAnsi="IM Fell English"/>
          <w:color w:val="141414"/>
          <w:sz w:val="24"/>
        </w:rPr>
      </w:r>
      <w:r>
        <w:rPr>
          <w:rFonts w:ascii="IM Fell English" w:hAnsi="IM Fell English"/>
          <w:color w:val="141414"/>
          <w:sz w:val="24"/>
        </w:rPr>
        <w:t>From the assembled group at the foot of the stairs, a grim truth was evident: a crimson pool, a testament to violence. Several bloody footprints, starkly imprinted on the floor, led towards the back door.</w:t>
      </w:r>
      <w:r>
        <w:rPr>
          <w:rFonts w:ascii="IM Fell English" w:hAnsi="IM Fell English"/>
          <w:color w:val="141414"/>
          <w:sz w:val="24"/>
        </w:rPr>
      </w:r>
      <w:r>
        <w:rPr>
          <w:rFonts w:ascii="IM Fell English" w:hAnsi="IM Fell English"/>
          <w:color w:val="141414"/>
          <w:sz w:val="24"/>
        </w:rPr>
        <w:t>With meticulous care, he ascended the stairs, his gaze unwavering, and paused in the doorway. Illuminated within, a camera's flash momentarily blinded him; voices murmured, a cacophony of sound, yet Briggs's attention remained on the bed. The horrifying tableau unfolded before him: Marcus. His eyes, stark and vacant, stared sightlessly upwards. Marcus's body lay amidst a crimson pool that had saturated the mattress. Hideous rents marred his abdomen, chest, and rib cage, a ghastly tapestry of wounds. Blood, a gruesome torrent, had cascaded from his mouth, staining his torso. His right arm, grotesquely contorted, a jagged shard of bone, a macabre testament to the violence inflicted.</w:t>
      </w:r>
      <w:r>
        <w:rPr>
          <w:rFonts w:ascii="IM Fell English" w:hAnsi="IM Fell English"/>
          <w:color w:val="141414"/>
          <w:sz w:val="24"/>
        </w:rPr>
      </w:r>
      <w:r>
        <w:rPr>
          <w:rFonts w:ascii="IM Fell English" w:hAnsi="IM Fell English"/>
          <w:color w:val="141414"/>
          <w:sz w:val="24"/>
        </w:rPr>
        <w:t>A gentle murmur, "Briggs," broke the silence. Hartley, her hand resting lightly on his arm, stood beside him, her presence a silent affirmation. "Based on our current understanding," she began, her voice low and grave, "We're virtually certain John Sterling, a forty-six-year-old employee of the Plaza's travel agency, is our perpetrator. The investigation is ongoing, but preliminary findings are conclusive. After a thorough search of the neighborhood, officers discovered the adjacent townhouse deserted. Inside, they uncovered discarded clothing, sleeping gear, and food packets, suggesting John had been observing Maxine for the past five or six days, where he surveiled both Maxine and Marcus. It appears Maxine and Marcus have started a sexual relationship during the investigation that is only just coming to light. Now we know where John was hiding," Hartley declared, pointing across the road.</w:t>
      </w:r>
      <w:r>
        <w:rPr>
          <w:rFonts w:ascii="IM Fell English" w:hAnsi="IM Fell English"/>
          <w:color w:val="141414"/>
          <w:sz w:val="24"/>
        </w:rPr>
      </w:r>
      <w:r>
        <w:rPr>
          <w:rFonts w:ascii="IM Fell English" w:hAnsi="IM Fell English"/>
          <w:color w:val="141414"/>
          <w:sz w:val="24"/>
        </w:rPr>
        <w:t>Briggs could see the adjacent townhouse with the lights on and more people wearing the same attire as himself.</w:t>
      </w:r>
      <w:r>
        <w:rPr>
          <w:rFonts w:ascii="IM Fell English" w:hAnsi="IM Fell English"/>
          <w:color w:val="141414"/>
          <w:sz w:val="24"/>
        </w:rPr>
      </w:r>
      <w:r>
        <w:rPr>
          <w:rFonts w:ascii="IM Fell English" w:hAnsi="IM Fell English"/>
          <w:color w:val="141414"/>
          <w:sz w:val="24"/>
        </w:rPr>
        <w:t>Hartley said "forensic examination indicated John accessed the townhouse through the rear entrance while Marcus and Maxine were bathing, using the cover of darkness to evade detection."</w:t>
      </w:r>
      <w:r>
        <w:rPr>
          <w:rFonts w:ascii="IM Fell English" w:hAnsi="IM Fell English"/>
          <w:color w:val="141414"/>
          <w:sz w:val="24"/>
        </w:rPr>
      </w:r>
      <w:r>
        <w:rPr>
          <w:rFonts w:ascii="IM Fell English" w:hAnsi="IM Fell English"/>
          <w:color w:val="141414"/>
          <w:sz w:val="24"/>
        </w:rPr>
        <w:t>O'Neil joined Briggs and Hartley. "His assault was ferocious and immediate; Marcus fell victim first, likely before Maxine even comprehended what was happening. It's a plausible scenario. Had they both been aware of the killer, their combined strength might have overwhelmed John. Therefore, it's hypothesized that Maxine remained oblivious."</w:t>
      </w:r>
      <w:r>
        <w:rPr>
          <w:rFonts w:ascii="IM Fell English" w:hAnsi="IM Fell English"/>
          <w:color w:val="141414"/>
          <w:sz w:val="24"/>
        </w:rPr>
      </w:r>
      <w:r>
        <w:rPr>
          <w:rFonts w:ascii="IM Fell English" w:hAnsi="IM Fell English"/>
          <w:color w:val="141414"/>
          <w:sz w:val="24"/>
        </w:rPr>
        <w:t>O'Nei continued, "Subsequently, Maxine discovered John's presence. In a desperate act of self-defense, she had actually gotten to her service weapon and unleashed a volley of six shots, all wildly inaccurate, suggesting again everything happened in the dark. Maxine has then attempted to escape however John has cunningly placed a tripwire at the top of the staircase that forensics' located and this has sent her crashing down the stairs, leaving her grievously injured. Evidence indicates John then transported Maxine's unconscious form through the back door, traversing the property line to an adjoining residence, and breaching a fence. The trail concludes at the street, marked by a faint bloodstain and the telltale imprint of his footwear, identical to those found inside. Tire tracks at the scene point to a getaway vehicle—presumably parked there in anticipation of this." Hartley finished.</w:t>
      </w:r>
      <w:r>
        <w:rPr>
          <w:rFonts w:ascii="IM Fell English" w:hAnsi="IM Fell English"/>
          <w:color w:val="141414"/>
          <w:sz w:val="24"/>
        </w:rPr>
      </w:r>
      <w:r>
        <w:rPr>
          <w:rFonts w:ascii="IM Fell English" w:hAnsi="IM Fell English"/>
          <w:color w:val="141414"/>
          <w:sz w:val="24"/>
        </w:rPr>
        <w:t>"Superintendent demands our presence in his office within the hour for a comprehensive debriefing. Maxine's survival remains, for now, a tenuous assumption; however, that possibility diminishes exponentially with each passing moment. The window for a successful rescue is rapidly closing if we fail to locate her within the next few hours. Briggs, Hartley," O'Neil's gaze was intense, "I require absolute focus. Whatever personal emotions you're grappling with must be suppressed, is that understood?" Hartley and Briggs responded in unison, their voices subdued, "Sir."</w:t>
      </w:r>
      <w:r>
        <w:rPr>
          <w:rFonts w:ascii="IM Fell English" w:hAnsi="IM Fell English"/>
          <w:color w:val="141414"/>
          <w:sz w:val="24"/>
        </w:rPr>
      </w:r>
    </w:p>
    <w:p>
      <w:pPr>
        <w:pStyle w:val="Heading1"/>
        <w:jc w:val="center"/>
      </w:pPr>
      <w:r>
        <w:rPr>
          <w:rFonts w:ascii="IM Fell English" w:hAnsi="IM Fell English"/>
          <w:color w:val="0D0D0D"/>
        </w:rPr>
        <w:t>Chapter 27</w:t>
      </w:r>
    </w:p>
    <w:p>
      <w:r>
        <w:rPr>
          <w:rFonts w:ascii="IM Fell English" w:hAnsi="IM Fell English"/>
          <w:color w:val="141414"/>
          <w:sz w:val="24"/>
        </w:rPr>
      </w:r>
      <w:r>
        <w:rPr>
          <w:rFonts w:ascii="IM Fell English" w:hAnsi="IM Fell English"/>
          <w:color w:val="141414"/>
          <w:sz w:val="24"/>
        </w:rPr>
        <w:t>Superintendent Mitch was engaged in a furious call with the New South Wales Police Commissioner, who held the rapt attention of O'Neil, Briggs, and Hartley.</w:t>
      </w:r>
      <w:r>
        <w:rPr>
          <w:rFonts w:ascii="IM Fell English" w:hAnsi="IM Fell English"/>
          <w:color w:val="141414"/>
          <w:sz w:val="24"/>
        </w:rPr>
      </w:r>
      <w:r>
        <w:rPr>
          <w:rFonts w:ascii="IM Fell English" w:hAnsi="IM Fell English"/>
          <w:color w:val="141414"/>
          <w:sz w:val="24"/>
        </w:rPr>
        <w:t>They all sat rigid, their silence a stark contrast to the tempestuous dialogue emanating from the receiver. Slamming the phone down with a resounding thud, Mitch’s gaze locked onto O'Neil.</w:t>
      </w:r>
      <w:r>
        <w:rPr>
          <w:rFonts w:ascii="IM Fell English" w:hAnsi="IM Fell English"/>
          <w:color w:val="141414"/>
          <w:sz w:val="24"/>
        </w:rPr>
      </w:r>
      <w:r>
        <w:rPr>
          <w:rFonts w:ascii="IM Fell English" w:hAnsi="IM Fell English"/>
          <w:color w:val="141414"/>
          <w:sz w:val="24"/>
        </w:rPr>
        <w:t>His voice, sharp and uncompromising, cut through the tense stillness. "The Commissioner ordered full public disclosure. He demands every scrap of information on John Sterling plastered across every media outlet – national and local for the ten o'clock news. We're avoiding the 'serial killer' label for now, but Sterling is officially a prime suspect in the murder of a CSI employee, with potential links to the vanishing of an undercover Surry Hills police officer. His picture will be disseminated everywhere: news broadcasts, websites, social media – TikTok, Snapchat, the whole gamut. However, Marcus and Maxine's identities remain confidential for the time being. Are there any questions?"</w:t>
      </w:r>
      <w:r>
        <w:rPr>
          <w:rFonts w:ascii="IM Fell English" w:hAnsi="IM Fell English"/>
          <w:color w:val="141414"/>
          <w:sz w:val="24"/>
        </w:rPr>
      </w:r>
      <w:r>
        <w:rPr>
          <w:rFonts w:ascii="IM Fell English" w:hAnsi="IM Fell English"/>
          <w:color w:val="141414"/>
          <w:sz w:val="24"/>
        </w:rPr>
        <w:t>The room remained silent, the weight of the announcement heavy in the air. Mitchell's gaze narrowed. He addressed O'Neil directly. "O'Neil," he pressed, "What the fuck just happened?."</w:t>
      </w:r>
      <w:r>
        <w:rPr>
          <w:rFonts w:ascii="IM Fell English" w:hAnsi="IM Fell English"/>
          <w:color w:val="141414"/>
          <w:sz w:val="24"/>
        </w:rPr>
      </w:r>
      <w:r>
        <w:rPr>
          <w:rFonts w:ascii="IM Fell English" w:hAnsi="IM Fell English"/>
          <w:color w:val="141414"/>
          <w:sz w:val="24"/>
        </w:rPr>
        <w:t>O'Neil replayed everything that had happened since Friday 14th. When John Sterling engaged with their undercover operative Maxine.</w:t>
      </w:r>
      <w:r>
        <w:rPr>
          <w:rFonts w:ascii="IM Fell English" w:hAnsi="IM Fell English"/>
          <w:color w:val="141414"/>
          <w:sz w:val="24"/>
        </w:rPr>
      </w:r>
      <w:r>
        <w:rPr>
          <w:rFonts w:ascii="IM Fell English" w:hAnsi="IM Fell English"/>
          <w:color w:val="141414"/>
          <w:sz w:val="24"/>
        </w:rPr>
        <w:t>O'Neil stated, "We requested surveillance on our prime suspect, John, but the request was denied due to a lack of compelling evidence. His record is impeccably clean. He vanished, cleverly concealing himself in the unlikeliest of locations. For five or six days, he remained vigilant across from Maxine's home, in a vacant townhouse. John's actions have always been executed with chilling precision, each move painstakingly planned. He defies every established profile of a serial killer; he's an enigma. For two decades, since the first murder, we mistakenly believed his success was a matter of chance, that he was a fallible man destined to err. We were devastatingly wrong. John transcends our comprehension; he is something beyond our wildest imaginings."</w:t>
      </w:r>
      <w:r>
        <w:rPr>
          <w:rFonts w:ascii="IM Fell English" w:hAnsi="IM Fell English"/>
          <w:color w:val="141414"/>
          <w:sz w:val="24"/>
        </w:rPr>
      </w:r>
      <w:r>
        <w:rPr>
          <w:rFonts w:ascii="IM Fell English" w:hAnsi="IM Fell English"/>
          <w:color w:val="141414"/>
          <w:sz w:val="24"/>
        </w:rPr>
        <w:t>Mitch said: "The situation necessitates the immediate recall of all off-duty personnel. The expansive conference hall will be transformed into a high-volume call center, staffed by fifteen officers working in five-hour rotations around the clock for the next two days. This critical operation demands a comprehensive and sustained response. What are your thoughts about Maxine? It's been almost 3 hrs now?"</w:t>
      </w:r>
      <w:r>
        <w:rPr>
          <w:rFonts w:ascii="IM Fell English" w:hAnsi="IM Fell English"/>
          <w:color w:val="141414"/>
          <w:sz w:val="24"/>
        </w:rPr>
      </w:r>
      <w:r>
        <w:rPr>
          <w:rFonts w:ascii="IM Fell English" w:hAnsi="IM Fell English"/>
          <w:color w:val="141414"/>
          <w:sz w:val="24"/>
        </w:rPr>
        <w:t>O'Neil's gaze fixed on Hartley. A moment of intense contemplation passed before Hartley delivered her direct assessment: "Considering John's latest victim, Emma, she'll unlikely make it to dawn." The grim finality of her words hung heavy in the air.</w:t>
      </w:r>
      <w:r>
        <w:rPr>
          <w:rFonts w:ascii="IM Fell English" w:hAnsi="IM Fell English"/>
          <w:color w:val="141414"/>
          <w:sz w:val="24"/>
        </w:rPr>
      </w:r>
      <w:r>
        <w:rPr>
          <w:rFonts w:ascii="IM Fell English" w:hAnsi="IM Fell English"/>
          <w:color w:val="141414"/>
          <w:sz w:val="24"/>
        </w:rPr>
        <w:t>Mitch's voice resonated, "We're mobilizing every officer. Every single tip, no matter how outlandish—from a terrified resident convinced the suspect is a birdwatcher in her oak tree to the notion he's lurking in the city's subterranean labyrinth like a ninja turtle—will be meticulously investigated. No lead, however improbable, will be dismissed until a uniformed officer has personally verified its validity or established it's a false trail. You require surveillance? Technological assistance? Consider it done. You have absolute command. Understood?" Mitchell's gaze bore into O'Neil.</w:t>
      </w:r>
      <w:r>
        <w:rPr>
          <w:rFonts w:ascii="IM Fell English" w:hAnsi="IM Fell English"/>
          <w:color w:val="141414"/>
          <w:sz w:val="24"/>
        </w:rPr>
      </w:r>
      <w:r>
        <w:rPr>
          <w:rFonts w:ascii="IM Fell English" w:hAnsi="IM Fell English"/>
          <w:color w:val="141414"/>
          <w:sz w:val="24"/>
        </w:rPr>
        <w:t>O'Neil's response was curt, "Yes, sir."</w:t>
      </w:r>
      <w:r>
        <w:rPr>
          <w:rFonts w:ascii="IM Fell English" w:hAnsi="IM Fell English"/>
          <w:color w:val="141414"/>
          <w:sz w:val="24"/>
        </w:rPr>
      </w:r>
      <w:r>
        <w:rPr>
          <w:rFonts w:ascii="IM Fell English" w:hAnsi="IM Fell English"/>
          <w:color w:val="141414"/>
          <w:sz w:val="24"/>
        </w:rPr>
        <w:t>It was ten o'clock.</w:t>
      </w:r>
      <w:r>
        <w:rPr>
          <w:rFonts w:ascii="IM Fell English" w:hAnsi="IM Fell English"/>
          <w:color w:val="141414"/>
          <w:sz w:val="24"/>
        </w:rPr>
      </w:r>
      <w:r>
        <w:rPr>
          <w:rFonts w:ascii="IM Fell English" w:hAnsi="IM Fell English"/>
          <w:color w:val="141414"/>
          <w:sz w:val="24"/>
        </w:rPr>
        <w:t>O'Neil, Hartley and Briggs watched Channel 10 live news report as a picture of John Sterling splashed across the TV. The female news reporter outlined John as a prime suspect in the death of a CSI agent and a missing Portland Police Officer. The reporter urging any person with information about the current whereabouts of John Sterling or any information that may lead to his whereabouts to contact the Portland Police Hotline number.</w:t>
      </w:r>
      <w:r>
        <w:rPr>
          <w:rFonts w:ascii="IM Fell English" w:hAnsi="IM Fell English"/>
          <w:color w:val="141414"/>
          <w:sz w:val="24"/>
        </w:rPr>
      </w:r>
      <w:r>
        <w:rPr>
          <w:rFonts w:ascii="IM Fell English" w:hAnsi="IM Fell English"/>
          <w:color w:val="141414"/>
          <w:sz w:val="24"/>
        </w:rPr>
        <w:t>The main conference room had been set up and fifteen officers sat waiting. A few were on calls with about ten or so officers waiting patiently. Within 5 mins of the news report being cast, all fifteen phone lines were jammed with calls. When a call was finished and the information handwritten out, it was picked up by another officer and taken to a supervisor. They would then look at where the call originated, mark it on the board and send the call to the nearest police car to follow up.</w:t>
      </w:r>
      <w:r>
        <w:rPr>
          <w:rFonts w:ascii="IM Fell English" w:hAnsi="IM Fell English"/>
          <w:color w:val="141414"/>
          <w:sz w:val="24"/>
        </w:rPr>
      </w:r>
      <w:r>
        <w:rPr>
          <w:rFonts w:ascii="IM Fell English" w:hAnsi="IM Fell English"/>
          <w:color w:val="141414"/>
          <w:sz w:val="24"/>
        </w:rPr>
        <w:t>Every available officer was either in the office or on the road. Everyone was frantically searching for one of their own. Almost everyone knew the reality in that if Maxine wasn't discovered by sunup, it was unlikely she would be breathing.</w:t>
      </w:r>
      <w:r>
        <w:rPr>
          <w:rFonts w:ascii="IM Fell English" w:hAnsi="IM Fell English"/>
          <w:color w:val="141414"/>
          <w:sz w:val="24"/>
        </w:rPr>
      </w:r>
      <w:r>
        <w:rPr>
          <w:rFonts w:ascii="IM Fell English" w:hAnsi="IM Fell English"/>
          <w:color w:val="141414"/>
          <w:sz w:val="24"/>
        </w:rPr>
        <w:t>"Sir" Said Hartley to O'Neil.</w:t>
      </w:r>
      <w:r>
        <w:rPr>
          <w:rFonts w:ascii="IM Fell English" w:hAnsi="IM Fell English"/>
          <w:color w:val="141414"/>
          <w:sz w:val="24"/>
        </w:rPr>
      </w:r>
      <w:r>
        <w:rPr>
          <w:rFonts w:ascii="IM Fell English" w:hAnsi="IM Fell English"/>
          <w:color w:val="141414"/>
          <w:sz w:val="24"/>
        </w:rPr>
        <w:t>"If it's okay with you, I'd like to run a few deep dives of my own regarding John Sterling. See if I can't find any leads as to where he might go. I know we have a half-a-dozen officers looking into this as well. I'd like to team up with them?"</w:t>
      </w:r>
      <w:r>
        <w:rPr>
          <w:rFonts w:ascii="IM Fell English" w:hAnsi="IM Fell English"/>
          <w:color w:val="141414"/>
          <w:sz w:val="24"/>
        </w:rPr>
      </w:r>
      <w:r>
        <w:rPr>
          <w:rFonts w:ascii="IM Fell English" w:hAnsi="IM Fell English"/>
          <w:color w:val="141414"/>
          <w:sz w:val="24"/>
        </w:rPr>
        <w:t>"I want you as lead on the team. Anything, no matter how small you want to run down, bring it to me, and I'll make it a priority," replied O'Neil.</w:t>
      </w:r>
      <w:r>
        <w:rPr>
          <w:rFonts w:ascii="IM Fell English" w:hAnsi="IM Fell English"/>
          <w:color w:val="141414"/>
          <w:sz w:val="24"/>
        </w:rPr>
      </w:r>
      <w:r>
        <w:rPr>
          <w:rFonts w:ascii="IM Fell English" w:hAnsi="IM Fell English"/>
          <w:color w:val="141414"/>
          <w:sz w:val="24"/>
        </w:rPr>
        <w:t>Hartley left the officer and Briggs remained standing there.</w:t>
      </w:r>
      <w:r>
        <w:rPr>
          <w:rFonts w:ascii="IM Fell English" w:hAnsi="IM Fell English"/>
          <w:color w:val="141414"/>
          <w:sz w:val="24"/>
        </w:rPr>
      </w:r>
      <w:r>
        <w:rPr>
          <w:rFonts w:ascii="IM Fell English" w:hAnsi="IM Fell English"/>
          <w:color w:val="141414"/>
          <w:sz w:val="24"/>
        </w:rPr>
        <w:t>"Briggs. There's a team of six SWAT outside prepping. I want you on that team and ready at a moment's notice," said O'Neil.</w:t>
      </w:r>
      <w:r>
        <w:rPr>
          <w:rFonts w:ascii="IM Fell English" w:hAnsi="IM Fell English"/>
          <w:color w:val="141414"/>
          <w:sz w:val="24"/>
        </w:rPr>
      </w:r>
      <w:r>
        <w:rPr>
          <w:rFonts w:ascii="IM Fell English" w:hAnsi="IM Fell English"/>
          <w:color w:val="141414"/>
          <w:sz w:val="24"/>
        </w:rPr>
        <w:t>"Sir," replied Briggs.</w:t>
      </w:r>
      <w:r>
        <w:rPr>
          <w:rFonts w:ascii="IM Fell English" w:hAnsi="IM Fell English"/>
          <w:color w:val="141414"/>
          <w:sz w:val="24"/>
        </w:rPr>
      </w:r>
    </w:p>
    <w:p>
      <w:pPr>
        <w:pStyle w:val="Heading1"/>
        <w:jc w:val="center"/>
      </w:pPr>
      <w:r>
        <w:rPr>
          <w:rFonts w:ascii="IM Fell English" w:hAnsi="IM Fell English"/>
          <w:color w:val="0D0D0D"/>
        </w:rPr>
        <w:t>Chapter 28</w:t>
      </w:r>
    </w:p>
    <w:p>
      <w:r>
        <w:rPr>
          <w:rFonts w:ascii="IM Fell English" w:hAnsi="IM Fell English"/>
          <w:color w:val="141414"/>
          <w:sz w:val="24"/>
        </w:rPr>
      </w:r>
      <w:r>
        <w:rPr>
          <w:rFonts w:ascii="IM Fell English" w:hAnsi="IM Fell English"/>
          <w:color w:val="141414"/>
          <w:sz w:val="24"/>
        </w:rPr>
        <w:t>Six hours into their patrol, a somber announcement pierced the stillness of the night for David and Brent: a CSI agent was dead, and a fellow officer had gone missing. Disbelief rippled through the ranks, swiftly giving way to a steely determination. As dawn approached, the likelihood of locating their colleague alive slipped closer to vanishing completely.</w:t>
      </w:r>
      <w:r>
        <w:rPr>
          <w:rFonts w:ascii="IM Fell English" w:hAnsi="IM Fell English"/>
          <w:color w:val="141414"/>
          <w:sz w:val="24"/>
        </w:rPr>
      </w:r>
      <w:r>
        <w:rPr>
          <w:rFonts w:ascii="IM Fell English" w:hAnsi="IM Fell English"/>
          <w:color w:val="141414"/>
          <w:sz w:val="24"/>
        </w:rPr>
        <w:t>Susan's phone rang – it was David. A chill ran down her spine; he never called her during work hours. His voice was tight with grim urgency, confirming her worst fears. "Susan," he said, "there's been a tragedy. A crime scene investigator is dead, and a police officer has gone missing. Information is limited, but it’s serious. They've initiated a full recall of all officers. They urgently need additional help, and Stephon and I have volunteered for overtime. I won’t be home until 3 AM, sweetheart. Is that okay with you?"</w:t>
      </w:r>
      <w:r>
        <w:rPr>
          <w:rFonts w:ascii="IM Fell English" w:hAnsi="IM Fell English"/>
          <w:color w:val="141414"/>
          <w:sz w:val="24"/>
        </w:rPr>
      </w:r>
      <w:r>
        <w:rPr>
          <w:rFonts w:ascii="IM Fell English" w:hAnsi="IM Fell English"/>
          <w:color w:val="141414"/>
          <w:sz w:val="24"/>
        </w:rPr>
        <w:t>"Oh my god, David. Who?" Susan exclaimed, stunned.</w:t>
      </w:r>
      <w:r>
        <w:rPr>
          <w:rFonts w:ascii="IM Fell English" w:hAnsi="IM Fell English"/>
          <w:color w:val="141414"/>
          <w:sz w:val="24"/>
        </w:rPr>
      </w:r>
      <w:r>
        <w:rPr>
          <w:rFonts w:ascii="IM Fell English" w:hAnsi="IM Fell English"/>
          <w:color w:val="141414"/>
          <w:sz w:val="24"/>
        </w:rPr>
        <w:t>"No details about the officer or the incident have been released. A comprehensive media coverage is expected for the ten o'clock news."</w:t>
      </w:r>
      <w:r>
        <w:rPr>
          <w:rFonts w:ascii="IM Fell English" w:hAnsi="IM Fell English"/>
          <w:color w:val="141414"/>
          <w:sz w:val="24"/>
        </w:rPr>
      </w:r>
      <w:r>
        <w:rPr>
          <w:rFonts w:ascii="IM Fell English" w:hAnsi="IM Fell English"/>
          <w:color w:val="141414"/>
          <w:sz w:val="24"/>
        </w:rPr>
        <w:t>David urgently directed Susan, "Secure the house right away. Ensure that all doors and windows are locked tight. Turn on all the lights, both inside and outside. You know where the backup firearm is kept and have the safe's combination memorized. I understand your dislike of guns, which is exactly why we've trained for this. You're accustomed to its weight, feel, and recoil. Stay upstairs. When I arrive home, I’ll call out clearly, and I want you to respond. If anything feels off, reach out to me immediately. If you suspect someone is in the house, call me and announce that you have a gun. Stay upstairs. Do you understand, Susan?"</w:t>
      </w:r>
      <w:r>
        <w:rPr>
          <w:rFonts w:ascii="IM Fell English" w:hAnsi="IM Fell English"/>
          <w:color w:val="141414"/>
          <w:sz w:val="24"/>
        </w:rPr>
      </w:r>
      <w:r>
        <w:rPr>
          <w:rFonts w:ascii="IM Fell English" w:hAnsi="IM Fell English"/>
          <w:color w:val="141414"/>
          <w:sz w:val="24"/>
        </w:rPr>
        <w:t>"Yes. I'll secure the house and get the gun out of the safe and stay upstairs," Susan replied, her voice taut.</w:t>
      </w:r>
      <w:r>
        <w:rPr>
          <w:rFonts w:ascii="IM Fell English" w:hAnsi="IM Fell English"/>
          <w:color w:val="141414"/>
          <w:sz w:val="24"/>
        </w:rPr>
      </w:r>
      <w:r>
        <w:rPr>
          <w:rFonts w:ascii="IM Fell English" w:hAnsi="IM Fell English"/>
          <w:color w:val="141414"/>
          <w:sz w:val="24"/>
        </w:rPr>
        <w:t>David, his tone heavy with worry, concluded, "Thank you. I'll be in touch as soon as possible," before disconnecting the call.</w:t>
      </w:r>
      <w:r>
        <w:rPr>
          <w:rFonts w:ascii="IM Fell English" w:hAnsi="IM Fell English"/>
          <w:color w:val="141414"/>
          <w:sz w:val="24"/>
        </w:rPr>
      </w:r>
      <w:r>
        <w:rPr>
          <w:rFonts w:ascii="IM Fell English" w:hAnsi="IM Fell English"/>
          <w:color w:val="141414"/>
          <w:sz w:val="24"/>
        </w:rPr>
        <w:t>Stephen watched David hang up the phone.</w:t>
      </w:r>
      <w:r>
        <w:rPr>
          <w:rFonts w:ascii="IM Fell English" w:hAnsi="IM Fell English"/>
          <w:color w:val="141414"/>
          <w:sz w:val="24"/>
        </w:rPr>
      </w:r>
      <w:r>
        <w:rPr>
          <w:rFonts w:ascii="IM Fell English" w:hAnsi="IM Fell English"/>
          <w:color w:val="141414"/>
          <w:sz w:val="24"/>
        </w:rPr>
        <w:t>"Let's take a break for 20 minutes and check in with the super to see if we have any new assignments," said Brent.</w:t>
      </w:r>
      <w:r>
        <w:rPr>
          <w:rFonts w:ascii="IM Fell English" w:hAnsi="IM Fell English"/>
          <w:color w:val="141414"/>
          <w:sz w:val="24"/>
        </w:rPr>
      </w:r>
      <w:r>
        <w:rPr>
          <w:rFonts w:ascii="IM Fell English" w:hAnsi="IM Fell English"/>
          <w:color w:val="141414"/>
          <w:sz w:val="24"/>
        </w:rPr>
        <w:t>David and Brent raced through assignments triggered by calls from the public, aiming to verify leads, regardless of how implausible or minor they seemed. Each task was approached with the urgency of a life-and-death situation for the missing police officer.</w:t>
      </w:r>
      <w:r>
        <w:rPr>
          <w:rFonts w:ascii="IM Fell English" w:hAnsi="IM Fell English"/>
          <w:color w:val="141414"/>
          <w:sz w:val="24"/>
        </w:rPr>
      </w:r>
      <w:r>
        <w:rPr>
          <w:rFonts w:ascii="IM Fell English" w:hAnsi="IM Fell English"/>
          <w:color w:val="141414"/>
          <w:sz w:val="24"/>
        </w:rPr>
        <w:t>Hartley's efforts were frantic, a whirlwind of online activity. She scoured social media feeds, financial reports, and any digital fragment that might provide a clue about John Sterling. However, her tireless search returned only to familiar territory; their previous thorough investigation had already uncovered every detail. The digital realm offered no new insights, leaving her feeling frustrated and empty.</w:t>
      </w:r>
      <w:r>
        <w:rPr>
          <w:rFonts w:ascii="IM Fell English" w:hAnsi="IM Fell English"/>
          <w:color w:val="141414"/>
          <w:sz w:val="24"/>
        </w:rPr>
      </w:r>
      <w:r>
        <w:rPr>
          <w:rFonts w:ascii="IM Fell English" w:hAnsi="IM Fell English"/>
          <w:color w:val="141414"/>
          <w:sz w:val="24"/>
        </w:rPr>
        <w:t>John's solitary nature was well-known. His isolated estate on the town's edge yielded unsettling clues, yet nothing conclusive to definitively label him as Portland's infamous "Jack," the serial killer whose reign of terror had spanned two decades and claimed nine lives—ten, unless Maxine was found before dawn.</w:t>
      </w:r>
      <w:r>
        <w:rPr>
          <w:rFonts w:ascii="IM Fell English" w:hAnsi="IM Fell English"/>
          <w:color w:val="141414"/>
          <w:sz w:val="24"/>
        </w:rPr>
      </w:r>
      <w:r>
        <w:rPr>
          <w:rFonts w:ascii="IM Fell English" w:hAnsi="IM Fell English"/>
          <w:color w:val="141414"/>
          <w:sz w:val="24"/>
        </w:rPr>
        <w:t>SWAT had descended upon John's residence like a dark storm, ready to unveil hidden truths. They entered the house braced for confrontation, despite knowing he was unlikely to be there. The home, once a refuge of secrets, now lay bare as the forensic team methodically combed through every inch. Each room was scrutinized with precision, the silence of the night shattered by flashing police lights, voices echoing in the night calling out. Officers swept the property with high-powered spotlights while three K-9 units scoured the grounds, hungry and eager to find the bad guy. Inside, cameras flashed continuously, the rustle of notepads mixed with the urgent chatter of police communicating via radios and mobile phones.</w:t>
      </w:r>
      <w:r>
        <w:rPr>
          <w:rFonts w:ascii="IM Fell English" w:hAnsi="IM Fell English"/>
          <w:color w:val="141414"/>
          <w:sz w:val="24"/>
        </w:rPr>
      </w:r>
      <w:r>
        <w:rPr>
          <w:rFonts w:ascii="IM Fell English" w:hAnsi="IM Fell English"/>
          <w:color w:val="141414"/>
          <w:sz w:val="24"/>
        </w:rPr>
        <w:t>As the investigation unfolded, the team began to dissect the layers of John’s life, searching for any signs of his whereabouts or clues regarding the missing officer. It wasn’t long before they stumbled upon John’s makeshift morgue—a chilling sight. Shelves lined with religious texts on reincarnation, paired with medical manuals focusing on the female anatomy and organ removal, told a disturbing story. They located the shed with its sole occupant being an industrial-grade incinerator, its remnants hinting at recent use, yet nothing remained that could be salvaged.</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A youthful police officer approached Hartley "Ma'am."</w:t>
      </w:r>
      <w:r>
        <w:rPr>
          <w:rFonts w:ascii="IM Fell English" w:hAnsi="IM Fell English"/>
          <w:color w:val="141414"/>
          <w:sz w:val="24"/>
        </w:rPr>
      </w:r>
      <w:r>
        <w:rPr>
          <w:rFonts w:ascii="IM Fell English" w:hAnsi="IM Fell English"/>
          <w:color w:val="141414"/>
          <w:sz w:val="24"/>
        </w:rPr>
        <w:t>Hartley's gaze lifted. "Yes."</w:t>
      </w:r>
      <w:r>
        <w:rPr>
          <w:rFonts w:ascii="IM Fell English" w:hAnsi="IM Fell English"/>
          <w:color w:val="141414"/>
          <w:sz w:val="24"/>
        </w:rPr>
      </w:r>
      <w:r>
        <w:rPr>
          <w:rFonts w:ascii="IM Fell English" w:hAnsi="IM Fell English"/>
          <w:color w:val="141414"/>
          <w:sz w:val="24"/>
        </w:rPr>
        <w:t>"Examining John's financial records, a recurring contribution to his childhood orphanage immediately caught my attention. This consistent generosity, spanning 26 years. I assume it had been his way to give back to the orphanage following the tragic loss of his mother and two men in a devastating house fire. Totaling $78,000," said the officer.</w:t>
      </w:r>
      <w:r>
        <w:rPr>
          <w:rFonts w:ascii="IM Fell English" w:hAnsi="IM Fell English"/>
          <w:color w:val="141414"/>
          <w:sz w:val="24"/>
        </w:rPr>
      </w:r>
      <w:r>
        <w:rPr>
          <w:rFonts w:ascii="IM Fell English" w:hAnsi="IM Fell English"/>
          <w:color w:val="141414"/>
          <w:sz w:val="24"/>
        </w:rPr>
        <w:t>"Yes," replied Hartley. We found out this information, and we contacted the orphanage about the payments. We spoke to Sister Daphne at the time.".</w:t>
      </w:r>
      <w:r>
        <w:rPr>
          <w:rFonts w:ascii="IM Fell English" w:hAnsi="IM Fell English"/>
          <w:color w:val="141414"/>
          <w:sz w:val="24"/>
        </w:rPr>
      </w:r>
      <w:r>
        <w:rPr>
          <w:rFonts w:ascii="IM Fell English" w:hAnsi="IM Fell English"/>
          <w:color w:val="141414"/>
          <w:sz w:val="24"/>
        </w:rPr>
        <w:t>The officer continued: "I confirmed the information. Moments ago, I contacted the orphanage directly. However, I spoke with Sister Stevens, a considerably elderly woman—84 years of age—who now manages the night shift. She's a retired teacher, having instructed John during his early years at the institution, when he was eleven, making her approximately 52 at the time. Sister Stevens recounted John's fondness for the groundskeeper residing in a modest cottage on an acre of orphanage property. The orphanage had considered selling this plot after the groundskeeper's death, due to its financial burden. But John intervened, expressing a strong desire to preserve the land. He subsequently established a financial agreement, remitting $1,500 every six months. The orphanage, no longer utilizing the property, simply forwards the funds to the mortgage holder. While the payments resemble charitable contributions. But they are actually installments for the dilapidated property. I inquired about John's potential use of the land or any return visits to the orphanage. Sister Stevens confirmed his complete absence; he remains an enigmatic figure, unseen and unheard, yet meticulously upholding his financial commitment."</w:t>
      </w:r>
      <w:r>
        <w:rPr>
          <w:rFonts w:ascii="IM Fell English" w:hAnsi="IM Fell English"/>
          <w:color w:val="141414"/>
          <w:sz w:val="24"/>
        </w:rPr>
      </w:r>
      <w:r>
        <w:rPr>
          <w:rFonts w:ascii="IM Fell English" w:hAnsi="IM Fell English"/>
          <w:color w:val="141414"/>
          <w:sz w:val="24"/>
        </w:rPr>
        <w:t>Hartley listened intently.</w:t>
      </w:r>
      <w:r>
        <w:rPr>
          <w:rFonts w:ascii="IM Fell English" w:hAnsi="IM Fell English"/>
          <w:color w:val="141414"/>
          <w:sz w:val="24"/>
        </w:rPr>
      </w:r>
      <w:r>
        <w:rPr>
          <w:rFonts w:ascii="IM Fell English" w:hAnsi="IM Fell English"/>
          <w:color w:val="141414"/>
          <w:sz w:val="24"/>
        </w:rPr>
        <w:t>"Great work constable. Send me everything you have, and I'll have someone run it down," replied Hartley.</w:t>
      </w:r>
      <w:r>
        <w:rPr>
          <w:rFonts w:ascii="IM Fell English" w:hAnsi="IM Fell English"/>
          <w:color w:val="141414"/>
          <w:sz w:val="24"/>
        </w:rPr>
      </w:r>
      <w:r>
        <w:rPr>
          <w:rFonts w:ascii="IM Fell English" w:hAnsi="IM Fell English"/>
          <w:color w:val="141414"/>
          <w:sz w:val="24"/>
        </w:rPr>
        <w:t>Hartley's fingers punched Briggs' number; the line connected on the second ring. A curt "Briggs" was the laconic response.</w:t>
      </w:r>
      <w:r>
        <w:rPr>
          <w:rFonts w:ascii="IM Fell English" w:hAnsi="IM Fell English"/>
          <w:color w:val="141414"/>
          <w:sz w:val="24"/>
        </w:rPr>
      </w:r>
      <w:r>
        <w:rPr>
          <w:rFonts w:ascii="IM Fell English" w:hAnsi="IM Fell English"/>
          <w:color w:val="141414"/>
          <w:sz w:val="24"/>
        </w:rPr>
        <w:t>"It's Hartley," she responded, her voice tight with urgency.</w:t>
      </w:r>
      <w:r>
        <w:rPr>
          <w:rFonts w:ascii="IM Fell English" w:hAnsi="IM Fell English"/>
          <w:color w:val="141414"/>
          <w:sz w:val="24"/>
        </w:rPr>
      </w:r>
      <w:r>
        <w:rPr>
          <w:rFonts w:ascii="IM Fell English" w:hAnsi="IM Fell English"/>
          <w:color w:val="141414"/>
          <w:sz w:val="24"/>
        </w:rPr>
        <w:t>"An officer unearthed a tenuous clue demanding immediate investigation. It pertains to the orphanage John frequented. Situated twenty-six kilometers north of Portland. This cottage is a significant oversight in our prior background checks on John and his charitable contributions. It appears his donations were specifically earmarked for the upkeep of a secluded three-bedroom cottage on a seven acre's, and remains held in the orphanage's name. The orphanage claims complete silence from John since his departure at eighteen. They've allowed the property to fall into disuse, passively accepting John's funds merely to stave off foreclosure. The cottage's existence is not well known to the newer Sister's of the orphanage. This necessitates your immediate attention, Briggs. Enlist support if necessary."</w:t>
      </w:r>
      <w:r>
        <w:rPr>
          <w:rFonts w:ascii="IM Fell English" w:hAnsi="IM Fell English"/>
          <w:color w:val="141414"/>
          <w:sz w:val="24"/>
        </w:rPr>
      </w:r>
      <w:r>
        <w:rPr>
          <w:rFonts w:ascii="IM Fell English" w:hAnsi="IM Fell English"/>
          <w:color w:val="141414"/>
          <w:sz w:val="24"/>
        </w:rPr>
        <w:t>Brigg's replied "We're all spread thin. Several SWAT teams are simultaneously pursuing other avenues of investigation. This is a long-odds gamble; I'll handle it solo. Forward the location. I'll use my personal vehicle as all other's are currently deployed."</w:t>
      </w:r>
      <w:r>
        <w:rPr>
          <w:rFonts w:ascii="IM Fell English" w:hAnsi="IM Fell English"/>
          <w:color w:val="141414"/>
          <w:sz w:val="24"/>
        </w:rPr>
      </w:r>
      <w:r>
        <w:rPr>
          <w:rFonts w:ascii="IM Fell English" w:hAnsi="IM Fell English"/>
          <w:color w:val="141414"/>
          <w:sz w:val="24"/>
        </w:rPr>
        <w:t>Briggs glanced at his watch. "It's midnight," he stated grimly, "the drive will take about forty minutes. I'll provide an update upon my arrival."</w:t>
      </w:r>
      <w:r>
        <w:rPr>
          <w:rFonts w:ascii="IM Fell English" w:hAnsi="IM Fell English"/>
          <w:color w:val="141414"/>
          <w:sz w:val="24"/>
        </w:rPr>
      </w:r>
      <w:r>
        <w:rPr>
          <w:rFonts w:ascii="IM Fell English" w:hAnsi="IM Fell English"/>
          <w:color w:val="141414"/>
          <w:sz w:val="24"/>
        </w:rPr>
        <w:t>Hartley, dispatching the address to his mobile device, responded curtly, "It's en-route. Given the drive and time to clear the property, I'll anticipate an update no later than zero-one thirty sharp."</w:t>
      </w:r>
      <w:r>
        <w:rPr>
          <w:rFonts w:ascii="IM Fell English" w:hAnsi="IM Fell English"/>
          <w:color w:val="141414"/>
          <w:sz w:val="24"/>
        </w:rPr>
      </w:r>
      <w:r>
        <w:rPr>
          <w:rFonts w:ascii="IM Fell English" w:hAnsi="IM Fell English"/>
          <w:color w:val="141414"/>
          <w:sz w:val="24"/>
        </w:rPr>
        <w:t>The line went dead, leaving Briggs to the daunting task ahead.</w:t>
      </w:r>
      <w:r>
        <w:rPr>
          <w:rFonts w:ascii="IM Fell English" w:hAnsi="IM Fell English"/>
          <w:color w:val="141414"/>
          <w:sz w:val="24"/>
        </w:rPr>
      </w:r>
    </w:p>
    <w:p>
      <w:pPr>
        <w:pStyle w:val="Heading1"/>
        <w:jc w:val="center"/>
      </w:pPr>
      <w:r>
        <w:rPr>
          <w:rFonts w:ascii="IM Fell English" w:hAnsi="IM Fell English"/>
          <w:color w:val="0D0D0D"/>
        </w:rPr>
        <w:t>Chapter 29</w:t>
      </w:r>
    </w:p>
    <w:p>
      <w:r>
        <w:rPr>
          <w:rFonts w:ascii="IM Fell English" w:hAnsi="IM Fell English"/>
          <w:color w:val="141414"/>
          <w:sz w:val="24"/>
        </w:rPr>
      </w:r>
      <w:r>
        <w:rPr>
          <w:rFonts w:ascii="IM Fell English" w:hAnsi="IM Fell English"/>
          <w:color w:val="141414"/>
          <w:sz w:val="24"/>
        </w:rPr>
        <w:t>The cottage, where John and Maxine now occupied, stood a ruin ravaged by time and the elements. Decaying timbers groaned under the weight of neglected years; sections of its weathered exterior had crumbled and fallen away. Yet, its interior remained dry.</w:t>
      </w:r>
      <w:r>
        <w:rPr>
          <w:rFonts w:ascii="IM Fell English" w:hAnsi="IM Fell English"/>
          <w:color w:val="141414"/>
          <w:sz w:val="24"/>
        </w:rPr>
      </w:r>
      <w:r>
        <w:rPr>
          <w:rFonts w:ascii="IM Fell English" w:hAnsi="IM Fell English"/>
          <w:color w:val="141414"/>
          <w:sz w:val="24"/>
        </w:rPr>
        <w:t>John had visited this dilapidated haven a dozen times over the past twenty-six years. Though the structure was crumbling around him, the sturdy locks he had installed stood defiant, their integrity unbroken.</w:t>
      </w:r>
      <w:r>
        <w:rPr>
          <w:rFonts w:ascii="IM Fell English" w:hAnsi="IM Fell English"/>
          <w:color w:val="141414"/>
          <w:sz w:val="24"/>
        </w:rPr>
      </w:r>
      <w:r>
        <w:rPr>
          <w:rFonts w:ascii="IM Fell English" w:hAnsi="IM Fell English"/>
          <w:color w:val="141414"/>
          <w:sz w:val="24"/>
        </w:rPr>
        <w:t>John had subtly altered the cottage, fortifying it against intrusion. Numerous snares were strategically positioned, a silent warning against unwanted visitors. Reinforced locks, yielding only to brute force, guarded every entrance. Ominous signs, proclaiming the dwelling a perilous hazard, served as a stark deterrent to trespassers.</w:t>
      </w:r>
      <w:r>
        <w:rPr>
          <w:rFonts w:ascii="IM Fell English" w:hAnsi="IM Fell English"/>
          <w:color w:val="141414"/>
          <w:sz w:val="24"/>
        </w:rPr>
      </w:r>
      <w:r>
        <w:rPr>
          <w:rFonts w:ascii="IM Fell English" w:hAnsi="IM Fell English"/>
          <w:color w:val="141414"/>
          <w:sz w:val="24"/>
        </w:rPr>
        <w:t>In the dimly lit dining room, the beam of his battery-powered lantern cast long, unsettling shadows. Clad in a grime-caked, blood spattered painter's overalls, a recent purchase from Bunnings, he was further shielded by heavy-duty gloves and a full-face visor.</w:t>
      </w:r>
      <w:r>
        <w:rPr>
          <w:rFonts w:ascii="IM Fell English" w:hAnsi="IM Fell English"/>
          <w:color w:val="141414"/>
          <w:sz w:val="24"/>
        </w:rPr>
      </w:r>
      <w:r>
        <w:rPr>
          <w:rFonts w:ascii="IM Fell English" w:hAnsi="IM Fell English"/>
          <w:color w:val="141414"/>
          <w:sz w:val="24"/>
        </w:rPr>
        <w:t>Maxine's face was a ravaged landscape, crisscrossed by deep, brutal lacerations. Four toes, severed with the savage precision of hedge shears, lay scattered nearby. Two shinbones, grotesquely adorned with stainless steel nails, bore silent testament to the pneumatic nail gun's merciless efficiency. During her torture he wielded the scalpel like a butcher's knife, cruelly peeling back her skin to expose the raw, pulsing flesh of her chest and abdomen. A crimson tide flowed freely, staining the surroundings. John grimly acknowledged the inevitable; the catastrophic blood loss would claim her soon.</w:t>
      </w:r>
      <w:r>
        <w:rPr>
          <w:rFonts w:ascii="IM Fell English" w:hAnsi="IM Fell English"/>
          <w:color w:val="141414"/>
          <w:sz w:val="24"/>
        </w:rPr>
      </w:r>
      <w:r>
        <w:rPr>
          <w:rFonts w:ascii="IM Fell English" w:hAnsi="IM Fell English"/>
          <w:color w:val="141414"/>
          <w:sz w:val="24"/>
        </w:rPr>
        <w:t>John's repeated inquiries about her connection to Susan were met only with his mother's unwavering denials as she lay bound screaming and sobbing on the table, a steadfast refusal that ignited a furious blaze of resentment within him.</w:t>
      </w:r>
      <w:r>
        <w:rPr>
          <w:rFonts w:ascii="IM Fell English" w:hAnsi="IM Fell English"/>
          <w:color w:val="141414"/>
          <w:sz w:val="24"/>
        </w:rPr>
      </w:r>
      <w:r>
        <w:rPr>
          <w:rFonts w:ascii="IM Fell English" w:hAnsi="IM Fell English"/>
          <w:color w:val="141414"/>
          <w:sz w:val="24"/>
        </w:rPr>
        <w:t>Her adamant protection of her "other self - Susan" only underscored her chilling dedication to reclaiming him, now amplified by her pregnancy.</w:t>
      </w:r>
      <w:r>
        <w:rPr>
          <w:rFonts w:ascii="IM Fell English" w:hAnsi="IM Fell English"/>
          <w:color w:val="141414"/>
          <w:sz w:val="24"/>
        </w:rPr>
      </w:r>
      <w:r>
        <w:rPr>
          <w:rFonts w:ascii="IM Fell English" w:hAnsi="IM Fell English"/>
          <w:color w:val="141414"/>
          <w:sz w:val="24"/>
        </w:rPr>
        <w:t>John stood beside the table where he'd deposited Maxine. Her limbs were cruelly bound. Unconscious, she lay prostrate; her left hand, brutally amputated, lay severed nearby on the floor.</w:t>
      </w:r>
      <w:r>
        <w:rPr>
          <w:rFonts w:ascii="IM Fell English" w:hAnsi="IM Fell English"/>
          <w:color w:val="141414"/>
          <w:sz w:val="24"/>
        </w:rPr>
      </w:r>
      <w:r>
        <w:rPr>
          <w:rFonts w:ascii="IM Fell English" w:hAnsi="IM Fell English"/>
          <w:color w:val="141414"/>
          <w:sz w:val="24"/>
        </w:rPr>
        <w:t>John knew what was at stake now and that he had the entire Portland Police Force looking for him. So it didn't think he needed to worry any further about cleanging after himself.</w:t>
      </w:r>
      <w:r>
        <w:rPr>
          <w:rFonts w:ascii="IM Fell English" w:hAnsi="IM Fell English"/>
          <w:color w:val="141414"/>
          <w:sz w:val="24"/>
        </w:rPr>
      </w:r>
      <w:r>
        <w:rPr>
          <w:rFonts w:ascii="IM Fell English" w:hAnsi="IM Fell English"/>
          <w:color w:val="141414"/>
          <w:sz w:val="24"/>
        </w:rPr>
        <w:t>The T-shaped incision marred Maxine's chest, a stark vertical gash descending from her sternum to her abdomen, brutally intersected by a horizontal cut beneath her breasts. The screams that had wracked her body now subsided, leaving her engulfed in a suffocating darkness.</w:t>
      </w:r>
      <w:r>
        <w:rPr>
          <w:rFonts w:ascii="IM Fell English" w:hAnsi="IM Fell English"/>
          <w:color w:val="141414"/>
          <w:sz w:val="24"/>
        </w:rPr>
      </w:r>
      <w:r>
        <w:rPr>
          <w:rFonts w:ascii="IM Fell English" w:hAnsi="IM Fell English"/>
          <w:color w:val="141414"/>
          <w:sz w:val="24"/>
        </w:rPr>
        <w:t>Five agonizing hours bled into one another, a relentless tide of torment that wove agony through her very being. Her consciousness ebbed and flowed like a frayed thread, each fleeting return to awareness assaulted by fresh waves of despairing sobs echoing in her mind. The horrifying realization that she still endured – that John’s next atrocity was merely a heartbeat away, poised to eclipse all previous horrors – cast her existence into a fresh hell with each blink of her eyes.</w:t>
      </w:r>
      <w:r>
        <w:rPr>
          <w:rFonts w:ascii="IM Fell English" w:hAnsi="IM Fell English"/>
          <w:color w:val="141414"/>
          <w:sz w:val="24"/>
        </w:rPr>
      </w:r>
      <w:r>
        <w:rPr>
          <w:rFonts w:ascii="IM Fell English" w:hAnsi="IM Fell English"/>
          <w:color w:val="141414"/>
          <w:sz w:val="24"/>
        </w:rPr>
        <w:t>In the throes of her suffering, time itself felt like an enemy, each second stretching endlessly, taunting her with its cruel passage. She could almost taste the rancid fear hanging in the air, a palpable reminder that her nightmare was far from over. Despair and dread coiled tightly around her, promising that this was only the prelude to an even darker fate awaiting her.</w:t>
      </w:r>
      <w:r>
        <w:rPr>
          <w:rFonts w:ascii="IM Fell English" w:hAnsi="IM Fell English"/>
          <w:color w:val="141414"/>
          <w:sz w:val="24"/>
        </w:rPr>
      </w:r>
      <w:r>
        <w:rPr>
          <w:rFonts w:ascii="IM Fell English" w:hAnsi="IM Fell English"/>
          <w:color w:val="141414"/>
          <w:sz w:val="24"/>
        </w:rPr>
        <w:t>John stood staring at the unconscious body. Slowly and meticusiously wiping blood splatter.</w:t>
      </w:r>
      <w:r>
        <w:rPr>
          <w:rFonts w:ascii="IM Fell English" w:hAnsi="IM Fell English"/>
          <w:color w:val="141414"/>
          <w:sz w:val="24"/>
        </w:rPr>
      </w:r>
      <w:r>
        <w:rPr>
          <w:rFonts w:ascii="IM Fell English" w:hAnsi="IM Fell English"/>
          <w:color w:val="141414"/>
          <w:sz w:val="24"/>
        </w:rPr>
        <w:t>He felt a surge of frustration at Jill—or rather, the officer he knew now as constable Maxine Phillips from Surry Hills Police Station. She was borrowed for an undercover operation, tasked to draw him out. Yet, claiming she had no clue who Suzan was or that there was even a pregnancy at play. Maxine's confusion deepened as John pressed her for answers, his voice rising with every inquiry. The tension thickened when he unfalteringly brandished a compact reciprocating saw, the cold steel glinting under the dim light.</w:t>
      </w:r>
      <w:r>
        <w:rPr>
          <w:rFonts w:ascii="IM Fell English" w:hAnsi="IM Fell English"/>
          <w:color w:val="141414"/>
          <w:sz w:val="24"/>
        </w:rPr>
      </w:r>
      <w:r>
        <w:rPr>
          <w:rFonts w:ascii="IM Fell English" w:hAnsi="IM Fell English"/>
          <w:color w:val="141414"/>
          <w:sz w:val="24"/>
        </w:rPr>
        <w:t>When he severed her hand, the air was sliced with her screams, an agonizing chorus that echoed in the silence of the room. Her face was a canvas of terror and bewilderment, as if grasping for memories that remained just out of reach. The name 'Suzan' hung in the air—veiled and elusive, like a shadow in a dimly lit corridor, as Maxine continued to shriek, oblivious to the horrific revelation that danced around her.</w:t>
      </w:r>
      <w:r>
        <w:rPr>
          <w:rFonts w:ascii="IM Fell English" w:hAnsi="IM Fell English"/>
          <w:color w:val="141414"/>
          <w:sz w:val="24"/>
        </w:rPr>
      </w:r>
      <w:r>
        <w:rPr>
          <w:rFonts w:ascii="IM Fell English" w:hAnsi="IM Fell English"/>
          <w:color w:val="141414"/>
          <w:sz w:val="24"/>
        </w:rPr>
        <w:t>He made another attempt with her left foot, using the compact reciprocating saw to sever meat tendons and bone. Maxine screamed and begged in a frenzy of fear and primal rage stating she had never known a pregnate Suzan.</w:t>
      </w:r>
      <w:r>
        <w:rPr>
          <w:rFonts w:ascii="IM Fell English" w:hAnsi="IM Fell English"/>
          <w:color w:val="141414"/>
          <w:sz w:val="24"/>
        </w:rPr>
      </w:r>
      <w:r>
        <w:rPr>
          <w:rFonts w:ascii="IM Fell English" w:hAnsi="IM Fell English"/>
          <w:color w:val="141414"/>
          <w:sz w:val="24"/>
        </w:rPr>
        <w:t>In the eerie silence, broken only by Maxine’s ragged breaths on the table, John stood lost in thought, unraveling the truth behind her screams. Had Suzan concealed herself even from her second self? Was this her way of ensuring that Maxine could never unveil the reality?</w:t>
      </w:r>
      <w:r>
        <w:rPr>
          <w:rFonts w:ascii="IM Fell English" w:hAnsi="IM Fell English"/>
          <w:color w:val="141414"/>
          <w:sz w:val="24"/>
        </w:rPr>
      </w:r>
      <w:r>
        <w:rPr>
          <w:rFonts w:ascii="IM Fell English" w:hAnsi="IM Fell English"/>
          <w:color w:val="141414"/>
          <w:sz w:val="24"/>
        </w:rPr>
        <w:t>John began to sense that Suzan was far more cunning and prepared than she had ever been in any of her previous lives. He realized now that in just a matter of days, if not hours, the police would track him down. They would corner him, executing her plan to perfection. They would kill him on the spot, and mere days later, he would awaken reborn within Suzan.</w:t>
      </w:r>
      <w:r>
        <w:rPr>
          <w:rFonts w:ascii="IM Fell English" w:hAnsi="IM Fell English"/>
          <w:color w:val="141414"/>
          <w:sz w:val="24"/>
        </w:rPr>
      </w:r>
      <w:r>
        <w:rPr>
          <w:rFonts w:ascii="IM Fell English" w:hAnsi="IM Fell English"/>
          <w:color w:val="141414"/>
          <w:sz w:val="24"/>
        </w:rPr>
        <w:t>This had always been the plan, he thought. Luring him out by eliminating the other her—the undercover police officer—ensured that the entire Portland, if not the New South Wales police force, would be on his trail, intent on hunting him down and bringing him to his death.</w:t>
      </w:r>
      <w:r>
        <w:rPr>
          <w:rFonts w:ascii="IM Fell English" w:hAnsi="IM Fell English"/>
          <w:color w:val="141414"/>
          <w:sz w:val="24"/>
        </w:rPr>
      </w:r>
      <w:r>
        <w:rPr>
          <w:rFonts w:ascii="IM Fell English" w:hAnsi="IM Fell English"/>
          <w:color w:val="141414"/>
          <w:sz w:val="24"/>
        </w:rPr>
        <w:t>He would once again become his mother's toy.</w:t>
      </w:r>
      <w:r>
        <w:rPr>
          <w:rFonts w:ascii="IM Fell English" w:hAnsi="IM Fell English"/>
          <w:color w:val="141414"/>
          <w:sz w:val="24"/>
        </w:rPr>
      </w:r>
      <w:r>
        <w:rPr>
          <w:rFonts w:ascii="IM Fell English" w:hAnsi="IM Fell English"/>
          <w:color w:val="141414"/>
          <w:sz w:val="24"/>
        </w:rPr>
        <w:t>Realising the gravity and cunnings how his mother played him and forced himselh into the open John thought he needed to run.</w:t>
      </w:r>
      <w:r>
        <w:rPr>
          <w:rFonts w:ascii="IM Fell English" w:hAnsi="IM Fell English"/>
          <w:color w:val="141414"/>
          <w:sz w:val="24"/>
        </w:rPr>
      </w:r>
      <w:r>
        <w:rPr>
          <w:rFonts w:ascii="IM Fell English" w:hAnsi="IM Fell English"/>
          <w:color w:val="141414"/>
          <w:sz w:val="24"/>
        </w:rPr>
        <w:t>He needed to avoid a police confrontation for at least a week until Suzan gave birth and the threat of coming back within th vessel would close.</w:t>
      </w:r>
      <w:r>
        <w:rPr>
          <w:rFonts w:ascii="IM Fell English" w:hAnsi="IM Fell English"/>
          <w:color w:val="141414"/>
          <w:sz w:val="24"/>
        </w:rPr>
      </w:r>
      <w:r>
        <w:rPr>
          <w:rFonts w:ascii="IM Fell English" w:hAnsi="IM Fell English"/>
          <w:color w:val="141414"/>
          <w:sz w:val="24"/>
        </w:rPr>
        <w:t>He stopped.</w:t>
      </w:r>
      <w:r>
        <w:rPr>
          <w:rFonts w:ascii="IM Fell English" w:hAnsi="IM Fell English"/>
          <w:color w:val="141414"/>
          <w:sz w:val="24"/>
        </w:rPr>
      </w:r>
      <w:r>
        <w:rPr>
          <w:rFonts w:ascii="IM Fell English" w:hAnsi="IM Fell English"/>
          <w:color w:val="141414"/>
          <w:sz w:val="24"/>
        </w:rPr>
        <w:t>Thats her plan. Herplan is to make me run thought John.</w:t>
      </w:r>
      <w:r>
        <w:rPr>
          <w:rFonts w:ascii="IM Fell English" w:hAnsi="IM Fell English"/>
          <w:color w:val="141414"/>
          <w:sz w:val="24"/>
        </w:rPr>
      </w:r>
      <w:r>
        <w:rPr>
          <w:rFonts w:ascii="IM Fell English" w:hAnsi="IM Fell English"/>
          <w:color w:val="141414"/>
          <w:sz w:val="24"/>
        </w:rPr>
        <w:t>That's when John understand.</w:t>
      </w:r>
      <w:r>
        <w:rPr>
          <w:rFonts w:ascii="IM Fell English" w:hAnsi="IM Fell English"/>
          <w:color w:val="141414"/>
          <w:sz w:val="24"/>
        </w:rPr>
      </w:r>
      <w:r>
        <w:rPr>
          <w:rFonts w:ascii="IM Fell English" w:hAnsi="IM Fell English"/>
          <w:color w:val="141414"/>
          <w:sz w:val="24"/>
        </w:rPr>
        <w:t>He needde to kill Susan first, before the police killed him. He needed to kill the vessel inside her.</w:t>
      </w:r>
      <w:r>
        <w:rPr>
          <w:rFonts w:ascii="IM Fell English" w:hAnsi="IM Fell English"/>
          <w:color w:val="141414"/>
          <w:sz w:val="24"/>
        </w:rPr>
      </w:r>
      <w:r>
        <w:rPr>
          <w:rFonts w:ascii="IM Fell English" w:hAnsi="IM Fell English"/>
          <w:color w:val="141414"/>
          <w:sz w:val="24"/>
        </w:rPr>
        <w:t>Three hours prior, an alert had flashed across his phone screen. The live newsfeed, a relentless torrent of images, branded him as the chief suspect in the brutal slaying of a crime scene investigator and the disappearance of Constable Maxine, a Portland Police officer.</w:t>
      </w:r>
      <w:r>
        <w:rPr>
          <w:rFonts w:ascii="IM Fell English" w:hAnsi="IM Fell English"/>
          <w:color w:val="141414"/>
          <w:sz w:val="24"/>
        </w:rPr>
      </w:r>
      <w:r>
        <w:rPr>
          <w:rFonts w:ascii="IM Fell English" w:hAnsi="IM Fell English"/>
          <w:color w:val="141414"/>
          <w:sz w:val="24"/>
        </w:rPr>
        <w:t>John knew he had no choice now. His hand had been forced. Everything seemed to be spiraling out of control but he wasn't going to lose sight of what was at stake.</w:t>
      </w:r>
      <w:r>
        <w:rPr>
          <w:rFonts w:ascii="IM Fell English" w:hAnsi="IM Fell English"/>
          <w:color w:val="141414"/>
          <w:sz w:val="24"/>
        </w:rPr>
      </w:r>
      <w:r>
        <w:rPr>
          <w:rFonts w:ascii="IM Fell English" w:hAnsi="IM Fell English"/>
          <w:color w:val="141414"/>
          <w:sz w:val="24"/>
        </w:rPr>
        <w:t>If he didn't take Susan tonight, he wouldn't get another chance.</w:t>
      </w:r>
      <w:r>
        <w:rPr>
          <w:rFonts w:ascii="IM Fell English" w:hAnsi="IM Fell English"/>
          <w:color w:val="141414"/>
          <w:sz w:val="24"/>
        </w:rPr>
      </w:r>
    </w:p>
    <w:p>
      <w:pPr>
        <w:pStyle w:val="Heading1"/>
        <w:jc w:val="center"/>
      </w:pPr>
      <w:r>
        <w:rPr>
          <w:rFonts w:ascii="IM Fell English" w:hAnsi="IM Fell English"/>
          <w:color w:val="0D0D0D"/>
        </w:rPr>
        <w:t>Chapter 30</w:t>
      </w:r>
    </w:p>
    <w:p>
      <w:r>
        <w:rPr>
          <w:rFonts w:ascii="IM Fell English" w:hAnsi="IM Fell English"/>
          <w:color w:val="141414"/>
          <w:sz w:val="24"/>
        </w:rPr>
      </w:r>
      <w:r>
        <w:rPr>
          <w:rFonts w:ascii="IM Fell English" w:hAnsi="IM Fell English"/>
          <w:color w:val="141414"/>
          <w:sz w:val="24"/>
        </w:rPr>
        <w:t>John prepared to rouse Maxine when a faint motor hum pierced the stillness. Approaching the window, he witnessed headlights cutting through the trees, bearing down on the secluded cottage.</w:t>
      </w:r>
      <w:r>
        <w:rPr>
          <w:rFonts w:ascii="IM Fell English" w:hAnsi="IM Fell English"/>
          <w:color w:val="141414"/>
          <w:sz w:val="24"/>
        </w:rPr>
      </w:r>
      <w:r>
        <w:rPr>
          <w:rFonts w:ascii="IM Fell English" w:hAnsi="IM Fell English"/>
          <w:color w:val="141414"/>
          <w:sz w:val="24"/>
        </w:rPr>
        <w:t>He figured the trail of payments to the orphanage had been unearthed; his refuge discovered. He detected only a single pair of beams, but no urgent strobes of law enforcement that suggested their lack of awareness regarding his presence. With deliberate action, he extinguished the lamp, casting the cottage into an immediate, absolute darkness, a cloak of concealment.</w:t>
      </w:r>
      <w:r>
        <w:rPr>
          <w:rFonts w:ascii="IM Fell English" w:hAnsi="IM Fell English"/>
          <w:color w:val="141414"/>
          <w:sz w:val="24"/>
        </w:rPr>
      </w:r>
      <w:r>
        <w:rPr>
          <w:rFonts w:ascii="IM Fell English" w:hAnsi="IM Fell English"/>
          <w:color w:val="141414"/>
          <w:sz w:val="24"/>
        </w:rPr>
        <w:t>A heavy gloom settled over Briggs as he drove, the image of Marcus lifeless on the bed a stark and unforgiving presence in his mind. Maxine's disappearance, a brutal violation, and his own failure to shield them – the weight of his inadequacy pressed down upon him. He'd been naive.</w:t>
      </w:r>
      <w:r>
        <w:rPr>
          <w:rFonts w:ascii="IM Fell English" w:hAnsi="IM Fell English"/>
          <w:color w:val="141414"/>
          <w:sz w:val="24"/>
        </w:rPr>
      </w:r>
      <w:r>
        <w:rPr>
          <w:rFonts w:ascii="IM Fell English" w:hAnsi="IM Fell English"/>
          <w:color w:val="141414"/>
          <w:sz w:val="24"/>
        </w:rPr>
        <w:t>They had all tragically misjudged John, dismissing him as a merely fortunate psychopath, never suspecting the chilling brilliance of his intellect.</w:t>
      </w:r>
      <w:r>
        <w:rPr>
          <w:rFonts w:ascii="IM Fell English" w:hAnsi="IM Fell English"/>
          <w:color w:val="141414"/>
          <w:sz w:val="24"/>
        </w:rPr>
      </w:r>
      <w:r>
        <w:rPr>
          <w:rFonts w:ascii="IM Fell English" w:hAnsi="IM Fell English"/>
          <w:color w:val="141414"/>
          <w:sz w:val="24"/>
        </w:rPr>
        <w:t>The cottage, a secluded dwelling several kilometers from the orphanage, lay at the end of a desolate track. A barely discernible dirt path, five hundred meters long, branched off the main road, its route obscured in places by thick, encroaching vegetation.</w:t>
      </w:r>
      <w:r>
        <w:rPr>
          <w:rFonts w:ascii="IM Fell English" w:hAnsi="IM Fell English"/>
          <w:color w:val="141414"/>
          <w:sz w:val="24"/>
        </w:rPr>
      </w:r>
      <w:r>
        <w:rPr>
          <w:rFonts w:ascii="IM Fell English" w:hAnsi="IM Fell English"/>
          <w:color w:val="141414"/>
          <w:sz w:val="24"/>
        </w:rPr>
        <w:t>12:45 AM.</w:t>
      </w:r>
      <w:r>
        <w:rPr>
          <w:rFonts w:ascii="IM Fell English" w:hAnsi="IM Fell English"/>
          <w:color w:val="141414"/>
          <w:sz w:val="24"/>
        </w:rPr>
      </w:r>
      <w:r>
        <w:rPr>
          <w:rFonts w:ascii="IM Fell English" w:hAnsi="IM Fell English"/>
          <w:color w:val="141414"/>
          <w:sz w:val="24"/>
        </w:rPr>
        <w:t>A sudden flicker of light, glimpsed between the dense foliage, jolted Briggs back to the immediate present. Then, as swiftly as it appeared, it vanished. He punched the redial button on his phone. Hartley answered. "Approaching the cottage," Briggs reported, his voice tight with barely suppressed apprehension. "I thought I saw a light but it was likely the headlights reflecting off the cottage. No other vehicle is visible. I'll conduct a preliminary reconnaissance. Expect a call back in abot thirty."</w:t>
      </w:r>
      <w:r>
        <w:rPr>
          <w:rFonts w:ascii="IM Fell English" w:hAnsi="IM Fell English"/>
          <w:color w:val="141414"/>
          <w:sz w:val="24"/>
        </w:rPr>
      </w:r>
      <w:r>
        <w:rPr>
          <w:rFonts w:ascii="IM Fell English" w:hAnsi="IM Fell English"/>
          <w:color w:val="141414"/>
          <w:sz w:val="24"/>
        </w:rPr>
        <w:t>A terse, urgent "Be cautious," was Hartley's only response before the line went dead.</w:t>
      </w:r>
      <w:r>
        <w:rPr>
          <w:rFonts w:ascii="IM Fell English" w:hAnsi="IM Fell English"/>
          <w:color w:val="141414"/>
          <w:sz w:val="24"/>
        </w:rPr>
      </w:r>
      <w:r>
        <w:rPr>
          <w:rFonts w:ascii="IM Fell English" w:hAnsi="IM Fell English"/>
          <w:color w:val="141414"/>
          <w:sz w:val="24"/>
        </w:rPr>
        <w:t>Briggs pulled up outside. He was wasn't wearing a vest and given the surroundings he didn't feel it was necessary. Shrugging off the thought a light was on to not being focused, and allowing his mind to wander as he drove up.</w:t>
      </w:r>
      <w:r>
        <w:rPr>
          <w:rFonts w:ascii="IM Fell English" w:hAnsi="IM Fell English"/>
          <w:color w:val="141414"/>
          <w:sz w:val="24"/>
        </w:rPr>
      </w:r>
      <w:r>
        <w:rPr>
          <w:rFonts w:ascii="IM Fell English" w:hAnsi="IM Fell English"/>
          <w:color w:val="141414"/>
          <w:sz w:val="24"/>
        </w:rPr>
        <w:t>With his police-issue flashlight cutting through the night and his Glock drawn, he surveyed the cottage. The padlock securing the front door was a testament to its lack of human traffic; its grime spoke of years of neglect. The immediate impression was abandonment, a dead end to his investigation. Yet, a thorough external sweep felt prudent.</w:t>
      </w:r>
      <w:r>
        <w:rPr>
          <w:rFonts w:ascii="IM Fell English" w:hAnsi="IM Fell English"/>
          <w:color w:val="141414"/>
          <w:sz w:val="24"/>
        </w:rPr>
      </w:r>
      <w:r>
        <w:rPr>
          <w:rFonts w:ascii="IM Fell English" w:hAnsi="IM Fell English"/>
          <w:color w:val="141414"/>
          <w:sz w:val="24"/>
        </w:rPr>
        <w:t>Ascending the porch, he noted the undisturbed dust. The thick, opaque curtains defied his attempts to pierce the darkness inside with his flashlight. Descending the staircase, Briggs cautiously traced the house's perimeter. His flashlight beam, probing each window, revealed nothing unusual.</w:t>
      </w:r>
      <w:r>
        <w:rPr>
          <w:rFonts w:ascii="IM Fell English" w:hAnsi="IM Fell English"/>
          <w:color w:val="141414"/>
          <w:sz w:val="24"/>
        </w:rPr>
      </w:r>
      <w:r>
        <w:rPr>
          <w:rFonts w:ascii="IM Fell English" w:hAnsi="IM Fell English"/>
          <w:color w:val="141414"/>
          <w:sz w:val="24"/>
        </w:rPr>
        <w:t>However, at the rear of the dwelling, fresh mud tracks marred the steps ascending to the back entrance, clinging stubbornly to the veranda's weathered wood.</w:t>
      </w:r>
      <w:r>
        <w:rPr>
          <w:rFonts w:ascii="IM Fell English" w:hAnsi="IM Fell English"/>
          <w:color w:val="141414"/>
          <w:sz w:val="24"/>
        </w:rPr>
      </w:r>
      <w:r>
        <w:rPr>
          <w:rFonts w:ascii="IM Fell English" w:hAnsi="IM Fell English"/>
          <w:color w:val="141414"/>
          <w:sz w:val="24"/>
        </w:rPr>
        <w:t>A thorough sweep of the torch across the overgrown backyard illuminated a vehicle concealed amidst the foliage, approximately twenty meters distant, nestled beside a towering oak. The automobile, though aged, lacked the usual accumulation of fallen leaves, a stark indication of its recent arrival. Its positioning suggested a deliberate attempt at concealment.</w:t>
      </w:r>
      <w:r>
        <w:rPr>
          <w:rFonts w:ascii="IM Fell English" w:hAnsi="IM Fell English"/>
          <w:color w:val="141414"/>
          <w:sz w:val="24"/>
        </w:rPr>
      </w:r>
      <w:r>
        <w:rPr>
          <w:rFonts w:ascii="IM Fell English" w:hAnsi="IM Fell English"/>
          <w:color w:val="141414"/>
          <w:sz w:val="24"/>
        </w:rPr>
        <w:t>Before returning to his vehicle to report the incident, Briggs ascended the steps, his movements deliberate, avoiding the muddied foot prints. Peering through the pane, his flashlight beam illuminated a horrifying scene that instantly stilled him.</w:t>
      </w:r>
      <w:r>
        <w:rPr>
          <w:rFonts w:ascii="IM Fell English" w:hAnsi="IM Fell English"/>
          <w:color w:val="141414"/>
          <w:sz w:val="24"/>
        </w:rPr>
      </w:r>
      <w:r>
        <w:rPr>
          <w:rFonts w:ascii="IM Fell English" w:hAnsi="IM Fell English"/>
          <w:color w:val="141414"/>
          <w:sz w:val="24"/>
        </w:rPr>
        <w:t>Frozen in place, Briggs' mind grappled with the horrific scene before him. A table lay starkly illuminated, upon which rested a ravaged, crimson-soaked form—a sight his brain violently rejected. As his flashlight swept across the surface, twin glints—eyes—met his gaze. His weapon forgotten, he remained transfixed. Then, impossibly, Maxine's face emerged from a brutality of gouges and blood soaked matted hair in his mind's eye, her lips forming silent words, a ghastly pantomime he couldn't fathom. The horrifying truth, slowly dawning, revealed the brutal violation: her chest cavity, cruelly exposed. Maxine's eyes fluttered shut.</w:t>
      </w:r>
      <w:r>
        <w:rPr>
          <w:rFonts w:ascii="IM Fell English" w:hAnsi="IM Fell English"/>
          <w:color w:val="141414"/>
          <w:sz w:val="24"/>
        </w:rPr>
      </w:r>
      <w:r>
        <w:rPr>
          <w:rFonts w:ascii="IM Fell English" w:hAnsi="IM Fell English"/>
          <w:color w:val="141414"/>
          <w:sz w:val="24"/>
        </w:rPr>
        <w:t>A sudden movement in the shadows jolted him. Another presence. A ghostly figure, a blur of white, fled through the inside doorway. Instinctively, Briggs reacted, his firearm spitting fire through the shattered windowpane, pursuing who he was certain to be John Sterling.</w:t>
      </w:r>
      <w:r>
        <w:rPr>
          <w:rFonts w:ascii="IM Fell English" w:hAnsi="IM Fell English"/>
          <w:color w:val="141414"/>
          <w:sz w:val="24"/>
        </w:rPr>
      </w:r>
      <w:r>
        <w:rPr>
          <w:rFonts w:ascii="IM Fell English" w:hAnsi="IM Fell English"/>
          <w:color w:val="141414"/>
          <w:sz w:val="24"/>
        </w:rPr>
        <w:t>Instinctively he reach for the radio on his shoulder only relaising he left his gear in the car.</w:t>
      </w:r>
      <w:r>
        <w:rPr>
          <w:rFonts w:ascii="IM Fell English" w:hAnsi="IM Fell English"/>
          <w:color w:val="141414"/>
          <w:sz w:val="24"/>
        </w:rPr>
      </w:r>
      <w:r>
        <w:rPr>
          <w:rFonts w:ascii="IM Fell English" w:hAnsi="IM Fell English"/>
          <w:color w:val="141414"/>
          <w:sz w:val="24"/>
        </w:rPr>
        <w:t>"FUCK!". he said quitely.</w:t>
      </w:r>
      <w:r>
        <w:rPr>
          <w:rFonts w:ascii="IM Fell English" w:hAnsi="IM Fell English"/>
          <w:color w:val="141414"/>
          <w:sz w:val="24"/>
        </w:rPr>
      </w:r>
      <w:r>
        <w:rPr>
          <w:rFonts w:ascii="IM Fell English" w:hAnsi="IM Fell English"/>
          <w:color w:val="141414"/>
          <w:sz w:val="24"/>
        </w:rPr>
        <w:t>Maxine's presence was a stark, urgent signal. Time had become a brutally scarce commodity. To run back to the car now woould allow John to kill her and run to the car out back and possibley escape. He had no choice but to neutralize the threat immediately. John's capture, or death, was urgent otherwise, Maxine would perish.</w:t>
      </w:r>
      <w:r>
        <w:rPr>
          <w:rFonts w:ascii="IM Fell English" w:hAnsi="IM Fell English"/>
          <w:color w:val="141414"/>
          <w:sz w:val="24"/>
        </w:rPr>
      </w:r>
      <w:r>
        <w:rPr>
          <w:rFonts w:ascii="IM Fell English" w:hAnsi="IM Fell English"/>
          <w:color w:val="141414"/>
          <w:sz w:val="24"/>
        </w:rPr>
        <w:t>Bursting into the kitchen, Briggs roared, "John! This is the law! It's finished! Surrender!" Peering above the counter into the room where John had vanished.</w:t>
      </w:r>
      <w:r>
        <w:rPr>
          <w:rFonts w:ascii="IM Fell English" w:hAnsi="IM Fell English"/>
          <w:color w:val="141414"/>
          <w:sz w:val="24"/>
        </w:rPr>
      </w:r>
      <w:r>
        <w:rPr>
          <w:rFonts w:ascii="IM Fell English" w:hAnsi="IM Fell English"/>
          <w:color w:val="141414"/>
          <w:sz w:val="24"/>
        </w:rPr>
        <w:t>Desperation clawed at Briggs as he scanned his environment, the words "John, it's finished!" a choked roar escaping his lips.</w:t>
      </w:r>
      <w:r>
        <w:rPr>
          <w:rFonts w:ascii="IM Fell English" w:hAnsi="IM Fell English"/>
          <w:color w:val="141414"/>
          <w:sz w:val="24"/>
        </w:rPr>
      </w:r>
      <w:r>
        <w:rPr>
          <w:rFonts w:ascii="IM Fell English" w:hAnsi="IM Fell English"/>
          <w:color w:val="141414"/>
          <w:sz w:val="24"/>
        </w:rPr>
        <w:t>A nonchalant voice drifted to him, "Briggs, I presume?"</w:t>
      </w:r>
      <w:r>
        <w:rPr>
          <w:rFonts w:ascii="IM Fell English" w:hAnsi="IM Fell English"/>
          <w:color w:val="141414"/>
          <w:sz w:val="24"/>
        </w:rPr>
      </w:r>
      <w:r>
        <w:rPr>
          <w:rFonts w:ascii="IM Fell English" w:hAnsi="IM Fell English"/>
          <w:color w:val="141414"/>
          <w:sz w:val="24"/>
        </w:rPr>
        <w:t>The unexpected reply jolted him; a reflexive burst of gunfire erupted, the bullets ripping towards the unseen source of the voice.</w:t>
      </w:r>
      <w:r>
        <w:rPr>
          <w:rFonts w:ascii="IM Fell English" w:hAnsi="IM Fell English"/>
          <w:color w:val="141414"/>
          <w:sz w:val="24"/>
        </w:rPr>
      </w:r>
      <w:r>
        <w:rPr>
          <w:rFonts w:ascii="IM Fell English" w:hAnsi="IM Fell English"/>
          <w:color w:val="141414"/>
          <w:sz w:val="24"/>
        </w:rPr>
        <w:t>The room where Maxine lay wounded was empty. Urgency propelled Briggs; he had to reach Maxine, immediately, to gauge the severity of her injuries. He opted carrying her to the vehicle, leaving John behind to secure her survival. Maxine's life hung precariously in the balance, eclipsing all other considerations.</w:t>
      </w:r>
      <w:r>
        <w:rPr>
          <w:rFonts w:ascii="IM Fell English" w:hAnsi="IM Fell English"/>
          <w:color w:val="141414"/>
          <w:sz w:val="24"/>
        </w:rPr>
      </w:r>
      <w:r>
        <w:rPr>
          <w:rFonts w:ascii="IM Fell English" w:hAnsi="IM Fell English"/>
          <w:color w:val="141414"/>
          <w:sz w:val="24"/>
        </w:rPr>
        <w:t>The beam, cruelly bright, sliced through the darkness, revealing Maxine's horrifically mutilated body. Limbs, severed and strewn, resembled discarded playthings, a macabre tableau. A detached hand, foot, and digits splayed in a grotesque parody of life, lay strewen on the floor. Toes twisted at unnatural angles.</w:t>
      </w:r>
      <w:r>
        <w:rPr>
          <w:rFonts w:ascii="IM Fell English" w:hAnsi="IM Fell English"/>
          <w:color w:val="141414"/>
          <w:sz w:val="24"/>
        </w:rPr>
      </w:r>
      <w:r>
        <w:rPr>
          <w:rFonts w:ascii="IM Fell English" w:hAnsi="IM Fell English"/>
          <w:color w:val="141414"/>
          <w:sz w:val="24"/>
        </w:rPr>
        <w:t>"fuck fuck fuck" whispered Briggs to himself. Still unable to comprehend the scene before him.</w:t>
      </w:r>
      <w:r>
        <w:rPr>
          <w:rFonts w:ascii="IM Fell English" w:hAnsi="IM Fell English"/>
          <w:color w:val="141414"/>
          <w:sz w:val="24"/>
        </w:rPr>
      </w:r>
      <w:r>
        <w:rPr>
          <w:rFonts w:ascii="IM Fell English" w:hAnsi="IM Fell English"/>
          <w:color w:val="141414"/>
          <w:sz w:val="24"/>
        </w:rPr>
        <w:t>"John!" Briggs voice boomed with grief and vengeful fury, reverberated through the chamber. "You fucking sick bastard. Listen carefully." he paused waiting for any response.</w:t>
      </w:r>
      <w:r>
        <w:rPr>
          <w:rFonts w:ascii="IM Fell English" w:hAnsi="IM Fell English"/>
          <w:color w:val="141414"/>
          <w:sz w:val="24"/>
        </w:rPr>
      </w:r>
      <w:r>
        <w:rPr>
          <w:rFonts w:ascii="IM Fell English" w:hAnsi="IM Fell English"/>
          <w:color w:val="141414"/>
          <w:sz w:val="24"/>
        </w:rPr>
        <w:t>"I'm taking Maxine, and I'm leaving you to rot here. One single hair, one trace of you, and I swear on my life, I will end you. I'm going now, but remember my words." Only the heavy, suffocating silence responded to his threat.</w:t>
      </w:r>
      <w:r>
        <w:rPr>
          <w:rFonts w:ascii="IM Fell English" w:hAnsi="IM Fell English"/>
          <w:color w:val="141414"/>
          <w:sz w:val="24"/>
        </w:rPr>
      </w:r>
      <w:r>
        <w:rPr>
          <w:rFonts w:ascii="IM Fell English" w:hAnsi="IM Fell English"/>
          <w:color w:val="141414"/>
          <w:sz w:val="24"/>
        </w:rPr>
        <w:t>Briggs began a silent countdown, his heart a frantic drum against his ribs, steeling himself for the desperate sprint to reclaim Maxine's desecrated remains.</w:t>
      </w:r>
      <w:r>
        <w:rPr>
          <w:rFonts w:ascii="IM Fell English" w:hAnsi="IM Fell English"/>
          <w:color w:val="141414"/>
          <w:sz w:val="24"/>
        </w:rPr>
      </w:r>
      <w:r>
        <w:rPr>
          <w:rFonts w:ascii="IM Fell English" w:hAnsi="IM Fell English"/>
          <w:color w:val="141414"/>
          <w:sz w:val="24"/>
        </w:rPr>
        <w:t>One...Two...Three.</w:t>
      </w:r>
      <w:r>
        <w:rPr>
          <w:rFonts w:ascii="IM Fell English" w:hAnsi="IM Fell English"/>
          <w:color w:val="141414"/>
          <w:sz w:val="24"/>
        </w:rPr>
      </w:r>
      <w:r>
        <w:rPr>
          <w:rFonts w:ascii="IM Fell English" w:hAnsi="IM Fell English"/>
          <w:color w:val="141414"/>
          <w:sz w:val="24"/>
        </w:rPr>
        <w:t>A jarring lurch sent Briggs hurtling across the kitchen threshold.</w:t>
      </w:r>
      <w:r>
        <w:rPr>
          <w:rFonts w:ascii="IM Fell English" w:hAnsi="IM Fell English"/>
          <w:color w:val="141414"/>
          <w:sz w:val="24"/>
        </w:rPr>
      </w:r>
      <w:r>
        <w:rPr>
          <w:rFonts w:ascii="IM Fell English" w:hAnsi="IM Fell English"/>
          <w:color w:val="141414"/>
          <w:sz w:val="24"/>
        </w:rPr>
        <w:t>Suddenly, the floorboards, brittle as parchment, betrayed him without warning; his foot plunged downwards with sickening force. A metallic shriek pierced the air – the sound of bone fracturing, a searing agony exploding through his leg as it became trapped. He heard bone crunch and a loud audible snap.</w:t>
      </w:r>
      <w:r>
        <w:rPr>
          <w:rFonts w:ascii="IM Fell English" w:hAnsi="IM Fell English"/>
          <w:color w:val="141414"/>
          <w:sz w:val="24"/>
        </w:rPr>
      </w:r>
      <w:r>
        <w:rPr>
          <w:rFonts w:ascii="IM Fell English" w:hAnsi="IM Fell English"/>
          <w:color w:val="141414"/>
          <w:sz w:val="24"/>
        </w:rPr>
        <w:t>Briggs' scream was a raw, primal expression of unbearable pain.</w:t>
      </w:r>
      <w:r>
        <w:rPr>
          <w:rFonts w:ascii="IM Fell English" w:hAnsi="IM Fell English"/>
          <w:color w:val="141414"/>
          <w:sz w:val="24"/>
        </w:rPr>
      </w:r>
      <w:r>
        <w:rPr>
          <w:rFonts w:ascii="IM Fell English" w:hAnsi="IM Fell English"/>
          <w:color w:val="141414"/>
          <w:sz w:val="24"/>
        </w:rPr>
        <w:t>Briggs had dropped his flashlight but he could tell his leg was pinned, cruelly ensnared in a brutal metal trap. A flicker of motion in his peripheral seized Briggs' attention. His weapon roared, a furious eruption of lead aimed at the shadowed recess John had vanished into.</w:t>
      </w:r>
      <w:r>
        <w:rPr>
          <w:rFonts w:ascii="IM Fell English" w:hAnsi="IM Fell English"/>
          <w:color w:val="141414"/>
          <w:sz w:val="24"/>
        </w:rPr>
      </w:r>
      <w:r>
        <w:rPr>
          <w:rFonts w:ascii="IM Fell English" w:hAnsi="IM Fell English"/>
          <w:color w:val="141414"/>
          <w:sz w:val="24"/>
        </w:rPr>
        <w:t>The sound was thunderous. Spent shells echoed hitting the wooden floor boards until click-click-click.</w:t>
      </w:r>
      <w:r>
        <w:rPr>
          <w:rFonts w:ascii="IM Fell English" w:hAnsi="IM Fell English"/>
          <w:color w:val="141414"/>
          <w:sz w:val="24"/>
        </w:rPr>
      </w:r>
      <w:r>
        <w:rPr>
          <w:rFonts w:ascii="IM Fell English" w:hAnsi="IM Fell English"/>
          <w:color w:val="141414"/>
          <w:sz w:val="24"/>
        </w:rPr>
        <w:t>Briggs ejected the magazine, the spent brass glittering in the dim light, snatched a fresh one from his holster, and slammed it home with practiced, desperate speed. Another devastating volley ripped through the wall, a storm of destruction.</w:t>
      </w:r>
      <w:r>
        <w:rPr>
          <w:rFonts w:ascii="IM Fell English" w:hAnsi="IM Fell English"/>
          <w:color w:val="141414"/>
          <w:sz w:val="24"/>
        </w:rPr>
      </w:r>
      <w:r>
        <w:rPr>
          <w:rFonts w:ascii="IM Fell English" w:hAnsi="IM Fell English"/>
          <w:color w:val="141414"/>
          <w:sz w:val="24"/>
        </w:rPr>
        <w:t>Click-click-click. Eject. Reload.</w:t>
      </w:r>
      <w:r>
        <w:rPr>
          <w:rFonts w:ascii="IM Fell English" w:hAnsi="IM Fell English"/>
          <w:color w:val="141414"/>
          <w:sz w:val="24"/>
        </w:rPr>
      </w:r>
      <w:r>
        <w:rPr>
          <w:rFonts w:ascii="IM Fell English" w:hAnsi="IM Fell English"/>
          <w:color w:val="141414"/>
          <w:sz w:val="24"/>
        </w:rPr>
        <w:t>The breath hitched in Briggs's throat as the adrenaline ebb left him exposed to a fresh wave of excruciating pain. A fiery torment consumed his leg, intensifying with brutal clarity. "You son of a bitch, John," he gasped, fighting against the encroaching darkness.</w:t>
      </w:r>
      <w:r>
        <w:rPr>
          <w:rFonts w:ascii="IM Fell English" w:hAnsi="IM Fell English"/>
          <w:color w:val="141414"/>
          <w:sz w:val="24"/>
        </w:rPr>
      </w:r>
      <w:r>
        <w:rPr>
          <w:rFonts w:ascii="IM Fell English" w:hAnsi="IM Fell English"/>
          <w:color w:val="141414"/>
          <w:sz w:val="24"/>
        </w:rPr>
        <w:t>A low, chilling affirmation drifted from behind. "Yes."</w:t>
      </w:r>
      <w:r>
        <w:rPr>
          <w:rFonts w:ascii="IM Fell English" w:hAnsi="IM Fell English"/>
          <w:color w:val="141414"/>
          <w:sz w:val="24"/>
        </w:rPr>
      </w:r>
      <w:r>
        <w:rPr>
          <w:rFonts w:ascii="IM Fell English" w:hAnsi="IM Fell English"/>
          <w:color w:val="141414"/>
          <w:sz w:val="24"/>
        </w:rPr>
        <w:t>Briggs's eyes flew open.</w:t>
      </w:r>
      <w:r>
        <w:rPr>
          <w:rFonts w:ascii="IM Fell English" w:hAnsi="IM Fell English"/>
          <w:color w:val="141414"/>
          <w:sz w:val="24"/>
        </w:rPr>
      </w:r>
      <w:r>
        <w:rPr>
          <w:rFonts w:ascii="IM Fell English" w:hAnsi="IM Fell English"/>
          <w:color w:val="141414"/>
          <w:sz w:val="24"/>
        </w:rPr>
        <w:t>The soft utterance sent a fresh wave of dread through him. Briggs twisted, a white-hot agony lanced up his leg, forcing a strangled cry from his lips. John emerged, hoisting a heavy pickaxe, a lethal instrument poised high above his head. With savage, deliberate strength, he brought it crashing down. The steel bit deep, penetrating John's left eye socket with ferocious impact. The pickaxe punched through skull and brain, shattering bone with merciless finality.</w:t>
      </w:r>
      <w:r>
        <w:rPr>
          <w:rFonts w:ascii="IM Fell English" w:hAnsi="IM Fell English"/>
          <w:color w:val="141414"/>
          <w:sz w:val="24"/>
        </w:rPr>
      </w:r>
      <w:r>
        <w:rPr>
          <w:rFonts w:ascii="IM Fell English" w:hAnsi="IM Fell English"/>
          <w:color w:val="141414"/>
          <w:sz w:val="24"/>
        </w:rPr>
        <w:t>Briggs' body convulsed, a final, shuddering spasm before falling still.</w:t>
      </w:r>
      <w:r>
        <w:rPr>
          <w:rFonts w:ascii="IM Fell English" w:hAnsi="IM Fell English"/>
          <w:color w:val="141414"/>
          <w:sz w:val="24"/>
        </w:rPr>
      </w:r>
      <w:r>
        <w:rPr>
          <w:rFonts w:ascii="IM Fell English" w:hAnsi="IM Fell English"/>
          <w:color w:val="141414"/>
          <w:sz w:val="24"/>
        </w:rPr>
        <w:t>John, without hesitation, crossed over the lifeless form to Maxine, whose own ravaged body lay testament to a brutal end, drained of life's crimson tide.</w:t>
      </w:r>
      <w:r>
        <w:rPr>
          <w:rFonts w:ascii="IM Fell English" w:hAnsi="IM Fell English"/>
          <w:color w:val="141414"/>
          <w:sz w:val="24"/>
        </w:rPr>
      </w:r>
      <w:r>
        <w:rPr>
          <w:rFonts w:ascii="IM Fell English" w:hAnsi="IM Fell English"/>
          <w:color w:val="141414"/>
          <w:sz w:val="24"/>
        </w:rPr>
        <w:t>One last macabre task remained.</w:t>
      </w:r>
      <w:r>
        <w:rPr>
          <w:rFonts w:ascii="IM Fell English" w:hAnsi="IM Fell English"/>
          <w:color w:val="141414"/>
          <w:sz w:val="24"/>
        </w:rPr>
      </w:r>
      <w:r>
        <w:rPr>
          <w:rFonts w:ascii="IM Fell English" w:hAnsi="IM Fell English"/>
          <w:color w:val="141414"/>
          <w:sz w:val="24"/>
        </w:rPr>
        <w:t>He retrieved the scalpel discarded upon Maxine's gaping chest cavity, its gleaming edge reflecting the dim light. Precision was a luxury he couldn't afford; with brutal efficiency, he hacked and sliced, severing her reproductive organs and tossing them onto the growing pile of dismembered flesh.</w:t>
      </w:r>
      <w:r>
        <w:rPr>
          <w:rFonts w:ascii="IM Fell English" w:hAnsi="IM Fell English"/>
          <w:color w:val="141414"/>
          <w:sz w:val="24"/>
        </w:rPr>
      </w:r>
      <w:r>
        <w:rPr>
          <w:rFonts w:ascii="IM Fell English" w:hAnsi="IM Fell English"/>
          <w:color w:val="141414"/>
          <w:sz w:val="24"/>
        </w:rPr>
        <w:t>He then discarded his blood-soaked coveralls.</w:t>
      </w:r>
      <w:r>
        <w:rPr>
          <w:rFonts w:ascii="IM Fell English" w:hAnsi="IM Fell English"/>
          <w:color w:val="141414"/>
          <w:sz w:val="24"/>
        </w:rPr>
      </w:r>
      <w:r>
        <w:rPr>
          <w:rFonts w:ascii="IM Fell English" w:hAnsi="IM Fell English"/>
          <w:color w:val="141414"/>
          <w:sz w:val="24"/>
        </w:rPr>
        <w:t>A swift search of Briggs’ corpse yielded his car keys, the cold steel of his Glock pistol, and a fresh ammunition clip.</w:t>
      </w:r>
      <w:r>
        <w:rPr>
          <w:rFonts w:ascii="IM Fell English" w:hAnsi="IM Fell English"/>
          <w:color w:val="141414"/>
          <w:sz w:val="24"/>
        </w:rPr>
      </w:r>
      <w:r>
        <w:rPr>
          <w:rFonts w:ascii="IM Fell English" w:hAnsi="IM Fell English"/>
          <w:color w:val="141414"/>
          <w:sz w:val="24"/>
        </w:rPr>
        <w:t>As John navigated the rutted dirt driveway back to the main road.</w:t>
      </w:r>
      <w:r>
        <w:rPr>
          <w:rFonts w:ascii="IM Fell English" w:hAnsi="IM Fell English"/>
          <w:color w:val="141414"/>
          <w:sz w:val="24"/>
        </w:rPr>
      </w:r>
      <w:r>
        <w:rPr>
          <w:rFonts w:ascii="IM Fell English" w:hAnsi="IM Fell English"/>
          <w:color w:val="141414"/>
          <w:sz w:val="24"/>
        </w:rPr>
        <w:t>1:30 AM.</w:t>
      </w:r>
      <w:r>
        <w:rPr>
          <w:rFonts w:ascii="IM Fell English" w:hAnsi="IM Fell English"/>
          <w:color w:val="141414"/>
          <w:sz w:val="24"/>
        </w:rPr>
      </w:r>
      <w:r>
        <w:rPr>
          <w:rFonts w:ascii="IM Fell English" w:hAnsi="IM Fell English"/>
          <w:color w:val="141414"/>
          <w:sz w:val="24"/>
        </w:rPr>
        <w:t>Briggs mobile, nestled in its hands-free cradle began ringing. The name Hartley was showing.</w:t>
      </w:r>
      <w:r>
        <w:rPr>
          <w:rFonts w:ascii="IM Fell English" w:hAnsi="IM Fell English"/>
          <w:color w:val="141414"/>
          <w:sz w:val="24"/>
        </w:rPr>
      </w:r>
      <w:r>
        <w:rPr>
          <w:rFonts w:ascii="IM Fell English" w:hAnsi="IM Fell English"/>
          <w:color w:val="141414"/>
          <w:sz w:val="24"/>
        </w:rPr>
        <w:t>Grabbing the phone he threw it from the moving vehicle, its piercing ringtone fading into the darkness behind him.</w:t>
      </w:r>
      <w:r>
        <w:rPr>
          <w:rFonts w:ascii="IM Fell English" w:hAnsi="IM Fell English"/>
          <w:color w:val="141414"/>
          <w:sz w:val="24"/>
        </w:rPr>
      </w:r>
      <w:r>
        <w:rPr>
          <w:rFonts w:ascii="IM Fell English" w:hAnsi="IM Fell English"/>
          <w:color w:val="141414"/>
          <w:sz w:val="24"/>
        </w:rPr>
        <w:t>Suzan.</w:t>
      </w:r>
      <w:r>
        <w:rPr>
          <w:rFonts w:ascii="IM Fell English" w:hAnsi="IM Fell English"/>
          <w:color w:val="141414"/>
          <w:sz w:val="24"/>
        </w:rPr>
      </w:r>
      <w:r>
        <w:rPr>
          <w:rFonts w:ascii="IM Fell English" w:hAnsi="IM Fell English"/>
          <w:color w:val="141414"/>
          <w:sz w:val="24"/>
        </w:rPr>
        <w:t>His next destination was sealed in his chilling resolve.</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John stopped Briggs car three houses down from Susan's. He could see every light bulb at the house illuminated. The time showed.</w:t>
      </w:r>
      <w:r>
        <w:rPr>
          <w:rFonts w:ascii="IM Fell English" w:hAnsi="IM Fell English"/>
          <w:color w:val="141414"/>
          <w:sz w:val="24"/>
        </w:rPr>
      </w:r>
      <w:r>
        <w:rPr>
          <w:rFonts w:ascii="IM Fell English" w:hAnsi="IM Fell English"/>
          <w:color w:val="141414"/>
          <w:sz w:val="24"/>
        </w:rPr>
        <w:t>2:20AM</w:t>
      </w:r>
      <w:r>
        <w:rPr>
          <w:rFonts w:ascii="IM Fell English" w:hAnsi="IM Fell English"/>
          <w:color w:val="141414"/>
          <w:sz w:val="24"/>
        </w:rPr>
      </w:r>
      <w:r>
        <w:rPr>
          <w:rFonts w:ascii="IM Fell English" w:hAnsi="IM Fell English"/>
          <w:color w:val="141414"/>
          <w:sz w:val="24"/>
        </w:rPr>
        <w:t>His knuckles whitened, clenching the steering wheel in a furious grip. "She knows I'm coming" he seethed, a chilling premonition seizing him. John had always outsmarted his mother, consistently catching her unprepared, her reincarnation back into this world had always been incomplete. She never had time to remember. But this… this was different.</w:t>
      </w:r>
      <w:r>
        <w:rPr>
          <w:rFonts w:ascii="IM Fell English" w:hAnsi="IM Fell English"/>
          <w:color w:val="141414"/>
          <w:sz w:val="24"/>
        </w:rPr>
      </w:r>
      <w:r>
        <w:rPr>
          <w:rFonts w:ascii="IM Fell English" w:hAnsi="IM Fell English"/>
          <w:color w:val="141414"/>
          <w:sz w:val="24"/>
        </w:rPr>
        <w:t>Her pregnancy represented a profound shift in the balance of power, a monumental alteration in their violent dynamic.</w:t>
      </w:r>
      <w:r>
        <w:rPr>
          <w:rFonts w:ascii="IM Fell English" w:hAnsi="IM Fell English"/>
          <w:color w:val="141414"/>
          <w:sz w:val="24"/>
        </w:rPr>
      </w:r>
      <w:r>
        <w:rPr>
          <w:rFonts w:ascii="IM Fell English" w:hAnsi="IM Fell English"/>
          <w:color w:val="141414"/>
          <w:sz w:val="24"/>
        </w:rPr>
        <w:t>He exited the vehicle, his movements fluid and silent, using the concealing cover of the shrubbery. After a period of cautious observation, he surmised that Suzan wasn't on the ground floor, but was on the upper level.</w:t>
      </w:r>
      <w:r>
        <w:rPr>
          <w:rFonts w:ascii="IM Fell English" w:hAnsi="IM Fell English"/>
          <w:color w:val="141414"/>
          <w:sz w:val="24"/>
        </w:rPr>
      </w:r>
      <w:r>
        <w:rPr>
          <w:rFonts w:ascii="IM Fell English" w:hAnsi="IM Fell English"/>
          <w:color w:val="141414"/>
          <w:sz w:val="24"/>
        </w:rPr>
        <w:t>The brightly illuminated house presented a significant obstacle. Even when he gained access to the home, taking the stairwell to the second floor would be suicidal. With a cop as her partner, Suzan would undoubtedly be armed.</w:t>
      </w:r>
      <w:r>
        <w:rPr>
          <w:rFonts w:ascii="IM Fell English" w:hAnsi="IM Fell English"/>
          <w:color w:val="141414"/>
          <w:sz w:val="24"/>
        </w:rPr>
      </w:r>
      <w:r>
        <w:rPr>
          <w:rFonts w:ascii="IM Fell English" w:hAnsi="IM Fell English"/>
          <w:color w:val="141414"/>
          <w:sz w:val="24"/>
        </w:rPr>
        <w:t>Lost in grim contemplation, a small, mewling kitten sauntered past. His foot rose, poised to deliver a brutal, lethal blow. Then, a flicker of inspiration ignited in his mind; a different strategy, a new path.</w:t>
      </w:r>
      <w:r>
        <w:rPr>
          <w:rFonts w:ascii="IM Fell English" w:hAnsi="IM Fell English"/>
          <w:color w:val="141414"/>
          <w:sz w:val="24"/>
        </w:rPr>
      </w:r>
      <w:r>
        <w:rPr>
          <w:rFonts w:ascii="IM Fell English" w:hAnsi="IM Fell English"/>
          <w:color w:val="141414"/>
          <w:sz w:val="24"/>
        </w:rPr>
        <w:t>Moments later, John had picked the lock and stood in the kitchen's doorway, his head tilted and listening. Suzan's security remained unchanged since his last visit. The lock offered no resistance. He'd twisted the porch light blub until it turned off to reduce the likelihood of prying eyes next door. The hum of television emanated from upstairs. Mother's home he thought.</w:t>
      </w:r>
      <w:r>
        <w:rPr>
          <w:rFonts w:ascii="IM Fell English" w:hAnsi="IM Fell English"/>
          <w:color w:val="141414"/>
          <w:sz w:val="24"/>
        </w:rPr>
      </w:r>
      <w:r>
        <w:rPr>
          <w:rFonts w:ascii="IM Fell English" w:hAnsi="IM Fell English"/>
          <w:color w:val="141414"/>
          <w:sz w:val="24"/>
        </w:rPr>
        <w:t>One hand clenched the Glock's cold steel, the other cradled a tiny, trembling kitten. John's gaze fell upon a wicker bread basket on the countertop. He gently deposited the feline onto the kitchen table, then placed the basket upside down over the kitten, creating a makeshift prison.</w:t>
      </w:r>
      <w:r>
        <w:rPr>
          <w:rFonts w:ascii="IM Fell English" w:hAnsi="IM Fell English"/>
          <w:color w:val="141414"/>
          <w:sz w:val="24"/>
        </w:rPr>
      </w:r>
      <w:r>
        <w:rPr>
          <w:rFonts w:ascii="IM Fell English" w:hAnsi="IM Fell English"/>
          <w:color w:val="141414"/>
          <w:sz w:val="24"/>
        </w:rPr>
        <w:t>The refrigerator's chill air whooshed out as he retrieved a package of thinly sliced deli meat. He then opened and placed the meat onto the counter, beside the captive kitten. He anticipated the frantic paws scrabbling, the desperate meows of distress would draw Suzan down from her sanctuary upstairs. The cries would paint a picture of an innocent cat has somehow gotten into the home, mistakenly trapped, to lure Suzan downstairs to investigate.</w:t>
      </w:r>
      <w:r>
        <w:rPr>
          <w:rFonts w:ascii="IM Fell English" w:hAnsi="IM Fell English"/>
          <w:color w:val="141414"/>
          <w:sz w:val="24"/>
        </w:rPr>
      </w:r>
      <w:r>
        <w:rPr>
          <w:rFonts w:ascii="IM Fell English" w:hAnsi="IM Fell English"/>
          <w:color w:val="141414"/>
          <w:sz w:val="24"/>
        </w:rPr>
        <w:t>Now I wait.</w:t>
      </w:r>
      <w:r>
        <w:rPr>
          <w:rFonts w:ascii="IM Fell English" w:hAnsi="IM Fell English"/>
          <w:color w:val="141414"/>
          <w:sz w:val="24"/>
        </w:rPr>
      </w:r>
      <w:r>
        <w:rPr>
          <w:rFonts w:ascii="IM Fell English" w:hAnsi="IM Fell English"/>
          <w:color w:val="141414"/>
          <w:sz w:val="24"/>
        </w:rPr>
        <w:t>Reclining on the bed, Suzan's mind wandered, her attention was constantly on the phone resting beside her. Anxiously awaiting David's call.</w:t>
      </w:r>
      <w:r>
        <w:rPr>
          <w:rFonts w:ascii="IM Fell English" w:hAnsi="IM Fell English"/>
          <w:color w:val="141414"/>
          <w:sz w:val="24"/>
        </w:rPr>
      </w:r>
      <w:r>
        <w:rPr>
          <w:rFonts w:ascii="IM Fell English" w:hAnsi="IM Fell English"/>
          <w:color w:val="141414"/>
          <w:sz w:val="24"/>
        </w:rPr>
        <w:t>Earlier, the evening news had chilled her to the bone: a murderer stalked Portland, leaving a trail of carnage – one victim dead, and a female officer vanished. But it wasn't the grim details that held Suzan captive; it was the photograph of the missing cop. A disturbing resemblance, a spectral twin, stared back from the screen, unsettling her deeply. She wondered if David had seen the uncanny likeness, prompting his unsettling request that she retrieve her firearm.</w:t>
      </w:r>
      <w:r>
        <w:rPr>
          <w:rFonts w:ascii="IM Fell English" w:hAnsi="IM Fell English"/>
          <w:color w:val="141414"/>
          <w:sz w:val="24"/>
        </w:rPr>
      </w:r>
      <w:r>
        <w:rPr>
          <w:rFonts w:ascii="IM Fell English" w:hAnsi="IM Fell English"/>
          <w:color w:val="141414"/>
          <w:sz w:val="24"/>
        </w:rPr>
        <w:t>Slowly, a persistent, irritating noise drifted into the room. Suzan was puzzled as to it originating from downstairs or outside the house. Suzan couldn't pinpoint its source. Reaching for the remote to mute the movie.</w:t>
      </w:r>
      <w:r>
        <w:rPr>
          <w:rFonts w:ascii="IM Fell English" w:hAnsi="IM Fell English"/>
          <w:color w:val="141414"/>
          <w:sz w:val="24"/>
        </w:rPr>
      </w:r>
      <w:r>
        <w:rPr>
          <w:rFonts w:ascii="IM Fell English" w:hAnsi="IM Fell English"/>
          <w:color w:val="141414"/>
          <w:sz w:val="24"/>
        </w:rPr>
        <w:t>Intently, she strained her ears, utterly bewildered. It sounded like a cat, no perhaps a kitten. The persistent scratching suggested it might be stuck somewhere. Rising cautiously, wriggling her weight from the bed, she retrieved her phone and the 9mm Smith &amp; Wesson.</w:t>
      </w:r>
      <w:r>
        <w:rPr>
          <w:rFonts w:ascii="IM Fell English" w:hAnsi="IM Fell English"/>
          <w:color w:val="141414"/>
          <w:sz w:val="24"/>
        </w:rPr>
      </w:r>
      <w:r>
        <w:rPr>
          <w:rFonts w:ascii="IM Fell English" w:hAnsi="IM Fell English"/>
          <w:color w:val="141414"/>
          <w:sz w:val="24"/>
        </w:rPr>
        <w:t>Suzan was completely bewildered how a kitten had gotten inside. She was sure she had locked up the entire house as instructed by David hours ago. Standing at the top of the stairs she was certain now the cat was inside the house somewhere.</w:t>
      </w:r>
      <w:r>
        <w:rPr>
          <w:rFonts w:ascii="IM Fell English" w:hAnsi="IM Fell English"/>
          <w:color w:val="141414"/>
          <w:sz w:val="24"/>
        </w:rPr>
      </w:r>
      <w:r>
        <w:rPr>
          <w:rFonts w:ascii="IM Fell English" w:hAnsi="IM Fell English"/>
          <w:color w:val="141414"/>
          <w:sz w:val="24"/>
        </w:rPr>
        <w:t>"Here kitty kitty" she gently called from the top of the stair case.</w:t>
      </w:r>
      <w:r>
        <w:rPr>
          <w:rFonts w:ascii="IM Fell English" w:hAnsi="IM Fell English"/>
          <w:color w:val="141414"/>
          <w:sz w:val="24"/>
        </w:rPr>
      </w:r>
      <w:r>
        <w:rPr>
          <w:rFonts w:ascii="IM Fell English" w:hAnsi="IM Fell English"/>
          <w:color w:val="141414"/>
          <w:sz w:val="24"/>
        </w:rPr>
        <w:t>Making kissing noises "here kitty kitty. Where are you? How did you get in?"</w:t>
      </w:r>
      <w:r>
        <w:rPr>
          <w:rFonts w:ascii="IM Fell English" w:hAnsi="IM Fell English"/>
          <w:color w:val="141414"/>
          <w:sz w:val="24"/>
        </w:rPr>
      </w:r>
      <w:r>
        <w:rPr>
          <w:rFonts w:ascii="IM Fell English" w:hAnsi="IM Fell English"/>
          <w:color w:val="141414"/>
          <w:sz w:val="24"/>
        </w:rPr>
        <w:t>Suzan took each step gently and slowly down the stairs. She had five days until her due date and falling or tripping on these stairs while so heavily pregnant was not an option. It was awkward enough holding the gun and phone while trying to steady her descent.</w:t>
      </w:r>
      <w:r>
        <w:rPr>
          <w:rFonts w:ascii="IM Fell English" w:hAnsi="IM Fell English"/>
          <w:color w:val="141414"/>
          <w:sz w:val="24"/>
        </w:rPr>
      </w:r>
      <w:r>
        <w:rPr>
          <w:rFonts w:ascii="IM Fell English" w:hAnsi="IM Fell English"/>
          <w:color w:val="141414"/>
          <w:sz w:val="24"/>
        </w:rPr>
        <w:t>"Kitty" she called soothingly.</w:t>
      </w:r>
      <w:r>
        <w:rPr>
          <w:rFonts w:ascii="IM Fell English" w:hAnsi="IM Fell English"/>
          <w:color w:val="141414"/>
          <w:sz w:val="24"/>
        </w:rPr>
      </w:r>
      <w:r>
        <w:rPr>
          <w:rFonts w:ascii="IM Fell English" w:hAnsi="IM Fell English"/>
          <w:color w:val="141414"/>
          <w:sz w:val="24"/>
        </w:rPr>
        <w:t>Suzan's bare foot touched the ground floor. She could hear the young sound of the kitten more clearly now and it was definitely in the kitchen to her left. All the fear and apprehension had now vanished. Turning the corner into the kitchen she stopped and stare at the quizzical scene in front of her. The kittens little paw was scratching franticly to get sliced meat lying on the table. It was trapped under the bread basket. This whole scene was confusing to her.</w:t>
      </w:r>
      <w:r>
        <w:rPr>
          <w:rFonts w:ascii="IM Fell English" w:hAnsi="IM Fell English"/>
          <w:color w:val="141414"/>
          <w:sz w:val="24"/>
        </w:rPr>
      </w:r>
      <w:r>
        <w:rPr>
          <w:rFonts w:ascii="IM Fell English" w:hAnsi="IM Fell English"/>
          <w:color w:val="141414"/>
          <w:sz w:val="24"/>
        </w:rPr>
        <w:t>"What in the hell" she said completely thrown by what she was seeing.</w:t>
      </w:r>
      <w:r>
        <w:rPr>
          <w:rFonts w:ascii="IM Fell English" w:hAnsi="IM Fell English"/>
          <w:color w:val="141414"/>
          <w:sz w:val="24"/>
        </w:rPr>
      </w:r>
      <w:r>
        <w:rPr>
          <w:rFonts w:ascii="IM Fell English" w:hAnsi="IM Fell English"/>
          <w:color w:val="141414"/>
          <w:sz w:val="24"/>
        </w:rPr>
        <w:t>It was then she turned her head and saw the back door was wide open.</w:t>
      </w:r>
      <w:r>
        <w:rPr>
          <w:rFonts w:ascii="IM Fell English" w:hAnsi="IM Fell English"/>
          <w:color w:val="141414"/>
          <w:sz w:val="24"/>
        </w:rPr>
      </w:r>
      <w:r>
        <w:rPr>
          <w:rFonts w:ascii="IM Fell English" w:hAnsi="IM Fell English"/>
          <w:color w:val="141414"/>
          <w:sz w:val="24"/>
        </w:rPr>
        <w:t>Suzan knew without a doubt she had locked the door hours earlier when David had called.</w:t>
      </w:r>
      <w:r>
        <w:rPr>
          <w:rFonts w:ascii="IM Fell English" w:hAnsi="IM Fell English"/>
          <w:color w:val="141414"/>
          <w:sz w:val="24"/>
        </w:rPr>
      </w:r>
      <w:r>
        <w:rPr>
          <w:rFonts w:ascii="IM Fell English" w:hAnsi="IM Fell English"/>
          <w:color w:val="141414"/>
          <w:sz w:val="24"/>
        </w:rPr>
        <w:t>Immediately she raised the gun but it was all for nothing.</w:t>
      </w:r>
      <w:r>
        <w:rPr>
          <w:rFonts w:ascii="IM Fell English" w:hAnsi="IM Fell English"/>
          <w:color w:val="141414"/>
          <w:sz w:val="24"/>
        </w:rPr>
      </w:r>
      <w:r>
        <w:rPr>
          <w:rFonts w:ascii="IM Fell English" w:hAnsi="IM Fell English"/>
          <w:color w:val="141414"/>
          <w:sz w:val="24"/>
        </w:rPr>
        <w:t>John had casually walked up behind Suzan and with the steel butt of Briggs Glock, he struck her temple and she collapsed unconscious to the floor.</w:t>
      </w:r>
      <w:r>
        <w:rPr>
          <w:rFonts w:ascii="IM Fell English" w:hAnsi="IM Fell English"/>
          <w:color w:val="141414"/>
          <w:sz w:val="24"/>
        </w:rPr>
      </w:r>
      <w:r>
        <w:rPr>
          <w:rFonts w:ascii="IM Fell English" w:hAnsi="IM Fell English"/>
          <w:color w:val="141414"/>
          <w:sz w:val="24"/>
        </w:rPr>
        <w:t>John stood above Suzan and the kitten continue its desperate attempt to get to the food. Walking to the table he lifted the basket and the kitten pounced on the meat.</w:t>
      </w:r>
      <w:r>
        <w:rPr>
          <w:rFonts w:ascii="IM Fell English" w:hAnsi="IM Fell English"/>
          <w:color w:val="141414"/>
          <w:sz w:val="24"/>
        </w:rPr>
      </w:r>
      <w:r>
        <w:rPr>
          <w:rFonts w:ascii="IM Fell English" w:hAnsi="IM Fell English"/>
          <w:color w:val="141414"/>
          <w:sz w:val="24"/>
        </w:rPr>
        <w:t>"Hello mother" John said as he stared at Suzan's unconscious form on the floor.</w:t>
      </w:r>
      <w:r>
        <w:rPr>
          <w:rFonts w:ascii="IM Fell English" w:hAnsi="IM Fell English"/>
          <w:color w:val="141414"/>
          <w:sz w:val="24"/>
        </w:rPr>
      </w:r>
      <w:r>
        <w:rPr>
          <w:rFonts w:ascii="IM Fell English" w:hAnsi="IM Fell English"/>
          <w:color w:val="141414"/>
          <w:sz w:val="24"/>
        </w:rPr>
        <w:t>2:37AM.</w:t>
      </w:r>
      <w:r>
        <w:rPr>
          <w:rFonts w:ascii="IM Fell English" w:hAnsi="IM Fell English"/>
          <w:color w:val="141414"/>
          <w:sz w:val="24"/>
        </w:rPr>
      </w:r>
    </w:p>
    <w:p>
      <w:pPr>
        <w:pStyle w:val="Heading1"/>
        <w:jc w:val="center"/>
      </w:pPr>
      <w:r>
        <w:rPr>
          <w:rFonts w:ascii="IM Fell English" w:hAnsi="IM Fell English"/>
          <w:color w:val="0D0D0D"/>
        </w:rPr>
        <w:t>Chapter 31</w:t>
      </w:r>
    </w:p>
    <w:p>
      <w:r>
        <w:rPr>
          <w:rFonts w:ascii="IM Fell English" w:hAnsi="IM Fell English"/>
          <w:color w:val="141414"/>
          <w:sz w:val="24"/>
        </w:rPr>
      </w:r>
      <w:r>
        <w:rPr>
          <w:rFonts w:ascii="IM Fell English" w:hAnsi="IM Fell English"/>
          <w:color w:val="141414"/>
          <w:sz w:val="24"/>
        </w:rPr>
        <w:t>"Hartley" O'Neil called out over the noise in the room.</w:t>
      </w:r>
      <w:r>
        <w:rPr>
          <w:rFonts w:ascii="IM Fell English" w:hAnsi="IM Fell English"/>
          <w:color w:val="141414"/>
          <w:sz w:val="24"/>
        </w:rPr>
      </w:r>
      <w:r>
        <w:rPr>
          <w:rFonts w:ascii="IM Fell English" w:hAnsi="IM Fell English"/>
          <w:color w:val="141414"/>
          <w:sz w:val="24"/>
        </w:rPr>
        <w:t>Hartley looked up and made eye contact.</w:t>
      </w:r>
      <w:r>
        <w:rPr>
          <w:rFonts w:ascii="IM Fell English" w:hAnsi="IM Fell English"/>
          <w:color w:val="141414"/>
          <w:sz w:val="24"/>
        </w:rPr>
      </w:r>
      <w:r>
        <w:rPr>
          <w:rFonts w:ascii="IM Fell English" w:hAnsi="IM Fell English"/>
          <w:color w:val="141414"/>
          <w:sz w:val="24"/>
        </w:rPr>
        <w:t>O'Neil inquired, "Any word from Briggs?"</w:t>
      </w:r>
      <w:r>
        <w:rPr>
          <w:rFonts w:ascii="IM Fell English" w:hAnsi="IM Fell English"/>
          <w:color w:val="141414"/>
          <w:sz w:val="24"/>
        </w:rPr>
      </w:r>
      <w:r>
        <w:rPr>
          <w:rFonts w:ascii="IM Fell English" w:hAnsi="IM Fell English"/>
          <w:color w:val="141414"/>
          <w:sz w:val="24"/>
        </w:rPr>
        <w:t>Hartley responded, her voice laced with growing unease, "Nothing, sir. He contacted me at 12:45 PM, indicating he was proceeding to the residence for a preliminary survey. I've been preoccupied. I assumed the inspection wouldn't take 45 minutes. I tried calling several times but no answer. I've contacted SWAT and they report no contact. They've requested authorization to investigate, and I granted it, if that's okay, sir."</w:t>
      </w:r>
      <w:r>
        <w:rPr>
          <w:rFonts w:ascii="IM Fell English" w:hAnsi="IM Fell English"/>
          <w:color w:val="141414"/>
          <w:sz w:val="24"/>
        </w:rPr>
      </w:r>
      <w:r>
        <w:rPr>
          <w:rFonts w:ascii="IM Fell English" w:hAnsi="IM Fell English"/>
          <w:color w:val="141414"/>
          <w:sz w:val="24"/>
        </w:rPr>
        <w:t>"Yes" O'Neil affirmed, his tone urgent. "What's their ETA?" "Approximately 2:30 sir," Hartley replied</w:t>
      </w:r>
      <w:r>
        <w:rPr>
          <w:rFonts w:ascii="IM Fell English" w:hAnsi="IM Fell English"/>
          <w:color w:val="141414"/>
          <w:sz w:val="24"/>
        </w:rPr>
      </w:r>
      <w:r>
        <w:rPr>
          <w:rFonts w:ascii="IM Fell English" w:hAnsi="IM Fell English"/>
          <w:color w:val="141414"/>
          <w:sz w:val="24"/>
        </w:rPr>
        <w:t>O'Neil's voice was sharp "I demand an immediate progress report. Find me instantly."</w:t>
      </w:r>
      <w:r>
        <w:rPr>
          <w:rFonts w:ascii="IM Fell English" w:hAnsi="IM Fell English"/>
          <w:color w:val="141414"/>
          <w:sz w:val="24"/>
        </w:rPr>
      </w:r>
      <w:r>
        <w:rPr>
          <w:rFonts w:ascii="IM Fell English" w:hAnsi="IM Fell English"/>
          <w:color w:val="141414"/>
          <w:sz w:val="24"/>
        </w:rPr>
        <w:t>"Yes, sir," Hartley affirmed.</w:t>
      </w:r>
      <w:r>
        <w:rPr>
          <w:rFonts w:ascii="IM Fell English" w:hAnsi="IM Fell English"/>
          <w:color w:val="141414"/>
          <w:sz w:val="24"/>
        </w:rPr>
      </w:r>
      <w:r>
        <w:rPr>
          <w:rFonts w:ascii="IM Fell English" w:hAnsi="IM Fell English"/>
          <w:color w:val="141414"/>
          <w:sz w:val="24"/>
        </w:rPr>
        <w:t>At 220AM, with the SWAT team's imminent arrival still a few minutes away, Hartley opted for a brief respite and a much-needed caffeine fix.</w:t>
      </w:r>
      <w:r>
        <w:rPr>
          <w:rFonts w:ascii="IM Fell English" w:hAnsi="IM Fell English"/>
          <w:color w:val="141414"/>
          <w:sz w:val="24"/>
        </w:rPr>
      </w:r>
      <w:r>
        <w:rPr>
          <w:rFonts w:ascii="IM Fell English" w:hAnsi="IM Fell English"/>
          <w:color w:val="141414"/>
          <w:sz w:val="24"/>
        </w:rPr>
        <w:t>She harbored no serious apprehension. Briggs, she was certain, possessed the necessary skills to navigate the situation; his apparent lapse was likely due to a trivial distraction – a dead phone battery, perhaps, or a frustrating lack of cell service.</w:t>
      </w:r>
      <w:r>
        <w:rPr>
          <w:rFonts w:ascii="IM Fell English" w:hAnsi="IM Fell English"/>
          <w:color w:val="141414"/>
          <w:sz w:val="24"/>
        </w:rPr>
      </w:r>
      <w:r>
        <w:rPr>
          <w:rFonts w:ascii="IM Fell English" w:hAnsi="IM Fell English"/>
          <w:color w:val="141414"/>
          <w:sz w:val="24"/>
        </w:rPr>
        <w:t>The break room buzzed with a half-dozen uniformed officers, their weariness etched deeply onto their faces, their expressions grave. Each sought the revitalizing jolt of caffeine before venturing back into the unforgiving night. Between 10:00 PM and 2:00 AM, they had tirelessly responded to a staggering seventy-eight emergency calls, a relentless deluge that showed no signs of abating.</w:t>
      </w:r>
      <w:r>
        <w:rPr>
          <w:rFonts w:ascii="IM Fell English" w:hAnsi="IM Fell English"/>
          <w:color w:val="141414"/>
          <w:sz w:val="24"/>
        </w:rPr>
      </w:r>
      <w:r>
        <w:rPr>
          <w:rFonts w:ascii="IM Fell English" w:hAnsi="IM Fell English"/>
          <w:color w:val="141414"/>
          <w:sz w:val="24"/>
        </w:rPr>
        <w:t>As she stood in line, another pair of officers entered.</w:t>
      </w:r>
      <w:r>
        <w:rPr>
          <w:rFonts w:ascii="IM Fell English" w:hAnsi="IM Fell English"/>
          <w:color w:val="141414"/>
          <w:sz w:val="24"/>
        </w:rPr>
      </w:r>
      <w:r>
        <w:rPr>
          <w:rFonts w:ascii="IM Fell English" w:hAnsi="IM Fell English"/>
          <w:color w:val="141414"/>
          <w:sz w:val="24"/>
        </w:rPr>
        <w:t>"You haven't seen it," the constable inquired, his voice laced with weariness. "When we stopped at the convenience store, their television blared the news; a grainy image of the missing officer filled the screen. And I swear, despite the poor picture quality, it was Suzan, mate. A virtual doppelganger," he insisted, his conviction unwavering.</w:t>
      </w:r>
      <w:r>
        <w:rPr>
          <w:rFonts w:ascii="IM Fell English" w:hAnsi="IM Fell English"/>
          <w:color w:val="141414"/>
          <w:sz w:val="24"/>
        </w:rPr>
      </w:r>
      <w:r>
        <w:rPr>
          <w:rFonts w:ascii="IM Fell English" w:hAnsi="IM Fell English"/>
          <w:color w:val="141414"/>
          <w:sz w:val="24"/>
        </w:rPr>
        <w:t>"I'm utterly exhausted Brent," the other officer sighed, his tone heavy with fatigue. "We have a grueling half-hour remaining before I get to go home and lay in bed with Suzan. Just let me grab a caffeine fix okay?"</w:t>
      </w:r>
      <w:r>
        <w:rPr>
          <w:rFonts w:ascii="IM Fell English" w:hAnsi="IM Fell English"/>
          <w:color w:val="141414"/>
          <w:sz w:val="24"/>
        </w:rPr>
      </w:r>
      <w:r>
        <w:rPr>
          <w:rFonts w:ascii="IM Fell English" w:hAnsi="IM Fell English"/>
          <w:color w:val="141414"/>
          <w:sz w:val="24"/>
        </w:rPr>
        <w:t>"Fetch me one too," Brent responded, already scrolling through his phone. "Locating her shouldn't be difficult."</w:t>
      </w:r>
      <w:r>
        <w:rPr>
          <w:rFonts w:ascii="IM Fell English" w:hAnsi="IM Fell English"/>
          <w:color w:val="141414"/>
          <w:sz w:val="24"/>
        </w:rPr>
      </w:r>
      <w:r>
        <w:rPr>
          <w:rFonts w:ascii="IM Fell English" w:hAnsi="IM Fell English"/>
          <w:color w:val="141414"/>
          <w:sz w:val="24"/>
        </w:rPr>
        <w:t>Hartley observed the two constables, her gaze meeting David, whose wife bore a striking resemblance to the missing officer. She offered courteous nod, which he returned with a slight inclination of his head.</w:t>
      </w:r>
      <w:r>
        <w:rPr>
          <w:rFonts w:ascii="IM Fell English" w:hAnsi="IM Fell English"/>
          <w:color w:val="141414"/>
          <w:sz w:val="24"/>
        </w:rPr>
      </w:r>
      <w:r>
        <w:rPr>
          <w:rFonts w:ascii="IM Fell English" w:hAnsi="IM Fell English"/>
          <w:color w:val="141414"/>
          <w:sz w:val="24"/>
        </w:rPr>
        <w:t>A gentle elbow nudge interrupted his contemplation.</w:t>
      </w:r>
      <w:r>
        <w:rPr>
          <w:rFonts w:ascii="IM Fell English" w:hAnsi="IM Fell English"/>
          <w:color w:val="141414"/>
          <w:sz w:val="24"/>
        </w:rPr>
      </w:r>
      <w:r>
        <w:rPr>
          <w:rFonts w:ascii="IM Fell English" w:hAnsi="IM Fell English"/>
          <w:color w:val="141414"/>
          <w:sz w:val="24"/>
        </w:rPr>
        <w:t>"David," his colleague urged, "look."</w:t>
      </w:r>
      <w:r>
        <w:rPr>
          <w:rFonts w:ascii="IM Fell English" w:hAnsi="IM Fell English"/>
          <w:color w:val="141414"/>
          <w:sz w:val="24"/>
        </w:rPr>
      </w:r>
      <w:r>
        <w:rPr>
          <w:rFonts w:ascii="IM Fell English" w:hAnsi="IM Fell English"/>
          <w:color w:val="141414"/>
          <w:sz w:val="24"/>
        </w:rPr>
        <w:t>David paused, his scrutiny on directed to the phone screen.</w:t>
      </w:r>
      <w:r>
        <w:rPr>
          <w:rFonts w:ascii="IM Fell English" w:hAnsi="IM Fell English"/>
          <w:color w:val="141414"/>
          <w:sz w:val="24"/>
        </w:rPr>
      </w:r>
      <w:r>
        <w:rPr>
          <w:rFonts w:ascii="IM Fell English" w:hAnsi="IM Fell English"/>
          <w:color w:val="141414"/>
          <w:sz w:val="24"/>
        </w:rPr>
        <w:t>He snatched the device, his breath catching in his throat.</w:t>
      </w:r>
      <w:r>
        <w:rPr>
          <w:rFonts w:ascii="IM Fell English" w:hAnsi="IM Fell English"/>
          <w:color w:val="141414"/>
          <w:sz w:val="24"/>
        </w:rPr>
      </w:r>
      <w:r>
        <w:rPr>
          <w:rFonts w:ascii="IM Fell English" w:hAnsi="IM Fell English"/>
          <w:color w:val="141414"/>
          <w:sz w:val="24"/>
        </w:rPr>
        <w:t>"Holy hell," he breathed, his voice thick with astonishment.</w:t>
      </w:r>
      <w:r>
        <w:rPr>
          <w:rFonts w:ascii="IM Fell English" w:hAnsi="IM Fell English"/>
          <w:color w:val="141414"/>
          <w:sz w:val="24"/>
        </w:rPr>
      </w:r>
      <w:r>
        <w:rPr>
          <w:rFonts w:ascii="IM Fell English" w:hAnsi="IM Fell English"/>
          <w:color w:val="141414"/>
          <w:sz w:val="24"/>
        </w:rPr>
        <w:t>"She looks like Suzan. It's just like that day I mentioned – all those women at the station who resembled her, though she lacked blonde hair back then...but now, when she was out and dyed her hair, they look like twins." he exclaimed.</w:t>
      </w:r>
      <w:r>
        <w:rPr>
          <w:rFonts w:ascii="IM Fell English" w:hAnsi="IM Fell English"/>
          <w:color w:val="141414"/>
          <w:sz w:val="24"/>
        </w:rPr>
      </w:r>
      <w:r>
        <w:rPr>
          <w:rFonts w:ascii="IM Fell English" w:hAnsi="IM Fell English"/>
          <w:color w:val="141414"/>
          <w:sz w:val="24"/>
        </w:rPr>
        <w:t>Hartley stopped and listened. She walked over to David and turned him around to look at the phone he was holding and the image of Officer Maxine displayed.</w:t>
      </w:r>
      <w:r>
        <w:rPr>
          <w:rFonts w:ascii="IM Fell English" w:hAnsi="IM Fell English"/>
          <w:color w:val="141414"/>
          <w:sz w:val="24"/>
        </w:rPr>
      </w:r>
      <w:r>
        <w:rPr>
          <w:rFonts w:ascii="IM Fell English" w:hAnsi="IM Fell English"/>
          <w:color w:val="141414"/>
          <w:sz w:val="24"/>
        </w:rPr>
        <w:t>"She looks like your wife now." she asked with intense directness.</w:t>
      </w:r>
      <w:r>
        <w:rPr>
          <w:rFonts w:ascii="IM Fell English" w:hAnsi="IM Fell English"/>
          <w:color w:val="141414"/>
          <w:sz w:val="24"/>
        </w:rPr>
      </w:r>
      <w:r>
        <w:rPr>
          <w:rFonts w:ascii="IM Fell English" w:hAnsi="IM Fell English"/>
          <w:color w:val="141414"/>
          <w:sz w:val="24"/>
        </w:rPr>
        <w:t>"Her" said said pointing at the picture.</w:t>
      </w:r>
      <w:r>
        <w:rPr>
          <w:rFonts w:ascii="IM Fell English" w:hAnsi="IM Fell English"/>
          <w:color w:val="141414"/>
          <w:sz w:val="24"/>
        </w:rPr>
      </w:r>
      <w:r>
        <w:rPr>
          <w:rFonts w:ascii="IM Fell English" w:hAnsi="IM Fell English"/>
          <w:color w:val="141414"/>
          <w:sz w:val="24"/>
        </w:rPr>
        <w:t>"Umm...yes." David replied cautiously.</w:t>
      </w:r>
      <w:r>
        <w:rPr>
          <w:rFonts w:ascii="IM Fell English" w:hAnsi="IM Fell English"/>
          <w:color w:val="141414"/>
          <w:sz w:val="24"/>
        </w:rPr>
      </w:r>
      <w:r>
        <w:rPr>
          <w:rFonts w:ascii="IM Fell English" w:hAnsi="IM Fell English"/>
          <w:color w:val="141414"/>
          <w:sz w:val="24"/>
        </w:rPr>
        <w:t>"Dr Hartley" she said extending her hand.</w:t>
      </w:r>
      <w:r>
        <w:rPr>
          <w:rFonts w:ascii="IM Fell English" w:hAnsi="IM Fell English"/>
          <w:color w:val="141414"/>
          <w:sz w:val="24"/>
        </w:rPr>
      </w:r>
      <w:r>
        <w:rPr>
          <w:rFonts w:ascii="IM Fell English" w:hAnsi="IM Fell English"/>
          <w:color w:val="141414"/>
          <w:sz w:val="24"/>
        </w:rPr>
        <w:t>Hartley, issuing a curt "Follow me," vanished down the corridor, in an urgent quest to locate O'Neil.</w:t>
      </w:r>
      <w:r>
        <w:rPr>
          <w:rFonts w:ascii="IM Fell English" w:hAnsi="IM Fell English"/>
          <w:color w:val="141414"/>
          <w:sz w:val="24"/>
        </w:rPr>
      </w:r>
      <w:r>
        <w:rPr>
          <w:rFonts w:ascii="IM Fell English" w:hAnsi="IM Fell English"/>
          <w:color w:val="141414"/>
          <w:sz w:val="24"/>
        </w:rPr>
        <w:t>David was bewildered and immediately pursued her.</w:t>
      </w:r>
      <w:r>
        <w:rPr>
          <w:rFonts w:ascii="IM Fell English" w:hAnsi="IM Fell English"/>
          <w:color w:val="141414"/>
          <w:sz w:val="24"/>
        </w:rPr>
      </w:r>
      <w:r>
        <w:rPr>
          <w:rFonts w:ascii="IM Fell English" w:hAnsi="IM Fell English"/>
          <w:color w:val="141414"/>
          <w:sz w:val="24"/>
        </w:rPr>
        <w:t>Hartley burst into O'Neil's office urgently saying "Sir, you need see this," she demanded, gesturing to David.</w:t>
      </w:r>
      <w:r>
        <w:rPr>
          <w:rFonts w:ascii="IM Fell English" w:hAnsi="IM Fell English"/>
          <w:color w:val="141414"/>
          <w:sz w:val="24"/>
        </w:rPr>
      </w:r>
      <w:r>
        <w:rPr>
          <w:rFonts w:ascii="IM Fell English" w:hAnsi="IM Fell English"/>
          <w:color w:val="141414"/>
          <w:sz w:val="24"/>
        </w:rPr>
        <w:t>"Show him the photograph of your wife."</w:t>
      </w:r>
      <w:r>
        <w:rPr>
          <w:rFonts w:ascii="IM Fell English" w:hAnsi="IM Fell English"/>
          <w:color w:val="141414"/>
          <w:sz w:val="24"/>
        </w:rPr>
      </w:r>
      <w:r>
        <w:rPr>
          <w:rFonts w:ascii="IM Fell English" w:hAnsi="IM Fell English"/>
          <w:color w:val="141414"/>
          <w:sz w:val="24"/>
        </w:rPr>
        <w:t>David presented his phone, a snapshot he'd taken of Suzan after her night out with other officers' spouses, her hair dramatically bleached blonde. He then presented Brent's phone, revealing the picture of the missing Officer Maxine.</w:t>
      </w:r>
      <w:r>
        <w:rPr>
          <w:rFonts w:ascii="IM Fell English" w:hAnsi="IM Fell English"/>
          <w:color w:val="141414"/>
          <w:sz w:val="24"/>
        </w:rPr>
      </w:r>
      <w:r>
        <w:rPr>
          <w:rFonts w:ascii="IM Fell English" w:hAnsi="IM Fell English"/>
          <w:color w:val="141414"/>
          <w:sz w:val="24"/>
        </w:rPr>
        <w:t>O'Neil, rising from his chair, scrutinized both phones, his gaze intense.</w:t>
      </w:r>
      <w:r>
        <w:rPr>
          <w:rFonts w:ascii="IM Fell English" w:hAnsi="IM Fell English"/>
          <w:color w:val="141414"/>
          <w:sz w:val="24"/>
        </w:rPr>
      </w:r>
      <w:r>
        <w:rPr>
          <w:rFonts w:ascii="IM Fell English" w:hAnsi="IM Fell English"/>
          <w:color w:val="141414"/>
          <w:sz w:val="24"/>
        </w:rPr>
        <w:t>"This...this is your wife?" he asked, his voice grave.</w:t>
      </w:r>
      <w:r>
        <w:rPr>
          <w:rFonts w:ascii="IM Fell English" w:hAnsi="IM Fell English"/>
          <w:color w:val="141414"/>
          <w:sz w:val="24"/>
        </w:rPr>
      </w:r>
      <w:r>
        <w:rPr>
          <w:rFonts w:ascii="IM Fell English" w:hAnsi="IM Fell English"/>
          <w:color w:val="141414"/>
          <w:sz w:val="24"/>
        </w:rPr>
        <w:t>David, his unease growing, stammered, "Yes, sir. The likeness is uncanny. I only just now noticed the missing officer's photo in the breakroom."</w:t>
      </w:r>
      <w:r>
        <w:rPr>
          <w:rFonts w:ascii="IM Fell English" w:hAnsi="IM Fell English"/>
          <w:color w:val="141414"/>
          <w:sz w:val="24"/>
        </w:rPr>
      </w:r>
      <w:r>
        <w:rPr>
          <w:rFonts w:ascii="IM Fell English" w:hAnsi="IM Fell English"/>
          <w:color w:val="141414"/>
          <w:sz w:val="24"/>
        </w:rPr>
        <w:t>O'Neil's stare remained fixed on David.</w:t>
      </w:r>
      <w:r>
        <w:rPr>
          <w:rFonts w:ascii="IM Fell English" w:hAnsi="IM Fell English"/>
          <w:color w:val="141414"/>
          <w:sz w:val="24"/>
        </w:rPr>
      </w:r>
      <w:r>
        <w:rPr>
          <w:rFonts w:ascii="IM Fell English" w:hAnsi="IM Fell English"/>
          <w:color w:val="141414"/>
          <w:sz w:val="24"/>
        </w:rPr>
        <w:t>"She's home now," O'Neil asked.</w:t>
      </w:r>
      <w:r>
        <w:rPr>
          <w:rFonts w:ascii="IM Fell English" w:hAnsi="IM Fell English"/>
          <w:color w:val="141414"/>
          <w:sz w:val="24"/>
        </w:rPr>
      </w:r>
      <w:r>
        <w:rPr>
          <w:rFonts w:ascii="IM Fell English" w:hAnsi="IM Fell English"/>
          <w:color w:val="141414"/>
          <w:sz w:val="24"/>
        </w:rPr>
        <w:t>A tremor of apprehension and dread seized David. "Sir, is there…a problem?"</w:t>
      </w:r>
      <w:r>
        <w:rPr>
          <w:rFonts w:ascii="IM Fell English" w:hAnsi="IM Fell English"/>
          <w:color w:val="141414"/>
          <w:sz w:val="24"/>
        </w:rPr>
      </w:r>
      <w:r>
        <w:rPr>
          <w:rFonts w:ascii="IM Fell English" w:hAnsi="IM Fell English"/>
          <w:color w:val="141414"/>
          <w:sz w:val="24"/>
        </w:rPr>
        <w:t>Hartley spoke up "Sir everyone's out. I suggest I take David to his house to meet with his wife and then bring them both back to the station."</w:t>
      </w:r>
      <w:r>
        <w:rPr>
          <w:rFonts w:ascii="IM Fell English" w:hAnsi="IM Fell English"/>
          <w:color w:val="141414"/>
          <w:sz w:val="24"/>
        </w:rPr>
      </w:r>
      <w:r>
        <w:rPr>
          <w:rFonts w:ascii="IM Fell English" w:hAnsi="IM Fell English"/>
          <w:color w:val="141414"/>
          <w:sz w:val="24"/>
        </w:rPr>
        <w:t>"Agreed. Go." Replied O'Neil handing the phone's back</w:t>
      </w:r>
      <w:r>
        <w:rPr>
          <w:rFonts w:ascii="IM Fell English" w:hAnsi="IM Fell English"/>
          <w:color w:val="141414"/>
          <w:sz w:val="24"/>
        </w:rPr>
      </w:r>
      <w:r>
        <w:rPr>
          <w:rFonts w:ascii="IM Fell English" w:hAnsi="IM Fell English"/>
          <w:color w:val="141414"/>
          <w:sz w:val="24"/>
        </w:rPr>
        <w:t>"I'll call SWAT and re-direct them to David's place." Said Hartley walking out the door with David in tow.</w:t>
      </w:r>
      <w:r>
        <w:rPr>
          <w:rFonts w:ascii="IM Fell English" w:hAnsi="IM Fell English"/>
          <w:color w:val="141414"/>
          <w:sz w:val="24"/>
        </w:rPr>
      </w:r>
      <w:r>
        <w:rPr>
          <w:rFonts w:ascii="IM Fell English" w:hAnsi="IM Fell English"/>
          <w:color w:val="141414"/>
          <w:sz w:val="24"/>
        </w:rPr>
        <w:t>Walking next to Hartley, David sense of dread for Suzan was becoming overwhelming. Walking down the hall David cleared his throat and said "Dr Hartley, can you tell what's going on?" he asked.</w:t>
      </w:r>
      <w:r>
        <w:rPr>
          <w:rFonts w:ascii="IM Fell English" w:hAnsi="IM Fell English"/>
          <w:color w:val="141414"/>
          <w:sz w:val="24"/>
        </w:rPr>
      </w:r>
      <w:r>
        <w:rPr>
          <w:rFonts w:ascii="IM Fell English" w:hAnsi="IM Fell English"/>
          <w:color w:val="141414"/>
          <w:sz w:val="24"/>
        </w:rPr>
        <w:t>"I completely understand you feel a lot of anxiety, confused, and right now you have a thousand questions but please. Just let me take care of a few things and I'll tell you everything in the car on the way to your wife okay." Hartley said turning and facing David and trying to be as calm as possible.</w:t>
      </w:r>
      <w:r>
        <w:rPr>
          <w:rFonts w:ascii="IM Fell English" w:hAnsi="IM Fell English"/>
          <w:color w:val="141414"/>
          <w:sz w:val="24"/>
        </w:rPr>
      </w:r>
      <w:r>
        <w:rPr>
          <w:rFonts w:ascii="IM Fell English" w:hAnsi="IM Fell English"/>
          <w:color w:val="141414"/>
          <w:sz w:val="24"/>
        </w:rPr>
        <w:t>What could this possible have to do with Suzan he thought. After Hartley spoke to a few people about SWAT she was heading to the Police Station's carpark to her car.</w:t>
      </w:r>
      <w:r>
        <w:rPr>
          <w:rFonts w:ascii="IM Fell English" w:hAnsi="IM Fell English"/>
          <w:color w:val="141414"/>
          <w:sz w:val="24"/>
        </w:rPr>
      </w:r>
      <w:r>
        <w:rPr>
          <w:rFonts w:ascii="IM Fell English" w:hAnsi="IM Fell English"/>
          <w:color w:val="141414"/>
          <w:sz w:val="24"/>
        </w:rPr>
        <w:t>As soon as they pulled out Hartley began telling David the truth.</w:t>
      </w:r>
      <w:r>
        <w:rPr>
          <w:rFonts w:ascii="IM Fell English" w:hAnsi="IM Fell English"/>
          <w:color w:val="141414"/>
          <w:sz w:val="24"/>
        </w:rPr>
      </w:r>
      <w:r>
        <w:rPr>
          <w:rFonts w:ascii="IM Fell English" w:hAnsi="IM Fell English"/>
          <w:color w:val="141414"/>
          <w:sz w:val="24"/>
        </w:rPr>
        <w:t>"David. Portland has harbored a serial killer for past seventeen years now. Only six people know this and no one has been able to solve it." A light rain began to fall. Hartley turned on the wipers.</w:t>
      </w:r>
      <w:r>
        <w:rPr>
          <w:rFonts w:ascii="IM Fell English" w:hAnsi="IM Fell English"/>
          <w:color w:val="141414"/>
          <w:sz w:val="24"/>
        </w:rPr>
      </w:r>
      <w:r>
        <w:rPr>
          <w:rFonts w:ascii="IM Fell English" w:hAnsi="IM Fell English"/>
          <w:color w:val="141414"/>
          <w:sz w:val="24"/>
        </w:rPr>
        <w:t>"This serial killer has claimed nine lives, ten if we don't find Officer Maxine by sunrise." said Hartley, her voice somber at the prospect they wouldn't find her in time.</w:t>
      </w:r>
      <w:r>
        <w:rPr>
          <w:rFonts w:ascii="IM Fell English" w:hAnsi="IM Fell English"/>
          <w:color w:val="141414"/>
          <w:sz w:val="24"/>
        </w:rPr>
      </w:r>
      <w:r>
        <w:rPr>
          <w:rFonts w:ascii="IM Fell English" w:hAnsi="IM Fell English"/>
          <w:color w:val="141414"/>
          <w:sz w:val="24"/>
        </w:rPr>
        <w:t>"What's this got to do with me. With Suzan?" pleaded David.</w:t>
      </w:r>
      <w:r>
        <w:rPr>
          <w:rFonts w:ascii="IM Fell English" w:hAnsi="IM Fell English"/>
          <w:color w:val="141414"/>
          <w:sz w:val="24"/>
        </w:rPr>
      </w:r>
      <w:r>
        <w:rPr>
          <w:rFonts w:ascii="IM Fell English" w:hAnsi="IM Fell English"/>
          <w:color w:val="141414"/>
          <w:sz w:val="24"/>
        </w:rPr>
        <w:t>"I'm sure if you put two and two together about the striking resemblance. Officer Maxine who has been under cover in Portland now for almost 2 weeks. The reason she looks, the way she looks is because every victim has been an almost twin replica of each other. This is what our serial killer looks for in his victims for reasons unknown. This makes your wife, a very real target for the serial killer" said Hartley.</w:t>
      </w:r>
      <w:r>
        <w:rPr>
          <w:rFonts w:ascii="IM Fell English" w:hAnsi="IM Fell English"/>
          <w:color w:val="141414"/>
          <w:sz w:val="24"/>
        </w:rPr>
      </w:r>
      <w:r>
        <w:rPr>
          <w:rFonts w:ascii="IM Fell English" w:hAnsi="IM Fell English"/>
          <w:color w:val="141414"/>
          <w:sz w:val="24"/>
        </w:rPr>
        <w:t>"You mean this serial killer could be stalking Suzan right now" asked David feeling the gravity of the situation. Grabbing his mobile phone he called Suzan in desperation and panic.</w:t>
      </w:r>
      <w:r>
        <w:rPr>
          <w:rFonts w:ascii="IM Fell English" w:hAnsi="IM Fell English"/>
          <w:color w:val="141414"/>
          <w:sz w:val="24"/>
        </w:rPr>
      </w:r>
      <w:r>
        <w:rPr>
          <w:rFonts w:ascii="IM Fell English" w:hAnsi="IM Fell English"/>
          <w:color w:val="141414"/>
          <w:sz w:val="24"/>
        </w:rPr>
        <w:t>"Come on come on. Pick up honey" he kept repeating. Fear echoing in every word. The phone rang out. David stared at Hartley in fear.</w:t>
      </w:r>
      <w:r>
        <w:rPr>
          <w:rFonts w:ascii="IM Fell English" w:hAnsi="IM Fell English"/>
          <w:color w:val="141414"/>
          <w:sz w:val="24"/>
        </w:rPr>
      </w:r>
      <w:r>
        <w:rPr>
          <w:rFonts w:ascii="IM Fell English" w:hAnsi="IM Fell English"/>
          <w:color w:val="141414"/>
          <w:sz w:val="24"/>
        </w:rPr>
        <w:t>"Does she take her phone to the toilet? She could be asleep and its on mute David. Just keep trying and don't stop" replied Hartley as she accelerated even more. Fear and dread gnawed at her stomach.</w:t>
      </w:r>
      <w:r>
        <w:rPr>
          <w:rFonts w:ascii="IM Fell English" w:hAnsi="IM Fell English"/>
          <w:color w:val="141414"/>
          <w:sz w:val="24"/>
        </w:rPr>
      </w:r>
      <w:r>
        <w:rPr>
          <w:rFonts w:ascii="IM Fell English" w:hAnsi="IM Fell English"/>
          <w:color w:val="141414"/>
          <w:sz w:val="24"/>
        </w:rPr>
        <w:t>Hartley's phone rang and she pressed the answer button on her steering wheel.</w:t>
      </w:r>
      <w:r>
        <w:rPr>
          <w:rFonts w:ascii="IM Fell English" w:hAnsi="IM Fell English"/>
          <w:color w:val="141414"/>
          <w:sz w:val="24"/>
        </w:rPr>
      </w:r>
      <w:r>
        <w:rPr>
          <w:rFonts w:ascii="IM Fell English" w:hAnsi="IM Fell English"/>
          <w:color w:val="141414"/>
          <w:sz w:val="24"/>
        </w:rPr>
        <w:t>"Hartley" she spoke.</w:t>
      </w:r>
      <w:r>
        <w:rPr>
          <w:rFonts w:ascii="IM Fell English" w:hAnsi="IM Fell English"/>
          <w:color w:val="141414"/>
          <w:sz w:val="24"/>
        </w:rPr>
      </w:r>
      <w:r>
        <w:rPr>
          <w:rFonts w:ascii="IM Fell English" w:hAnsi="IM Fell English"/>
          <w:color w:val="141414"/>
          <w:sz w:val="24"/>
        </w:rPr>
        <w:t>"It's O'Neil." His voice was barely a whisper. Hartley heard him clear his throat as he spoke "SWAT just called. They located Briggs and Maxine. Neither of them were alive"</w:t>
      </w:r>
      <w:r>
        <w:rPr>
          <w:rFonts w:ascii="IM Fell English" w:hAnsi="IM Fell English"/>
          <w:color w:val="141414"/>
          <w:sz w:val="24"/>
        </w:rPr>
      </w:r>
      <w:r>
        <w:rPr>
          <w:rFonts w:ascii="IM Fell English" w:hAnsi="IM Fell English"/>
          <w:color w:val="141414"/>
          <w:sz w:val="24"/>
        </w:rPr>
        <w:t>"oh god" Hartley choked out. Tears began to run down her face.</w:t>
      </w:r>
      <w:r>
        <w:rPr>
          <w:rFonts w:ascii="IM Fell English" w:hAnsi="IM Fell English"/>
          <w:color w:val="141414"/>
          <w:sz w:val="24"/>
        </w:rPr>
      </w:r>
      <w:r>
        <w:rPr>
          <w:rFonts w:ascii="IM Fell English" w:hAnsi="IM Fell English"/>
          <w:color w:val="141414"/>
          <w:sz w:val="24"/>
        </w:rPr>
        <w:t>"They suspect Briggs found Maxine and it's likely she was still alive at the time which is why Briggs didn't call for assistance. He was likely trying to save her but John got the upper hand. I won't go into detail. You can read the report later. I've sent additional units to your location, David's house. They'll likely take about 25 mins which means you'll get there first. I want you to wait until back-up arrives before entering the house. If David's wife comes out, then that's great but no one enters. Do you understand me Hartley O'Neil said with clear authority and leaving no room for a miss-understanding.</w:t>
      </w:r>
      <w:r>
        <w:rPr>
          <w:rFonts w:ascii="IM Fell English" w:hAnsi="IM Fell English"/>
          <w:color w:val="141414"/>
          <w:sz w:val="24"/>
        </w:rPr>
      </w:r>
      <w:r>
        <w:rPr>
          <w:rFonts w:ascii="IM Fell English" w:hAnsi="IM Fell English"/>
          <w:color w:val="141414"/>
          <w:sz w:val="24"/>
        </w:rPr>
        <w:t>"Yes sir. Understood." replied Hartley and hung up.</w:t>
      </w:r>
      <w:r>
        <w:rPr>
          <w:rFonts w:ascii="IM Fell English" w:hAnsi="IM Fell English"/>
          <w:color w:val="141414"/>
          <w:sz w:val="24"/>
        </w:rPr>
      </w:r>
      <w:r>
        <w:rPr>
          <w:rFonts w:ascii="IM Fell English" w:hAnsi="IM Fell English"/>
          <w:color w:val="141414"/>
          <w:sz w:val="24"/>
        </w:rPr>
        <w:t>Three minutes later Hartley pulled up. She had barely turned off the engine before David launched out of the door screaming out "Susan."</w:t>
      </w:r>
      <w:r>
        <w:rPr>
          <w:rFonts w:ascii="IM Fell English" w:hAnsi="IM Fell English"/>
          <w:color w:val="141414"/>
          <w:sz w:val="24"/>
        </w:rPr>
      </w:r>
      <w:r>
        <w:rPr>
          <w:rFonts w:ascii="IM Fell English" w:hAnsi="IM Fell English"/>
          <w:color w:val="141414"/>
          <w:sz w:val="24"/>
        </w:rPr>
        <w:t>"David. Stop David" Hartley called out in a panic getting out her side of the car.</w:t>
      </w:r>
      <w:r>
        <w:rPr>
          <w:rFonts w:ascii="IM Fell English" w:hAnsi="IM Fell English"/>
          <w:color w:val="141414"/>
          <w:sz w:val="24"/>
        </w:rPr>
      </w:r>
      <w:r>
        <w:rPr>
          <w:rFonts w:ascii="IM Fell English" w:hAnsi="IM Fell English"/>
          <w:color w:val="141414"/>
          <w:sz w:val="24"/>
        </w:rPr>
        <w:t>"There is no fucking way I sitting out here if Suszn is in there and there's a fucking maniac on the lose who wants her fucking dead. Do you hear me?" David aggressively spat back of Hartley.</w:t>
      </w:r>
      <w:r>
        <w:rPr>
          <w:rFonts w:ascii="IM Fell English" w:hAnsi="IM Fell English"/>
          <w:color w:val="141414"/>
          <w:sz w:val="24"/>
        </w:rPr>
      </w:r>
      <w:r>
        <w:rPr>
          <w:rFonts w:ascii="IM Fell English" w:hAnsi="IM Fell English"/>
          <w:color w:val="141414"/>
          <w:sz w:val="24"/>
        </w:rPr>
        <w:t>Running to the front door and taking out the keys he unlocked the front door bursting inside.</w:t>
      </w:r>
      <w:r>
        <w:rPr>
          <w:rFonts w:ascii="IM Fell English" w:hAnsi="IM Fell English"/>
          <w:color w:val="141414"/>
          <w:sz w:val="24"/>
        </w:rPr>
      </w:r>
      <w:r>
        <w:rPr>
          <w:rFonts w:ascii="IM Fell English" w:hAnsi="IM Fell English"/>
          <w:color w:val="141414"/>
          <w:sz w:val="24"/>
        </w:rPr>
        <w:t>"SUZAN!" he yelled</w:t>
      </w:r>
      <w:r>
        <w:rPr>
          <w:rFonts w:ascii="IM Fell English" w:hAnsi="IM Fell English"/>
          <w:color w:val="141414"/>
          <w:sz w:val="24"/>
        </w:rPr>
      </w:r>
      <w:r>
        <w:rPr>
          <w:rFonts w:ascii="IM Fell English" w:hAnsi="IM Fell English"/>
          <w:color w:val="141414"/>
          <w:sz w:val="24"/>
        </w:rPr>
        <w:t>"SUZAN! SUZAN! Don't shoot its me David" he yelled just in case she had been asleep and he just woke her and she was confused by all the shouting.</w:t>
      </w:r>
      <w:r>
        <w:rPr>
          <w:rFonts w:ascii="IM Fell English" w:hAnsi="IM Fell English"/>
          <w:color w:val="141414"/>
          <w:sz w:val="24"/>
        </w:rPr>
      </w:r>
      <w:r>
        <w:rPr>
          <w:rFonts w:ascii="IM Fell English" w:hAnsi="IM Fell English"/>
          <w:color w:val="141414"/>
          <w:sz w:val="24"/>
        </w:rPr>
        <w:t>David took two steps at a time up stairs in absolute terror and panic.</w:t>
      </w:r>
      <w:r>
        <w:rPr>
          <w:rFonts w:ascii="IM Fell English" w:hAnsi="IM Fell English"/>
          <w:color w:val="141414"/>
          <w:sz w:val="24"/>
        </w:rPr>
      </w:r>
      <w:r>
        <w:rPr>
          <w:rFonts w:ascii="IM Fell English" w:hAnsi="IM Fell English"/>
          <w:color w:val="141414"/>
          <w:sz w:val="24"/>
        </w:rPr>
        <w:t>"SUZAN!" he yelled.</w:t>
      </w:r>
      <w:r>
        <w:rPr>
          <w:rFonts w:ascii="IM Fell English" w:hAnsi="IM Fell English"/>
          <w:color w:val="141414"/>
          <w:sz w:val="24"/>
        </w:rPr>
      </w:r>
      <w:r>
        <w:rPr>
          <w:rFonts w:ascii="IM Fell English" w:hAnsi="IM Fell English"/>
          <w:color w:val="141414"/>
          <w:sz w:val="24"/>
        </w:rPr>
        <w:t>David ran down the stairs and saw Hartley standing there.</w:t>
      </w:r>
      <w:r>
        <w:rPr>
          <w:rFonts w:ascii="IM Fell English" w:hAnsi="IM Fell English"/>
          <w:color w:val="141414"/>
          <w:sz w:val="24"/>
        </w:rPr>
      </w:r>
      <w:r>
        <w:rPr>
          <w:rFonts w:ascii="IM Fell English" w:hAnsi="IM Fell English"/>
          <w:color w:val="141414"/>
          <w:sz w:val="24"/>
        </w:rPr>
        <w:t>On the floor was a small smear of blood along with Suzan'smobile phone and 9mm Smith and Weston. A small kitten was sitting on the table next to and over turned bread basket and pieces of deli meat.</w:t>
      </w:r>
      <w:r>
        <w:rPr>
          <w:rFonts w:ascii="IM Fell English" w:hAnsi="IM Fell English"/>
          <w:color w:val="141414"/>
          <w:sz w:val="24"/>
        </w:rPr>
      </w:r>
      <w:r>
        <w:rPr>
          <w:rFonts w:ascii="IM Fell English" w:hAnsi="IM Fell English"/>
          <w:color w:val="141414"/>
          <w:sz w:val="24"/>
        </w:rPr>
        <w:t>"What does this mean?" asked David</w:t>
      </w:r>
      <w:r>
        <w:rPr>
          <w:rFonts w:ascii="IM Fell English" w:hAnsi="IM Fell English"/>
          <w:color w:val="141414"/>
          <w:sz w:val="24"/>
        </w:rPr>
      </w:r>
      <w:r>
        <w:rPr>
          <w:rFonts w:ascii="IM Fell English" w:hAnsi="IM Fell English"/>
          <w:color w:val="141414"/>
          <w:sz w:val="24"/>
        </w:rPr>
        <w:t>He scream "Hartley. What the fuck does this mean?" grabbing her arm and shaking her.</w:t>
      </w:r>
      <w:r>
        <w:rPr>
          <w:rFonts w:ascii="IM Fell English" w:hAnsi="IM Fell English"/>
          <w:color w:val="141414"/>
          <w:sz w:val="24"/>
        </w:rPr>
      </w:r>
      <w:r>
        <w:rPr>
          <w:rFonts w:ascii="IM Fell English" w:hAnsi="IM Fell English"/>
          <w:color w:val="141414"/>
          <w:sz w:val="24"/>
        </w:rPr>
        <w:t>Hartley focused and looked at David.</w:t>
      </w:r>
      <w:r>
        <w:rPr>
          <w:rFonts w:ascii="IM Fell English" w:hAnsi="IM Fell English"/>
          <w:color w:val="141414"/>
          <w:sz w:val="24"/>
        </w:rPr>
      </w:r>
      <w:r>
        <w:rPr>
          <w:rFonts w:ascii="IM Fell English" w:hAnsi="IM Fell English"/>
          <w:color w:val="141414"/>
          <w:sz w:val="24"/>
        </w:rPr>
        <w:t>"I...I...I don't know. I think John has her?" Hartley's head was swimming. She couldn't comprehend how everything had gone wrong.</w:t>
      </w:r>
      <w:r>
        <w:rPr>
          <w:rFonts w:ascii="IM Fell English" w:hAnsi="IM Fell English"/>
          <w:color w:val="141414"/>
          <w:sz w:val="24"/>
        </w:rPr>
      </w:r>
      <w:r>
        <w:rPr>
          <w:rFonts w:ascii="IM Fell English" w:hAnsi="IM Fell English"/>
          <w:color w:val="141414"/>
          <w:sz w:val="24"/>
        </w:rPr>
        <w:t>Marcus, Maxine, Briggs.</w:t>
      </w:r>
      <w:r>
        <w:rPr>
          <w:rFonts w:ascii="IM Fell English" w:hAnsi="IM Fell English"/>
          <w:color w:val="141414"/>
          <w:sz w:val="24"/>
        </w:rPr>
      </w:r>
      <w:r>
        <w:rPr>
          <w:rFonts w:ascii="IM Fell English" w:hAnsi="IM Fell English"/>
          <w:color w:val="141414"/>
          <w:sz w:val="24"/>
        </w:rPr>
        <w:t>All Gone.</w:t>
      </w:r>
      <w:r>
        <w:rPr>
          <w:rFonts w:ascii="IM Fell English" w:hAnsi="IM Fell English"/>
          <w:color w:val="141414"/>
          <w:sz w:val="24"/>
        </w:rPr>
      </w:r>
      <w:r>
        <w:rPr>
          <w:rFonts w:ascii="IM Fell English" w:hAnsi="IM Fell English"/>
          <w:color w:val="141414"/>
          <w:sz w:val="24"/>
        </w:rPr>
        <w:t>Then by some sadistic twist of fate. David's wife who was due to give birth in five days had been stalked and taken by this killer. This ghost of a killer that seemed an impossible force to stopped. To be captured. Who had out witted everyone for twenty years.</w:t>
      </w:r>
      <w:r>
        <w:rPr>
          <w:rFonts w:ascii="IM Fell English" w:hAnsi="IM Fell English"/>
          <w:color w:val="141414"/>
          <w:sz w:val="24"/>
        </w:rPr>
      </w:r>
      <w:r>
        <w:rPr>
          <w:rFonts w:ascii="IM Fell English" w:hAnsi="IM Fell English"/>
          <w:color w:val="141414"/>
          <w:sz w:val="24"/>
        </w:rPr>
        <w:t>"Hartley" David yelled, yanking Hartley back to the present again.</w:t>
      </w:r>
      <w:r>
        <w:rPr>
          <w:rFonts w:ascii="IM Fell English" w:hAnsi="IM Fell English"/>
          <w:color w:val="141414"/>
          <w:sz w:val="24"/>
        </w:rPr>
      </w:r>
      <w:r>
        <w:rPr>
          <w:rFonts w:ascii="IM Fell English" w:hAnsi="IM Fell English"/>
          <w:color w:val="141414"/>
          <w:sz w:val="24"/>
        </w:rPr>
        <w:t>"Why Suzan? What does she mean to him? Where would her take if he didn't want to just kill her when he had her in the house? Hartley think? Fucking get a grip and think?" David was panic stricken and yelling at Hartley.</w:t>
      </w:r>
      <w:r>
        <w:rPr>
          <w:rFonts w:ascii="IM Fell English" w:hAnsi="IM Fell English"/>
          <w:color w:val="141414"/>
          <w:sz w:val="24"/>
        </w:rPr>
      </w:r>
      <w:r>
        <w:rPr>
          <w:rFonts w:ascii="IM Fell English" w:hAnsi="IM Fell English"/>
          <w:color w:val="141414"/>
          <w:sz w:val="24"/>
        </w:rPr>
        <w:t>Her mind was just a swirling vortex of information as she struggled to put the thoughts together in her mind "The victims. Their all the same. They all have some meaning. Someone he knew. Someone who hurt him. He's tortured and compelled to kill them. Each kill he's removed their entire reproductive organs."</w:t>
      </w:r>
      <w:r>
        <w:rPr>
          <w:rFonts w:ascii="IM Fell English" w:hAnsi="IM Fell English"/>
          <w:color w:val="141414"/>
          <w:sz w:val="24"/>
        </w:rPr>
      </w:r>
      <w:r>
        <w:rPr>
          <w:rFonts w:ascii="IM Fell English" w:hAnsi="IM Fell English"/>
          <w:color w:val="141414"/>
          <w:sz w:val="24"/>
        </w:rPr>
        <w:t>"Oh my fucking god?" was a whisper that escaped David's lips. Shear terror over what this killer might do to Susan and their unborn child.</w:t>
      </w:r>
      <w:r>
        <w:rPr>
          <w:rFonts w:ascii="IM Fell English" w:hAnsi="IM Fell English"/>
          <w:color w:val="141414"/>
          <w:sz w:val="24"/>
        </w:rPr>
      </w:r>
      <w:r>
        <w:rPr>
          <w:rFonts w:ascii="IM Fell English" w:hAnsi="IM Fell English"/>
          <w:color w:val="141414"/>
          <w:sz w:val="24"/>
        </w:rPr>
        <w:t>"Hartley please...I'm begging you please?" Tears began streaming down his cheeks.</w:t>
      </w:r>
      <w:r>
        <w:rPr>
          <w:rFonts w:ascii="IM Fell English" w:hAnsi="IM Fell English"/>
          <w:color w:val="141414"/>
          <w:sz w:val="24"/>
        </w:rPr>
      </w:r>
      <w:r>
        <w:rPr>
          <w:rFonts w:ascii="IM Fell English" w:hAnsi="IM Fell English"/>
          <w:color w:val="141414"/>
          <w:sz w:val="24"/>
        </w:rPr>
        <w:t>"How do we find Suzan and my baby?" asked David feeling reality around him shatter into a thousand pieces.</w:t>
      </w:r>
      <w:r>
        <w:rPr>
          <w:rFonts w:ascii="IM Fell English" w:hAnsi="IM Fell English"/>
          <w:color w:val="141414"/>
          <w:sz w:val="24"/>
        </w:rPr>
      </w:r>
      <w:r>
        <w:rPr>
          <w:rFonts w:ascii="IM Fell English" w:hAnsi="IM Fell English"/>
          <w:color w:val="141414"/>
          <w:sz w:val="24"/>
        </w:rPr>
        <w:t>"um...um...Susan's pregnant. She's the first with child. All other victims had never had a child. This makes Susan different. John can't go home. He knows we know. He's killed three police officers so he knows he has the entire Portland department searching for him and every road, dirt road and bike track has been sealed off by police making t impossible to leave. So where would he take Suzan knowing he can't leave?" Hartley was pacing. Frantic.</w:t>
      </w:r>
      <w:r>
        <w:rPr>
          <w:rFonts w:ascii="IM Fell English" w:hAnsi="IM Fell English"/>
          <w:color w:val="141414"/>
          <w:sz w:val="24"/>
        </w:rPr>
      </w:r>
      <w:r>
        <w:rPr>
          <w:rFonts w:ascii="IM Fell English" w:hAnsi="IM Fell English"/>
          <w:color w:val="141414"/>
          <w:sz w:val="24"/>
        </w:rPr>
        <w:t>"Hartley!" David pleaded</w:t>
      </w:r>
      <w:r>
        <w:rPr>
          <w:rFonts w:ascii="IM Fell English" w:hAnsi="IM Fell English"/>
          <w:color w:val="141414"/>
          <w:sz w:val="24"/>
        </w:rPr>
      </w:r>
      <w:r>
        <w:rPr>
          <w:rFonts w:ascii="IM Fell English" w:hAnsi="IM Fell English"/>
          <w:color w:val="141414"/>
          <w:sz w:val="24"/>
        </w:rPr>
        <w:t>"I"M FUCKING TRYING! Please just let me think!" Hartley screamed out.</w:t>
      </w:r>
      <w:r>
        <w:rPr>
          <w:rFonts w:ascii="IM Fell English" w:hAnsi="IM Fell English"/>
          <w:color w:val="141414"/>
          <w:sz w:val="24"/>
        </w:rPr>
      </w:r>
      <w:r>
        <w:rPr>
          <w:rFonts w:ascii="IM Fell English" w:hAnsi="IM Fell English"/>
          <w:color w:val="141414"/>
          <w:sz w:val="24"/>
        </w:rPr>
        <w:t>"Where would he take Suzan. Someone with child. A woman who has a significant psychological connection with John. What would he do with her? Where haven't we looked?"</w:t>
      </w:r>
      <w:r>
        <w:rPr>
          <w:rFonts w:ascii="IM Fell English" w:hAnsi="IM Fell English"/>
          <w:color w:val="141414"/>
          <w:sz w:val="24"/>
        </w:rPr>
      </w:r>
      <w:r>
        <w:rPr>
          <w:rFonts w:ascii="IM Fell English" w:hAnsi="IM Fell English"/>
          <w:color w:val="141414"/>
          <w:sz w:val="24"/>
        </w:rPr>
        <w:t>She stopped mid stride.</w:t>
      </w:r>
      <w:r>
        <w:rPr>
          <w:rFonts w:ascii="IM Fell English" w:hAnsi="IM Fell English"/>
          <w:color w:val="141414"/>
          <w:sz w:val="24"/>
        </w:rPr>
      </w:r>
      <w:r>
        <w:rPr>
          <w:rFonts w:ascii="IM Fell English" w:hAnsi="IM Fell English"/>
          <w:color w:val="141414"/>
          <w:sz w:val="24"/>
        </w:rPr>
        <w:t>"Move!" was all she said as she ran for the front door to the car, David two steps behind.</w:t>
      </w:r>
      <w:r>
        <w:rPr>
          <w:rFonts w:ascii="IM Fell English" w:hAnsi="IM Fell English"/>
          <w:color w:val="141414"/>
          <w:sz w:val="24"/>
        </w:rPr>
      </w:r>
    </w:p>
    <w:p>
      <w:pPr>
        <w:pStyle w:val="Heading1"/>
        <w:jc w:val="center"/>
      </w:pPr>
      <w:r>
        <w:rPr>
          <w:rFonts w:ascii="IM Fell English" w:hAnsi="IM Fell English"/>
          <w:color w:val="0D0D0D"/>
        </w:rPr>
        <w:t>Chapter 32</w:t>
      </w:r>
    </w:p>
    <w:p>
      <w:r>
        <w:rPr>
          <w:rFonts w:ascii="IM Fell English" w:hAnsi="IM Fell English"/>
          <w:color w:val="141414"/>
          <w:sz w:val="24"/>
        </w:rPr>
      </w:r>
      <w:r>
        <w:rPr>
          <w:rFonts w:ascii="IM Fell English" w:hAnsi="IM Fell English"/>
          <w:color w:val="141414"/>
          <w:sz w:val="24"/>
        </w:rPr>
        <w:t>The rain poured down, drenching John and Suzan as he carefully placed her unconscious pregnant body on a mattress in his mother's bedroom. The house was now a scene of destruction and chaos. The front door hung off its hinges, the kitchen was a burnt-out mess, and the walls were charred with a gaping hole. Broken boards and exposed beams littered the floor, while the front of the house was a ghostly, charred shell with a collapsed roof.</w:t>
      </w:r>
      <w:r>
        <w:rPr>
          <w:rFonts w:ascii="IM Fell English" w:hAnsi="IM Fell English"/>
          <w:color w:val="141414"/>
          <w:sz w:val="24"/>
        </w:rPr>
      </w:r>
      <w:r>
        <w:rPr>
          <w:rFonts w:ascii="IM Fell English" w:hAnsi="IM Fell English"/>
          <w:color w:val="141414"/>
          <w:sz w:val="24"/>
        </w:rPr>
        <w:t>The rain added to the gloom, making the scene even more desolate. The charred walls and missing parts of the house were a stark reminder of the tragedy that had taken place.</w:t>
      </w:r>
      <w:r>
        <w:rPr>
          <w:rFonts w:ascii="IM Fell English" w:hAnsi="IM Fell English"/>
          <w:color w:val="141414"/>
          <w:sz w:val="24"/>
        </w:rPr>
      </w:r>
      <w:r>
        <w:rPr>
          <w:rFonts w:ascii="IM Fell English" w:hAnsi="IM Fell English"/>
          <w:color w:val="141414"/>
          <w:sz w:val="24"/>
        </w:rPr>
        <w:t>The weight pressed John to his knee's.</w:t>
      </w:r>
      <w:r>
        <w:rPr>
          <w:rFonts w:ascii="IM Fell English" w:hAnsi="IM Fell English"/>
          <w:color w:val="141414"/>
          <w:sz w:val="24"/>
        </w:rPr>
      </w:r>
      <w:r>
        <w:rPr>
          <w:rFonts w:ascii="IM Fell English" w:hAnsi="IM Fell English"/>
          <w:color w:val="141414"/>
          <w:sz w:val="24"/>
        </w:rPr>
        <w:t>John's trembling hands reached out to touch the charred walls, his fingers tracing the familiar cracks and crevices. They brought back memories of a childhood filled with pain and suffering.</w:t>
      </w:r>
      <w:r>
        <w:rPr>
          <w:rFonts w:ascii="IM Fell English" w:hAnsi="IM Fell English"/>
          <w:color w:val="141414"/>
          <w:sz w:val="24"/>
        </w:rPr>
      </w:r>
      <w:r>
        <w:rPr>
          <w:rFonts w:ascii="IM Fell English" w:hAnsi="IM Fell English"/>
          <w:color w:val="141414"/>
          <w:sz w:val="24"/>
        </w:rPr>
        <w:t>The coarse, unforgiving surface of the walls mirrored the cruel pronouncements that had scarred his childhood, each syllable a poisoned dart launched by his mother's insatiable cravings. John's eyelids fell, and the crushing weight of his burden to never become his mother's play-thing settled upon him anew—the crushing legacy of his mother's transgressions, her deceitfulness, her devastating decisions that haunted John to this very day.</w:t>
      </w:r>
      <w:r>
        <w:rPr>
          <w:rFonts w:ascii="IM Fell English" w:hAnsi="IM Fell English"/>
          <w:color w:val="141414"/>
          <w:sz w:val="24"/>
        </w:rPr>
      </w:r>
      <w:r>
        <w:rPr>
          <w:rFonts w:ascii="IM Fell English" w:hAnsi="IM Fell English"/>
          <w:color w:val="141414"/>
          <w:sz w:val="24"/>
        </w:rPr>
        <w:t>The home may be gone, but the scars on John's heart remained, a constant reminder of the price he had paid for his mother's addiction. The pain and suffering endured at the hands of many sadistic men behind closed walls. The screams he emitted only to be met with the increased sounds of blaring music to drown him out.</w:t>
      </w:r>
      <w:r>
        <w:rPr>
          <w:rFonts w:ascii="IM Fell English" w:hAnsi="IM Fell English"/>
          <w:color w:val="141414"/>
          <w:sz w:val="24"/>
        </w:rPr>
      </w:r>
      <w:r>
        <w:rPr>
          <w:rFonts w:ascii="IM Fell English" w:hAnsi="IM Fell English"/>
          <w:color w:val="141414"/>
          <w:sz w:val="24"/>
        </w:rPr>
        <w:t>The crushing weight of his own damnation pressed down, a physical burden that squeezed the air from his lungs, a black hole sucking the light from his eyes. The taste of ash and despair coated his tongue, a bitter testament to the years of torment. John’s knuckles, bone-white against the bruised purple of his clenched fists, cracked as he hauled himself to his feet. A tremor ran through him, not of fear, but of incandescent rage, a furnace stoked by decades of betrayal and self-loathing.</w:t>
      </w:r>
      <w:r>
        <w:rPr>
          <w:rFonts w:ascii="IM Fell English" w:hAnsi="IM Fell English"/>
          <w:color w:val="141414"/>
          <w:sz w:val="24"/>
        </w:rPr>
      </w:r>
      <w:r>
        <w:rPr>
          <w:rFonts w:ascii="IM Fell English" w:hAnsi="IM Fell English"/>
          <w:color w:val="141414"/>
          <w:sz w:val="24"/>
        </w:rPr>
        <w:t>His cry was not merely a scream, it was a seismic rupture, a guttural roar that ripped through the very fabric of the silence, shattering the stillness with the raw agony of a soul laid bare.</w:t>
      </w:r>
      <w:r>
        <w:rPr>
          <w:rFonts w:ascii="IM Fell English" w:hAnsi="IM Fell English"/>
          <w:color w:val="141414"/>
          <w:sz w:val="24"/>
        </w:rPr>
      </w:r>
      <w:r>
        <w:rPr>
          <w:rFonts w:ascii="IM Fell English" w:hAnsi="IM Fell English"/>
          <w:color w:val="141414"/>
          <w:sz w:val="24"/>
        </w:rPr>
        <w:t>"YOU SHALL NOT HAVE ME!" he bellowed, the words spitting from his lips like venom, each syllable a testament to his defiant, and un-broken will to survive.</w:t>
      </w:r>
      <w:r>
        <w:rPr>
          <w:rFonts w:ascii="IM Fell English" w:hAnsi="IM Fell English"/>
          <w:color w:val="141414"/>
          <w:sz w:val="24"/>
        </w:rPr>
      </w:r>
      <w:r>
        <w:rPr>
          <w:rFonts w:ascii="IM Fell English" w:hAnsi="IM Fell English"/>
          <w:color w:val="141414"/>
          <w:sz w:val="24"/>
        </w:rPr>
        <w:t>His eyes, twin pools of molten defiance, blazed with the fierce, desperate light of a man refusing to surrender to the abyss that clawed at his sanity.</w:t>
      </w:r>
      <w:r>
        <w:rPr>
          <w:rFonts w:ascii="IM Fell English" w:hAnsi="IM Fell English"/>
          <w:color w:val="141414"/>
          <w:sz w:val="24"/>
        </w:rPr>
      </w:r>
      <w:r>
        <w:rPr>
          <w:rFonts w:ascii="IM Fell English" w:hAnsi="IM Fell English"/>
          <w:color w:val="141414"/>
          <w:sz w:val="24"/>
        </w:rPr>
        <w:t>Suzan moaned and stirred. Looking down at her he took a weathered black book from his back pocket and searched for the paragraph he needed to say. This was going to change everything. After tonight she would never return. He would be spared and when his death finally came, he knew his soul would be free from his mother.</w:t>
      </w:r>
      <w:r>
        <w:rPr>
          <w:rFonts w:ascii="IM Fell English" w:hAnsi="IM Fell English"/>
          <w:color w:val="141414"/>
          <w:sz w:val="24"/>
        </w:rPr>
      </w:r>
      <w:r>
        <w:rPr>
          <w:rFonts w:ascii="IM Fell English" w:hAnsi="IM Fell English"/>
          <w:color w:val="141414"/>
          <w:sz w:val="24"/>
        </w:rPr>
        <w:t>Steadying his heart, slowing his breath - he read:</w:t>
      </w:r>
      <w:r>
        <w:rPr>
          <w:rFonts w:ascii="IM Fell English" w:hAnsi="IM Fell English"/>
          <w:color w:val="141414"/>
          <w:sz w:val="24"/>
        </w:rPr>
      </w:r>
      <w:r>
        <w:rPr>
          <w:rFonts w:ascii="IM Fell English" w:hAnsi="IM Fell English"/>
          <w:i/>
          <w:color w:val="141414"/>
          <w:sz w:val="24"/>
        </w:rPr>
        <w:t>Invoking the formidable might of Saint Cyprian</w:t>
      </w:r>
      <w:r>
        <w:rPr>
          <w:rFonts w:ascii="IM Fell English" w:hAnsi="IM Fell English"/>
          <w:color w:val="141414"/>
          <w:sz w:val="24"/>
        </w:rPr>
      </w:r>
      <w:r>
        <w:rPr>
          <w:rFonts w:ascii="IM Fell English" w:hAnsi="IM Fell English"/>
          <w:i/>
          <w:color w:val="141414"/>
          <w:sz w:val="24"/>
        </w:rPr>
        <w:t>and the thirteen infernal spirits sworn to his shadow,</w:t>
      </w:r>
      <w:r>
        <w:rPr>
          <w:rFonts w:ascii="IM Fell English" w:hAnsi="IM Fell English"/>
          <w:color w:val="141414"/>
          <w:sz w:val="24"/>
        </w:rPr>
      </w:r>
      <w:r>
        <w:rPr>
          <w:rFonts w:ascii="IM Fell English" w:hAnsi="IM Fell English"/>
          <w:i/>
          <w:color w:val="141414"/>
          <w:sz w:val="24"/>
        </w:rPr>
        <w:t>I demand retribution against my nemesis,</w:t>
      </w:r>
      <w:r>
        <w:rPr>
          <w:rFonts w:ascii="IM Fell English" w:hAnsi="IM Fell English"/>
          <w:color w:val="141414"/>
          <w:sz w:val="24"/>
        </w:rPr>
      </w:r>
      <w:r>
        <w:rPr>
          <w:rFonts w:ascii="IM Fell English" w:hAnsi="IM Fell English"/>
          <w:i/>
          <w:color w:val="141414"/>
          <w:sz w:val="24"/>
        </w:rPr>
        <w:t>my own mother.</w:t>
      </w:r>
      <w:r>
        <w:rPr>
          <w:rFonts w:ascii="IM Fell English" w:hAnsi="IM Fell English"/>
          <w:color w:val="141414"/>
          <w:sz w:val="24"/>
        </w:rPr>
      </w:r>
      <w:r>
        <w:rPr>
          <w:rFonts w:ascii="IM Fell English" w:hAnsi="IM Fell English"/>
          <w:i/>
          <w:color w:val="141414"/>
          <w:sz w:val="24"/>
        </w:rPr>
        <w:t>She sought my annihilation,</w:t>
      </w:r>
      <w:r>
        <w:rPr>
          <w:rFonts w:ascii="IM Fell English" w:hAnsi="IM Fell English"/>
          <w:color w:val="141414"/>
          <w:sz w:val="24"/>
        </w:rPr>
      </w:r>
      <w:r>
        <w:rPr>
          <w:rFonts w:ascii="IM Fell English" w:hAnsi="IM Fell English"/>
          <w:i/>
          <w:color w:val="141414"/>
          <w:sz w:val="24"/>
        </w:rPr>
        <w:t>yet I have risen triumphant.</w:t>
      </w:r>
      <w:r>
        <w:rPr>
          <w:rFonts w:ascii="IM Fell English" w:hAnsi="IM Fell English"/>
          <w:color w:val="141414"/>
          <w:sz w:val="24"/>
        </w:rPr>
      </w:r>
      <w:r>
        <w:rPr>
          <w:rFonts w:ascii="IM Fell English" w:hAnsi="IM Fell English"/>
          <w:i/>
          <w:color w:val="141414"/>
          <w:sz w:val="24"/>
        </w:rPr>
        <w:t>Driven by the sacrifice of the black goat,</w:t>
      </w:r>
      <w:r>
        <w:rPr>
          <w:rFonts w:ascii="IM Fell English" w:hAnsi="IM Fell English"/>
          <w:color w:val="141414"/>
          <w:sz w:val="24"/>
        </w:rPr>
      </w:r>
      <w:r>
        <w:rPr>
          <w:rFonts w:ascii="IM Fell English" w:hAnsi="IM Fell English"/>
          <w:i/>
          <w:color w:val="141414"/>
          <w:sz w:val="24"/>
        </w:rPr>
        <w:t>I beseech you:</w:t>
      </w:r>
      <w:r>
        <w:rPr>
          <w:rFonts w:ascii="IM Fell English" w:hAnsi="IM Fell English"/>
          <w:color w:val="141414"/>
          <w:sz w:val="24"/>
        </w:rPr>
      </w:r>
      <w:r>
        <w:rPr>
          <w:rFonts w:ascii="IM Fell English" w:hAnsi="IM Fell English"/>
          <w:i/>
          <w:color w:val="141414"/>
          <w:sz w:val="24"/>
        </w:rPr>
        <w:t>banish her from my life,</w:t>
      </w:r>
      <w:r>
        <w:rPr>
          <w:rFonts w:ascii="IM Fell English" w:hAnsi="IM Fell English"/>
          <w:color w:val="141414"/>
          <w:sz w:val="24"/>
        </w:rPr>
      </w:r>
      <w:r>
        <w:rPr>
          <w:rFonts w:ascii="IM Fell English" w:hAnsi="IM Fell English"/>
          <w:i/>
          <w:color w:val="141414"/>
          <w:sz w:val="24"/>
        </w:rPr>
        <w:t>plunge her into despair,</w:t>
      </w:r>
      <w:r>
        <w:rPr>
          <w:rFonts w:ascii="IM Fell English" w:hAnsi="IM Fell English"/>
          <w:color w:val="141414"/>
          <w:sz w:val="24"/>
        </w:rPr>
      </w:r>
      <w:r>
        <w:rPr>
          <w:rFonts w:ascii="IM Fell English" w:hAnsi="IM Fell English"/>
          <w:i/>
          <w:color w:val="141414"/>
          <w:sz w:val="24"/>
        </w:rPr>
        <w:t>and let her wander lost and desolate.</w:t>
      </w:r>
      <w:r>
        <w:rPr>
          <w:rFonts w:ascii="IM Fell English" w:hAnsi="IM Fell English"/>
          <w:color w:val="141414"/>
          <w:sz w:val="24"/>
        </w:rPr>
      </w:r>
      <w:r>
        <w:rPr>
          <w:rFonts w:ascii="IM Fell English" w:hAnsi="IM Fell English"/>
          <w:i/>
          <w:color w:val="141414"/>
          <w:sz w:val="24"/>
        </w:rPr>
        <w:t>May her suffering be protracted and agonizing.</w:t>
      </w:r>
      <w:r>
        <w:rPr>
          <w:rFonts w:ascii="IM Fell English" w:hAnsi="IM Fell English"/>
          <w:color w:val="141414"/>
          <w:sz w:val="24"/>
        </w:rPr>
      </w:r>
      <w:r>
        <w:rPr>
          <w:rFonts w:ascii="IM Fell English" w:hAnsi="IM Fell English"/>
          <w:i/>
          <w:color w:val="141414"/>
          <w:sz w:val="24"/>
        </w:rPr>
        <w:t>This decree, sealed in the blood of the infernal sacrifice,</w:t>
      </w:r>
      <w:r>
        <w:rPr>
          <w:rFonts w:ascii="IM Fell English" w:hAnsi="IM Fell English"/>
          <w:color w:val="141414"/>
          <w:sz w:val="24"/>
        </w:rPr>
      </w:r>
      <w:r>
        <w:rPr>
          <w:rFonts w:ascii="IM Fell English" w:hAnsi="IM Fell English"/>
          <w:i/>
          <w:color w:val="141414"/>
          <w:sz w:val="24"/>
        </w:rPr>
        <w:t>is irrevocable and immutable;</w:t>
      </w:r>
      <w:r>
        <w:rPr>
          <w:rFonts w:ascii="IM Fell English" w:hAnsi="IM Fell English"/>
          <w:color w:val="141414"/>
          <w:sz w:val="24"/>
        </w:rPr>
      </w:r>
      <w:r>
        <w:rPr>
          <w:rFonts w:ascii="IM Fell English" w:hAnsi="IM Fell English"/>
          <w:i/>
          <w:color w:val="141414"/>
          <w:sz w:val="24"/>
        </w:rPr>
        <w:t>none shall undo it.</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John's hand, clutching the gleaming blade, felt strangely purified by the insistent drumming of rain on his head. His mother, her unforgiving torment will soon have her lifeblood ebbing away, and would trouble him no longer. Her unborn child, his vessel to be reincarnate, the source of his terror, would be severed from the protection of her womb and annihilated.</w:t>
      </w:r>
      <w:r>
        <w:rPr>
          <w:rFonts w:ascii="IM Fell English" w:hAnsi="IM Fell English"/>
          <w:color w:val="141414"/>
          <w:sz w:val="24"/>
        </w:rPr>
      </w:r>
      <w:r>
        <w:rPr>
          <w:rFonts w:ascii="IM Fell English" w:hAnsi="IM Fell English"/>
          <w:color w:val="141414"/>
          <w:sz w:val="24"/>
        </w:rPr>
        <w:t>A chilling sense of liberation washed over him.</w:t>
      </w:r>
      <w:r>
        <w:rPr>
          <w:rFonts w:ascii="IM Fell English" w:hAnsi="IM Fell English"/>
          <w:color w:val="141414"/>
          <w:sz w:val="24"/>
        </w:rPr>
      </w:r>
      <w:r>
        <w:rPr>
          <w:rFonts w:ascii="IM Fell English" w:hAnsi="IM Fell English"/>
          <w:color w:val="141414"/>
          <w:sz w:val="24"/>
        </w:rPr>
        <w:t>"SUSAN!", pierced the night's stillness from beyond the walls. A terror-filled cry.</w:t>
      </w:r>
      <w:r>
        <w:rPr>
          <w:rFonts w:ascii="IM Fell English" w:hAnsi="IM Fell English"/>
          <w:color w:val="141414"/>
          <w:sz w:val="24"/>
        </w:rPr>
      </w:r>
      <w:r>
        <w:rPr>
          <w:rFonts w:ascii="IM Fell English" w:hAnsi="IM Fell English"/>
          <w:color w:val="141414"/>
          <w:sz w:val="24"/>
        </w:rPr>
        <w:t>John was instantly filled with rage.</w:t>
      </w:r>
      <w:r>
        <w:rPr>
          <w:rFonts w:ascii="IM Fell English" w:hAnsi="IM Fell English"/>
          <w:color w:val="141414"/>
          <w:sz w:val="24"/>
        </w:rPr>
      </w:r>
    </w:p>
    <w:p>
      <w:pPr>
        <w:pStyle w:val="Heading1"/>
        <w:jc w:val="center"/>
      </w:pPr>
      <w:r>
        <w:rPr>
          <w:rFonts w:ascii="IM Fell English" w:hAnsi="IM Fell English"/>
          <w:color w:val="0D0D0D"/>
        </w:rPr>
        <w:t>Chapter 33</w:t>
      </w:r>
    </w:p>
    <w:p>
      <w:r>
        <w:rPr>
          <w:rFonts w:ascii="IM Fell English" w:hAnsi="IM Fell English"/>
          <w:color w:val="141414"/>
          <w:sz w:val="24"/>
        </w:rPr>
      </w:r>
      <w:r>
        <w:rPr>
          <w:rFonts w:ascii="IM Fell English" w:hAnsi="IM Fell English"/>
          <w:color w:val="141414"/>
          <w:sz w:val="24"/>
        </w:rPr>
        <w:t>Rain lashed against the windshield as Hartley gripped the wheel, her features drawn tight with a grim determination born of fear and anticipation. The destination gnawed at her, a dreadful uncertainty clinging to the miles blurring past.</w:t>
      </w:r>
      <w:r>
        <w:rPr>
          <w:rFonts w:ascii="IM Fell English" w:hAnsi="IM Fell English"/>
          <w:color w:val="141414"/>
          <w:sz w:val="24"/>
        </w:rPr>
      </w:r>
      <w:r>
        <w:rPr>
          <w:rFonts w:ascii="IM Fell English" w:hAnsi="IM Fell English"/>
          <w:color w:val="141414"/>
          <w:sz w:val="24"/>
        </w:rPr>
        <w:t>David, reeling from the cataclysmic events of the past hour, his spirit fractured, his voice barely a whisper, asked, "Hartley, where are we going, where's Suzan?"</w:t>
      </w:r>
      <w:r>
        <w:rPr>
          <w:rFonts w:ascii="IM Fell English" w:hAnsi="IM Fell English"/>
          <w:color w:val="141414"/>
          <w:sz w:val="24"/>
        </w:rPr>
      </w:r>
      <w:r>
        <w:rPr>
          <w:rFonts w:ascii="IM Fell English" w:hAnsi="IM Fell English"/>
          <w:color w:val="141414"/>
          <w:sz w:val="24"/>
        </w:rPr>
        <w:t>One moment he'd been a participant in a Portland police rescue, the next, desperately battling to preserve Suzan's life against the same merciless assailant.</w:t>
      </w:r>
      <w:r>
        <w:rPr>
          <w:rFonts w:ascii="IM Fell English" w:hAnsi="IM Fell English"/>
          <w:color w:val="141414"/>
          <w:sz w:val="24"/>
        </w:rPr>
      </w:r>
      <w:r>
        <w:rPr>
          <w:rFonts w:ascii="IM Fell English" w:hAnsi="IM Fell English"/>
          <w:color w:val="141414"/>
          <w:sz w:val="24"/>
        </w:rPr>
        <w:t>"John's home. Not where he lives now, but where his mother died in a fire, with two other males, when John was eleven years of age."</w:t>
      </w:r>
      <w:r>
        <w:rPr>
          <w:rFonts w:ascii="IM Fell English" w:hAnsi="IM Fell English"/>
          <w:color w:val="141414"/>
          <w:sz w:val="24"/>
        </w:rPr>
      </w:r>
      <w:r>
        <w:rPr>
          <w:rFonts w:ascii="IM Fell English" w:hAnsi="IM Fell English"/>
          <w:color w:val="141414"/>
          <w:sz w:val="24"/>
        </w:rPr>
        <w:t>"There has never been any photos of John's mother. They moved frequently from the records and other records show reports of abuse being raised from Child Care, Kindergarten, and Primary School but nothing was ever proven because the mother would pack up and leave. Everything the family owned was destroyed in the fire. Our search showed no other woman in John's life having ever resembled someone he has known. No social media, interviews or media search. So that leaves only one female person in John's life that compels him to kill and kill again. Someone we have no record of." stated Hartley.</w:t>
      </w:r>
      <w:r>
        <w:rPr>
          <w:rFonts w:ascii="IM Fell English" w:hAnsi="IM Fell English"/>
          <w:color w:val="141414"/>
          <w:sz w:val="24"/>
        </w:rPr>
      </w:r>
      <w:r>
        <w:rPr>
          <w:rFonts w:ascii="IM Fell English" w:hAnsi="IM Fell English"/>
          <w:color w:val="141414"/>
          <w:sz w:val="24"/>
        </w:rPr>
        <w:t>"His mother?" said David.</w:t>
      </w:r>
      <w:r>
        <w:rPr>
          <w:rFonts w:ascii="IM Fell English" w:hAnsi="IM Fell English"/>
          <w:color w:val="141414"/>
          <w:sz w:val="24"/>
        </w:rPr>
      </w:r>
      <w:r>
        <w:rPr>
          <w:rFonts w:ascii="IM Fell English" w:hAnsi="IM Fell English"/>
          <w:color w:val="141414"/>
          <w:sz w:val="24"/>
        </w:rPr>
        <w:t>"Yes. His mother. And that leaves only one place of significance that he would go to given he has no where else. The home she died in. They lived in the old section of Portland before the Council decided to change how Portland was going to be extended. Plans for the shopping malls, plaza, and other outlets were relocated and what you see now is thirty years of developmental planning and re-zoning. John's old home was never demolished. " explained Hartley.</w:t>
      </w:r>
      <w:r>
        <w:rPr>
          <w:rFonts w:ascii="IM Fell English" w:hAnsi="IM Fell English"/>
          <w:color w:val="141414"/>
          <w:sz w:val="24"/>
        </w:rPr>
      </w:r>
      <w:r>
        <w:rPr>
          <w:rFonts w:ascii="IM Fell English" w:hAnsi="IM Fell English"/>
          <w:color w:val="141414"/>
          <w:sz w:val="24"/>
        </w:rPr>
        <w:t>"And that's where your taking us now?" asked David.</w:t>
      </w:r>
      <w:r>
        <w:rPr>
          <w:rFonts w:ascii="IM Fell English" w:hAnsi="IM Fell English"/>
          <w:color w:val="141414"/>
          <w:sz w:val="24"/>
        </w:rPr>
      </w:r>
      <w:r>
        <w:rPr>
          <w:rFonts w:ascii="IM Fell English" w:hAnsi="IM Fell English"/>
          <w:color w:val="141414"/>
          <w:sz w:val="24"/>
        </w:rPr>
        <w:t>"Yes. We're about 10 minutes out. I'm going to call O'Neil." said Hartley punching her phone's screen.</w:t>
      </w:r>
      <w:r>
        <w:rPr>
          <w:rFonts w:ascii="IM Fell English" w:hAnsi="IM Fell English"/>
          <w:color w:val="141414"/>
          <w:sz w:val="24"/>
        </w:rPr>
      </w:r>
      <w:r>
        <w:rPr>
          <w:rFonts w:ascii="IM Fell English" w:hAnsi="IM Fell English"/>
          <w:color w:val="141414"/>
          <w:sz w:val="24"/>
        </w:rPr>
        <w:t>David stared out the window at the rain as they sped to an unused part of Portland. His mind was numb. His body was filled with desperation and fear.</w:t>
      </w:r>
      <w:r>
        <w:rPr>
          <w:rFonts w:ascii="IM Fell English" w:hAnsi="IM Fell English"/>
          <w:color w:val="141414"/>
          <w:sz w:val="24"/>
        </w:rPr>
      </w:r>
      <w:r>
        <w:rPr>
          <w:rFonts w:ascii="IM Fell English" w:hAnsi="IM Fell English"/>
          <w:color w:val="141414"/>
          <w:sz w:val="24"/>
        </w:rPr>
        <w:t>Hartley was on the call with O'Neil but he didn't really hear what they were saying before she hung up.</w:t>
      </w:r>
      <w:r>
        <w:rPr>
          <w:rFonts w:ascii="IM Fell English" w:hAnsi="IM Fell English"/>
          <w:color w:val="141414"/>
          <w:sz w:val="24"/>
        </w:rPr>
      </w:r>
      <w:r>
        <w:rPr>
          <w:rFonts w:ascii="IM Fell English" w:hAnsi="IM Fell English"/>
          <w:color w:val="141414"/>
          <w:sz w:val="24"/>
        </w:rPr>
        <w:t>"O'Neil said he's sending two additional units our way but they're not going to reach us for another fifteen minutes.</w:t>
      </w:r>
      <w:r>
        <w:rPr>
          <w:rFonts w:ascii="IM Fell English" w:hAnsi="IM Fell English"/>
          <w:color w:val="141414"/>
          <w:sz w:val="24"/>
        </w:rPr>
      </w:r>
      <w:r>
        <w:rPr>
          <w:rFonts w:ascii="IM Fell English" w:hAnsi="IM Fell English"/>
          <w:color w:val="141414"/>
          <w:sz w:val="24"/>
        </w:rPr>
        <w:t>Two minutes later they arrived and a car was parked outside the home. It looked out of place.</w:t>
      </w:r>
      <w:r>
        <w:rPr>
          <w:rFonts w:ascii="IM Fell English" w:hAnsi="IM Fell English"/>
          <w:color w:val="141414"/>
          <w:sz w:val="24"/>
        </w:rPr>
      </w:r>
      <w:r>
        <w:rPr>
          <w:rFonts w:ascii="IM Fell English" w:hAnsi="IM Fell English"/>
          <w:color w:val="141414"/>
          <w:sz w:val="24"/>
        </w:rPr>
        <w:t>"That's Briggs's car" Hartley said softly turning off the headlights.</w:t>
      </w:r>
      <w:r>
        <w:rPr>
          <w:rFonts w:ascii="IM Fell English" w:hAnsi="IM Fell English"/>
          <w:color w:val="141414"/>
          <w:sz w:val="24"/>
        </w:rPr>
      </w:r>
      <w:r>
        <w:rPr>
          <w:rFonts w:ascii="IM Fell English" w:hAnsi="IM Fell English"/>
          <w:color w:val="141414"/>
          <w:sz w:val="24"/>
        </w:rPr>
        <w:t>"Who's Brigg's" asked David</w:t>
      </w:r>
      <w:r>
        <w:rPr>
          <w:rFonts w:ascii="IM Fell English" w:hAnsi="IM Fell English"/>
          <w:color w:val="141414"/>
          <w:sz w:val="24"/>
        </w:rPr>
      </w:r>
      <w:r>
        <w:rPr>
          <w:rFonts w:ascii="IM Fell English" w:hAnsi="IM Fell English"/>
          <w:color w:val="141414"/>
          <w:sz w:val="24"/>
        </w:rPr>
        <w:t>"He was killed earlier tonight. SWAT found him and the officer Maxine deceased at another property John's associated with" replied Hartley.</w:t>
      </w:r>
      <w:r>
        <w:rPr>
          <w:rFonts w:ascii="IM Fell English" w:hAnsi="IM Fell English"/>
          <w:color w:val="141414"/>
          <w:sz w:val="24"/>
        </w:rPr>
      </w:r>
      <w:r>
        <w:rPr>
          <w:rFonts w:ascii="IM Fell English" w:hAnsi="IM Fell English"/>
          <w:color w:val="141414"/>
          <w:sz w:val="24"/>
        </w:rPr>
        <w:t>David opened the car door, unholstered his gun and took the safety off. David had no intentions of asking questions. He was going to shoot first and worry about the implications later. Suzan was all the mattered.</w:t>
      </w:r>
      <w:r>
        <w:rPr>
          <w:rFonts w:ascii="IM Fell English" w:hAnsi="IM Fell English"/>
          <w:color w:val="141414"/>
          <w:sz w:val="24"/>
        </w:rPr>
      </w:r>
      <w:r>
        <w:rPr>
          <w:rFonts w:ascii="IM Fell English" w:hAnsi="IM Fell English"/>
          <w:color w:val="141414"/>
          <w:sz w:val="24"/>
        </w:rPr>
        <w:t>Hartley jumped out. She had been carrying a gun holstered to her hip since leaving the Police Station. She never carried a gun before today.</w:t>
      </w:r>
      <w:r>
        <w:rPr>
          <w:rFonts w:ascii="IM Fell English" w:hAnsi="IM Fell English"/>
          <w:color w:val="141414"/>
          <w:sz w:val="24"/>
        </w:rPr>
      </w:r>
      <w:r>
        <w:rPr>
          <w:rFonts w:ascii="IM Fell English" w:hAnsi="IM Fell English"/>
          <w:color w:val="141414"/>
          <w:sz w:val="24"/>
        </w:rPr>
        <w:t>"Do you have a light" David asked.</w:t>
      </w:r>
      <w:r>
        <w:rPr>
          <w:rFonts w:ascii="IM Fell English" w:hAnsi="IM Fell English"/>
          <w:color w:val="141414"/>
          <w:sz w:val="24"/>
        </w:rPr>
      </w:r>
      <w:r>
        <w:rPr>
          <w:rFonts w:ascii="IM Fell English" w:hAnsi="IM Fell English"/>
          <w:color w:val="141414"/>
          <w:sz w:val="24"/>
        </w:rPr>
        <w:t>Hartley turned on the light located under the handgun. It was bright with a narrow beam, mostly illuminating what was in the guns sight.</w:t>
      </w:r>
      <w:r>
        <w:rPr>
          <w:rFonts w:ascii="IM Fell English" w:hAnsi="IM Fell English"/>
          <w:color w:val="141414"/>
          <w:sz w:val="24"/>
        </w:rPr>
      </w:r>
      <w:r>
        <w:rPr>
          <w:rFonts w:ascii="IM Fell English" w:hAnsi="IM Fell English"/>
          <w:color w:val="141414"/>
          <w:sz w:val="24"/>
        </w:rPr>
        <w:t>"I'm taking the front. You take the rear" replied David.</w:t>
      </w:r>
      <w:r>
        <w:rPr>
          <w:rFonts w:ascii="IM Fell English" w:hAnsi="IM Fell English"/>
          <w:color w:val="141414"/>
          <w:sz w:val="24"/>
        </w:rPr>
      </w:r>
      <w:r>
        <w:rPr>
          <w:rFonts w:ascii="IM Fell English" w:hAnsi="IM Fell English"/>
          <w:color w:val="141414"/>
          <w:sz w:val="24"/>
        </w:rPr>
        <w:t>They were both drenched. The rain was coming harder now.</w:t>
      </w:r>
      <w:r>
        <w:rPr>
          <w:rFonts w:ascii="IM Fell English" w:hAnsi="IM Fell English"/>
          <w:color w:val="141414"/>
          <w:sz w:val="24"/>
        </w:rPr>
      </w:r>
      <w:r>
        <w:rPr>
          <w:rFonts w:ascii="IM Fell English" w:hAnsi="IM Fell English"/>
          <w:color w:val="141414"/>
          <w:sz w:val="24"/>
        </w:rPr>
        <w:t>With a cry of desperation David screamed out..."SUSAN!"</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Inside John looked up and towards the front of the house where he heard Suzan's name being called out. He dropped the knife taking out Brigg's Glock with only one fifteen round magazine. John didn't have a light but he knew the house. He just needed to be careful where he stepped.</w:t>
      </w:r>
      <w:r>
        <w:rPr>
          <w:rFonts w:ascii="IM Fell English" w:hAnsi="IM Fell English"/>
          <w:color w:val="141414"/>
          <w:sz w:val="24"/>
        </w:rPr>
      </w:r>
      <w:r>
        <w:rPr>
          <w:rFonts w:ascii="IM Fell English" w:hAnsi="IM Fell English"/>
          <w:color w:val="141414"/>
          <w:sz w:val="24"/>
        </w:rPr>
        <w:t>Taking a few steps to the bedroom wall, most of the boards had been damaged and fallen away over the years so he quietly slide out the side of the wall and jumped to the ground outside in the rain. Patches of densh scrub were located around the house.</w:t>
      </w:r>
      <w:r>
        <w:rPr>
          <w:rFonts w:ascii="IM Fell English" w:hAnsi="IM Fell English"/>
          <w:color w:val="141414"/>
          <w:sz w:val="24"/>
        </w:rPr>
      </w:r>
      <w:r>
        <w:rPr>
          <w:rFonts w:ascii="IM Fell English" w:hAnsi="IM Fell English"/>
          <w:color w:val="141414"/>
          <w:sz w:val="24"/>
        </w:rPr>
        <w:t>From the heavy rain hitting the remain tin roof it was very noisy so John knew he was unlikely heard leaving the home.</w:t>
      </w:r>
      <w:r>
        <w:rPr>
          <w:rFonts w:ascii="IM Fell English" w:hAnsi="IM Fell English"/>
          <w:color w:val="141414"/>
          <w:sz w:val="24"/>
        </w:rPr>
      </w:r>
      <w:r>
        <w:rPr>
          <w:rFonts w:ascii="IM Fell English" w:hAnsi="IM Fell English"/>
          <w:color w:val="141414"/>
          <w:sz w:val="24"/>
        </w:rPr>
        <w:t>The house had been raised about half-a meter from the ground so he was able to crouch and look under the house. From there he saw a light beam moving to the back of the house.</w:t>
      </w:r>
      <w:r>
        <w:rPr>
          <w:rFonts w:ascii="IM Fell English" w:hAnsi="IM Fell English"/>
          <w:color w:val="141414"/>
          <w:sz w:val="24"/>
        </w:rPr>
      </w:r>
      <w:r>
        <w:rPr>
          <w:rFonts w:ascii="IM Fell English" w:hAnsi="IM Fell English"/>
          <w:color w:val="141414"/>
          <w:sz w:val="24"/>
        </w:rPr>
        <w:t>Another then came another cry for Suzan. From the front of the house so John knew there were two.</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Hartley crept to the back of the house, shining the light on the ground to prevent her from tripping over on the unsteady surface and debris that had been left lying around over the years.</w:t>
      </w:r>
      <w:r>
        <w:rPr>
          <w:rFonts w:ascii="IM Fell English" w:hAnsi="IM Fell English"/>
          <w:color w:val="141414"/>
          <w:sz w:val="24"/>
        </w:rPr>
      </w:r>
      <w:r>
        <w:rPr>
          <w:rFonts w:ascii="IM Fell English" w:hAnsi="IM Fell English"/>
          <w:color w:val="141414"/>
          <w:sz w:val="24"/>
        </w:rPr>
        <w:t>In the dark, with heavy rain, it would be easy to sprain an ankle or break a bone in a fall. But more importantly. John was here. A serial killer with a pregnant woman. She couldn't afford to make a mistake or she to would become another victim of John's killing spree over the past twenty-four hours.</w:t>
      </w:r>
      <w:r>
        <w:rPr>
          <w:rFonts w:ascii="IM Fell English" w:hAnsi="IM Fell English"/>
          <w:color w:val="141414"/>
          <w:sz w:val="24"/>
        </w:rPr>
      </w:r>
      <w:r>
        <w:rPr>
          <w:rFonts w:ascii="IM Fell English" w:hAnsi="IM Fell English"/>
          <w:color w:val="141414"/>
          <w:sz w:val="24"/>
        </w:rPr>
        <w:t>Coming to the corner of the house she peer around the corner. Shining the light. Nothing. Stepping out from the corner she looked up and saw the back of the house was intact. There were no scorch or burn marks by the fire but every window had the glass broken and jiggered in the frames. Climbing the steps to the back of the house she stood before the threshold. Breathing heavily and fear gripping her from what lay inside.</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David had no light to go by. Using his boot to feel the way, kicking boards, glass and wooden timber out of the way for a more secure footing. He crept through the front door and stopped. Listening.</w:t>
      </w:r>
      <w:r>
        <w:rPr>
          <w:rFonts w:ascii="IM Fell English" w:hAnsi="IM Fell English"/>
          <w:color w:val="141414"/>
          <w:sz w:val="24"/>
        </w:rPr>
      </w:r>
      <w:r>
        <w:rPr>
          <w:rFonts w:ascii="IM Fell English" w:hAnsi="IM Fell English"/>
          <w:color w:val="141414"/>
          <w:sz w:val="24"/>
        </w:rPr>
        <w:t>David knew he needed to let his eyes adjust as much as possible. If he couldn't see then this John person also couldn't see and the rain made it very difficult to hear anything.</w:t>
      </w:r>
      <w:r>
        <w:rPr>
          <w:rFonts w:ascii="IM Fell English" w:hAnsi="IM Fell English"/>
          <w:color w:val="141414"/>
          <w:sz w:val="24"/>
        </w:rPr>
      </w:r>
      <w:r>
        <w:rPr>
          <w:rFonts w:ascii="IM Fell English" w:hAnsi="IM Fell English"/>
          <w:color w:val="141414"/>
          <w:sz w:val="24"/>
        </w:rPr>
        <w:t>What David thought to be the back of the house there was the faintest of light.</w:t>
      </w:r>
      <w:r>
        <w:rPr>
          <w:rFonts w:ascii="IM Fell English" w:hAnsi="IM Fell English"/>
          <w:color w:val="141414"/>
          <w:sz w:val="24"/>
        </w:rPr>
      </w:r>
      <w:r>
        <w:rPr>
          <w:rFonts w:ascii="IM Fell English" w:hAnsi="IM Fell English"/>
          <w:color w:val="141414"/>
          <w:sz w:val="24"/>
        </w:rPr>
        <w:t>Hartley he thought. She should turn it off he thought but then, if he didn't know where she was he was likely to shoot her, or Suzan, instead of John.</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Hartley stepped cautiously through the doorway, her heart racing as she entered a narrow hallway that curved sharply to the right. Ahead loomed what once was a laundry room, now a mere shadow of its former self. She angled the light upward, revealing a kitchen that lay eerily beyond; to her left, the remnants of a dining room, a loungeroom, and hidden bedrooms awaited in the gloom. The destruction unleashed by the fire was palpable, the devastation etched into every crevice. Gaping holes marred the floor, revealing a dark, gaping abyss below that seemed to swallow the light. The relentless rain poured outside, creating a blur that obstructed her view and heightened her anxiety. Each raindrop seemed to echo her racing heartbeat, a pounding symphony of dread. Shadows danced ominously along the walls, amplifying her fear and unease. She steadied her trembling hands, grappling with the overwhelming sensation of vulnerability that clung to her. Deep down, she understood that the true horror might not just lie in the charred remains of the house, but in what lingered in the darkness beyond her sight.</w:t>
      </w:r>
      <w:r>
        <w:rPr>
          <w:rFonts w:ascii="IM Fell English" w:hAnsi="IM Fell English"/>
          <w:color w:val="141414"/>
          <w:sz w:val="24"/>
        </w:rPr>
      </w:r>
      <w:r>
        <w:rPr>
          <w:rFonts w:ascii="IM Fell English" w:hAnsi="IM Fell English"/>
          <w:color w:val="141414"/>
          <w:sz w:val="24"/>
        </w:rPr>
        <w:t>Taking careful steps she entered the kitchen. She had no way of hearing John enter the same door as she did but she felt the searing hot pain in her shoulder where the bullet struck spinning her around. Instinctively Hartley pulled the trigger of her own gun in pure fear. John was standing there in the hall where she herself had just entered. His face a mask of stone as two orbs stared back at her.</w:t>
      </w:r>
      <w:r>
        <w:rPr>
          <w:rFonts w:ascii="IM Fell English" w:hAnsi="IM Fell English"/>
          <w:color w:val="141414"/>
          <w:sz w:val="24"/>
        </w:rPr>
      </w:r>
      <w:r>
        <w:rPr>
          <w:rFonts w:ascii="IM Fell English" w:hAnsi="IM Fell English"/>
          <w:color w:val="141414"/>
          <w:sz w:val="24"/>
        </w:rPr>
        <w:t>John hurled himself against the wall, heart pounding as he sent three more rounds flying toward Hartley. One thudded into her left side, the impact brutal, while the other two veered off course. With a grimace, Hartley fought through the searing agony, her hands trembling as she aimed and continued to fire back, determined not to go down easily. John retaliated with another two shots; one struck true, shattering her tibia into a fragmentary chaos, while the other went wide, missing its target completely.</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Hartley crumpled to the floor, shock mixing with excruciating pain as she lost her grip on the gun, the metallic clatter echoing in the stillness. Just then, the harsh light illuminated David standing frozen in the lounge room, his eyes wide with disbelief, locking onto hers in a moment that felt like an eternity. Choking on blood, she gurgled, her world narrowing to the agonizing realization that everything was spiraling out of control. Desperation clawed at her as she struggled to hold on, knowing her fight was almost over.</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David could see the light strobe of Hartley's gun was getting stronger. He was about to call out to let her when the sudden sound of the gun rocked him. A flash of the bullets trail he was familiar with at the gun range lite up behind Hartley as he watched her being propelled around taking a hit to the shoulder.</w:t>
      </w:r>
      <w:r>
        <w:rPr>
          <w:rFonts w:ascii="IM Fell English" w:hAnsi="IM Fell English"/>
          <w:color w:val="141414"/>
          <w:sz w:val="24"/>
        </w:rPr>
      </w:r>
      <w:r>
        <w:rPr>
          <w:rFonts w:ascii="IM Fell English" w:hAnsi="IM Fell English"/>
          <w:color w:val="141414"/>
          <w:sz w:val="24"/>
        </w:rPr>
        <w:t>Hartley continued to fire at John behind her and he watched her take a hit on her left side and leg before collapsing and losing the grip of her gun.</w:t>
      </w:r>
      <w:r>
        <w:rPr>
          <w:rFonts w:ascii="IM Fell English" w:hAnsi="IM Fell English"/>
          <w:color w:val="141414"/>
          <w:sz w:val="24"/>
        </w:rPr>
      </w:r>
      <w:r>
        <w:rPr>
          <w:rFonts w:ascii="IM Fell English" w:hAnsi="IM Fell English"/>
          <w:color w:val="141414"/>
          <w:sz w:val="24"/>
        </w:rPr>
        <w:t>David stood momentarily frozen before aiming at the wall he though John to be standing and pulled the trigger on his gun rapidly. A molten trail of led slammed into the wall, dancing further and further down.</w:t>
      </w:r>
      <w:r>
        <w:rPr>
          <w:rFonts w:ascii="IM Fell English" w:hAnsi="IM Fell English"/>
          <w:color w:val="141414"/>
          <w:sz w:val="24"/>
        </w:rPr>
      </w:r>
      <w:r>
        <w:rPr>
          <w:rFonts w:ascii="IM Fell English" w:hAnsi="IM Fell English"/>
          <w:color w:val="141414"/>
          <w:sz w:val="24"/>
        </w:rPr>
        <w:t>David leaned as far as he could around the corner unleashing another volley of shots.</w:t>
      </w:r>
      <w:r>
        <w:rPr>
          <w:rFonts w:ascii="IM Fell English" w:hAnsi="IM Fell English"/>
          <w:color w:val="141414"/>
          <w:sz w:val="24"/>
        </w:rPr>
      </w:r>
      <w:r>
        <w:rPr>
          <w:rFonts w:ascii="IM Fell English" w:hAnsi="IM Fell English"/>
          <w:color w:val="141414"/>
          <w:sz w:val="24"/>
        </w:rPr>
        <w:t>Click. Click. Click. Eject. Slide another magazine from his clip belt into the holster and he fired another four shots.</w:t>
      </w:r>
      <w:r>
        <w:rPr>
          <w:rFonts w:ascii="IM Fell English" w:hAnsi="IM Fell English"/>
          <w:color w:val="141414"/>
          <w:sz w:val="24"/>
        </w:rPr>
      </w:r>
      <w:r>
        <w:rPr>
          <w:rFonts w:ascii="IM Fell English" w:hAnsi="IM Fell English"/>
          <w:color w:val="141414"/>
          <w:sz w:val="24"/>
        </w:rPr>
        <w:t>The short hall was empty. Only darkness emitted from the laundry and outside the kitchen door.</w:t>
      </w:r>
      <w:r>
        <w:rPr>
          <w:rFonts w:ascii="IM Fell English" w:hAnsi="IM Fell English"/>
          <w:color w:val="141414"/>
          <w:sz w:val="24"/>
        </w:rPr>
      </w:r>
      <w:r>
        <w:rPr>
          <w:rFonts w:ascii="IM Fell English" w:hAnsi="IM Fell English"/>
          <w:color w:val="141414"/>
          <w:sz w:val="24"/>
        </w:rPr>
        <w:t>Turning he walked to Hartley and knelt down checking and finding a weak pulse.</w:t>
      </w:r>
      <w:r>
        <w:rPr>
          <w:rFonts w:ascii="IM Fell English" w:hAnsi="IM Fell English"/>
          <w:color w:val="141414"/>
          <w:sz w:val="24"/>
        </w:rPr>
      </w:r>
      <w:r>
        <w:rPr>
          <w:rFonts w:ascii="IM Fell English" w:hAnsi="IM Fell English"/>
          <w:color w:val="141414"/>
          <w:sz w:val="24"/>
        </w:rPr>
        <w:t>Thump. Thump. Thump.</w:t>
      </w:r>
      <w:r>
        <w:rPr>
          <w:rFonts w:ascii="IM Fell English" w:hAnsi="IM Fell English"/>
          <w:color w:val="141414"/>
          <w:sz w:val="24"/>
        </w:rPr>
      </w:r>
      <w:r>
        <w:rPr>
          <w:rFonts w:ascii="IM Fell English" w:hAnsi="IM Fell English"/>
          <w:color w:val="141414"/>
          <w:sz w:val="24"/>
        </w:rPr>
        <w:t>He suddenly heard the heavy stride of John behind him.</w:t>
      </w:r>
      <w:r>
        <w:rPr>
          <w:rFonts w:ascii="IM Fell English" w:hAnsi="IM Fell English"/>
          <w:color w:val="141414"/>
          <w:sz w:val="24"/>
        </w:rPr>
      </w:r>
      <w:r>
        <w:rPr>
          <w:rFonts w:ascii="IM Fell English" w:hAnsi="IM Fell English"/>
          <w:color w:val="141414"/>
          <w:sz w:val="24"/>
        </w:rPr>
        <w:t>Standing and bringing around his gun a he ducked as John threw his hand gun at him and then grabbed the gun in David's hand.</w:t>
      </w:r>
      <w:r>
        <w:rPr>
          <w:rFonts w:ascii="IM Fell English" w:hAnsi="IM Fell English"/>
          <w:color w:val="141414"/>
          <w:sz w:val="24"/>
        </w:rPr>
      </w:r>
      <w:r>
        <w:rPr>
          <w:rFonts w:ascii="IM Fell English" w:hAnsi="IM Fell English"/>
          <w:color w:val="141414"/>
          <w:sz w:val="24"/>
        </w:rPr>
        <w:t>John slammed his head into David's.</w:t>
      </w:r>
      <w:r>
        <w:rPr>
          <w:rFonts w:ascii="IM Fell English" w:hAnsi="IM Fell English"/>
          <w:color w:val="141414"/>
          <w:sz w:val="24"/>
        </w:rPr>
      </w:r>
      <w:r>
        <w:rPr>
          <w:rFonts w:ascii="IM Fell English" w:hAnsi="IM Fell English"/>
          <w:color w:val="141414"/>
          <w:sz w:val="24"/>
        </w:rPr>
        <w:t>David instantly knew John was much more superior in strength.</w:t>
      </w:r>
      <w:r>
        <w:rPr>
          <w:rFonts w:ascii="IM Fell English" w:hAnsi="IM Fell English"/>
          <w:color w:val="141414"/>
          <w:sz w:val="24"/>
        </w:rPr>
      </w:r>
      <w:r>
        <w:rPr>
          <w:rFonts w:ascii="IM Fell English" w:hAnsi="IM Fell English"/>
          <w:color w:val="141414"/>
          <w:sz w:val="24"/>
        </w:rPr>
        <w:t>David struggling to keep a grip on his gun. His body was furiously assaulted again being struck in the face and body.</w:t>
      </w:r>
      <w:r>
        <w:rPr>
          <w:rFonts w:ascii="IM Fell English" w:hAnsi="IM Fell English"/>
          <w:color w:val="141414"/>
          <w:sz w:val="24"/>
        </w:rPr>
      </w:r>
      <w:r>
        <w:rPr>
          <w:rFonts w:ascii="IM Fell English" w:hAnsi="IM Fell English"/>
          <w:color w:val="141414"/>
          <w:sz w:val="24"/>
        </w:rPr>
        <w:t>They both stumbled backwards into the loungeroom.</w:t>
      </w:r>
      <w:r>
        <w:rPr>
          <w:rFonts w:ascii="IM Fell English" w:hAnsi="IM Fell English"/>
          <w:color w:val="141414"/>
          <w:sz w:val="24"/>
        </w:rPr>
      </w:r>
      <w:r>
        <w:rPr>
          <w:rFonts w:ascii="IM Fell English" w:hAnsi="IM Fell English"/>
          <w:color w:val="141414"/>
          <w:sz w:val="24"/>
        </w:rPr>
        <w:t>John finally lost his grip on the gun hearing it land somewhere on the floor</w:t>
      </w:r>
      <w:r>
        <w:rPr>
          <w:rFonts w:ascii="IM Fell English" w:hAnsi="IM Fell English"/>
          <w:color w:val="141414"/>
          <w:sz w:val="24"/>
        </w:rPr>
      </w:r>
      <w:r>
        <w:rPr>
          <w:rFonts w:ascii="IM Fell English" w:hAnsi="IM Fell English"/>
          <w:color w:val="141414"/>
          <w:sz w:val="24"/>
        </w:rPr>
        <w:t>David fought to not lose consciousness. Black dots swarm in front of his face.</w:t>
      </w:r>
      <w:r>
        <w:rPr>
          <w:rFonts w:ascii="IM Fell English" w:hAnsi="IM Fell English"/>
          <w:color w:val="141414"/>
          <w:sz w:val="24"/>
        </w:rPr>
      </w:r>
      <w:r>
        <w:rPr>
          <w:rFonts w:ascii="IM Fell English" w:hAnsi="IM Fell English"/>
          <w:color w:val="141414"/>
          <w:sz w:val="24"/>
        </w:rPr>
        <w:t>"You can't protect her anymore" a voice came from John. It sounded casual. There was no anger. No rage.</w:t>
      </w:r>
      <w:r>
        <w:rPr>
          <w:rFonts w:ascii="IM Fell English" w:hAnsi="IM Fell English"/>
          <w:color w:val="141414"/>
          <w:sz w:val="24"/>
        </w:rPr>
      </w:r>
      <w:r>
        <w:rPr>
          <w:rFonts w:ascii="IM Fell English" w:hAnsi="IM Fell English"/>
          <w:color w:val="141414"/>
          <w:sz w:val="24"/>
        </w:rPr>
        <w:t>David wasn't even to sure he had heard it over the rain.</w:t>
      </w:r>
      <w:r>
        <w:rPr>
          <w:rFonts w:ascii="IM Fell English" w:hAnsi="IM Fell English"/>
          <w:color w:val="141414"/>
          <w:sz w:val="24"/>
        </w:rPr>
      </w:r>
      <w:r>
        <w:rPr>
          <w:rFonts w:ascii="IM Fell English" w:hAnsi="IM Fell English"/>
          <w:color w:val="141414"/>
          <w:sz w:val="24"/>
        </w:rPr>
        <w:t>"Tonight will be the last time she comes back. Its the last time she can try to reclaim me as her own." said John.</w:t>
      </w:r>
      <w:r>
        <w:rPr>
          <w:rFonts w:ascii="IM Fell English" w:hAnsi="IM Fell English"/>
          <w:color w:val="141414"/>
          <w:sz w:val="24"/>
        </w:rPr>
      </w:r>
      <w:r>
        <w:rPr>
          <w:rFonts w:ascii="IM Fell English" w:hAnsi="IM Fell English"/>
          <w:color w:val="141414"/>
          <w:sz w:val="24"/>
        </w:rPr>
        <w:t>"David" Suzan's weak voice sounded from within a darkened room.</w:t>
      </w:r>
      <w:r>
        <w:rPr>
          <w:rFonts w:ascii="IM Fell English" w:hAnsi="IM Fell English"/>
          <w:color w:val="141414"/>
          <w:sz w:val="24"/>
        </w:rPr>
      </w:r>
      <w:r>
        <w:rPr>
          <w:rFonts w:ascii="IM Fell English" w:hAnsi="IM Fell English"/>
          <w:color w:val="141414"/>
          <w:sz w:val="24"/>
        </w:rPr>
        <w:t>They both froze.</w:t>
      </w:r>
      <w:r>
        <w:rPr>
          <w:rFonts w:ascii="IM Fell English" w:hAnsi="IM Fell English"/>
          <w:color w:val="141414"/>
          <w:sz w:val="24"/>
        </w:rPr>
      </w:r>
      <w:r>
        <w:rPr>
          <w:rFonts w:ascii="IM Fell English" w:hAnsi="IM Fell English"/>
          <w:color w:val="141414"/>
          <w:sz w:val="24"/>
        </w:rPr>
        <w:t>"I can't move. I think my water broke...David!" The panic and fear in her voice broke him.</w:t>
      </w:r>
      <w:r>
        <w:rPr>
          <w:rFonts w:ascii="IM Fell English" w:hAnsi="IM Fell English"/>
          <w:color w:val="141414"/>
          <w:sz w:val="24"/>
        </w:rPr>
      </w:r>
      <w:r>
        <w:rPr>
          <w:rFonts w:ascii="IM Fell English" w:hAnsi="IM Fell English"/>
          <w:color w:val="141414"/>
          <w:sz w:val="24"/>
        </w:rPr>
        <w:t>David felt an raw untapped rage being expelled by every fiber of his being. Screaming he head butted John squarely in the nose. David instantly saw darkness but he swung his fist with everything he had and flet it connect squarely to John's face. Again. Again. Again.</w:t>
      </w:r>
      <w:r>
        <w:rPr>
          <w:rFonts w:ascii="IM Fell English" w:hAnsi="IM Fell English"/>
          <w:color w:val="141414"/>
          <w:sz w:val="24"/>
        </w:rPr>
      </w:r>
      <w:r>
        <w:rPr>
          <w:rFonts w:ascii="IM Fell English" w:hAnsi="IM Fell English"/>
          <w:color w:val="141414"/>
          <w:sz w:val="24"/>
        </w:rPr>
        <w:t>John stumbled. Shocked registered on his face. His body was sent sprawling to the floor.</w:t>
      </w:r>
      <w:r>
        <w:rPr>
          <w:rFonts w:ascii="IM Fell English" w:hAnsi="IM Fell English"/>
          <w:color w:val="141414"/>
          <w:sz w:val="24"/>
        </w:rPr>
      </w:r>
      <w:r>
        <w:rPr>
          <w:rFonts w:ascii="IM Fell English" w:hAnsi="IM Fell English"/>
          <w:color w:val="141414"/>
          <w:sz w:val="24"/>
        </w:rPr>
        <w:t>"Suzan. Suzan I'm hear.. I'm coming. Just stay still okay. Police are on the way."</w:t>
      </w:r>
      <w:r>
        <w:rPr>
          <w:rFonts w:ascii="IM Fell English" w:hAnsi="IM Fell English"/>
          <w:color w:val="141414"/>
          <w:sz w:val="24"/>
        </w:rPr>
      </w:r>
      <w:r>
        <w:rPr>
          <w:rFonts w:ascii="IM Fell English" w:hAnsi="IM Fell English"/>
          <w:color w:val="141414"/>
          <w:sz w:val="24"/>
        </w:rPr>
        <w:t>David was still reeling from his assault on John.</w:t>
      </w:r>
      <w:r>
        <w:rPr>
          <w:rFonts w:ascii="IM Fell English" w:hAnsi="IM Fell English"/>
          <w:color w:val="141414"/>
          <w:sz w:val="24"/>
        </w:rPr>
      </w:r>
      <w:r>
        <w:rPr>
          <w:rFonts w:ascii="IM Fell English" w:hAnsi="IM Fell English"/>
          <w:color w:val="141414"/>
          <w:sz w:val="24"/>
        </w:rPr>
        <w:t>Turning around, ringing in his ears he stumbled towards the sound of Suzan's painful cries.</w:t>
      </w:r>
      <w:r>
        <w:rPr>
          <w:rFonts w:ascii="IM Fell English" w:hAnsi="IM Fell English"/>
          <w:color w:val="141414"/>
          <w:sz w:val="24"/>
        </w:rPr>
      </w:r>
      <w:r>
        <w:rPr>
          <w:rFonts w:ascii="IM Fell English" w:hAnsi="IM Fell English"/>
          <w:color w:val="141414"/>
          <w:sz w:val="24"/>
        </w:rPr>
        <w:t>'AArrrgghh" He knew instinctively it was the sound of Suzan getting ready to push their unborn into the world.</w:t>
      </w:r>
      <w:r>
        <w:rPr>
          <w:rFonts w:ascii="IM Fell English" w:hAnsi="IM Fell English"/>
          <w:color w:val="141414"/>
          <w:sz w:val="24"/>
        </w:rPr>
      </w:r>
      <w:r>
        <w:rPr>
          <w:rFonts w:ascii="IM Fell English" w:hAnsi="IM Fell English"/>
          <w:color w:val="141414"/>
          <w:sz w:val="24"/>
        </w:rPr>
        <w:t>"Suzan. Suzan. Try to relax. Just breath honey. The polic..."</w:t>
      </w:r>
      <w:r>
        <w:rPr>
          <w:rFonts w:ascii="IM Fell English" w:hAnsi="IM Fell English"/>
          <w:color w:val="141414"/>
          <w:sz w:val="24"/>
        </w:rPr>
      </w:r>
      <w:r>
        <w:rPr>
          <w:rFonts w:ascii="IM Fell English" w:hAnsi="IM Fell English"/>
          <w:color w:val="141414"/>
          <w:sz w:val="24"/>
        </w:rPr>
        <w:t>The shard of a wooden stake was driven into David's calf to the bone. The searing pain instantly crippled him that he fell to one knee and grabbed the wall to support him from falling over.</w:t>
      </w:r>
      <w:r>
        <w:rPr>
          <w:rFonts w:ascii="IM Fell English" w:hAnsi="IM Fell English"/>
          <w:color w:val="141414"/>
          <w:sz w:val="24"/>
        </w:rPr>
      </w:r>
      <w:r>
        <w:rPr>
          <w:rFonts w:ascii="IM Fell English" w:hAnsi="IM Fell English"/>
          <w:color w:val="141414"/>
          <w:sz w:val="24"/>
        </w:rPr>
        <w:t>John silently stood. He stayed there for a few second to orientate himself.</w:t>
      </w:r>
      <w:r>
        <w:rPr>
          <w:rFonts w:ascii="IM Fell English" w:hAnsi="IM Fell English"/>
          <w:color w:val="141414"/>
          <w:sz w:val="24"/>
        </w:rPr>
      </w:r>
      <w:r>
        <w:rPr>
          <w:rFonts w:ascii="IM Fell English" w:hAnsi="IM Fell English"/>
          <w:color w:val="141414"/>
          <w:sz w:val="24"/>
        </w:rPr>
        <w:t>"No. You can't save her. You can't save either of them" said John. He even chuckled to himself a little.</w:t>
      </w:r>
      <w:r>
        <w:rPr>
          <w:rFonts w:ascii="IM Fell English" w:hAnsi="IM Fell English"/>
          <w:color w:val="141414"/>
          <w:sz w:val="24"/>
        </w:rPr>
      </w:r>
      <w:r>
        <w:rPr>
          <w:rFonts w:ascii="IM Fell English" w:hAnsi="IM Fell English"/>
          <w:color w:val="141414"/>
          <w:sz w:val="24"/>
        </w:rPr>
        <w:t>"You almost won. But I'm not coming back. I'm not going to be hers or your play thing" said John. Each word becoming strained and resentful "I WONT COME BACK EVER!!!" John screamed out the last few words in rage. Sending the wooden stake into Johns Back all the way to his hand.</w:t>
      </w:r>
      <w:r>
        <w:rPr>
          <w:rFonts w:ascii="IM Fell English" w:hAnsi="IM Fell English"/>
          <w:color w:val="141414"/>
          <w:sz w:val="24"/>
        </w:rPr>
      </w:r>
      <w:r>
        <w:rPr>
          <w:rFonts w:ascii="IM Fell English" w:hAnsi="IM Fell English"/>
          <w:color w:val="141414"/>
          <w:sz w:val="24"/>
        </w:rPr>
        <w:t>John convulsed. Arching his back. The air collapse within him and a barley audible cry of pain escaped his lips.</w:t>
      </w:r>
      <w:r>
        <w:rPr>
          <w:rFonts w:ascii="IM Fell English" w:hAnsi="IM Fell English"/>
          <w:color w:val="141414"/>
          <w:sz w:val="24"/>
        </w:rPr>
      </w:r>
      <w:r>
        <w:rPr>
          <w:rFonts w:ascii="IM Fell English" w:hAnsi="IM Fell English"/>
          <w:color w:val="141414"/>
          <w:sz w:val="24"/>
        </w:rPr>
        <w:t>John left the stake in him. David fell to his knees and fell forward onto his face.</w:t>
      </w:r>
      <w:r>
        <w:rPr>
          <w:rFonts w:ascii="IM Fell English" w:hAnsi="IM Fell English"/>
          <w:color w:val="141414"/>
          <w:sz w:val="24"/>
        </w:rPr>
      </w:r>
      <w:r>
        <w:rPr>
          <w:rFonts w:ascii="IM Fell English" w:hAnsi="IM Fell English"/>
          <w:color w:val="141414"/>
          <w:sz w:val="24"/>
        </w:rPr>
        <w:t>David was in deep shock. He could see John casually step over him and head to the bedroom. With the light from Hartley's gun. He saw Suzan for the first time.</w:t>
      </w:r>
      <w:r>
        <w:rPr>
          <w:rFonts w:ascii="IM Fell English" w:hAnsi="IM Fell English"/>
          <w:color w:val="141414"/>
          <w:sz w:val="24"/>
        </w:rPr>
      </w:r>
      <w:r>
        <w:rPr>
          <w:rFonts w:ascii="IM Fell English" w:hAnsi="IM Fell English"/>
          <w:color w:val="141414"/>
          <w:sz w:val="24"/>
        </w:rPr>
        <w:t>Susan was grabbing to stomach. Her legs were drawn and her face a mask of pain as she continued to groan "AAAaaarrrrgghhh!" she cried, falling back exhausted and sobbing.</w:t>
      </w:r>
      <w:r>
        <w:rPr>
          <w:rFonts w:ascii="IM Fell English" w:hAnsi="IM Fell English"/>
          <w:color w:val="141414"/>
          <w:sz w:val="24"/>
        </w:rPr>
      </w:r>
      <w:r>
        <w:rPr>
          <w:rFonts w:ascii="IM Fell English" w:hAnsi="IM Fell English"/>
          <w:color w:val="141414"/>
          <w:sz w:val="24"/>
        </w:rPr>
        <w:t>Suan saw John walking towards her.</w:t>
      </w:r>
      <w:r>
        <w:rPr>
          <w:rFonts w:ascii="IM Fell English" w:hAnsi="IM Fell English"/>
          <w:color w:val="141414"/>
          <w:sz w:val="24"/>
        </w:rPr>
      </w:r>
      <w:r>
        <w:rPr>
          <w:rFonts w:ascii="IM Fell English" w:hAnsi="IM Fell English"/>
          <w:color w:val="141414"/>
          <w:sz w:val="24"/>
        </w:rPr>
        <w:t>"What's happening" she sobbed.</w:t>
      </w:r>
      <w:r>
        <w:rPr>
          <w:rFonts w:ascii="IM Fell English" w:hAnsi="IM Fell English"/>
          <w:color w:val="141414"/>
          <w:sz w:val="24"/>
        </w:rPr>
      </w:r>
      <w:r>
        <w:rPr>
          <w:rFonts w:ascii="IM Fell English" w:hAnsi="IM Fell English"/>
          <w:color w:val="141414"/>
          <w:sz w:val="24"/>
        </w:rPr>
        <w:t>"Where am I. Why am I hear" tears flowing.</w:t>
      </w:r>
      <w:r>
        <w:rPr>
          <w:rFonts w:ascii="IM Fell English" w:hAnsi="IM Fell English"/>
          <w:color w:val="141414"/>
          <w:sz w:val="24"/>
        </w:rPr>
      </w:r>
      <w:r>
        <w:rPr>
          <w:rFonts w:ascii="IM Fell English" w:hAnsi="IM Fell English"/>
          <w:color w:val="141414"/>
          <w:sz w:val="24"/>
        </w:rPr>
        <w:t>John paused placing his hand on her belly.</w:t>
      </w:r>
      <w:r>
        <w:rPr>
          <w:rFonts w:ascii="IM Fell English" w:hAnsi="IM Fell English"/>
          <w:color w:val="141414"/>
          <w:sz w:val="24"/>
        </w:rPr>
      </w:r>
      <w:r>
        <w:rPr>
          <w:rFonts w:ascii="IM Fell English" w:hAnsi="IM Fell English"/>
          <w:color w:val="141414"/>
          <w:sz w:val="24"/>
        </w:rPr>
        <w:t>"Sshhhh mother. This will be the last time".</w:t>
      </w:r>
      <w:r>
        <w:rPr>
          <w:rFonts w:ascii="IM Fell English" w:hAnsi="IM Fell English"/>
          <w:color w:val="141414"/>
          <w:sz w:val="24"/>
        </w:rPr>
      </w:r>
      <w:r>
        <w:rPr>
          <w:rFonts w:ascii="IM Fell English" w:hAnsi="IM Fell English"/>
          <w:color w:val="141414"/>
          <w:sz w:val="24"/>
        </w:rPr>
        <w:t>John bent down to retrieve the knife he had dropped earlier.</w:t>
      </w:r>
      <w:r>
        <w:rPr>
          <w:rFonts w:ascii="IM Fell English" w:hAnsi="IM Fell English"/>
          <w:color w:val="141414"/>
          <w:sz w:val="24"/>
        </w:rPr>
      </w:r>
      <w:r>
        <w:rPr>
          <w:rFonts w:ascii="IM Fell English" w:hAnsi="IM Fell English"/>
          <w:color w:val="141414"/>
          <w:sz w:val="24"/>
        </w:rPr>
        <w:t>Standing up, he watched as Suzan was hit with another urge to expel his vessel from her body.</w:t>
      </w:r>
      <w:r>
        <w:rPr>
          <w:rFonts w:ascii="IM Fell English" w:hAnsi="IM Fell English"/>
          <w:color w:val="141414"/>
          <w:sz w:val="24"/>
        </w:rPr>
      </w:r>
      <w:r>
        <w:rPr>
          <w:rFonts w:ascii="IM Fell English" w:hAnsi="IM Fell English"/>
          <w:color w:val="141414"/>
          <w:sz w:val="24"/>
        </w:rPr>
        <w:t>Susan felt the head crowning out of her. She knew she had one last big push and it would all be over. She would be with her child and David</w:t>
      </w:r>
      <w:r>
        <w:rPr>
          <w:rFonts w:ascii="IM Fell English" w:hAnsi="IM Fell English"/>
          <w:color w:val="141414"/>
          <w:sz w:val="24"/>
        </w:rPr>
      </w:r>
      <w:r>
        <w:rPr>
          <w:rFonts w:ascii="IM Fell English" w:hAnsi="IM Fell English"/>
          <w:color w:val="141414"/>
          <w:sz w:val="24"/>
        </w:rPr>
        <w:t>John raised the knife high watching.</w:t>
      </w:r>
      <w:r>
        <w:rPr>
          <w:rFonts w:ascii="IM Fell English" w:hAnsi="IM Fell English"/>
          <w:color w:val="141414"/>
          <w:sz w:val="24"/>
        </w:rPr>
      </w:r>
      <w:r>
        <w:rPr>
          <w:rFonts w:ascii="IM Fell English" w:hAnsi="IM Fell English"/>
          <w:color w:val="141414"/>
          <w:sz w:val="24"/>
        </w:rPr>
        <w:t>Suzan strained and pushed with everything she had. She felt a sense ethereal. As if floating above herself. There was no pain. No fear. It was beyond any feeling she had felt. She could feel the baby sliding out of her.</w:t>
      </w:r>
      <w:r>
        <w:rPr>
          <w:rFonts w:ascii="IM Fell English" w:hAnsi="IM Fell English"/>
          <w:color w:val="141414"/>
          <w:sz w:val="24"/>
        </w:rPr>
      </w:r>
      <w:r>
        <w:rPr>
          <w:rFonts w:ascii="IM Fell English" w:hAnsi="IM Fell English"/>
          <w:color w:val="141414"/>
          <w:sz w:val="24"/>
        </w:rPr>
        <w:t>John plunged the knife down when his right knee exploded. The bone and joint was pulverized by the bullet slamming through and out the other side.</w:t>
      </w:r>
      <w:r>
        <w:rPr>
          <w:rFonts w:ascii="IM Fell English" w:hAnsi="IM Fell English"/>
          <w:color w:val="141414"/>
          <w:sz w:val="24"/>
        </w:rPr>
      </w:r>
      <w:r>
        <w:rPr>
          <w:rFonts w:ascii="IM Fell English" w:hAnsi="IM Fell English"/>
          <w:color w:val="141414"/>
          <w:sz w:val="24"/>
        </w:rPr>
        <w:t>He collapsed forward slamming the knife down into Susan's heart.</w:t>
      </w:r>
      <w:r>
        <w:rPr>
          <w:rFonts w:ascii="IM Fell English" w:hAnsi="IM Fell English"/>
          <w:color w:val="141414"/>
          <w:sz w:val="24"/>
        </w:rPr>
      </w:r>
      <w:r>
        <w:rPr>
          <w:rFonts w:ascii="IM Fell English" w:hAnsi="IM Fell English"/>
          <w:color w:val="141414"/>
          <w:sz w:val="24"/>
        </w:rPr>
        <w:t>Suzan's eye's went wide with shocked.</w:t>
      </w:r>
      <w:r>
        <w:rPr>
          <w:rFonts w:ascii="IM Fell English" w:hAnsi="IM Fell English"/>
          <w:color w:val="141414"/>
          <w:sz w:val="24"/>
        </w:rPr>
      </w:r>
      <w:r>
        <w:rPr>
          <w:rFonts w:ascii="IM Fell English" w:hAnsi="IM Fell English"/>
          <w:color w:val="141414"/>
          <w:sz w:val="24"/>
        </w:rPr>
        <w:t>Time slowed.</w:t>
      </w:r>
      <w:r>
        <w:rPr>
          <w:rFonts w:ascii="IM Fell English" w:hAnsi="IM Fell English"/>
          <w:color w:val="141414"/>
          <w:sz w:val="24"/>
        </w:rPr>
      </w:r>
      <w:r>
        <w:rPr>
          <w:rFonts w:ascii="IM Fell English" w:hAnsi="IM Fell English"/>
          <w:color w:val="141414"/>
          <w:sz w:val="24"/>
        </w:rPr>
        <w:t>She felt this man lying on her. His knife in her chest. Her heart stopping mid-stride in a beat. The baby no longer felt inside her.</w:t>
      </w:r>
      <w:r>
        <w:rPr>
          <w:rFonts w:ascii="IM Fell English" w:hAnsi="IM Fell English"/>
          <w:color w:val="141414"/>
          <w:sz w:val="24"/>
        </w:rPr>
      </w:r>
      <w:r>
        <w:rPr>
          <w:rFonts w:ascii="IM Fell English" w:hAnsi="IM Fell English"/>
          <w:color w:val="141414"/>
          <w:sz w:val="24"/>
        </w:rPr>
        <w:t>Suzan's last breath escaped her lips. Silence followed.</w:t>
      </w:r>
      <w:r>
        <w:rPr>
          <w:rFonts w:ascii="IM Fell English" w:hAnsi="IM Fell English"/>
          <w:color w:val="141414"/>
          <w:sz w:val="24"/>
        </w:rPr>
      </w:r>
      <w:r>
        <w:rPr>
          <w:rFonts w:ascii="IM Fell English" w:hAnsi="IM Fell English"/>
          <w:color w:val="141414"/>
          <w:sz w:val="24"/>
        </w:rPr>
        <w:t>David screamed "NNNOOOOOO!"</w:t>
      </w:r>
      <w:r>
        <w:rPr>
          <w:rFonts w:ascii="IM Fell English" w:hAnsi="IM Fell English"/>
          <w:color w:val="141414"/>
          <w:sz w:val="24"/>
        </w:rPr>
      </w:r>
      <w:r>
        <w:rPr>
          <w:rFonts w:ascii="IM Fell English" w:hAnsi="IM Fell English"/>
          <w:color w:val="141414"/>
          <w:sz w:val="24"/>
        </w:rPr>
        <w:t>When David had fallen has hand hit the cold steel of his gun. He had no time seeing John standing before Suzan with the knife ready to be plunged into her belly he simply pulled the trigger.</w:t>
      </w:r>
      <w:r>
        <w:rPr>
          <w:rFonts w:ascii="IM Fell English" w:hAnsi="IM Fell English"/>
          <w:color w:val="141414"/>
          <w:sz w:val="24"/>
        </w:rPr>
      </w:r>
      <w:r>
        <w:rPr>
          <w:rFonts w:ascii="IM Fell English" w:hAnsi="IM Fell English"/>
          <w:color w:val="141414"/>
          <w:sz w:val="24"/>
        </w:rPr>
        <w:t>But then he fell plunging the knife in Suzan's chest.</w:t>
      </w:r>
      <w:r>
        <w:rPr>
          <w:rFonts w:ascii="IM Fell English" w:hAnsi="IM Fell English"/>
          <w:color w:val="141414"/>
          <w:sz w:val="24"/>
        </w:rPr>
      </w:r>
      <w:r>
        <w:rPr>
          <w:rFonts w:ascii="IM Fell English" w:hAnsi="IM Fell English"/>
          <w:color w:val="141414"/>
          <w:sz w:val="24"/>
        </w:rPr>
        <w:t>John staggered up. He ws cold and completly numb. His legs barely moving an a pain so violent in his back he held onto consciouness with everything he had. Slowly closing the distance to the bed Suzan lay on. David stumbled and everything went black.</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t>John opened his eyes and looked. He saw she was dead. His mother was finally dead.</w:t>
      </w:r>
      <w:r>
        <w:rPr>
          <w:rFonts w:ascii="IM Fell English" w:hAnsi="IM Fell English"/>
          <w:color w:val="141414"/>
          <w:sz w:val="24"/>
        </w:rPr>
      </w:r>
      <w:r>
        <w:rPr>
          <w:rFonts w:ascii="IM Fell English" w:hAnsi="IM Fell English"/>
          <w:color w:val="141414"/>
          <w:sz w:val="24"/>
        </w:rPr>
        <w:t>All that was left was the child.</w:t>
      </w:r>
      <w:r>
        <w:rPr>
          <w:rFonts w:ascii="IM Fell English" w:hAnsi="IM Fell English"/>
          <w:color w:val="141414"/>
          <w:sz w:val="24"/>
        </w:rPr>
      </w:r>
      <w:r>
        <w:rPr>
          <w:rFonts w:ascii="IM Fell English" w:hAnsi="IM Fell English"/>
          <w:color w:val="141414"/>
          <w:sz w:val="24"/>
        </w:rPr>
        <w:t>His vessel that needed to be destroyed.</w:t>
      </w:r>
      <w:r>
        <w:rPr>
          <w:rFonts w:ascii="IM Fell English" w:hAnsi="IM Fell English"/>
          <w:color w:val="141414"/>
          <w:sz w:val="24"/>
        </w:rPr>
      </w:r>
      <w:r>
        <w:rPr>
          <w:rFonts w:ascii="IM Fell English" w:hAnsi="IM Fell English"/>
          <w:color w:val="141414"/>
          <w:sz w:val="24"/>
        </w:rPr>
        <w:t>Looking at Susan's belly he could tell the child had been born but no sound was coming from the baby.</w:t>
      </w:r>
      <w:r>
        <w:rPr>
          <w:rFonts w:ascii="IM Fell English" w:hAnsi="IM Fell English"/>
          <w:color w:val="141414"/>
          <w:sz w:val="24"/>
        </w:rPr>
      </w:r>
      <w:r>
        <w:rPr>
          <w:rFonts w:ascii="IM Fell English" w:hAnsi="IM Fell English"/>
          <w:color w:val="141414"/>
          <w:sz w:val="24"/>
        </w:rPr>
        <w:t>Listening he heard distant sounds of police fast approaching.</w:t>
      </w:r>
      <w:r>
        <w:rPr>
          <w:rFonts w:ascii="IM Fell English" w:hAnsi="IM Fell English"/>
          <w:color w:val="141414"/>
          <w:sz w:val="24"/>
        </w:rPr>
      </w:r>
      <w:r>
        <w:rPr>
          <w:rFonts w:ascii="IM Fell English" w:hAnsi="IM Fell English"/>
          <w:color w:val="141414"/>
          <w:sz w:val="24"/>
        </w:rPr>
        <w:t>John rose and looked to the end of the bed. The baby wasn't moving. It wasn't making any noise.</w:t>
      </w:r>
      <w:r>
        <w:rPr>
          <w:rFonts w:ascii="IM Fell English" w:hAnsi="IM Fell English"/>
          <w:color w:val="141414"/>
          <w:sz w:val="24"/>
        </w:rPr>
      </w:r>
      <w:r>
        <w:rPr>
          <w:rFonts w:ascii="IM Fell English" w:hAnsi="IM Fell English"/>
          <w:color w:val="141414"/>
          <w:sz w:val="24"/>
        </w:rPr>
        <w:t>John wondered if he had won. He needed to be sure.</w:t>
      </w:r>
      <w:r>
        <w:rPr>
          <w:rFonts w:ascii="IM Fell English" w:hAnsi="IM Fell English"/>
          <w:color w:val="141414"/>
          <w:sz w:val="24"/>
        </w:rPr>
      </w:r>
      <w:r>
        <w:rPr>
          <w:rFonts w:ascii="IM Fell English" w:hAnsi="IM Fell English"/>
          <w:color w:val="141414"/>
          <w:sz w:val="24"/>
        </w:rPr>
        <w:t>He slowly raised the knife he was holding. With an animalistic rage he screamed, lunging down and bearing the knife onto the lifeless vessel.</w:t>
      </w:r>
      <w:r>
        <w:rPr>
          <w:rFonts w:ascii="IM Fell English" w:hAnsi="IM Fell English"/>
          <w:color w:val="141414"/>
          <w:sz w:val="24"/>
        </w:rPr>
      </w:r>
      <w:r>
        <w:rPr>
          <w:rFonts w:ascii="IM Fell English" w:hAnsi="IM Fell English"/>
          <w:color w:val="141414"/>
          <w:sz w:val="24"/>
        </w:rPr>
        <w:t>A clear boom of thunder.</w:t>
      </w:r>
      <w:r>
        <w:rPr>
          <w:rFonts w:ascii="IM Fell English" w:hAnsi="IM Fell English"/>
          <w:color w:val="141414"/>
          <w:sz w:val="24"/>
        </w:rPr>
      </w:r>
      <w:r>
        <w:rPr>
          <w:rFonts w:ascii="IM Fell English" w:hAnsi="IM Fell English"/>
          <w:color w:val="141414"/>
          <w:sz w:val="24"/>
        </w:rPr>
        <w:t>A trail of molten gun powder erupted from David's hand gun.</w:t>
      </w:r>
      <w:r>
        <w:rPr>
          <w:rFonts w:ascii="IM Fell English" w:hAnsi="IM Fell English"/>
          <w:color w:val="141414"/>
          <w:sz w:val="24"/>
        </w:rPr>
      </w:r>
      <w:r>
        <w:rPr>
          <w:rFonts w:ascii="IM Fell English" w:hAnsi="IM Fell English"/>
          <w:color w:val="141414"/>
          <w:sz w:val="24"/>
        </w:rPr>
        <w:t>A trail of hot led found the center of John's forehead.</w:t>
      </w:r>
      <w:r>
        <w:rPr>
          <w:rFonts w:ascii="IM Fell English" w:hAnsi="IM Fell English"/>
          <w:color w:val="141414"/>
          <w:sz w:val="24"/>
        </w:rPr>
      </w:r>
      <w:r>
        <w:rPr>
          <w:rFonts w:ascii="IM Fell English" w:hAnsi="IM Fell English"/>
          <w:color w:val="141414"/>
          <w:sz w:val="24"/>
        </w:rPr>
        <w:t>The exit would shattered his skull sending bone fragments, blood and brain matter onto the back wall and ceiling.</w:t>
      </w:r>
      <w:r>
        <w:rPr>
          <w:rFonts w:ascii="IM Fell English" w:hAnsi="IM Fell English"/>
          <w:color w:val="141414"/>
          <w:sz w:val="24"/>
        </w:rPr>
      </w:r>
      <w:r>
        <w:rPr>
          <w:rFonts w:ascii="IM Fell English" w:hAnsi="IM Fell English"/>
          <w:color w:val="141414"/>
          <w:sz w:val="24"/>
        </w:rPr>
        <w:t>John had no idea he was even dead before his body landed on the bed covering the baby.</w:t>
      </w:r>
      <w:r>
        <w:rPr>
          <w:rFonts w:ascii="IM Fell English" w:hAnsi="IM Fell English"/>
          <w:color w:val="141414"/>
          <w:sz w:val="24"/>
        </w:rPr>
      </w:r>
      <w:r>
        <w:rPr>
          <w:rFonts w:ascii="IM Fell English" w:hAnsi="IM Fell English"/>
          <w:color w:val="141414"/>
          <w:sz w:val="24"/>
        </w:rPr>
        <w:t>As his last breath escaped, his last beat thumped and instantly, the baby's eyes flashed open. Deep black orbs, the briefly shone, and let out a loud crying shrill for the first time.</w:t>
      </w:r>
      <w:r>
        <w:rPr>
          <w:rFonts w:ascii="IM Fell English" w:hAnsi="IM Fell English"/>
          <w:color w:val="141414"/>
          <w:sz w:val="24"/>
        </w:rPr>
      </w:r>
      <w:r>
        <w:rPr>
          <w:rFonts w:ascii="IM Fell English" w:hAnsi="IM Fell English"/>
          <w:color w:val="141414"/>
          <w:sz w:val="24"/>
        </w:rPr>
        <w:t>David heard the cry, allowing his own tears to run.</w:t>
      </w:r>
      <w:r>
        <w:rPr>
          <w:rFonts w:ascii="IM Fell English" w:hAnsi="IM Fell English"/>
          <w:color w:val="141414"/>
          <w:sz w:val="24"/>
        </w:rPr>
      </w:r>
      <w:r>
        <w:rPr>
          <w:rFonts w:ascii="IM Fell English" w:hAnsi="IM Fell English"/>
          <w:color w:val="141414"/>
          <w:sz w:val="24"/>
        </w:rPr>
        <w:t>There were flashing lights everywhere. The sound of men rushing in yelling "Police!...Police!"</w:t>
      </w:r>
      <w:r>
        <w:rPr>
          <w:rFonts w:ascii="IM Fell English" w:hAnsi="IM Fell English"/>
          <w:color w:val="141414"/>
          <w:sz w:val="24"/>
        </w:rPr>
      </w:r>
      <w:r>
        <w:rPr>
          <w:rFonts w:ascii="IM Fell English" w:hAnsi="IM Fell English"/>
          <w:color w:val="141414"/>
          <w:sz w:val="24"/>
        </w:rPr>
        <w:t>David's eyes closed as he descended into oblivion.</w:t>
      </w:r>
      <w:r>
        <w:rPr>
          <w:rFonts w:ascii="IM Fell English" w:hAnsi="IM Fell English"/>
          <w:color w:val="141414"/>
          <w:sz w:val="24"/>
        </w:rPr>
      </w:r>
    </w:p>
    <w:p>
      <w:pPr>
        <w:pStyle w:val="Heading1"/>
        <w:jc w:val="center"/>
      </w:pPr>
      <w:r>
        <w:rPr>
          <w:rFonts w:ascii="IM Fell English" w:hAnsi="IM Fell English"/>
          <w:color w:val="0D0D0D"/>
        </w:rPr>
        <w:t>Chapter 34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