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IM Fell English" w:hAnsi="IM Fell English"/>
          <w:b/>
          <w:color w:val="0D0D0D"/>
          <w:sz w:val="64"/>
        </w:rPr>
        <w:t>Dream Life Of Pure Death: Praeceptum Sablis</w:t>
      </w:r>
    </w:p>
    <w:p>
      <w:pPr>
        <w:jc w:val="center"/>
      </w:pPr>
      <w:r>
        <w:rPr>
          <w:rFonts w:ascii="IM Fell English" w:hAnsi="IM Fell English"/>
          <w:color w:val="141414"/>
          <w:sz w:val="28"/>
        </w:rPr>
        <w:t>Christian Wilson</w:t>
      </w:r>
    </w:p>
    <w:p>
      <w:r>
        <w:br w:type="page"/>
      </w:r>
    </w:p>
    <w:p>
      <w:r>
        <w:rPr>
          <w:rFonts w:ascii="IM Fell English" w:hAnsi="IM Fell English"/>
          <w:b/>
          <w:color w:val="141414"/>
          <w:sz w:val="24"/>
        </w:rPr>
        <w:t>Dream Life Of Pure Death: Praeceptum Sablis</w:t>
      </w:r>
    </w:p>
    <w:p>
      <w:pPr>
        <w:pStyle w:val="Heading1"/>
        <w:jc w:val="center"/>
      </w:pPr>
      <w:r>
        <w:rPr>
          <w:rFonts w:ascii="IM Fell English" w:hAnsi="IM Fell English"/>
          <w:color w:val="0D0D0D"/>
        </w:rPr>
        <w:t>BOOK INFORMATION</w:t>
      </w:r>
    </w:p>
    <w:p>
      <w:pPr>
        <w:pStyle w:val="Heading3"/>
        <w:jc w:val="center"/>
      </w:pPr>
      <w:r>
        <w:rPr>
          <w:rFonts w:ascii="IM Fell English" w:hAnsi="IM Fell English"/>
          <w:color w:val="0D0D0D"/>
        </w:rPr>
        <w:t>Full summary of Novel 6: Dream Life Of Pure Death – Praeceptum Sablis</w:t>
      </w:r>
    </w:p>
    <w:p>
      <w:r>
        <w:rPr>
          <w:rFonts w:ascii="IM Fell English" w:hAnsi="IM Fell English"/>
          <w:b/>
          <w:color w:val="141414"/>
          <w:sz w:val="24"/>
        </w:rPr>
        <w:t xml:space="preserve">Title: Dream Life Of Pure Death – Praeceptum Sablis. Genre: Dark Horror. Tone: Very dark and violent with some humor. It mixes real life with a movie about a military school. The movie shows hard training and death for fun. After the movie, things go back to normal at home.  </w:t>
      </w:r>
    </w:p>
    <w:p>
      <w:pPr>
        <w:pStyle w:val="Heading3"/>
        <w:jc w:val="center"/>
      </w:pPr>
      <w:r>
        <w:rPr>
          <w:rFonts w:ascii="IM Fell English" w:hAnsi="IM Fell English"/>
          <w:color w:val="0D0D0D"/>
        </w:rPr>
        <w:t>Premise</w:t>
      </w:r>
    </w:p>
    <w:p>
      <w:r>
        <w:rPr>
          <w:rFonts w:ascii="IM Fell English" w:hAnsi="IM Fell English"/>
          <w:color w:val="141414"/>
          <w:sz w:val="24"/>
        </w:rPr>
        <w:t xml:space="preserve">After Quebranto, Jackie and Jennifer Voss go back to work for Katie. Jennifer’s long punishment is over. They open a new project called Pure Death: Praeceptum Sablis.  </w:t>
      </w:r>
    </w:p>
    <w:p>
      <w:r>
        <w:rPr>
          <w:rFonts w:ascii="IM Fell English" w:hAnsi="IM Fell English"/>
          <w:color w:val="141414"/>
          <w:sz w:val="24"/>
        </w:rPr>
        <w:t xml:space="preserve">In real life, Jenna (Jennifer’s twin) and Carissa (Jackie’s daughter) take charge of their pets. Jennifer belongs to Jenna, and Jackie belongs to Carissa. The two women compete at a military school to see whose pet can handle more pain. They even place bets on them. </w:t>
      </w:r>
    </w:p>
    <w:p>
      <w:r>
        <w:rPr>
          <w:rFonts w:ascii="IM Fell English" w:hAnsi="IM Fell English"/>
          <w:color w:val="141414"/>
          <w:sz w:val="24"/>
        </w:rPr>
        <w:t xml:space="preserve">The story stays inside the movie until the end. Then it shows the real world, the safety chips, and what happens next. </w:t>
      </w:r>
    </w:p>
    <w:p>
      <w:pPr>
        <w:pStyle w:val="Heading3"/>
        <w:jc w:val="center"/>
      </w:pPr>
      <w:r>
        <w:rPr>
          <w:rFonts w:ascii="IM Fell English" w:hAnsi="IM Fell English"/>
          <w:color w:val="0D0D0D"/>
        </w:rPr>
        <w:t>Main Characters</w:t>
      </w:r>
    </w:p>
    <w:p>
      <w:pPr>
        <w:pStyle w:val="ListBullet"/>
      </w:pPr>
      <w:r>
        <w:rPr>
          <w:rFonts w:ascii="IM Fell English" w:hAnsi="IM Fell English"/>
          <w:color w:val="141414"/>
          <w:sz w:val="24"/>
        </w:rPr>
        <w:t>Jackie Voss:Headwife, pure sadomasochism hound, and Carissa’s bitch for the film. Calm, enabling, and fully willing to be destroyed for the work and for her daughter’s education.</w:t>
      </w:r>
    </w:p>
    <w:p>
      <w:pPr>
        <w:pStyle w:val="ListBullet"/>
      </w:pPr>
      <w:r>
        <w:rPr>
          <w:rFonts w:ascii="IM Fell English" w:hAnsi="IM Fell English"/>
          <w:color w:val="141414"/>
          <w:sz w:val="24"/>
        </w:rPr>
        <w:t>Jennifer Voss:Collared submissive wife, mouthy mutt, and Jenna’s bitch for the film. Chaotic, dramatic, and relentlessly hungry for intensity even while complaining about every detail afterward.</w:t>
      </w:r>
    </w:p>
    <w:p>
      <w:pPr>
        <w:pStyle w:val="ListBullet"/>
      </w:pPr>
      <w:r>
        <w:rPr>
          <w:rFonts w:ascii="IM Fell English" w:hAnsi="IM Fell English"/>
          <w:color w:val="141414"/>
          <w:sz w:val="24"/>
        </w:rPr>
        <w:t>Jenna Voss:Jennifer’s twin sister and rising Mistress. Owns Jennifer for the package; competitive, affectionate, and precise.</w:t>
      </w:r>
    </w:p>
    <w:p>
      <w:pPr>
        <w:pStyle w:val="ListBullet"/>
      </w:pPr>
      <w:r>
        <w:rPr>
          <w:rFonts w:ascii="IM Fell English" w:hAnsi="IM Fell English"/>
          <w:color w:val="141414"/>
          <w:sz w:val="24"/>
        </w:rPr>
        <w:t>Carissa Voss:Jackie’s daughter and rising Mistress. Owns Jackie for the package; vicious, proud, and openly delighted by the damage she is allowed to inflict.</w:t>
      </w:r>
    </w:p>
    <w:p>
      <w:pPr>
        <w:pStyle w:val="ListBullet"/>
      </w:pPr>
      <w:r>
        <w:rPr>
          <w:rFonts w:ascii="IM Fell English" w:hAnsi="IM Fell English"/>
          <w:color w:val="141414"/>
          <w:sz w:val="24"/>
        </w:rPr>
        <w:t>Lena &amp; Marcus:Hardcore married caretakers and sadomasochism Mistress/Master assigned by Katie. Lena is pregnant (discovered during filming) and later becomes the night’s entertainment under Jackie and Jennifer’s real-time orders.</w:t>
      </w:r>
    </w:p>
    <w:p>
      <w:pPr>
        <w:pStyle w:val="ListBullet"/>
      </w:pPr>
      <w:r>
        <w:rPr>
          <w:rFonts w:ascii="IM Fell English" w:hAnsi="IM Fell English"/>
          <w:color w:val="141414"/>
          <w:sz w:val="24"/>
        </w:rPr>
        <w:t>Katie &amp; Lilith:Higher bloodline authority. Katie authorizes the most extreme play and later oversees recovery.</w:t>
      </w:r>
    </w:p>
    <w:p>
      <w:pPr>
        <w:pStyle w:val="Heading3"/>
        <w:jc w:val="center"/>
      </w:pPr>
      <w:r>
        <w:rPr>
          <w:rFonts w:ascii="IM Fell English" w:hAnsi="IM Fell English"/>
          <w:color w:val="0D0D0D"/>
        </w:rPr>
        <w:t>Story Breakdown</w:t>
      </w:r>
    </w:p>
    <w:p>
      <w:r>
        <w:rPr>
          <w:rFonts w:ascii="IM Fell English" w:hAnsi="IM Fell English"/>
          <w:b/>
          <w:color w:val="141414"/>
          <w:sz w:val="24"/>
        </w:rPr>
        <w:t>Part 1 – Real Life &amp; Setup (Chapters 1–8)</w:t>
      </w:r>
      <w:r>
        <w:rPr>
          <w:rFonts w:ascii="IM Fell English" w:hAnsi="IM Fell English"/>
          <w:color w:val="141414"/>
          <w:sz w:val="24"/>
        </w:rPr>
      </w:r>
      <w:r>
        <w:rPr>
          <w:rFonts w:ascii="IM Fell English" w:hAnsi="IM Fell English"/>
          <w:color w:val="141414"/>
          <w:sz w:val="24"/>
        </w:rPr>
        <w:t>Jennifer is released from the previous package. The couple returns to their private estate. Breakfast, ownership reaffirmation, and a controlled real-life violence session directed by Jennifer against Jackie (with Katie’s approval) re-establish the hierarchy. The black packet is opened at the studio. The sealed military campus set is walked. The film is green-lit with Jenna and Carissa as the primary on-camera owners of their respective bitches.</w:t>
      </w:r>
    </w:p>
    <w:p>
      <w:r>
        <w:rPr>
          <w:rFonts w:ascii="IM Fell English" w:hAnsi="IM Fell English"/>
          <w:b/>
          <w:color w:val="141414"/>
          <w:sz w:val="24"/>
        </w:rPr>
        <w:t>Part 2 – The Filmed Story (Chapters 9–27)</w:t>
      </w:r>
      <w:r>
        <w:rPr>
          <w:rFonts w:ascii="IM Fell English" w:hAnsi="IM Fell English"/>
          <w:color w:val="141414"/>
          <w:sz w:val="24"/>
        </w:rPr>
      </w:r>
      <w:r>
        <w:rPr>
          <w:rFonts w:ascii="IM Fell English" w:hAnsi="IM Fell English"/>
          <w:color w:val="141414"/>
          <w:sz w:val="24"/>
        </w:rPr>
        <w:t>Full immersion. No meta language.</w:t>
      </w:r>
    </w:p>
    <w:p>
      <w:r>
        <w:rPr>
          <w:rFonts w:ascii="IM Fell English" w:hAnsi="IM Fell English"/>
          <w:color w:val="141414"/>
          <w:sz w:val="24"/>
        </w:rPr>
        <w:t>Jenna and Carissa run a competitive, escalating selection course on the sealed military campus. Orientation begins with straps, jeep bumps,  and low-speed roll-overs, cable work, breath-holding, and overnight frame restraint. Dark humor and continuous betting between the two young Mistresses never stop.</w:t>
      </w:r>
    </w:p>
    <w:p>
      <w:r>
        <w:rPr>
          <w:rFonts w:ascii="IM Fell English" w:hAnsi="IM Fell English"/>
          <w:color w:val="141414"/>
          <w:sz w:val="24"/>
        </w:rPr>
        <w:t>The final practical moves to a pair of tall clear water tanks. Both women are tightly mummified in mantle rope and lowered into separate tanks fitted with industrial underwater welding rods. Jenna and Carissa begin working both, but quickly focus almost exclusively on Jackie. They then deliberately pull Jackie out, cut her ropes, and give her to the waiting cadets to be used. While Jackie is being fucked on the concrete, Jenna and Carissa return to Jennifer’s tank and intentionally raise the welder to a lethal setting. Jennifer is executed on camera—her heart stops cleanly inside the tank. Jackie survives.</w:t>
      </w:r>
    </w:p>
    <w:p>
      <w:r>
        <w:rPr>
          <w:rFonts w:ascii="IM Fell English" w:hAnsi="IM Fell English"/>
          <w:b/>
          <w:color w:val="141414"/>
          <w:sz w:val="24"/>
        </w:rPr>
        <w:t>Part 3 – The Wrap &amp; Unwind (Chapters 28–34)</w:t>
      </w:r>
      <w:r>
        <w:rPr>
          <w:rFonts w:ascii="IM Fell English" w:hAnsi="IM Fell English"/>
          <w:color w:val="141414"/>
          <w:sz w:val="24"/>
        </w:rPr>
      </w:r>
      <w:r>
        <w:rPr>
          <w:rFonts w:ascii="IM Fell English" w:hAnsi="IM Fell English"/>
          <w:color w:val="141414"/>
          <w:sz w:val="24"/>
        </w:rPr>
        <w:t>“Cut. Print.” Reality returns.</w:t>
      </w:r>
    </w:p>
    <w:p>
      <w:r>
        <w:rPr>
          <w:rFonts w:ascii="IM Fell English" w:hAnsi="IM Fell English"/>
          <w:color w:val="141414"/>
          <w:sz w:val="24"/>
        </w:rPr>
        <w:t>A crew member kills power to the welder and calls for the reactivation of Jennifer’s nano-chip  666. She cannot be removed from the water until the chip restarts her heart. Once revived, Jennifer immediately launches into a furious, detailed contract complaint about being left to flatline while everyone else had more fun. Jackie undercuts her with a dark reminder of the Omertà death scene. Medical scans at the private clinic confirm the chip functioned as designed. The four separate according to household: Jenna goes home to Justin, Carissa to Beth, Jackie and Jennifer return to their mansion under Lena and Marcus’s caretaking.</w:t>
      </w:r>
    </w:p>
    <w:p>
      <w:r>
        <w:rPr>
          <w:rFonts w:ascii="IM Fell English" w:hAnsi="IM Fell English"/>
          <w:color w:val="141414"/>
          <w:sz w:val="24"/>
        </w:rPr>
        <w:t>That night, too wrecked for ordinary sex, Jackie and Jennifer request an extreme live show. Katie authorizes full destruction of the pregnant Lena via intercom. Under real-time orders Marcus systematically breaks Lena’s limbs and ribs (face and skull left intact) while Lena continues delivering dark humor. When the pets finally say stop, Marcus throws her broken body out the service door for Katie’s private coronary (medic) team. He then joins Jackie and Jennifer in bed for slow, careful, loving threesome sex.</w:t>
      </w:r>
    </w:p>
    <w:p>
      <w:r>
        <w:rPr>
          <w:rFonts w:ascii="IM Fell English" w:hAnsi="IM Fell English"/>
          <w:color w:val="141414"/>
          <w:sz w:val="24"/>
        </w:rPr>
        <w:t>In the final chapter Katie walks the private recovery room where Lena lies on a medical bullet table. Lucifer confirms the unborn child is alive and healthier than the mother. Katie orders structural repair, refuses the family health system, sets a six-month recovery clock, and leaves with Lilith to be taken to hell under the standing rule that Lilith may not stop unless Lena is declared permanently dead.</w:t>
      </w:r>
    </w:p>
    <w:p>
      <w:pPr>
        <w:pStyle w:val="Heading3"/>
        <w:jc w:val="center"/>
      </w:pPr>
      <w:r>
        <w:rPr>
          <w:rFonts w:ascii="IM Fell English" w:hAnsi="IM Fell English"/>
          <w:color w:val="0D0D0D"/>
        </w:rPr>
        <w:t>Core Themes</w:t>
      </w:r>
    </w:p>
    <w:p>
      <w:pPr>
        <w:pStyle w:val="ListBullet"/>
      </w:pPr>
      <w:r>
        <w:rPr>
          <w:rFonts w:ascii="IM Fell English" w:hAnsi="IM Fell English"/>
          <w:color w:val="141414"/>
          <w:sz w:val="24"/>
        </w:rPr>
        <w:t>Ownership as both daily practice and lethal curriculum passed to the next generation</w:t>
      </w:r>
    </w:p>
    <w:p>
      <w:pPr>
        <w:pStyle w:val="ListBullet"/>
      </w:pPr>
      <w:r>
        <w:rPr>
          <w:rFonts w:ascii="IM Fell English" w:hAnsi="IM Fell English"/>
          <w:color w:val="141414"/>
          <w:sz w:val="24"/>
        </w:rPr>
        <w:t>Competitive young Mistresses using their own blood as training material</w:t>
      </w:r>
    </w:p>
    <w:p>
      <w:pPr>
        <w:pStyle w:val="ListBullet"/>
      </w:pPr>
      <w:r>
        <w:rPr>
          <w:rFonts w:ascii="IM Fell English" w:hAnsi="IM Fell English"/>
          <w:color w:val="141414"/>
          <w:sz w:val="24"/>
        </w:rPr>
        <w:t>Extreme sadomasochism as family language, entertainment, and controlled risk</w:t>
      </w:r>
    </w:p>
    <w:p>
      <w:pPr>
        <w:pStyle w:val="ListBullet"/>
      </w:pPr>
      <w:r>
        <w:rPr>
          <w:rFonts w:ascii="IM Fell English" w:hAnsi="IM Fell English"/>
          <w:color w:val="141414"/>
          <w:sz w:val="24"/>
        </w:rPr>
        <w:t>The deliberate separation of film-death from real-life survival (nano-chip technology)</w:t>
      </w:r>
    </w:p>
    <w:p>
      <w:pPr>
        <w:pStyle w:val="ListBullet"/>
      </w:pPr>
      <w:r>
        <w:rPr>
          <w:rFonts w:ascii="IM Fell English" w:hAnsi="IM Fell English"/>
          <w:color w:val="141414"/>
          <w:sz w:val="24"/>
        </w:rPr>
        <w:t>Dark humor as devotion and survival even while hearts are stopped on camera</w:t>
      </w:r>
    </w:p>
    <w:p>
      <w:pPr>
        <w:pStyle w:val="ListBullet"/>
      </w:pPr>
      <w:r>
        <w:rPr>
          <w:rFonts w:ascii="IM Fell English" w:hAnsi="IM Fell English"/>
          <w:color w:val="141414"/>
          <w:sz w:val="24"/>
        </w:rPr>
        <w:t>Pregnancy as both complication and additional authorized risk</w:t>
      </w:r>
    </w:p>
    <w:p>
      <w:pPr>
        <w:pStyle w:val="ListBullet"/>
      </w:pPr>
      <w:r>
        <w:rPr>
          <w:rFonts w:ascii="IM Fell English" w:hAnsi="IM Fell English"/>
          <w:color w:val="141414"/>
          <w:sz w:val="24"/>
        </w:rPr>
        <w:t>Recovery as another form of ownership rather than an exit from it</w:t>
      </w:r>
    </w:p>
    <w:p>
      <w:pPr>
        <w:pStyle w:val="ListBullet"/>
      </w:pPr>
      <w:r>
        <w:rPr>
          <w:rFonts w:ascii="IM Fell English" w:hAnsi="IM Fell English"/>
          <w:color w:val="141414"/>
          <w:sz w:val="24"/>
        </w:rPr>
        <w:t>The refusal to pretend any break is permanent</w:t>
      </w:r>
    </w:p>
    <w:p>
      <w:pPr>
        <w:pStyle w:val="Heading3"/>
        <w:jc w:val="center"/>
      </w:pPr>
      <w:r>
        <w:rPr>
          <w:rFonts w:ascii="IM Fell English" w:hAnsi="IM Fell English"/>
          <w:color w:val="0D0D0D"/>
        </w:rPr>
        <w:t>Ending Tone</w:t>
      </w:r>
    </w:p>
    <w:p>
      <w:r>
        <w:rPr>
          <w:rFonts w:ascii="IM Fell English" w:hAnsi="IM Fell English"/>
          <w:color w:val="141414"/>
          <w:sz w:val="24"/>
        </w:rPr>
        <w:t>The ending is sore, filthy, domestic, and stable in the series’ specific way. The film is finished. The residual marks are real but non-lethal. Lena is in forced medical repair and still pregnant. Jackie and Jennifer sleep with Marcus between them after choosing tenderness. Katie and Lilith continue their own private hell. No new packet is opened on the last page. The hunger will return when the quiet has lasted long enough. Until then the only schedule left is the one they keep with hands, mouths, open feeds, and the permanent knowledge that the bloodline of pure Hell is still intact, still owned, and still exactly where it chose to be when the cameras stopped rolling.</w:t>
      </w:r>
    </w:p>
    <w:p>
      <w:r>
        <w:rPr>
          <w:rFonts w:ascii="IM Fell English" w:hAnsi="IM Fell English"/>
          <w:color w:val="141414"/>
          <w:sz w:val="24"/>
        </w:rPr>
        <w:t>TEXT FORMATTING GUIDE</w:t>
      </w:r>
    </w:p>
    <w:p>
      <w:r>
        <w:rPr>
          <w:rFonts w:ascii="IM Fell English" w:hAnsi="IM Fell English"/>
          <w:color w:val="141414"/>
          <w:sz w:val="24"/>
        </w:rPr>
        <w:t>• Regular text = present time and spoken dialogue</w:t>
      </w:r>
    </w:p>
    <w:p>
      <w:r>
        <w:rPr>
          <w:rFonts w:ascii="IM Fell English" w:hAnsi="IM Fell English"/>
          <w:color w:val="141414"/>
          <w:sz w:val="24"/>
        </w:rPr>
        <w:t xml:space="preserve">• </w:t>
      </w:r>
      <w:r>
        <w:rPr>
          <w:rFonts w:ascii="IM Fell English" w:hAnsi="IM Fell English"/>
          <w:i/>
          <w:color w:val="141414"/>
          <w:sz w:val="24"/>
        </w:rPr>
        <w:t>Italics</w:t>
      </w:r>
      <w:r>
        <w:rPr>
          <w:rFonts w:ascii="IM Fell English" w:hAnsi="IM Fell English"/>
          <w:color w:val="141414"/>
          <w:sz w:val="24"/>
        </w:rPr>
        <w:t xml:space="preserve"> = thoughts or mind‑links</w:t>
      </w:r>
    </w:p>
    <w:p>
      <w:r>
        <w:rPr>
          <w:rFonts w:ascii="IM Fell English" w:hAnsi="IM Fell English"/>
          <w:color w:val="141414"/>
          <w:sz w:val="24"/>
        </w:rPr>
        <w:t>• [</w:t>
      </w:r>
      <w:r>
        <w:rPr>
          <w:rFonts w:ascii="IM Fell English" w:hAnsi="IM Fell English"/>
          <w:i/>
          <w:color w:val="141414"/>
          <w:sz w:val="24"/>
        </w:rPr>
        <w:t>Italics</w:t>
      </w:r>
      <w:r>
        <w:rPr>
          <w:rFonts w:ascii="IM Fell English" w:hAnsi="IM Fell English"/>
          <w:color w:val="141414"/>
          <w:sz w:val="24"/>
        </w:rPr>
        <w:t xml:space="preserve"> inside brackets] = past events</w:t>
      </w:r>
    </w:p>
    <w:p>
      <w:r>
        <w:rPr>
          <w:rFonts w:ascii="IM Fell English" w:hAnsi="IM Fell English"/>
          <w:color w:val="141414"/>
          <w:sz w:val="24"/>
        </w:rPr>
        <w:t xml:space="preserve">• </w:t>
      </w:r>
      <w:r>
        <w:rPr>
          <w:rFonts w:ascii="IM Fell English" w:hAnsi="IM Fell English"/>
          <w:b/>
          <w:color w:val="141414"/>
          <w:sz w:val="24"/>
        </w:rPr>
        <w:t>Bold</w:t>
      </w:r>
      <w:r>
        <w:rPr>
          <w:rFonts w:ascii="IM Fell English" w:hAnsi="IM Fell English"/>
          <w:color w:val="141414"/>
          <w:sz w:val="24"/>
        </w:rPr>
        <w:t xml:space="preserve"> text = Serbian (Cyrillic) or Spanish dialogue</w:t>
      </w:r>
    </w:p>
    <w:p>
      <w:r>
        <w:rPr>
          <w:rFonts w:ascii="IM Fell English" w:hAnsi="IM Fell English"/>
          <w:color w:val="141414"/>
          <w:sz w:val="24"/>
        </w:rPr>
        <w:t xml:space="preserve">• </w:t>
      </w:r>
      <w:r>
        <w:rPr>
          <w:rFonts w:ascii="IM Fell English" w:hAnsi="IM Fell English"/>
          <w:i/>
          <w:color w:val="141414"/>
          <w:sz w:val="24"/>
        </w:rPr>
        <w:t>Bold italics</w:t>
      </w:r>
      <w:r>
        <w:rPr>
          <w:rFonts w:ascii="IM Fell English" w:hAnsi="IM Fell English"/>
          <w:color w:val="141414"/>
          <w:sz w:val="24"/>
        </w:rPr>
        <w:t xml:space="preserve"> = someone repeating another person’s words</w:t>
      </w:r>
    </w:p>
    <w:p>
      <w:r>
        <w:rPr>
          <w:rFonts w:ascii="IM Fell English" w:hAnsi="IM Fell English"/>
          <w:color w:val="141414"/>
          <w:sz w:val="24"/>
        </w:rPr>
        <w:t>AUTHOR INFORMATION</w:t>
      </w:r>
    </w:p>
    <w:p>
      <w:r>
        <w:rPr>
          <w:rFonts w:ascii="IM Fell English" w:hAnsi="IM Fell English"/>
          <w:color w:val="141414"/>
          <w:sz w:val="24"/>
        </w:rPr>
        <w:t>Chris Wilson</w:t>
      </w:r>
    </w:p>
    <w:p>
      <w:r>
        <w:rPr>
          <w:rFonts w:ascii="IM Fell English" w:hAnsi="IM Fell English"/>
          <w:color w:val="141414"/>
          <w:sz w:val="24"/>
        </w:rPr>
        <w:t>Info@chriswphotography.com</w:t>
      </w:r>
    </w:p>
    <w:p>
      <w:r>
        <w:rPr>
          <w:rFonts w:ascii="IM Fell English" w:hAnsi="IM Fell English"/>
          <w:color w:val="141414"/>
          <w:sz w:val="24"/>
        </w:rPr>
        <w:t>www.chriswphotography.pixels.com</w:t>
      </w:r>
      <w:r>
        <w:rPr>
          <w:rFonts w:ascii="IM Fell English" w:hAnsi="IM Fell English"/>
          <w:color w:val="141414"/>
          <w:sz w:val="24"/>
        </w:rPr>
        <w:t xml:space="preserve"> </w:t>
      </w:r>
    </w:p>
    <w:p>
      <w:r>
        <w:rPr>
          <w:rFonts w:ascii="IM Fell English" w:hAnsi="IM Fell English"/>
          <w:color w:val="141414"/>
          <w:sz w:val="24"/>
        </w:rPr>
        <w:t>COPYRIGHT INFORMATION</w:t>
      </w:r>
    </w:p>
    <w:p>
      <w:r>
        <w:rPr>
          <w:rFonts w:ascii="IM Fell English" w:hAnsi="IM Fell English"/>
          <w:color w:val="141414"/>
          <w:sz w:val="24"/>
        </w:rPr>
        <w:t>Chris Wilson © 2026 All rights are reserved.</w:t>
      </w:r>
    </w:p>
    <w:p>
      <w:r>
        <w:rPr>
          <w:rFonts w:ascii="IM Fell English" w:hAnsi="IM Fell English"/>
          <w:color w:val="141414"/>
          <w:sz w:val="24"/>
        </w:rPr>
        <w:t xml:space="preserve">The cover was created and improved by </w:t>
      </w:r>
      <w:r>
        <w:rPr>
          <w:rFonts w:ascii="IM Fell English" w:hAnsi="IM Fell English"/>
          <w:color w:val="141414"/>
          <w:sz w:val="24"/>
        </w:rPr>
        <w:t>Grok AI.</w:t>
      </w:r>
    </w:p>
    <w:p>
      <w:r>
        <w:rPr>
          <w:rFonts w:ascii="IM Fell English" w:hAnsi="IM Fell English"/>
          <w:color w:val="141414"/>
          <w:sz w:val="24"/>
        </w:rPr>
        <w:t xml:space="preserve">Edited and improved by Manuscript.AI. I have written this story since the 10th grade; the words and thoughts are entirely mine. Manuscript.AI cleans up grammar and spelling while showing me what could be improved to make the story feel more real to my readers.  </w:t>
      </w:r>
    </w:p>
    <w:p>
      <w:r>
        <w:rPr>
          <w:rFonts w:ascii="IM Fell English" w:hAnsi="IM Fell English"/>
          <w:color w:val="141414"/>
          <w:sz w:val="24"/>
        </w:rPr>
        <w:t xml:space="preserve">All images are licensed under Pixabay.com license agreements. </w:t>
      </w:r>
    </w:p>
    <w:p>
      <w:r>
        <w:rPr>
          <w:rFonts w:ascii="IM Fell English" w:hAnsi="IM Fell English"/>
          <w:b/>
          <w:color w:val="141414"/>
          <w:sz w:val="24"/>
        </w:rPr>
        <w:t xml:space="preserve">As per the TERMS of the Pixabay license, I want to thank all the photographers on Pixabay.  </w:t>
      </w:r>
    </w:p>
    <w:p>
      <w:pPr>
        <w:pStyle w:val="Heading1"/>
        <w:jc w:val="center"/>
      </w:pPr>
      <w:r>
        <w:rPr>
          <w:rFonts w:ascii="IM Fell English" w:hAnsi="IM Fell English"/>
          <w:color w:val="0D0D0D"/>
        </w:rPr>
        <w:t>CHAPTER 1 — THE SENTENCE ENDS</w:t>
      </w:r>
    </w:p>
    <w:p>
      <w:r>
        <w:rPr>
          <w:rFonts w:ascii="IM Fell English" w:hAnsi="IM Fell English"/>
          <w:color w:val="141414"/>
          <w:sz w:val="24"/>
        </w:rPr>
        <w:t xml:space="preserve">The red light stayed on. </w:t>
      </w:r>
    </w:p>
    <w:p>
      <w:r>
        <w:rPr>
          <w:rFonts w:ascii="IM Fell English" w:hAnsi="IM Fell English"/>
          <w:color w:val="141414"/>
          <w:sz w:val="24"/>
        </w:rPr>
        <w:t xml:space="preserve">Jennifer had been in the red room for 180 days. It was the only place she felt safe. Machines worked on her body constantly. The sound was always there. She had IV lines for food. Her black wedding ring left a mark on her finger. She was owned and loved as a submissive wife. </w:t>
      </w:r>
    </w:p>
    <w:p>
      <w:r>
        <w:rPr>
          <w:rFonts w:ascii="IM Fell English" w:hAnsi="IM Fell English"/>
          <w:color w:val="141414"/>
          <w:sz w:val="24"/>
        </w:rPr>
        <w:t xml:space="preserve">Jackie came in first. </w:t>
      </w:r>
    </w:p>
    <w:p>
      <w:r>
        <w:rPr>
          <w:rFonts w:ascii="IM Fell English" w:hAnsi="IM Fell English"/>
          <w:color w:val="141414"/>
          <w:sz w:val="24"/>
        </w:rPr>
        <w:t xml:space="preserve">She walked through the red light confidently. She was the one who made the rules and decided how long Jennifer’s punishment would be. Lena came next with a medical kit. Jenna was empty-handed. Marcus stood at the door. Some crew members and two observers stood quietly by the wall. </w:t>
      </w:r>
    </w:p>
    <w:p>
      <w:r>
        <w:rPr>
          <w:rFonts w:ascii="IM Fell English" w:hAnsi="IM Fell English"/>
          <w:color w:val="141414"/>
          <w:sz w:val="24"/>
        </w:rPr>
        <w:t xml:space="preserve">Jackie stood by the table and looked at her wife for a long time. </w:t>
      </w:r>
    </w:p>
    <w:p>
      <w:r>
        <w:rPr>
          <w:rFonts w:ascii="IM Fell English" w:hAnsi="IM Fell English"/>
          <w:color w:val="141414"/>
          <w:sz w:val="24"/>
        </w:rPr>
        <w:t xml:space="preserve">Jennifer’s eyes were wide and glassy after six months of intense pleasure and pain. She was drooling around a metal tube in her throat. Her body was covered in sweat. The marks from her last session were already fading faster than normal. </w:t>
      </w:r>
    </w:p>
    <w:p>
      <w:r>
        <w:rPr>
          <w:rFonts w:ascii="IM Fell English" w:hAnsi="IM Fell English"/>
          <w:color w:val="141414"/>
          <w:sz w:val="24"/>
        </w:rPr>
        <w:t xml:space="preserve">Jackie touched Jennifer’s head and checked her pulse. Then she looked up at the ceiling. </w:t>
      </w:r>
    </w:p>
    <w:p>
      <w:r>
        <w:rPr>
          <w:rFonts w:ascii="IM Fell English" w:hAnsi="IM Fell English"/>
          <w:color w:val="141414"/>
          <w:sz w:val="24"/>
        </w:rPr>
        <w:t xml:space="preserve">“Lucifer, give me a report. The ninety-day extension is done. Talk to everyone.” </w:t>
      </w:r>
    </w:p>
    <w:p>
      <w:r>
        <w:rPr>
          <w:rFonts w:ascii="IM Fell English" w:hAnsi="IM Fell English"/>
          <w:color w:val="141414"/>
          <w:sz w:val="24"/>
        </w:rPr>
        <w:t>The AI answered at once, calm and precise.</w:t>
      </w:r>
    </w:p>
    <w:p>
      <w:r>
        <w:rPr>
          <w:rFonts w:ascii="IM Fell English" w:hAnsi="IM Fell English"/>
          <w:color w:val="141414"/>
          <w:sz w:val="24"/>
        </w:rPr>
        <w:t xml:space="preserve">Jackie listened quietly. She walked around the table and touched Jennifer’s sweaty skin. Jennifer shook when Jackie touched her and made a muffled noise. </w:t>
      </w:r>
    </w:p>
    <w:p>
      <w:r>
        <w:rPr>
          <w:rFonts w:ascii="IM Fell English" w:hAnsi="IM Fell English"/>
          <w:color w:val="141414"/>
          <w:sz w:val="24"/>
        </w:rPr>
        <w:t xml:space="preserve">Jackie stood by Jennifer’s head again. She whispered into her ear with a serious voice. </w:t>
      </w:r>
    </w:p>
    <w:p>
      <w:r>
        <w:rPr>
          <w:rFonts w:ascii="IM Fell English" w:hAnsi="IM Fell English"/>
          <w:color w:val="141414"/>
          <w:sz w:val="24"/>
        </w:rPr>
        <w:t xml:space="preserve">“It has been 180 days. Do you know why you were punished for six months?” </w:t>
      </w:r>
    </w:p>
    <w:p>
      <w:r>
        <w:rPr>
          <w:rFonts w:ascii="IM Fell English" w:hAnsi="IM Fell English"/>
          <w:color w:val="141414"/>
          <w:sz w:val="24"/>
        </w:rPr>
        <w:t xml:space="preserve">Jennifer made a struggling sound through the metal in her throat. </w:t>
      </w:r>
    </w:p>
    <w:p>
      <w:r>
        <w:rPr>
          <w:rFonts w:ascii="IM Fell English" w:hAnsi="IM Fell English"/>
          <w:color w:val="141414"/>
          <w:sz w:val="24"/>
        </w:rPr>
        <w:t>Jackie continued, still soft, still absolute.</w:t>
      </w:r>
    </w:p>
    <w:p>
      <w:r>
        <w:rPr>
          <w:rFonts w:ascii="IM Fell English" w:hAnsi="IM Fell English"/>
          <w:color w:val="141414"/>
          <w:sz w:val="24"/>
        </w:rPr>
        <w:t xml:space="preserve">“You wore my special collar without asking. You let many people use you while others watched. That was your mistake. That is why you spent six months on this table.” </w:t>
      </w:r>
    </w:p>
    <w:p>
      <w:r>
        <w:rPr>
          <w:rFonts w:ascii="IM Fell English" w:hAnsi="IM Fell English"/>
          <w:color w:val="141414"/>
          <w:sz w:val="24"/>
        </w:rPr>
        <w:t>She straightened, looked at the observers, then back down at Jennifer.</w:t>
      </w:r>
    </w:p>
    <w:p>
      <w:r>
        <w:rPr>
          <w:rFonts w:ascii="IM Fell English" w:hAnsi="IM Fell English"/>
          <w:color w:val="141414"/>
          <w:sz w:val="24"/>
        </w:rPr>
        <w:t xml:space="preserve">“Your debt is paid.” </w:t>
      </w:r>
    </w:p>
    <w:p>
      <w:r>
        <w:rPr>
          <w:rFonts w:ascii="IM Fell English" w:hAnsi="IM Fell English"/>
          <w:color w:val="141414"/>
          <w:sz w:val="24"/>
        </w:rPr>
        <w:t xml:space="preserve">Jennifer’s eyes got big. She tried to say something. </w:t>
      </w:r>
    </w:p>
    <w:p>
      <w:r>
        <w:rPr>
          <w:rFonts w:ascii="IM Fell English" w:hAnsi="IM Fell English"/>
          <w:color w:val="141414"/>
          <w:sz w:val="24"/>
        </w:rPr>
        <w:t xml:space="preserve">Jackie put her hand on the table and spoke so everyone could hear. </w:t>
      </w:r>
    </w:p>
    <w:p>
      <w:r>
        <w:rPr>
          <w:rFonts w:ascii="IM Fell English" w:hAnsi="IM Fell English"/>
          <w:color w:val="141414"/>
          <w:sz w:val="24"/>
        </w:rPr>
        <w:t xml:space="preserve">“Lucifer, stop the machines. Turn everything off. Keep the medical lines running. She is finished with her punishment.” </w:t>
      </w:r>
    </w:p>
    <w:p>
      <w:r>
        <w:rPr>
          <w:rFonts w:ascii="IM Fell English" w:hAnsi="IM Fell English"/>
          <w:color w:val="141414"/>
          <w:sz w:val="24"/>
        </w:rPr>
        <w:t xml:space="preserve">“Yes, Headwife,” the AI said. “The machines are stopping. She is still being monitored. I am glad to help.” </w:t>
      </w:r>
    </w:p>
    <w:p>
      <w:r>
        <w:rPr>
          <w:rFonts w:ascii="IM Fell English" w:hAnsi="IM Fell English"/>
          <w:color w:val="141414"/>
          <w:sz w:val="24"/>
        </w:rPr>
        <w:t xml:space="preserve">The machines pulled out. Jennifer’s body shook and she made a loud sound. She was crying and laughing. Her legs were shaking, and her wrists had marks from the cuffs. </w:t>
      </w:r>
    </w:p>
    <w:p>
      <w:r>
        <w:rPr>
          <w:rFonts w:ascii="IM Fell English" w:hAnsi="IM Fell English"/>
          <w:color w:val="141414"/>
          <w:sz w:val="24"/>
        </w:rPr>
        <w:t xml:space="preserve">Jackie unlocked the cuffs herself. </w:t>
      </w:r>
    </w:p>
    <w:p>
      <w:r>
        <w:rPr>
          <w:rFonts w:ascii="IM Fell English" w:hAnsi="IM Fell English"/>
          <w:color w:val="141414"/>
          <w:sz w:val="24"/>
        </w:rPr>
        <w:t xml:space="preserve">She worked fast, just like she did six months ago. She unlocked her wrists, ankles, and body straps. When she was free, Jennifer went limp. Jackie caught her and held her close. Jennifer leaned her head on Jackie’s shoulder and breathed heavily. </w:t>
      </w:r>
    </w:p>
    <w:p>
      <w:r>
        <w:rPr>
          <w:rFonts w:ascii="IM Fell English" w:hAnsi="IM Fell English"/>
          <w:color w:val="141414"/>
          <w:sz w:val="24"/>
        </w:rPr>
        <w:t xml:space="preserve">Lena came with a cloth and water. She wiped Jennifer’s face and gave her a drink. Jennifer drank slowly and looked at Jackie. </w:t>
      </w:r>
    </w:p>
    <w:p>
      <w:r>
        <w:rPr>
          <w:rFonts w:ascii="IM Fell English" w:hAnsi="IM Fell English"/>
          <w:color w:val="141414"/>
          <w:sz w:val="24"/>
        </w:rPr>
        <w:t xml:space="preserve">“Is she okay?” Jackie asked. </w:t>
      </w:r>
    </w:p>
    <w:p>
      <w:r>
        <w:rPr>
          <w:rFonts w:ascii="IM Fell English" w:hAnsi="IM Fell English"/>
          <w:color w:val="141414"/>
          <w:sz w:val="24"/>
        </w:rPr>
        <w:t xml:space="preserve">Lena checked Jennifer’s eyes and pulse. She felt her ribs, thighs, and the mark from her ring. </w:t>
      </w:r>
    </w:p>
    <w:p>
      <w:r>
        <w:rPr>
          <w:rFonts w:ascii="IM Fell English" w:hAnsi="IM Fell English"/>
          <w:color w:val="141414"/>
          <w:sz w:val="24"/>
        </w:rPr>
        <w:t xml:space="preserve">“She’s fine,” Lena said. “She is sore, but she will be okay in a couple of days. She can go home now.” </w:t>
      </w:r>
    </w:p>
    <w:p>
      <w:r>
        <w:rPr>
          <w:rFonts w:ascii="IM Fell English" w:hAnsi="IM Fell English"/>
          <w:color w:val="141414"/>
          <w:sz w:val="24"/>
        </w:rPr>
        <w:t xml:space="preserve">Jackie nodded. </w:t>
      </w:r>
    </w:p>
    <w:p>
      <w:r>
        <w:rPr>
          <w:rFonts w:ascii="IM Fell English" w:hAnsi="IM Fell English"/>
          <w:color w:val="141414"/>
          <w:sz w:val="24"/>
        </w:rPr>
        <w:t xml:space="preserve">Jackie carried Jennifer out of the room. The hallway was concrete and painted black. It was cool and the lights were bright. Marcus followed them. Jenna walked quietly next to Jackie. The observers stayed behind because their time was up. </w:t>
      </w:r>
    </w:p>
    <w:p>
      <w:r>
        <w:rPr>
          <w:rFonts w:ascii="IM Fell English" w:hAnsi="IM Fell English"/>
          <w:color w:val="141414"/>
          <w:sz w:val="24"/>
        </w:rPr>
        <w:t xml:space="preserve">The fake house where Jennifer stayed was at the end of the lot. It was built for movies, not for living. Outside, there were soundstages and offices. </w:t>
      </w:r>
    </w:p>
    <w:p>
      <w:r>
        <w:rPr>
          <w:rFonts w:ascii="IM Fell English" w:hAnsi="IM Fell English"/>
          <w:color w:val="141414"/>
          <w:sz w:val="24"/>
        </w:rPr>
        <w:t xml:space="preserve">Jackie didn't go to the offices. </w:t>
      </w:r>
    </w:p>
    <w:p>
      <w:r>
        <w:rPr>
          <w:rFonts w:ascii="IM Fell English" w:hAnsi="IM Fell English"/>
          <w:color w:val="141414"/>
          <w:sz w:val="24"/>
        </w:rPr>
        <w:t xml:space="preserve">She carried Jennifer to a black truck. Marcus opened the door. Jackie sat inside with Jennifer on her lap. Lena closed the door, and they drove away. </w:t>
      </w:r>
    </w:p>
    <w:p>
      <w:r>
        <w:rPr>
          <w:rFonts w:ascii="IM Fell English" w:hAnsi="IM Fell English"/>
          <w:color w:val="141414"/>
          <w:sz w:val="24"/>
        </w:rPr>
        <w:t xml:space="preserve">Jennifer whispered against Jackie’s neck. </w:t>
      </w:r>
    </w:p>
    <w:p>
      <w:r>
        <w:rPr>
          <w:rFonts w:ascii="IM Fell English" w:hAnsi="IM Fell English"/>
          <w:color w:val="141414"/>
          <w:sz w:val="24"/>
        </w:rPr>
        <w:t xml:space="preserve">“You left me there for six months.” </w:t>
      </w:r>
    </w:p>
    <w:p>
      <w:r>
        <w:rPr>
          <w:rFonts w:ascii="IM Fell English" w:hAnsi="IM Fell English"/>
          <w:color w:val="141414"/>
          <w:sz w:val="24"/>
        </w:rPr>
        <w:t xml:space="preserve">Jackie rubbed the back of her neck. </w:t>
      </w:r>
    </w:p>
    <w:p>
      <w:r>
        <w:rPr>
          <w:rFonts w:ascii="IM Fell English" w:hAnsi="IM Fell English"/>
          <w:color w:val="141414"/>
          <w:sz w:val="24"/>
        </w:rPr>
        <w:t xml:space="preserve">“You deserved it.” </w:t>
      </w:r>
    </w:p>
    <w:p>
      <w:r>
        <w:rPr>
          <w:rFonts w:ascii="IM Fell English" w:hAnsi="IM Fell English"/>
          <w:color w:val="141414"/>
          <w:sz w:val="24"/>
        </w:rPr>
        <w:t xml:space="preserve">“I’m not sorry about the collar.” </w:t>
      </w:r>
    </w:p>
    <w:p>
      <w:r>
        <w:rPr>
          <w:rFonts w:ascii="IM Fell English" w:hAnsi="IM Fell English"/>
          <w:color w:val="141414"/>
          <w:sz w:val="24"/>
        </w:rPr>
        <w:t xml:space="preserve">“I know,” Jackie said. “That’s why you will spend the next week proving why I keep you.” </w:t>
      </w:r>
    </w:p>
    <w:p>
      <w:r>
        <w:rPr>
          <w:rFonts w:ascii="IM Fell English" w:hAnsi="IM Fell English"/>
          <w:color w:val="141414"/>
          <w:sz w:val="24"/>
        </w:rPr>
        <w:t xml:space="preserve">Jennifer made a small sound that seemed like a laugh. She held onto Jackie’s shirt. </w:t>
      </w:r>
    </w:p>
    <w:p>
      <w:r>
        <w:rPr>
          <w:rFonts w:ascii="IM Fell English" w:hAnsi="IM Fell English"/>
          <w:color w:val="141414"/>
          <w:sz w:val="24"/>
        </w:rPr>
        <w:t xml:space="preserve">The truck left the lot and drove to their real house. This house had a real bed and a collar hanging by the door. A black folder was waiting on a table for them. </w:t>
      </w:r>
    </w:p>
    <w:p>
      <w:r>
        <w:rPr>
          <w:rFonts w:ascii="IM Fell English" w:hAnsi="IM Fell English"/>
          <w:color w:val="141414"/>
          <w:sz w:val="24"/>
        </w:rPr>
        <w:t xml:space="preserve">Jackie looked at Jennifer. She was bruised and shaking, but she was healing. The debt was finally over. </w:t>
      </w:r>
    </w:p>
    <w:p>
      <w:r>
        <w:rPr>
          <w:rFonts w:ascii="IM Fell English" w:hAnsi="IM Fell English"/>
          <w:color w:val="141414"/>
          <w:sz w:val="24"/>
        </w:rPr>
        <w:t>“Home,” she said.</w:t>
      </w:r>
    </w:p>
    <w:p>
      <w:r>
        <w:rPr>
          <w:rFonts w:ascii="IM Fell English" w:hAnsi="IM Fell English"/>
          <w:color w:val="141414"/>
          <w:sz w:val="24"/>
        </w:rPr>
        <w:t xml:space="preserve">Jennifer whispered back, clearly owned. </w:t>
      </w:r>
    </w:p>
    <w:p>
      <w:r>
        <w:rPr>
          <w:rFonts w:ascii="IM Fell English" w:hAnsi="IM Fell English"/>
          <w:color w:val="141414"/>
          <w:sz w:val="24"/>
        </w:rPr>
        <w:t>“Home.”</w:t>
      </w:r>
    </w:p>
    <w:p>
      <w:r>
        <w:rPr>
          <w:rFonts w:ascii="IM Fell English" w:hAnsi="IM Fell English"/>
          <w:color w:val="141414"/>
          <w:sz w:val="24"/>
        </w:rPr>
        <w:t xml:space="preserve">The lot moved past the windows. Inside, Jennifer was free from the table. Her punishment was over, and a new project was waiting. </w:t>
      </w:r>
    </w:p>
    <w:p>
      <w:r>
        <w:rPr>
          <w:rFonts w:ascii="IM Fell English" w:hAnsi="IM Fell English"/>
          <w:color w:val="141414"/>
          <w:sz w:val="24"/>
        </w:rPr>
        <w:t xml:space="preserve">The real work was just starting. </w:t>
      </w:r>
    </w:p>
    <w:p>
      <w:pPr>
        <w:pStyle w:val="Heading1"/>
        <w:jc w:val="center"/>
      </w:pPr>
      <w:r>
        <w:rPr>
          <w:rFonts w:ascii="IM Fell English" w:hAnsi="IM Fell English"/>
          <w:color w:val="0D0D0D"/>
        </w:rPr>
        <w:t>CHAPTER 2 — HOME</w:t>
      </w:r>
    </w:p>
    <w:p>
      <w:r>
        <w:rPr>
          <w:rFonts w:ascii="IM Fell English" w:hAnsi="IM Fell English"/>
          <w:color w:val="141414"/>
          <w:sz w:val="24"/>
        </w:rPr>
        <w:t xml:space="preserve">The road was quiet. </w:t>
      </w:r>
    </w:p>
    <w:p>
      <w:r>
        <w:rPr>
          <w:rFonts w:ascii="IM Fell English" w:hAnsi="IM Fell English"/>
          <w:color w:val="141414"/>
          <w:sz w:val="24"/>
        </w:rPr>
        <w:t xml:space="preserve">Marcus drove silently. Lena was in the front, writing medical notes on her tablet. Jenna sat in the back and touched Jennifer’s ankle. Jackie held Jennifer on her lap and rubbed the mark where her ring sat. </w:t>
      </w:r>
    </w:p>
    <w:p>
      <w:r>
        <w:rPr>
          <w:rFonts w:ascii="IM Fell English" w:hAnsi="IM Fell English"/>
          <w:color w:val="141414"/>
          <w:sz w:val="24"/>
        </w:rPr>
        <w:t xml:space="preserve">Owned. Loved. Submissive Wife. </w:t>
      </w:r>
    </w:p>
    <w:p>
      <w:r>
        <w:rPr>
          <w:rFonts w:ascii="IM Fell English" w:hAnsi="IM Fell English"/>
          <w:color w:val="141414"/>
          <w:sz w:val="24"/>
        </w:rPr>
        <w:t xml:space="preserve">Jennifer didn't speak until they reached the house. The porch light was off, and cameras watched them. Everything looked the same as the day she left for her punishment. </w:t>
      </w:r>
    </w:p>
    <w:p>
      <w:r>
        <w:rPr>
          <w:rFonts w:ascii="IM Fell English" w:hAnsi="IM Fell English"/>
          <w:color w:val="141414"/>
          <w:sz w:val="24"/>
        </w:rPr>
        <w:t xml:space="preserve">“You kept the house going without me,” Jennifer whispered. </w:t>
      </w:r>
    </w:p>
    <w:p>
      <w:r>
        <w:rPr>
          <w:rFonts w:ascii="IM Fell English" w:hAnsi="IM Fell English"/>
          <w:color w:val="141414"/>
          <w:sz w:val="24"/>
        </w:rPr>
        <w:t xml:space="preserve">Jackie kissed her head. </w:t>
      </w:r>
    </w:p>
    <w:p>
      <w:r>
        <w:rPr>
          <w:rFonts w:ascii="IM Fell English" w:hAnsi="IM Fell English"/>
          <w:color w:val="141414"/>
          <w:sz w:val="24"/>
        </w:rPr>
        <w:t xml:space="preserve">“The house runs whether you are here or not. You are just louder at home.” </w:t>
      </w:r>
    </w:p>
    <w:p>
      <w:r>
        <w:rPr>
          <w:rFonts w:ascii="IM Fell English" w:hAnsi="IM Fell English"/>
          <w:color w:val="141414"/>
          <w:sz w:val="24"/>
        </w:rPr>
        <w:t xml:space="preserve">Marcus stopped the car. Jackie carried Jennifer inside. The security alarm beeped. The TV monitors in the living room were blue. The black folder was on the table. Jennifer looked at it as Jackie carried her. </w:t>
      </w:r>
    </w:p>
    <w:p>
      <w:r>
        <w:rPr>
          <w:rFonts w:ascii="IM Fell English" w:hAnsi="IM Fell English"/>
          <w:color w:val="141414"/>
          <w:sz w:val="24"/>
        </w:rPr>
        <w:t xml:space="preserve">“That is new.” </w:t>
      </w:r>
    </w:p>
    <w:p>
      <w:r>
        <w:rPr>
          <w:rFonts w:ascii="IM Fell English" w:hAnsi="IM Fell English"/>
          <w:color w:val="141414"/>
          <w:sz w:val="24"/>
        </w:rPr>
        <w:t xml:space="preserve">“It has been there for three days,” Jackie said. “It can stay there longer. You won't open it until you can stand up properly.” </w:t>
      </w:r>
    </w:p>
    <w:p>
      <w:r>
        <w:rPr>
          <w:rFonts w:ascii="IM Fell English" w:hAnsi="IM Fell English"/>
          <w:color w:val="141414"/>
          <w:sz w:val="24"/>
        </w:rPr>
        <w:t xml:space="preserve">Jackie carried her upstairs to their room. She laid Jennifer on the bed. The cool sheets felt strange on her skin. Jennifer made a sound of pain, then lay still and breathed hard.  </w:t>
      </w:r>
    </w:p>
    <w:p>
      <w:r>
        <w:rPr>
          <w:rFonts w:ascii="IM Fell English" w:hAnsi="IM Fell English"/>
          <w:color w:val="141414"/>
          <w:sz w:val="24"/>
        </w:rPr>
        <w:t xml:space="preserve">Jackie took off her shirt and lay down next to her. She pulled Jennifer close. Jennifer held onto Jackie’s clothes. </w:t>
      </w:r>
    </w:p>
    <w:p>
      <w:r>
        <w:rPr>
          <w:rFonts w:ascii="IM Fell English" w:hAnsi="IM Fell English"/>
          <w:color w:val="141414"/>
          <w:sz w:val="24"/>
        </w:rPr>
        <w:t xml:space="preserve">Lena came in with water and a medical kit. She checked Jennifer’s eyes and pulse again. She put some medicine on the table. </w:t>
      </w:r>
    </w:p>
    <w:p>
      <w:r>
        <w:rPr>
          <w:rFonts w:ascii="IM Fell English" w:hAnsi="IM Fell English"/>
          <w:color w:val="141414"/>
          <w:sz w:val="24"/>
        </w:rPr>
        <w:t xml:space="preserve">“She is okay,” Lena said. “Nothing is broken. She will be sore for a few days, then she can work again. I will stay here tonight just in case.” </w:t>
      </w:r>
    </w:p>
    <w:p>
      <w:r>
        <w:rPr>
          <w:rFonts w:ascii="IM Fell English" w:hAnsi="IM Fell English"/>
          <w:color w:val="141414"/>
          <w:sz w:val="24"/>
        </w:rPr>
        <w:t xml:space="preserve">Jackie nodded. </w:t>
      </w:r>
    </w:p>
    <w:p>
      <w:r>
        <w:rPr>
          <w:rFonts w:ascii="IM Fell English" w:hAnsi="IM Fell English"/>
          <w:color w:val="141414"/>
          <w:sz w:val="24"/>
        </w:rPr>
        <w:t xml:space="preserve">“Thanks.” </w:t>
      </w:r>
    </w:p>
    <w:p>
      <w:r>
        <w:rPr>
          <w:rFonts w:ascii="IM Fell English" w:hAnsi="IM Fell English"/>
          <w:color w:val="141414"/>
          <w:sz w:val="24"/>
        </w:rPr>
        <w:t xml:space="preserve">Lena left. Jenna touched Jennifer’s hair and the collar on the table. She said, “Welcome home,” then went downstairs. The room was quiet. </w:t>
      </w:r>
    </w:p>
    <w:p>
      <w:r>
        <w:rPr>
          <w:rFonts w:ascii="IM Fell English" w:hAnsi="IM Fell English"/>
          <w:color w:val="141414"/>
          <w:sz w:val="24"/>
        </w:rPr>
        <w:t xml:space="preserve">Jennifer touched Jackie’s stomach. </w:t>
      </w:r>
    </w:p>
    <w:p>
      <w:r>
        <w:rPr>
          <w:rFonts w:ascii="IM Fell English" w:hAnsi="IM Fell English"/>
          <w:color w:val="141414"/>
          <w:sz w:val="24"/>
        </w:rPr>
        <w:t>“You really left me on that table for six months.”</w:t>
      </w:r>
    </w:p>
    <w:p>
      <w:r>
        <w:rPr>
          <w:rFonts w:ascii="IM Fell English" w:hAnsi="IM Fell English"/>
          <w:color w:val="141414"/>
          <w:sz w:val="24"/>
        </w:rPr>
        <w:t>“You wore my collar without asking.”  Jackie replied</w:t>
      </w:r>
    </w:p>
    <w:p>
      <w:r>
        <w:rPr>
          <w:rFonts w:ascii="IM Fell English" w:hAnsi="IM Fell English"/>
          <w:color w:val="141414"/>
          <w:sz w:val="24"/>
        </w:rPr>
        <w:t xml:space="preserve">Jennifer smiled against Jackie’s skin. </w:t>
      </w:r>
    </w:p>
    <w:p>
      <w:r>
        <w:rPr>
          <w:rFonts w:ascii="IM Fell English" w:hAnsi="IM Fell English"/>
          <w:color w:val="141414"/>
          <w:sz w:val="24"/>
        </w:rPr>
        <w:t xml:space="preserve">“I'm not sorry.” </w:t>
      </w:r>
    </w:p>
    <w:p>
      <w:r>
        <w:rPr>
          <w:rFonts w:ascii="IM Fell English" w:hAnsi="IM Fell English"/>
          <w:color w:val="141414"/>
          <w:sz w:val="24"/>
        </w:rPr>
        <w:t xml:space="preserve">“I know,” Jackie said. She touched Jennifer’s hip. “That’s why you will spend the next week on your knees for me.”  </w:t>
      </w:r>
    </w:p>
    <w:p>
      <w:r>
        <w:rPr>
          <w:rFonts w:ascii="IM Fell English" w:hAnsi="IM Fell English"/>
          <w:color w:val="141414"/>
          <w:sz w:val="24"/>
        </w:rPr>
        <w:t xml:space="preserve">Jennifer made a sound of pain and laughter. </w:t>
      </w:r>
    </w:p>
    <w:p>
      <w:r>
        <w:rPr>
          <w:rFonts w:ascii="IM Fell English" w:hAnsi="IM Fell English"/>
          <w:color w:val="141414"/>
          <w:sz w:val="24"/>
        </w:rPr>
        <w:t xml:space="preserve">“Maybe.” </w:t>
      </w:r>
    </w:p>
    <w:p>
      <w:r>
        <w:rPr>
          <w:rFonts w:ascii="IM Fell English" w:hAnsi="IM Fell English"/>
          <w:color w:val="141414"/>
          <w:sz w:val="24"/>
        </w:rPr>
        <w:t xml:space="preserve">Jackie picked up the collar and put it on Jennifer. It clicked shut. Jennifer breathed a bit faster, then calmed down. </w:t>
      </w:r>
    </w:p>
    <w:p>
      <w:r>
        <w:rPr>
          <w:rFonts w:ascii="IM Fell English" w:hAnsi="IM Fell English"/>
          <w:color w:val="141414"/>
          <w:sz w:val="24"/>
        </w:rPr>
        <w:t xml:space="preserve">“There,” Jackie said. “Now you are home.” </w:t>
      </w:r>
    </w:p>
    <w:p>
      <w:r>
        <w:rPr>
          <w:rFonts w:ascii="IM Fell English" w:hAnsi="IM Fell English"/>
          <w:color w:val="141414"/>
          <w:sz w:val="24"/>
        </w:rPr>
        <w:t xml:space="preserve">Then Jennifer spoke softly. </w:t>
      </w:r>
    </w:p>
    <w:p>
      <w:r>
        <w:rPr>
          <w:rFonts w:ascii="IM Fell English" w:hAnsi="IM Fell English"/>
          <w:color w:val="141414"/>
          <w:sz w:val="24"/>
        </w:rPr>
        <w:t xml:space="preserve">“The folder.” </w:t>
      </w:r>
    </w:p>
    <w:p>
      <w:r>
        <w:rPr>
          <w:rFonts w:ascii="IM Fell English" w:hAnsi="IM Fell English"/>
          <w:color w:val="141414"/>
          <w:sz w:val="24"/>
        </w:rPr>
        <w:t xml:space="preserve">“Tomorrow,” Jackie said. “Tonight you eat, shower, and sleep. You need to remember who owns you. Understand?” </w:t>
      </w:r>
    </w:p>
    <w:p>
      <w:r>
        <w:rPr>
          <w:rFonts w:ascii="IM Fell English" w:hAnsi="IM Fell English"/>
          <w:color w:val="141414"/>
          <w:sz w:val="24"/>
        </w:rPr>
        <w:t>Jennifer answered quickly, knowing she was owned. aimed.</w:t>
      </w:r>
    </w:p>
    <w:p>
      <w:r>
        <w:rPr>
          <w:rFonts w:ascii="IM Fell English" w:hAnsi="IM Fell English"/>
          <w:color w:val="141414"/>
          <w:sz w:val="24"/>
        </w:rPr>
        <w:t xml:space="preserve">“Yes, Mistress.” </w:t>
      </w:r>
    </w:p>
    <w:p>
      <w:r>
        <w:rPr>
          <w:rFonts w:ascii="IM Fell English" w:hAnsi="IM Fell English"/>
          <w:color w:val="141414"/>
          <w:sz w:val="24"/>
        </w:rPr>
        <w:t xml:space="preserve">Jackie kissed her head and used the intercom. </w:t>
      </w:r>
    </w:p>
    <w:p>
      <w:r>
        <w:rPr>
          <w:rFonts w:ascii="IM Fell English" w:hAnsi="IM Fell English"/>
          <w:color w:val="141414"/>
          <w:sz w:val="24"/>
        </w:rPr>
        <w:t xml:space="preserve">“Marcus, bring up some soft food.” </w:t>
      </w:r>
    </w:p>
    <w:p>
      <w:r>
        <w:rPr>
          <w:rFonts w:ascii="IM Fell English" w:hAnsi="IM Fell English"/>
          <w:color w:val="141414"/>
          <w:sz w:val="24"/>
        </w:rPr>
        <w:t xml:space="preserve">The kitchen lights came on. They started helping Jennifer get better. </w:t>
      </w:r>
    </w:p>
    <w:p>
      <w:r>
        <w:rPr>
          <w:rFonts w:ascii="IM Fell English" w:hAnsi="IM Fell English"/>
          <w:color w:val="141414"/>
          <w:sz w:val="24"/>
        </w:rPr>
        <w:t xml:space="preserve">The black folder was still on the table, waiting. </w:t>
      </w:r>
    </w:p>
    <w:p>
      <w:r>
        <w:rPr>
          <w:rFonts w:ascii="IM Fell English" w:hAnsi="IM Fell English"/>
          <w:color w:val="141414"/>
          <w:sz w:val="24"/>
        </w:rPr>
        <w:t xml:space="preserve">The real work was just starting. </w:t>
      </w:r>
    </w:p>
    <w:p>
      <w:pPr>
        <w:pStyle w:val="Heading1"/>
        <w:jc w:val="center"/>
      </w:pPr>
      <w:r>
        <w:rPr>
          <w:rFonts w:ascii="IM Fell English" w:hAnsi="IM Fell English"/>
          <w:color w:val="0D0D0D"/>
        </w:rPr>
        <w:t>CHAPTER 3 — THE FIRST NIGHT BACK</w:t>
      </w:r>
    </w:p>
    <w:p>
      <w:r>
        <w:rPr>
          <w:rFonts w:ascii="IM Fell English" w:hAnsi="IM Fell English"/>
          <w:color w:val="141414"/>
          <w:sz w:val="24"/>
        </w:rPr>
        <w:t xml:space="preserve">Marcus brought the food. </w:t>
      </w:r>
    </w:p>
    <w:p>
      <w:r>
        <w:rPr>
          <w:rFonts w:ascii="IM Fell English" w:hAnsi="IM Fell English"/>
          <w:color w:val="141414"/>
          <w:sz w:val="24"/>
        </w:rPr>
        <w:t xml:space="preserve">He put the tray on a table near the bed. It had eggs, toast, fruit, and water. Jackie helped Jennifer sit up. Jennifer felt some pain but let Jackie feed her. </w:t>
      </w:r>
    </w:p>
    <w:p>
      <w:r>
        <w:rPr>
          <w:rFonts w:ascii="IM Fell English" w:hAnsi="IM Fell English"/>
          <w:color w:val="141414"/>
          <w:sz w:val="24"/>
        </w:rPr>
        <w:t xml:space="preserve">“You are slower today,” Jackie said. </w:t>
      </w:r>
    </w:p>
    <w:p>
      <w:r>
        <w:rPr>
          <w:rFonts w:ascii="IM Fell English" w:hAnsi="IM Fell English"/>
          <w:color w:val="141414"/>
          <w:sz w:val="24"/>
        </w:rPr>
        <w:t xml:space="preserve">Jennifer ate and smiled a little. </w:t>
      </w:r>
    </w:p>
    <w:p>
      <w:r>
        <w:rPr>
          <w:rFonts w:ascii="IM Fell English" w:hAnsi="IM Fell English"/>
          <w:color w:val="141414"/>
          <w:sz w:val="24"/>
        </w:rPr>
        <w:t xml:space="preserve">“You left me on a machine for six months. My jaw still hurts.” </w:t>
      </w:r>
    </w:p>
    <w:p>
      <w:r>
        <w:rPr>
          <w:rFonts w:ascii="IM Fell English" w:hAnsi="IM Fell English"/>
          <w:color w:val="141414"/>
          <w:sz w:val="24"/>
        </w:rPr>
        <w:t xml:space="preserve">Jackie gave her another piece of toast. </w:t>
      </w:r>
    </w:p>
    <w:p>
      <w:r>
        <w:rPr>
          <w:rFonts w:ascii="IM Fell English" w:hAnsi="IM Fell English"/>
          <w:color w:val="141414"/>
          <w:sz w:val="24"/>
        </w:rPr>
        <w:t xml:space="preserve">“You are talking fine. Eat your food.” </w:t>
      </w:r>
    </w:p>
    <w:p>
      <w:r>
        <w:rPr>
          <w:rFonts w:ascii="IM Fell English" w:hAnsi="IM Fell English"/>
          <w:color w:val="141414"/>
          <w:sz w:val="24"/>
        </w:rPr>
        <w:t xml:space="preserve">Jennifer ate. She tried to take some fruit, but Jackie caught her hand. Jennifer didn't mind. It felt good to be home. Jackie made her finish everything and drink her water. </w:t>
      </w:r>
    </w:p>
    <w:p>
      <w:r>
        <w:rPr>
          <w:rFonts w:ascii="IM Fell English" w:hAnsi="IM Fell English"/>
          <w:color w:val="141414"/>
          <w:sz w:val="24"/>
        </w:rPr>
        <w:t xml:space="preserve">When she was done, Jackie stood up. </w:t>
      </w:r>
    </w:p>
    <w:p>
      <w:r>
        <w:rPr>
          <w:rFonts w:ascii="IM Fell English" w:hAnsi="IM Fell English"/>
          <w:color w:val="141414"/>
          <w:sz w:val="24"/>
        </w:rPr>
        <w:t xml:space="preserve">“It's time to shower. Walk if you can, or I will carry you.” </w:t>
      </w:r>
    </w:p>
    <w:p>
      <w:r>
        <w:rPr>
          <w:rFonts w:ascii="IM Fell English" w:hAnsi="IM Fell English"/>
          <w:color w:val="141414"/>
          <w:sz w:val="24"/>
        </w:rPr>
        <w:t xml:space="preserve">Jennifer stood up. She was a bit shaky but stayed on her feet. She looked at Jackie. </w:t>
      </w:r>
    </w:p>
    <w:p>
      <w:r>
        <w:rPr>
          <w:rFonts w:ascii="IM Fell English" w:hAnsi="IM Fell English"/>
          <w:color w:val="141414"/>
          <w:sz w:val="24"/>
        </w:rPr>
        <w:t xml:space="preserve">“I can walk a little. Don't carry me every time.” </w:t>
      </w:r>
    </w:p>
    <w:p>
      <w:r>
        <w:rPr>
          <w:rFonts w:ascii="IM Fell English" w:hAnsi="IM Fell English"/>
          <w:color w:val="141414"/>
          <w:sz w:val="24"/>
        </w:rPr>
        <w:t xml:space="preserve">Jackie led her to the bathroom by her collar. The shower was hot. They got in together. The water hit Jennifer’s marks. She breathed hard when Jackie started washing her. </w:t>
      </w:r>
    </w:p>
    <w:p>
      <w:r>
        <w:rPr>
          <w:rFonts w:ascii="IM Fell English" w:hAnsi="IM Fell English"/>
          <w:color w:val="141414"/>
          <w:sz w:val="24"/>
        </w:rPr>
        <w:t xml:space="preserve">Jackie washed Jennifer carefully. She washed her hair, face, and body. She took her time. Jennifer liked the touch and let Jackie do everything. </w:t>
      </w:r>
    </w:p>
    <w:p>
      <w:r>
        <w:rPr>
          <w:rFonts w:ascii="IM Fell English" w:hAnsi="IM Fell English"/>
          <w:color w:val="141414"/>
          <w:sz w:val="24"/>
        </w:rPr>
        <w:t xml:space="preserve">“You are very quiet,” Jackie whispered. </w:t>
      </w:r>
    </w:p>
    <w:p>
      <w:r>
        <w:rPr>
          <w:rFonts w:ascii="IM Fell English" w:hAnsi="IM Fell English"/>
          <w:color w:val="141414"/>
          <w:sz w:val="24"/>
        </w:rPr>
        <w:t xml:space="preserve">“I am thinking about how much I hate you.” </w:t>
      </w:r>
    </w:p>
    <w:p>
      <w:r>
        <w:rPr>
          <w:rFonts w:ascii="IM Fell English" w:hAnsi="IM Fell English"/>
          <w:color w:val="141414"/>
          <w:sz w:val="24"/>
        </w:rPr>
        <w:t xml:space="preserve">“Good. That means you are still you.” </w:t>
      </w:r>
    </w:p>
    <w:p>
      <w:r>
        <w:rPr>
          <w:rFonts w:ascii="IM Fell English" w:hAnsi="IM Fell English"/>
          <w:color w:val="141414"/>
          <w:sz w:val="24"/>
        </w:rPr>
        <w:t xml:space="preserve">Jackie turned off the water, dried Jennifer, and walked her to bed. Lena put some medicine on the table and looked at the cameras. </w:t>
      </w:r>
    </w:p>
    <w:p>
      <w:r>
        <w:rPr>
          <w:rFonts w:ascii="IM Fell English" w:hAnsi="IM Fell English"/>
          <w:color w:val="141414"/>
          <w:sz w:val="24"/>
        </w:rPr>
        <w:t xml:space="preserve">“I'll be nearby if she needs me,” Lena said. “Katie knows she's home. The public show is over.” </w:t>
      </w:r>
    </w:p>
    <w:p>
      <w:r>
        <w:rPr>
          <w:rFonts w:ascii="IM Fell English" w:hAnsi="IM Fell English"/>
          <w:color w:val="141414"/>
          <w:sz w:val="24"/>
        </w:rPr>
        <w:t xml:space="preserve">Jackie nodded. Lena left. </w:t>
      </w:r>
    </w:p>
    <w:p>
      <w:r>
        <w:rPr>
          <w:rFonts w:ascii="IM Fell English" w:hAnsi="IM Fell English"/>
          <w:color w:val="141414"/>
          <w:sz w:val="24"/>
        </w:rPr>
        <w:t xml:space="preserve">Jackie sat on the bed and put medicine on Jennifer’s marks. She rubbed it on her back, thighs, and everywhere else. Jennifer made soft noises as Jackie worked. </w:t>
      </w:r>
    </w:p>
    <w:p>
      <w:r>
        <w:rPr>
          <w:rFonts w:ascii="IM Fell English" w:hAnsi="IM Fell English"/>
          <w:color w:val="141414"/>
          <w:sz w:val="24"/>
        </w:rPr>
        <w:t xml:space="preserve">“I'm still not sorry about the collar,” Jennifer said. </w:t>
      </w:r>
    </w:p>
    <w:p>
      <w:r>
        <w:rPr>
          <w:rFonts w:ascii="IM Fell English" w:hAnsi="IM Fell English"/>
          <w:color w:val="141414"/>
          <w:sz w:val="24"/>
        </w:rPr>
        <w:t xml:space="preserve">Jackie slapped Jennifer’s thigh lightly. </w:t>
      </w:r>
    </w:p>
    <w:p>
      <w:r>
        <w:rPr>
          <w:rFonts w:ascii="IM Fell English" w:hAnsi="IM Fell English"/>
          <w:color w:val="141414"/>
          <w:sz w:val="24"/>
        </w:rPr>
        <w:t xml:space="preserve">“I know,” Jackie said. “Tomorrow you will stay on your knees while I work. The folder stays closed. Understand?” </w:t>
      </w:r>
    </w:p>
    <w:p>
      <w:r>
        <w:rPr>
          <w:rFonts w:ascii="IM Fell English" w:hAnsi="IM Fell English"/>
          <w:color w:val="141414"/>
          <w:sz w:val="24"/>
        </w:rPr>
        <w:t xml:space="preserve">Jennifer answered, clearly owned. </w:t>
      </w:r>
    </w:p>
    <w:p>
      <w:r>
        <w:rPr>
          <w:rFonts w:ascii="IM Fell English" w:hAnsi="IM Fell English"/>
          <w:color w:val="141414"/>
          <w:sz w:val="24"/>
        </w:rPr>
        <w:t xml:space="preserve">“Yes, Mistress.” </w:t>
      </w:r>
    </w:p>
    <w:p>
      <w:r>
        <w:rPr>
          <w:rFonts w:ascii="IM Fell English" w:hAnsi="IM Fell English"/>
          <w:color w:val="141414"/>
          <w:sz w:val="24"/>
        </w:rPr>
        <w:t xml:space="preserve">Jackie finished the medicine and tucked Jennifer into bed. She lay next to her and held her hand. </w:t>
      </w:r>
    </w:p>
    <w:p>
      <w:r>
        <w:rPr>
          <w:rFonts w:ascii="IM Fell English" w:hAnsi="IM Fell English"/>
          <w:color w:val="141414"/>
          <w:sz w:val="24"/>
        </w:rPr>
        <w:t xml:space="preserve">Owned. Loved. Submissive Wife. </w:t>
      </w:r>
    </w:p>
    <w:p>
      <w:r>
        <w:rPr>
          <w:rFonts w:ascii="IM Fell English" w:hAnsi="IM Fell English"/>
          <w:color w:val="141414"/>
          <w:sz w:val="24"/>
        </w:rPr>
        <w:t xml:space="preserve">The house was quiet. Marcus locked the doors, and Lena went to her room. The cameras were still on. The black folder was on the table downstairs. </w:t>
      </w:r>
    </w:p>
    <w:p>
      <w:r>
        <w:rPr>
          <w:rFonts w:ascii="IM Fell English" w:hAnsi="IM Fell English"/>
          <w:color w:val="141414"/>
          <w:sz w:val="24"/>
        </w:rPr>
        <w:t xml:space="preserve">Jennifer fell asleep. Her body started to feel better in the dark room. </w:t>
      </w:r>
    </w:p>
    <w:p>
      <w:r>
        <w:rPr>
          <w:rFonts w:ascii="IM Fell English" w:hAnsi="IM Fell English"/>
          <w:color w:val="141414"/>
          <w:sz w:val="24"/>
        </w:rPr>
        <w:t xml:space="preserve">Jackie stayed awake a while. She felt Jennifer’s heart beat and was glad she was home. The punishment was finally over. </w:t>
      </w:r>
    </w:p>
    <w:p>
      <w:r>
        <w:rPr>
          <w:rFonts w:ascii="IM Fell English" w:hAnsi="IM Fell English"/>
          <w:color w:val="141414"/>
          <w:sz w:val="24"/>
        </w:rPr>
        <w:t xml:space="preserve">Tomorrow the real work would start. </w:t>
      </w:r>
    </w:p>
    <w:p>
      <w:r>
        <w:rPr>
          <w:rFonts w:ascii="IM Fell English" w:hAnsi="IM Fell English"/>
          <w:color w:val="141414"/>
          <w:sz w:val="24"/>
        </w:rPr>
        <w:t xml:space="preserve">Tonight Jennifer was just home. </w:t>
      </w:r>
    </w:p>
    <w:p>
      <w:pPr>
        <w:pStyle w:val="Heading1"/>
        <w:jc w:val="center"/>
      </w:pPr>
      <w:r>
        <w:rPr>
          <w:rFonts w:ascii="IM Fell English" w:hAnsi="IM Fell English"/>
          <w:color w:val="0D0D0D"/>
        </w:rPr>
        <w:t>CHAPTER 4 — BREAKFAST</w:t>
      </w:r>
    </w:p>
    <w:p>
      <w:r>
        <w:rPr>
          <w:rFonts w:ascii="IM Fell English" w:hAnsi="IM Fell English"/>
          <w:color w:val="141414"/>
          <w:sz w:val="24"/>
        </w:rPr>
        <w:t xml:space="preserve">Jackie woke up first. </w:t>
      </w:r>
    </w:p>
    <w:p>
      <w:r>
        <w:rPr>
          <w:rFonts w:ascii="IM Fell English" w:hAnsi="IM Fell English"/>
          <w:color w:val="141414"/>
          <w:sz w:val="24"/>
        </w:rPr>
        <w:t xml:space="preserve">The room was dark. Jennifer was lying on Jackie. Her collar was warm. Her wedding ring was in its place. </w:t>
      </w:r>
    </w:p>
    <w:p>
      <w:r>
        <w:rPr>
          <w:rFonts w:ascii="IM Fell English" w:hAnsi="IM Fell English"/>
          <w:color w:val="141414"/>
          <w:sz w:val="24"/>
        </w:rPr>
        <w:t>Owned. Loved. Cheating. Submissive Wife.</w:t>
      </w:r>
    </w:p>
    <w:p>
      <w:r>
        <w:rPr>
          <w:rFonts w:ascii="IM Fell English" w:hAnsi="IM Fell English"/>
          <w:color w:val="141414"/>
          <w:sz w:val="24"/>
        </w:rPr>
        <w:t xml:space="preserve">Jackie stayed still and checked how Jennifer was doing. Jennifer was breathing well. She felt better than she did yesterday. </w:t>
      </w:r>
    </w:p>
    <w:p>
      <w:r>
        <w:rPr>
          <w:rFonts w:ascii="IM Fell English" w:hAnsi="IM Fell English"/>
          <w:color w:val="141414"/>
          <w:sz w:val="24"/>
        </w:rPr>
        <w:t xml:space="preserve">Jennifer woke up when Jackie moved. </w:t>
      </w:r>
    </w:p>
    <w:p>
      <w:r>
        <w:rPr>
          <w:rFonts w:ascii="IM Fell English" w:hAnsi="IM Fell English"/>
          <w:color w:val="141414"/>
          <w:sz w:val="24"/>
        </w:rPr>
        <w:t xml:space="preserve">Jennifer made a sound and looked at Jackie. She remembered where she was. </w:t>
      </w:r>
    </w:p>
    <w:p>
      <w:r>
        <w:rPr>
          <w:rFonts w:ascii="IM Fell English" w:hAnsi="IM Fell English"/>
          <w:color w:val="141414"/>
          <w:sz w:val="24"/>
        </w:rPr>
        <w:t xml:space="preserve">“You are still an asshole,” she said. </w:t>
      </w:r>
    </w:p>
    <w:p>
      <w:r>
        <w:rPr>
          <w:rFonts w:ascii="IM Fell English" w:hAnsi="IM Fell English"/>
          <w:color w:val="141414"/>
          <w:sz w:val="24"/>
        </w:rPr>
        <w:t xml:space="preserve">Jackie touched her hair. </w:t>
      </w:r>
    </w:p>
    <w:p>
      <w:r>
        <w:rPr>
          <w:rFonts w:ascii="IM Fell English" w:hAnsi="IM Fell English"/>
          <w:color w:val="141414"/>
          <w:sz w:val="24"/>
        </w:rPr>
        <w:t xml:space="preserve">“You are still not sorry about the collar.” </w:t>
      </w:r>
    </w:p>
    <w:p>
      <w:r>
        <w:rPr>
          <w:rFonts w:ascii="IM Fell English" w:hAnsi="IM Fell English"/>
          <w:color w:val="141414"/>
          <w:sz w:val="24"/>
        </w:rPr>
        <w:t xml:space="preserve">Jennifer smiled. She leaned her head on Jackie and laughed quietly. </w:t>
      </w:r>
    </w:p>
    <w:p>
      <w:r>
        <w:rPr>
          <w:rFonts w:ascii="IM Fell English" w:hAnsi="IM Fell English"/>
          <w:color w:val="141414"/>
          <w:sz w:val="24"/>
        </w:rPr>
        <w:t xml:space="preserve">“True.” </w:t>
      </w:r>
    </w:p>
    <w:p>
      <w:r>
        <w:rPr>
          <w:rFonts w:ascii="IM Fell English" w:hAnsi="IM Fell English"/>
          <w:color w:val="141414"/>
          <w:sz w:val="24"/>
        </w:rPr>
        <w:t xml:space="preserve">They got up and went downstairs. Marcus had breakfast ready. Lena was there with her tablet. </w:t>
      </w:r>
    </w:p>
    <w:p>
      <w:r>
        <w:rPr>
          <w:rFonts w:ascii="IM Fell English" w:hAnsi="IM Fell English"/>
          <w:color w:val="141414"/>
          <w:sz w:val="24"/>
        </w:rPr>
        <w:t>Jackie pointed.</w:t>
      </w:r>
    </w:p>
    <w:p>
      <w:r>
        <w:rPr>
          <w:rFonts w:ascii="IM Fell English" w:hAnsi="IM Fell English"/>
          <w:color w:val="141414"/>
          <w:sz w:val="24"/>
        </w:rPr>
        <w:t xml:space="preserve">Jennifer sat on the left, Jackie sat in the middle, and Lena sat on the right. They knew where to sit. </w:t>
      </w:r>
    </w:p>
    <w:p>
      <w:r>
        <w:rPr>
          <w:rFonts w:ascii="IM Fell English" w:hAnsi="IM Fell English"/>
          <w:color w:val="141414"/>
          <w:sz w:val="24"/>
        </w:rPr>
        <w:t xml:space="preserve">Marcus gave them their food. Jackie poured coffee. She ate with one hand and touched Jennifer’s leg with the other. </w:t>
      </w:r>
    </w:p>
    <w:p>
      <w:r>
        <w:rPr>
          <w:rFonts w:ascii="IM Fell English" w:hAnsi="IM Fell English"/>
          <w:color w:val="141414"/>
          <w:sz w:val="24"/>
        </w:rPr>
        <w:t>Halfway through the meal Jackie looked at Lena.</w:t>
      </w:r>
    </w:p>
    <w:p>
      <w:r>
        <w:rPr>
          <w:rFonts w:ascii="IM Fell English" w:hAnsi="IM Fell English"/>
          <w:color w:val="141414"/>
          <w:sz w:val="24"/>
        </w:rPr>
        <w:t>“Tablet.”</w:t>
      </w:r>
    </w:p>
    <w:p>
      <w:r>
        <w:rPr>
          <w:rFonts w:ascii="IM Fell English" w:hAnsi="IM Fell English"/>
          <w:color w:val="141414"/>
          <w:sz w:val="24"/>
        </w:rPr>
        <w:t xml:space="preserve">Lena gave it to her. Jackie opened a folder so Jennifer could see it. </w:t>
      </w:r>
    </w:p>
    <w:p>
      <w:r>
        <w:rPr>
          <w:rFonts w:ascii="IM Fell English" w:hAnsi="IM Fell English"/>
          <w:color w:val="141414"/>
          <w:sz w:val="24"/>
        </w:rPr>
        <w:t xml:space="preserve">The video started. </w:t>
      </w:r>
    </w:p>
    <w:p>
      <w:r>
        <w:rPr>
          <w:rFonts w:ascii="IM Fell English" w:hAnsi="IM Fell English"/>
          <w:color w:val="141414"/>
          <w:sz w:val="24"/>
        </w:rPr>
        <w:t xml:space="preserve">One hundred eighty days of absolute violence in this house, while Jennifer was locked into Lucifer across town. No safety. No limits. Just the family methodically dismantling their hound for six months straight. </w:t>
      </w:r>
    </w:p>
    <w:p>
      <w:r>
        <w:rPr>
          <w:rFonts w:ascii="IM Fell English" w:hAnsi="IM Fell English"/>
          <w:color w:val="141414"/>
          <w:sz w:val="24"/>
        </w:rPr>
        <w:t xml:space="preserve">Katie and Lilith directed, while Lena and Marcus executed. The rest of the bloodline—Jimmy, Sekhmet, Melinda, Ashley—took their turns. Even the daughters, Carissa and Beth, delivered the kind of cruelty only they could muster. Whips, floggers, and paddles of wood and metal. Heavy donkey punches that broke her rhythm. They drowned her in the tub, suffocated her with plastic, and hung her from the dungeon beam until her vision tunneled. Every time she went slack, they cut her down, revived her, and started the next round. </w:t>
      </w:r>
    </w:p>
    <w:p>
      <w:r>
        <w:rPr>
          <w:rFonts w:ascii="IM Fell English" w:hAnsi="IM Fell English"/>
          <w:color w:val="141414"/>
          <w:sz w:val="24"/>
        </w:rPr>
        <w:t xml:space="preserve">The footage was clinical and relentless. On the screen, Jackie took it all without a single safe word. The family never softened; they treated their hound exactly as she demanded when the cameras were off and only the bloodline was watching. </w:t>
      </w:r>
    </w:p>
    <w:p>
      <w:r>
        <w:rPr>
          <w:rFonts w:ascii="IM Fell English" w:hAnsi="IM Fell English"/>
          <w:color w:val="141414"/>
          <w:sz w:val="24"/>
        </w:rPr>
        <w:t xml:space="preserve">Jennifer watched the video quietly. Her breathing changed. When she spoke, her voice sounded serious. </w:t>
      </w:r>
    </w:p>
    <w:p>
      <w:r>
        <w:rPr>
          <w:rFonts w:ascii="IM Fell English" w:hAnsi="IM Fell English"/>
          <w:color w:val="141414"/>
          <w:sz w:val="24"/>
        </w:rPr>
        <w:t xml:space="preserve">“I'm still not sorry about taking that rape collar from your desk and wearing it, Mistress shithead. But if I have to jump, fall, or be tossed off a building, I’m resigning from all projects—my beloved Mistress Wife. ” </w:t>
      </w:r>
    </w:p>
    <w:p>
      <w:r>
        <w:rPr>
          <w:rFonts w:ascii="IM Fell English" w:hAnsi="IM Fell English"/>
          <w:color w:val="141414"/>
          <w:sz w:val="24"/>
        </w:rPr>
        <w:t xml:space="preserve">Jackie laughed and slapped the back of Jennifer’s head. </w:t>
      </w:r>
    </w:p>
    <w:p>
      <w:r>
        <w:rPr>
          <w:rFonts w:ascii="IM Fell English" w:hAnsi="IM Fell English"/>
          <w:color w:val="141414"/>
          <w:sz w:val="24"/>
        </w:rPr>
        <w:t xml:space="preserve">“Be quiet. You love this work more than anything.” </w:t>
      </w:r>
    </w:p>
    <w:p>
      <w:r>
        <w:rPr>
          <w:rFonts w:ascii="IM Fell English" w:hAnsi="IM Fell English"/>
          <w:color w:val="141414"/>
          <w:sz w:val="24"/>
        </w:rPr>
        <w:t xml:space="preserve">Jennifer smiled because she liked seeing Jackie in pain. She watched the video of Carissa and Beth hitting Jackie while Marcus held her down. </w:t>
      </w:r>
    </w:p>
    <w:p>
      <w:r>
        <w:rPr>
          <w:rFonts w:ascii="IM Fell English" w:hAnsi="IM Fell English"/>
          <w:color w:val="141414"/>
          <w:sz w:val="24"/>
        </w:rPr>
        <w:t xml:space="preserve">“Carissa and Beth love bloodying your ass. They might be your daughters, but they make me proud to be their stepmother—you cheating whore. Can I watch Marcus fuck you while Headmistress Lena strangles you until I say 'stop'? Or do you think I won't stop them at all, Mistress? ” </w:t>
      </w:r>
    </w:p>
    <w:p>
      <w:r>
        <w:rPr>
          <w:rFonts w:ascii="IM Fell English" w:hAnsi="IM Fell English"/>
          <w:color w:val="141414"/>
          <w:sz w:val="24"/>
        </w:rPr>
        <w:t xml:space="preserve">Lena’s tablet beeped. She showed Jackie and Jennifer a message from Katie. </w:t>
      </w:r>
    </w:p>
    <w:p>
      <w:r>
        <w:rPr>
          <w:rFonts w:ascii="IM Fell English" w:hAnsi="IM Fell English"/>
          <w:color w:val="141414"/>
          <w:sz w:val="24"/>
        </w:rPr>
        <w:t xml:space="preserve">Jennifer’s request is approved. Jackie has no say. Jennifer fully controls the violence directed at my pet psychopath, my sadomasochism hound. </w:t>
      </w:r>
    </w:p>
    <w:p>
      <w:r>
        <w:rPr>
          <w:rFonts w:ascii="IM Fell English" w:hAnsi="IM Fell English"/>
          <w:color w:val="141414"/>
          <w:sz w:val="24"/>
        </w:rPr>
        <w:t xml:space="preserve">The kitchen was quiet. Jennifer dropped her fork. </w:t>
      </w:r>
    </w:p>
    <w:p>
      <w:r>
        <w:rPr>
          <w:rFonts w:ascii="IM Fell English" w:hAnsi="IM Fell English"/>
          <w:color w:val="141414"/>
          <w:sz w:val="24"/>
        </w:rPr>
        <w:t xml:space="preserve">Jackie looked at Jennifer. </w:t>
      </w:r>
    </w:p>
    <w:p>
      <w:r>
        <w:rPr>
          <w:rFonts w:ascii="IM Fell English" w:hAnsi="IM Fell English"/>
          <w:color w:val="141414"/>
          <w:sz w:val="24"/>
        </w:rPr>
        <w:t xml:space="preserve">Jennifer looked back. She wanted to start being violent. They both knew it would be a long day. </w:t>
      </w:r>
    </w:p>
    <w:p>
      <w:r>
        <w:rPr>
          <w:rFonts w:ascii="IM Fell English" w:hAnsi="IM Fell English"/>
          <w:color w:val="141414"/>
          <w:sz w:val="24"/>
        </w:rPr>
        <w:t xml:space="preserve">Lena put the tablet down and cleared the plates. She was following orders. </w:t>
      </w:r>
    </w:p>
    <w:p>
      <w:r>
        <w:rPr>
          <w:rFonts w:ascii="IM Fell English" w:hAnsi="IM Fell English"/>
          <w:color w:val="141414"/>
          <w:sz w:val="24"/>
        </w:rPr>
        <w:t xml:space="preserve">The black folder was still on the table. </w:t>
      </w:r>
    </w:p>
    <w:p>
      <w:r>
        <w:rPr>
          <w:rFonts w:ascii="IM Fell English" w:hAnsi="IM Fell English"/>
          <w:color w:val="141414"/>
          <w:sz w:val="24"/>
        </w:rPr>
        <w:t>It would have to wait.</w:t>
      </w:r>
    </w:p>
    <w:p>
      <w:r>
        <w:rPr>
          <w:rFonts w:ascii="IM Fell English" w:hAnsi="IM Fell English"/>
          <w:color w:val="141414"/>
          <w:sz w:val="24"/>
        </w:rPr>
        <w:t xml:space="preserve">Jennifer was now allowed to hurt Jackie. </w:t>
      </w:r>
    </w:p>
    <w:p>
      <w:pPr>
        <w:pStyle w:val="Heading1"/>
        <w:jc w:val="center"/>
      </w:pPr>
      <w:r>
        <w:rPr>
          <w:rFonts w:ascii="IM Fell English" w:hAnsi="IM Fell English"/>
          <w:color w:val="0D0D0D"/>
        </w:rPr>
        <w:t>CHAPTER 5 — THE HOUND</w:t>
      </w:r>
    </w:p>
    <w:p>
      <w:r>
        <w:rPr>
          <w:rFonts w:ascii="IM Fell English" w:hAnsi="IM Fell English"/>
          <w:color w:val="141414"/>
          <w:sz w:val="24"/>
        </w:rPr>
        <w:t xml:space="preserve">Jennifer didn't wait. </w:t>
      </w:r>
    </w:p>
    <w:p>
      <w:r>
        <w:rPr>
          <w:rFonts w:ascii="IM Fell English" w:hAnsi="IM Fell English"/>
          <w:color w:val="141414"/>
          <w:sz w:val="24"/>
        </w:rPr>
        <w:t xml:space="preserve">She grabbed Jackie’s shirt and pulled her away. Jackie followed her. Jennifer pointed to the stairs. </w:t>
      </w:r>
    </w:p>
    <w:p>
      <w:r>
        <w:rPr>
          <w:rFonts w:ascii="IM Fell English" w:hAnsi="IM Fell English"/>
          <w:color w:val="141414"/>
          <w:sz w:val="24"/>
        </w:rPr>
        <w:t xml:space="preserve">“Go down. Both of you.” </w:t>
      </w:r>
    </w:p>
    <w:p>
      <w:r>
        <w:rPr>
          <w:rFonts w:ascii="IM Fell English" w:hAnsi="IM Fell English"/>
          <w:color w:val="141414"/>
          <w:sz w:val="24"/>
        </w:rPr>
        <w:t>Lena and Marcus followed.</w:t>
      </w:r>
    </w:p>
    <w:p>
      <w:r>
        <w:rPr>
          <w:rFonts w:ascii="IM Fell English" w:hAnsi="IM Fell English"/>
          <w:color w:val="141414"/>
          <w:sz w:val="24"/>
        </w:rPr>
        <w:t xml:space="preserve">The room downstairs was ready. There were many tools on the wall. Jennifer took Jackie to the middle of the room and let go. </w:t>
      </w:r>
    </w:p>
    <w:p>
      <w:r>
        <w:rPr>
          <w:rFonts w:ascii="IM Fell English" w:hAnsi="IM Fell English"/>
          <w:color w:val="141414"/>
          <w:sz w:val="24"/>
        </w:rPr>
        <w:t xml:space="preserve">“Take off your clothes.” </w:t>
      </w:r>
    </w:p>
    <w:p>
      <w:r>
        <w:rPr>
          <w:rFonts w:ascii="IM Fell English" w:hAnsi="IM Fell English"/>
          <w:color w:val="141414"/>
          <w:sz w:val="24"/>
        </w:rPr>
        <w:t xml:space="preserve">Jackie took off her clothes. She stood there naked. Jennifer walked around her and looked at her body. </w:t>
      </w:r>
    </w:p>
    <w:p>
      <w:r>
        <w:rPr>
          <w:rFonts w:ascii="IM Fell English" w:hAnsi="IM Fell English"/>
          <w:color w:val="141414"/>
          <w:sz w:val="24"/>
        </w:rPr>
        <w:t xml:space="preserve">“Marcus, punch her hard. I want her on the floor.” </w:t>
      </w:r>
    </w:p>
    <w:p>
      <w:r>
        <w:rPr>
          <w:rFonts w:ascii="IM Fell English" w:hAnsi="IM Fell English"/>
          <w:color w:val="141414"/>
          <w:sz w:val="24"/>
        </w:rPr>
        <w:t xml:space="preserve">Marcus grabbed Jackie’s hair and punched her in the back of the head. Jackie fell to her knees. She was bleeding from her nose. </w:t>
      </w:r>
    </w:p>
    <w:p>
      <w:r>
        <w:rPr>
          <w:rFonts w:ascii="IM Fell English" w:hAnsi="IM Fell English"/>
          <w:color w:val="141414"/>
          <w:sz w:val="24"/>
        </w:rPr>
        <w:t xml:space="preserve">Jennifer watched and breathed fast. </w:t>
      </w:r>
    </w:p>
    <w:p>
      <w:r>
        <w:rPr>
          <w:rFonts w:ascii="IM Fell English" w:hAnsi="IM Fell English"/>
          <w:color w:val="141414"/>
          <w:sz w:val="24"/>
        </w:rPr>
        <w:t xml:space="preserve">“Do it again.” </w:t>
      </w:r>
    </w:p>
    <w:p>
      <w:r>
        <w:rPr>
          <w:rFonts w:ascii="IM Fell English" w:hAnsi="IM Fell English"/>
          <w:color w:val="141414"/>
          <w:sz w:val="24"/>
        </w:rPr>
        <w:t xml:space="preserve">Marcus pulled her up and punched her again. Jackie fell hard. She stayed on the floor, breathing through the blood. </w:t>
      </w:r>
    </w:p>
    <w:p>
      <w:r>
        <w:rPr>
          <w:rFonts w:ascii="IM Fell English" w:hAnsi="IM Fell English"/>
          <w:color w:val="141414"/>
          <w:sz w:val="24"/>
        </w:rPr>
        <w:t xml:space="preserve">Jennifer knelt down and looked at Jackie. </w:t>
      </w:r>
    </w:p>
    <w:p>
      <w:r>
        <w:rPr>
          <w:rFonts w:ascii="IM Fell English" w:hAnsi="IM Fell English"/>
          <w:color w:val="141414"/>
          <w:sz w:val="24"/>
        </w:rPr>
        <w:t xml:space="preserve">“Are you still there, Mistress?” </w:t>
      </w:r>
    </w:p>
    <w:p>
      <w:r>
        <w:rPr>
          <w:rFonts w:ascii="IM Fell English" w:hAnsi="IM Fell English"/>
          <w:color w:val="141414"/>
          <w:sz w:val="24"/>
        </w:rPr>
        <w:t xml:space="preserve">Jackie spat out blood and smiled. </w:t>
      </w:r>
    </w:p>
    <w:p>
      <w:r>
        <w:rPr>
          <w:rFonts w:ascii="IM Fell English" w:hAnsi="IM Fell English"/>
          <w:color w:val="141414"/>
          <w:sz w:val="24"/>
        </w:rPr>
        <w:t xml:space="preserve">“I'm still here.” </w:t>
      </w:r>
    </w:p>
    <w:p>
      <w:r>
        <w:rPr>
          <w:rFonts w:ascii="IM Fell English" w:hAnsi="IM Fell English"/>
          <w:color w:val="141414"/>
          <w:sz w:val="24"/>
        </w:rPr>
        <w:t xml:space="preserve">“Good,” Jennifer said. “Lena, hit her back and ass with the whip. Marcus, punch her if she tries to get up.” </w:t>
      </w:r>
    </w:p>
    <w:p>
      <w:r>
        <w:rPr>
          <w:rFonts w:ascii="IM Fell English" w:hAnsi="IM Fell English"/>
          <w:color w:val="141414"/>
          <w:sz w:val="24"/>
        </w:rPr>
        <w:t xml:space="preserve">Lena picked up a whip and hit Jackie’s back. She hit her many times on her shoulders, spine, and ass. Jackie’s skin turned red and bled. If Jackie tried to get up, Marcus punched her in the head again. </w:t>
      </w:r>
    </w:p>
    <w:p>
      <w:r>
        <w:rPr>
          <w:rFonts w:ascii="IM Fell English" w:hAnsi="IM Fell English"/>
          <w:color w:val="141414"/>
          <w:sz w:val="24"/>
        </w:rPr>
        <w:t xml:space="preserve">Jennifer walked around them and gave orders. </w:t>
      </w:r>
    </w:p>
    <w:p>
      <w:r>
        <w:rPr>
          <w:rFonts w:ascii="IM Fell English" w:hAnsi="IM Fell English"/>
          <w:color w:val="141414"/>
          <w:sz w:val="24"/>
        </w:rPr>
        <w:t xml:space="preserve">“Hit her harder on the left. She protects that side.” </w:t>
      </w:r>
    </w:p>
    <w:p>
      <w:r>
        <w:rPr>
          <w:rFonts w:ascii="IM Fell English" w:hAnsi="IM Fell English"/>
          <w:color w:val="141414"/>
          <w:sz w:val="24"/>
        </w:rPr>
        <w:t xml:space="preserve">“Marcus, punch her ribs soon.” </w:t>
      </w:r>
    </w:p>
    <w:p>
      <w:r>
        <w:rPr>
          <w:rFonts w:ascii="IM Fell English" w:hAnsi="IM Fell English"/>
          <w:color w:val="141414"/>
          <w:sz w:val="24"/>
        </w:rPr>
        <w:t xml:space="preserve">“Choke her while she is on the floor. Use your full weight.” </w:t>
      </w:r>
    </w:p>
    <w:p>
      <w:r>
        <w:rPr>
          <w:rFonts w:ascii="IM Fell English" w:hAnsi="IM Fell English"/>
          <w:color w:val="141414"/>
          <w:sz w:val="24"/>
        </w:rPr>
        <w:t xml:space="preserve">Marcus got on Jackie’s back and choked her. Her face turned red. He held her for fifteen seconds. When he let go, Jackie breathed hard, but Lena started whipping her again. </w:t>
      </w:r>
    </w:p>
    <w:p>
      <w:r>
        <w:rPr>
          <w:rFonts w:ascii="IM Fell English" w:hAnsi="IM Fell English"/>
          <w:color w:val="141414"/>
          <w:sz w:val="24"/>
        </w:rPr>
        <w:t xml:space="preserve">Jennifer spoke quietly. </w:t>
      </w:r>
    </w:p>
    <w:p>
      <w:r>
        <w:rPr>
          <w:rFonts w:ascii="IM Fell English" w:hAnsi="IM Fell English"/>
          <w:color w:val="141414"/>
          <w:sz w:val="24"/>
        </w:rPr>
        <w:t xml:space="preserve">“Use the paddle. Use wood then metal. Hit her ass and thighs. I want her sore tomorrow.” </w:t>
      </w:r>
    </w:p>
    <w:p>
      <w:r>
        <w:rPr>
          <w:rFonts w:ascii="IM Fell English" w:hAnsi="IM Fell English"/>
          <w:color w:val="141414"/>
          <w:sz w:val="24"/>
        </w:rPr>
        <w:t xml:space="preserve">Lena used the wooden paddle, then the metal one. The metal one cut Jackie’s skin and she bled. Jackie didn't tell them to stop. She stayed on the floor and breathed through the pain. </w:t>
      </w:r>
    </w:p>
    <w:p>
      <w:r>
        <w:rPr>
          <w:rFonts w:ascii="IM Fell English" w:hAnsi="IM Fell English"/>
          <w:color w:val="141414"/>
          <w:sz w:val="24"/>
        </w:rPr>
        <w:t xml:space="preserve">Jennifer knelt behind her and touched the blood on Jackie. </w:t>
      </w:r>
    </w:p>
    <w:p>
      <w:r>
        <w:rPr>
          <w:rFonts w:ascii="IM Fell English" w:hAnsi="IM Fell English"/>
          <w:color w:val="141414"/>
          <w:sz w:val="24"/>
        </w:rPr>
        <w:t xml:space="preserve">“Carissa and Beth were rougher than this. You are being too nice, Lena.” </w:t>
      </w:r>
    </w:p>
    <w:p>
      <w:r>
        <w:rPr>
          <w:rFonts w:ascii="IM Fell English" w:hAnsi="IM Fell English"/>
          <w:color w:val="141414"/>
          <w:sz w:val="24"/>
        </w:rPr>
        <w:t xml:space="preserve">Lena smiled. She hit the same spot ten times. Jackie shook and finally made a loud sound. </w:t>
      </w:r>
    </w:p>
    <w:p>
      <w:r>
        <w:rPr>
          <w:rFonts w:ascii="IM Fell English" w:hAnsi="IM Fell English"/>
          <w:color w:val="141414"/>
          <w:sz w:val="24"/>
        </w:rPr>
        <w:t xml:space="preserve">Jennifer stood up. </w:t>
      </w:r>
    </w:p>
    <w:p>
      <w:r>
        <w:rPr>
          <w:rFonts w:ascii="IM Fell English" w:hAnsi="IM Fell English"/>
          <w:color w:val="141414"/>
          <w:sz w:val="24"/>
        </w:rPr>
        <w:t xml:space="preserve">“Marcus, fuck her hard. Lena, choke her. I will tell you when she can breathe.” </w:t>
      </w:r>
    </w:p>
    <w:p>
      <w:r>
        <w:rPr>
          <w:rFonts w:ascii="IM Fell English" w:hAnsi="IM Fell English"/>
          <w:color w:val="141414"/>
          <w:sz w:val="24"/>
        </w:rPr>
        <w:t>Marcus shoved Jackie onto her back, spread her thighs, and drove into her in one brutal thrust. Jackie’s back arched off the concrete. Marcus did not ease off. He fucked her with deep, punishing strokes that forced wet, broken noises out of her on every impact. Lena knelt over her face, hands locked around her throat, and cut her air in controlled, vicious intervals timed to Marcus’s rhythm. Jackie’s face went from red to dark. Her hands twitched against the floor. Her cunt clenched around Marcus every time the air was taken.</w:t>
      </w:r>
    </w:p>
    <w:p>
      <w:r>
        <w:rPr>
          <w:rFonts w:ascii="IM Fell English" w:hAnsi="IM Fell English"/>
          <w:color w:val="141414"/>
          <w:sz w:val="24"/>
        </w:rPr>
        <w:t>Jennifer watched from a few feet away, one hand between her own legs, eyes locked on her wife’s face.</w:t>
      </w:r>
    </w:p>
    <w:p>
      <w:r>
        <w:rPr>
          <w:rFonts w:ascii="IM Fell English" w:hAnsi="IM Fell English"/>
          <w:color w:val="141414"/>
          <w:sz w:val="24"/>
        </w:rPr>
        <w:t>“Hold it longer.”</w:t>
      </w:r>
    </w:p>
    <w:p>
      <w:r>
        <w:rPr>
          <w:rFonts w:ascii="IM Fell English" w:hAnsi="IM Fell English"/>
          <w:color w:val="141414"/>
          <w:sz w:val="24"/>
        </w:rPr>
        <w:t>Lena held.</w:t>
      </w:r>
    </w:p>
    <w:p>
      <w:r>
        <w:rPr>
          <w:rFonts w:ascii="IM Fell English" w:hAnsi="IM Fell English"/>
          <w:color w:val="141414"/>
          <w:sz w:val="24"/>
        </w:rPr>
        <w:t>Jackie’s vision tunneled. Her body jerked under Marcus. A thin line of spit and blood ran from the corner of her mouth. Jennifer let it go another five seconds past the point where ordinary people would have panicked, then spoke.</w:t>
      </w:r>
    </w:p>
    <w:p>
      <w:r>
        <w:rPr>
          <w:rFonts w:ascii="IM Fell English" w:hAnsi="IM Fell English"/>
          <w:color w:val="141414"/>
          <w:sz w:val="24"/>
        </w:rPr>
        <w:t>“Give it back.”</w:t>
      </w:r>
    </w:p>
    <w:p>
      <w:r>
        <w:rPr>
          <w:rFonts w:ascii="IM Fell English" w:hAnsi="IM Fell English"/>
          <w:color w:val="141414"/>
          <w:sz w:val="24"/>
        </w:rPr>
        <w:t>Lena released. Jackie dragged in a raw, desperate lungful that turned into a broken moan when Marcus immediately drove deeper. Jennifer stepped closer, grabbed a fistful of Jackie’s hair, and forced her to look up.</w:t>
      </w:r>
    </w:p>
    <w:p>
      <w:r>
        <w:rPr>
          <w:rFonts w:ascii="IM Fell English" w:hAnsi="IM Fell English"/>
          <w:color w:val="141414"/>
          <w:sz w:val="24"/>
        </w:rPr>
        <w:t>“You’re my pure sadomasochism hound. You’re my beloved wife. And right now you’re nothing but meat I’m allowing to breathe. Clear?”</w:t>
      </w:r>
    </w:p>
    <w:p>
      <w:r>
        <w:rPr>
          <w:rFonts w:ascii="IM Fell English" w:hAnsi="IM Fell English"/>
          <w:color w:val="141414"/>
          <w:sz w:val="24"/>
        </w:rPr>
        <w:t>Jackie’s eyes were glassy, bloodshot, and completely present.</w:t>
      </w:r>
    </w:p>
    <w:p>
      <w:r>
        <w:rPr>
          <w:rFonts w:ascii="IM Fell English" w:hAnsi="IM Fell English"/>
          <w:color w:val="141414"/>
          <w:sz w:val="24"/>
        </w:rPr>
        <w:t>“Clear, mutt.”</w:t>
      </w:r>
    </w:p>
    <w:p>
      <w:r>
        <w:rPr>
          <w:rFonts w:ascii="IM Fell English" w:hAnsi="IM Fell English"/>
          <w:color w:val="141414"/>
          <w:sz w:val="24"/>
        </w:rPr>
        <w:t>Jennifer smiled the particular smile she only wore when the violence was exactly right.</w:t>
      </w:r>
    </w:p>
    <w:p>
      <w:r>
        <w:rPr>
          <w:rFonts w:ascii="IM Fell English" w:hAnsi="IM Fell English"/>
          <w:color w:val="141414"/>
          <w:sz w:val="24"/>
        </w:rPr>
        <w:t>“Again. Donkey punches while he’s inside her. I want her seeing stars every time he bottoms out.”</w:t>
      </w:r>
    </w:p>
    <w:p>
      <w:r>
        <w:rPr>
          <w:rFonts w:ascii="IM Fell English" w:hAnsi="IM Fell English"/>
          <w:color w:val="141414"/>
          <w:sz w:val="24"/>
        </w:rPr>
        <w:t>Marcus did not stop thrusting. Lena and Marcus worked in tandem—fist to the base of the skull on every deep stroke, air cut and returned on Jennifer’s count, blood from the earlier paddle work smearing across the concrete under Jackie’s ass. Jennifer directed every detail without raising her voice. She had them switch positions. She had them hang Jackie from the reinforced beam by the wrists until her toes barely touched and then take turns working her body with fists and open hands while she swung. She had them drown her in the deep utility sink until the bubbles stopped and then revive her just long enough to put her back under. She had them return her to the floor and continue.</w:t>
      </w:r>
    </w:p>
    <w:p>
      <w:r>
        <w:rPr>
          <w:rFonts w:ascii="IM Fell English" w:hAnsi="IM Fell English"/>
          <w:color w:val="141414"/>
          <w:sz w:val="24"/>
        </w:rPr>
        <w:t>Jackie took all of it.</w:t>
      </w:r>
    </w:p>
    <w:p>
      <w:r>
        <w:rPr>
          <w:rFonts w:ascii="IM Fell English" w:hAnsi="IM Fell English"/>
          <w:color w:val="141414"/>
          <w:sz w:val="24"/>
        </w:rPr>
        <w:t>No safe word. No request to slow down. Only the raw, continuous sounds of a body being used exactly the way the bloodline had always used their hound when the only person holding the leash was the submissive wife who had spent six months on a machine and still was not sorry.</w:t>
      </w:r>
    </w:p>
    <w:p>
      <w:r>
        <w:rPr>
          <w:rFonts w:ascii="IM Fell English" w:hAnsi="IM Fell English"/>
          <w:color w:val="141414"/>
          <w:sz w:val="24"/>
        </w:rPr>
        <w:t>Blood ran. Sweat mixed with it. Marcus came hard inside her with a low, guttural sound and stayed buried while Lena continued the strangulation under Jennifer’s count. Jackie’s body shook through it, eyes rolling, mouth open, the black wedding band on Jennifer’s hand the only clean thing left in the room.</w:t>
      </w:r>
    </w:p>
    <w:p>
      <w:r>
        <w:rPr>
          <w:rFonts w:ascii="IM Fell English" w:hAnsi="IM Fell English"/>
          <w:color w:val="141414"/>
          <w:sz w:val="24"/>
        </w:rPr>
        <w:t>Jennifer finally stepped in close, crouched over her wife’s face, and spoke against her bloody mouth.</w:t>
      </w:r>
    </w:p>
    <w:p>
      <w:r>
        <w:rPr>
          <w:rFonts w:ascii="IM Fell English" w:hAnsi="IM Fell English"/>
          <w:color w:val="141414"/>
          <w:sz w:val="24"/>
        </w:rPr>
        <w:t>“Still not sorry about the collar, Mistress Wife.”</w:t>
      </w:r>
    </w:p>
    <w:p>
      <w:r>
        <w:rPr>
          <w:rFonts w:ascii="IM Fell English" w:hAnsi="IM Fell English"/>
          <w:color w:val="141414"/>
          <w:sz w:val="24"/>
        </w:rPr>
        <w:t>Jackie managed a broken, bloody smile.</w:t>
      </w:r>
    </w:p>
    <w:p>
      <w:r>
        <w:rPr>
          <w:rFonts w:ascii="IM Fell English" w:hAnsi="IM Fell English"/>
          <w:color w:val="141414"/>
          <w:sz w:val="24"/>
        </w:rPr>
        <w:t>“I know, mutt.”</w:t>
      </w:r>
    </w:p>
    <w:p>
      <w:r>
        <w:rPr>
          <w:rFonts w:ascii="IM Fell English" w:hAnsi="IM Fell English"/>
          <w:color w:val="141414"/>
          <w:sz w:val="24"/>
        </w:rPr>
        <w:t>Jennifer kissed her once—deep, filthy, tasting copper and sweat—then stood and looked at Lena and Marcus.</w:t>
      </w:r>
    </w:p>
    <w:p>
      <w:r>
        <w:rPr>
          <w:rFonts w:ascii="IM Fell English" w:hAnsi="IM Fell English"/>
          <w:color w:val="141414"/>
          <w:sz w:val="24"/>
        </w:rPr>
        <w:t>“Continue. I haven’t said stop.”</w:t>
      </w:r>
    </w:p>
    <w:p>
      <w:r>
        <w:rPr>
          <w:rFonts w:ascii="IM Fell English" w:hAnsi="IM Fell English"/>
          <w:color w:val="141414"/>
          <w:sz w:val="24"/>
        </w:rPr>
        <w:t>They continued.</w:t>
      </w:r>
    </w:p>
    <w:p>
      <w:r>
        <w:rPr>
          <w:rFonts w:ascii="IM Fell English" w:hAnsi="IM Fell English"/>
          <w:color w:val="141414"/>
          <w:sz w:val="24"/>
        </w:rPr>
        <w:t>The dungeon filled with the wet sounds of fists, the crack of implements, the choked breathing of the family’s pure sadomasochism hound, and the calm, steady voice of her submissive wife directing every second of it.</w:t>
      </w:r>
    </w:p>
    <w:p>
      <w:r>
        <w:rPr>
          <w:rFonts w:ascii="IM Fell English" w:hAnsi="IM Fell English"/>
          <w:color w:val="141414"/>
          <w:sz w:val="24"/>
        </w:rPr>
        <w:t>The black packet remained upstairs on the side table, sealed and patient.</w:t>
      </w:r>
    </w:p>
    <w:p>
      <w:r>
        <w:rPr>
          <w:rFonts w:ascii="IM Fell English" w:hAnsi="IM Fell English"/>
          <w:color w:val="141414"/>
          <w:sz w:val="24"/>
        </w:rPr>
        <w:t>It would have to wait a little longer.</w:t>
      </w:r>
    </w:p>
    <w:p>
      <w:r>
        <w:rPr>
          <w:rFonts w:ascii="IM Fell English" w:hAnsi="IM Fell English"/>
          <w:color w:val="141414"/>
          <w:sz w:val="24"/>
        </w:rPr>
        <w:t>Jennifer was not finished with her beloved wife yet.</w:t>
      </w:r>
    </w:p>
    <w:p>
      <w:pPr>
        <w:pStyle w:val="Heading1"/>
        <w:jc w:val="center"/>
      </w:pPr>
      <w:r>
        <w:rPr>
          <w:rFonts w:ascii="IM Fell English" w:hAnsi="IM Fell English"/>
          <w:color w:val="0D0D0D"/>
        </w:rPr>
        <w:t>CHAPTER 6 — THE TRUCK</w:t>
      </w:r>
    </w:p>
    <w:p>
      <w:r>
        <w:rPr>
          <w:rFonts w:ascii="IM Fell English" w:hAnsi="IM Fell English"/>
          <w:color w:val="141414"/>
          <w:sz w:val="24"/>
        </w:rPr>
        <w:t>Jennifer did not stop them immediately.</w:t>
      </w:r>
    </w:p>
    <w:p>
      <w:r>
        <w:rPr>
          <w:rFonts w:ascii="IM Fell English" w:hAnsi="IM Fell English"/>
          <w:color w:val="141414"/>
          <w:sz w:val="24"/>
        </w:rPr>
        <w:t>She let Marcus finish the latest set of donkey punches while he was still buried inside Jackie. She let Lena keep the forearm across Jackie’s throat until the veins stood out dark and Jackie’s bare heels scraped weakly against the concrete. She watched the blood from the earlier paddle work smear in wider arcs every time Jackie’s body jerked. Only when the shaking turned continuous and the sounds coming out of her wife’s mouth lost their shape did Jennifer finally speak.</w:t>
      </w:r>
    </w:p>
    <w:p>
      <w:r>
        <w:rPr>
          <w:rFonts w:ascii="IM Fell English" w:hAnsi="IM Fell English"/>
          <w:color w:val="141414"/>
          <w:sz w:val="24"/>
        </w:rPr>
        <w:t>“Enough.”</w:t>
      </w:r>
    </w:p>
    <w:p>
      <w:r>
        <w:rPr>
          <w:rFonts w:ascii="IM Fell English" w:hAnsi="IM Fell English"/>
          <w:color w:val="141414"/>
          <w:sz w:val="24"/>
        </w:rPr>
        <w:t>The word was quiet. It still cut through the dungeon like a blade.</w:t>
      </w:r>
    </w:p>
    <w:p>
      <w:r>
        <w:rPr>
          <w:rFonts w:ascii="IM Fell English" w:hAnsi="IM Fell English"/>
          <w:color w:val="141414"/>
          <w:sz w:val="24"/>
        </w:rPr>
        <w:t>Marcus pulled out. Lena released Jackie’s throat and sat back on her heels, breathing steady. Jackie stayed on the floor where they had left her—naked, sweat-soaked, blood streaked across her back, ass, thighs, and face. Her chest heaved. One eye was already swelling. A thin line of blood and spit ran from the corner of her mouth into her hair. She made no attempt to get up.</w:t>
      </w:r>
    </w:p>
    <w:p>
      <w:r>
        <w:rPr>
          <w:rFonts w:ascii="IM Fell English" w:hAnsi="IM Fell English"/>
          <w:color w:val="141414"/>
          <w:sz w:val="24"/>
        </w:rPr>
        <w:t>Jennifer walked over slowly, crouched, and brushed matted hair out of Jackie’s face with careful fingers. She stayed there for a long moment, just looking, cataloguing every mark the last hours had left. Then she leaned down and began to lick.</w:t>
      </w:r>
    </w:p>
    <w:p>
      <w:r>
        <w:rPr>
          <w:rFonts w:ascii="IM Fell English" w:hAnsi="IM Fell English"/>
          <w:color w:val="141414"/>
          <w:sz w:val="24"/>
        </w:rPr>
        <w:t>She started at the cut on Jackie’s lower lip, tasting copper and salt. She moved to the blood at her temple, the sweat along her jaw, the smear across her cheekbone. Jackie’s breath hitched when Jennifer’s tongue dragged over a split on her shoulder. Jennifer took her time. She licked the welts on Jackie’s collarbone, the bite marks Lena had left, the bloody handprints Marcus had left on her breasts. She worked lower, slow and thorough, cleaning the sweat and blood from Jackie’s stomach, the insides of her thighs, the places where Marcus had fucked her raw. Jackie lay still and let her, one hand weakly resting on the back of Jennifer’s head.</w:t>
      </w:r>
    </w:p>
    <w:p>
      <w:r>
        <w:rPr>
          <w:rFonts w:ascii="IM Fell English" w:hAnsi="IM Fell English"/>
          <w:color w:val="141414"/>
          <w:sz w:val="24"/>
        </w:rPr>
        <w:t>When Jennifer finally lifted her mouth she was breathing harder than Jackie.</w:t>
      </w:r>
    </w:p>
    <w:p>
      <w:r>
        <w:rPr>
          <w:rFonts w:ascii="IM Fell English" w:hAnsi="IM Fell English"/>
          <w:color w:val="141414"/>
          <w:sz w:val="24"/>
        </w:rPr>
        <w:t>“Still with me, Mistress Wife?”</w:t>
      </w:r>
    </w:p>
    <w:p>
      <w:r>
        <w:rPr>
          <w:rFonts w:ascii="IM Fell English" w:hAnsi="IM Fell English"/>
          <w:color w:val="141414"/>
          <w:sz w:val="24"/>
        </w:rPr>
        <w:t>Jackie’s voice was wrecked, barely there.</w:t>
      </w:r>
    </w:p>
    <w:p>
      <w:r>
        <w:rPr>
          <w:rFonts w:ascii="IM Fell English" w:hAnsi="IM Fell English"/>
          <w:color w:val="141414"/>
          <w:sz w:val="24"/>
        </w:rPr>
        <w:t>“Still here, mutt.”</w:t>
      </w:r>
    </w:p>
    <w:p>
      <w:r>
        <w:rPr>
          <w:rFonts w:ascii="IM Fell English" w:hAnsi="IM Fell English"/>
          <w:color w:val="141414"/>
          <w:sz w:val="24"/>
        </w:rPr>
        <w:t>Jennifer kissed her once, deep and filthy, sharing the taste of everything she had just cleaned, then stood. She looked at Lena.</w:t>
      </w:r>
    </w:p>
    <w:p>
      <w:r>
        <w:rPr>
          <w:rFonts w:ascii="IM Fell English" w:hAnsi="IM Fell English"/>
          <w:color w:val="141414"/>
          <w:sz w:val="24"/>
        </w:rPr>
        <w:t xml:space="preserve">“Lena, as our head medic, do you think the hound can survive being dragged by the truck of your sadistic husband, Marcus? ” </w:t>
      </w:r>
    </w:p>
    <w:p>
      <w:r>
        <w:rPr>
          <w:rFonts w:ascii="IM Fell English" w:hAnsi="IM Fell English"/>
          <w:color w:val="141414"/>
          <w:sz w:val="24"/>
        </w:rPr>
        <w:t>Lena opened her mouth.</w:t>
      </w:r>
    </w:p>
    <w:p>
      <w:r>
        <w:rPr>
          <w:rFonts w:ascii="IM Fell English" w:hAnsi="IM Fell English"/>
          <w:color w:val="141414"/>
          <w:sz w:val="24"/>
        </w:rPr>
        <w:t>The intercom on the wall crackled before she could speak. Katie’s voice filled the dungeon, calm, clear, and absolute.</w:t>
      </w:r>
    </w:p>
    <w:p>
      <w:r>
        <w:rPr>
          <w:rFonts w:ascii="IM Fell English" w:hAnsi="IM Fell English"/>
          <w:color w:val="141414"/>
          <w:sz w:val="24"/>
        </w:rPr>
        <w:t xml:space="preserve">“My beloved hound can handle it. Jennifer, run Jackie’s naked body over with Marcus’s two-and-a-half-ton military truck while Lena chases her. Then, drag her by the neck behind that same truck. Jennifer, you drive. Bring my hound to the studio; Lilith and the medic team will be waiting. Don't be late for the project meeting at noon. Get moving, my psychopathic pets. ” </w:t>
      </w:r>
    </w:p>
    <w:p>
      <w:r>
        <w:rPr>
          <w:rFonts w:ascii="IM Fell English" w:hAnsi="IM Fell English"/>
          <w:color w:val="141414"/>
          <w:sz w:val="24"/>
        </w:rPr>
        <w:t>The intercom clicked off.</w:t>
      </w:r>
    </w:p>
    <w:p>
      <w:r>
        <w:rPr>
          <w:rFonts w:ascii="IM Fell English" w:hAnsi="IM Fell English"/>
          <w:color w:val="141414"/>
          <w:sz w:val="24"/>
        </w:rPr>
        <w:t>Silence held for three full seconds.</w:t>
      </w:r>
    </w:p>
    <w:p>
      <w:r>
        <w:rPr>
          <w:rFonts w:ascii="IM Fell English" w:hAnsi="IM Fell English"/>
          <w:color w:val="141414"/>
          <w:sz w:val="24"/>
        </w:rPr>
        <w:t>Jennifer’s mouth curved into the slow, delighted smile she only wore when Katie handed her something truly vicious.</w:t>
      </w:r>
    </w:p>
    <w:p>
      <w:r>
        <w:rPr>
          <w:rFonts w:ascii="IM Fell English" w:hAnsi="IM Fell English"/>
          <w:color w:val="141414"/>
          <w:sz w:val="24"/>
        </w:rPr>
        <w:t>“You heard the woman.”</w:t>
      </w:r>
    </w:p>
    <w:p>
      <w:r>
        <w:rPr>
          <w:rFonts w:ascii="IM Fell English" w:hAnsi="IM Fell English"/>
          <w:color w:val="141414"/>
          <w:sz w:val="24"/>
        </w:rPr>
        <w:t>Marcus was already moving. Lena helped Jackie to her feet. Jackie swayed, blood still running in thin lines down her legs, but she stayed upright. Jennifer hooked two fingers through the collar she still wore and led the procession out of the dungeon, up the stairs, and through the house without bothering to dress any of them.</w:t>
      </w:r>
    </w:p>
    <w:p>
      <w:r>
        <w:rPr>
          <w:rFonts w:ascii="IM Fell English" w:hAnsi="IM Fell English"/>
          <w:color w:val="141414"/>
          <w:sz w:val="24"/>
        </w:rPr>
        <w:t>The military truck sat under the side canopy exactly where Marcus always left it—matte black, reinforced, two and a half tons of purpose-built weight. Marcus opened the rear gate. Jennifer walked Jackie out onto the long private drive that ran along the tree line behind the house. The morning air was cool against all the open wounds.</w:t>
      </w:r>
    </w:p>
    <w:p>
      <w:r>
        <w:rPr>
          <w:rFonts w:ascii="IM Fell English" w:hAnsi="IM Fell English"/>
          <w:color w:val="141414"/>
          <w:sz w:val="24"/>
        </w:rPr>
        <w:t>Jennifer pointed down the drive.</w:t>
      </w:r>
    </w:p>
    <w:p>
      <w:r>
        <w:rPr>
          <w:rFonts w:ascii="IM Fell English" w:hAnsi="IM Fell English"/>
          <w:color w:val="141414"/>
          <w:sz w:val="24"/>
        </w:rPr>
        <w:t>“Run.”</w:t>
      </w:r>
    </w:p>
    <w:p>
      <w:r>
        <w:rPr>
          <w:rFonts w:ascii="IM Fell English" w:hAnsi="IM Fell English"/>
          <w:color w:val="141414"/>
          <w:sz w:val="24"/>
        </w:rPr>
        <w:t>Jackie ran.</w:t>
      </w:r>
    </w:p>
    <w:p>
      <w:r>
        <w:rPr>
          <w:rFonts w:ascii="IM Fell English" w:hAnsi="IM Fell English"/>
          <w:color w:val="141414"/>
          <w:sz w:val="24"/>
        </w:rPr>
        <w:t>She did not run well. The residual damage from the dungeon made her gait uneven. Blood left a clear trail on the asphalt. Jennifer gave her a thirty-second head start, then climbed into the driver’s seat. Marcus rode in the passenger seat. Lena stood in the open rear bed with a clear view.</w:t>
      </w:r>
    </w:p>
    <w:p>
      <w:r>
        <w:rPr>
          <w:rFonts w:ascii="IM Fell English" w:hAnsi="IM Fell English"/>
          <w:color w:val="141414"/>
          <w:sz w:val="24"/>
        </w:rPr>
        <w:t>Jennifer put the truck in gear and followed.</w:t>
      </w:r>
    </w:p>
    <w:p>
      <w:r>
        <w:rPr>
          <w:rFonts w:ascii="IM Fell English" w:hAnsi="IM Fell English"/>
          <w:color w:val="141414"/>
          <w:sz w:val="24"/>
        </w:rPr>
        <w:t>She did not hurry at first. She let the heavy vehicle prowl behind Jackie at a walking pace, close enough that the front bumper nearly touched the backs of Jackie’s thighs every time she stumbled. Jackie kept moving. Jennifer watched her wife’s naked, bleeding body through the windshield and felt the same dark, proprietary hunger that had lived in her chest since the first time she had ever seen Jackie take a fist without flinching.</w:t>
      </w:r>
    </w:p>
    <w:p>
      <w:r>
        <w:rPr>
          <w:rFonts w:ascii="IM Fell English" w:hAnsi="IM Fell English"/>
          <w:color w:val="141414"/>
          <w:sz w:val="24"/>
        </w:rPr>
        <w:t>When Jackie reached the long straight section of the drive Jennifer accelerated.</w:t>
      </w:r>
    </w:p>
    <w:p>
      <w:r>
        <w:rPr>
          <w:rFonts w:ascii="IM Fell English" w:hAnsi="IM Fell English"/>
          <w:color w:val="141414"/>
          <w:sz w:val="24"/>
        </w:rPr>
        <w:t>The truck caught her.</w:t>
      </w:r>
    </w:p>
    <w:p>
      <w:r>
        <w:rPr>
          <w:rFonts w:ascii="IM Fell English" w:hAnsi="IM Fell English"/>
          <w:color w:val="141414"/>
          <w:sz w:val="24"/>
        </w:rPr>
        <w:t>The heavy front bumper hit the backs of Jackie’s legs and sent her sprawling forward onto the asphalt. Jennifer did not brake. She ran the truck over her at low speed—tires rolling across thighs, hips, back, shoulders—slow enough that every impact was deliberate. Jackie’s body spun and dragged under the chassis for several meters before Jennifer finally stopped, reversed, and rolled over her a second time for good measure.</w:t>
      </w:r>
    </w:p>
    <w:p>
      <w:r>
        <w:rPr>
          <w:rFonts w:ascii="IM Fell English" w:hAnsi="IM Fell English"/>
          <w:color w:val="141414"/>
          <w:sz w:val="24"/>
        </w:rPr>
        <w:t>Jackie lay in the middle of the drive, breathing in wet, broken pulls, new road rash covering half her body, fresh blood welling from places that had only just started to clot.</w:t>
      </w:r>
    </w:p>
    <w:p>
      <w:r>
        <w:rPr>
          <w:rFonts w:ascii="IM Fell English" w:hAnsi="IM Fell English"/>
          <w:color w:val="141414"/>
          <w:sz w:val="24"/>
        </w:rPr>
        <w:t>Jennifer stepped out, walked over, and crouched beside her again.</w:t>
      </w:r>
    </w:p>
    <w:p>
      <w:r>
        <w:rPr>
          <w:rFonts w:ascii="IM Fell English" w:hAnsi="IM Fell English"/>
          <w:color w:val="141414"/>
          <w:sz w:val="24"/>
        </w:rPr>
        <w:t>“Still with me?”</w:t>
      </w:r>
    </w:p>
    <w:p>
      <w:r>
        <w:rPr>
          <w:rFonts w:ascii="IM Fell English" w:hAnsi="IM Fell English"/>
          <w:color w:val="141414"/>
          <w:sz w:val="24"/>
        </w:rPr>
        <w:t>Jackie turned her head. One eye was nearly swollen shut. She still managed the same bloody, mean smile.</w:t>
      </w:r>
    </w:p>
    <w:p>
      <w:r>
        <w:rPr>
          <w:rFonts w:ascii="IM Fell English" w:hAnsi="IM Fell English"/>
          <w:color w:val="141414"/>
          <w:sz w:val="24"/>
        </w:rPr>
        <w:t>“Still here.”</w:t>
      </w:r>
    </w:p>
    <w:p>
      <w:r>
        <w:rPr>
          <w:rFonts w:ascii="IM Fell English" w:hAnsi="IM Fell English"/>
          <w:color w:val="141414"/>
          <w:sz w:val="24"/>
        </w:rPr>
        <w:t>Jennifer kissed her once more, tasting fresh grit and copper, then stood.</w:t>
      </w:r>
    </w:p>
    <w:p>
      <w:r>
        <w:rPr>
          <w:rFonts w:ascii="IM Fell English" w:hAnsi="IM Fell English"/>
          <w:color w:val="141414"/>
          <w:sz w:val="24"/>
        </w:rPr>
        <w:t>“Marcus. Rope.”</w:t>
      </w:r>
    </w:p>
    <w:p>
      <w:r>
        <w:rPr>
          <w:rFonts w:ascii="IM Fell English" w:hAnsi="IM Fell English"/>
          <w:color w:val="141414"/>
          <w:sz w:val="24"/>
        </w:rPr>
        <w:t>Marcus tossed her a length of heavy tow rope. Jennifer looped it around Jackie’s neck in a simple, brutal noose, checked the knot with the same care she used for every restraint she ever tied, and walked the free end back to the rear hitch of the truck. She secured it, climbed into the driver’s seat again, and looked at Lena in the side mirror.</w:t>
      </w:r>
    </w:p>
    <w:p>
      <w:r>
        <w:rPr>
          <w:rFonts w:ascii="IM Fell English" w:hAnsi="IM Fell English"/>
          <w:color w:val="141414"/>
          <w:sz w:val="24"/>
        </w:rPr>
        <w:t>“Tell me if she stops breathing. Otherwise we don’t stop until the studio gate.”</w:t>
      </w:r>
    </w:p>
    <w:p>
      <w:r>
        <w:rPr>
          <w:rFonts w:ascii="IM Fell English" w:hAnsi="IM Fell English"/>
          <w:color w:val="141414"/>
          <w:sz w:val="24"/>
        </w:rPr>
        <w:t>Lena nodded once.</w:t>
      </w:r>
    </w:p>
    <w:p>
      <w:r>
        <w:rPr>
          <w:rFonts w:ascii="IM Fell English" w:hAnsi="IM Fell English"/>
          <w:color w:val="141414"/>
          <w:sz w:val="24"/>
        </w:rPr>
        <w:t>Jennifer put the truck in gear and drove.</w:t>
      </w:r>
    </w:p>
    <w:p>
      <w:r>
        <w:rPr>
          <w:rFonts w:ascii="IM Fell English" w:hAnsi="IM Fell English"/>
          <w:color w:val="141414"/>
          <w:sz w:val="24"/>
        </w:rPr>
        <w:t>She kept the speed low and steady. Jackie’s naked body dragged behind the two-and-a-half-ton vehicle the entire length of the private road, across the short public stretch that connected the estate to the studio lot, and through the east gate of the Voss compound. Blood and skin left a continuous mark on the asphalt. Jackie never once reached up to fight the rope. She simply took it, the same way she took everything else the bloodline gave her.</w:t>
      </w:r>
    </w:p>
    <w:p>
      <w:r>
        <w:rPr>
          <w:rFonts w:ascii="IM Fell English" w:hAnsi="IM Fell English"/>
          <w:color w:val="141414"/>
          <w:sz w:val="24"/>
        </w:rPr>
        <w:t>When Jennifer finally stopped in front of the private medical bay, Lilith was already waiting with a full medic team and a rolling stretcher. Jennifer cut the rope herself, dropped to her knees beside Jackie’s wrecked body, and began licking the fresh road grit and blood from her wife’s mouth and throat while the medics stood by.</w:t>
      </w:r>
    </w:p>
    <w:p>
      <w:r>
        <w:rPr>
          <w:rFonts w:ascii="IM Fell English" w:hAnsi="IM Fell English"/>
          <w:color w:val="141414"/>
          <w:sz w:val="24"/>
        </w:rPr>
        <w:t>Jackie’s hand came up, weak but sure, and fisted in Jennifer’s hair. She pulled her down into a real kiss—messy, bloody, and full of teeth—then rolled them both over on the asphalt and shoved Jennifer’s thighs apart right there in front of the medical bay doors. She fucked her hard and raw, blood from her own body smearing across Jennifer’s skin, one hand locked around Jennifer’s throat the entire time. Jennifer came laughing, legs locked around Jackie’s damaged back, completely unconcerned with the audience.</w:t>
      </w:r>
    </w:p>
    <w:p>
      <w:r>
        <w:rPr>
          <w:rFonts w:ascii="IM Fell English" w:hAnsi="IM Fell English"/>
          <w:color w:val="141414"/>
          <w:sz w:val="24"/>
        </w:rPr>
        <w:t>Lilith let it go on longer than necessary, then stepped in and physically kicked them apart with one polished boot.</w:t>
      </w:r>
    </w:p>
    <w:p>
      <w:r>
        <w:rPr>
          <w:rFonts w:ascii="IM Fell English" w:hAnsi="IM Fell English"/>
          <w:color w:val="141414"/>
          <w:sz w:val="24"/>
        </w:rPr>
        <w:t>“Enough. Both of you.”</w:t>
      </w:r>
    </w:p>
    <w:p>
      <w:r>
        <w:rPr>
          <w:rFonts w:ascii="IM Fell English" w:hAnsi="IM Fell English"/>
          <w:color w:val="141414"/>
          <w:sz w:val="24"/>
        </w:rPr>
        <w:t>Jackie and Jennifer lay on the asphalt laughing—hoarse, bloody, and completely unrepentant. Lena looked down at them, shook her head once, and spoke in the flat tone she reserved for moments when the bloodline’s particular brand of insanity was on full display.</w:t>
      </w:r>
    </w:p>
    <w:p>
      <w:r>
        <w:rPr>
          <w:rFonts w:ascii="IM Fell English" w:hAnsi="IM Fell English"/>
          <w:color w:val="141414"/>
          <w:sz w:val="24"/>
        </w:rPr>
        <w:t>“You two are absolute psychopaths. Let’s move. ”</w:t>
      </w:r>
    </w:p>
    <w:p>
      <w:r>
        <w:rPr>
          <w:rFonts w:ascii="IM Fell English" w:hAnsi="IM Fell English"/>
          <w:color w:val="141414"/>
          <w:sz w:val="24"/>
        </w:rPr>
        <w:t>Jackie refused the stretcher. She stood on her own, blood still running down her legs, and pulled Jennifer up by the collar. The two of them walked into the medical bay side by side, still grinning, while Lilith’s team closed in around the family’s pure sadomasochism hound and the mutt who had just dragged her to work by the neck.</w:t>
      </w:r>
    </w:p>
    <w:p>
      <w:r>
        <w:rPr>
          <w:rFonts w:ascii="IM Fell English" w:hAnsi="IM Fell English"/>
          <w:color w:val="141414"/>
          <w:sz w:val="24"/>
        </w:rPr>
        <w:t>The noon meeting was in less than two hours.</w:t>
      </w:r>
    </w:p>
    <w:p>
      <w:r>
        <w:rPr>
          <w:rFonts w:ascii="IM Fell English" w:hAnsi="IM Fell English"/>
          <w:color w:val="141414"/>
          <w:sz w:val="24"/>
        </w:rPr>
        <w:t>The black packet was still waiting.</w:t>
      </w:r>
    </w:p>
    <w:p>
      <w:r>
        <w:rPr>
          <w:rFonts w:ascii="IM Fell English" w:hAnsi="IM Fell English"/>
          <w:color w:val="141414"/>
          <w:sz w:val="24"/>
        </w:rPr>
        <w:t>And neither of them had ever looked more like they belonged exactly where they were.</w:t>
      </w:r>
    </w:p>
    <w:p>
      <w:pPr>
        <w:pStyle w:val="Heading1"/>
        <w:jc w:val="center"/>
      </w:pPr>
      <w:r>
        <w:rPr>
          <w:rFonts w:ascii="IM Fell English" w:hAnsi="IM Fell English"/>
          <w:color w:val="0D0D0D"/>
        </w:rPr>
        <w:t>CHAPTER 7 — NOON</w:t>
      </w:r>
    </w:p>
    <w:p>
      <w:r>
        <w:rPr>
          <w:rFonts w:ascii="IM Fell English" w:hAnsi="IM Fell English"/>
          <w:color w:val="141414"/>
          <w:sz w:val="24"/>
        </w:rPr>
        <w:t>The private medical bay smelled of antiseptic and blood.</w:t>
      </w:r>
    </w:p>
    <w:p>
      <w:r>
        <w:rPr>
          <w:rFonts w:ascii="IM Fell English" w:hAnsi="IM Fell English"/>
          <w:color w:val="141414"/>
          <w:sz w:val="24"/>
        </w:rPr>
        <w:t>Lilith’s team worked quickly and without commentary. Jackie refused the stretcher, refused the full-body scan, and refused anything that looked like it might slow her down. She stood under the bright clinical lights, naked and still bleeding in places, while two medics cleaned the worst of the road rash, sealed the deeper splits with liquid suture, and wrapped the places where the truck tires had left dense, dark bruises. Jennifer sat on the edge of an empty gurney a few feet away, collar still on, legs swinging, watching her wife the way other people watched art.</w:t>
      </w:r>
    </w:p>
    <w:p>
      <w:r>
        <w:rPr>
          <w:rFonts w:ascii="IM Fell English" w:hAnsi="IM Fell English"/>
          <w:color w:val="141414"/>
          <w:sz w:val="24"/>
        </w:rPr>
        <w:t>Lena supervised with her arms folded.</w:t>
      </w:r>
    </w:p>
    <w:p>
      <w:r>
        <w:rPr>
          <w:rFonts w:ascii="IM Fell English" w:hAnsi="IM Fell English"/>
          <w:color w:val="141414"/>
          <w:sz w:val="24"/>
        </w:rPr>
        <w:t>“You’re going to feel every one of those tire tracks when you sit in the meeting,” she said flatly.</w:t>
      </w:r>
    </w:p>
    <w:p>
      <w:r>
        <w:rPr>
          <w:rFonts w:ascii="IM Fell English" w:hAnsi="IM Fell English"/>
          <w:color w:val="141414"/>
          <w:sz w:val="24"/>
        </w:rPr>
        <w:t>Jackie turned her head. One eye was still swollen nearly shut. The smile she gave Lena was pure hound.</w:t>
      </w:r>
    </w:p>
    <w:p>
      <w:r>
        <w:rPr>
          <w:rFonts w:ascii="IM Fell English" w:hAnsi="IM Fell English"/>
          <w:color w:val="141414"/>
          <w:sz w:val="24"/>
        </w:rPr>
        <w:t>“Good.”</w:t>
      </w:r>
    </w:p>
    <w:p>
      <w:r>
        <w:rPr>
          <w:rFonts w:ascii="IM Fell English" w:hAnsi="IM Fell English"/>
          <w:color w:val="141414"/>
          <w:sz w:val="24"/>
        </w:rPr>
        <w:t>Jennifer laughed under her breath. The sound was low and satisfied. She had cleaned most of the fresh blood from her own mouth and chin, but her shirt was ruined and her thighs still carried smears of Jackie’s blood from the asphalt. She looked completely at home.</w:t>
      </w:r>
    </w:p>
    <w:p>
      <w:r>
        <w:rPr>
          <w:rFonts w:ascii="IM Fell English" w:hAnsi="IM Fell English"/>
          <w:color w:val="141414"/>
          <w:sz w:val="24"/>
        </w:rPr>
        <w:t>Lilith checked the time.</w:t>
      </w:r>
    </w:p>
    <w:p>
      <w:r>
        <w:rPr>
          <w:rFonts w:ascii="IM Fell English" w:hAnsi="IM Fell English"/>
          <w:color w:val="141414"/>
          <w:sz w:val="24"/>
        </w:rPr>
        <w:t>“You have forty minutes until the noon meeting. Katie is already in Conference One. The packet is on the table. Try not to drip on the boards.”</w:t>
      </w:r>
    </w:p>
    <w:p>
      <w:r>
        <w:rPr>
          <w:rFonts w:ascii="IM Fell English" w:hAnsi="IM Fell English"/>
          <w:color w:val="141414"/>
          <w:sz w:val="24"/>
        </w:rPr>
        <w:t>Jackie accepted a clean black shirt and trousers from one of the medics, pulled them on without bothering to button the shirt all the way, and hooked two fingers through Jennifer’s collar. The two of them walked out of the medical bay side by side, residual blood still drying in places the medics had not fully cleaned. Lena followed. Marcus fell in behind them like a shadow that had already accepted the day would be long.</w:t>
      </w:r>
    </w:p>
    <w:p>
      <w:r>
        <w:rPr>
          <w:rFonts w:ascii="IM Fell English" w:hAnsi="IM Fell English"/>
          <w:color w:val="141414"/>
          <w:sz w:val="24"/>
        </w:rPr>
        <w:t>Conference One was full when they arrived.</w:t>
      </w:r>
    </w:p>
    <w:p>
      <w:r>
        <w:rPr>
          <w:rFonts w:ascii="IM Fell English" w:hAnsi="IM Fell English"/>
          <w:color w:val="141414"/>
          <w:sz w:val="24"/>
        </w:rPr>
        <w:t>Katie sat at the head of the long table in a black silk blouse, hair pulled back, expression calm and absolute. Lilith took the seat to her right. Jimmy occupied the left. Sekhmet stood behind Jimmy’s chair. Melinda sat further down with Ashley. Carissa and Beth were already present, both of them watching Jackie’s visible damage with open interest. A corporate representative sat near the far end with a sealed tablet. The black packet—still facedown, still sealed—rested in the center of the table like a quiet threat.</w:t>
      </w:r>
    </w:p>
    <w:p>
      <w:r>
        <w:rPr>
          <w:rFonts w:ascii="IM Fell English" w:hAnsi="IM Fell English"/>
          <w:color w:val="141414"/>
          <w:sz w:val="24"/>
        </w:rPr>
        <w:t>Jackie took her usual seat. Jennifer knelt to her right without being told. The position made every tire track and residual welt across Jackie’s body pull; she settled into it anyway and rested one hand on the back of Jennifer’s neck.</w:t>
      </w:r>
    </w:p>
    <w:p>
      <w:r>
        <w:rPr>
          <w:rFonts w:ascii="IM Fell English" w:hAnsi="IM Fell English"/>
          <w:color w:val="141414"/>
          <w:sz w:val="24"/>
        </w:rPr>
        <w:t>Katie looked them over once. Her gaze lingered on the fresh road rash visible above Jackie’s open collar, the swelling around her eye, the way Jennifer’s mouth still carried the ghost of blood.</w:t>
      </w:r>
    </w:p>
    <w:p>
      <w:r>
        <w:rPr>
          <w:rFonts w:ascii="IM Fell English" w:hAnsi="IM Fell English"/>
          <w:color w:val="141414"/>
          <w:sz w:val="24"/>
        </w:rPr>
        <w:t>“You’re late,” Katie said.</w:t>
      </w:r>
    </w:p>
    <w:p>
      <w:r>
        <w:rPr>
          <w:rFonts w:ascii="IM Fell English" w:hAnsi="IM Fell English"/>
          <w:color w:val="141414"/>
          <w:sz w:val="24"/>
        </w:rPr>
        <w:t>Jackie met her eyes.</w:t>
      </w:r>
    </w:p>
    <w:p>
      <w:r>
        <w:rPr>
          <w:rFonts w:ascii="IM Fell English" w:hAnsi="IM Fell English"/>
          <w:color w:val="141414"/>
          <w:sz w:val="24"/>
        </w:rPr>
        <w:t>“Traffic.”</w:t>
      </w:r>
    </w:p>
    <w:p>
      <w:r>
        <w:rPr>
          <w:rFonts w:ascii="IM Fell English" w:hAnsi="IM Fell English"/>
          <w:color w:val="141414"/>
          <w:sz w:val="24"/>
        </w:rPr>
        <w:t>Jennifer’s shoulders shook once with silent laughter. Katie’s mouth curved the smallest amount.</w:t>
      </w:r>
    </w:p>
    <w:p>
      <w:r>
        <w:rPr>
          <w:rFonts w:ascii="IM Fell English" w:hAnsi="IM Fell English"/>
          <w:color w:val="141414"/>
          <w:sz w:val="24"/>
        </w:rPr>
        <w:t>“The public attraction is closed. The rape-collar debt is paid. The hound is functional enough to work. We move forward.” She reached out, turned the black packet face-up, and slid it into the center of the table so everyone could read the title.</w:t>
      </w:r>
    </w:p>
    <w:p>
      <w:r>
        <w:rPr>
          <w:rFonts w:ascii="IM Fell English" w:hAnsi="IM Fell English"/>
          <w:b/>
          <w:color w:val="141414"/>
          <w:sz w:val="24"/>
        </w:rPr>
        <w:t>Pure Death: Praeceptum Sablis</w:t>
      </w:r>
    </w:p>
    <w:p>
      <w:r>
        <w:rPr>
          <w:rFonts w:ascii="IM Fell English" w:hAnsi="IM Fell English"/>
          <w:color w:val="141414"/>
          <w:sz w:val="24"/>
        </w:rPr>
        <w:t>The room went quiet in the particular way it always did when a new package received its official name.</w:t>
      </w:r>
    </w:p>
    <w:p>
      <w:r>
        <w:rPr>
          <w:rFonts w:ascii="IM Fell English" w:hAnsi="IM Fell English"/>
          <w:color w:val="141414"/>
          <w:sz w:val="24"/>
        </w:rPr>
        <w:t>Katie continued, voice even.</w:t>
      </w:r>
    </w:p>
    <w:p>
      <w:r>
        <w:rPr>
          <w:rFonts w:ascii="IM Fell English" w:hAnsi="IM Fell English"/>
          <w:color w:val="141414"/>
          <w:sz w:val="24"/>
        </w:rPr>
        <w:t>“Working title is locked. College campus. Private extreme-selection course under the cover of an elite leadership seminar. Jackie is primary instructor and final authority on who continues and who is recycled. Jennifer is the candidate the system cannot cleanly eliminate. Supporting roles will be filled from the bloodline and cleared outsiders. Safety notes remain provisional until after the first full walk-through. Boards and preliminary schedules are already loaded.”</w:t>
      </w:r>
    </w:p>
    <w:p>
      <w:r>
        <w:rPr>
          <w:rFonts w:ascii="IM Fell English" w:hAnsi="IM Fell English"/>
          <w:color w:val="141414"/>
          <w:sz w:val="24"/>
        </w:rPr>
        <w:t>She looked directly at Jennifer.</w:t>
      </w:r>
    </w:p>
    <w:p>
      <w:r>
        <w:rPr>
          <w:rFonts w:ascii="IM Fell English" w:hAnsi="IM Fell English"/>
          <w:color w:val="141414"/>
          <w:sz w:val="24"/>
        </w:rPr>
        <w:t>“You still have the right to refuse any practical fall, jump, or throw. Exercise it in the walk-through or do not exercise it at all. Clear?”</w:t>
      </w:r>
    </w:p>
    <w:p>
      <w:r>
        <w:rPr>
          <w:rFonts w:ascii="IM Fell English" w:hAnsi="IM Fell English"/>
          <w:color w:val="141414"/>
          <w:sz w:val="24"/>
        </w:rPr>
        <w:t>Jennifer’s voice was soft and completely claimed.</w:t>
      </w:r>
    </w:p>
    <w:p>
      <w:r>
        <w:rPr>
          <w:rFonts w:ascii="IM Fell English" w:hAnsi="IM Fell English"/>
          <w:color w:val="141414"/>
          <w:sz w:val="24"/>
        </w:rPr>
        <w:t>“Clear, Mistress.”</w:t>
      </w:r>
    </w:p>
    <w:p>
      <w:r>
        <w:rPr>
          <w:rFonts w:ascii="IM Fell English" w:hAnsi="IM Fell English"/>
          <w:color w:val="141414"/>
          <w:sz w:val="24"/>
        </w:rPr>
        <w:t>Katie’s gaze shifted to Jackie.</w:t>
      </w:r>
    </w:p>
    <w:p>
      <w:r>
        <w:rPr>
          <w:rFonts w:ascii="IM Fell English" w:hAnsi="IM Fell English"/>
          <w:color w:val="141414"/>
          <w:sz w:val="24"/>
        </w:rPr>
        <w:t>“You look like you were dragged behind a truck.”</w:t>
      </w:r>
    </w:p>
    <w:p>
      <w:r>
        <w:rPr>
          <w:rFonts w:ascii="IM Fell English" w:hAnsi="IM Fell English"/>
          <w:color w:val="141414"/>
          <w:sz w:val="24"/>
        </w:rPr>
        <w:t>“I was.”</w:t>
      </w:r>
    </w:p>
    <w:p>
      <w:r>
        <w:rPr>
          <w:rFonts w:ascii="IM Fell English" w:hAnsi="IM Fell English"/>
          <w:color w:val="141414"/>
          <w:sz w:val="24"/>
        </w:rPr>
        <w:t>“Good. Then you’ll understand the tone we’re aiming for.” Katie tapped the packet once. “We walk the primary campus set and the first selection yard after this meeting. Full bloodline present. Corporate observation permitted. Questions?”</w:t>
      </w:r>
    </w:p>
    <w:p>
      <w:r>
        <w:rPr>
          <w:rFonts w:ascii="IM Fell English" w:hAnsi="IM Fell English"/>
          <w:color w:val="141414"/>
          <w:sz w:val="24"/>
        </w:rPr>
        <w:t>Carissa leaned forward, eyes bright.</w:t>
      </w:r>
    </w:p>
    <w:p>
      <w:r>
        <w:rPr>
          <w:rFonts w:ascii="IM Fell English" w:hAnsi="IM Fell English"/>
          <w:color w:val="141414"/>
          <w:sz w:val="24"/>
        </w:rPr>
        <w:t>“Does the candidate get a recovery table if she survives the first elimination round?”</w:t>
      </w:r>
    </w:p>
    <w:p>
      <w:r>
        <w:rPr>
          <w:rFonts w:ascii="IM Fell English" w:hAnsi="IM Fell English"/>
          <w:color w:val="141414"/>
          <w:sz w:val="24"/>
        </w:rPr>
        <w:t>Jennifer answered before anyone else could.</w:t>
      </w:r>
    </w:p>
    <w:p>
      <w:r>
        <w:rPr>
          <w:rFonts w:ascii="IM Fell English" w:hAnsi="IM Fell English"/>
          <w:color w:val="141414"/>
          <w:sz w:val="24"/>
        </w:rPr>
        <w:t>“Only if I earn it. And only if my Mistress Wife puts me on it herself.”</w:t>
      </w:r>
    </w:p>
    <w:p>
      <w:r>
        <w:rPr>
          <w:rFonts w:ascii="IM Fell English" w:hAnsi="IM Fell English"/>
          <w:color w:val="141414"/>
          <w:sz w:val="24"/>
        </w:rPr>
        <w:t>Jackie squeezed the back of her neck once, hard enough to make her breath catch.</w:t>
      </w:r>
    </w:p>
    <w:p>
      <w:r>
        <w:rPr>
          <w:rFonts w:ascii="IM Fell English" w:hAnsi="IM Fell English"/>
          <w:color w:val="141414"/>
          <w:sz w:val="24"/>
        </w:rPr>
        <w:t>Katie closed the folder.</w:t>
      </w:r>
    </w:p>
    <w:p>
      <w:r>
        <w:rPr>
          <w:rFonts w:ascii="IM Fell English" w:hAnsi="IM Fell English"/>
          <w:color w:val="141414"/>
          <w:sz w:val="24"/>
        </w:rPr>
        <w:t>“Meeting adjourned. Walk-through begins in thirty minutes. Try not to bleed on the new floors.”</w:t>
      </w:r>
    </w:p>
    <w:p>
      <w:r>
        <w:rPr>
          <w:rFonts w:ascii="IM Fell English" w:hAnsi="IM Fell English"/>
          <w:color w:val="141414"/>
          <w:sz w:val="24"/>
        </w:rPr>
        <w:t xml:space="preserve">Chairs scraped back. The bloodline rose as a unit. Jackie stood, pulled Jennifer up by the collar, and headed for the door without waiting for the rest of them. Lena fell in on her left. Marcus took the rear. Behind them the black packet remained on the table, now open, the title </w:t>
      </w:r>
      <w:r>
        <w:rPr>
          <w:rFonts w:ascii="IM Fell English" w:hAnsi="IM Fell English"/>
          <w:i/>
          <w:color w:val="141414"/>
          <w:sz w:val="24"/>
        </w:rPr>
        <w:t>Praeceptum Sablis</w:t>
      </w:r>
      <w:r>
        <w:rPr>
          <w:rFonts w:ascii="IM Fell English" w:hAnsi="IM Fell English"/>
          <w:color w:val="141414"/>
          <w:sz w:val="24"/>
        </w:rPr>
        <w:t xml:space="preserve"> clearly visible under the conference room lights.</w:t>
      </w:r>
    </w:p>
    <w:p>
      <w:r>
        <w:rPr>
          <w:rFonts w:ascii="IM Fell English" w:hAnsi="IM Fell English"/>
          <w:color w:val="141414"/>
          <w:sz w:val="24"/>
        </w:rPr>
        <w:t>The real schedule had finally moved past recovery and into production.</w:t>
      </w:r>
    </w:p>
    <w:p>
      <w:r>
        <w:rPr>
          <w:rFonts w:ascii="IM Fell English" w:hAnsi="IM Fell English"/>
          <w:color w:val="141414"/>
          <w:sz w:val="24"/>
        </w:rPr>
        <w:t>Jennifer leaned in close as they walked, voice low enough that only Jackie could hear.</w:t>
      </w:r>
    </w:p>
    <w:p>
      <w:r>
        <w:rPr>
          <w:rFonts w:ascii="IM Fell English" w:hAnsi="IM Fell English"/>
          <w:color w:val="141414"/>
          <w:sz w:val="24"/>
        </w:rPr>
        <w:t>“Still not sorry about the collar.”</w:t>
      </w:r>
    </w:p>
    <w:p>
      <w:r>
        <w:rPr>
          <w:rFonts w:ascii="IM Fell English" w:hAnsi="IM Fell English"/>
          <w:color w:val="141414"/>
          <w:sz w:val="24"/>
        </w:rPr>
        <w:t>Jackie’s swollen mouth curved.</w:t>
      </w:r>
    </w:p>
    <w:p>
      <w:r>
        <w:rPr>
          <w:rFonts w:ascii="IM Fell English" w:hAnsi="IM Fell English"/>
          <w:color w:val="141414"/>
          <w:sz w:val="24"/>
        </w:rPr>
        <w:t>“I know, mutt. That’s why you’re going to spend the walk-through remembering what happens when you push me.”</w:t>
      </w:r>
    </w:p>
    <w:p>
      <w:r>
        <w:rPr>
          <w:rFonts w:ascii="IM Fell English" w:hAnsi="IM Fell English"/>
          <w:color w:val="141414"/>
          <w:sz w:val="24"/>
        </w:rPr>
        <w:t>They stepped out into the studio sunlight together—hound and mutt, bloody and grinning, already late for the next piece of work the bloodline had decided they would survive.</w:t>
      </w:r>
    </w:p>
    <w:p>
      <w:pPr>
        <w:pStyle w:val="Heading1"/>
        <w:jc w:val="center"/>
      </w:pPr>
      <w:r>
        <w:rPr>
          <w:rFonts w:ascii="IM Fell English" w:hAnsi="IM Fell English"/>
          <w:color w:val="0D0D0D"/>
        </w:rPr>
        <w:t>CHAPTER 8 — WALK-THROUGH</w:t>
      </w:r>
    </w:p>
    <w:p>
      <w:r>
        <w:rPr>
          <w:rFonts w:ascii="IM Fell English" w:hAnsi="IM Fell English"/>
          <w:color w:val="141414"/>
          <w:sz w:val="24"/>
        </w:rPr>
        <w:t>The primary campus set occupied the entire north end of the lot.</w:t>
      </w:r>
    </w:p>
    <w:p>
      <w:r>
        <w:rPr>
          <w:rFonts w:ascii="IM Fell English" w:hAnsi="IM Fell English"/>
          <w:color w:val="141414"/>
          <w:sz w:val="24"/>
        </w:rPr>
        <w:t>Three full-scale academic buildings, a wide central quad, two dormitory wings, and a long stretch of open ground that production had already begun converting into the first selection yard. The air still smelled of fresh lumber, paint, and the faint metallic edge of new restraint hard-points being installed under the grass. Crew members straightened when the bloodline approached. The open porn-CCTV grid tracked every step.</w:t>
      </w:r>
    </w:p>
    <w:p>
      <w:r>
        <w:rPr>
          <w:rFonts w:ascii="IM Fell English" w:hAnsi="IM Fell English"/>
          <w:color w:val="141414"/>
          <w:sz w:val="24"/>
        </w:rPr>
        <w:t>Jackie walked at the front with Jennifer half a step behind and to her left, collar visible, residual tire tracks and welts still clear under the open black shirt. Lena and Marcus flanked them. Katie and Lilith followed at a measured distance. The rest of the inner circle filled in behind—Jimmy, Sekhmet, Melinda, Ashley, Carissa, Beth, and the corporate observer who had learned not to ask unnecessary questions.</w:t>
      </w:r>
    </w:p>
    <w:p>
      <w:r>
        <w:rPr>
          <w:rFonts w:ascii="IM Fell English" w:hAnsi="IM Fell English"/>
          <w:color w:val="141414"/>
          <w:sz w:val="24"/>
        </w:rPr>
        <w:t>Lena took point with the tablet.</w:t>
      </w:r>
    </w:p>
    <w:p>
      <w:r>
        <w:rPr>
          <w:rFonts w:ascii="IM Fell English" w:hAnsi="IM Fell English"/>
          <w:color w:val="141414"/>
          <w:sz w:val="24"/>
        </w:rPr>
        <w:t>“Primary academic building first. Lecture halls, isolation rooms, and the main intake corridor. All practical. All wired. Restraint points are already load-tested.”</w:t>
      </w:r>
    </w:p>
    <w:p>
      <w:r>
        <w:rPr>
          <w:rFonts w:ascii="IM Fell English" w:hAnsi="IM Fell English"/>
          <w:color w:val="141414"/>
          <w:sz w:val="24"/>
        </w:rPr>
        <w:t>They moved through the building in a slow, deliberate group. Jackie tested a set of wall rings with her own weight, ignoring the pull of fresh bruises. Jennifer lingered at a second-floor window that looked down onto the unfinished selection yard, expression unreadable.</w:t>
      </w:r>
    </w:p>
    <w:p>
      <w:r>
        <w:rPr>
          <w:rFonts w:ascii="IM Fell English" w:hAnsi="IM Fell English"/>
          <w:color w:val="141414"/>
          <w:sz w:val="24"/>
        </w:rPr>
        <w:t>“You’re quieter than usual,” Jackie said.</w:t>
      </w:r>
    </w:p>
    <w:p>
      <w:r>
        <w:rPr>
          <w:rFonts w:ascii="IM Fell English" w:hAnsi="IM Fell English"/>
          <w:color w:val="141414"/>
          <w:sz w:val="24"/>
        </w:rPr>
        <w:t>Jennifer did not look away from the window.</w:t>
      </w:r>
    </w:p>
    <w:p>
      <w:r>
        <w:rPr>
          <w:rFonts w:ascii="IM Fell English" w:hAnsi="IM Fell English"/>
          <w:color w:val="141414"/>
          <w:sz w:val="24"/>
        </w:rPr>
        <w:t>“Just deciding how much I’m going to complain when they make me run that yard in the first week.”</w:t>
      </w:r>
    </w:p>
    <w:p>
      <w:r>
        <w:rPr>
          <w:rFonts w:ascii="IM Fell English" w:hAnsi="IM Fell English"/>
          <w:color w:val="141414"/>
          <w:sz w:val="24"/>
        </w:rPr>
        <w:t>“You’ll complain the same amount you always do. Then you’ll approve the practicals and do them anyway.”</w:t>
      </w:r>
    </w:p>
    <w:p>
      <w:r>
        <w:rPr>
          <w:rFonts w:ascii="IM Fell English" w:hAnsi="IM Fell English"/>
          <w:color w:val="141414"/>
          <w:sz w:val="24"/>
        </w:rPr>
        <w:t>Jennifer’s mouth curved.</w:t>
      </w:r>
    </w:p>
    <w:p>
      <w:r>
        <w:rPr>
          <w:rFonts w:ascii="IM Fell English" w:hAnsi="IM Fell English"/>
          <w:color w:val="141414"/>
          <w:sz w:val="24"/>
        </w:rPr>
        <w:t>“Still not sorry about the collar.”</w:t>
      </w:r>
    </w:p>
    <w:p>
      <w:r>
        <w:rPr>
          <w:rFonts w:ascii="IM Fell English" w:hAnsi="IM Fell English"/>
          <w:color w:val="141414"/>
          <w:sz w:val="24"/>
        </w:rPr>
        <w:t>Jackie slapped her once across the back of the thigh, hard enough to sting, light enough to stay inside the current residual limits.</w:t>
      </w:r>
    </w:p>
    <w:p>
      <w:r>
        <w:rPr>
          <w:rFonts w:ascii="IM Fell English" w:hAnsi="IM Fell English"/>
          <w:color w:val="141414"/>
          <w:sz w:val="24"/>
        </w:rPr>
        <w:t>“I know.”</w:t>
      </w:r>
    </w:p>
    <w:p>
      <w:r>
        <w:rPr>
          <w:rFonts w:ascii="IM Fell English" w:hAnsi="IM Fell English"/>
          <w:color w:val="141414"/>
          <w:sz w:val="24"/>
        </w:rPr>
        <w:t>They continued.</w:t>
      </w:r>
    </w:p>
    <w:p>
      <w:r>
        <w:rPr>
          <w:rFonts w:ascii="IM Fell English" w:hAnsi="IM Fell English"/>
          <w:color w:val="141414"/>
          <w:sz w:val="24"/>
        </w:rPr>
        <w:t>The isolation rooms were small, concrete, and already fitted with multiple hard-points. The lecture halls had been left mostly intact so the contrast would read on camera. The dormitory wings carried the same quiet threat as every other closed set the bloodline had ever built—ordinary architecture waiting to be used for something far from ordinary.</w:t>
      </w:r>
    </w:p>
    <w:p>
      <w:r>
        <w:rPr>
          <w:rFonts w:ascii="IM Fell English" w:hAnsi="IM Fell English"/>
          <w:color w:val="141414"/>
          <w:sz w:val="24"/>
        </w:rPr>
        <w:t>Outside, the selection yard stretched under the midday sun. Open ground. No shade. Restraint posts already sunk at measured intervals. A long concrete drainage channel ran along one side. Lena pointed out the provisional camera towers and the medical standby positions without embroidery.</w:t>
      </w:r>
    </w:p>
    <w:p>
      <w:r>
        <w:rPr>
          <w:rFonts w:ascii="IM Fell English" w:hAnsi="IM Fell English"/>
          <w:color w:val="141414"/>
          <w:sz w:val="24"/>
        </w:rPr>
        <w:t>Katie spoke only once.</w:t>
      </w:r>
    </w:p>
    <w:p>
      <w:r>
        <w:rPr>
          <w:rFonts w:ascii="IM Fell English" w:hAnsi="IM Fell English"/>
          <w:color w:val="141414"/>
          <w:sz w:val="24"/>
        </w:rPr>
        <w:t>“Provisional limits remain in place until after the first full camera test. Jennifer retains refusal rights on any fall, jump, or throw until she signs the final board. Everyone else follows standard bloodline protocols. Questions?”</w:t>
      </w:r>
    </w:p>
    <w:p>
      <w:r>
        <w:rPr>
          <w:rFonts w:ascii="IM Fell English" w:hAnsi="IM Fell English"/>
          <w:color w:val="141414"/>
          <w:sz w:val="24"/>
        </w:rPr>
        <w:t>There were none.</w:t>
      </w:r>
    </w:p>
    <w:p>
      <w:r>
        <w:rPr>
          <w:rFonts w:ascii="IM Fell English" w:hAnsi="IM Fell English"/>
          <w:color w:val="141414"/>
          <w:sz w:val="24"/>
        </w:rPr>
        <w:t>They walked the yard in silence. Jackie’s gait was still uneven from the morning’s work; she did not favor it. Jennifer stayed close enough that their shoulders brushed every few steps. The rest of the bloodline watched the two of them more than the set, the way they always did when a new package was about to move from paper to bodies.</w:t>
      </w:r>
    </w:p>
    <w:p>
      <w:r>
        <w:rPr>
          <w:rFonts w:ascii="IM Fell English" w:hAnsi="IM Fell English"/>
          <w:color w:val="141414"/>
          <w:sz w:val="24"/>
        </w:rPr>
        <w:t>At the far end of the yard Lena checked the time.</w:t>
      </w:r>
    </w:p>
    <w:p>
      <w:r>
        <w:rPr>
          <w:rFonts w:ascii="IM Fell English" w:hAnsi="IM Fell English"/>
          <w:color w:val="141414"/>
          <w:sz w:val="24"/>
        </w:rPr>
        <w:t>“That’s the primary circuit. Full boards and revised schedules will be on your tablets by end of day. First camera test is scheduled for next week. Until then, ordinary ownership rules remain in effect off-set.”</w:t>
      </w:r>
    </w:p>
    <w:p>
      <w:r>
        <w:rPr>
          <w:rFonts w:ascii="IM Fell English" w:hAnsi="IM Fell English"/>
          <w:color w:val="141414"/>
          <w:sz w:val="24"/>
        </w:rPr>
        <w:t>Katie looked at Jackie and Jennifer one last time.</w:t>
      </w:r>
    </w:p>
    <w:p>
      <w:r>
        <w:rPr>
          <w:rFonts w:ascii="IM Fell English" w:hAnsi="IM Fell English"/>
          <w:color w:val="141414"/>
          <w:sz w:val="24"/>
        </w:rPr>
        <w:t>“You’re both still functional. The packet is open. The work starts now.”</w:t>
      </w:r>
    </w:p>
    <w:p>
      <w:r>
        <w:rPr>
          <w:rFonts w:ascii="IM Fell English" w:hAnsi="IM Fell English"/>
          <w:color w:val="141414"/>
          <w:sz w:val="24"/>
        </w:rPr>
        <w:t>She turned and walked back toward the main buildings with Lilith at her side. The rest of the bloodline followed in ones and twos until only Jackie, Jennifer, Lena, and Marcus remained in the empty selection yard.</w:t>
      </w:r>
    </w:p>
    <w:p>
      <w:r>
        <w:rPr>
          <w:rFonts w:ascii="IM Fell English" w:hAnsi="IM Fell English"/>
          <w:color w:val="141414"/>
          <w:sz w:val="24"/>
        </w:rPr>
        <w:t>Jennifer tilted her face up to the sun, eyes closed, collar warm at her throat.</w:t>
      </w:r>
    </w:p>
    <w:p>
      <w:r>
        <w:rPr>
          <w:rFonts w:ascii="IM Fell English" w:hAnsi="IM Fell English"/>
          <w:color w:val="141414"/>
          <w:sz w:val="24"/>
        </w:rPr>
        <w:t>“Feels like a film.”</w:t>
      </w:r>
    </w:p>
    <w:p>
      <w:r>
        <w:rPr>
          <w:rFonts w:ascii="IM Fell English" w:hAnsi="IM Fell English"/>
          <w:color w:val="141414"/>
          <w:sz w:val="24"/>
        </w:rPr>
        <w:t>Jackie hooked two fingers through the ring on the front of the collar and tugged once, proprietary and calm.</w:t>
      </w:r>
    </w:p>
    <w:p>
      <w:r>
        <w:rPr>
          <w:rFonts w:ascii="IM Fell English" w:hAnsi="IM Fell English"/>
          <w:color w:val="141414"/>
          <w:sz w:val="24"/>
        </w:rPr>
        <w:t>“It will.”</w:t>
      </w:r>
    </w:p>
    <w:p>
      <w:r>
        <w:rPr>
          <w:rFonts w:ascii="IM Fell English" w:hAnsi="IM Fell English"/>
          <w:color w:val="141414"/>
          <w:sz w:val="24"/>
        </w:rPr>
        <w:t>They stood there a moment longer, hound and mutt, residual blood and bruises still visible in the hard light, the unfinished campus set stretching out around them like a promise the bloodline had already decided they would keep.</w:t>
      </w:r>
    </w:p>
    <w:p>
      <w:r>
        <w:rPr>
          <w:rFonts w:ascii="IM Fell English" w:hAnsi="IM Fell English"/>
          <w:color w:val="141414"/>
          <w:sz w:val="24"/>
        </w:rPr>
        <w:t>Then Jackie turned them toward the truck.</w:t>
      </w:r>
    </w:p>
    <w:p>
      <w:r>
        <w:rPr>
          <w:rFonts w:ascii="IM Fell English" w:hAnsi="IM Fell English"/>
          <w:color w:val="141414"/>
          <w:sz w:val="24"/>
        </w:rPr>
        <w:t>Behind them the selection yard waited, quiet and ready.</w:t>
      </w:r>
    </w:p>
    <w:p>
      <w:r>
        <w:rPr>
          <w:rFonts w:ascii="IM Fell English" w:hAnsi="IM Fell English"/>
          <w:color w:val="141414"/>
          <w:sz w:val="24"/>
        </w:rPr>
        <w:t>In front of them the real schedule had run out of recovery days.</w:t>
      </w:r>
    </w:p>
    <w:p>
      <w:r>
        <w:rPr>
          <w:rFonts w:ascii="IM Fell English" w:hAnsi="IM Fell English"/>
          <w:color w:val="141414"/>
          <w:sz w:val="24"/>
        </w:rPr>
        <w:t>The next time they stepped onto this ground, the cameras would already be rolling.</w:t>
      </w:r>
    </w:p>
    <w:p>
      <w:pPr>
        <w:pStyle w:val="Heading1"/>
        <w:jc w:val="center"/>
      </w:pPr>
      <w:r>
        <w:rPr>
          <w:rFonts w:ascii="IM Fell English" w:hAnsi="IM Fell English"/>
          <w:color w:val="0D0D0D"/>
        </w:rPr>
        <w:t>CHAPTER 9 — PROPERTY</w:t>
      </w:r>
    </w:p>
    <w:p>
      <w:r>
        <w:rPr>
          <w:rFonts w:ascii="IM Fell English" w:hAnsi="IM Fell English"/>
          <w:color w:val="141414"/>
          <w:sz w:val="24"/>
        </w:rPr>
        <w:t>The sealed military campus woke up mean.</w:t>
      </w:r>
    </w:p>
    <w:p>
      <w:r>
        <w:rPr>
          <w:rFonts w:ascii="IM Fell English" w:hAnsi="IM Fell English"/>
          <w:color w:val="141414"/>
          <w:sz w:val="24"/>
        </w:rPr>
        <w:t>Jenna sat on the edge of a concrete barrier in the main assembly yard, boots dangling, eating an apple like she had all the time in the world. Jennifer knelt between her spread knees, naked, wrists cuffed behind her back, cheek resting against the inside of Jenna’s thigh. A fresh handprint glowed on the side of Jennifer’s face. She looked irritatingly content about it.</w:t>
      </w:r>
    </w:p>
    <w:p>
      <w:r>
        <w:rPr>
          <w:rFonts w:ascii="IM Fell English" w:hAnsi="IM Fell English"/>
          <w:color w:val="141414"/>
          <w:sz w:val="24"/>
        </w:rPr>
        <w:t>Ten meters away Carissa had Jackie in a similar position — on her knees, naked, a short chain running from a heavy collar to Carissa’s fist. Jackie’s lower lip was split and she kept licking the blood away with the tip of her tongue like it was an interesting new flavor.</w:t>
      </w:r>
    </w:p>
    <w:p>
      <w:r>
        <w:rPr>
          <w:rFonts w:ascii="IM Fell English" w:hAnsi="IM Fell English"/>
          <w:color w:val="141414"/>
          <w:sz w:val="24"/>
        </w:rPr>
        <w:t>Jenna took another bite of apple and spoke around it.</w:t>
      </w:r>
    </w:p>
    <w:p>
      <w:r>
        <w:rPr>
          <w:rFonts w:ascii="IM Fell English" w:hAnsi="IM Fell English"/>
          <w:color w:val="141414"/>
          <w:sz w:val="24"/>
        </w:rPr>
        <w:t>“Your bitch is staring at mine again.”</w:t>
      </w:r>
    </w:p>
    <w:p>
      <w:r>
        <w:rPr>
          <w:rFonts w:ascii="IM Fell English" w:hAnsi="IM Fell English"/>
          <w:color w:val="141414"/>
          <w:sz w:val="24"/>
        </w:rPr>
        <w:t>Carissa gave Jackie’s chain a lazy tug.</w:t>
      </w:r>
    </w:p>
    <w:p>
      <w:r>
        <w:rPr>
          <w:rFonts w:ascii="IM Fell English" w:hAnsi="IM Fell English"/>
          <w:color w:val="141414"/>
          <w:sz w:val="24"/>
        </w:rPr>
        <w:t>“She’s just wondering how long it’ll take before I let her break your whore’s face. She’s been polite all morning. I’m proud of her.”</w:t>
      </w:r>
    </w:p>
    <w:p>
      <w:r>
        <w:rPr>
          <w:rFonts w:ascii="IM Fell English" w:hAnsi="IM Fell English"/>
          <w:color w:val="141414"/>
          <w:sz w:val="24"/>
        </w:rPr>
        <w:t>Jackie made a low, amused sound. Jennifer turned her head just enough to smirk at her.</w:t>
      </w:r>
    </w:p>
    <w:p>
      <w:r>
        <w:rPr>
          <w:rFonts w:ascii="IM Fell English" w:hAnsi="IM Fell English"/>
          <w:color w:val="141414"/>
          <w:sz w:val="24"/>
        </w:rPr>
        <w:t>“Morning, Mommy.”</w:t>
      </w:r>
    </w:p>
    <w:p>
      <w:r>
        <w:rPr>
          <w:rFonts w:ascii="IM Fell English" w:hAnsi="IM Fell English"/>
          <w:color w:val="141414"/>
          <w:sz w:val="24"/>
        </w:rPr>
        <w:t>Jackie smiled with bloody teeth.</w:t>
      </w:r>
    </w:p>
    <w:p>
      <w:r>
        <w:rPr>
          <w:rFonts w:ascii="IM Fell English" w:hAnsi="IM Fell English"/>
          <w:color w:val="141414"/>
          <w:sz w:val="24"/>
        </w:rPr>
        <w:t>“Morning, mutt.”</w:t>
      </w:r>
    </w:p>
    <w:p>
      <w:r>
        <w:rPr>
          <w:rFonts w:ascii="IM Fell English" w:hAnsi="IM Fell English"/>
          <w:color w:val="141414"/>
          <w:sz w:val="24"/>
        </w:rPr>
        <w:t>Jenna flicked Jennifer’s ear hard enough to make her flinch.</w:t>
      </w:r>
    </w:p>
    <w:p>
      <w:r>
        <w:rPr>
          <w:rFonts w:ascii="IM Fell English" w:hAnsi="IM Fell English"/>
          <w:color w:val="141414"/>
          <w:sz w:val="24"/>
        </w:rPr>
        <w:t>“What did I tell you about talking to the other property without permission?”</w:t>
      </w:r>
    </w:p>
    <w:p>
      <w:r>
        <w:rPr>
          <w:rFonts w:ascii="IM Fell English" w:hAnsi="IM Fell English"/>
          <w:color w:val="141414"/>
          <w:sz w:val="24"/>
        </w:rPr>
        <w:t>“That it’s cute when I do it and you’ll only punish me a little.”</w:t>
      </w:r>
    </w:p>
    <w:p>
      <w:r>
        <w:rPr>
          <w:rFonts w:ascii="IM Fell English" w:hAnsi="IM Fell English"/>
          <w:color w:val="141414"/>
          <w:sz w:val="24"/>
        </w:rPr>
        <w:t>Jenna sighed theatrically and looked at Carissa.</w:t>
      </w:r>
    </w:p>
    <w:p>
      <w:r>
        <w:rPr>
          <w:rFonts w:ascii="IM Fell English" w:hAnsi="IM Fell English"/>
          <w:color w:val="141414"/>
          <w:sz w:val="24"/>
        </w:rPr>
        <w:t>“Do you see what I have to deal with? She’s been this mouthy since we were twelve.”</w:t>
      </w:r>
    </w:p>
    <w:p>
      <w:r>
        <w:rPr>
          <w:rFonts w:ascii="IM Fell English" w:hAnsi="IM Fell English"/>
          <w:color w:val="141414"/>
          <w:sz w:val="24"/>
        </w:rPr>
        <w:t>Carissa snorted.</w:t>
      </w:r>
    </w:p>
    <w:p>
      <w:r>
        <w:rPr>
          <w:rFonts w:ascii="IM Fell English" w:hAnsi="IM Fell English"/>
          <w:color w:val="141414"/>
          <w:sz w:val="24"/>
        </w:rPr>
        <w:t>“At least yours talks. Mine just stares at me like she’s already planning which bone she’s going to break first when I finally slip.”</w:t>
      </w:r>
    </w:p>
    <w:p>
      <w:r>
        <w:rPr>
          <w:rFonts w:ascii="IM Fell English" w:hAnsi="IM Fell English"/>
          <w:color w:val="141414"/>
          <w:sz w:val="24"/>
        </w:rPr>
        <w:t>Jackie kept staring, calm and open. Carissa reached down and patted her cheek, almost fond.</w:t>
      </w:r>
    </w:p>
    <w:p>
      <w:r>
        <w:rPr>
          <w:rFonts w:ascii="IM Fell English" w:hAnsi="IM Fell English"/>
          <w:color w:val="141414"/>
          <w:sz w:val="24"/>
        </w:rPr>
        <w:t>“Down, Mommy. I still need you able to walk for the afternoon games.”</w:t>
      </w:r>
    </w:p>
    <w:p>
      <w:r>
        <w:rPr>
          <w:rFonts w:ascii="IM Fell English" w:hAnsi="IM Fell English"/>
          <w:color w:val="141414"/>
          <w:sz w:val="24"/>
        </w:rPr>
        <w:t>Jackie sank lower without a word, forehead resting against Carissa’s boot. The chain stayed taut.</w:t>
      </w:r>
    </w:p>
    <w:p>
      <w:r>
        <w:rPr>
          <w:rFonts w:ascii="IM Fell English" w:hAnsi="IM Fell English"/>
          <w:color w:val="141414"/>
          <w:sz w:val="24"/>
        </w:rPr>
        <w:t>Around them the rest of the selected bodies — male and female, all naked, all already marked with first-day bruises — waited in loose ranks under the sun. No one spoke. The two young Mistresses had made it very clear that conversation was a privilege reserved for the bitches they actually liked.</w:t>
      </w:r>
    </w:p>
    <w:p>
      <w:r>
        <w:rPr>
          <w:rFonts w:ascii="IM Fell English" w:hAnsi="IM Fell English"/>
          <w:color w:val="141414"/>
          <w:sz w:val="24"/>
        </w:rPr>
        <w:t>Jenna finished her apple, tossed the core over her shoulder, and grabbed Jennifer’s hair, tilting her head back.</w:t>
      </w:r>
    </w:p>
    <w:p>
      <w:r>
        <w:rPr>
          <w:rFonts w:ascii="IM Fell English" w:hAnsi="IM Fell English"/>
          <w:color w:val="141414"/>
          <w:sz w:val="24"/>
        </w:rPr>
        <w:t>“Listen carefully, twin. Today is still orientation. That means I only break you a little. Tomorrow I start trying to win the long bet. Try not to disappoint me before lunch.”</w:t>
      </w:r>
    </w:p>
    <w:p>
      <w:r>
        <w:rPr>
          <w:rFonts w:ascii="IM Fell English" w:hAnsi="IM Fell English"/>
          <w:color w:val="141414"/>
          <w:sz w:val="24"/>
        </w:rPr>
        <w:t>Jennifer’s eyes were bright.</w:t>
      </w:r>
    </w:p>
    <w:p>
      <w:r>
        <w:rPr>
          <w:rFonts w:ascii="IM Fell English" w:hAnsi="IM Fell English"/>
          <w:color w:val="141414"/>
          <w:sz w:val="24"/>
        </w:rPr>
        <w:t>“Wouldn’t dream of it.”</w:t>
      </w:r>
    </w:p>
    <w:p>
      <w:r>
        <w:rPr>
          <w:rFonts w:ascii="IM Fell English" w:hAnsi="IM Fell English"/>
          <w:color w:val="141414"/>
          <w:sz w:val="24"/>
        </w:rPr>
        <w:t>Jenna leaned down and kissed her forehead, soft and mocking, then bit her hard enough to leave teeth marks.</w:t>
      </w:r>
    </w:p>
    <w:p>
      <w:r>
        <w:rPr>
          <w:rFonts w:ascii="IM Fell English" w:hAnsi="IM Fell English"/>
          <w:color w:val="141414"/>
          <w:sz w:val="24"/>
        </w:rPr>
        <w:t>“Good bitch.”</w:t>
      </w:r>
    </w:p>
    <w:p>
      <w:r>
        <w:rPr>
          <w:rFonts w:ascii="IM Fell English" w:hAnsi="IM Fell English"/>
          <w:color w:val="141414"/>
          <w:sz w:val="24"/>
        </w:rPr>
        <w:t>Carissa watched the little display with open enjoyment, then yanked Jackie’s chain so she had to crawl closer.</w:t>
      </w:r>
    </w:p>
    <w:p>
      <w:r>
        <w:rPr>
          <w:rFonts w:ascii="IM Fell English" w:hAnsi="IM Fell English"/>
          <w:color w:val="141414"/>
          <w:sz w:val="24"/>
        </w:rPr>
        <w:t>“Your turn to say something sweet to me.”</w:t>
      </w:r>
    </w:p>
    <w:p>
      <w:r>
        <w:rPr>
          <w:rFonts w:ascii="IM Fell English" w:hAnsi="IM Fell English"/>
          <w:color w:val="141414"/>
          <w:sz w:val="24"/>
        </w:rPr>
        <w:t>Jackie looked up, blood still on her lip, and spoke in the calm, even voice she only used when she was completely in someone else’s hands.</w:t>
      </w:r>
    </w:p>
    <w:p>
      <w:r>
        <w:rPr>
          <w:rFonts w:ascii="IM Fell English" w:hAnsi="IM Fell English"/>
          <w:color w:val="141414"/>
          <w:sz w:val="24"/>
        </w:rPr>
        <w:t>“Whatever you want, baby girl. Just don’t cry when I last longer than her whore.”</w:t>
      </w:r>
    </w:p>
    <w:p>
      <w:r>
        <w:rPr>
          <w:rFonts w:ascii="IM Fell English" w:hAnsi="IM Fell English"/>
          <w:color w:val="141414"/>
          <w:sz w:val="24"/>
        </w:rPr>
        <w:t>Carissa burst out laughing, sharp and delighted, and slapped Jackie across the face hard enough to snap her head to the side.</w:t>
      </w:r>
    </w:p>
    <w:p>
      <w:r>
        <w:rPr>
          <w:rFonts w:ascii="IM Fell English" w:hAnsi="IM Fell English"/>
          <w:color w:val="141414"/>
          <w:sz w:val="24"/>
        </w:rPr>
        <w:t>“There’s my mother. I was starting to worry the collar made you soft.”</w:t>
      </w:r>
    </w:p>
    <w:p>
      <w:r>
        <w:rPr>
          <w:rFonts w:ascii="IM Fell English" w:hAnsi="IM Fell English"/>
          <w:color w:val="141414"/>
          <w:sz w:val="24"/>
        </w:rPr>
        <w:t>Jenna stood up, dragging Jennifer with her by the hair.</w:t>
      </w:r>
    </w:p>
    <w:p>
      <w:r>
        <w:rPr>
          <w:rFonts w:ascii="IM Fell English" w:hAnsi="IM Fell English"/>
          <w:color w:val="141414"/>
          <w:sz w:val="24"/>
        </w:rPr>
        <w:t>“Enough flirting. Both of them need a proper baseline before we start the real work. Chain them to the post. Back to back. I want to see which one makes noise first when we use the straps.”</w:t>
      </w:r>
    </w:p>
    <w:p>
      <w:r>
        <w:rPr>
          <w:rFonts w:ascii="IM Fell English" w:hAnsi="IM Fell English"/>
          <w:color w:val="141414"/>
          <w:sz w:val="24"/>
        </w:rPr>
        <w:t>Carissa’s grin widened.</w:t>
      </w:r>
    </w:p>
    <w:p>
      <w:r>
        <w:rPr>
          <w:rFonts w:ascii="IM Fell English" w:hAnsi="IM Fell English"/>
          <w:color w:val="141414"/>
          <w:sz w:val="24"/>
        </w:rPr>
        <w:t>“Loser of the first round eats the other one out while the winner sits on her face. Deal?”</w:t>
      </w:r>
    </w:p>
    <w:p>
      <w:r>
        <w:rPr>
          <w:rFonts w:ascii="IM Fell English" w:hAnsi="IM Fell English"/>
          <w:color w:val="141414"/>
          <w:sz w:val="24"/>
        </w:rPr>
        <w:t>“Deal.”</w:t>
      </w:r>
    </w:p>
    <w:p>
      <w:r>
        <w:rPr>
          <w:rFonts w:ascii="IM Fell English" w:hAnsi="IM Fell English"/>
          <w:color w:val="141414"/>
          <w:sz w:val="24"/>
        </w:rPr>
        <w:t>They hauled their respective property to the thick wooden post in the center of the yard and cuffed them back to back, arms forced around the wood, ankles spread and locked. Jennifer and Jackie’s bare shoulders touched. Both of them were already breathing differently.</w:t>
      </w:r>
    </w:p>
    <w:p>
      <w:r>
        <w:rPr>
          <w:rFonts w:ascii="IM Fell English" w:hAnsi="IM Fell English"/>
          <w:color w:val="141414"/>
          <w:sz w:val="24"/>
        </w:rPr>
        <w:t>Jenna selected a heavy leather strap. Carissa chose a shorter, stiffer one. They looked at each other over the two bound bodies and shared the same unhinged little smile.</w:t>
      </w:r>
    </w:p>
    <w:p>
      <w:r>
        <w:rPr>
          <w:rFonts w:ascii="IM Fell English" w:hAnsi="IM Fell English"/>
          <w:color w:val="141414"/>
          <w:sz w:val="24"/>
        </w:rPr>
        <w:t>Jenna spoke first, almost cheerful.</w:t>
      </w:r>
    </w:p>
    <w:p>
      <w:r>
        <w:rPr>
          <w:rFonts w:ascii="IM Fell English" w:hAnsi="IM Fell English"/>
          <w:color w:val="141414"/>
          <w:sz w:val="24"/>
        </w:rPr>
        <w:t>“Try not to come too fast, twin. It’s embarrassing for the family.”</w:t>
      </w:r>
    </w:p>
    <w:p>
      <w:r>
        <w:rPr>
          <w:rFonts w:ascii="IM Fell English" w:hAnsi="IM Fell English"/>
          <w:color w:val="141414"/>
          <w:sz w:val="24"/>
        </w:rPr>
        <w:t>Jennifer laughed under her breath.</w:t>
      </w:r>
    </w:p>
    <w:p>
      <w:r>
        <w:rPr>
          <w:rFonts w:ascii="IM Fell English" w:hAnsi="IM Fell English"/>
          <w:color w:val="141414"/>
          <w:sz w:val="24"/>
        </w:rPr>
        <w:t>“No promises.”</w:t>
      </w:r>
    </w:p>
    <w:p>
      <w:r>
        <w:rPr>
          <w:rFonts w:ascii="IM Fell English" w:hAnsi="IM Fell English"/>
          <w:color w:val="141414"/>
          <w:sz w:val="24"/>
        </w:rPr>
        <w:t>Carissa dragged the end of her strap across Jackie’s breasts, slow and deliberate.</w:t>
      </w:r>
    </w:p>
    <w:p>
      <w:r>
        <w:rPr>
          <w:rFonts w:ascii="IM Fell English" w:hAnsi="IM Fell English"/>
          <w:color w:val="141414"/>
          <w:sz w:val="24"/>
        </w:rPr>
        <w:t>“Same goes for you, Mommy. Make me proud.”</w:t>
      </w:r>
    </w:p>
    <w:p>
      <w:r>
        <w:rPr>
          <w:rFonts w:ascii="IM Fell English" w:hAnsi="IM Fell English"/>
          <w:color w:val="141414"/>
          <w:sz w:val="24"/>
        </w:rPr>
        <w:t>Jackie closed her eyes and smiled.</w:t>
      </w:r>
    </w:p>
    <w:p>
      <w:r>
        <w:rPr>
          <w:rFonts w:ascii="IM Fell English" w:hAnsi="IM Fell English"/>
          <w:color w:val="141414"/>
          <w:sz w:val="24"/>
        </w:rPr>
        <w:t>“Always.”</w:t>
      </w:r>
    </w:p>
    <w:p>
      <w:r>
        <w:rPr>
          <w:rFonts w:ascii="IM Fell English" w:hAnsi="IM Fell English"/>
          <w:color w:val="141414"/>
          <w:sz w:val="24"/>
        </w:rPr>
        <w:t>The first strokes landed almost at the same time — loud, clean, and mean.</w:t>
      </w:r>
    </w:p>
    <w:p>
      <w:r>
        <w:rPr>
          <w:rFonts w:ascii="IM Fell English" w:hAnsi="IM Fell English"/>
          <w:color w:val="141414"/>
          <w:sz w:val="24"/>
        </w:rPr>
        <w:t>The sealed military campus listened to the sound of leather meeting skin, the low involuntary noises the two bitches couldn’t quite swallow, and the ongoing dark, affectionate commentary of the two young Mistresses who owned them for the duration of the course.</w:t>
      </w:r>
    </w:p>
    <w:p>
      <w:r>
        <w:rPr>
          <w:rFonts w:ascii="IM Fell English" w:hAnsi="IM Fell English"/>
          <w:color w:val="141414"/>
          <w:sz w:val="24"/>
        </w:rPr>
        <w:t>Orientation had officially begun.</w:t>
      </w:r>
    </w:p>
    <w:p>
      <w:r>
        <w:rPr>
          <w:rFonts w:ascii="IM Fell English" w:hAnsi="IM Fell English"/>
          <w:color w:val="141414"/>
          <w:sz w:val="24"/>
        </w:rPr>
        <w:t>And none of them were in any hurry to finish it.</w:t>
      </w:r>
    </w:p>
    <w:p>
      <w:pPr>
        <w:pStyle w:val="Heading1"/>
        <w:jc w:val="center"/>
      </w:pPr>
      <w:r>
        <w:rPr>
          <w:rFonts w:ascii="IM Fell English" w:hAnsi="IM Fell English"/>
          <w:color w:val="0D0D0D"/>
        </w:rPr>
        <w:t>CHAPTER 10 — BASELINE</w:t>
      </w:r>
    </w:p>
    <w:p>
      <w:r>
        <w:rPr>
          <w:rFonts w:ascii="IM Fell English" w:hAnsi="IM Fell English"/>
          <w:color w:val="141414"/>
          <w:sz w:val="24"/>
        </w:rPr>
        <w:t>The straps kept time like a slow metronome.</w:t>
      </w:r>
    </w:p>
    <w:p>
      <w:r>
        <w:rPr>
          <w:rFonts w:ascii="IM Fell English" w:hAnsi="IM Fell English"/>
          <w:color w:val="141414"/>
          <w:sz w:val="24"/>
        </w:rPr>
        <w:t>Jenna worked Jennifer’s front and the soft insides of her thighs with long, overlapping strokes, pausing every few hits to lean in and murmur something filthy or affectionate against her twin’s ear. Carissa stayed on Jackie’s breasts, stomach, and the tender crease where thigh met hip, shorter and sharper, the stiff leather leaving raised pink rectangles that stacked neatly on top of each other.</w:t>
      </w:r>
    </w:p>
    <w:p>
      <w:r>
        <w:rPr>
          <w:rFonts w:ascii="IM Fell English" w:hAnsi="IM Fell English"/>
          <w:color w:val="141414"/>
          <w:sz w:val="24"/>
        </w:rPr>
        <w:t>Jennifer lasted longer than anyone expected before the first real sound slipped out — a low, reluctant moan that turned into a breathless laugh.</w:t>
      </w:r>
    </w:p>
    <w:p>
      <w:r>
        <w:rPr>
          <w:rFonts w:ascii="IM Fell English" w:hAnsi="IM Fell English"/>
          <w:color w:val="141414"/>
          <w:sz w:val="24"/>
        </w:rPr>
        <w:t>Jenna paused mid-swing and grinned over Jennifer’s shoulder at Carissa.</w:t>
      </w:r>
    </w:p>
    <w:p>
      <w:r>
        <w:rPr>
          <w:rFonts w:ascii="IM Fell English" w:hAnsi="IM Fell English"/>
          <w:color w:val="141414"/>
          <w:sz w:val="24"/>
        </w:rPr>
        <w:t>“Told you. She’s always been loud once you get past the first layer.”</w:t>
      </w:r>
    </w:p>
    <w:p>
      <w:r>
        <w:rPr>
          <w:rFonts w:ascii="IM Fell English" w:hAnsi="IM Fell English"/>
          <w:color w:val="141414"/>
          <w:sz w:val="24"/>
        </w:rPr>
        <w:t>Carissa landed another precise stroke across Jackie’s left nipple and watched her mother’s jaw tighten.</w:t>
      </w:r>
    </w:p>
    <w:p>
      <w:r>
        <w:rPr>
          <w:rFonts w:ascii="IM Fell English" w:hAnsi="IM Fell English"/>
          <w:color w:val="141414"/>
          <w:sz w:val="24"/>
        </w:rPr>
        <w:t>“Mine’s still being stubborn. It’s cute. She thinks she’s protecting her dignity.”</w:t>
      </w:r>
    </w:p>
    <w:p>
      <w:r>
        <w:rPr>
          <w:rFonts w:ascii="IM Fell English" w:hAnsi="IM Fell English"/>
          <w:color w:val="141414"/>
          <w:sz w:val="24"/>
        </w:rPr>
        <w:t>Jackie spoke through gritted teeth, voice steady.</w:t>
      </w:r>
    </w:p>
    <w:p>
      <w:r>
        <w:rPr>
          <w:rFonts w:ascii="IM Fell English" w:hAnsi="IM Fell English"/>
          <w:color w:val="141414"/>
          <w:sz w:val="24"/>
        </w:rPr>
        <w:t>“I’m protecting your future inheritance, baby girl. Someone has to keep the family name from looking cheap.”</w:t>
      </w:r>
    </w:p>
    <w:p>
      <w:r>
        <w:rPr>
          <w:rFonts w:ascii="IM Fell English" w:hAnsi="IM Fell English"/>
          <w:color w:val="141414"/>
          <w:sz w:val="24"/>
        </w:rPr>
        <w:t>Carissa laughed, bright and vicious, and switched the next three strokes to the insides of Jackie’s thighs hard enough to make her knees buckle against the post.</w:t>
      </w:r>
    </w:p>
    <w:p>
      <w:r>
        <w:rPr>
          <w:rFonts w:ascii="IM Fell English" w:hAnsi="IM Fell English"/>
          <w:color w:val="141414"/>
          <w:sz w:val="24"/>
        </w:rPr>
        <w:t>“There she is. There’s my expensive bitch.”</w:t>
      </w:r>
    </w:p>
    <w:p>
      <w:r>
        <w:rPr>
          <w:rFonts w:ascii="IM Fell English" w:hAnsi="IM Fell English"/>
          <w:color w:val="141414"/>
          <w:sz w:val="24"/>
        </w:rPr>
        <w:t>Jenna reached around and pinched one of Jennifer’s welts, rolling it between finger and thumb until Jennifer hissed.</w:t>
      </w:r>
    </w:p>
    <w:p>
      <w:r>
        <w:rPr>
          <w:rFonts w:ascii="IM Fell English" w:hAnsi="IM Fell English"/>
          <w:color w:val="141414"/>
          <w:sz w:val="24"/>
        </w:rPr>
        <w:t>“You two are going to make this whole course unbearable, you know that? We’re supposed to be breaking property, not running a comedy show.”</w:t>
      </w:r>
    </w:p>
    <w:p>
      <w:r>
        <w:rPr>
          <w:rFonts w:ascii="IM Fell English" w:hAnsi="IM Fell English"/>
          <w:color w:val="141414"/>
          <w:sz w:val="24"/>
        </w:rPr>
        <w:t>Jennifer turned her head as far as the post allowed and smiled at her sister with glassy eyes.</w:t>
      </w:r>
    </w:p>
    <w:p>
      <w:r>
        <w:rPr>
          <w:rFonts w:ascii="IM Fell English" w:hAnsi="IM Fell English"/>
          <w:color w:val="141414"/>
          <w:sz w:val="24"/>
        </w:rPr>
        <w:t>“You love it. You’ve been waiting years to have me tied up and legally allowed to ruin me in public.”</w:t>
      </w:r>
    </w:p>
    <w:p>
      <w:r>
        <w:rPr>
          <w:rFonts w:ascii="IM Fell English" w:hAnsi="IM Fell English"/>
          <w:color w:val="141414"/>
          <w:sz w:val="24"/>
        </w:rPr>
        <w:t>“True.” Jenna kissed the bloody corner of Jennifer’s mouth, soft and mocking. “Still going to make you cry before sunset though.”</w:t>
      </w:r>
    </w:p>
    <w:p>
      <w:r>
        <w:rPr>
          <w:rFonts w:ascii="IM Fell English" w:hAnsi="IM Fell English"/>
          <w:color w:val="141414"/>
          <w:sz w:val="24"/>
        </w:rPr>
        <w:t>“Promises, promises.”</w:t>
      </w:r>
    </w:p>
    <w:p>
      <w:r>
        <w:rPr>
          <w:rFonts w:ascii="IM Fell English" w:hAnsi="IM Fell English"/>
          <w:color w:val="141414"/>
          <w:sz w:val="24"/>
        </w:rPr>
        <w:t>Carissa stepped back, wiped sweat from her forehead with the back of her wrist, and looked at the two bound bodies with open satisfaction.</w:t>
      </w:r>
    </w:p>
    <w:p>
      <w:r>
        <w:rPr>
          <w:rFonts w:ascii="IM Fell English" w:hAnsi="IM Fell English"/>
          <w:color w:val="141414"/>
          <w:sz w:val="24"/>
        </w:rPr>
        <w:t>“Switch sides?”</w:t>
      </w:r>
    </w:p>
    <w:p>
      <w:r>
        <w:rPr>
          <w:rFonts w:ascii="IM Fell English" w:hAnsi="IM Fell English"/>
          <w:color w:val="141414"/>
          <w:sz w:val="24"/>
        </w:rPr>
        <w:t>“Switch sides.”</w:t>
      </w:r>
    </w:p>
    <w:p>
      <w:r>
        <w:rPr>
          <w:rFonts w:ascii="IM Fell English" w:hAnsi="IM Fell English"/>
          <w:color w:val="141414"/>
          <w:sz w:val="24"/>
        </w:rPr>
        <w:t>They walked around the post. Jenna took over Jackie. Carissa took over Jennifer. The change in style was immediate and obvious. Jenna’s strokes on Jackie were colder, more measured, almost scientific — she found the already-darkening welts Carissa had left and layered new ones directly on top until Jackie’s breath started coming in short, controlled bursts. Carissa, meanwhile, treated Jennifer like a personal toy, mixing hard lashes with sudden open-handed slaps and the occasional twist of a nipple, keeping up a running commentary the whole time.</w:t>
      </w:r>
    </w:p>
    <w:p>
      <w:r>
        <w:rPr>
          <w:rFonts w:ascii="IM Fell English" w:hAnsi="IM Fell English"/>
          <w:color w:val="141414"/>
          <w:sz w:val="24"/>
        </w:rPr>
        <w:t>“Look at this greedy little cunt. She’s dripping on my boots and we’ve barely started. You always this easy for family, Stepmom?”</w:t>
      </w:r>
    </w:p>
    <w:p>
      <w:r>
        <w:rPr>
          <w:rFonts w:ascii="IM Fell English" w:hAnsi="IM Fell English"/>
          <w:color w:val="141414"/>
          <w:sz w:val="24"/>
        </w:rPr>
        <w:t>Jennifer groaned and tried to push her hips forward.</w:t>
      </w:r>
    </w:p>
    <w:p>
      <w:r>
        <w:rPr>
          <w:rFonts w:ascii="IM Fell English" w:hAnsi="IM Fell English"/>
          <w:color w:val="141414"/>
          <w:sz w:val="24"/>
        </w:rPr>
        <w:t>“Only for the ones who know how to hit.”</w:t>
      </w:r>
    </w:p>
    <w:p>
      <w:r>
        <w:rPr>
          <w:rFonts w:ascii="IM Fell English" w:hAnsi="IM Fell English"/>
          <w:color w:val="141414"/>
          <w:sz w:val="24"/>
        </w:rPr>
        <w:t>Carissa rewarded that answer with a concentrated flurry across the front of her thighs that finally pulled a real cry out of her.</w:t>
      </w:r>
    </w:p>
    <w:p>
      <w:r>
        <w:rPr>
          <w:rFonts w:ascii="IM Fell English" w:hAnsi="IM Fell English"/>
          <w:color w:val="141414"/>
          <w:sz w:val="24"/>
        </w:rPr>
        <w:t>Jackie, still under Jenna’s precise attention, managed a bloody smirk.</w:t>
      </w:r>
    </w:p>
    <w:p>
      <w:r>
        <w:rPr>
          <w:rFonts w:ascii="IM Fell English" w:hAnsi="IM Fell English"/>
          <w:color w:val="141414"/>
          <w:sz w:val="24"/>
        </w:rPr>
        <w:t>“She’s been that mouthy since the day she learned to talk. You’re not going to train it out of her.”</w:t>
      </w:r>
    </w:p>
    <w:p>
      <w:r>
        <w:rPr>
          <w:rFonts w:ascii="IM Fell English" w:hAnsi="IM Fell English"/>
          <w:color w:val="141414"/>
          <w:sz w:val="24"/>
        </w:rPr>
        <w:t>Jenna paused long enough to slap Jackie’s face — open palm, sharp, not hard enough to damage but hard enough to sting.</w:t>
      </w:r>
    </w:p>
    <w:p>
      <w:r>
        <w:rPr>
          <w:rFonts w:ascii="IM Fell English" w:hAnsi="IM Fell English"/>
          <w:color w:val="141414"/>
          <w:sz w:val="24"/>
        </w:rPr>
        <w:t>“I don’t want it trained out. I want it loud when I finally make her break.”</w:t>
      </w:r>
    </w:p>
    <w:p>
      <w:r>
        <w:rPr>
          <w:rFonts w:ascii="IM Fell English" w:hAnsi="IM Fell English"/>
          <w:color w:val="141414"/>
          <w:sz w:val="24"/>
        </w:rPr>
        <w:t>She leaned in closer, voice dropping so only Jackie could hear.</w:t>
      </w:r>
    </w:p>
    <w:p>
      <w:r>
        <w:rPr>
          <w:rFonts w:ascii="IM Fell English" w:hAnsi="IM Fell English"/>
          <w:color w:val="141414"/>
          <w:sz w:val="24"/>
        </w:rPr>
        <w:t>“And I want you watching when it happens.”</w:t>
      </w:r>
    </w:p>
    <w:p>
      <w:r>
        <w:rPr>
          <w:rFonts w:ascii="IM Fell English" w:hAnsi="IM Fell English"/>
          <w:color w:val="141414"/>
          <w:sz w:val="24"/>
        </w:rPr>
        <w:t>Jackie held her gaze and smiled.</w:t>
      </w:r>
    </w:p>
    <w:p>
      <w:r>
        <w:rPr>
          <w:rFonts w:ascii="IM Fell English" w:hAnsi="IM Fell English"/>
          <w:color w:val="141414"/>
          <w:sz w:val="24"/>
        </w:rPr>
        <w:t>“Wouldn’t miss it.”</w:t>
      </w:r>
    </w:p>
    <w:p>
      <w:r>
        <w:rPr>
          <w:rFonts w:ascii="IM Fell English" w:hAnsi="IM Fell English"/>
          <w:color w:val="141414"/>
          <w:sz w:val="24"/>
        </w:rPr>
        <w:t>The sun climbed higher. The welts multiplied. Both bitches were shaking and shiny with sweat by the time Jenna and Carissa decided the first baseline was complete. They unlocked the ankle restraints first, then the wrists, and let the two women sag against the post for a moment before hauling them upright by hair and collar.</w:t>
      </w:r>
    </w:p>
    <w:p>
      <w:r>
        <w:rPr>
          <w:rFonts w:ascii="IM Fell English" w:hAnsi="IM Fell English"/>
          <w:color w:val="141414"/>
          <w:sz w:val="24"/>
        </w:rPr>
        <w:t>Jenna wiped blood from Jennifer’s lower lip with her thumb and fed it back into her sister’s mouth.</w:t>
      </w:r>
    </w:p>
    <w:p>
      <w:r>
        <w:rPr>
          <w:rFonts w:ascii="IM Fell English" w:hAnsi="IM Fell English"/>
          <w:color w:val="141414"/>
          <w:sz w:val="24"/>
        </w:rPr>
        <w:t>“Still functional?”</w:t>
      </w:r>
    </w:p>
    <w:p>
      <w:r>
        <w:rPr>
          <w:rFonts w:ascii="IM Fell English" w:hAnsi="IM Fell English"/>
          <w:color w:val="141414"/>
          <w:sz w:val="24"/>
        </w:rPr>
        <w:t>Jennifer sucked the thumb clean and nodded.</w:t>
      </w:r>
    </w:p>
    <w:p>
      <w:r>
        <w:rPr>
          <w:rFonts w:ascii="IM Fell English" w:hAnsi="IM Fell English"/>
          <w:color w:val="141414"/>
          <w:sz w:val="24"/>
        </w:rPr>
        <w:t>“Still functional.”</w:t>
      </w:r>
    </w:p>
    <w:p>
      <w:r>
        <w:rPr>
          <w:rFonts w:ascii="IM Fell English" w:hAnsi="IM Fell English"/>
          <w:color w:val="141414"/>
          <w:sz w:val="24"/>
        </w:rPr>
        <w:t>Carissa gave Jackie’s chain a short tug.</w:t>
      </w:r>
    </w:p>
    <w:p>
      <w:r>
        <w:rPr>
          <w:rFonts w:ascii="IM Fell English" w:hAnsi="IM Fell English"/>
          <w:color w:val="141414"/>
          <w:sz w:val="24"/>
        </w:rPr>
        <w:t>“Same question, Mommy.”</w:t>
      </w:r>
    </w:p>
    <w:p>
      <w:r>
        <w:rPr>
          <w:rFonts w:ascii="IM Fell English" w:hAnsi="IM Fell English"/>
          <w:color w:val="141414"/>
          <w:sz w:val="24"/>
        </w:rPr>
        <w:t>Jackie rolled her shoulders, felt the pull of fresh damage, and answered calmly.</w:t>
      </w:r>
    </w:p>
    <w:p>
      <w:r>
        <w:rPr>
          <w:rFonts w:ascii="IM Fell English" w:hAnsi="IM Fell English"/>
          <w:color w:val="141414"/>
          <w:sz w:val="24"/>
        </w:rPr>
        <w:t>“Still functional, baby girl.”</w:t>
      </w:r>
    </w:p>
    <w:p>
      <w:r>
        <w:rPr>
          <w:rFonts w:ascii="IM Fell English" w:hAnsi="IM Fell English"/>
          <w:color w:val="141414"/>
          <w:sz w:val="24"/>
        </w:rPr>
        <w:t>Jenna and Carissa looked at each other over the two marked bodies and shared the same unhinged, delighted smile.</w:t>
      </w:r>
    </w:p>
    <w:p>
      <w:r>
        <w:rPr>
          <w:rFonts w:ascii="IM Fell English" w:hAnsi="IM Fell English"/>
          <w:color w:val="141414"/>
          <w:sz w:val="24"/>
        </w:rPr>
        <w:t>“Lunch,” Jenna said.</w:t>
      </w:r>
    </w:p>
    <w:p>
      <w:r>
        <w:rPr>
          <w:rFonts w:ascii="IM Fell English" w:hAnsi="IM Fell English"/>
          <w:color w:val="141414"/>
          <w:sz w:val="24"/>
        </w:rPr>
        <w:t>“Then the yard,” Carissa answered.</w:t>
      </w:r>
    </w:p>
    <w:p>
      <w:r>
        <w:rPr>
          <w:rFonts w:ascii="IM Fell English" w:hAnsi="IM Fell English"/>
          <w:color w:val="141414"/>
          <w:sz w:val="24"/>
        </w:rPr>
        <w:t>“Then we start raising the stakes.”</w:t>
      </w:r>
    </w:p>
    <w:p>
      <w:r>
        <w:rPr>
          <w:rFonts w:ascii="IM Fell English" w:hAnsi="IM Fell English"/>
          <w:color w:val="141414"/>
          <w:sz w:val="24"/>
        </w:rPr>
        <w:t>They dragged their respective bitches toward the shaded side of the assembly building by hair and chain, still arguing cheerfully about who was going to cry first once the real games began.</w:t>
      </w:r>
    </w:p>
    <w:p>
      <w:r>
        <w:rPr>
          <w:rFonts w:ascii="IM Fell English" w:hAnsi="IM Fell English"/>
          <w:color w:val="141414"/>
          <w:sz w:val="24"/>
        </w:rPr>
        <w:t>Behind them the wooden post stood empty, dark with sweat and small smears of blood, waiting for the next round.</w:t>
      </w:r>
    </w:p>
    <w:p>
      <w:r>
        <w:rPr>
          <w:rFonts w:ascii="IM Fell English" w:hAnsi="IM Fell English"/>
          <w:color w:val="141414"/>
          <w:sz w:val="24"/>
        </w:rPr>
        <w:t>Orientation was going exactly as planned.</w:t>
      </w:r>
    </w:p>
    <w:p>
      <w:r>
        <w:rPr>
          <w:rFonts w:ascii="IM Fell English" w:hAnsi="IM Fell English"/>
          <w:color w:val="141414"/>
          <w:sz w:val="24"/>
        </w:rPr>
        <w:t>And none of them were even close to finished.</w:t>
      </w:r>
    </w:p>
    <w:p>
      <w:pPr>
        <w:pStyle w:val="Heading1"/>
        <w:jc w:val="center"/>
      </w:pPr>
      <w:r>
        <w:rPr>
          <w:rFonts w:ascii="IM Fell English" w:hAnsi="IM Fell English"/>
          <w:color w:val="0D0D0D"/>
        </w:rPr>
        <w:t>CHAPTER 11 — LUNCH</w:t>
      </w:r>
    </w:p>
    <w:p>
      <w:r>
        <w:rPr>
          <w:rFonts w:ascii="IM Fell English" w:hAnsi="IM Fell English"/>
          <w:color w:val="141414"/>
          <w:sz w:val="24"/>
        </w:rPr>
        <w:t>They ate in the shade of the assembly building like it was any other family meal.</w:t>
      </w:r>
    </w:p>
    <w:p>
      <w:r>
        <w:rPr>
          <w:rFonts w:ascii="IM Fell English" w:hAnsi="IM Fell English"/>
          <w:color w:val="141414"/>
          <w:sz w:val="24"/>
        </w:rPr>
        <w:t>Jenna sat on an overturned crate with Jennifer kneeling between her thighs, feeding her small pieces of cold meat and fruit by hand. Every time Jennifer tried to bite her fingers on purpose, Jenna flicked her hard on the nose and kept going. Carissa had Jackie in the same position a few feet away, only she made Jackie thank her for every piece before she was allowed to swallow.</w:t>
      </w:r>
    </w:p>
    <w:p>
      <w:r>
        <w:rPr>
          <w:rFonts w:ascii="IM Fell English" w:hAnsi="IM Fell English"/>
          <w:color w:val="141414"/>
          <w:sz w:val="24"/>
        </w:rPr>
        <w:t>Jackie’s voice stayed calm and polite.</w:t>
      </w:r>
    </w:p>
    <w:p>
      <w:r>
        <w:rPr>
          <w:rFonts w:ascii="IM Fell English" w:hAnsi="IM Fell English"/>
          <w:color w:val="141414"/>
          <w:sz w:val="24"/>
        </w:rPr>
        <w:t>“Thank you, baby girl.”</w:t>
      </w:r>
    </w:p>
    <w:p>
      <w:r>
        <w:rPr>
          <w:rFonts w:ascii="IM Fell English" w:hAnsi="IM Fell English"/>
          <w:color w:val="141414"/>
          <w:sz w:val="24"/>
        </w:rPr>
        <w:t>Carissa popped another piece of meat into her mother’s mouth and wiped a smear of blood off Jackie’s chin with her thumb.</w:t>
      </w:r>
    </w:p>
    <w:p>
      <w:r>
        <w:rPr>
          <w:rFonts w:ascii="IM Fell English" w:hAnsi="IM Fell English"/>
          <w:color w:val="141414"/>
          <w:sz w:val="24"/>
        </w:rPr>
        <w:t>“You’re being so sweet today. It’s almost suspicious.”</w:t>
      </w:r>
    </w:p>
    <w:p>
      <w:r>
        <w:rPr>
          <w:rFonts w:ascii="IM Fell English" w:hAnsi="IM Fell English"/>
          <w:color w:val="141414"/>
          <w:sz w:val="24"/>
        </w:rPr>
        <w:t>“I’m saving my energy for later. Someone has to make sure your aunt’s bitch doesn’t show us both up.”</w:t>
      </w:r>
    </w:p>
    <w:p>
      <w:r>
        <w:rPr>
          <w:rFonts w:ascii="IM Fell English" w:hAnsi="IM Fell English"/>
          <w:color w:val="141414"/>
          <w:sz w:val="24"/>
        </w:rPr>
        <w:t>Jennifer, still chewing, looked over and grinned with her mouth full.</w:t>
      </w:r>
    </w:p>
    <w:p>
      <w:r>
        <w:rPr>
          <w:rFonts w:ascii="IM Fell English" w:hAnsi="IM Fell English"/>
          <w:color w:val="141414"/>
          <w:sz w:val="24"/>
        </w:rPr>
        <w:t>“I can hear you, Mommy.”</w:t>
      </w:r>
    </w:p>
    <w:p>
      <w:r>
        <w:rPr>
          <w:rFonts w:ascii="IM Fell English" w:hAnsi="IM Fell English"/>
          <w:color w:val="141414"/>
          <w:sz w:val="24"/>
        </w:rPr>
        <w:t>Jenna tugged Jennifer’s hair sharply.</w:t>
      </w:r>
    </w:p>
    <w:p>
      <w:r>
        <w:rPr>
          <w:rFonts w:ascii="IM Fell English" w:hAnsi="IM Fell English"/>
          <w:color w:val="141414"/>
          <w:sz w:val="24"/>
        </w:rPr>
        <w:t>“What did I say about talking with your mouth full?”</w:t>
      </w:r>
    </w:p>
    <w:p>
      <w:r>
        <w:rPr>
          <w:rFonts w:ascii="IM Fell English" w:hAnsi="IM Fell English"/>
          <w:color w:val="141414"/>
          <w:sz w:val="24"/>
        </w:rPr>
        <w:t>“That it’s disgusting and also kind of hot.”</w:t>
      </w:r>
    </w:p>
    <w:p>
      <w:r>
        <w:rPr>
          <w:rFonts w:ascii="IM Fell English" w:hAnsi="IM Fell English"/>
          <w:color w:val="141414"/>
          <w:sz w:val="24"/>
        </w:rPr>
        <w:t>Jenna sighed and looked at Carissa.</w:t>
      </w:r>
    </w:p>
    <w:p>
      <w:r>
        <w:rPr>
          <w:rFonts w:ascii="IM Fell English" w:hAnsi="IM Fell English"/>
          <w:color w:val="141414"/>
          <w:sz w:val="24"/>
        </w:rPr>
        <w:t>“I can’t take her anywhere.”</w:t>
      </w:r>
    </w:p>
    <w:p>
      <w:r>
        <w:rPr>
          <w:rFonts w:ascii="IM Fell English" w:hAnsi="IM Fell English"/>
          <w:color w:val="141414"/>
          <w:sz w:val="24"/>
        </w:rPr>
        <w:t>Carissa laughed.</w:t>
      </w:r>
    </w:p>
    <w:p>
      <w:r>
        <w:rPr>
          <w:rFonts w:ascii="IM Fell English" w:hAnsi="IM Fell English"/>
          <w:color w:val="141414"/>
          <w:sz w:val="24"/>
        </w:rPr>
        <w:t>“You’re the one who wanted her as your bitch for the whole course. I offered to trade for a day and you said no.”</w:t>
      </w:r>
    </w:p>
    <w:p>
      <w:r>
        <w:rPr>
          <w:rFonts w:ascii="IM Fell English" w:hAnsi="IM Fell English"/>
          <w:color w:val="141414"/>
          <w:sz w:val="24"/>
        </w:rPr>
        <w:t>“I still might change my mind if she keeps being cute.”</w:t>
      </w:r>
    </w:p>
    <w:p>
      <w:r>
        <w:rPr>
          <w:rFonts w:ascii="IM Fell English" w:hAnsi="IM Fell English"/>
          <w:color w:val="141414"/>
          <w:sz w:val="24"/>
        </w:rPr>
        <w:t>Jennifer leaned her head against Jenna’s thigh and made a soft, happy sound. The welts across her front and thighs were already darkening into a proper map. Jackie’s were deeper and more precise, the way Carissa preferred them. Both women looked thoroughly used and irritatingly functional.</w:t>
      </w:r>
    </w:p>
    <w:p>
      <w:r>
        <w:rPr>
          <w:rFonts w:ascii="IM Fell English" w:hAnsi="IM Fell English"/>
          <w:color w:val="141414"/>
          <w:sz w:val="24"/>
        </w:rPr>
        <w:t>A young male candidate approached with a water jug, eyes down. Jenna waved him closer and made Jennifer drink first, then took the jug and drank herself before passing it to Carissa. No one else in the yard was offered any.</w:t>
      </w:r>
    </w:p>
    <w:p>
      <w:r>
        <w:rPr>
          <w:rFonts w:ascii="IM Fell English" w:hAnsi="IM Fell English"/>
          <w:color w:val="141414"/>
          <w:sz w:val="24"/>
        </w:rPr>
        <w:t>Carissa finished her share, set the jug down, and scratched her fingers through Jackie’s hair.</w:t>
      </w:r>
    </w:p>
    <w:p>
      <w:r>
        <w:rPr>
          <w:rFonts w:ascii="IM Fell English" w:hAnsi="IM Fell English"/>
          <w:color w:val="141414"/>
          <w:sz w:val="24"/>
        </w:rPr>
        <w:t>“You ready for the next round, Mommy?”</w:t>
      </w:r>
    </w:p>
    <w:p>
      <w:r>
        <w:rPr>
          <w:rFonts w:ascii="IM Fell English" w:hAnsi="IM Fell English"/>
          <w:color w:val="141414"/>
          <w:sz w:val="24"/>
        </w:rPr>
        <w:t>Jackie kissed the inside of Carissa’s wrist, blood still on her lips.</w:t>
      </w:r>
    </w:p>
    <w:p>
      <w:r>
        <w:rPr>
          <w:rFonts w:ascii="IM Fell English" w:hAnsi="IM Fell English"/>
          <w:color w:val="141414"/>
          <w:sz w:val="24"/>
        </w:rPr>
        <w:t>“Whenever you are.”</w:t>
      </w:r>
    </w:p>
    <w:p>
      <w:r>
        <w:rPr>
          <w:rFonts w:ascii="IM Fell English" w:hAnsi="IM Fell English"/>
          <w:color w:val="141414"/>
          <w:sz w:val="24"/>
        </w:rPr>
        <w:t>Jenna stood, dragging Jennifer up with her by the hair.</w:t>
      </w:r>
    </w:p>
    <w:p>
      <w:r>
        <w:rPr>
          <w:rFonts w:ascii="IM Fell English" w:hAnsi="IM Fell English"/>
          <w:color w:val="141414"/>
          <w:sz w:val="24"/>
        </w:rPr>
        <w:t>“Yard. Both of them on their backs this time. Legs open. I want to see how long they can keep still while we work the insides.”</w:t>
      </w:r>
    </w:p>
    <w:p>
      <w:r>
        <w:rPr>
          <w:rFonts w:ascii="IM Fell English" w:hAnsi="IM Fell English"/>
          <w:color w:val="141414"/>
          <w:sz w:val="24"/>
        </w:rPr>
        <w:t>Carissa’s eyes lit up.</w:t>
      </w:r>
    </w:p>
    <w:p>
      <w:r>
        <w:rPr>
          <w:rFonts w:ascii="IM Fell English" w:hAnsi="IM Fell English"/>
          <w:color w:val="141414"/>
          <w:sz w:val="24"/>
        </w:rPr>
        <w:t>“Loser has to thank the winner’s bitch for the privilege.”</w:t>
      </w:r>
    </w:p>
    <w:p>
      <w:r>
        <w:rPr>
          <w:rFonts w:ascii="IM Fell English" w:hAnsi="IM Fell English"/>
          <w:color w:val="141414"/>
          <w:sz w:val="24"/>
        </w:rPr>
        <w:t>“Deal.”</w:t>
      </w:r>
    </w:p>
    <w:p>
      <w:r>
        <w:rPr>
          <w:rFonts w:ascii="IM Fell English" w:hAnsi="IM Fell English"/>
          <w:color w:val="141414"/>
          <w:sz w:val="24"/>
        </w:rPr>
        <w:t>They walked their property back out into the hard sun. The rest of the candidates had been ordered to kneel in a wide circle around the central open space. No one was allowed to look away.</w:t>
      </w:r>
    </w:p>
    <w:p>
      <w:r>
        <w:rPr>
          <w:rFonts w:ascii="IM Fell English" w:hAnsi="IM Fell English"/>
          <w:color w:val="141414"/>
          <w:sz w:val="24"/>
        </w:rPr>
        <w:t>Jenna shoved Jennifer down onto the hot asphalt first. Carissa put Jackie beside her, close enough that their shoulders touched. Wrist cuffs were clipped to short ground stakes so neither woman could close her legs or curl in. Ankles were spread wide and locked the same way.</w:t>
      </w:r>
    </w:p>
    <w:p>
      <w:r>
        <w:rPr>
          <w:rFonts w:ascii="IM Fell English" w:hAnsi="IM Fell English"/>
          <w:color w:val="141414"/>
          <w:sz w:val="24"/>
        </w:rPr>
        <w:t>Jennifer tested the restraints once and then relaxed into them, staring up at the sky.</w:t>
      </w:r>
    </w:p>
    <w:p>
      <w:r>
        <w:rPr>
          <w:rFonts w:ascii="IM Fell English" w:hAnsi="IM Fell English"/>
          <w:color w:val="141414"/>
          <w:sz w:val="24"/>
        </w:rPr>
        <w:t>“This is nice. Very romantic.”</w:t>
      </w:r>
    </w:p>
    <w:p>
      <w:r>
        <w:rPr>
          <w:rFonts w:ascii="IM Fell English" w:hAnsi="IM Fell English"/>
          <w:color w:val="141414"/>
          <w:sz w:val="24"/>
        </w:rPr>
        <w:t>Jenna crouched beside her head and smiled.</w:t>
      </w:r>
    </w:p>
    <w:p>
      <w:r>
        <w:rPr>
          <w:rFonts w:ascii="IM Fell English" w:hAnsi="IM Fell English"/>
          <w:color w:val="141414"/>
          <w:sz w:val="24"/>
        </w:rPr>
        <w:t>“Keep talking, twin. I’m going to make you regret every word later.”</w:t>
      </w:r>
    </w:p>
    <w:p>
      <w:r>
        <w:rPr>
          <w:rFonts w:ascii="IM Fell English" w:hAnsi="IM Fell English"/>
          <w:color w:val="141414"/>
          <w:sz w:val="24"/>
        </w:rPr>
        <w:t>Carissa knelt between Jackie’s open thighs and ran two fingers through the wetness already collected there.</w:t>
      </w:r>
    </w:p>
    <w:p>
      <w:r>
        <w:rPr>
          <w:rFonts w:ascii="IM Fell English" w:hAnsi="IM Fell English"/>
          <w:color w:val="141414"/>
          <w:sz w:val="24"/>
        </w:rPr>
        <w:t>“She’s been like this since I was little. Always ready to turn everything into a joke right before it starts hurting for real.”</w:t>
      </w:r>
    </w:p>
    <w:p>
      <w:r>
        <w:rPr>
          <w:rFonts w:ascii="IM Fell English" w:hAnsi="IM Fell English"/>
          <w:color w:val="141414"/>
          <w:sz w:val="24"/>
        </w:rPr>
        <w:t>Jackie looked up at her daughter, calm and open.</w:t>
      </w:r>
    </w:p>
    <w:p>
      <w:r>
        <w:rPr>
          <w:rFonts w:ascii="IM Fell English" w:hAnsi="IM Fell English"/>
          <w:color w:val="141414"/>
          <w:sz w:val="24"/>
        </w:rPr>
        <w:t>“You used to laugh at my jokes even when you were pretending to be mad.”</w:t>
      </w:r>
    </w:p>
    <w:p>
      <w:r>
        <w:rPr>
          <w:rFonts w:ascii="IM Fell English" w:hAnsi="IM Fell English"/>
          <w:color w:val="141414"/>
          <w:sz w:val="24"/>
        </w:rPr>
        <w:t>Carissa pinched the soft inside of Jackie’s thigh hard enough to leave a white crescent.</w:t>
      </w:r>
    </w:p>
    <w:p>
      <w:r>
        <w:rPr>
          <w:rFonts w:ascii="IM Fell English" w:hAnsi="IM Fell English"/>
          <w:color w:val="141414"/>
          <w:sz w:val="24"/>
        </w:rPr>
        <w:t>“I still do. That’s why you’re my favorite bitch.”</w:t>
      </w:r>
    </w:p>
    <w:p>
      <w:r>
        <w:rPr>
          <w:rFonts w:ascii="IM Fell English" w:hAnsi="IM Fell English"/>
          <w:color w:val="141414"/>
          <w:sz w:val="24"/>
        </w:rPr>
        <w:t>Jenna and Carissa selected thinner, more flexible straps this time — better for the sensitive skin they were about to work. They looked at each other across the two bound bodies and shared the same small, unhinged smile.</w:t>
      </w:r>
    </w:p>
    <w:p>
      <w:r>
        <w:rPr>
          <w:rFonts w:ascii="IM Fell English" w:hAnsi="IM Fell English"/>
          <w:color w:val="141414"/>
          <w:sz w:val="24"/>
        </w:rPr>
        <w:t>Jenna spoke first.</w:t>
      </w:r>
    </w:p>
    <w:p>
      <w:r>
        <w:rPr>
          <w:rFonts w:ascii="IM Fell English" w:hAnsi="IM Fell English"/>
          <w:color w:val="141414"/>
          <w:sz w:val="24"/>
        </w:rPr>
        <w:t>“First one to make a real noise loses the round.”</w:t>
      </w:r>
    </w:p>
    <w:p>
      <w:r>
        <w:rPr>
          <w:rFonts w:ascii="IM Fell English" w:hAnsi="IM Fell English"/>
          <w:color w:val="141414"/>
          <w:sz w:val="24"/>
        </w:rPr>
        <w:t>Carissa nodded.</w:t>
      </w:r>
    </w:p>
    <w:p>
      <w:r>
        <w:rPr>
          <w:rFonts w:ascii="IM Fell English" w:hAnsi="IM Fell English"/>
          <w:color w:val="141414"/>
          <w:sz w:val="24"/>
        </w:rPr>
        <w:t>“And has to say thank you properly.”</w:t>
      </w:r>
    </w:p>
    <w:p>
      <w:r>
        <w:rPr>
          <w:rFonts w:ascii="IM Fell English" w:hAnsi="IM Fell English"/>
          <w:color w:val="141414"/>
          <w:sz w:val="24"/>
        </w:rPr>
        <w:t>They raised their arms at the same time.</w:t>
      </w:r>
    </w:p>
    <w:p>
      <w:r>
        <w:rPr>
          <w:rFonts w:ascii="IM Fell English" w:hAnsi="IM Fell English"/>
          <w:color w:val="141414"/>
          <w:sz w:val="24"/>
        </w:rPr>
        <w:t>The first strokes landed on the soft inner thighs with a sharp, clean crack. Jennifer’s stomach jumped. Jackie’s breath caught, but neither of them made a sound. Jenna and Carissa settled into a steady, alternating rhythm, working higher and closer to the open cunts with every few hits, keeping up the quiet, vicious commentary the whole time.</w:t>
      </w:r>
    </w:p>
    <w:p>
      <w:r>
        <w:rPr>
          <w:rFonts w:ascii="IM Fell English" w:hAnsi="IM Fell English"/>
          <w:color w:val="141414"/>
          <w:sz w:val="24"/>
        </w:rPr>
        <w:t>“You’re clenching, Stepmom.”</w:t>
      </w:r>
    </w:p>
    <w:p>
      <w:r>
        <w:rPr>
          <w:rFonts w:ascii="IM Fell English" w:hAnsi="IM Fell English"/>
          <w:color w:val="141414"/>
          <w:sz w:val="24"/>
        </w:rPr>
        <w:t>“She’s always been dramatic.”</w:t>
      </w:r>
    </w:p>
    <w:p>
      <w:r>
        <w:rPr>
          <w:rFonts w:ascii="IM Fell English" w:hAnsi="IM Fell English"/>
          <w:color w:val="141414"/>
          <w:sz w:val="24"/>
        </w:rPr>
        <w:t>“Mommy’s trying so hard not to give me the win.”</w:t>
      </w:r>
    </w:p>
    <w:p>
      <w:r>
        <w:rPr>
          <w:rFonts w:ascii="IM Fell English" w:hAnsi="IM Fell English"/>
          <w:color w:val="141414"/>
          <w:sz w:val="24"/>
        </w:rPr>
        <w:t>“My twin is going to break first. Watch.”</w:t>
      </w:r>
    </w:p>
    <w:p>
      <w:r>
        <w:rPr>
          <w:rFonts w:ascii="IM Fell English" w:hAnsi="IM Fell English"/>
          <w:color w:val="141414"/>
          <w:sz w:val="24"/>
        </w:rPr>
        <w:t>The sun was high. The asphalt was hot. The two bitches stayed quiet longer than they should have, because neither of them wanted to be the first to lose the bet.</w:t>
      </w:r>
    </w:p>
    <w:p>
      <w:r>
        <w:rPr>
          <w:rFonts w:ascii="IM Fell English" w:hAnsi="IM Fell English"/>
          <w:color w:val="141414"/>
          <w:sz w:val="24"/>
        </w:rPr>
        <w:t>And the two young Mistresses kept going, patient and precise, because they had all afternoon and no reason to rush.</w:t>
      </w:r>
    </w:p>
    <w:p>
      <w:r>
        <w:rPr>
          <w:rFonts w:ascii="IM Fell English" w:hAnsi="IM Fell English"/>
          <w:color w:val="141414"/>
          <w:sz w:val="24"/>
        </w:rPr>
        <w:t>The sealed campus listened to the sound of leather on wet skin and the low, competitive laughter of the women who owned the two bodies on the ground.</w:t>
      </w:r>
    </w:p>
    <w:p>
      <w:r>
        <w:rPr>
          <w:rFonts w:ascii="IM Fell English" w:hAnsi="IM Fell English"/>
          <w:color w:val="141414"/>
          <w:sz w:val="24"/>
        </w:rPr>
        <w:t>Lunch was over.</w:t>
      </w:r>
    </w:p>
    <w:p>
      <w:r>
        <w:rPr>
          <w:rFonts w:ascii="IM Fell English" w:hAnsi="IM Fell English"/>
          <w:color w:val="141414"/>
          <w:sz w:val="24"/>
        </w:rPr>
        <w:t>The real afternoon had just started.</w:t>
      </w:r>
    </w:p>
    <w:p>
      <w:pPr>
        <w:pStyle w:val="Heading1"/>
        <w:jc w:val="center"/>
      </w:pPr>
      <w:r>
        <w:rPr>
          <w:rFonts w:ascii="IM Fell English" w:hAnsi="IM Fell English"/>
          <w:color w:val="0D0D0D"/>
        </w:rPr>
        <w:t>CHAPTER 12 — FIRST NOISE</w:t>
      </w:r>
    </w:p>
    <w:p>
      <w:r>
        <w:rPr>
          <w:rFonts w:ascii="IM Fell English" w:hAnsi="IM Fell English"/>
          <w:color w:val="141414"/>
          <w:sz w:val="24"/>
        </w:rPr>
        <w:t>The thinner straps were meaner than they looked.</w:t>
      </w:r>
    </w:p>
    <w:p>
      <w:r>
        <w:rPr>
          <w:rFonts w:ascii="IM Fell English" w:hAnsi="IM Fell English"/>
          <w:color w:val="141414"/>
          <w:sz w:val="24"/>
        </w:rPr>
        <w:t xml:space="preserve">Jenna and Carissa worked in a lethal, rhythmic silence, punctuated only by the whip-crack of leather against damp skin. They were methodical, tracing the inner thighs and the tender creases of the groin, hovering just inches from the center but never landing a direct hit. The threat was worse than the contact. </w:t>
      </w:r>
    </w:p>
    <w:p>
      <w:r>
        <w:rPr>
          <w:rFonts w:ascii="IM Fell English" w:hAnsi="IM Fell English"/>
          <w:color w:val="141414"/>
          <w:sz w:val="24"/>
        </w:rPr>
        <w:t>Jennifer lasted longer than she expected.</w:t>
      </w:r>
      <w:r>
        <w:rPr>
          <w:rFonts w:ascii="IM Fell English" w:hAnsi="IM Fell English"/>
          <w:color w:val="141414"/>
          <w:sz w:val="24"/>
        </w:rPr>
      </w:r>
      <w:r>
        <w:rPr>
          <w:rFonts w:ascii="IM Fell English" w:hAnsi="IM Fell English"/>
          <w:color w:val="141414"/>
          <w:sz w:val="24"/>
        </w:rPr>
        <w:t>Jackie lasted longer than Carissa expected.</w:t>
      </w:r>
    </w:p>
    <w:p>
      <w:r>
        <w:rPr>
          <w:rFonts w:ascii="IM Fell English" w:hAnsi="IM Fell English"/>
          <w:color w:val="141414"/>
          <w:sz w:val="24"/>
        </w:rPr>
        <w:t>It became a point of pride.</w:t>
      </w:r>
    </w:p>
    <w:p>
      <w:r>
        <w:rPr>
          <w:rFonts w:ascii="IM Fell English" w:hAnsi="IM Fell English"/>
          <w:color w:val="141414"/>
          <w:sz w:val="24"/>
        </w:rPr>
        <w:t>Jenna leaned over Jennifer’s face and smiled.</w:t>
      </w:r>
    </w:p>
    <w:p>
      <w:r>
        <w:rPr>
          <w:rFonts w:ascii="IM Fell English" w:hAnsi="IM Fell English"/>
          <w:color w:val="141414"/>
          <w:sz w:val="24"/>
        </w:rPr>
        <w:t>“You’re holding out just to spite me.”</w:t>
      </w:r>
    </w:p>
    <w:p>
      <w:r>
        <w:rPr>
          <w:rFonts w:ascii="IM Fell English" w:hAnsi="IM Fell English"/>
          <w:color w:val="141414"/>
          <w:sz w:val="24"/>
        </w:rPr>
        <w:t>Jennifer’s voice came out tight but still playful.</w:t>
      </w:r>
    </w:p>
    <w:p>
      <w:r>
        <w:rPr>
          <w:rFonts w:ascii="IM Fell English" w:hAnsi="IM Fell English"/>
          <w:color w:val="141414"/>
          <w:sz w:val="24"/>
        </w:rPr>
        <w:t>“Wouldn’t be the first time, twin.”</w:t>
      </w:r>
    </w:p>
    <w:p>
      <w:r>
        <w:rPr>
          <w:rFonts w:ascii="IM Fell English" w:hAnsi="IM Fell English"/>
          <w:color w:val="141414"/>
          <w:sz w:val="24"/>
        </w:rPr>
        <w:t>Carissa dragged the end of her strap up the center of Jackie’s cunt without striking, just enough pressure to make her mother’s hips twitch.</w:t>
      </w:r>
    </w:p>
    <w:p>
      <w:r>
        <w:rPr>
          <w:rFonts w:ascii="IM Fell English" w:hAnsi="IM Fell English"/>
          <w:color w:val="141414"/>
          <w:sz w:val="24"/>
        </w:rPr>
        <w:t>“And you’re holding out because you hate losing to your own daughter.”</w:t>
      </w:r>
    </w:p>
    <w:p>
      <w:r>
        <w:rPr>
          <w:rFonts w:ascii="IM Fell English" w:hAnsi="IM Fell English"/>
          <w:color w:val="141414"/>
          <w:sz w:val="24"/>
        </w:rPr>
        <w:t>Jackie kept her eyes on the sky.</w:t>
      </w:r>
    </w:p>
    <w:p>
      <w:r>
        <w:rPr>
          <w:rFonts w:ascii="IM Fell English" w:hAnsi="IM Fell English"/>
          <w:color w:val="141414"/>
          <w:sz w:val="24"/>
        </w:rPr>
        <w:t>“I’m holding out because the look on your face when I finally make noise is going to be worth it.”</w:t>
      </w:r>
    </w:p>
    <w:p>
      <w:r>
        <w:rPr>
          <w:rFonts w:ascii="IM Fell English" w:hAnsi="IM Fell English"/>
          <w:color w:val="141414"/>
          <w:sz w:val="24"/>
        </w:rPr>
        <w:t>Carissa laughed under her breath and started landing actual strokes again, harder and closer together. Jenna matched her pace on Jennifer. The wet sounds grew sharper. Small red welts began to bloom in neat, overlapping lines.</w:t>
      </w:r>
    </w:p>
    <w:p>
      <w:r>
        <w:rPr>
          <w:rFonts w:ascii="IM Fell English" w:hAnsi="IM Fell English"/>
          <w:color w:val="141414"/>
          <w:sz w:val="24"/>
        </w:rPr>
        <w:t>Jennifer broke first.</w:t>
      </w:r>
    </w:p>
    <w:p>
      <w:r>
        <w:rPr>
          <w:rFonts w:ascii="IM Fell English" w:hAnsi="IM Fell English"/>
          <w:color w:val="141414"/>
          <w:sz w:val="24"/>
        </w:rPr>
        <w:t>It wasn’t a scream. It was a sudden, broken moan that turned into a breathless curse when Jenna immediately focused every following stroke on the exact same spot. Jennifer’s back arched as far as the stakes allowed. Her thighs trembled hard.</w:t>
      </w:r>
    </w:p>
    <w:p>
      <w:r>
        <w:rPr>
          <w:rFonts w:ascii="IM Fell English" w:hAnsi="IM Fell English"/>
          <w:color w:val="141414"/>
          <w:sz w:val="24"/>
        </w:rPr>
        <w:t>Jenna sat back on her heels, looking extremely pleased with herself.</w:t>
      </w:r>
    </w:p>
    <w:p>
      <w:r>
        <w:rPr>
          <w:rFonts w:ascii="IM Fell English" w:hAnsi="IM Fell English"/>
          <w:color w:val="141414"/>
          <w:sz w:val="24"/>
        </w:rPr>
        <w:t>“There it is.”</w:t>
      </w:r>
    </w:p>
    <w:p>
      <w:r>
        <w:rPr>
          <w:rFonts w:ascii="IM Fell English" w:hAnsi="IM Fell English"/>
          <w:color w:val="141414"/>
          <w:sz w:val="24"/>
        </w:rPr>
        <w:t>Carissa made a disappointed sound and gave Jackie three more hard strokes for good measure before stopping.</w:t>
      </w:r>
    </w:p>
    <w:p>
      <w:r>
        <w:rPr>
          <w:rFonts w:ascii="IM Fell English" w:hAnsi="IM Fell English"/>
          <w:color w:val="141414"/>
          <w:sz w:val="24"/>
        </w:rPr>
        <w:t>“Damn. I almost had her.”</w:t>
      </w:r>
    </w:p>
    <w:p>
      <w:r>
        <w:rPr>
          <w:rFonts w:ascii="IM Fell English" w:hAnsi="IM Fell English"/>
          <w:color w:val="141414"/>
          <w:sz w:val="24"/>
        </w:rPr>
        <w:t>Jenna reached down and patted Jennifer’s cheek.</w:t>
      </w:r>
    </w:p>
    <w:p>
      <w:r>
        <w:rPr>
          <w:rFonts w:ascii="IM Fell English" w:hAnsi="IM Fell English"/>
          <w:color w:val="141414"/>
          <w:sz w:val="24"/>
        </w:rPr>
        <w:t>“You know what you have to do now, bitch.”</w:t>
      </w:r>
    </w:p>
    <w:p>
      <w:r>
        <w:rPr>
          <w:rFonts w:ascii="IM Fell English" w:hAnsi="IM Fell English"/>
          <w:color w:val="141414"/>
          <w:sz w:val="24"/>
        </w:rPr>
        <w:t>Jennifer was still breathing hard, eyes glassy, but she managed a crooked smile.</w:t>
      </w:r>
    </w:p>
    <w:p>
      <w:r>
        <w:rPr>
          <w:rFonts w:ascii="IM Fell English" w:hAnsi="IM Fell English"/>
          <w:color w:val="141414"/>
          <w:sz w:val="24"/>
        </w:rPr>
        <w:t>“I have to thank the winner’s property for the privilege.”</w:t>
      </w:r>
    </w:p>
    <w:p>
      <w:r>
        <w:rPr>
          <w:rFonts w:ascii="IM Fell English" w:hAnsi="IM Fell English"/>
          <w:color w:val="141414"/>
          <w:sz w:val="24"/>
        </w:rPr>
        <w:t>“Nicely.”</w:t>
      </w:r>
    </w:p>
    <w:p>
      <w:r>
        <w:rPr>
          <w:rFonts w:ascii="IM Fell English" w:hAnsi="IM Fell English"/>
          <w:color w:val="141414"/>
          <w:sz w:val="24"/>
        </w:rPr>
        <w:t>Carissa unlocked Jackie’s ankle restraints just long enough to drag her sideways until her cunt was over Jennifer’s face, then locked her back down so she couldn’t rise. Jackie looked down between her own breasts at Jennifer and raised an eyebrow.</w:t>
      </w:r>
    </w:p>
    <w:p>
      <w:r>
        <w:rPr>
          <w:rFonts w:ascii="IM Fell English" w:hAnsi="IM Fell English"/>
          <w:color w:val="141414"/>
          <w:sz w:val="24"/>
        </w:rPr>
        <w:t>Jennifer didn’t need further instruction. She lifted her head as far as she could and started licking — slow, thorough, and deliberately filthy. Jackie’s breath left her in a long, controlled exhale. Carissa watched with open enjoyment, one hand resting on her mother’s stomach.</w:t>
      </w:r>
    </w:p>
    <w:p>
      <w:r>
        <w:rPr>
          <w:rFonts w:ascii="IM Fell English" w:hAnsi="IM Fell English"/>
          <w:color w:val="141414"/>
          <w:sz w:val="24"/>
        </w:rPr>
        <w:t>“Good girl, Stepmom. Make her feel appreciated.”</w:t>
      </w:r>
    </w:p>
    <w:p>
      <w:r>
        <w:rPr>
          <w:rFonts w:ascii="IM Fell English" w:hAnsi="IM Fell English"/>
          <w:color w:val="141414"/>
          <w:sz w:val="24"/>
        </w:rPr>
        <w:t>Jennifer made a muffled sound that might have been a laugh and kept going. Jenna stayed crouched beside them, absently tracing the fresh welts on Jennifer’s thighs while she watched her twin work.</w:t>
      </w:r>
    </w:p>
    <w:p>
      <w:r>
        <w:rPr>
          <w:rFonts w:ascii="IM Fell English" w:hAnsi="IM Fell English"/>
          <w:color w:val="141414"/>
          <w:sz w:val="24"/>
        </w:rPr>
        <w:t>“She’s always been talented with her mouth when she wants to be,” Jenna said conversationally. “It’s one of her few redeeming qualities.”</w:t>
      </w:r>
    </w:p>
    <w:p>
      <w:r>
        <w:rPr>
          <w:rFonts w:ascii="IM Fell English" w:hAnsi="IM Fell English"/>
          <w:color w:val="141414"/>
          <w:sz w:val="24"/>
        </w:rPr>
        <w:t>Jackie reached down with her still-cuffed hands and rested them in Jennifer’s hair, not forcing, just holding.</w:t>
      </w:r>
    </w:p>
    <w:p>
      <w:r>
        <w:rPr>
          <w:rFonts w:ascii="IM Fell English" w:hAnsi="IM Fell English"/>
          <w:color w:val="141414"/>
          <w:sz w:val="24"/>
        </w:rPr>
        <w:t>“She’s thorough. I’ll give her that.”</w:t>
      </w:r>
    </w:p>
    <w:p>
      <w:r>
        <w:rPr>
          <w:rFonts w:ascii="IM Fell English" w:hAnsi="IM Fell English"/>
          <w:color w:val="141414"/>
          <w:sz w:val="24"/>
        </w:rPr>
        <w:t>Jennifer kept licking until Carissa decided Jackie had been thanked enough. She dragged Jackie back into her original position and locked the ankles again. Both bitches were shiny with sweat, marked, and still fully present.</w:t>
      </w:r>
    </w:p>
    <w:p>
      <w:r>
        <w:rPr>
          <w:rFonts w:ascii="IM Fell English" w:hAnsi="IM Fell English"/>
          <w:color w:val="141414"/>
          <w:sz w:val="24"/>
        </w:rPr>
        <w:t>Jenna stood and stretched.</w:t>
      </w:r>
    </w:p>
    <w:p>
      <w:r>
        <w:rPr>
          <w:rFonts w:ascii="IM Fell English" w:hAnsi="IM Fell English"/>
          <w:color w:val="141414"/>
          <w:sz w:val="24"/>
        </w:rPr>
        <w:t>“Next round. On their hands and knees. Asses up. I want to see how long they can keep from collapsing when we use the heavier straps.”</w:t>
      </w:r>
    </w:p>
    <w:p>
      <w:r>
        <w:rPr>
          <w:rFonts w:ascii="IM Fell English" w:hAnsi="IM Fell English"/>
          <w:color w:val="141414"/>
          <w:sz w:val="24"/>
        </w:rPr>
        <w:t>Carissa’s smile widened.</w:t>
      </w:r>
    </w:p>
    <w:p>
      <w:r>
        <w:rPr>
          <w:rFonts w:ascii="IM Fell English" w:hAnsi="IM Fell English"/>
          <w:color w:val="141414"/>
          <w:sz w:val="24"/>
        </w:rPr>
        <w:t>“Loser of this one has to ask the other Mistress for permission to come for the rest of the day.”</w:t>
      </w:r>
    </w:p>
    <w:p>
      <w:r>
        <w:rPr>
          <w:rFonts w:ascii="IM Fell English" w:hAnsi="IM Fell English"/>
          <w:color w:val="141414"/>
          <w:sz w:val="24"/>
        </w:rPr>
        <w:t>“Oh, that’s evil. I love it. Deal.”</w:t>
      </w:r>
    </w:p>
    <w:p>
      <w:r>
        <w:rPr>
          <w:rFonts w:ascii="IM Fell English" w:hAnsi="IM Fell English"/>
          <w:color w:val="141414"/>
          <w:sz w:val="24"/>
        </w:rPr>
        <w:t>They unlocked the two women, hauled them up, and put them on their hands and knees side by side on the hot asphalt. Wrists were clipped to short chains staked in front of them. Ankles were spread and locked the same way so they couldn’t close their legs or crawl away. Two heavier leather straps came out of the kit.</w:t>
      </w:r>
    </w:p>
    <w:p>
      <w:r>
        <w:rPr>
          <w:rFonts w:ascii="IM Fell English" w:hAnsi="IM Fell English"/>
          <w:color w:val="141414"/>
          <w:sz w:val="24"/>
        </w:rPr>
        <w:t>Jenna ran the end of hers almost gently down the length of Jennifer’s spine.</w:t>
      </w:r>
    </w:p>
    <w:p>
      <w:r>
        <w:rPr>
          <w:rFonts w:ascii="IM Fell English" w:hAnsi="IM Fell English"/>
          <w:color w:val="141414"/>
          <w:sz w:val="24"/>
        </w:rPr>
        <w:t>“Ready, twin?”</w:t>
      </w:r>
    </w:p>
    <w:p>
      <w:r>
        <w:rPr>
          <w:rFonts w:ascii="IM Fell English" w:hAnsi="IM Fell English"/>
          <w:color w:val="141414"/>
          <w:sz w:val="24"/>
        </w:rPr>
        <w:t>Jennifer looked back over her shoulder, face flushed, mouth still wet from Jackie.</w:t>
      </w:r>
    </w:p>
    <w:p>
      <w:r>
        <w:rPr>
          <w:rFonts w:ascii="IM Fell English" w:hAnsi="IM Fell English"/>
          <w:color w:val="141414"/>
          <w:sz w:val="24"/>
        </w:rPr>
        <w:t>“Born ready.”</w:t>
      </w:r>
    </w:p>
    <w:p>
      <w:r>
        <w:rPr>
          <w:rFonts w:ascii="IM Fell English" w:hAnsi="IM Fell English"/>
          <w:color w:val="141414"/>
          <w:sz w:val="24"/>
        </w:rPr>
        <w:t>Carissa gave Jackie’s ass a sharp, affectionate slap.</w:t>
      </w:r>
    </w:p>
    <w:p>
      <w:r>
        <w:rPr>
          <w:rFonts w:ascii="IM Fell English" w:hAnsi="IM Fell English"/>
          <w:color w:val="141414"/>
          <w:sz w:val="24"/>
        </w:rPr>
        <w:t>“Same question, Mommy.”</w:t>
      </w:r>
    </w:p>
    <w:p>
      <w:r>
        <w:rPr>
          <w:rFonts w:ascii="IM Fell English" w:hAnsi="IM Fell English"/>
          <w:color w:val="141414"/>
          <w:sz w:val="24"/>
        </w:rPr>
        <w:t>Jackie braced her hands on the asphalt and settled her weight.</w:t>
      </w:r>
    </w:p>
    <w:p>
      <w:r>
        <w:rPr>
          <w:rFonts w:ascii="IM Fell English" w:hAnsi="IM Fell English"/>
          <w:color w:val="141414"/>
          <w:sz w:val="24"/>
        </w:rPr>
        <w:t>“Do your worst, baby girl.”</w:t>
      </w:r>
    </w:p>
    <w:p>
      <w:r>
        <w:rPr>
          <w:rFonts w:ascii="IM Fell English" w:hAnsi="IM Fell English"/>
          <w:color w:val="141414"/>
          <w:sz w:val="24"/>
        </w:rPr>
        <w:t>The two young Mistresses looked at each other, shared the same unhinged little grin, and raised their arms at the same time.</w:t>
      </w:r>
    </w:p>
    <w:p>
      <w:r>
        <w:rPr>
          <w:rFonts w:ascii="IM Fell English" w:hAnsi="IM Fell English"/>
          <w:color w:val="141414"/>
          <w:sz w:val="24"/>
        </w:rPr>
        <w:t>The heavier straps landed with a deeper, louder sound that carried across the entire yard.</w:t>
      </w:r>
    </w:p>
    <w:p>
      <w:r>
        <w:rPr>
          <w:rFonts w:ascii="IM Fell English" w:hAnsi="IM Fell English"/>
          <w:color w:val="141414"/>
          <w:sz w:val="24"/>
        </w:rPr>
        <w:t>Neither bitch collapsed on the first stroke.</w:t>
      </w:r>
      <w:r>
        <w:rPr>
          <w:rFonts w:ascii="IM Fell English" w:hAnsi="IM Fell English"/>
          <w:color w:val="141414"/>
          <w:sz w:val="24"/>
        </w:rPr>
      </w:r>
      <w:r>
        <w:rPr>
          <w:rFonts w:ascii="IM Fell English" w:hAnsi="IM Fell English"/>
          <w:color w:val="141414"/>
          <w:sz w:val="24"/>
        </w:rPr>
        <w:t>Or the fifth.</w:t>
      </w:r>
      <w:r>
        <w:rPr>
          <w:rFonts w:ascii="IM Fell English" w:hAnsi="IM Fell English"/>
          <w:color w:val="141414"/>
          <w:sz w:val="24"/>
        </w:rPr>
      </w:r>
      <w:r>
        <w:rPr>
          <w:rFonts w:ascii="IM Fell English" w:hAnsi="IM Fell English"/>
          <w:color w:val="141414"/>
          <w:sz w:val="24"/>
        </w:rPr>
        <w:t>Or the tenth.</w:t>
      </w:r>
    </w:p>
    <w:p>
      <w:r>
        <w:rPr>
          <w:rFonts w:ascii="IM Fell English" w:hAnsi="IM Fell English"/>
          <w:color w:val="141414"/>
          <w:sz w:val="24"/>
        </w:rPr>
        <w:t>But the afternoon was still young, the sun was still high, and Jenna and Carissa had nowhere else they needed to be.</w:t>
      </w:r>
    </w:p>
    <w:p>
      <w:r>
        <w:rPr>
          <w:rFonts w:ascii="IM Fell English" w:hAnsi="IM Fell English"/>
          <w:color w:val="141414"/>
          <w:sz w:val="24"/>
        </w:rPr>
        <w:t>The sealed campus settled in to watch the next stage of orientation unfold at exactly the speed the two young Mistresses preferred — slow, vicious, and full of laughter.</w:t>
      </w:r>
    </w:p>
    <w:p>
      <w:pPr>
        <w:pStyle w:val="Heading1"/>
        <w:jc w:val="center"/>
      </w:pPr>
      <w:r>
        <w:rPr>
          <w:rFonts w:ascii="IM Fell English" w:hAnsi="IM Fell English"/>
          <w:color w:val="0D0D0D"/>
        </w:rPr>
        <w:t>CHAPTER 13 — HEAVIER</w:t>
      </w:r>
    </w:p>
    <w:p>
      <w:r>
        <w:rPr>
          <w:rFonts w:ascii="IM Fell English" w:hAnsi="IM Fell English"/>
          <w:color w:val="141414"/>
          <w:sz w:val="24"/>
        </w:rPr>
        <w:t>The heavier straps changed the entire sound of the yard.</w:t>
      </w:r>
    </w:p>
    <w:p>
      <w:r>
        <w:rPr>
          <w:rFonts w:ascii="IM Fell English" w:hAnsi="IM Fell English"/>
          <w:color w:val="141414"/>
          <w:sz w:val="24"/>
        </w:rPr>
        <w:t>Each stroke landed with a deep, meaty crack that echoed off the assembly buildings. Jenna worked Jennifer in long, steady rhythms, aiming for the fullest part of her ass and the sensitive undersides where the skin was already tender from the morning. Carissa stayed more precise on Jackie, stacking welts in neat columns until the flesh darkened and started to bruise in real time.</w:t>
      </w:r>
    </w:p>
    <w:p>
      <w:r>
        <w:rPr>
          <w:rFonts w:ascii="IM Fell English" w:hAnsi="IM Fell English"/>
          <w:color w:val="141414"/>
          <w:sz w:val="24"/>
        </w:rPr>
        <w:t>Jennifer made noise first again — not a full cry, just a low, drawn-out groan that turned into a breathless laugh when Jenna immediately punished her for it with six rapid strokes in the same spot.</w:t>
      </w:r>
    </w:p>
    <w:p>
      <w:r>
        <w:rPr>
          <w:rFonts w:ascii="IM Fell English" w:hAnsi="IM Fell English"/>
          <w:color w:val="141414"/>
          <w:sz w:val="24"/>
        </w:rPr>
        <w:t>Jenna paused and rested the strap on Jennifer’s lower back.</w:t>
      </w:r>
    </w:p>
    <w:p>
      <w:r>
        <w:rPr>
          <w:rFonts w:ascii="IM Fell English" w:hAnsi="IM Fell English"/>
          <w:color w:val="141414"/>
          <w:sz w:val="24"/>
        </w:rPr>
        <w:t>“You’re doing that on purpose.”</w:t>
      </w:r>
    </w:p>
    <w:p>
      <w:r>
        <w:rPr>
          <w:rFonts w:ascii="IM Fell English" w:hAnsi="IM Fell English"/>
          <w:color w:val="141414"/>
          <w:sz w:val="24"/>
        </w:rPr>
        <w:t>Jennifer’s voice came out shaky but still full of shit.</w:t>
      </w:r>
    </w:p>
    <w:p>
      <w:r>
        <w:rPr>
          <w:rFonts w:ascii="IM Fell English" w:hAnsi="IM Fell English"/>
          <w:color w:val="141414"/>
          <w:sz w:val="24"/>
        </w:rPr>
        <w:t>“Maybe I just like the way you hit when you’re annoyed.”</w:t>
      </w:r>
    </w:p>
    <w:p>
      <w:r>
        <w:rPr>
          <w:rFonts w:ascii="IM Fell English" w:hAnsi="IM Fell English"/>
          <w:color w:val="141414"/>
          <w:sz w:val="24"/>
        </w:rPr>
        <w:t>Carissa snorted and landed a particularly hard stroke across both of Jackie’s cheeks at once.</w:t>
      </w:r>
    </w:p>
    <w:p>
      <w:r>
        <w:rPr>
          <w:rFonts w:ascii="IM Fell English" w:hAnsi="IM Fell English"/>
          <w:color w:val="141414"/>
          <w:sz w:val="24"/>
        </w:rPr>
        <w:t>“At least mine only makes smart comments when she can still breathe properly.”</w:t>
      </w:r>
    </w:p>
    <w:p>
      <w:r>
        <w:rPr>
          <w:rFonts w:ascii="IM Fell English" w:hAnsi="IM Fell English"/>
          <w:color w:val="141414"/>
          <w:sz w:val="24"/>
        </w:rPr>
        <w:t>Jackie exhaled slowly through her nose and answered without looking back.</w:t>
      </w:r>
    </w:p>
    <w:p>
      <w:r>
        <w:rPr>
          <w:rFonts w:ascii="IM Fell English" w:hAnsi="IM Fell English"/>
          <w:color w:val="141414"/>
          <w:sz w:val="24"/>
        </w:rPr>
        <w:t>“I’m pacing myself, baby girl. You’re going to want me functional when you finally decide to fuck me in front of everyone.”</w:t>
      </w:r>
    </w:p>
    <w:p>
      <w:r>
        <w:rPr>
          <w:rFonts w:ascii="IM Fell English" w:hAnsi="IM Fell English"/>
          <w:color w:val="141414"/>
          <w:sz w:val="24"/>
        </w:rPr>
        <w:t>Carissa’s next stroke was harder than the ones before it.</w:t>
      </w:r>
    </w:p>
    <w:p>
      <w:r>
        <w:rPr>
          <w:rFonts w:ascii="IM Fell English" w:hAnsi="IM Fell English"/>
          <w:color w:val="141414"/>
          <w:sz w:val="24"/>
        </w:rPr>
        <w:t>“Keep talking. I like it when you remind me who you belong to.”</w:t>
      </w:r>
    </w:p>
    <w:p>
      <w:r>
        <w:rPr>
          <w:rFonts w:ascii="IM Fell English" w:hAnsi="IM Fell English"/>
          <w:color w:val="141414"/>
          <w:sz w:val="24"/>
        </w:rPr>
        <w:t>They settled back into the rhythm. The circle of kneeling candidates watched in complete silence. Sweat ran down both bitches’ spines. The asphalt burned their palms and knees. Neither of them collapsed.</w:t>
      </w:r>
    </w:p>
    <w:p>
      <w:r>
        <w:rPr>
          <w:rFonts w:ascii="IM Fell English" w:hAnsi="IM Fell English"/>
          <w:color w:val="141414"/>
          <w:sz w:val="24"/>
        </w:rPr>
        <w:t>After a while Jenna switched to the upper thighs, right where the previous welts stopped. Jennifer’s arms trembled. She still didn’t go down. Carissa followed the same idea on Jackie and got a short, sharp sound for her trouble — the closest thing to a real break Jackie had given her all day.</w:t>
      </w:r>
    </w:p>
    <w:p>
      <w:r>
        <w:rPr>
          <w:rFonts w:ascii="IM Fell English" w:hAnsi="IM Fell English"/>
          <w:color w:val="141414"/>
          <w:sz w:val="24"/>
        </w:rPr>
        <w:t>Carissa immediately crouched beside her mother and grabbed a fistful of hair, pulling her head up.</w:t>
      </w:r>
    </w:p>
    <w:p>
      <w:r>
        <w:rPr>
          <w:rFonts w:ascii="IM Fell English" w:hAnsi="IM Fell English"/>
          <w:color w:val="141414"/>
          <w:sz w:val="24"/>
        </w:rPr>
        <w:t>“Was that a noise, Mommy?”</w:t>
      </w:r>
    </w:p>
    <w:p>
      <w:r>
        <w:rPr>
          <w:rFonts w:ascii="IM Fell English" w:hAnsi="IM Fell English"/>
          <w:color w:val="141414"/>
          <w:sz w:val="24"/>
        </w:rPr>
        <w:t>Jackie licked sweat off her upper lip and smiled.</w:t>
      </w:r>
    </w:p>
    <w:p>
      <w:r>
        <w:rPr>
          <w:rFonts w:ascii="IM Fell English" w:hAnsi="IM Fell English"/>
          <w:color w:val="141414"/>
          <w:sz w:val="24"/>
        </w:rPr>
        <w:t>“It was an acknowledgment of good technique.”</w:t>
      </w:r>
    </w:p>
    <w:p>
      <w:r>
        <w:rPr>
          <w:rFonts w:ascii="IM Fell English" w:hAnsi="IM Fell English"/>
          <w:color w:val="141414"/>
          <w:sz w:val="24"/>
        </w:rPr>
        <w:t>Carissa kissed her hard and filthy, then bit her split lip open again.</w:t>
      </w:r>
    </w:p>
    <w:p>
      <w:r>
        <w:rPr>
          <w:rFonts w:ascii="IM Fell English" w:hAnsi="IM Fell English"/>
          <w:color w:val="141414"/>
          <w:sz w:val="24"/>
        </w:rPr>
        <w:t>“You’re such a fucking brat.”</w:t>
      </w:r>
    </w:p>
    <w:p>
      <w:r>
        <w:rPr>
          <w:rFonts w:ascii="IM Fell English" w:hAnsi="IM Fell English"/>
          <w:color w:val="141414"/>
          <w:sz w:val="24"/>
        </w:rPr>
        <w:t>“Learned from the best.”</w:t>
      </w:r>
    </w:p>
    <w:p>
      <w:r>
        <w:rPr>
          <w:rFonts w:ascii="IM Fell English" w:hAnsi="IM Fell English"/>
          <w:color w:val="141414"/>
          <w:sz w:val="24"/>
        </w:rPr>
        <w:t>Jenna watched the little exchange and shook her head.</w:t>
      </w:r>
    </w:p>
    <w:p>
      <w:r>
        <w:rPr>
          <w:rFonts w:ascii="IM Fell English" w:hAnsi="IM Fell English"/>
          <w:color w:val="141414"/>
          <w:sz w:val="24"/>
        </w:rPr>
        <w:t>“You two are disgusting. I love it.”</w:t>
      </w:r>
    </w:p>
    <w:p>
      <w:r>
        <w:rPr>
          <w:rFonts w:ascii="IM Fell English" w:hAnsi="IM Fell English"/>
          <w:color w:val="141414"/>
          <w:sz w:val="24"/>
        </w:rPr>
        <w:t>She gave Jennifer three more heavy strokes, then stopped and unlocked one of her twin’s wrists so she could reach back and feel the damage. Jennifer’s fingers brushed over the raised, burning skin and she let out a soft, appreciative whistle.</w:t>
      </w:r>
    </w:p>
    <w:p>
      <w:r>
        <w:rPr>
          <w:rFonts w:ascii="IM Fell English" w:hAnsi="IM Fell English"/>
          <w:color w:val="141414"/>
          <w:sz w:val="24"/>
        </w:rPr>
        <w:t>“Nice work, sister.”</w:t>
      </w:r>
    </w:p>
    <w:p>
      <w:r>
        <w:rPr>
          <w:rFonts w:ascii="IM Fell English" w:hAnsi="IM Fell English"/>
          <w:color w:val="141414"/>
          <w:sz w:val="24"/>
        </w:rPr>
        <w:t>“Thank you. Now put your hand back before I cuff it to your ankle.”</w:t>
      </w:r>
    </w:p>
    <w:p>
      <w:r>
        <w:rPr>
          <w:rFonts w:ascii="IM Fell English" w:hAnsi="IM Fell English"/>
          <w:color w:val="141414"/>
          <w:sz w:val="24"/>
        </w:rPr>
        <w:t>Jennifer obeyed, still smiling. Jenna recuffed her and looked at Carissa.</w:t>
      </w:r>
    </w:p>
    <w:p>
      <w:r>
        <w:rPr>
          <w:rFonts w:ascii="IM Fell English" w:hAnsi="IM Fell English"/>
          <w:color w:val="141414"/>
          <w:sz w:val="24"/>
        </w:rPr>
        <w:t>“I think that’s enough for this position. They’re both still holding. It’s getting insulting.”</w:t>
      </w:r>
    </w:p>
    <w:p>
      <w:r>
        <w:rPr>
          <w:rFonts w:ascii="IM Fell English" w:hAnsi="IM Fell English"/>
          <w:color w:val="141414"/>
          <w:sz w:val="24"/>
        </w:rPr>
        <w:t>Carissa stood and stretched her shoulders.</w:t>
      </w:r>
    </w:p>
    <w:p>
      <w:r>
        <w:rPr>
          <w:rFonts w:ascii="IM Fell English" w:hAnsi="IM Fell English"/>
          <w:color w:val="141414"/>
          <w:sz w:val="24"/>
        </w:rPr>
        <w:t>“Agreed. Time to make them work for it.”</w:t>
      </w:r>
    </w:p>
    <w:p>
      <w:r>
        <w:rPr>
          <w:rFonts w:ascii="IM Fell English" w:hAnsi="IM Fell English"/>
          <w:color w:val="141414"/>
          <w:sz w:val="24"/>
        </w:rPr>
        <w:t>She unlocked Jackie’s ankles and wrists. Jenna did the same for Jennifer. Both bitches stayed on their hands and knees until they were ordered up. When they finally stood their legs were visibly unsteady, asses and thighs a deep, glowing red mapped with darker bruises.</w:t>
      </w:r>
    </w:p>
    <w:p>
      <w:r>
        <w:rPr>
          <w:rFonts w:ascii="IM Fell English" w:hAnsi="IM Fell English"/>
          <w:color w:val="141414"/>
          <w:sz w:val="24"/>
        </w:rPr>
        <w:t>Jenna hooked two fingers through Jennifer’s collar and tugged her close.</w:t>
      </w:r>
    </w:p>
    <w:p>
      <w:r>
        <w:rPr>
          <w:rFonts w:ascii="IM Fell English" w:hAnsi="IM Fell English"/>
          <w:color w:val="141414"/>
          <w:sz w:val="24"/>
        </w:rPr>
        <w:t>“Still functional?”</w:t>
      </w:r>
    </w:p>
    <w:p>
      <w:r>
        <w:rPr>
          <w:rFonts w:ascii="IM Fell English" w:hAnsi="IM Fell English"/>
          <w:color w:val="141414"/>
          <w:sz w:val="24"/>
        </w:rPr>
        <w:t>“Still functional. Still not sorry for anything.”</w:t>
      </w:r>
    </w:p>
    <w:p>
      <w:r>
        <w:rPr>
          <w:rFonts w:ascii="IM Fell English" w:hAnsi="IM Fell English"/>
          <w:color w:val="141414"/>
          <w:sz w:val="24"/>
        </w:rPr>
        <w:t>“Good.” Jenna kissed the tip of her nose. “Because the next part involves engines.”</w:t>
      </w:r>
    </w:p>
    <w:p>
      <w:r>
        <w:rPr>
          <w:rFonts w:ascii="IM Fell English" w:hAnsi="IM Fell English"/>
          <w:color w:val="141414"/>
          <w:sz w:val="24"/>
        </w:rPr>
        <w:t>Carissa already had Jackie’s chain in her hand, eyes bright.</w:t>
      </w:r>
    </w:p>
    <w:p>
      <w:r>
        <w:rPr>
          <w:rFonts w:ascii="IM Fell English" w:hAnsi="IM Fell English"/>
          <w:color w:val="141414"/>
          <w:sz w:val="24"/>
        </w:rPr>
        <w:t>“Jeeps?”</w:t>
      </w:r>
    </w:p>
    <w:p>
      <w:r>
        <w:rPr>
          <w:rFonts w:ascii="IM Fell English" w:hAnsi="IM Fell English"/>
          <w:color w:val="141414"/>
          <w:sz w:val="24"/>
        </w:rPr>
        <w:t>“Jeeps,” Jenna confirmed. “Original WWII ones. Light enough that we can have fun without turning them into paste on the first hit. We chase. We can swing on them whenever we want. If one of them goes down, she gets a ten-second count. She’s not on her feet by the end of it, she gets a slow roll-over at ten or fifteen miles an hour. First one who can’t get up anymore loses the round.”</w:t>
      </w:r>
    </w:p>
    <w:p>
      <w:r>
        <w:rPr>
          <w:rFonts w:ascii="IM Fell English" w:hAnsi="IM Fell English"/>
          <w:color w:val="141414"/>
          <w:sz w:val="24"/>
        </w:rPr>
        <w:t>Carissa’s grin turned sharp and delighted.</w:t>
      </w:r>
    </w:p>
    <w:p>
      <w:r>
        <w:rPr>
          <w:rFonts w:ascii="IM Fell English" w:hAnsi="IM Fell English"/>
          <w:color w:val="141414"/>
          <w:sz w:val="24"/>
        </w:rPr>
        <w:t>“Loser of this one has to ride the rest of the afternoon in the other Mistress’s passenger seat… naked and sitting on the welts.”</w:t>
      </w:r>
    </w:p>
    <w:p>
      <w:r>
        <w:rPr>
          <w:rFonts w:ascii="IM Fell English" w:hAnsi="IM Fell English"/>
          <w:color w:val="141414"/>
          <w:sz w:val="24"/>
        </w:rPr>
        <w:t>“Perfect. Deal.”</w:t>
      </w:r>
    </w:p>
    <w:p>
      <w:r>
        <w:rPr>
          <w:rFonts w:ascii="IM Fell English" w:hAnsi="IM Fell English"/>
          <w:color w:val="141414"/>
          <w:sz w:val="24"/>
        </w:rPr>
        <w:t>Jackie rolled her neck until it cracked and looked at her daughter.</w:t>
      </w:r>
    </w:p>
    <w:p>
      <w:r>
        <w:rPr>
          <w:rFonts w:ascii="IM Fell English" w:hAnsi="IM Fell English"/>
          <w:color w:val="141414"/>
          <w:sz w:val="24"/>
        </w:rPr>
        <w:t>“Try not to cry if I stay ahead of your aunt’s whore.”</w:t>
      </w:r>
    </w:p>
    <w:p>
      <w:r>
        <w:rPr>
          <w:rFonts w:ascii="IM Fell English" w:hAnsi="IM Fell English"/>
          <w:color w:val="141414"/>
          <w:sz w:val="24"/>
        </w:rPr>
        <w:t>Jennifer gave a mock salute, wincing when the movement pulled her fresh welts.</w:t>
      </w:r>
    </w:p>
    <w:p>
      <w:r>
        <w:rPr>
          <w:rFonts w:ascii="IM Fell English" w:hAnsi="IM Fell English"/>
          <w:color w:val="141414"/>
          <w:sz w:val="24"/>
        </w:rPr>
        <w:t>“Dream on, Mommy.”</w:t>
      </w:r>
    </w:p>
    <w:p>
      <w:r>
        <w:rPr>
          <w:rFonts w:ascii="IM Fell English" w:hAnsi="IM Fell English"/>
          <w:color w:val="141414"/>
          <w:sz w:val="24"/>
        </w:rPr>
        <w:t>Jenna and Carissa shared one more unhinged smile, then pointed toward the pair of olive-drab jeeps already waiting at the edge of the long internal road.</w:t>
      </w:r>
    </w:p>
    <w:p>
      <w:r>
        <w:rPr>
          <w:rFonts w:ascii="IM Fell English" w:hAnsi="IM Fell English"/>
          <w:color w:val="141414"/>
          <w:sz w:val="24"/>
        </w:rPr>
        <w:t>“Both of you. On the road. Hands free. You get a thirty-second head start. Use it.”</w:t>
      </w:r>
    </w:p>
    <w:p>
      <w:r>
        <w:rPr>
          <w:rFonts w:ascii="IM Fell English" w:hAnsi="IM Fell English"/>
          <w:color w:val="141414"/>
          <w:sz w:val="24"/>
        </w:rPr>
        <w:t>Jennifer and Jackie started moving — stiff, marked, and still grinning.</w:t>
      </w:r>
    </w:p>
    <w:p>
      <w:r>
        <w:rPr>
          <w:rFonts w:ascii="IM Fell English" w:hAnsi="IM Fell English"/>
          <w:color w:val="141414"/>
          <w:sz w:val="24"/>
        </w:rPr>
        <w:t>Behind them the two young Mistresses climbed into the jeeps, strapped the short clubs and heavier straps to the passenger-side frames for easy reach, and fired the engines.</w:t>
      </w:r>
    </w:p>
    <w:p>
      <w:r>
        <w:rPr>
          <w:rFonts w:ascii="IM Fell English" w:hAnsi="IM Fell English"/>
          <w:color w:val="141414"/>
          <w:sz w:val="24"/>
        </w:rPr>
        <w:t>The sealed campus listened to the low growl of old military motors turning over under the high sun.</w:t>
      </w:r>
    </w:p>
    <w:p>
      <w:r>
        <w:rPr>
          <w:rFonts w:ascii="IM Fell English" w:hAnsi="IM Fell English"/>
          <w:color w:val="141414"/>
          <w:sz w:val="24"/>
        </w:rPr>
        <w:t>Orientation was about to get louder.</w:t>
      </w:r>
    </w:p>
    <w:p>
      <w:r>
        <w:rPr>
          <w:rFonts w:ascii="IM Fell English" w:hAnsi="IM Fell English"/>
          <w:color w:val="141414"/>
          <w:sz w:val="24"/>
        </w:rPr>
        <w:t>And none of them had ever looked happier about it.</w:t>
      </w:r>
    </w:p>
    <w:p>
      <w:pPr>
        <w:pStyle w:val="Heading1"/>
        <w:jc w:val="center"/>
      </w:pPr>
      <w:r>
        <w:rPr>
          <w:rFonts w:ascii="IM Fell English" w:hAnsi="IM Fell English"/>
          <w:color w:val="0D0D0D"/>
        </w:rPr>
        <w:t>CHAPTER 14 — JEEPS</w:t>
      </w:r>
    </w:p>
    <w:p>
      <w:r>
        <w:rPr>
          <w:rFonts w:ascii="IM Fell English" w:hAnsi="IM Fell English"/>
          <w:color w:val="141414"/>
          <w:sz w:val="24"/>
        </w:rPr>
        <w:t>The thirty-second head start was mostly for show.</w:t>
      </w:r>
    </w:p>
    <w:p>
      <w:r>
        <w:rPr>
          <w:rFonts w:ascii="IM Fell English" w:hAnsi="IM Fell English"/>
          <w:color w:val="141414"/>
          <w:sz w:val="24"/>
        </w:rPr>
        <w:t>Jennifer and Jackie ran stiff-legged down the long internal road, welts glowing under the sun, bare feet slapping hot asphalt. Neither of them was fast. Both of them were still grinning like the tough-ass whores they were.</w:t>
      </w:r>
    </w:p>
    <w:p>
      <w:r>
        <w:rPr>
          <w:rFonts w:ascii="IM Fell English" w:hAnsi="IM Fell English"/>
          <w:color w:val="141414"/>
          <w:sz w:val="24"/>
        </w:rPr>
        <w:t>The jeeps caught up before the first curve.</w:t>
      </w:r>
    </w:p>
    <w:p>
      <w:r>
        <w:rPr>
          <w:rFonts w:ascii="IM Fell English" w:hAnsi="IM Fell English"/>
          <w:color w:val="141414"/>
          <w:sz w:val="24"/>
        </w:rPr>
        <w:t>Jenna eased her vehicle in behind Jennifer at a lazy ten miles an hour and gave the back of her twin’s thighs a solid, deliberate bump with the front right fender. Jennifer pitched forward, hit the asphalt in a controlled sprawl, and immediately started scrambling up. Jenna rolled the jeep forward just enough to stay beside her and started the countdown in a bright, sing-song voice.</w:t>
      </w:r>
    </w:p>
    <w:p>
      <w:r>
        <w:rPr>
          <w:rFonts w:ascii="IM Fell English" w:hAnsi="IM Fell English"/>
          <w:color w:val="141414"/>
          <w:sz w:val="24"/>
        </w:rPr>
        <w:t>“Ten… nine… eight…”</w:t>
      </w:r>
    </w:p>
    <w:p>
      <w:r>
        <w:rPr>
          <w:rFonts w:ascii="IM Fell English" w:hAnsi="IM Fell English"/>
          <w:color w:val="141414"/>
          <w:sz w:val="24"/>
        </w:rPr>
        <w:t>Jennifer was on her feet at five, laughing and flipping her sister off with both hands.</w:t>
      </w:r>
    </w:p>
    <w:p>
      <w:r>
        <w:rPr>
          <w:rFonts w:ascii="IM Fell English" w:hAnsi="IM Fell English"/>
          <w:color w:val="141414"/>
          <w:sz w:val="24"/>
        </w:rPr>
        <w:t>“You’re getting soft, twin.”</w:t>
      </w:r>
    </w:p>
    <w:p>
      <w:r>
        <w:rPr>
          <w:rFonts w:ascii="IM Fell English" w:hAnsi="IM Fell English"/>
          <w:color w:val="141414"/>
          <w:sz w:val="24"/>
        </w:rPr>
        <w:t>“Keep running, bitch. I’m just warming up.”</w:t>
      </w:r>
    </w:p>
    <w:p>
      <w:r>
        <w:rPr>
          <w:rFonts w:ascii="IM Fell English" w:hAnsi="IM Fell English"/>
          <w:color w:val="141414"/>
          <w:sz w:val="24"/>
        </w:rPr>
        <w:t>Carissa, a few meters behind, watched the whole thing with open delight and then performed the same move on Jackie — a clean hip-check with the front left corner that sent her mother sliding across the asphalt on her hip and shoulder. Jackie rolled, came up on one knee, and shoved herself upright before Carissa even reached six in the count.</w:t>
      </w:r>
    </w:p>
    <w:p>
      <w:r>
        <w:rPr>
          <w:rFonts w:ascii="IM Fell English" w:hAnsi="IM Fell English"/>
          <w:color w:val="141414"/>
          <w:sz w:val="24"/>
        </w:rPr>
        <w:t>Carissa crowed.</w:t>
      </w:r>
    </w:p>
    <w:p>
      <w:r>
        <w:rPr>
          <w:rFonts w:ascii="IM Fell English" w:hAnsi="IM Fell English"/>
          <w:color w:val="141414"/>
          <w:sz w:val="24"/>
        </w:rPr>
        <w:t>“Look at that. Mommy still has springs.”</w:t>
      </w:r>
    </w:p>
    <w:p>
      <w:r>
        <w:rPr>
          <w:rFonts w:ascii="IM Fell English" w:hAnsi="IM Fell English"/>
          <w:color w:val="141414"/>
          <w:sz w:val="24"/>
        </w:rPr>
        <w:t>Jackie wiped blood from a fresh scrape on her elbow and kept moving.</w:t>
      </w:r>
    </w:p>
    <w:p>
      <w:r>
        <w:rPr>
          <w:rFonts w:ascii="IM Fell English" w:hAnsi="IM Fell English"/>
          <w:color w:val="141414"/>
          <w:sz w:val="24"/>
        </w:rPr>
        <w:t>“Told you I was pacing myself, baby girl.”</w:t>
      </w:r>
    </w:p>
    <w:p>
      <w:r>
        <w:rPr>
          <w:rFonts w:ascii="IM Fell English" w:hAnsi="IM Fell English"/>
          <w:color w:val="141414"/>
          <w:sz w:val="24"/>
        </w:rPr>
        <w:t>The two jeeps settled into an easy, circling hunt. They kept the speed between five and fifteen miles an hour, weaving, cutting close, using the vehicles themselves as the toys. Jenna preferred neat rear-bumper taps that buckled Jennifer’s knees. Carissa liked wider angles — coming in from the side to knock Jackie clean off her feet with the fender, then circling while she counted out loud.</w:t>
      </w:r>
    </w:p>
    <w:p>
      <w:r>
        <w:rPr>
          <w:rFonts w:ascii="IM Fell English" w:hAnsi="IM Fell English"/>
          <w:color w:val="141414"/>
          <w:sz w:val="24"/>
        </w:rPr>
        <w:t>Every time one of them went down, the countdown started immediately. Both bitches made it up inside the ten seconds, sometimes with only a second or two to spare, and every recovery was accompanied by laughter and trash talk from the drivers.</w:t>
      </w:r>
    </w:p>
    <w:p>
      <w:r>
        <w:rPr>
          <w:rFonts w:ascii="IM Fell English" w:hAnsi="IM Fell English"/>
          <w:color w:val="141414"/>
          <w:sz w:val="24"/>
        </w:rPr>
        <w:t>Jennifer took a harder hit across the backs of her thighs and went down flat. Jenna stopped the jeep completely, leaned on the steering wheel, and counted with exaggerated clarity.</w:t>
      </w:r>
    </w:p>
    <w:p>
      <w:r>
        <w:rPr>
          <w:rFonts w:ascii="IM Fell English" w:hAnsi="IM Fell English"/>
          <w:color w:val="141414"/>
          <w:sz w:val="24"/>
        </w:rPr>
        <w:t>“Ten… nine… eight… seven… six…”</w:t>
      </w:r>
    </w:p>
    <w:p>
      <w:r>
        <w:rPr>
          <w:rFonts w:ascii="IM Fell English" w:hAnsi="IM Fell English"/>
          <w:color w:val="141414"/>
          <w:sz w:val="24"/>
        </w:rPr>
        <w:t>Jennifer pushed up at four, blood and dust smeared across her tits and stomach, still grinning.</w:t>
      </w:r>
    </w:p>
    <w:p>
      <w:r>
        <w:rPr>
          <w:rFonts w:ascii="IM Fell English" w:hAnsi="IM Fell English"/>
          <w:color w:val="141414"/>
          <w:sz w:val="24"/>
        </w:rPr>
        <w:t>“You’re enjoying this way too much.”</w:t>
      </w:r>
    </w:p>
    <w:p>
      <w:r>
        <w:rPr>
          <w:rFonts w:ascii="IM Fell English" w:hAnsi="IM Fell English"/>
          <w:color w:val="141414"/>
          <w:sz w:val="24"/>
        </w:rPr>
        <w:t>“I’m having the time of my life,” Jenna answered cheerfully, then rolled forward and gave her twin another light bumper nudge just hard enough to make her stumble again. “Run, whore.”</w:t>
      </w:r>
    </w:p>
    <w:p>
      <w:r>
        <w:rPr>
          <w:rFonts w:ascii="IM Fell English" w:hAnsi="IM Fell English"/>
          <w:color w:val="141414"/>
          <w:sz w:val="24"/>
        </w:rPr>
        <w:t>Carissa, not to be outdone, lined up a cleaner shot on Jackie and caught her mid-stride with the front corner. Jackie hit the ground harder this time, rolled twice, and came up slower. Carissa slowed to a crawl beside her and started the count.</w:t>
      </w:r>
    </w:p>
    <w:p>
      <w:r>
        <w:rPr>
          <w:rFonts w:ascii="IM Fell English" w:hAnsi="IM Fell English"/>
          <w:color w:val="141414"/>
          <w:sz w:val="24"/>
        </w:rPr>
        <w:t>“Ten… nine… eight…”</w:t>
      </w:r>
    </w:p>
    <w:p>
      <w:r>
        <w:rPr>
          <w:rFonts w:ascii="IM Fell English" w:hAnsi="IM Fell English"/>
          <w:color w:val="141414"/>
          <w:sz w:val="24"/>
        </w:rPr>
        <w:t>Jackie was standing at three, breathing hard, eyes bright.</w:t>
      </w:r>
    </w:p>
    <w:p>
      <w:r>
        <w:rPr>
          <w:rFonts w:ascii="IM Fell English" w:hAnsi="IM Fell English"/>
          <w:color w:val="141414"/>
          <w:sz w:val="24"/>
        </w:rPr>
        <w:t>“Getting closer, baby girl.”</w:t>
      </w:r>
    </w:p>
    <w:p>
      <w:r>
        <w:rPr>
          <w:rFonts w:ascii="IM Fell English" w:hAnsi="IM Fell English"/>
          <w:color w:val="141414"/>
          <w:sz w:val="24"/>
        </w:rPr>
        <w:t>“Next one you’re going under the tire for a little kiss,” Carissa promised, laughing. “Keep testing me.”</w:t>
      </w:r>
    </w:p>
    <w:p>
      <w:r>
        <w:rPr>
          <w:rFonts w:ascii="IM Fell English" w:hAnsi="IM Fell English"/>
          <w:color w:val="141414"/>
          <w:sz w:val="24"/>
        </w:rPr>
        <w:t>They kept at it under the high sun. The olive-drab jeeps prowled and bumped and herded. The two marked, scraped, thoroughly entertained bitches ran, fell, rose, and ran again. Fresh road rash joined the strap welts. Blood and dust mixed on bare skin. Jenna and Carissa never stopped talking — betting, teasing, complimenting good recoveries, and threatening worse ones — exactly like two young Mistresses out for a joyride with their favorite tough-ass property.</w:t>
      </w:r>
    </w:p>
    <w:p>
      <w:r>
        <w:rPr>
          <w:rFonts w:ascii="IM Fell English" w:hAnsi="IM Fell English"/>
          <w:color w:val="141414"/>
          <w:sz w:val="24"/>
        </w:rPr>
        <w:t>Neither bitch stayed down past the count.</w:t>
      </w:r>
    </w:p>
    <w:p>
      <w:r>
        <w:rPr>
          <w:rFonts w:ascii="IM Fell English" w:hAnsi="IM Fell English"/>
          <w:color w:val="141414"/>
          <w:sz w:val="24"/>
        </w:rPr>
        <w:t>Neither of them stopped smiling.</w:t>
      </w:r>
    </w:p>
    <w:p>
      <w:r>
        <w:rPr>
          <w:rFonts w:ascii="IM Fell English" w:hAnsi="IM Fell English"/>
          <w:color w:val="141414"/>
          <w:sz w:val="24"/>
        </w:rPr>
        <w:t>The sealed campus listened to the low growl of the old engines, the sound of bodies hitting asphalt, and the constant bright laughter of the four women who were turning orientation into the best game they had played in years.</w:t>
      </w:r>
    </w:p>
    <w:p>
      <w:r>
        <w:rPr>
          <w:rFonts w:ascii="IM Fell English" w:hAnsi="IM Fell English"/>
          <w:color w:val="141414"/>
          <w:sz w:val="24"/>
        </w:rPr>
        <w:t>The afternoon was still young.</w:t>
      </w:r>
    </w:p>
    <w:p>
      <w:r>
        <w:rPr>
          <w:rFonts w:ascii="IM Fell English" w:hAnsi="IM Fell English"/>
          <w:color w:val="141414"/>
          <w:sz w:val="24"/>
        </w:rPr>
        <w:t>And the jeeps still had plenty of fuel.</w:t>
      </w:r>
    </w:p>
    <w:p>
      <w:pPr>
        <w:pStyle w:val="Heading1"/>
        <w:jc w:val="center"/>
      </w:pPr>
      <w:r>
        <w:rPr>
          <w:rFonts w:ascii="IM Fell English" w:hAnsi="IM Fell English"/>
          <w:color w:val="0D0D0D"/>
        </w:rPr>
        <w:t>CHAPTER 15 — COUNTDOWN</w:t>
      </w:r>
    </w:p>
    <w:p>
      <w:r>
        <w:rPr>
          <w:rFonts w:ascii="IM Fell English" w:hAnsi="IM Fell English"/>
          <w:color w:val="141414"/>
          <w:sz w:val="24"/>
        </w:rPr>
        <w:t>The game settled into a rhythm the entire campus could feel.</w:t>
      </w:r>
    </w:p>
    <w:p>
      <w:r>
        <w:rPr>
          <w:rFonts w:ascii="IM Fell English" w:hAnsi="IM Fell English"/>
          <w:color w:val="141414"/>
          <w:sz w:val="24"/>
        </w:rPr>
        <w:t>Jenna and Carissa kept the jeeps between eight and eighteen miles an hour, weaving in lazy figure-eights, cutting each other off, and taking turns delivering clean, deliberate bumps. Jennifer and Jackie were no longer really running — they were surviving in motion, absorbing hits, hitting the asphalt, and scrambling up before the count hit zero.</w:t>
      </w:r>
    </w:p>
    <w:p>
      <w:r>
        <w:rPr>
          <w:rFonts w:ascii="IM Fell English" w:hAnsi="IM Fell English"/>
          <w:color w:val="141414"/>
          <w:sz w:val="24"/>
        </w:rPr>
        <w:t>Jennifer went down hard from a solid rear-fender tap across the backs of her thighs. She rolled twice and came up slower than before. Jenna slowed to a crawl beside her and started the count with theatrical clarity.</w:t>
      </w:r>
    </w:p>
    <w:p>
      <w:r>
        <w:rPr>
          <w:rFonts w:ascii="IM Fell English" w:hAnsi="IM Fell English"/>
          <w:color w:val="141414"/>
          <w:sz w:val="24"/>
        </w:rPr>
        <w:t>“Ten… nine… eight… seven…”</w:t>
      </w:r>
    </w:p>
    <w:p>
      <w:r>
        <w:rPr>
          <w:rFonts w:ascii="IM Fell English" w:hAnsi="IM Fell English"/>
          <w:color w:val="141414"/>
          <w:sz w:val="24"/>
        </w:rPr>
        <w:t>Jennifer made it at four, breathing hard, one knee skinned raw, still smiling.</w:t>
      </w:r>
    </w:p>
    <w:p>
      <w:r>
        <w:rPr>
          <w:rFonts w:ascii="IM Fell English" w:hAnsi="IM Fell English"/>
          <w:color w:val="141414"/>
          <w:sz w:val="24"/>
        </w:rPr>
        <w:t>“You’re cheating. That one had extra mustard.”</w:t>
      </w:r>
    </w:p>
    <w:p>
      <w:r>
        <w:rPr>
          <w:rFonts w:ascii="IM Fell English" w:hAnsi="IM Fell English"/>
          <w:color w:val="141414"/>
          <w:sz w:val="24"/>
        </w:rPr>
        <w:t>Jenna grinned over the steering wheel.</w:t>
      </w:r>
    </w:p>
    <w:p>
      <w:r>
        <w:rPr>
          <w:rFonts w:ascii="IM Fell English" w:hAnsi="IM Fell English"/>
          <w:color w:val="141414"/>
          <w:sz w:val="24"/>
        </w:rPr>
        <w:t>“I’m just getting to know the bumper. Run, twin.”</w:t>
      </w:r>
    </w:p>
    <w:p>
      <w:r>
        <w:rPr>
          <w:rFonts w:ascii="IM Fell English" w:hAnsi="IM Fell English"/>
          <w:color w:val="141414"/>
          <w:sz w:val="24"/>
        </w:rPr>
        <w:t>Carissa watched the exchange in her side mirror and decided to match it. She swung wider, came in at a sharper angle, and caught Jackie clean across the hip with the front corner. Jackie went airborne for a short, ugly moment, landed on her side, and slid. Dust and blood marked the asphalt behind her.</w:t>
      </w:r>
    </w:p>
    <w:p>
      <w:r>
        <w:rPr>
          <w:rFonts w:ascii="IM Fell English" w:hAnsi="IM Fell English"/>
          <w:color w:val="141414"/>
          <w:sz w:val="24"/>
        </w:rPr>
        <w:t>Carissa stopped completely and leaned out, voice bright.</w:t>
      </w:r>
    </w:p>
    <w:p>
      <w:r>
        <w:rPr>
          <w:rFonts w:ascii="IM Fell English" w:hAnsi="IM Fell English"/>
          <w:color w:val="141414"/>
          <w:sz w:val="24"/>
        </w:rPr>
        <w:t>“Ten… nine… eight… seven… six…”</w:t>
      </w:r>
    </w:p>
    <w:p>
      <w:r>
        <w:rPr>
          <w:rFonts w:ascii="IM Fell English" w:hAnsi="IM Fell English"/>
          <w:color w:val="141414"/>
          <w:sz w:val="24"/>
        </w:rPr>
        <w:t>Jackie shoved herself up at three, staggered, and flipped her daughter off with both hands.</w:t>
      </w:r>
    </w:p>
    <w:p>
      <w:r>
        <w:rPr>
          <w:rFonts w:ascii="IM Fell English" w:hAnsi="IM Fell English"/>
          <w:color w:val="141414"/>
          <w:sz w:val="24"/>
        </w:rPr>
        <w:t>“Still cute when you try hard, baby girl.”</w:t>
      </w:r>
    </w:p>
    <w:p>
      <w:r>
        <w:rPr>
          <w:rFonts w:ascii="IM Fell English" w:hAnsi="IM Fell English"/>
          <w:color w:val="141414"/>
          <w:sz w:val="24"/>
        </w:rPr>
        <w:t>“Keep talking, Mommy. The tires are getting lonely.”</w:t>
      </w:r>
    </w:p>
    <w:p>
      <w:r>
        <w:rPr>
          <w:rFonts w:ascii="IM Fell English" w:hAnsi="IM Fell English"/>
          <w:color w:val="141414"/>
          <w:sz w:val="24"/>
        </w:rPr>
        <w:t>They kept going.</w:t>
      </w:r>
    </w:p>
    <w:p>
      <w:r>
        <w:rPr>
          <w:rFonts w:ascii="IM Fell English" w:hAnsi="IM Fell English"/>
          <w:color w:val="141414"/>
          <w:sz w:val="24"/>
        </w:rPr>
        <w:t>The hits grew a little heavier, the recoveries a little slower, but the laughter never stopped. Jenna started calling the countdown in different languages just to be annoying. Carissa began adding personal commentary between numbers (“That’s going to bruise so nicely… five… four…”). Jennifer and Jackie answered every time they got back up, filthy and affectionate and completely unwilling to give either young Mistress the satisfaction of a real quit.</w:t>
      </w:r>
    </w:p>
    <w:p>
      <w:r>
        <w:rPr>
          <w:rFonts w:ascii="IM Fell English" w:hAnsi="IM Fell English"/>
          <w:color w:val="141414"/>
          <w:sz w:val="24"/>
        </w:rPr>
        <w:t>Then Jennifer misjudged a recovery.</w:t>
      </w:r>
    </w:p>
    <w:p>
      <w:r>
        <w:rPr>
          <w:rFonts w:ascii="IM Fell English" w:hAnsi="IM Fell English"/>
          <w:color w:val="141414"/>
          <w:sz w:val="24"/>
        </w:rPr>
        <w:t>Jenna came in with a low, solid bump that took both of her legs out cleanly. Jennifer hit face-down and needed an extra second to get her hands under her. Jenna’s countdown was already at six when she realized her twin wasn’t rising fast enough.</w:t>
      </w:r>
    </w:p>
    <w:p>
      <w:r>
        <w:rPr>
          <w:rFonts w:ascii="IM Fell English" w:hAnsi="IM Fell English"/>
          <w:color w:val="141414"/>
          <w:sz w:val="24"/>
        </w:rPr>
        <w:t>She didn’t stop the count.</w:t>
      </w:r>
    </w:p>
    <w:p>
      <w:r>
        <w:rPr>
          <w:rFonts w:ascii="IM Fell English" w:hAnsi="IM Fell English"/>
          <w:color w:val="141414"/>
          <w:sz w:val="24"/>
        </w:rPr>
        <w:t>“…five… four… three… two…”</w:t>
      </w:r>
    </w:p>
    <w:p>
      <w:r>
        <w:rPr>
          <w:rFonts w:ascii="IM Fell English" w:hAnsi="IM Fell English"/>
          <w:color w:val="141414"/>
          <w:sz w:val="24"/>
        </w:rPr>
        <w:t>Jennifer was only on one knee when Jenna sighed theatrically and rolled the jeep forward at a walking pace. The front left tire climbed over Jennifer’s lower legs and settled across the backs of her thighs with slow, deliberate weight. Jenna held it there for a full three seconds while Jennifer made a long, broken sound that was half pain and half helpless laughter, then eased off.</w:t>
      </w:r>
    </w:p>
    <w:p>
      <w:r>
        <w:rPr>
          <w:rFonts w:ascii="IM Fell English" w:hAnsi="IM Fell English"/>
          <w:color w:val="141414"/>
          <w:sz w:val="24"/>
        </w:rPr>
        <w:t>Jennifer stayed flat for a moment, forehead on the asphalt, still laughing under her breath.</w:t>
      </w:r>
    </w:p>
    <w:p>
      <w:r>
        <w:rPr>
          <w:rFonts w:ascii="IM Fell English" w:hAnsi="IM Fell English"/>
          <w:color w:val="141414"/>
          <w:sz w:val="24"/>
        </w:rPr>
        <w:t>Jenna leaned out.</w:t>
      </w:r>
    </w:p>
    <w:p>
      <w:r>
        <w:rPr>
          <w:rFonts w:ascii="IM Fell English" w:hAnsi="IM Fell English"/>
          <w:color w:val="141414"/>
          <w:sz w:val="24"/>
        </w:rPr>
        <w:t>“Ten seconds to find your feet, bitch. Starting now. Ten… nine…”</w:t>
      </w:r>
    </w:p>
    <w:p>
      <w:r>
        <w:rPr>
          <w:rFonts w:ascii="IM Fell English" w:hAnsi="IM Fell English"/>
          <w:color w:val="141414"/>
          <w:sz w:val="24"/>
        </w:rPr>
        <w:t>Jennifer made it up at two, legs shaking, clear tire marks already rising across her thighs, eyes wet with laughter and pain.</w:t>
      </w:r>
    </w:p>
    <w:p>
      <w:r>
        <w:rPr>
          <w:rFonts w:ascii="IM Fell English" w:hAnsi="IM Fell English"/>
          <w:color w:val="141414"/>
          <w:sz w:val="24"/>
        </w:rPr>
        <w:t>“Okay. That one counted.”</w:t>
      </w:r>
    </w:p>
    <w:p>
      <w:r>
        <w:rPr>
          <w:rFonts w:ascii="IM Fell English" w:hAnsi="IM Fell English"/>
          <w:color w:val="141414"/>
          <w:sz w:val="24"/>
        </w:rPr>
        <w:t>“Damn right it counted.” Jenna looked across at Carissa and raised her voice. “Your turn to give Mommy a little kiss from the tires. Fair’s fair.”</w:t>
      </w:r>
    </w:p>
    <w:p>
      <w:r>
        <w:rPr>
          <w:rFonts w:ascii="IM Fell English" w:hAnsi="IM Fell English"/>
          <w:color w:val="141414"/>
          <w:sz w:val="24"/>
        </w:rPr>
        <w:t>Carissa’s smile turned sharp and delighted.</w:t>
      </w:r>
    </w:p>
    <w:p>
      <w:r>
        <w:rPr>
          <w:rFonts w:ascii="IM Fell English" w:hAnsi="IM Fell English"/>
          <w:color w:val="141414"/>
          <w:sz w:val="24"/>
        </w:rPr>
        <w:t>“With pleasure.”</w:t>
      </w:r>
    </w:p>
    <w:p>
      <w:r>
        <w:rPr>
          <w:rFonts w:ascii="IM Fell English" w:hAnsi="IM Fell English"/>
          <w:color w:val="141414"/>
          <w:sz w:val="24"/>
        </w:rPr>
        <w:t>She lined Jackie up carefully, gave her a short warning tap so she knew it was coming, then delivered a cleaner, heavier bump that put her mother flat. Jackie tried to roll out of it. Carissa simply followed, rolled the front right tire up over Jackie’s calves and the backs of her thighs, and parked it there for the same slow three-second count while Jackie’s hands opened and closed against the asphalt.</w:t>
      </w:r>
    </w:p>
    <w:p>
      <w:r>
        <w:rPr>
          <w:rFonts w:ascii="IM Fell English" w:hAnsi="IM Fell English"/>
          <w:color w:val="141414"/>
          <w:sz w:val="24"/>
        </w:rPr>
        <w:t>When Carissa eased off, Jackie stayed down a second longer than Jennifer had, then pushed up on trembling arms and managed a bloody, breathless grin.</w:t>
      </w:r>
    </w:p>
    <w:p>
      <w:r>
        <w:rPr>
          <w:rFonts w:ascii="IM Fell English" w:hAnsi="IM Fell English"/>
          <w:color w:val="141414"/>
          <w:sz w:val="24"/>
        </w:rPr>
        <w:t>“Proud of you, baby girl.”</w:t>
      </w:r>
    </w:p>
    <w:p>
      <w:r>
        <w:rPr>
          <w:rFonts w:ascii="IM Fell English" w:hAnsi="IM Fell English"/>
          <w:color w:val="141414"/>
          <w:sz w:val="24"/>
        </w:rPr>
        <w:t>“I know.” Carissa patted the steering wheel affectionately. “That’s why you’re my favorite bitch.”</w:t>
      </w:r>
    </w:p>
    <w:p>
      <w:r>
        <w:rPr>
          <w:rFonts w:ascii="IM Fell English" w:hAnsi="IM Fell English"/>
          <w:color w:val="141414"/>
          <w:sz w:val="24"/>
        </w:rPr>
        <w:t>Both jeeps idled side by side for a moment while the two marked, tire-tracked, thoroughly happy whores stood swaying in the sun, waiting for the next order.</w:t>
      </w:r>
    </w:p>
    <w:p>
      <w:r>
        <w:rPr>
          <w:rFonts w:ascii="IM Fell English" w:hAnsi="IM Fell English"/>
          <w:color w:val="141414"/>
          <w:sz w:val="24"/>
        </w:rPr>
        <w:t>Jenna wiped sweat from her forehead with the back of her wrist and looked at her niece.</w:t>
      </w:r>
    </w:p>
    <w:p>
      <w:r>
        <w:rPr>
          <w:rFonts w:ascii="IM Fell English" w:hAnsi="IM Fell English"/>
          <w:color w:val="141414"/>
          <w:sz w:val="24"/>
        </w:rPr>
        <w:t>“They’re still smiling. It’s almost disrespectful.”</w:t>
      </w:r>
    </w:p>
    <w:p>
      <w:r>
        <w:rPr>
          <w:rFonts w:ascii="IM Fell English" w:hAnsi="IM Fell English"/>
          <w:color w:val="141414"/>
          <w:sz w:val="24"/>
        </w:rPr>
        <w:t>Carissa nodded, equally pleased.</w:t>
      </w:r>
    </w:p>
    <w:p>
      <w:r>
        <w:rPr>
          <w:rFonts w:ascii="IM Fell English" w:hAnsi="IM Fell English"/>
          <w:color w:val="141414"/>
          <w:sz w:val="24"/>
        </w:rPr>
        <w:t>“Almost. One more round of bumps, then we chain them to the post again and work the tire marks properly. Loser of the next ten minutes rides the rest of the day in the passenger seat on those fresh bruises.”</w:t>
      </w:r>
    </w:p>
    <w:p>
      <w:r>
        <w:rPr>
          <w:rFonts w:ascii="IM Fell English" w:hAnsi="IM Fell English"/>
          <w:color w:val="141414"/>
          <w:sz w:val="24"/>
        </w:rPr>
        <w:t>“Deal.”</w:t>
      </w:r>
    </w:p>
    <w:p>
      <w:r>
        <w:rPr>
          <w:rFonts w:ascii="IM Fell English" w:hAnsi="IM Fell English"/>
          <w:color w:val="141414"/>
          <w:sz w:val="24"/>
        </w:rPr>
        <w:t>Jennifer and Jackie exchanged a long, resigned, still-grinning look.</w:t>
      </w:r>
    </w:p>
    <w:p>
      <w:r>
        <w:rPr>
          <w:rFonts w:ascii="IM Fell English" w:hAnsi="IM Fell English"/>
          <w:color w:val="141414"/>
          <w:sz w:val="24"/>
        </w:rPr>
        <w:t>Then the jeeps started moving again.</w:t>
      </w:r>
    </w:p>
    <w:p>
      <w:r>
        <w:rPr>
          <w:rFonts w:ascii="IM Fell English" w:hAnsi="IM Fell English"/>
          <w:color w:val="141414"/>
          <w:sz w:val="24"/>
        </w:rPr>
        <w:t>The sealed campus listened to the low growl of the old engines and the bright, ongoing laughter of four women who were turning orientation into the best day any of them had had in a long time.</w:t>
      </w:r>
    </w:p>
    <w:p>
      <w:r>
        <w:rPr>
          <w:rFonts w:ascii="IM Fell English" w:hAnsi="IM Fell English"/>
          <w:color w:val="141414"/>
          <w:sz w:val="24"/>
        </w:rPr>
        <w:t>The afternoon kept rolling.</w:t>
      </w:r>
    </w:p>
    <w:p>
      <w:r>
        <w:rPr>
          <w:rFonts w:ascii="IM Fell English" w:hAnsi="IM Fell English"/>
          <w:color w:val="141414"/>
          <w:sz w:val="24"/>
        </w:rPr>
        <w:t>And the tough-ass whores kept getting back up.</w:t>
      </w:r>
    </w:p>
    <w:p>
      <w:pPr>
        <w:pStyle w:val="Heading1"/>
        <w:jc w:val="center"/>
      </w:pPr>
      <w:r>
        <w:rPr>
          <w:rFonts w:ascii="IM Fell English" w:hAnsi="IM Fell English"/>
          <w:color w:val="0D0D0D"/>
        </w:rPr>
        <w:t>CHAPTER 16 — TIRE MARKS</w:t>
      </w:r>
    </w:p>
    <w:p>
      <w:r>
        <w:rPr>
          <w:rFonts w:ascii="IM Fell English" w:hAnsi="IM Fell English"/>
          <w:color w:val="141414"/>
          <w:sz w:val="24"/>
        </w:rPr>
        <w:t>The last ten minutes of the jeep game turned meaner in the most affectionate way possible.</w:t>
      </w:r>
    </w:p>
    <w:p>
      <w:r>
        <w:rPr>
          <w:rFonts w:ascii="IM Fell English" w:hAnsi="IM Fell English"/>
          <w:color w:val="141414"/>
          <w:sz w:val="24"/>
        </w:rPr>
        <w:t>Jenna and Carissa stopped giving warning taps. The bumps came harder, lower, and with better timing. Jennifer went down twice more and made the count both times, the second one with only a second to spare and a fresh scrape across her left breast. Jackie took three hits in quick succession, the final one putting her flat on her back long enough that Carissa actually reached “two” before she got a knee under herself.</w:t>
      </w:r>
    </w:p>
    <w:p>
      <w:r>
        <w:rPr>
          <w:rFonts w:ascii="IM Fell English" w:hAnsi="IM Fell English"/>
          <w:color w:val="141414"/>
          <w:sz w:val="24"/>
        </w:rPr>
        <w:t>When the arbitrary ten-minute mark ended, both bitches were swaying, covered in dust, blood, and clear black tire tracks across the backs of their thighs and asses. Neither of them had stayed down past the count. It was, by every technical measure, a draw.</w:t>
      </w:r>
    </w:p>
    <w:p>
      <w:r>
        <w:rPr>
          <w:rFonts w:ascii="IM Fell English" w:hAnsi="IM Fell English"/>
          <w:color w:val="141414"/>
          <w:sz w:val="24"/>
        </w:rPr>
        <w:t>Jenna killed her engine first and rested both arms on the steering wheel.</w:t>
      </w:r>
    </w:p>
    <w:p>
      <w:r>
        <w:rPr>
          <w:rFonts w:ascii="IM Fell English" w:hAnsi="IM Fell English"/>
          <w:color w:val="141414"/>
          <w:sz w:val="24"/>
        </w:rPr>
        <w:t>“Draw’s no fun.”</w:t>
      </w:r>
    </w:p>
    <w:p>
      <w:r>
        <w:rPr>
          <w:rFonts w:ascii="IM Fell English" w:hAnsi="IM Fell English"/>
          <w:color w:val="141414"/>
          <w:sz w:val="24"/>
        </w:rPr>
        <w:t>Carissa shut hers off too and hopped out.</w:t>
      </w:r>
    </w:p>
    <w:p>
      <w:r>
        <w:rPr>
          <w:rFonts w:ascii="IM Fell English" w:hAnsi="IM Fell English"/>
          <w:color w:val="141414"/>
          <w:sz w:val="24"/>
        </w:rPr>
        <w:t>“Agreed. Sudden death. First one who flinches while we work the tire marks loses and rides the passenger seat.”</w:t>
      </w:r>
    </w:p>
    <w:p>
      <w:r>
        <w:rPr>
          <w:rFonts w:ascii="IM Fell English" w:hAnsi="IM Fell English"/>
          <w:color w:val="141414"/>
          <w:sz w:val="24"/>
        </w:rPr>
        <w:t>Jennifer wiped blood from her mouth with the back of her hand and laughed.</w:t>
      </w:r>
    </w:p>
    <w:p>
      <w:r>
        <w:rPr>
          <w:rFonts w:ascii="IM Fell English" w:hAnsi="IM Fell English"/>
          <w:color w:val="141414"/>
          <w:sz w:val="24"/>
        </w:rPr>
        <w:t>“You’re both evil.”</w:t>
      </w:r>
    </w:p>
    <w:p>
      <w:r>
        <w:rPr>
          <w:rFonts w:ascii="IM Fell English" w:hAnsi="IM Fell English"/>
          <w:color w:val="141414"/>
          <w:sz w:val="24"/>
        </w:rPr>
        <w:t>Jackie rolled one shoulder and answered calmly.</w:t>
      </w:r>
    </w:p>
    <w:p>
      <w:r>
        <w:rPr>
          <w:rFonts w:ascii="IM Fell English" w:hAnsi="IM Fell English"/>
          <w:color w:val="141414"/>
          <w:sz w:val="24"/>
        </w:rPr>
        <w:t>“They’re your blood, mutt. This is what you get.”</w:t>
      </w:r>
    </w:p>
    <w:p>
      <w:r>
        <w:rPr>
          <w:rFonts w:ascii="IM Fell English" w:hAnsi="IM Fell English"/>
          <w:color w:val="141414"/>
          <w:sz w:val="24"/>
        </w:rPr>
        <w:t>The two young Mistresses herded them back to the center post at an easy walk. This time they turned Jennifer and Jackie to face the thick wooden post, chests and stomachs pressed against the rough wood, asses fully out and exposed. Wrists were cuffed high and tight around the post so they had to stretch. Ankles were spread wide and locked to low stakes. The fresh black tire tracks across the backs of their thighs and the fullest part of their asses were on perfect display, already rising into dark, tender bruises shaped exactly like the treads.</w:t>
      </w:r>
    </w:p>
    <w:p>
      <w:r>
        <w:rPr>
          <w:rFonts w:ascii="IM Fell English" w:hAnsi="IM Fell English"/>
          <w:color w:val="141414"/>
          <w:sz w:val="24"/>
        </w:rPr>
        <w:t>Jenna selected a wide, flexible strap. Carissa chose a shorter, stiffer one. They didn’t bother with warm-up.</w:t>
      </w:r>
    </w:p>
    <w:p>
      <w:r>
        <w:rPr>
          <w:rFonts w:ascii="IM Fell English" w:hAnsi="IM Fell English"/>
          <w:color w:val="141414"/>
          <w:sz w:val="24"/>
        </w:rPr>
        <w:t>Jenna spoke first, almost cheerful.</w:t>
      </w:r>
    </w:p>
    <w:p>
      <w:r>
        <w:rPr>
          <w:rFonts w:ascii="IM Fell English" w:hAnsi="IM Fell English"/>
          <w:color w:val="141414"/>
          <w:sz w:val="24"/>
        </w:rPr>
        <w:t>“No counting this time. Just flinch and you lose.”</w:t>
      </w:r>
    </w:p>
    <w:p>
      <w:r>
        <w:rPr>
          <w:rFonts w:ascii="IM Fell English" w:hAnsi="IM Fell English"/>
          <w:color w:val="141414"/>
          <w:sz w:val="24"/>
        </w:rPr>
        <w:t>Carissa smiled at her mother.</w:t>
      </w:r>
    </w:p>
    <w:p>
      <w:r>
        <w:rPr>
          <w:rFonts w:ascii="IM Fell English" w:hAnsi="IM Fell English"/>
          <w:color w:val="141414"/>
          <w:sz w:val="24"/>
        </w:rPr>
        <w:t>“Try not to embarrass me, Mommy.”</w:t>
      </w:r>
    </w:p>
    <w:p>
      <w:r>
        <w:rPr>
          <w:rFonts w:ascii="IM Fell English" w:hAnsi="IM Fell English"/>
          <w:color w:val="141414"/>
          <w:sz w:val="24"/>
        </w:rPr>
        <w:t>The first strokes landed directly across the tire marks. The sound was different — deeper, wetter. Jennifer’s whole body jerked against the post, but she kept her hips pressed forward and her legs locked. Jackie’s breath left her in a sharp, controlled hiss, yet she didn’t give a real flinch beyond the involuntary muscle twitch.</w:t>
      </w:r>
    </w:p>
    <w:p>
      <w:r>
        <w:rPr>
          <w:rFonts w:ascii="IM Fell English" w:hAnsi="IM Fell English"/>
          <w:color w:val="141414"/>
          <w:sz w:val="24"/>
        </w:rPr>
        <w:t>Jenna and Carissa settled into a slow, overlapping rhythm, deliberately targeting the darkest parts of the tread bruises. Every hit pulled a small sound out of one or both bitches, but neither gave the full flinch that would cost them the round. The circle of kneeling candidates watched in complete silence. Sweat ran down spines. The sun sat heavy on bare skin.</w:t>
      </w:r>
    </w:p>
    <w:p>
      <w:r>
        <w:rPr>
          <w:rFonts w:ascii="IM Fell English" w:hAnsi="IM Fell English"/>
          <w:color w:val="141414"/>
          <w:sz w:val="24"/>
        </w:rPr>
        <w:t>Jennifer broke the quiet first, voice tight but still full of shit.</w:t>
      </w:r>
    </w:p>
    <w:p>
      <w:r>
        <w:rPr>
          <w:rFonts w:ascii="IM Fell English" w:hAnsi="IM Fell English"/>
          <w:color w:val="141414"/>
          <w:sz w:val="24"/>
        </w:rPr>
        <w:t>“You’re both putting actual effort in. I’m flattered.”</w:t>
      </w:r>
    </w:p>
    <w:p>
      <w:r>
        <w:rPr>
          <w:rFonts w:ascii="IM Fell English" w:hAnsi="IM Fell English"/>
          <w:color w:val="141414"/>
          <w:sz w:val="24"/>
        </w:rPr>
        <w:t>Jenna answered with three rapid strokes across the same spot and watched her twin’s knees dip before locking straight again.</w:t>
      </w:r>
    </w:p>
    <w:p>
      <w:r>
        <w:rPr>
          <w:rFonts w:ascii="IM Fell English" w:hAnsi="IM Fell English"/>
          <w:color w:val="141414"/>
          <w:sz w:val="24"/>
        </w:rPr>
        <w:t>“Flatter me by not losing.”</w:t>
      </w:r>
    </w:p>
    <w:p>
      <w:r>
        <w:rPr>
          <w:rFonts w:ascii="IM Fell English" w:hAnsi="IM Fell English"/>
          <w:color w:val="141414"/>
          <w:sz w:val="24"/>
        </w:rPr>
        <w:t>Carissa worked the underside of Jackie’s ass where the tire had settled longest, precise and mean.</w:t>
      </w:r>
    </w:p>
    <w:p>
      <w:r>
        <w:rPr>
          <w:rFonts w:ascii="IM Fell English" w:hAnsi="IM Fell English"/>
          <w:color w:val="141414"/>
          <w:sz w:val="24"/>
        </w:rPr>
        <w:t>“She’s clenching her jaw so hard she’s going to crack a tooth. It’s adorable.”</w:t>
      </w:r>
    </w:p>
    <w:p>
      <w:r>
        <w:rPr>
          <w:rFonts w:ascii="IM Fell English" w:hAnsi="IM Fell English"/>
          <w:color w:val="141414"/>
          <w:sz w:val="24"/>
        </w:rPr>
        <w:t>Jackie spoke through that clenched jaw, still perfectly steady.</w:t>
      </w:r>
    </w:p>
    <w:p>
      <w:r>
        <w:rPr>
          <w:rFonts w:ascii="IM Fell English" w:hAnsi="IM Fell English"/>
          <w:color w:val="141414"/>
          <w:sz w:val="24"/>
        </w:rPr>
        <w:t>“Just committing the feeling to memory, baby girl. I’ll want to remember how proud I was.”</w:t>
      </w:r>
    </w:p>
    <w:p>
      <w:r>
        <w:rPr>
          <w:rFonts w:ascii="IM Fell English" w:hAnsi="IM Fell English"/>
          <w:color w:val="141414"/>
          <w:sz w:val="24"/>
        </w:rPr>
        <w:t>Carissa laughed, bright and open, and kissed the back of her mother’s shoulder between strokes.</w:t>
      </w:r>
    </w:p>
    <w:p>
      <w:r>
        <w:rPr>
          <w:rFonts w:ascii="IM Fell English" w:hAnsi="IM Fell English"/>
          <w:color w:val="141414"/>
          <w:sz w:val="24"/>
        </w:rPr>
        <w:t>“I hate how much I love you.”</w:t>
      </w:r>
    </w:p>
    <w:p>
      <w:r>
        <w:rPr>
          <w:rFonts w:ascii="IM Fell English" w:hAnsi="IM Fell English"/>
          <w:color w:val="141414"/>
          <w:sz w:val="24"/>
        </w:rPr>
        <w:t>“I know.”</w:t>
      </w:r>
    </w:p>
    <w:p>
      <w:r>
        <w:rPr>
          <w:rFonts w:ascii="IM Fell English" w:hAnsi="IM Fell English"/>
          <w:color w:val="141414"/>
          <w:sz w:val="24"/>
        </w:rPr>
        <w:t>They kept going until both sets of tire marks were a deep, glowing purple-red and both bitches were shaking hard enough that the chains rattled. Neither had given a clear flinch.</w:t>
      </w:r>
    </w:p>
    <w:p>
      <w:r>
        <w:rPr>
          <w:rFonts w:ascii="IM Fell English" w:hAnsi="IM Fell English"/>
          <w:color w:val="141414"/>
          <w:sz w:val="24"/>
        </w:rPr>
        <w:t>Jenna finally stepped back, breathing a little harder, and looked at Carissa.</w:t>
      </w:r>
    </w:p>
    <w:p>
      <w:r>
        <w:rPr>
          <w:rFonts w:ascii="IM Fell English" w:hAnsi="IM Fell English"/>
          <w:color w:val="141414"/>
          <w:sz w:val="24"/>
        </w:rPr>
        <w:t>“Still even. This is getting ridiculous.”</w:t>
      </w:r>
    </w:p>
    <w:p>
      <w:r>
        <w:rPr>
          <w:rFonts w:ascii="IM Fell English" w:hAnsi="IM Fell English"/>
          <w:color w:val="141414"/>
          <w:sz w:val="24"/>
        </w:rPr>
        <w:t>Carissa wiped sweat from her upper lip and nodded.</w:t>
      </w:r>
    </w:p>
    <w:p>
      <w:r>
        <w:rPr>
          <w:rFonts w:ascii="IM Fell English" w:hAnsi="IM Fell English"/>
          <w:color w:val="141414"/>
          <w:sz w:val="24"/>
        </w:rPr>
        <w:t>“Ridiculous and perfect. Unlock them. I want mine in my passenger seat anyway. She can sit on the marks and think about her life choices while we drive to the next toy.”</w:t>
      </w:r>
    </w:p>
    <w:p>
      <w:r>
        <w:rPr>
          <w:rFonts w:ascii="IM Fell English" w:hAnsi="IM Fell English"/>
          <w:color w:val="141414"/>
          <w:sz w:val="24"/>
        </w:rPr>
        <w:t>Jenna grinned.</w:t>
      </w:r>
    </w:p>
    <w:p>
      <w:r>
        <w:rPr>
          <w:rFonts w:ascii="IM Fell English" w:hAnsi="IM Fell English"/>
          <w:color w:val="141414"/>
          <w:sz w:val="24"/>
        </w:rPr>
        <w:t>“Same. Twin can ride with me and keep me company.”</w:t>
      </w:r>
    </w:p>
    <w:p>
      <w:r>
        <w:rPr>
          <w:rFonts w:ascii="IM Fell English" w:hAnsi="IM Fell English"/>
          <w:color w:val="141414"/>
          <w:sz w:val="24"/>
        </w:rPr>
        <w:t>They unlocked the cuffs. Jennifer and Jackie sagged for a second against the post, then straightened under their own power. Both sets of thighs and asses were a ruin of strap welts and perfect black tread bruises. Both women were still smiling.</w:t>
      </w:r>
    </w:p>
    <w:p>
      <w:r>
        <w:rPr>
          <w:rFonts w:ascii="IM Fell English" w:hAnsi="IM Fell English"/>
          <w:color w:val="141414"/>
          <w:sz w:val="24"/>
        </w:rPr>
        <w:t>Jenna patted the passenger seat of her jeep.</w:t>
      </w:r>
    </w:p>
    <w:p>
      <w:r>
        <w:rPr>
          <w:rFonts w:ascii="IM Fell English" w:hAnsi="IM Fell English"/>
          <w:color w:val="141414"/>
          <w:sz w:val="24"/>
        </w:rPr>
        <w:t>“In, bitch. Sit carefully.”</w:t>
      </w:r>
    </w:p>
    <w:p>
      <w:r>
        <w:rPr>
          <w:rFonts w:ascii="IM Fell English" w:hAnsi="IM Fell English"/>
          <w:color w:val="141414"/>
          <w:sz w:val="24"/>
        </w:rPr>
        <w:t>Jennifer climbed in with a long, hissed breath when her ruined skin met the canvas, then settled and gave her sister a crooked thumbs-up.</w:t>
      </w:r>
    </w:p>
    <w:p>
      <w:r>
        <w:rPr>
          <w:rFonts w:ascii="IM Fell English" w:hAnsi="IM Fell English"/>
          <w:color w:val="141414"/>
          <w:sz w:val="24"/>
        </w:rPr>
        <w:t>Carissa pointed at her own passenger seat.</w:t>
      </w:r>
    </w:p>
    <w:p>
      <w:r>
        <w:rPr>
          <w:rFonts w:ascii="IM Fell English" w:hAnsi="IM Fell English"/>
          <w:color w:val="141414"/>
          <w:sz w:val="24"/>
        </w:rPr>
        <w:t>“You know the drill, Mommy.”</w:t>
      </w:r>
    </w:p>
    <w:p>
      <w:r>
        <w:rPr>
          <w:rFonts w:ascii="IM Fell English" w:hAnsi="IM Fell English"/>
          <w:color w:val="141414"/>
          <w:sz w:val="24"/>
        </w:rPr>
        <w:t>Jackie sat with the same controlled wince and the same calm, bloody smile.</w:t>
      </w:r>
    </w:p>
    <w:p>
      <w:r>
        <w:rPr>
          <w:rFonts w:ascii="IM Fell English" w:hAnsi="IM Fell English"/>
          <w:color w:val="141414"/>
          <w:sz w:val="24"/>
        </w:rPr>
        <w:t>The two young Mistresses fired the engines again, still laughing, and rolled toward the far end of the campus where the heavier toys waited.</w:t>
      </w:r>
    </w:p>
    <w:p>
      <w:r>
        <w:rPr>
          <w:rFonts w:ascii="IM Fell English" w:hAnsi="IM Fell English"/>
          <w:color w:val="141414"/>
          <w:sz w:val="24"/>
        </w:rPr>
        <w:t>Behind them the post stood empty and dark with sweat and small smears of blood.</w:t>
      </w:r>
    </w:p>
    <w:p>
      <w:r>
        <w:rPr>
          <w:rFonts w:ascii="IM Fell English" w:hAnsi="IM Fell English"/>
          <w:color w:val="141414"/>
          <w:sz w:val="24"/>
        </w:rPr>
        <w:t>Orientation continued exactly the way the family preferred it — slow, vicious, full of jokes, and nowhere near finished.</w:t>
      </w:r>
    </w:p>
    <w:p>
      <w:pPr>
        <w:pStyle w:val="Heading1"/>
        <w:jc w:val="center"/>
      </w:pPr>
      <w:r>
        <w:rPr>
          <w:rFonts w:ascii="IM Fell English" w:hAnsi="IM Fell English"/>
          <w:color w:val="0D0D0D"/>
        </w:rPr>
        <w:t>CHAPTER 17 — PASSENGER SEAT</w:t>
      </w:r>
    </w:p>
    <w:p>
      <w:r>
        <w:rPr>
          <w:rFonts w:ascii="IM Fell English" w:hAnsi="IM Fell English"/>
          <w:color w:val="141414"/>
          <w:sz w:val="24"/>
        </w:rPr>
        <w:t>The canvas seats were not kind.</w:t>
      </w:r>
    </w:p>
    <w:p>
      <w:r>
        <w:rPr>
          <w:rFonts w:ascii="IM Fell English" w:hAnsi="IM Fell English"/>
          <w:color w:val="141414"/>
          <w:sz w:val="24"/>
        </w:rPr>
        <w:t>Jennifer sat as lightly as she could, but every bump in the old jeep still drove the fresh tire marks and strap welts straight into the rough fabric. She hissed through her teeth the first few times, then started laughing under her breath every time Jenna deliberately found a pothole.</w:t>
      </w:r>
    </w:p>
    <w:p>
      <w:r>
        <w:rPr>
          <w:rFonts w:ascii="IM Fell English" w:hAnsi="IM Fell English"/>
          <w:color w:val="141414"/>
          <w:sz w:val="24"/>
        </w:rPr>
        <w:t>“You’re doing that on purpose.”</w:t>
      </w:r>
    </w:p>
    <w:p>
      <w:r>
        <w:rPr>
          <w:rFonts w:ascii="IM Fell English" w:hAnsi="IM Fell English"/>
          <w:color w:val="141414"/>
          <w:sz w:val="24"/>
        </w:rPr>
        <w:t>Jenna kept her eyes on the internal road and smiled.</w:t>
      </w:r>
    </w:p>
    <w:p>
      <w:r>
        <w:rPr>
          <w:rFonts w:ascii="IM Fell English" w:hAnsi="IM Fell English"/>
          <w:color w:val="141414"/>
          <w:sz w:val="24"/>
        </w:rPr>
        <w:t>“Obviously. You lost the right to a comfortable ride when you decided to be tough.”</w:t>
      </w:r>
    </w:p>
    <w:p>
      <w:r>
        <w:rPr>
          <w:rFonts w:ascii="IM Fell English" w:hAnsi="IM Fell English"/>
          <w:color w:val="141414"/>
          <w:sz w:val="24"/>
        </w:rPr>
        <w:t>“I didn’t lose. It was a draw.”</w:t>
      </w:r>
    </w:p>
    <w:p>
      <w:r>
        <w:rPr>
          <w:rFonts w:ascii="IM Fell English" w:hAnsi="IM Fell English"/>
          <w:color w:val="141414"/>
          <w:sz w:val="24"/>
        </w:rPr>
        <w:t>“Details.” Jenna reached over with one hand and gave the darkest bruise on Jennifer’s thigh a firm, affectionate squeeze. Jennifer’s whole body jerked, but she still grinned. “Besides, you look good like this. Marked, sweaty, trying not to squirm. Very on-brand for my bitch.”</w:t>
      </w:r>
    </w:p>
    <w:p>
      <w:r>
        <w:rPr>
          <w:rFonts w:ascii="IM Fell English" w:hAnsi="IM Fell English"/>
          <w:color w:val="141414"/>
          <w:sz w:val="24"/>
        </w:rPr>
        <w:t>In the second jeep, Carissa was having similar fun. She took the long way around a gentle curve just so the seat would shift under Jackie, then glanced over with open enjoyment.</w:t>
      </w:r>
    </w:p>
    <w:p>
      <w:r>
        <w:rPr>
          <w:rFonts w:ascii="IM Fell English" w:hAnsi="IM Fell English"/>
          <w:color w:val="141414"/>
          <w:sz w:val="24"/>
        </w:rPr>
        <w:t>“How’s the seating arrangement, Mommy?”</w:t>
      </w:r>
    </w:p>
    <w:p>
      <w:r>
        <w:rPr>
          <w:rFonts w:ascii="IM Fell English" w:hAnsi="IM Fell English"/>
          <w:color w:val="141414"/>
          <w:sz w:val="24"/>
        </w:rPr>
        <w:t>Jackie exhaled slowly and answered with perfect calm.</w:t>
      </w:r>
    </w:p>
    <w:p>
      <w:r>
        <w:rPr>
          <w:rFonts w:ascii="IM Fell English" w:hAnsi="IM Fell English"/>
          <w:color w:val="141414"/>
          <w:sz w:val="24"/>
        </w:rPr>
        <w:t>“Educational. I’m learning new things about your driving.”</w:t>
      </w:r>
    </w:p>
    <w:p>
      <w:r>
        <w:rPr>
          <w:rFonts w:ascii="IM Fell English" w:hAnsi="IM Fell English"/>
          <w:color w:val="141414"/>
          <w:sz w:val="24"/>
        </w:rPr>
        <w:t>“Good.” Carissa patted her mother’s bare knee, right on a perfect tread bruise. “I’d hate for you to get bored.”</w:t>
      </w:r>
    </w:p>
    <w:p>
      <w:r>
        <w:rPr>
          <w:rFonts w:ascii="IM Fell English" w:hAnsi="IM Fell English"/>
          <w:color w:val="141414"/>
          <w:sz w:val="24"/>
        </w:rPr>
        <w:t>They rolled past the empty parade ground and the quieter barracks rows until the far training area came into view. A wide, open concrete pad sat under the sun, surrounded by low walls and stacked with heavier equipment: thicker straps and belts hanging from hooks, a pair of low padded benches, a vertical post with higher attachment points, and a long, shallow concrete channel that looked suspiciously like it had been designed for water and endurance work.</w:t>
      </w:r>
    </w:p>
    <w:p>
      <w:r>
        <w:rPr>
          <w:rFonts w:ascii="IM Fell English" w:hAnsi="IM Fell English"/>
          <w:color w:val="141414"/>
          <w:sz w:val="24"/>
        </w:rPr>
        <w:t>Jenna parked first and killed the engine.</w:t>
      </w:r>
    </w:p>
    <w:p>
      <w:r>
        <w:rPr>
          <w:rFonts w:ascii="IM Fell English" w:hAnsi="IM Fell English"/>
          <w:color w:val="141414"/>
          <w:sz w:val="24"/>
        </w:rPr>
        <w:t>“Home sweet home for the next couple of hours.”</w:t>
      </w:r>
    </w:p>
    <w:p>
      <w:r>
        <w:rPr>
          <w:rFonts w:ascii="IM Fell English" w:hAnsi="IM Fell English"/>
          <w:color w:val="141414"/>
          <w:sz w:val="24"/>
        </w:rPr>
        <w:t>Carissa pulled up beside her and shut hers off too.</w:t>
      </w:r>
    </w:p>
    <w:p>
      <w:r>
        <w:rPr>
          <w:rFonts w:ascii="IM Fell English" w:hAnsi="IM Fell English"/>
          <w:color w:val="141414"/>
          <w:sz w:val="24"/>
        </w:rPr>
        <w:t>“Out, both of you. Careful with the merchandise.”</w:t>
      </w:r>
    </w:p>
    <w:p>
      <w:r>
        <w:rPr>
          <w:rFonts w:ascii="IM Fell English" w:hAnsi="IM Fell English"/>
          <w:color w:val="141414"/>
          <w:sz w:val="24"/>
        </w:rPr>
        <w:t>Jennifer climbed out with another long hiss when her skin peeled away from the canvas. Jackie did the same, slower and more controlled, but the tightness around her eyes gave her away. Both sets of asses and the backs of their thighs were a deep, glowing ruin of overlapping strap marks and perfect black tire tracks.</w:t>
      </w:r>
    </w:p>
    <w:p>
      <w:r>
        <w:rPr>
          <w:rFonts w:ascii="IM Fell English" w:hAnsi="IM Fell English"/>
          <w:color w:val="141414"/>
          <w:sz w:val="24"/>
        </w:rPr>
        <w:t>Jenna stretched her arms over her head and looked the two of them up and down with open satisfaction.</w:t>
      </w:r>
    </w:p>
    <w:p>
      <w:r>
        <w:rPr>
          <w:rFonts w:ascii="IM Fell English" w:hAnsi="IM Fell English"/>
          <w:color w:val="141414"/>
          <w:sz w:val="24"/>
        </w:rPr>
        <w:t>“Still smiling. It’s almost insulting how well you’re both holding up.”</w:t>
      </w:r>
    </w:p>
    <w:p>
      <w:r>
        <w:rPr>
          <w:rFonts w:ascii="IM Fell English" w:hAnsi="IM Fell English"/>
          <w:color w:val="141414"/>
          <w:sz w:val="24"/>
        </w:rPr>
        <w:t>Jennifer gave a mock bow, then winced when the movement pulled everything.</w:t>
      </w:r>
    </w:p>
    <w:p>
      <w:r>
        <w:rPr>
          <w:rFonts w:ascii="IM Fell English" w:hAnsi="IM Fell English"/>
          <w:color w:val="141414"/>
          <w:sz w:val="24"/>
        </w:rPr>
        <w:t>“We’re professionals, twin. Also, we’re showing off for the nieces and daughters.”</w:t>
      </w:r>
    </w:p>
    <w:p>
      <w:r>
        <w:rPr>
          <w:rFonts w:ascii="IM Fell English" w:hAnsi="IM Fell English"/>
          <w:color w:val="141414"/>
          <w:sz w:val="24"/>
        </w:rPr>
        <w:t>Carissa laughed and hooked two fingers through Jackie’s collar.</w:t>
      </w:r>
    </w:p>
    <w:p>
      <w:r>
        <w:rPr>
          <w:rFonts w:ascii="IM Fell English" w:hAnsi="IM Fell English"/>
          <w:color w:val="141414"/>
          <w:sz w:val="24"/>
        </w:rPr>
        <w:t>“Speak for yourself, Stepmom. Mine is showing off for me personally.”</w:t>
      </w:r>
    </w:p>
    <w:p>
      <w:r>
        <w:rPr>
          <w:rFonts w:ascii="IM Fell English" w:hAnsi="IM Fell English"/>
          <w:color w:val="141414"/>
          <w:sz w:val="24"/>
        </w:rPr>
        <w:t>Jackie let herself be drawn closer and pressed a bloody kiss to Carissa’s cheek.</w:t>
      </w:r>
    </w:p>
    <w:p>
      <w:r>
        <w:rPr>
          <w:rFonts w:ascii="IM Fell English" w:hAnsi="IM Fell English"/>
          <w:color w:val="141414"/>
          <w:sz w:val="24"/>
        </w:rPr>
        <w:t>“Always, baby girl.”</w:t>
      </w:r>
    </w:p>
    <w:p>
      <w:r>
        <w:rPr>
          <w:rFonts w:ascii="IM Fell English" w:hAnsi="IM Fell English"/>
          <w:color w:val="141414"/>
          <w:sz w:val="24"/>
        </w:rPr>
        <w:t>Jenna pointed at the low padded benches.</w:t>
      </w:r>
    </w:p>
    <w:p>
      <w:r>
        <w:rPr>
          <w:rFonts w:ascii="IM Fell English" w:hAnsi="IM Fell English"/>
          <w:color w:val="141414"/>
          <w:sz w:val="24"/>
        </w:rPr>
        <w:t>“Both of them bent over. Chest on the pads, asses high. I want to see those tire marks properly under better light before we decide what heavier toy we feel like using first.”</w:t>
      </w:r>
    </w:p>
    <w:p>
      <w:r>
        <w:rPr>
          <w:rFonts w:ascii="IM Fell English" w:hAnsi="IM Fell English"/>
          <w:color w:val="141414"/>
          <w:sz w:val="24"/>
        </w:rPr>
        <w:t>Carissa nodded.</w:t>
      </w:r>
    </w:p>
    <w:p>
      <w:r>
        <w:rPr>
          <w:rFonts w:ascii="IM Fell English" w:hAnsi="IM Fell English"/>
          <w:color w:val="141414"/>
          <w:sz w:val="24"/>
        </w:rPr>
        <w:t>“And no more draws. Next clear win decides who gets to pick the first heavy implement.”</w:t>
      </w:r>
    </w:p>
    <w:p>
      <w:r>
        <w:rPr>
          <w:rFonts w:ascii="IM Fell English" w:hAnsi="IM Fell English"/>
          <w:color w:val="141414"/>
          <w:sz w:val="24"/>
        </w:rPr>
        <w:t>“Deal.”</w:t>
      </w:r>
    </w:p>
    <w:p>
      <w:r>
        <w:rPr>
          <w:rFonts w:ascii="IM Fell English" w:hAnsi="IM Fell English"/>
          <w:color w:val="141414"/>
          <w:sz w:val="24"/>
        </w:rPr>
        <w:t>They walked their marked, limping, still-grinning property over to the benches. Jennifer and Jackie bent without being told a second time, chests to the pads, wrists reaching forward to the front legs so they could be cuffed if necessary. The position put every fresh bruise and tread mark on perfect display under the hard afternoon sun.</w:t>
      </w:r>
    </w:p>
    <w:p>
      <w:r>
        <w:rPr>
          <w:rFonts w:ascii="IM Fell English" w:hAnsi="IM Fell English"/>
          <w:color w:val="141414"/>
          <w:sz w:val="24"/>
        </w:rPr>
        <w:t>Jenna ran her palm slowly over the glowing mess she had left on her twin, feeling the heat.</w:t>
      </w:r>
    </w:p>
    <w:p>
      <w:r>
        <w:rPr>
          <w:rFonts w:ascii="IM Fell English" w:hAnsi="IM Fell English"/>
          <w:color w:val="141414"/>
          <w:sz w:val="24"/>
        </w:rPr>
        <w:t>“Beautiful work, if I do say so myself.”</w:t>
      </w:r>
    </w:p>
    <w:p>
      <w:r>
        <w:rPr>
          <w:rFonts w:ascii="IM Fell English" w:hAnsi="IM Fell English"/>
          <w:color w:val="141414"/>
          <w:sz w:val="24"/>
        </w:rPr>
        <w:t>Carissa did the same on Jackie, more possessive, fingers digging in just enough to make her mother breathe carefully.</w:t>
      </w:r>
    </w:p>
    <w:p>
      <w:r>
        <w:rPr>
          <w:rFonts w:ascii="IM Fell English" w:hAnsi="IM Fell English"/>
          <w:color w:val="141414"/>
          <w:sz w:val="24"/>
        </w:rPr>
        <w:t>“Not bad. Still think mine looks better.”</w:t>
      </w:r>
    </w:p>
    <w:p>
      <w:r>
        <w:rPr>
          <w:rFonts w:ascii="IM Fell English" w:hAnsi="IM Fell English"/>
          <w:color w:val="141414"/>
          <w:sz w:val="24"/>
        </w:rPr>
        <w:t>Jackie turned her head on the pad and spoke with calm amusement.</w:t>
      </w:r>
    </w:p>
    <w:p>
      <w:r>
        <w:rPr>
          <w:rFonts w:ascii="IM Fell English" w:hAnsi="IM Fell English"/>
          <w:color w:val="141414"/>
          <w:sz w:val="24"/>
        </w:rPr>
        <w:t>“You’re both very talented. Now someone please hit me again before I start feeling neglected.”</w:t>
      </w:r>
    </w:p>
    <w:p>
      <w:r>
        <w:rPr>
          <w:rFonts w:ascii="IM Fell English" w:hAnsi="IM Fell English"/>
          <w:color w:val="141414"/>
          <w:sz w:val="24"/>
        </w:rPr>
        <w:t>Jennifer snorted into the pad.</w:t>
      </w:r>
    </w:p>
    <w:p>
      <w:r>
        <w:rPr>
          <w:rFonts w:ascii="IM Fell English" w:hAnsi="IM Fell English"/>
          <w:color w:val="141414"/>
          <w:sz w:val="24"/>
        </w:rPr>
        <w:t>“What she said.”</w:t>
      </w:r>
    </w:p>
    <w:p>
      <w:r>
        <w:rPr>
          <w:rFonts w:ascii="IM Fell English" w:hAnsi="IM Fell English"/>
          <w:color w:val="141414"/>
          <w:sz w:val="24"/>
        </w:rPr>
        <w:t>Jenna and Carissa looked at each other across the two bent bodies and shared the same bright, unhinged smile.</w:t>
      </w:r>
    </w:p>
    <w:p>
      <w:r>
        <w:rPr>
          <w:rFonts w:ascii="IM Fell English" w:hAnsi="IM Fell English"/>
          <w:color w:val="141414"/>
          <w:sz w:val="24"/>
        </w:rPr>
        <w:t>The heavier toys waited only a few steps away.</w:t>
      </w:r>
    </w:p>
    <w:p>
      <w:r>
        <w:rPr>
          <w:rFonts w:ascii="IM Fell English" w:hAnsi="IM Fell English"/>
          <w:color w:val="141414"/>
          <w:sz w:val="24"/>
        </w:rPr>
        <w:t>Orientation was about to move up a grade.</w:t>
      </w:r>
    </w:p>
    <w:p>
      <w:r>
        <w:rPr>
          <w:rFonts w:ascii="IM Fell English" w:hAnsi="IM Fell English"/>
          <w:color w:val="141414"/>
          <w:sz w:val="24"/>
        </w:rPr>
        <w:t>And the two tough-ass whores were still right there with them, bleeding, bruised, and completely in on the joke.</w:t>
      </w:r>
    </w:p>
    <w:p>
      <w:pPr>
        <w:pStyle w:val="Heading1"/>
        <w:jc w:val="center"/>
      </w:pPr>
      <w:r>
        <w:rPr>
          <w:rFonts w:ascii="IM Fell English" w:hAnsi="IM Fell English"/>
          <w:color w:val="0D0D0D"/>
        </w:rPr>
        <w:t>CHAPTER 18 — HEAVIER TOYS</w:t>
      </w:r>
    </w:p>
    <w:p>
      <w:r>
        <w:rPr>
          <w:rFonts w:ascii="IM Fell English" w:hAnsi="IM Fell English"/>
          <w:color w:val="141414"/>
          <w:sz w:val="24"/>
        </w:rPr>
        <w:t>Jenna walked the short line of hanging implements like she was shopping.</w:t>
      </w:r>
    </w:p>
    <w:p>
      <w:r>
        <w:rPr>
          <w:rFonts w:ascii="IM Fell English" w:hAnsi="IM Fell English"/>
          <w:color w:val="141414"/>
          <w:sz w:val="24"/>
        </w:rPr>
        <w:t>She ran her fingers along a thick leather belt, a heavy rubber strap, a wide wooden paddle, and a short length of flexible cable before settling on the heavy rubber one. It was black, about a quarter-inch thick, and had enough weight to make a deep, authoritative sound. Carissa chose a wide, polished wooden paddle with holes drilled through it for less wind resistance and more sting.</w:t>
      </w:r>
    </w:p>
    <w:p>
      <w:r>
        <w:rPr>
          <w:rFonts w:ascii="IM Fell English" w:hAnsi="IM Fell English"/>
          <w:color w:val="141414"/>
          <w:sz w:val="24"/>
        </w:rPr>
        <w:t>They returned to the benches side by side.</w:t>
      </w:r>
    </w:p>
    <w:p>
      <w:r>
        <w:rPr>
          <w:rFonts w:ascii="IM Fell English" w:hAnsi="IM Fell English"/>
          <w:color w:val="141414"/>
          <w:sz w:val="24"/>
        </w:rPr>
        <w:t>Jenna rested the rubber strap across the already ruined curve of Jennifer’s ass.</w:t>
      </w:r>
    </w:p>
    <w:p>
      <w:r>
        <w:rPr>
          <w:rFonts w:ascii="IM Fell English" w:hAnsi="IM Fell English"/>
          <w:color w:val="141414"/>
          <w:sz w:val="24"/>
        </w:rPr>
        <w:t>“No more half-measures. First clear, honest yell loses, and the winner picks the next toy.”</w:t>
      </w:r>
    </w:p>
    <w:p>
      <w:r>
        <w:rPr>
          <w:rFonts w:ascii="IM Fell English" w:hAnsi="IM Fell English"/>
          <w:color w:val="141414"/>
          <w:sz w:val="24"/>
        </w:rPr>
        <w:t>Carissa tapped the wooden paddle lightly against Jackie’s thigh.</w:t>
      </w:r>
    </w:p>
    <w:p>
      <w:r>
        <w:rPr>
          <w:rFonts w:ascii="IM Fell English" w:hAnsi="IM Fell English"/>
          <w:color w:val="141414"/>
          <w:sz w:val="24"/>
        </w:rPr>
        <w:t>“Rules accepted. Try not to disappoint me, Mommy.”</w:t>
      </w:r>
    </w:p>
    <w:p>
      <w:r>
        <w:rPr>
          <w:rFonts w:ascii="IM Fell English" w:hAnsi="IM Fell English"/>
          <w:color w:val="141414"/>
          <w:sz w:val="24"/>
        </w:rPr>
        <w:t>Jackie turned her head on the pad and gave her daughter a calm, bloody smile.</w:t>
      </w:r>
    </w:p>
    <w:p>
      <w:r>
        <w:rPr>
          <w:rFonts w:ascii="IM Fell English" w:hAnsi="IM Fell English"/>
          <w:color w:val="141414"/>
          <w:sz w:val="24"/>
        </w:rPr>
        <w:t>“Do your worst, baby girl.”</w:t>
      </w:r>
    </w:p>
    <w:p>
      <w:r>
        <w:rPr>
          <w:rFonts w:ascii="IM Fell English" w:hAnsi="IM Fell English"/>
          <w:color w:val="141414"/>
          <w:sz w:val="24"/>
        </w:rPr>
        <w:t>Jennifer, face still pressed to the padding, added cheerfully,</w:t>
      </w:r>
    </w:p>
    <w:p>
      <w:r>
        <w:rPr>
          <w:rFonts w:ascii="IM Fell English" w:hAnsi="IM Fell English"/>
          <w:color w:val="141414"/>
          <w:sz w:val="24"/>
        </w:rPr>
        <w:t>“Same goes for you, twin. I’ve got room on the calendar for regrets.”</w:t>
      </w:r>
    </w:p>
    <w:p>
      <w:r>
        <w:rPr>
          <w:rFonts w:ascii="IM Fell English" w:hAnsi="IM Fell English"/>
          <w:color w:val="141414"/>
          <w:sz w:val="24"/>
        </w:rPr>
        <w:t>Jenna and Carissa shared one more quick grin, then raised their arms.</w:t>
      </w:r>
    </w:p>
    <w:p>
      <w:r>
        <w:rPr>
          <w:rFonts w:ascii="IM Fell English" w:hAnsi="IM Fell English"/>
          <w:color w:val="141414"/>
          <w:sz w:val="24"/>
        </w:rPr>
        <w:t>The first strokes landed almost together.</w:t>
      </w:r>
    </w:p>
    <w:p>
      <w:r>
        <w:rPr>
          <w:rFonts w:ascii="IM Fell English" w:hAnsi="IM Fell English"/>
          <w:color w:val="141414"/>
          <w:sz w:val="24"/>
        </w:rPr>
        <w:t xml:space="preserve">The heavy rubber strap made a deep, wet </w:t>
      </w:r>
      <w:r>
        <w:rPr>
          <w:rFonts w:ascii="IM Fell English" w:hAnsi="IM Fell English"/>
          <w:i/>
          <w:color w:val="141414"/>
          <w:sz w:val="24"/>
        </w:rPr>
        <w:t>thwack</w:t>
      </w:r>
      <w:r>
        <w:rPr>
          <w:rFonts w:ascii="IM Fell English" w:hAnsi="IM Fell English"/>
          <w:color w:val="141414"/>
          <w:sz w:val="24"/>
        </w:rPr>
        <w:t xml:space="preserve"> that flattened the existing welts and tire marks on Jennifer’s ass into a new layer of fire. Jennifer’s hands tightened on the bench legs, but the only sound she gave was a long, controlled exhale through her teeth. Carissa’s wooden paddle cracked louder and sharper across both of Jackie’s cheeks at once. Jackie’s body rocked forward against the pad; she still didn’t yell.</w:t>
      </w:r>
    </w:p>
    <w:p>
      <w:r>
        <w:rPr>
          <w:rFonts w:ascii="IM Fell English" w:hAnsi="IM Fell English"/>
          <w:color w:val="141414"/>
          <w:sz w:val="24"/>
        </w:rPr>
        <w:t>They settled into a steady, alternating rhythm.</w:t>
      </w:r>
    </w:p>
    <w:p>
      <w:r>
        <w:rPr>
          <w:rFonts w:ascii="IM Fell English" w:hAnsi="IM Fell English"/>
          <w:color w:val="141414"/>
          <w:sz w:val="24"/>
        </w:rPr>
        <w:t>Jenna worked the rubber strap in overlapping arcs, covering every inch of the tire-tracked skin and then moving lower onto the sensitive undersides where thigh met ass. Carissa kept the paddle precise and mean, stacking perfect rectangular blooms until Jackie’s entire backside was a deep, uniform red-purple. Both bitches took it with the same stubborn, almost cheerful toughness that had already carried them through the whole day — hissing, cursing under their breath, laughing when the pain spiked, but refusing to give the clear yell that would cost them the round.</w:t>
      </w:r>
    </w:p>
    <w:p>
      <w:r>
        <w:rPr>
          <w:rFonts w:ascii="IM Fell English" w:hAnsi="IM Fell English"/>
          <w:color w:val="141414"/>
          <w:sz w:val="24"/>
        </w:rPr>
        <w:t>Jennifer broke the silence first, voice tight and amused.</w:t>
      </w:r>
    </w:p>
    <w:p>
      <w:r>
        <w:rPr>
          <w:rFonts w:ascii="IM Fell English" w:hAnsi="IM Fell English"/>
          <w:color w:val="141414"/>
          <w:sz w:val="24"/>
        </w:rPr>
        <w:t>“You’re putting your shoulders into it. I’m touched.”</w:t>
      </w:r>
    </w:p>
    <w:p>
      <w:r>
        <w:rPr>
          <w:rFonts w:ascii="IM Fell English" w:hAnsi="IM Fell English"/>
          <w:color w:val="141414"/>
          <w:sz w:val="24"/>
        </w:rPr>
        <w:t>Jenna answered with three rapid, heavier strokes that finally pulled a short, sharp cry out of her twin.</w:t>
      </w:r>
    </w:p>
    <w:p>
      <w:r>
        <w:rPr>
          <w:rFonts w:ascii="IM Fell English" w:hAnsi="IM Fell English"/>
          <w:color w:val="141414"/>
          <w:sz w:val="24"/>
        </w:rPr>
        <w:t>The yard went quiet for half a second.</w:t>
      </w:r>
    </w:p>
    <w:p>
      <w:r>
        <w:rPr>
          <w:rFonts w:ascii="IM Fell English" w:hAnsi="IM Fell English"/>
          <w:color w:val="141414"/>
          <w:sz w:val="24"/>
        </w:rPr>
        <w:t>Jenna lowered the strap and beamed.</w:t>
      </w:r>
    </w:p>
    <w:p>
      <w:r>
        <w:rPr>
          <w:rFonts w:ascii="IM Fell English" w:hAnsi="IM Fell English"/>
          <w:color w:val="141414"/>
          <w:sz w:val="24"/>
        </w:rPr>
        <w:t>“There it is.”</w:t>
      </w:r>
    </w:p>
    <w:p>
      <w:r>
        <w:rPr>
          <w:rFonts w:ascii="IM Fell English" w:hAnsi="IM Fell English"/>
          <w:color w:val="141414"/>
          <w:sz w:val="24"/>
        </w:rPr>
        <w:t>Carissa gave Jackie two more solid paddle cracks for good measure, then stepped back with a theatrical sigh.</w:t>
      </w:r>
    </w:p>
    <w:p>
      <w:r>
        <w:rPr>
          <w:rFonts w:ascii="IM Fell English" w:hAnsi="IM Fell English"/>
          <w:color w:val="141414"/>
          <w:sz w:val="24"/>
        </w:rPr>
        <w:t>“Damn. I was hoping she’d break first.”</w:t>
      </w:r>
    </w:p>
    <w:p>
      <w:r>
        <w:rPr>
          <w:rFonts w:ascii="IM Fell English" w:hAnsi="IM Fell English"/>
          <w:color w:val="141414"/>
          <w:sz w:val="24"/>
        </w:rPr>
        <w:t>Jackie exhaled slowly and spoke into the pad, still perfectly calm.</w:t>
      </w:r>
    </w:p>
    <w:p>
      <w:r>
        <w:rPr>
          <w:rFonts w:ascii="IM Fell English" w:hAnsi="IM Fell English"/>
          <w:color w:val="141414"/>
          <w:sz w:val="24"/>
        </w:rPr>
        <w:t>“Proud of you for trying, baby girl.”</w:t>
      </w:r>
    </w:p>
    <w:p>
      <w:r>
        <w:rPr>
          <w:rFonts w:ascii="IM Fell English" w:hAnsi="IM Fell English"/>
          <w:color w:val="141414"/>
          <w:sz w:val="24"/>
        </w:rPr>
        <w:t>Carissa leaned over and bit the back of her mother’s shoulder hard enough to leave teeth marks.</w:t>
      </w:r>
    </w:p>
    <w:p>
      <w:r>
        <w:rPr>
          <w:rFonts w:ascii="IM Fell English" w:hAnsi="IM Fell English"/>
          <w:color w:val="141414"/>
          <w:sz w:val="24"/>
        </w:rPr>
        <w:t>“Shut up. You’re still my favorite bitch.”</w:t>
      </w:r>
    </w:p>
    <w:p>
      <w:r>
        <w:rPr>
          <w:rFonts w:ascii="IM Fell English" w:hAnsi="IM Fell English"/>
          <w:color w:val="141414"/>
          <w:sz w:val="24"/>
        </w:rPr>
        <w:t>Jenna twirled the heavy rubber strap once and pointed it at the remaining implements.</w:t>
      </w:r>
    </w:p>
    <w:p>
      <w:r>
        <w:rPr>
          <w:rFonts w:ascii="IM Fell English" w:hAnsi="IM Fell English"/>
          <w:color w:val="141414"/>
          <w:sz w:val="24"/>
        </w:rPr>
        <w:t>“Winner’s choice. I want the cable next. Both of them. Same position. We work until I decide they’ve had enough or one of them actually asks to stop.”</w:t>
      </w:r>
    </w:p>
    <w:p>
      <w:r>
        <w:rPr>
          <w:rFonts w:ascii="IM Fell English" w:hAnsi="IM Fell English"/>
          <w:color w:val="141414"/>
          <w:sz w:val="24"/>
        </w:rPr>
        <w:t>Carissa’s eyes lit up.</w:t>
      </w:r>
    </w:p>
    <w:p>
      <w:r>
        <w:rPr>
          <w:rFonts w:ascii="IM Fell English" w:hAnsi="IM Fell English"/>
          <w:color w:val="141414"/>
          <w:sz w:val="24"/>
        </w:rPr>
        <w:t>“You’re on. But if either of them asks to stop, she rides the rest of the day in the other Mistress’s jeep with no sitting privilege — knees on the floorboards.”</w:t>
      </w:r>
    </w:p>
    <w:p>
      <w:r>
        <w:rPr>
          <w:rFonts w:ascii="IM Fell English" w:hAnsi="IM Fell English"/>
          <w:color w:val="141414"/>
          <w:sz w:val="24"/>
        </w:rPr>
        <w:t>“Perfect.”</w:t>
      </w:r>
    </w:p>
    <w:p>
      <w:r>
        <w:rPr>
          <w:rFonts w:ascii="IM Fell English" w:hAnsi="IM Fell English"/>
          <w:color w:val="141414"/>
          <w:sz w:val="24"/>
        </w:rPr>
        <w:t>They unlocked the two women’s wrists just long enough to let them shake out their arms, then recuffed them lower on the bench legs so they could brace better. Jennifer and Jackie stayed bent, asses high, the newest layer of damage already glowing under the sun.</w:t>
      </w:r>
    </w:p>
    <w:p>
      <w:r>
        <w:rPr>
          <w:rFonts w:ascii="IM Fell English" w:hAnsi="IM Fell English"/>
          <w:color w:val="141414"/>
          <w:sz w:val="24"/>
        </w:rPr>
        <w:t>Jenna selected the short length of flexible cable. Carissa picked up a second, nearly identical one. The metal was warm from hanging in the sun.</w:t>
      </w:r>
    </w:p>
    <w:p>
      <w:r>
        <w:rPr>
          <w:rFonts w:ascii="IM Fell English" w:hAnsi="IM Fell English"/>
          <w:color w:val="141414"/>
          <w:sz w:val="24"/>
        </w:rPr>
        <w:t>Jenna laid hers gently across Jennifer’s lower back.</w:t>
      </w:r>
    </w:p>
    <w:p>
      <w:r>
        <w:rPr>
          <w:rFonts w:ascii="IM Fell English" w:hAnsi="IM Fell English"/>
          <w:color w:val="141414"/>
          <w:sz w:val="24"/>
        </w:rPr>
        <w:t>“Still with me, twin?”</w:t>
      </w:r>
    </w:p>
    <w:p>
      <w:r>
        <w:rPr>
          <w:rFonts w:ascii="IM Fell English" w:hAnsi="IM Fell English"/>
          <w:color w:val="141414"/>
          <w:sz w:val="24"/>
        </w:rPr>
        <w:t>Jennifer’s voice came out a little hoarse but still full of shit.</w:t>
      </w:r>
    </w:p>
    <w:p>
      <w:r>
        <w:rPr>
          <w:rFonts w:ascii="IM Fell English" w:hAnsi="IM Fell English"/>
          <w:color w:val="141414"/>
          <w:sz w:val="24"/>
        </w:rPr>
        <w:t>“Still with you. Still not sorry.”</w:t>
      </w:r>
    </w:p>
    <w:p>
      <w:r>
        <w:rPr>
          <w:rFonts w:ascii="IM Fell English" w:hAnsi="IM Fell English"/>
          <w:color w:val="141414"/>
          <w:sz w:val="24"/>
        </w:rPr>
        <w:t>Carissa ran the cool cable down the length of Jackie’s spine.</w:t>
      </w:r>
    </w:p>
    <w:p>
      <w:r>
        <w:rPr>
          <w:rFonts w:ascii="IM Fell English" w:hAnsi="IM Fell English"/>
          <w:color w:val="141414"/>
          <w:sz w:val="24"/>
        </w:rPr>
        <w:t>“Same question, Mommy.”</w:t>
      </w:r>
    </w:p>
    <w:p>
      <w:r>
        <w:rPr>
          <w:rFonts w:ascii="IM Fell English" w:hAnsi="IM Fell English"/>
          <w:color w:val="141414"/>
          <w:sz w:val="24"/>
        </w:rPr>
        <w:t>Jackie settled her weight more firmly on the pad and answered with quiet affection.</w:t>
      </w:r>
    </w:p>
    <w:p>
      <w:r>
        <w:rPr>
          <w:rFonts w:ascii="IM Fell English" w:hAnsi="IM Fell English"/>
          <w:color w:val="141414"/>
          <w:sz w:val="24"/>
        </w:rPr>
        <w:t>“Always, baby girl.”</w:t>
      </w:r>
    </w:p>
    <w:p>
      <w:r>
        <w:rPr>
          <w:rFonts w:ascii="IM Fell English" w:hAnsi="IM Fell English"/>
          <w:color w:val="141414"/>
          <w:sz w:val="24"/>
        </w:rPr>
        <w:t>The two young Mistresses raised the cables at the same time.</w:t>
      </w:r>
    </w:p>
    <w:p>
      <w:r>
        <w:rPr>
          <w:rFonts w:ascii="IM Fell English" w:hAnsi="IM Fell English"/>
          <w:color w:val="141414"/>
          <w:sz w:val="24"/>
        </w:rPr>
        <w:t>The first thin, mean strokes cut across the already ruined skin with a completely different sound — sharper, higher, more precise. Both bitches jerked. Neither of them asked to stop.</w:t>
      </w:r>
    </w:p>
    <w:p>
      <w:r>
        <w:rPr>
          <w:rFonts w:ascii="IM Fell English" w:hAnsi="IM Fell English"/>
          <w:color w:val="141414"/>
          <w:sz w:val="24"/>
        </w:rPr>
        <w:t>The sealed campus filled with the new rhythm: the whistle of cable, the bright crack of impact, the low involuntary sounds the two tough-ass whores couldn’t quite swallow, and the ongoing bright laughter of the young Mistresses who were nowhere near finished with them.</w:t>
      </w:r>
    </w:p>
    <w:p>
      <w:r>
        <w:rPr>
          <w:rFonts w:ascii="IM Fell English" w:hAnsi="IM Fell English"/>
          <w:color w:val="141414"/>
          <w:sz w:val="24"/>
        </w:rPr>
        <w:t>Orientation had found another gear.</w:t>
      </w:r>
    </w:p>
    <w:p>
      <w:r>
        <w:rPr>
          <w:rFonts w:ascii="IM Fell English" w:hAnsi="IM Fell English"/>
          <w:color w:val="141414"/>
          <w:sz w:val="24"/>
        </w:rPr>
        <w:t>And the afternoon still had hours of daylight left.</w:t>
      </w:r>
    </w:p>
    <w:p>
      <w:pPr>
        <w:pStyle w:val="Heading1"/>
        <w:jc w:val="center"/>
      </w:pPr>
      <w:r>
        <w:rPr>
          <w:rFonts w:ascii="IM Fell English" w:hAnsi="IM Fell English"/>
          <w:color w:val="0D0D0D"/>
        </w:rPr>
        <w:t>CHAPTER 19 — CABLE</w:t>
      </w:r>
    </w:p>
    <w:p>
      <w:r>
        <w:rPr>
          <w:rFonts w:ascii="IM Fell English" w:hAnsi="IM Fell English"/>
          <w:color w:val="141414"/>
          <w:sz w:val="24"/>
        </w:rPr>
        <w:t>The cables were a different language entirely.</w:t>
      </w:r>
    </w:p>
    <w:p>
      <w:r>
        <w:rPr>
          <w:rFonts w:ascii="IM Fell English" w:hAnsi="IM Fell English"/>
          <w:color w:val="141414"/>
          <w:sz w:val="24"/>
        </w:rPr>
        <w:t>Thin, flexible, and mean, they cut across the already ruined skin with a high, vicious whistle and a bright, stinging crack that was nothing like the deeper thud of the rubber strap or the paddle. Jenna used hers in short, precise flicks, aiming for the darkest tire marks and the swollen edges of the earlier welts. Carissa worked in longer, wrapping strokes that caught both cheeks and the tops of the thighs in one motion.</w:t>
      </w:r>
    </w:p>
    <w:p>
      <w:r>
        <w:rPr>
          <w:rFonts w:ascii="IM Fell English" w:hAnsi="IM Fell English"/>
          <w:color w:val="141414"/>
          <w:sz w:val="24"/>
        </w:rPr>
        <w:t>Jennifer lasted six strokes before the first real sound tore out of her — a sharp, involuntary yelp that turned into breathless laughter.</w:t>
      </w:r>
    </w:p>
    <w:p>
      <w:r>
        <w:rPr>
          <w:rFonts w:ascii="IM Fell English" w:hAnsi="IM Fell English"/>
          <w:color w:val="141414"/>
          <w:sz w:val="24"/>
        </w:rPr>
        <w:t>Jenna paused and rested the cable on her twin’s lower back.</w:t>
      </w:r>
    </w:p>
    <w:p>
      <w:r>
        <w:rPr>
          <w:rFonts w:ascii="IM Fell English" w:hAnsi="IM Fell English"/>
          <w:color w:val="141414"/>
          <w:sz w:val="24"/>
        </w:rPr>
        <w:t>“That counted as a noise, but I’ll be generous and not call it asking to stop.”</w:t>
      </w:r>
    </w:p>
    <w:p>
      <w:r>
        <w:rPr>
          <w:rFonts w:ascii="IM Fell English" w:hAnsi="IM Fell English"/>
          <w:color w:val="141414"/>
          <w:sz w:val="24"/>
        </w:rPr>
        <w:t>Jennifer’s voice came out shaky and delighted.</w:t>
      </w:r>
    </w:p>
    <w:p>
      <w:r>
        <w:rPr>
          <w:rFonts w:ascii="IM Fell English" w:hAnsi="IM Fell English"/>
          <w:color w:val="141414"/>
          <w:sz w:val="24"/>
        </w:rPr>
        <w:t>“Appreciated. Please continue ruining your favorite bitch.”</w:t>
      </w:r>
    </w:p>
    <w:p>
      <w:r>
        <w:rPr>
          <w:rFonts w:ascii="IM Fell English" w:hAnsi="IM Fell English"/>
          <w:color w:val="141414"/>
          <w:sz w:val="24"/>
        </w:rPr>
        <w:t>Carissa snorted and delivered three rapid wrapping strokes that finally pulled a low, broken groan out of Jackie.</w:t>
      </w:r>
    </w:p>
    <w:p>
      <w:r>
        <w:rPr>
          <w:rFonts w:ascii="IM Fell English" w:hAnsi="IM Fell English"/>
          <w:color w:val="141414"/>
          <w:sz w:val="24"/>
        </w:rPr>
        <w:t>“Mommy’s getting vocal too. I like it.”</w:t>
      </w:r>
    </w:p>
    <w:p>
      <w:r>
        <w:rPr>
          <w:rFonts w:ascii="IM Fell English" w:hAnsi="IM Fell English"/>
          <w:color w:val="141414"/>
          <w:sz w:val="24"/>
        </w:rPr>
        <w:t>Jackie exhaled hard through her nose and answered, still steady.</w:t>
      </w:r>
    </w:p>
    <w:p>
      <w:r>
        <w:rPr>
          <w:rFonts w:ascii="IM Fell English" w:hAnsi="IM Fell English"/>
          <w:color w:val="141414"/>
          <w:sz w:val="24"/>
        </w:rPr>
        <w:t>“Just giving you feedback, baby girl. Technique’s solid.”</w:t>
      </w:r>
    </w:p>
    <w:p>
      <w:r>
        <w:rPr>
          <w:rFonts w:ascii="IM Fell English" w:hAnsi="IM Fell English"/>
          <w:color w:val="141414"/>
          <w:sz w:val="24"/>
        </w:rPr>
        <w:t>They settled back into the work. The cables left thin, raised lines that stood out even against the existing mess of bruises and tread marks. Every few strokes one of the bitches would jerk or hiss or let out a short, helpless sound, but neither of them used the words that would end the round. Sweat ran down their spines and dripped onto the pads. Their hands flexed and tightened around the bench legs. The circle of kneeling candidates stayed completely silent, watching the family do what the family did best.</w:t>
      </w:r>
    </w:p>
    <w:p>
      <w:r>
        <w:rPr>
          <w:rFonts w:ascii="IM Fell English" w:hAnsi="IM Fell English"/>
          <w:color w:val="141414"/>
          <w:sz w:val="24"/>
        </w:rPr>
        <w:t>Jenna worked her way lower, catching the sensitive undersides of Jennifer’s ass and the tops of her thighs where the skin was thinnest. Jennifer’s laughter turned thinner and more breathless, but she still pushed her hips back into the next stroke like she was asking for it.</w:t>
      </w:r>
    </w:p>
    <w:p>
      <w:r>
        <w:rPr>
          <w:rFonts w:ascii="IM Fell English" w:hAnsi="IM Fell English"/>
          <w:color w:val="141414"/>
          <w:sz w:val="24"/>
        </w:rPr>
        <w:t>“Greedy,” Jenna observed, almost fond.</w:t>
      </w:r>
    </w:p>
    <w:p>
      <w:r>
        <w:rPr>
          <w:rFonts w:ascii="IM Fell English" w:hAnsi="IM Fell English"/>
          <w:color w:val="141414"/>
          <w:sz w:val="24"/>
        </w:rPr>
        <w:t>“Your fault,” Jennifer managed. “I trained your psycho ass on this shit.”</w:t>
      </w:r>
    </w:p>
    <w:p>
      <w:r>
        <w:rPr>
          <w:rFonts w:ascii="IM Fell English" w:hAnsi="IM Fell English"/>
          <w:color w:val="141414"/>
          <w:sz w:val="24"/>
        </w:rPr>
        <w:t>“Technically Mommy raised you on this shit. I just inherited the hobby.”</w:t>
      </w:r>
    </w:p>
    <w:p>
      <w:r>
        <w:rPr>
          <w:rFonts w:ascii="IM Fell English" w:hAnsi="IM Fell English"/>
          <w:color w:val="141414"/>
          <w:sz w:val="24"/>
        </w:rPr>
        <w:t>Carissa laughed and matched the target on Jackie, laying deliberate lines across the same tender lower curve until her mother’s legs started to tremble in earnest.</w:t>
      </w:r>
    </w:p>
    <w:p>
      <w:r>
        <w:rPr>
          <w:rFonts w:ascii="IM Fell English" w:hAnsi="IM Fell English"/>
          <w:color w:val="141414"/>
          <w:sz w:val="24"/>
        </w:rPr>
        <w:t>“You’re both so fucking sentimental. It’s disgusting. I love it.”</w:t>
      </w:r>
    </w:p>
    <w:p>
      <w:r>
        <w:rPr>
          <w:rFonts w:ascii="IM Fell English" w:hAnsi="IM Fell English"/>
          <w:color w:val="141414"/>
          <w:sz w:val="24"/>
        </w:rPr>
        <w:t>Jackie turned her head on the pad, cheek pressed to the leather, and gave her daughter a bloody, exhausted smile.</w:t>
      </w:r>
    </w:p>
    <w:p>
      <w:r>
        <w:rPr>
          <w:rFonts w:ascii="IM Fell English" w:hAnsi="IM Fell English"/>
          <w:color w:val="141414"/>
          <w:sz w:val="24"/>
        </w:rPr>
        <w:t>“You’re the one who asked for me as your bitch for the whole course. This is the package, baby girl.”</w:t>
      </w:r>
    </w:p>
    <w:p>
      <w:r>
        <w:rPr>
          <w:rFonts w:ascii="IM Fell English" w:hAnsi="IM Fell English"/>
          <w:color w:val="141414"/>
          <w:sz w:val="24"/>
        </w:rPr>
        <w:t>Carissa leaned down and kissed the back of Jackie’s neck, soft and claiming, then straightened and resumed the cable work with renewed enthusiasm.</w:t>
      </w:r>
    </w:p>
    <w:p>
      <w:r>
        <w:rPr>
          <w:rFonts w:ascii="IM Fell English" w:hAnsi="IM Fell English"/>
          <w:color w:val="141414"/>
          <w:sz w:val="24"/>
        </w:rPr>
        <w:t>They kept going until both asses and the backs of both pairs of thighs were a dense map of thin, burning cable lines layered over everything that had come before. Jennifer was making small, continuous noises with every stroke. Jackie’s were lower and more controlled, but they were there. Neither woman asked to stop.</w:t>
      </w:r>
    </w:p>
    <w:p>
      <w:r>
        <w:rPr>
          <w:rFonts w:ascii="IM Fell English" w:hAnsi="IM Fell English"/>
          <w:color w:val="141414"/>
          <w:sz w:val="24"/>
        </w:rPr>
        <w:t>Jenna finally lowered her cable and wiped sweat from her forehead with her wrist.</w:t>
      </w:r>
    </w:p>
    <w:p>
      <w:r>
        <w:rPr>
          <w:rFonts w:ascii="IM Fell English" w:hAnsi="IM Fell English"/>
          <w:color w:val="141414"/>
          <w:sz w:val="24"/>
        </w:rPr>
        <w:t>“Still no quit. I’m starting to think we need a new scoring system.”</w:t>
      </w:r>
    </w:p>
    <w:p>
      <w:r>
        <w:rPr>
          <w:rFonts w:ascii="IM Fell English" w:hAnsi="IM Fell English"/>
          <w:color w:val="141414"/>
          <w:sz w:val="24"/>
        </w:rPr>
        <w:t>Carissa stepped back, breathing harder than she had been an hour ago, and nodded.</w:t>
      </w:r>
    </w:p>
    <w:p>
      <w:r>
        <w:rPr>
          <w:rFonts w:ascii="IM Fell English" w:hAnsi="IM Fell English"/>
          <w:color w:val="141414"/>
          <w:sz w:val="24"/>
        </w:rPr>
        <w:t>“Agreed. Unlock them before their legs give out completely. I want to see if they can still walk.”</w:t>
      </w:r>
    </w:p>
    <w:p>
      <w:r>
        <w:rPr>
          <w:rFonts w:ascii="IM Fell English" w:hAnsi="IM Fell English"/>
          <w:color w:val="141414"/>
          <w:sz w:val="24"/>
        </w:rPr>
        <w:t>They freed the cuffs. Jennifer and Jackie stayed bent for a few extra seconds, then slowly pushed themselves upright. Both of them swayed. Both of them had to lock their knees to stay standing. The damage from the waist down was spectacular — a deep, glowing ruin of strap welts, perfect tire tracks, paddle rectangles, and thin cable lines that would still be speaking loudly for days.</w:t>
      </w:r>
    </w:p>
    <w:p>
      <w:r>
        <w:rPr>
          <w:rFonts w:ascii="IM Fell English" w:hAnsi="IM Fell English"/>
          <w:color w:val="141414"/>
          <w:sz w:val="24"/>
        </w:rPr>
        <w:t>Jenna hooked two fingers through Jennifer’s collar and tugged her close, inspecting her face.</w:t>
      </w:r>
    </w:p>
    <w:p>
      <w:r>
        <w:rPr>
          <w:rFonts w:ascii="IM Fell English" w:hAnsi="IM Fell English"/>
          <w:color w:val="141414"/>
          <w:sz w:val="24"/>
        </w:rPr>
        <w:t>“Still with me?”</w:t>
      </w:r>
    </w:p>
    <w:p>
      <w:r>
        <w:rPr>
          <w:rFonts w:ascii="IM Fell English" w:hAnsi="IM Fell English"/>
          <w:color w:val="141414"/>
          <w:sz w:val="24"/>
        </w:rPr>
        <w:t>Jennifer’s eyes were glassy and bright.</w:t>
      </w:r>
    </w:p>
    <w:p>
      <w:r>
        <w:rPr>
          <w:rFonts w:ascii="IM Fell English" w:hAnsi="IM Fell English"/>
          <w:color w:val="141414"/>
          <w:sz w:val="24"/>
        </w:rPr>
        <w:t>“Still with you. Still not sorry. Still think you’re an asshole.”</w:t>
      </w:r>
    </w:p>
    <w:p>
      <w:r>
        <w:rPr>
          <w:rFonts w:ascii="IM Fell English" w:hAnsi="IM Fell English"/>
          <w:color w:val="141414"/>
          <w:sz w:val="24"/>
        </w:rPr>
        <w:t>“Perfect.” Jenna kissed her forehead. “Walk. Prefer if you do it under your own power.”</w:t>
      </w:r>
    </w:p>
    <w:p>
      <w:r>
        <w:rPr>
          <w:rFonts w:ascii="IM Fell English" w:hAnsi="IM Fell English"/>
          <w:color w:val="141414"/>
          <w:sz w:val="24"/>
        </w:rPr>
        <w:t>Carissa already had Jackie’s chain in her hand. Jackie moved with careful, controlled steps, every one of them honest.</w:t>
      </w:r>
    </w:p>
    <w:p>
      <w:r>
        <w:rPr>
          <w:rFonts w:ascii="IM Fell English" w:hAnsi="IM Fell English"/>
          <w:color w:val="141414"/>
          <w:sz w:val="24"/>
        </w:rPr>
        <w:t>The two young Mistresses led their marked, limping, still-grinning property toward the shallow concrete channel at the edge of the pad. Water glinted at the bottom in the late-afternoon sun.</w:t>
      </w:r>
    </w:p>
    <w:p>
      <w:r>
        <w:rPr>
          <w:rFonts w:ascii="IM Fell English" w:hAnsi="IM Fell English"/>
          <w:color w:val="141414"/>
          <w:sz w:val="24"/>
        </w:rPr>
        <w:t>Jenna looked at Carissa over the two slow-moving bitches.</w:t>
      </w:r>
    </w:p>
    <w:p>
      <w:r>
        <w:rPr>
          <w:rFonts w:ascii="IM Fell English" w:hAnsi="IM Fell English"/>
          <w:color w:val="141414"/>
          <w:sz w:val="24"/>
        </w:rPr>
        <w:t>“Cool-down?”</w:t>
      </w:r>
    </w:p>
    <w:p>
      <w:r>
        <w:rPr>
          <w:rFonts w:ascii="IM Fell English" w:hAnsi="IM Fell English"/>
          <w:color w:val="141414"/>
          <w:sz w:val="24"/>
        </w:rPr>
        <w:t>Carissa’s smile was sharp and happy.</w:t>
      </w:r>
    </w:p>
    <w:p>
      <w:r>
        <w:rPr>
          <w:rFonts w:ascii="IM Fell English" w:hAnsi="IM Fell English"/>
          <w:color w:val="141414"/>
          <w:sz w:val="24"/>
        </w:rPr>
        <w:t>“Cool-down. Then we see how they feel about holding their breath.”</w:t>
      </w:r>
    </w:p>
    <w:p>
      <w:r>
        <w:rPr>
          <w:rFonts w:ascii="IM Fell English" w:hAnsi="IM Fell English"/>
          <w:color w:val="141414"/>
          <w:sz w:val="24"/>
        </w:rPr>
        <w:t>Jennifer groaned, but it was mostly theatrical.</w:t>
      </w:r>
    </w:p>
    <w:p>
      <w:r>
        <w:rPr>
          <w:rFonts w:ascii="IM Fell English" w:hAnsi="IM Fell English"/>
          <w:color w:val="141414"/>
          <w:sz w:val="24"/>
        </w:rPr>
        <w:t>“You two never quit while you’re ahead.”</w:t>
      </w:r>
    </w:p>
    <w:p>
      <w:r>
        <w:rPr>
          <w:rFonts w:ascii="IM Fell English" w:hAnsi="IM Fell English"/>
          <w:color w:val="141414"/>
          <w:sz w:val="24"/>
        </w:rPr>
        <w:t>Jackie answered for both of them, voice calm and affectionate.</w:t>
      </w:r>
    </w:p>
    <w:p>
      <w:r>
        <w:rPr>
          <w:rFonts w:ascii="IM Fell English" w:hAnsi="IM Fell English"/>
          <w:color w:val="141414"/>
          <w:sz w:val="24"/>
        </w:rPr>
        <w:t>“They’re not built to quit while they’re ahead, mutt. That’s why we’re here.”</w:t>
      </w:r>
    </w:p>
    <w:p>
      <w:r>
        <w:rPr>
          <w:rFonts w:ascii="IM Fell English" w:hAnsi="IM Fell English"/>
          <w:color w:val="141414"/>
          <w:sz w:val="24"/>
        </w:rPr>
        <w:t>The four of them reached the edge of the channel together.</w:t>
      </w:r>
    </w:p>
    <w:p>
      <w:r>
        <w:rPr>
          <w:rFonts w:ascii="IM Fell English" w:hAnsi="IM Fell English"/>
          <w:color w:val="141414"/>
          <w:sz w:val="24"/>
        </w:rPr>
        <w:t>The sealed campus watched the family continue orientation exactly the way the family preferred it — slow, vicious, full of laughter, and still nowhere near finished with the day.</w:t>
      </w:r>
    </w:p>
    <w:p>
      <w:pPr>
        <w:pStyle w:val="Heading1"/>
        <w:jc w:val="center"/>
      </w:pPr>
      <w:r>
        <w:rPr>
          <w:rFonts w:ascii="IM Fell English" w:hAnsi="IM Fell English"/>
          <w:color w:val="0D0D0D"/>
        </w:rPr>
        <w:t>CHAPTER 20 — CHANNEL</w:t>
      </w:r>
    </w:p>
    <w:p>
      <w:r>
        <w:rPr>
          <w:rFonts w:ascii="IM Fell English" w:hAnsi="IM Fell English"/>
          <w:color w:val="141414"/>
          <w:sz w:val="24"/>
        </w:rPr>
        <w:t>The concrete channel was only about two feet deep and three feet wide, filled with cool water that looked almost kind after the long afternoon in the sun.</w:t>
      </w:r>
    </w:p>
    <w:p>
      <w:r>
        <w:rPr>
          <w:rFonts w:ascii="IM Fell English" w:hAnsi="IM Fell English"/>
          <w:color w:val="141414"/>
          <w:sz w:val="24"/>
        </w:rPr>
        <w:t>Jenna pointed at it with her chin.</w:t>
      </w:r>
    </w:p>
    <w:p>
      <w:r>
        <w:rPr>
          <w:rFonts w:ascii="IM Fell English" w:hAnsi="IM Fell English"/>
          <w:color w:val="141414"/>
          <w:sz w:val="24"/>
        </w:rPr>
        <w:t>“Both of you. In. Sit. Legs straight out in front of you.”</w:t>
      </w:r>
    </w:p>
    <w:p>
      <w:r>
        <w:rPr>
          <w:rFonts w:ascii="IM Fell English" w:hAnsi="IM Fell English"/>
          <w:color w:val="141414"/>
          <w:sz w:val="24"/>
        </w:rPr>
        <w:t>Jennifer and Jackie lowered themselves carefully. The moment the cold water hit the dense map of welts, tire marks, paddle bruises, and cable lines, both of them hissed hard. Jennifer let out a short, disbelieving laugh. Jackie simply closed her eyes and breathed through the first shock until the cold settled into something almost useful.</w:t>
      </w:r>
    </w:p>
    <w:p>
      <w:r>
        <w:rPr>
          <w:rFonts w:ascii="IM Fell English" w:hAnsi="IM Fell English"/>
          <w:color w:val="141414"/>
          <w:sz w:val="24"/>
        </w:rPr>
        <w:t>Carissa crouched at the edge and trailed her fingers through the water near Jackie’s hip.</w:t>
      </w:r>
    </w:p>
    <w:p>
      <w:r>
        <w:rPr>
          <w:rFonts w:ascii="IM Fell English" w:hAnsi="IM Fell English"/>
          <w:color w:val="141414"/>
          <w:sz w:val="24"/>
        </w:rPr>
        <w:t>“Color looks even better like this. All that heat trapped under the cold.”</w:t>
      </w:r>
    </w:p>
    <w:p>
      <w:r>
        <w:rPr>
          <w:rFonts w:ascii="IM Fell English" w:hAnsi="IM Fell English"/>
          <w:color w:val="141414"/>
          <w:sz w:val="24"/>
        </w:rPr>
        <w:t>Jenna sat down on the concrete lip beside Jennifer and pushed her twin’s wet hair back from her face.</w:t>
      </w:r>
    </w:p>
    <w:p>
      <w:r>
        <w:rPr>
          <w:rFonts w:ascii="IM Fell English" w:hAnsi="IM Fell English"/>
          <w:color w:val="141414"/>
          <w:sz w:val="24"/>
        </w:rPr>
        <w:t>“Still functional?”</w:t>
      </w:r>
    </w:p>
    <w:p>
      <w:r>
        <w:rPr>
          <w:rFonts w:ascii="IM Fell English" w:hAnsi="IM Fell English"/>
          <w:color w:val="141414"/>
          <w:sz w:val="24"/>
        </w:rPr>
        <w:t>Jennifer’s teeth had a slight chatter, but her eyes were bright.</w:t>
      </w:r>
    </w:p>
    <w:p>
      <w:r>
        <w:rPr>
          <w:rFonts w:ascii="IM Fell English" w:hAnsi="IM Fell English"/>
          <w:color w:val="141414"/>
          <w:sz w:val="24"/>
        </w:rPr>
        <w:t>“Still functional. Still hate you a little. Still not sorry.”</w:t>
      </w:r>
    </w:p>
    <w:p>
      <w:r>
        <w:rPr>
          <w:rFonts w:ascii="IM Fell English" w:hAnsi="IM Fell English"/>
          <w:color w:val="141414"/>
          <w:sz w:val="24"/>
        </w:rPr>
        <w:t>“Perfect.”</w:t>
      </w:r>
    </w:p>
    <w:p>
      <w:r>
        <w:rPr>
          <w:rFonts w:ascii="IM Fell English" w:hAnsi="IM Fell English"/>
          <w:color w:val="141414"/>
          <w:sz w:val="24"/>
        </w:rPr>
        <w:t>They let the two bitches soak for a few minutes while the worst of the surface fire cooled. The water around them slowly took on faint pink swirls from the open places the cables and the tire treads had left. Neither woman tried to climb out. Neither of them asked for the cool-down to end.</w:t>
      </w:r>
    </w:p>
    <w:p>
      <w:r>
        <w:rPr>
          <w:rFonts w:ascii="IM Fell English" w:hAnsi="IM Fell English"/>
          <w:color w:val="141414"/>
          <w:sz w:val="24"/>
        </w:rPr>
        <w:t>Carissa eventually stood and stretched.</w:t>
      </w:r>
    </w:p>
    <w:p>
      <w:r>
        <w:rPr>
          <w:rFonts w:ascii="IM Fell English" w:hAnsi="IM Fell English"/>
          <w:color w:val="141414"/>
          <w:sz w:val="24"/>
        </w:rPr>
        <w:t>“Breath-holding next. Simple rules. Face down in the water. We count. First one who comes up for air loses the round and spends the next hour as the other Mistress’s footstool.”</w:t>
      </w:r>
    </w:p>
    <w:p>
      <w:r>
        <w:rPr>
          <w:rFonts w:ascii="IM Fell English" w:hAnsi="IM Fell English"/>
          <w:color w:val="141414"/>
          <w:sz w:val="24"/>
        </w:rPr>
        <w:t>Jenna’s smile widened.</w:t>
      </w:r>
    </w:p>
    <w:p>
      <w:r>
        <w:rPr>
          <w:rFonts w:ascii="IM Fell English" w:hAnsi="IM Fell English"/>
          <w:color w:val="141414"/>
          <w:sz w:val="24"/>
        </w:rPr>
        <w:t>“I like that. Deal.”</w:t>
      </w:r>
    </w:p>
    <w:p>
      <w:r>
        <w:rPr>
          <w:rFonts w:ascii="IM Fell English" w:hAnsi="IM Fell English"/>
          <w:color w:val="141414"/>
          <w:sz w:val="24"/>
        </w:rPr>
        <w:t>Jennifer looked at Jackie across the short distance of water and grinned, wet and bloody.</w:t>
      </w:r>
    </w:p>
    <w:p>
      <w:r>
        <w:rPr>
          <w:rFonts w:ascii="IM Fell English" w:hAnsi="IM Fell English"/>
          <w:color w:val="141414"/>
          <w:sz w:val="24"/>
        </w:rPr>
        <w:t>“Don’t embarrass the family, Mommy.”</w:t>
      </w:r>
    </w:p>
    <w:p>
      <w:r>
        <w:rPr>
          <w:rFonts w:ascii="IM Fell English" w:hAnsi="IM Fell English"/>
          <w:color w:val="141414"/>
          <w:sz w:val="24"/>
        </w:rPr>
        <w:t>Jackie gave a small, calm shrug that still pulled at every mark on her back.</w:t>
      </w:r>
    </w:p>
    <w:p>
      <w:r>
        <w:rPr>
          <w:rFonts w:ascii="IM Fell English" w:hAnsi="IM Fell English"/>
          <w:color w:val="141414"/>
          <w:sz w:val="24"/>
        </w:rPr>
        <w:t>“Try not to drown yourself showing off, mutt.”</w:t>
      </w:r>
    </w:p>
    <w:p>
      <w:r>
        <w:rPr>
          <w:rFonts w:ascii="IM Fell English" w:hAnsi="IM Fell English"/>
          <w:color w:val="141414"/>
          <w:sz w:val="24"/>
        </w:rPr>
        <w:t>Jenna and Carissa moved to opposite ends of the channel so each could watch their own property clearly. The two young Mistresses raised their hands at the same time.</w:t>
      </w:r>
    </w:p>
    <w:p>
      <w:r>
        <w:rPr>
          <w:rFonts w:ascii="IM Fell English" w:hAnsi="IM Fell English"/>
          <w:color w:val="141414"/>
          <w:sz w:val="24"/>
        </w:rPr>
        <w:t>“Down.”</w:t>
      </w:r>
    </w:p>
    <w:p>
      <w:r>
        <w:rPr>
          <w:rFonts w:ascii="IM Fell English" w:hAnsi="IM Fell English"/>
          <w:color w:val="141414"/>
          <w:sz w:val="24"/>
        </w:rPr>
        <w:t>Jennifer and Jackie inhaled, then pushed forward and submerged, faces fully under, bare asses and marked thighs still breaking the surface. The water settled over them.</w:t>
      </w:r>
    </w:p>
    <w:p>
      <w:r>
        <w:rPr>
          <w:rFonts w:ascii="IM Fell English" w:hAnsi="IM Fell English"/>
          <w:color w:val="141414"/>
          <w:sz w:val="24"/>
        </w:rPr>
        <w:t>Jenna started counting out loud in a clear, steady voice. Carissa kept her own count under her breath, eyes locked on the back of her mother’s head.</w:t>
      </w:r>
    </w:p>
    <w:p>
      <w:r>
        <w:rPr>
          <w:rFonts w:ascii="IM Fell English" w:hAnsi="IM Fell English"/>
          <w:color w:val="141414"/>
          <w:sz w:val="24"/>
        </w:rPr>
        <w:t>Ten seconds.</w:t>
      </w:r>
      <w:r>
        <w:rPr>
          <w:rFonts w:ascii="IM Fell English" w:hAnsi="IM Fell English"/>
          <w:color w:val="141414"/>
          <w:sz w:val="24"/>
        </w:rPr>
      </w:r>
      <w:r>
        <w:rPr>
          <w:rFonts w:ascii="IM Fell English" w:hAnsi="IM Fell English"/>
          <w:color w:val="141414"/>
          <w:sz w:val="24"/>
        </w:rPr>
        <w:t>Twenty.</w:t>
      </w:r>
      <w:r>
        <w:rPr>
          <w:rFonts w:ascii="IM Fell English" w:hAnsi="IM Fell English"/>
          <w:color w:val="141414"/>
          <w:sz w:val="24"/>
        </w:rPr>
      </w:r>
      <w:r>
        <w:rPr>
          <w:rFonts w:ascii="IM Fell English" w:hAnsi="IM Fell English"/>
          <w:color w:val="141414"/>
          <w:sz w:val="24"/>
        </w:rPr>
        <w:t>Thirty.</w:t>
      </w:r>
    </w:p>
    <w:p>
      <w:r>
        <w:rPr>
          <w:rFonts w:ascii="IM Fell English" w:hAnsi="IM Fell English"/>
          <w:color w:val="141414"/>
          <w:sz w:val="24"/>
        </w:rPr>
        <w:t>Both bodies stayed down. Small streams of bubbles rose now and then. The circle of kneeling candidates watched without moving.</w:t>
      </w:r>
    </w:p>
    <w:p>
      <w:r>
        <w:rPr>
          <w:rFonts w:ascii="IM Fell English" w:hAnsi="IM Fell English"/>
          <w:color w:val="141414"/>
          <w:sz w:val="24"/>
        </w:rPr>
        <w:t>At forty-five seconds Jennifer’s hands flexed against the concrete bottom. At fifty Jackie’s shoulders gave a tiny, involuntary twitch. At fifty-eight Jennifer suddenly shoved herself up, gasping and coughing, water streaming down her face.</w:t>
      </w:r>
    </w:p>
    <w:p>
      <w:r>
        <w:rPr>
          <w:rFonts w:ascii="IM Fell English" w:hAnsi="IM Fell English"/>
          <w:color w:val="141414"/>
          <w:sz w:val="24"/>
        </w:rPr>
        <w:t>Jenna burst out laughing and hauled her twin the rest of the way up by the collar.</w:t>
      </w:r>
    </w:p>
    <w:p>
      <w:r>
        <w:rPr>
          <w:rFonts w:ascii="IM Fell English" w:hAnsi="IM Fell English"/>
          <w:color w:val="141414"/>
          <w:sz w:val="24"/>
        </w:rPr>
        <w:t>“Footstool it is.”</w:t>
      </w:r>
    </w:p>
    <w:p>
      <w:r>
        <w:rPr>
          <w:rFonts w:ascii="IM Fell English" w:hAnsi="IM Fell English"/>
          <w:color w:val="141414"/>
          <w:sz w:val="24"/>
        </w:rPr>
        <w:t>Jennifer spat water and still managed a breathless grin.</w:t>
      </w:r>
    </w:p>
    <w:p>
      <w:r>
        <w:rPr>
          <w:rFonts w:ascii="IM Fell English" w:hAnsi="IM Fell English"/>
          <w:color w:val="141414"/>
          <w:sz w:val="24"/>
        </w:rPr>
        <w:t>“Worth a try.”</w:t>
      </w:r>
    </w:p>
    <w:p>
      <w:r>
        <w:rPr>
          <w:rFonts w:ascii="IM Fell English" w:hAnsi="IM Fell English"/>
          <w:color w:val="141414"/>
          <w:sz w:val="24"/>
        </w:rPr>
        <w:t>Jackie stayed under three seconds longer, just long enough to make the win clear, then rose in one controlled motion, breathing hard but quiet. Carissa immediately fisted a hand in her wet hair and kissed her hard, open-mouthed, tasting channel water and blood.</w:t>
      </w:r>
    </w:p>
    <w:p>
      <w:r>
        <w:rPr>
          <w:rFonts w:ascii="IM Fell English" w:hAnsi="IM Fell English"/>
          <w:color w:val="141414"/>
          <w:sz w:val="24"/>
        </w:rPr>
        <w:t>“Good girl, Mommy.”</w:t>
      </w:r>
    </w:p>
    <w:p>
      <w:r>
        <w:rPr>
          <w:rFonts w:ascii="IM Fell English" w:hAnsi="IM Fell English"/>
          <w:color w:val="141414"/>
          <w:sz w:val="24"/>
        </w:rPr>
        <w:t>Jackie rested her forehead against her daughter’s for a second.</w:t>
      </w:r>
    </w:p>
    <w:p>
      <w:r>
        <w:rPr>
          <w:rFonts w:ascii="IM Fell English" w:hAnsi="IM Fell English"/>
          <w:color w:val="141414"/>
          <w:sz w:val="24"/>
        </w:rPr>
        <w:t>“Always.”</w:t>
      </w:r>
    </w:p>
    <w:p>
      <w:r>
        <w:rPr>
          <w:rFonts w:ascii="IM Fell English" w:hAnsi="IM Fell English"/>
          <w:color w:val="141414"/>
          <w:sz w:val="24"/>
        </w:rPr>
        <w:t>Carissa turned her head and pointed at the concrete lip beside her.</w:t>
      </w:r>
    </w:p>
    <w:p>
      <w:r>
        <w:rPr>
          <w:rFonts w:ascii="IM Fell English" w:hAnsi="IM Fell English"/>
          <w:color w:val="141414"/>
          <w:sz w:val="24"/>
        </w:rPr>
        <w:t>“You know the job, Stepmom. On your hands and knees. Ass down, back flat. My feet need a place to rest while we decide what to do with the rest of the daylight.”</w:t>
      </w:r>
    </w:p>
    <w:p>
      <w:r>
        <w:rPr>
          <w:rFonts w:ascii="IM Fell English" w:hAnsi="IM Fell English"/>
          <w:color w:val="141414"/>
          <w:sz w:val="24"/>
        </w:rPr>
        <w:t>Jennifer climbed out of the channel, water sheeting off her, and took the position in front of Carissa without further complaint. Carissa sat on her back like it was the most comfortable chair on campus, crossed her ankles, and sighed contentedly. She gave Jennifer’s marked ass a lazy, proprietary pat with one foot.</w:t>
      </w:r>
    </w:p>
    <w:p>
      <w:r>
        <w:rPr>
          <w:rFonts w:ascii="IM Fell English" w:hAnsi="IM Fell English"/>
          <w:color w:val="141414"/>
          <w:sz w:val="24"/>
        </w:rPr>
        <w:t>Jenna kept Jackie in the channel a little longer, making her stay on her knees in the cool water while she ran idle fingers over the raised cable lines and tire marks, claiming every one of them all over again.</w:t>
      </w:r>
    </w:p>
    <w:p>
      <w:r>
        <w:rPr>
          <w:rFonts w:ascii="IM Fell English" w:hAnsi="IM Fell English"/>
          <w:color w:val="141414"/>
          <w:sz w:val="24"/>
        </w:rPr>
        <w:t>The sealed campus settled into the late-afternoon light. The two young Mistresses looked completely at ease. Their tough-ass whores were marked, wet, breathing hard, and still right there with them — one serving as furniture for her stepdaughter, the other quietly enduring the next round of attention from her sister-in-law.</w:t>
      </w:r>
    </w:p>
    <w:p>
      <w:r>
        <w:rPr>
          <w:rFonts w:ascii="IM Fell English" w:hAnsi="IM Fell English"/>
          <w:color w:val="141414"/>
          <w:sz w:val="24"/>
        </w:rPr>
        <w:t>Orientation continued at exactly the pace the family preferred.</w:t>
      </w:r>
    </w:p>
    <w:p>
      <w:r>
        <w:rPr>
          <w:rFonts w:ascii="IM Fell English" w:hAnsi="IM Fell English"/>
          <w:color w:val="141414"/>
          <w:sz w:val="24"/>
        </w:rPr>
        <w:t>Slow.</w:t>
      </w:r>
      <w:r>
        <w:rPr>
          <w:rFonts w:ascii="IM Fell English" w:hAnsi="IM Fell English"/>
          <w:color w:val="141414"/>
          <w:sz w:val="24"/>
        </w:rPr>
      </w:r>
      <w:r>
        <w:rPr>
          <w:rFonts w:ascii="IM Fell English" w:hAnsi="IM Fell English"/>
          <w:color w:val="141414"/>
          <w:sz w:val="24"/>
        </w:rPr>
        <w:t>Vicious.</w:t>
      </w:r>
      <w:r>
        <w:rPr>
          <w:rFonts w:ascii="IM Fell English" w:hAnsi="IM Fell English"/>
          <w:color w:val="141414"/>
          <w:sz w:val="24"/>
        </w:rPr>
      </w:r>
      <w:r>
        <w:rPr>
          <w:rFonts w:ascii="IM Fell English" w:hAnsi="IM Fell English"/>
          <w:color w:val="141414"/>
          <w:sz w:val="24"/>
        </w:rPr>
        <w:t>Full of laughter.</w:t>
      </w:r>
      <w:r>
        <w:rPr>
          <w:rFonts w:ascii="IM Fell English" w:hAnsi="IM Fell English"/>
          <w:color w:val="141414"/>
          <w:sz w:val="24"/>
        </w:rPr>
      </w:r>
      <w:r>
        <w:rPr>
          <w:rFonts w:ascii="IM Fell English" w:hAnsi="IM Fell English"/>
          <w:color w:val="141414"/>
          <w:sz w:val="24"/>
        </w:rPr>
        <w:t>And nowhere near finished.</w:t>
      </w:r>
    </w:p>
    <w:p>
      <w:pPr>
        <w:pStyle w:val="Heading1"/>
        <w:jc w:val="center"/>
      </w:pPr>
      <w:r>
        <w:rPr>
          <w:rFonts w:ascii="IM Fell English" w:hAnsi="IM Fell English"/>
          <w:color w:val="0D0D0D"/>
        </w:rPr>
        <w:t>CHAPTER 21 — FOOTSTOOL</w:t>
      </w:r>
    </w:p>
    <w:p>
      <w:r>
        <w:rPr>
          <w:rFonts w:ascii="IM Fell English" w:hAnsi="IM Fell English"/>
          <w:color w:val="141414"/>
          <w:sz w:val="24"/>
        </w:rPr>
        <w:t>Carissa made herself comfortable.</w:t>
      </w:r>
    </w:p>
    <w:p>
      <w:r>
        <w:rPr>
          <w:rFonts w:ascii="IM Fell English" w:hAnsi="IM Fell English"/>
          <w:color w:val="141414"/>
          <w:sz w:val="24"/>
        </w:rPr>
        <w:t>She sat solidly on Jennifer’s back, ankles crossed, and used the time to scroll through the small notes she had been keeping on her phone about the day’s damage and performance. Every now and then she shifted her weight just enough to press down on a particularly dark tire mark or cable line, drawing a low, controlled sound out of her stepmother.</w:t>
      </w:r>
    </w:p>
    <w:p>
      <w:r>
        <w:rPr>
          <w:rFonts w:ascii="IM Fell English" w:hAnsi="IM Fell English"/>
          <w:color w:val="141414"/>
          <w:sz w:val="24"/>
        </w:rPr>
        <w:t>“You’re a better chair than I expected, Stepmom.”</w:t>
      </w:r>
    </w:p>
    <w:p>
      <w:r>
        <w:rPr>
          <w:rFonts w:ascii="IM Fell English" w:hAnsi="IM Fell English"/>
          <w:color w:val="141414"/>
          <w:sz w:val="24"/>
        </w:rPr>
        <w:t>Jennifer’s voice came out a little strained but still full of shit.</w:t>
      </w:r>
    </w:p>
    <w:p>
      <w:r>
        <w:rPr>
          <w:rFonts w:ascii="IM Fell English" w:hAnsi="IM Fell English"/>
          <w:color w:val="141414"/>
          <w:sz w:val="24"/>
        </w:rPr>
        <w:t>“I’ve had practice. Your mother likes using me as furniture too.”</w:t>
      </w:r>
    </w:p>
    <w:p>
      <w:r>
        <w:rPr>
          <w:rFonts w:ascii="IM Fell English" w:hAnsi="IM Fell English"/>
          <w:color w:val="141414"/>
          <w:sz w:val="24"/>
        </w:rPr>
        <w:t>Carissa smiled and dug one heel lightly into the densest cluster of welts.</w:t>
      </w:r>
    </w:p>
    <w:p>
      <w:r>
        <w:rPr>
          <w:rFonts w:ascii="IM Fell English" w:hAnsi="IM Fell English"/>
          <w:color w:val="141414"/>
          <w:sz w:val="24"/>
        </w:rPr>
        <w:t>“I’ll tell her you said that.”</w:t>
      </w:r>
    </w:p>
    <w:p>
      <w:r>
        <w:rPr>
          <w:rFonts w:ascii="IM Fell English" w:hAnsi="IM Fell English"/>
          <w:color w:val="141414"/>
          <w:sz w:val="24"/>
        </w:rPr>
        <w:t>A few feet away Jenna was still playing with Jackie in the channel. She had her sister-in-law on her knees in the cool water, facing the side wall, and was slowly trailing the flexible cable up and down the wet, marked skin of her back and ass without striking — just reminding every nerve that the day wasn’t over. Jackie stayed quiet and still, only the occasional slow blink showing she felt every pass of the metal.</w:t>
      </w:r>
    </w:p>
    <w:p>
      <w:r>
        <w:rPr>
          <w:rFonts w:ascii="IM Fell English" w:hAnsi="IM Fell English"/>
          <w:color w:val="141414"/>
          <w:sz w:val="24"/>
        </w:rPr>
        <w:t>Jenna glanced over at the footstool arrangement and grinned.</w:t>
      </w:r>
    </w:p>
    <w:p>
      <w:r>
        <w:rPr>
          <w:rFonts w:ascii="IM Fell English" w:hAnsi="IM Fell English"/>
          <w:color w:val="141414"/>
          <w:sz w:val="24"/>
        </w:rPr>
        <w:t>“How’s the seating?”</w:t>
      </w:r>
    </w:p>
    <w:p>
      <w:r>
        <w:rPr>
          <w:rFonts w:ascii="IM Fell English" w:hAnsi="IM Fell English"/>
          <w:color w:val="141414"/>
          <w:sz w:val="24"/>
        </w:rPr>
        <w:t>“Excellent. She only complains when I hit the good spots on purpose.” Carissa gave Jennifer another deliberate shift of weight. “Which is constantly.”</w:t>
      </w:r>
    </w:p>
    <w:p>
      <w:r>
        <w:rPr>
          <w:rFonts w:ascii="IM Fell English" w:hAnsi="IM Fell English"/>
          <w:color w:val="141414"/>
          <w:sz w:val="24"/>
        </w:rPr>
        <w:t>Jennifer muttered something that sounded a lot like “psycho stepdaughter” into the concrete. Carissa answered by resting the full weight of both boots on the backs of her thighs for a few seconds.</w:t>
      </w:r>
    </w:p>
    <w:p>
      <w:r>
        <w:rPr>
          <w:rFonts w:ascii="IM Fell English" w:hAnsi="IM Fell English"/>
          <w:color w:val="141414"/>
          <w:sz w:val="24"/>
        </w:rPr>
        <w:t>They stayed like that while the sun dropped lower and the light on the campus turned warmer and longer. The rest of the candidates remained in their kneeling circle, silent, watching the family take its time. No one was in a hurry. No one needed to be.</w:t>
      </w:r>
    </w:p>
    <w:p>
      <w:r>
        <w:rPr>
          <w:rFonts w:ascii="IM Fell English" w:hAnsi="IM Fell English"/>
          <w:color w:val="141414"/>
          <w:sz w:val="24"/>
        </w:rPr>
        <w:t>Eventually Carissa stretched her arms over her head and stood up. Jennifer stayed in position until she was told she could move. When she finally pushed herself up onto her knees her back and the backs of her thighs showed clear white pressure marks from Carissa’s boots in addition to everything else.</w:t>
      </w:r>
    </w:p>
    <w:p>
      <w:r>
        <w:rPr>
          <w:rFonts w:ascii="IM Fell English" w:hAnsi="IM Fell English"/>
          <w:color w:val="141414"/>
          <w:sz w:val="24"/>
        </w:rPr>
        <w:t>Carissa hooked two fingers under her chin and looked her over.</w:t>
      </w:r>
    </w:p>
    <w:p>
      <w:r>
        <w:rPr>
          <w:rFonts w:ascii="IM Fell English" w:hAnsi="IM Fell English"/>
          <w:color w:val="141414"/>
          <w:sz w:val="24"/>
        </w:rPr>
        <w:t>“Still functional?”</w:t>
      </w:r>
    </w:p>
    <w:p>
      <w:r>
        <w:rPr>
          <w:rFonts w:ascii="IM Fell English" w:hAnsi="IM Fell English"/>
          <w:color w:val="141414"/>
          <w:sz w:val="24"/>
        </w:rPr>
        <w:t>“Still functional. Still not sorry. Still think the whole family is unhinged.”</w:t>
      </w:r>
    </w:p>
    <w:p>
      <w:r>
        <w:rPr>
          <w:rFonts w:ascii="IM Fell English" w:hAnsi="IM Fell English"/>
          <w:color w:val="141414"/>
          <w:sz w:val="24"/>
        </w:rPr>
        <w:t>“Correct on all three.” Carissa patted her cheek. “Up.”</w:t>
      </w:r>
    </w:p>
    <w:p>
      <w:r>
        <w:rPr>
          <w:rFonts w:ascii="IM Fell English" w:hAnsi="IM Fell English"/>
          <w:color w:val="141414"/>
          <w:sz w:val="24"/>
        </w:rPr>
        <w:t>Jenna gave Jackie one last slow drag of the cable, then ordered her out of the channel. Jackie climbed out carefully, water running off the dense map of damage, and stood waiting with the same calm, bloody composure she had worn all day.</w:t>
      </w:r>
    </w:p>
    <w:p>
      <w:r>
        <w:rPr>
          <w:rFonts w:ascii="IM Fell English" w:hAnsi="IM Fell English"/>
          <w:color w:val="141414"/>
          <w:sz w:val="24"/>
        </w:rPr>
        <w:t>The two young Mistresses looked at their property, then at each other.</w:t>
      </w:r>
    </w:p>
    <w:p>
      <w:r>
        <w:rPr>
          <w:rFonts w:ascii="IM Fell English" w:hAnsi="IM Fell English"/>
          <w:color w:val="141414"/>
          <w:sz w:val="24"/>
        </w:rPr>
        <w:t>Jenna spoke first.</w:t>
      </w:r>
    </w:p>
    <w:p>
      <w:r>
        <w:rPr>
          <w:rFonts w:ascii="IM Fell English" w:hAnsi="IM Fell English"/>
          <w:color w:val="141414"/>
          <w:sz w:val="24"/>
        </w:rPr>
        <w:t>“Evening games?”</w:t>
      </w:r>
    </w:p>
    <w:p>
      <w:r>
        <w:rPr>
          <w:rFonts w:ascii="IM Fell English" w:hAnsi="IM Fell English"/>
          <w:color w:val="141414"/>
          <w:sz w:val="24"/>
        </w:rPr>
        <w:t>Carissa nodded, eyes bright.</w:t>
      </w:r>
    </w:p>
    <w:p>
      <w:r>
        <w:rPr>
          <w:rFonts w:ascii="IM Fell English" w:hAnsi="IM Fell English"/>
          <w:color w:val="141414"/>
          <w:sz w:val="24"/>
        </w:rPr>
        <w:t>“Evening games. Something longer. Something that doesn’t let them stand for a while.”</w:t>
      </w:r>
    </w:p>
    <w:p>
      <w:r>
        <w:rPr>
          <w:rFonts w:ascii="IM Fell English" w:hAnsi="IM Fell English"/>
          <w:color w:val="141414"/>
          <w:sz w:val="24"/>
        </w:rPr>
        <w:t>Jennifer groaned theatrically.</w:t>
      </w:r>
    </w:p>
    <w:p>
      <w:r>
        <w:rPr>
          <w:rFonts w:ascii="IM Fell English" w:hAnsi="IM Fell English"/>
          <w:color w:val="141414"/>
          <w:sz w:val="24"/>
        </w:rPr>
        <w:t>“You two never quit while you’re ahead.”</w:t>
      </w:r>
    </w:p>
    <w:p>
      <w:r>
        <w:rPr>
          <w:rFonts w:ascii="IM Fell English" w:hAnsi="IM Fell English"/>
          <w:color w:val="141414"/>
          <w:sz w:val="24"/>
        </w:rPr>
        <w:t>Jackie answered for both of them, voice quiet and almost fond.</w:t>
      </w:r>
    </w:p>
    <w:p>
      <w:r>
        <w:rPr>
          <w:rFonts w:ascii="IM Fell English" w:hAnsi="IM Fell English"/>
          <w:color w:val="141414"/>
          <w:sz w:val="24"/>
        </w:rPr>
        <w:t>“They’re not built to quit while they’re ahead, mutt. That’s why we keep saying yes.”</w:t>
      </w:r>
    </w:p>
    <w:p>
      <w:r>
        <w:rPr>
          <w:rFonts w:ascii="IM Fell English" w:hAnsi="IM Fell English"/>
          <w:color w:val="141414"/>
          <w:sz w:val="24"/>
        </w:rPr>
        <w:t>Jenna and Carissa smiled the same unhinged, affectionate smile they had been sharing since morning, then pointed toward the low buildings at the edge of the training pad where the overnight restraints and heavier frames were stored.</w:t>
      </w:r>
    </w:p>
    <w:p>
      <w:r>
        <w:rPr>
          <w:rFonts w:ascii="IM Fell English" w:hAnsi="IM Fell English"/>
          <w:color w:val="141414"/>
          <w:sz w:val="24"/>
        </w:rPr>
        <w:t>“Walk,” Jenna said.</w:t>
      </w:r>
    </w:p>
    <w:p>
      <w:r>
        <w:rPr>
          <w:rFonts w:ascii="IM Fell English" w:hAnsi="IM Fell English"/>
          <w:color w:val="141414"/>
          <w:sz w:val="24"/>
        </w:rPr>
        <w:t>“Preferably under your own power,” Carissa added.</w:t>
      </w:r>
    </w:p>
    <w:p>
      <w:r>
        <w:rPr>
          <w:rFonts w:ascii="IM Fell English" w:hAnsi="IM Fell English"/>
          <w:color w:val="141414"/>
          <w:sz w:val="24"/>
        </w:rPr>
        <w:t>Jennifer and Jackie started moving — stiff, marked, limping, and still right there with them.</w:t>
      </w:r>
    </w:p>
    <w:p>
      <w:r>
        <w:rPr>
          <w:rFonts w:ascii="IM Fell English" w:hAnsi="IM Fell English"/>
          <w:color w:val="141414"/>
          <w:sz w:val="24"/>
        </w:rPr>
        <w:t>The sealed campus watched the four of them head toward the next set of toys as the light turned gold.</w:t>
      </w:r>
    </w:p>
    <w:p>
      <w:r>
        <w:rPr>
          <w:rFonts w:ascii="IM Fell English" w:hAnsi="IM Fell English"/>
          <w:color w:val="141414"/>
          <w:sz w:val="24"/>
        </w:rPr>
        <w:t>Orientation was about to become an overnight affair.</w:t>
      </w:r>
    </w:p>
    <w:p>
      <w:r>
        <w:rPr>
          <w:rFonts w:ascii="IM Fell English" w:hAnsi="IM Fell English"/>
          <w:color w:val="141414"/>
          <w:sz w:val="24"/>
        </w:rPr>
        <w:t>And none of them looked even slightly finished with each other.</w:t>
      </w:r>
    </w:p>
    <w:p>
      <w:pPr>
        <w:pStyle w:val="Heading1"/>
        <w:jc w:val="center"/>
      </w:pPr>
      <w:r>
        <w:rPr>
          <w:rFonts w:ascii="IM Fell English" w:hAnsi="IM Fell English"/>
          <w:color w:val="0D0D0D"/>
        </w:rPr>
        <w:t>CHAPTER 22 — EVENING FRAMES</w:t>
      </w:r>
    </w:p>
    <w:p>
      <w:r>
        <w:rPr>
          <w:rFonts w:ascii="IM Fell English" w:hAnsi="IM Fell English"/>
          <w:color w:val="141414"/>
          <w:sz w:val="24"/>
        </w:rPr>
        <w:t>The low buildings at the edge of the training pad were already lit with practical yellow work lights.</w:t>
      </w:r>
    </w:p>
    <w:p>
      <w:r>
        <w:rPr>
          <w:rFonts w:ascii="IM Fell English" w:hAnsi="IM Fell English"/>
          <w:color w:val="141414"/>
          <w:sz w:val="24"/>
        </w:rPr>
        <w:t>Inside the first open bay stood a row of heavy steel frames — simple, solid, and designed for long stays. Each frame had multiple attachment points at wrist, ankle, thigh, and waist height, plus a padded horizontal bar that could be adjusted for bending a body over or locking it upright. Chains and thick leather cuffs hung ready on hooks. A small table nearby held water bottles, a jar of thick salve, and a few heavier implements that had not been used yet.</w:t>
      </w:r>
    </w:p>
    <w:p>
      <w:r>
        <w:rPr>
          <w:rFonts w:ascii="IM Fell English" w:hAnsi="IM Fell English"/>
          <w:color w:val="141414"/>
          <w:sz w:val="24"/>
        </w:rPr>
        <w:t>Jenna walked Jennifer and Jackie in first, still holding her twin by the collar. Carissa followed with Jackie’s chain loose in her hand. Both bitches moved carefully; every step pulled at the dense ruin of welts, tire marks, paddle bruises, and cable lines that covered them from waist to mid-thigh.</w:t>
      </w:r>
    </w:p>
    <w:p>
      <w:r>
        <w:rPr>
          <w:rFonts w:ascii="IM Fell English" w:hAnsi="IM Fell English"/>
          <w:color w:val="141414"/>
          <w:sz w:val="24"/>
        </w:rPr>
        <w:t>Jenna pointed at the two frames in the center.</w:t>
      </w:r>
    </w:p>
    <w:p>
      <w:r>
        <w:rPr>
          <w:rFonts w:ascii="IM Fell English" w:hAnsi="IM Fell English"/>
          <w:color w:val="141414"/>
          <w:sz w:val="24"/>
        </w:rPr>
        <w:t>“Side by side. Facing each other. I want them to be able to see one another while we lock them down.”</w:t>
      </w:r>
    </w:p>
    <w:p>
      <w:r>
        <w:rPr>
          <w:rFonts w:ascii="IM Fell English" w:hAnsi="IM Fell English"/>
          <w:color w:val="141414"/>
          <w:sz w:val="24"/>
        </w:rPr>
        <w:t>Carissa nodded.</w:t>
      </w:r>
    </w:p>
    <w:p>
      <w:r>
        <w:rPr>
          <w:rFonts w:ascii="IM Fell English" w:hAnsi="IM Fell English"/>
          <w:color w:val="141414"/>
          <w:sz w:val="24"/>
        </w:rPr>
        <w:t>“Wrists high, ankles spread, thighs locked so they can’t close their legs. Leave enough slack that they can shift a little, but not enough that they can rest.”</w:t>
      </w:r>
    </w:p>
    <w:p>
      <w:r>
        <w:rPr>
          <w:rFonts w:ascii="IM Fell English" w:hAnsi="IM Fell English"/>
          <w:color w:val="141414"/>
          <w:sz w:val="24"/>
        </w:rPr>
        <w:t>Jennifer eyed the frames and gave a low, theatrical groan.</w:t>
      </w:r>
    </w:p>
    <w:p>
      <w:r>
        <w:rPr>
          <w:rFonts w:ascii="IM Fell English" w:hAnsi="IM Fell English"/>
          <w:color w:val="141414"/>
          <w:sz w:val="24"/>
        </w:rPr>
        <w:t>“You’re both actually serious about the ‘doesn’t let them stand for a while’ part.”</w:t>
      </w:r>
    </w:p>
    <w:p>
      <w:r>
        <w:rPr>
          <w:rFonts w:ascii="IM Fell English" w:hAnsi="IM Fell English"/>
          <w:color w:val="141414"/>
          <w:sz w:val="24"/>
        </w:rPr>
        <w:t>Jenna kissed the side of her head, quick and mocking.</w:t>
      </w:r>
    </w:p>
    <w:p>
      <w:r>
        <w:rPr>
          <w:rFonts w:ascii="IM Fell English" w:hAnsi="IM Fell English"/>
          <w:color w:val="141414"/>
          <w:sz w:val="24"/>
        </w:rPr>
        <w:t>“Dead serious, twin. You’ve been upright on and off all day. Time to hang for a bit.”</w:t>
      </w:r>
    </w:p>
    <w:p>
      <w:r>
        <w:rPr>
          <w:rFonts w:ascii="IM Fell English" w:hAnsi="IM Fell English"/>
          <w:color w:val="141414"/>
          <w:sz w:val="24"/>
        </w:rPr>
        <w:t>Jackie looked at the nearest frame with calm interest.</w:t>
      </w:r>
    </w:p>
    <w:p>
      <w:r>
        <w:rPr>
          <w:rFonts w:ascii="IM Fell English" w:hAnsi="IM Fell English"/>
          <w:color w:val="141414"/>
          <w:sz w:val="24"/>
        </w:rPr>
        <w:t>“At least the view will be familiar.”</w:t>
      </w:r>
    </w:p>
    <w:p>
      <w:r>
        <w:rPr>
          <w:rFonts w:ascii="IM Fell English" w:hAnsi="IM Fell English"/>
          <w:color w:val="141414"/>
          <w:sz w:val="24"/>
        </w:rPr>
        <w:t>Carissa gave her mother’s chain a light tug.</w:t>
      </w:r>
    </w:p>
    <w:p>
      <w:r>
        <w:rPr>
          <w:rFonts w:ascii="IM Fell English" w:hAnsi="IM Fell English"/>
          <w:color w:val="141414"/>
          <w:sz w:val="24"/>
        </w:rPr>
        <w:t>“Flatterer.”</w:t>
      </w:r>
    </w:p>
    <w:p>
      <w:r>
        <w:rPr>
          <w:rFonts w:ascii="IM Fell English" w:hAnsi="IM Fell English"/>
          <w:color w:val="141414"/>
          <w:sz w:val="24"/>
        </w:rPr>
        <w:t>They worked efficiently. Jennifer was guided to the left frame, Jackie to the right. Wrists were lifted and cuffed high enough that both women had to stand on the balls of their feet. Ankles were locked wide to the bottom corners. Broad leather bands went around their thighs, holding them open. A final strap across each waist kept them from twisting away. When the last buckle closed, the two bitches faced each other across a gap of only a few feet, marked bodies on full display under the yellow lights, already starting to feel the slow burn of the position in their shoulders and calves.</w:t>
      </w:r>
    </w:p>
    <w:p>
      <w:r>
        <w:rPr>
          <w:rFonts w:ascii="IM Fell English" w:hAnsi="IM Fell English"/>
          <w:color w:val="141414"/>
          <w:sz w:val="24"/>
        </w:rPr>
        <w:t>Jenna stepped back and surveyed the result with open satisfaction.</w:t>
      </w:r>
    </w:p>
    <w:p>
      <w:r>
        <w:rPr>
          <w:rFonts w:ascii="IM Fell English" w:hAnsi="IM Fell English"/>
          <w:color w:val="141414"/>
          <w:sz w:val="24"/>
        </w:rPr>
        <w:t>“Pretty.”</w:t>
      </w:r>
    </w:p>
    <w:p>
      <w:r>
        <w:rPr>
          <w:rFonts w:ascii="IM Fell English" w:hAnsi="IM Fell English"/>
          <w:color w:val="141414"/>
          <w:sz w:val="24"/>
        </w:rPr>
        <w:t>Carissa ran a hand down Jackie’s side, feeling the heat still pouring off the damaged skin.</w:t>
      </w:r>
    </w:p>
    <w:p>
      <w:r>
        <w:rPr>
          <w:rFonts w:ascii="IM Fell English" w:hAnsi="IM Fell English"/>
          <w:color w:val="141414"/>
          <w:sz w:val="24"/>
        </w:rPr>
        <w:t>“Very pretty. And they’re already starting to shift their weight. Perfect.”</w:t>
      </w:r>
    </w:p>
    <w:p>
      <w:r>
        <w:rPr>
          <w:rFonts w:ascii="IM Fell English" w:hAnsi="IM Fell English"/>
          <w:color w:val="141414"/>
          <w:sz w:val="24"/>
        </w:rPr>
        <w:t>Jennifer tested the wrist cuffs and looked across at Jackie.</w:t>
      </w:r>
    </w:p>
    <w:p>
      <w:r>
        <w:rPr>
          <w:rFonts w:ascii="IM Fell English" w:hAnsi="IM Fell English"/>
          <w:color w:val="141414"/>
          <w:sz w:val="24"/>
        </w:rPr>
        <w:t>“Evening, Mommy.”</w:t>
      </w:r>
    </w:p>
    <w:p>
      <w:r>
        <w:rPr>
          <w:rFonts w:ascii="IM Fell English" w:hAnsi="IM Fell English"/>
          <w:color w:val="141414"/>
          <w:sz w:val="24"/>
        </w:rPr>
        <w:t>Jackie managed a small, tired smile.</w:t>
      </w:r>
    </w:p>
    <w:p>
      <w:r>
        <w:rPr>
          <w:rFonts w:ascii="IM Fell English" w:hAnsi="IM Fell English"/>
          <w:color w:val="141414"/>
          <w:sz w:val="24"/>
        </w:rPr>
        <w:t>“Evening, mutt. Try not to fall asleep on me.”</w:t>
      </w:r>
    </w:p>
    <w:p>
      <w:r>
        <w:rPr>
          <w:rFonts w:ascii="IM Fell English" w:hAnsi="IM Fell English"/>
          <w:color w:val="141414"/>
          <w:sz w:val="24"/>
        </w:rPr>
        <w:t>“No promises.”</w:t>
      </w:r>
    </w:p>
    <w:p>
      <w:r>
        <w:rPr>
          <w:rFonts w:ascii="IM Fell English" w:hAnsi="IM Fell English"/>
          <w:color w:val="141414"/>
          <w:sz w:val="24"/>
        </w:rPr>
        <w:t>Jenna and Carissa moved to the small table, poured water into two shallow bowls, and brought them over. They held the water for their respective bitches to drink from, slow and careful, then wiped the excess from their chins with surprisingly gentle thumbs.</w:t>
      </w:r>
    </w:p>
    <w:p>
      <w:r>
        <w:rPr>
          <w:rFonts w:ascii="IM Fell English" w:hAnsi="IM Fell English"/>
          <w:color w:val="141414"/>
          <w:sz w:val="24"/>
        </w:rPr>
        <w:t>Carissa spoke first.</w:t>
      </w:r>
    </w:p>
    <w:p>
      <w:r>
        <w:rPr>
          <w:rFonts w:ascii="IM Fell English" w:hAnsi="IM Fell English"/>
          <w:color w:val="141414"/>
          <w:sz w:val="24"/>
        </w:rPr>
        <w:t>“Rules for the next stretch are simple. You stay in the frames until we decide otherwise. We can touch you, hit you, use you, or just sit and watch. You can make as much noise as you want. The only way out early is a clear, serious request to stop the whole course for the night. Understood?”</w:t>
      </w:r>
    </w:p>
    <w:p>
      <w:r>
        <w:rPr>
          <w:rFonts w:ascii="IM Fell English" w:hAnsi="IM Fell English"/>
          <w:color w:val="141414"/>
          <w:sz w:val="24"/>
        </w:rPr>
        <w:t>Jennifer and Jackie both answered at the same time, voices steady.</w:t>
      </w:r>
    </w:p>
    <w:p>
      <w:r>
        <w:rPr>
          <w:rFonts w:ascii="IM Fell English" w:hAnsi="IM Fell English"/>
          <w:color w:val="141414"/>
          <w:sz w:val="24"/>
        </w:rPr>
        <w:t>“Understood.”</w:t>
      </w:r>
    </w:p>
    <w:p>
      <w:r>
        <w:rPr>
          <w:rFonts w:ascii="IM Fell English" w:hAnsi="IM Fell English"/>
          <w:color w:val="141414"/>
          <w:sz w:val="24"/>
        </w:rPr>
        <w:t>Jenna picked up a medium leather strap and looked at Carissa.</w:t>
      </w:r>
    </w:p>
    <w:p>
      <w:r>
        <w:rPr>
          <w:rFonts w:ascii="IM Fell English" w:hAnsi="IM Fell English"/>
          <w:color w:val="141414"/>
          <w:sz w:val="24"/>
        </w:rPr>
        <w:t>“Warm-up layer while they settle into the position?”</w:t>
      </w:r>
    </w:p>
    <w:p>
      <w:r>
        <w:rPr>
          <w:rFonts w:ascii="IM Fell English" w:hAnsi="IM Fell English"/>
          <w:color w:val="141414"/>
          <w:sz w:val="24"/>
        </w:rPr>
        <w:t>“Warm-up layer,” Carissa agreed.</w:t>
      </w:r>
    </w:p>
    <w:p>
      <w:r>
        <w:rPr>
          <w:rFonts w:ascii="IM Fell English" w:hAnsi="IM Fell English"/>
          <w:color w:val="141414"/>
          <w:sz w:val="24"/>
        </w:rPr>
        <w:t>They took opposite sides and began laying slow, measured strokes across the already ruined asses and thighs, not hard enough to break skin further, just enough to keep the fire awake while the two bodies adjusted to hanging. The sound of leather on damaged skin filled the bay, mixed with the low, continuous breathing of the two tough-ass whores and the quiet, pleased commentary of the young Mistresses who owned them for the night.</w:t>
      </w:r>
    </w:p>
    <w:p>
      <w:r>
        <w:rPr>
          <w:rFonts w:ascii="IM Fell English" w:hAnsi="IM Fell English"/>
          <w:color w:val="141414"/>
          <w:sz w:val="24"/>
        </w:rPr>
        <w:t>Outside, the last of the daylight faded.</w:t>
      </w:r>
    </w:p>
    <w:p>
      <w:r>
        <w:rPr>
          <w:rFonts w:ascii="IM Fell English" w:hAnsi="IM Fell English"/>
          <w:color w:val="141414"/>
          <w:sz w:val="24"/>
        </w:rPr>
        <w:t>Inside, orientation officially became an overnight stay.</w:t>
      </w:r>
    </w:p>
    <w:p>
      <w:r>
        <w:rPr>
          <w:rFonts w:ascii="IM Fell English" w:hAnsi="IM Fell English"/>
          <w:color w:val="141414"/>
          <w:sz w:val="24"/>
        </w:rPr>
        <w:t>And none of the four women involved looked even slightly ready to quit.</w:t>
      </w:r>
    </w:p>
    <w:p>
      <w:pPr>
        <w:pStyle w:val="Heading1"/>
        <w:jc w:val="center"/>
      </w:pPr>
      <w:r>
        <w:rPr>
          <w:rFonts w:ascii="IM Fell English" w:hAnsi="IM Fell English"/>
          <w:color w:val="0D0D0D"/>
        </w:rPr>
        <w:t>CHAPTER 23 — FRAMES</w:t>
      </w:r>
    </w:p>
    <w:p>
      <w:r>
        <w:rPr>
          <w:rFonts w:ascii="IM Fell English" w:hAnsi="IM Fell English"/>
          <w:color w:val="141414"/>
          <w:sz w:val="24"/>
        </w:rPr>
        <w:t>The warm-up layer didn’t stay warm-up for long.</w:t>
      </w:r>
    </w:p>
    <w:p>
      <w:r>
        <w:rPr>
          <w:rFonts w:ascii="IM Fell English" w:hAnsi="IM Fell English"/>
          <w:color w:val="141414"/>
          <w:sz w:val="24"/>
        </w:rPr>
        <w:t>Jenna and Carissa worked in easy alternating rhythms, letting the medium straps wake every existing mark without immediately adding dramatic new ones. The position did most of the heavy lifting — wrists high, weight forced onto the balls of the feet, thighs held open so the bitches couldn’t chase or escape the impact. Within fifteen minutes both Jennifer and Jackie were shifting constantly, trying to find an angle that didn’t pull fire through their shoulders, calves, and ruined lower halves at the same time.</w:t>
      </w:r>
    </w:p>
    <w:p>
      <w:r>
        <w:rPr>
          <w:rFonts w:ascii="IM Fell English" w:hAnsi="IM Fell English"/>
          <w:color w:val="141414"/>
          <w:sz w:val="24"/>
        </w:rPr>
        <w:t>Jennifer broke the relative quiet first, voice already a little strained.</w:t>
      </w:r>
    </w:p>
    <w:p>
      <w:r>
        <w:rPr>
          <w:rFonts w:ascii="IM Fell English" w:hAnsi="IM Fell English"/>
          <w:color w:val="141414"/>
          <w:sz w:val="24"/>
        </w:rPr>
        <w:t>“I’m starting to regret every life choice that led me to teaching you how to swing.”</w:t>
      </w:r>
    </w:p>
    <w:p>
      <w:r>
        <w:rPr>
          <w:rFonts w:ascii="IM Fell English" w:hAnsi="IM Fell English"/>
          <w:color w:val="141414"/>
          <w:sz w:val="24"/>
        </w:rPr>
        <w:t>Jenna landed a cleaner, sharper stroke across the darkest tire mark and watched her twin’s hips jerk.</w:t>
      </w:r>
    </w:p>
    <w:p>
      <w:r>
        <w:rPr>
          <w:rFonts w:ascii="IM Fell English" w:hAnsi="IM Fell English"/>
          <w:color w:val="141414"/>
          <w:sz w:val="24"/>
        </w:rPr>
        <w:t>“No you’re not. You’re just talking to hear yourself talk.”</w:t>
      </w:r>
    </w:p>
    <w:p>
      <w:r>
        <w:rPr>
          <w:rFonts w:ascii="IM Fell English" w:hAnsi="IM Fell English"/>
          <w:color w:val="141414"/>
          <w:sz w:val="24"/>
        </w:rPr>
        <w:t>“Also true.”</w:t>
      </w:r>
    </w:p>
    <w:p>
      <w:r>
        <w:rPr>
          <w:rFonts w:ascii="IM Fell English" w:hAnsi="IM Fell English"/>
          <w:color w:val="141414"/>
          <w:sz w:val="24"/>
        </w:rPr>
        <w:t>Carissa was quieter with Jackie, more focused. She worked the strap in short, precise arcs that kept landing on the same dense cluster of cable lines and paddle bruises until Jackie’s breathing turned deliberately measured. Every now and then Carissa would step in close, press her body against her mother’s bare side, and simply hold there for a few seconds — letting Jackie feel the contrast between the ongoing fire and the solid, living weight of the woman who owned her for the night.</w:t>
      </w:r>
    </w:p>
    <w:p>
      <w:r>
        <w:rPr>
          <w:rFonts w:ascii="IM Fell English" w:hAnsi="IM Fell English"/>
          <w:color w:val="141414"/>
          <w:sz w:val="24"/>
        </w:rPr>
        <w:t>Jackie spoke in one of those pauses, voice low and even.</w:t>
      </w:r>
    </w:p>
    <w:p>
      <w:r>
        <w:rPr>
          <w:rFonts w:ascii="IM Fell English" w:hAnsi="IM Fell English"/>
          <w:color w:val="141414"/>
          <w:sz w:val="24"/>
        </w:rPr>
        <w:t>“You’re getting good at this, baby girl.”</w:t>
      </w:r>
    </w:p>
    <w:p>
      <w:r>
        <w:rPr>
          <w:rFonts w:ascii="IM Fell English" w:hAnsi="IM Fell English"/>
          <w:color w:val="141414"/>
          <w:sz w:val="24"/>
        </w:rPr>
        <w:t>Carissa kissed the corner of her jaw.</w:t>
      </w:r>
    </w:p>
    <w:p>
      <w:r>
        <w:rPr>
          <w:rFonts w:ascii="IM Fell English" w:hAnsi="IM Fell English"/>
          <w:color w:val="141414"/>
          <w:sz w:val="24"/>
        </w:rPr>
        <w:t>“I had the best practice dummy in the family.”</w:t>
      </w:r>
    </w:p>
    <w:p>
      <w:r>
        <w:rPr>
          <w:rFonts w:ascii="IM Fell English" w:hAnsi="IM Fell English"/>
          <w:color w:val="141414"/>
          <w:sz w:val="24"/>
        </w:rPr>
        <w:t>“Flatterer.”</w:t>
      </w:r>
    </w:p>
    <w:p>
      <w:r>
        <w:rPr>
          <w:rFonts w:ascii="IM Fell English" w:hAnsi="IM Fell English"/>
          <w:color w:val="141414"/>
          <w:sz w:val="24"/>
        </w:rPr>
        <w:t>They kept the strap work going until both bitches were shiny with fresh sweat and the yellow work lights showed every tremor in their legs. Then the two young Mistresses set the straps aside and moved to the next stage without announcement.</w:t>
      </w:r>
    </w:p>
    <w:p>
      <w:r>
        <w:rPr>
          <w:rFonts w:ascii="IM Fell English" w:hAnsi="IM Fell English"/>
          <w:color w:val="141414"/>
          <w:sz w:val="24"/>
        </w:rPr>
        <w:t>Jenna unlocked Jennifer’s left wrist just long enough to lower it, roll the shoulder, and lock it again at a slightly different height. She repeated the process on the right. The small change forced Jennifer’s weight onto new muscles and pulled a long, unwilling sound out of her. Carissa did the same for Jackie, slower, taking the chance to dig her thumbs into the tight muscles along her mother’s upper back while the arms were free.</w:t>
      </w:r>
    </w:p>
    <w:p>
      <w:r>
        <w:rPr>
          <w:rFonts w:ascii="IM Fell English" w:hAnsi="IM Fell English"/>
          <w:color w:val="141414"/>
          <w:sz w:val="24"/>
        </w:rPr>
        <w:t>When both women were locked again, Jenna walked to the small table and came back with a short, thick dildo. She scooped a thin layer of the familiar heavy salve onto it and held it up where her twin could see it.</w:t>
      </w:r>
    </w:p>
    <w:p>
      <w:r>
        <w:rPr>
          <w:rFonts w:ascii="IM Fell English" w:hAnsi="IM Fell English"/>
          <w:color w:val="141414"/>
          <w:sz w:val="24"/>
        </w:rPr>
        <w:t>“Open your mouth. Get it ready. Then I decide where it goes.”</w:t>
      </w:r>
    </w:p>
    <w:p>
      <w:r>
        <w:rPr>
          <w:rFonts w:ascii="IM Fell English" w:hAnsi="IM Fell English"/>
          <w:color w:val="141414"/>
          <w:sz w:val="24"/>
        </w:rPr>
        <w:t>Jennifer obeyed without comment for once, taking the toy deep and making a show of it while her eyes stayed locked on Jenna’s. The taste was old and known. Jenna watched with open appreciation, then pulled it free, stepped behind her, and pressed it slowly into her cunt until it was fully seated. A thin leather strap around Jennifer’s hips locked it in place. The position forced her to feel every small shift of her own weight as an internal pressure as well as external fire.</w:t>
      </w:r>
    </w:p>
    <w:p>
      <w:r>
        <w:rPr>
          <w:rFonts w:ascii="IM Fell English" w:hAnsi="IM Fell English"/>
          <w:color w:val="141414"/>
          <w:sz w:val="24"/>
        </w:rPr>
        <w:t>Carissa followed the same sequence with Jackie, but the clear, body-safe lube she used had no medicinal bite. She let her mother suck the toy clean, then pushed it in with the same slow, deliberate thrust that made Jackie’s eyes close for a second, and locked it in place with an identical hip strap. The two bitches hung facing each other, both freshly filled, both still forced onto the balls of their feet, both breathing harder than before.</w:t>
      </w:r>
    </w:p>
    <w:p>
      <w:r>
        <w:rPr>
          <w:rFonts w:ascii="IM Fell English" w:hAnsi="IM Fell English"/>
          <w:color w:val="141414"/>
          <w:sz w:val="24"/>
        </w:rPr>
        <w:t>Jenna rested a hand on Jennifer’s stomach and felt the toy from the outside.</w:t>
      </w:r>
    </w:p>
    <w:p>
      <w:r>
        <w:rPr>
          <w:rFonts w:ascii="IM Fell English" w:hAnsi="IM Fell English"/>
          <w:color w:val="141414"/>
          <w:sz w:val="24"/>
        </w:rPr>
        <w:t>“Comfortable?”</w:t>
      </w:r>
    </w:p>
    <w:p>
      <w:r>
        <w:rPr>
          <w:rFonts w:ascii="IM Fell English" w:hAnsi="IM Fell English"/>
          <w:color w:val="141414"/>
          <w:sz w:val="24"/>
        </w:rPr>
        <w:t>Jennifer managed a breathless laugh.</w:t>
      </w:r>
    </w:p>
    <w:p>
      <w:r>
        <w:rPr>
          <w:rFonts w:ascii="IM Fell English" w:hAnsi="IM Fell English"/>
          <w:color w:val="141414"/>
          <w:sz w:val="24"/>
        </w:rPr>
        <w:t>“Define comfortable.”</w:t>
      </w:r>
    </w:p>
    <w:p>
      <w:r>
        <w:rPr>
          <w:rFonts w:ascii="IM Fell English" w:hAnsi="IM Fell English"/>
          <w:color w:val="141414"/>
          <w:sz w:val="24"/>
        </w:rPr>
        <w:t>“Good answer.”</w:t>
      </w:r>
    </w:p>
    <w:p>
      <w:r>
        <w:rPr>
          <w:rFonts w:ascii="IM Fell English" w:hAnsi="IM Fell English"/>
          <w:color w:val="141414"/>
          <w:sz w:val="24"/>
        </w:rPr>
        <w:t>Carissa was already stroking Jackie’s hair with surprising gentleness while her other hand idly twisted one of her mother’s nipples.</w:t>
      </w:r>
    </w:p>
    <w:p>
      <w:r>
        <w:rPr>
          <w:rFonts w:ascii="IM Fell English" w:hAnsi="IM Fell English"/>
          <w:color w:val="141414"/>
          <w:sz w:val="24"/>
        </w:rPr>
        <w:t>“We’re going to leave you like this for a while. We might hit you. We might use your mouths. We might just sit and watch you try not to squirm. The only way the toys come out early is if one of you asks to stop the whole night. Clear?”</w:t>
      </w:r>
    </w:p>
    <w:p>
      <w:r>
        <w:rPr>
          <w:rFonts w:ascii="IM Fell English" w:hAnsi="IM Fell English"/>
          <w:color w:val="141414"/>
          <w:sz w:val="24"/>
        </w:rPr>
        <w:t>Both bitches answered at the same time, voices rough but steady.</w:t>
      </w:r>
    </w:p>
    <w:p>
      <w:r>
        <w:rPr>
          <w:rFonts w:ascii="IM Fell English" w:hAnsi="IM Fell English"/>
          <w:color w:val="141414"/>
          <w:sz w:val="24"/>
        </w:rPr>
        <w:t>“Clear.”</w:t>
      </w:r>
    </w:p>
    <w:p>
      <w:r>
        <w:rPr>
          <w:rFonts w:ascii="IM Fell English" w:hAnsi="IM Fell English"/>
          <w:color w:val="141414"/>
          <w:sz w:val="24"/>
        </w:rPr>
        <w:t>Jenna and Carissa dragged two folding chairs over and sat facing their property, close enough to touch, close enough to reach with a strap or a hand whenever the mood struck. Outside the open bay the sealed campus had gone fully dark. Inside, the yellow lights held steady on the two marked, filled, slowly trembling bodies and the two young Mistresses who were perfectly content to watch them for as long as they lasted.</w:t>
      </w:r>
    </w:p>
    <w:p>
      <w:r>
        <w:rPr>
          <w:rFonts w:ascii="IM Fell English" w:hAnsi="IM Fell English"/>
          <w:color w:val="141414"/>
          <w:sz w:val="24"/>
        </w:rPr>
        <w:t>The overnight portion of orientation had properly begun.</w:t>
      </w:r>
    </w:p>
    <w:p>
      <w:r>
        <w:rPr>
          <w:rFonts w:ascii="IM Fell English" w:hAnsi="IM Fell English"/>
          <w:color w:val="141414"/>
          <w:sz w:val="24"/>
        </w:rPr>
        <w:t>And none of the four women involved looked even slightly finished with the night.</w:t>
      </w:r>
    </w:p>
    <w:p>
      <w:pPr>
        <w:pStyle w:val="Heading1"/>
        <w:jc w:val="center"/>
      </w:pPr>
      <w:r>
        <w:rPr>
          <w:rFonts w:ascii="IM Fell English" w:hAnsi="IM Fell English"/>
          <w:color w:val="0D0D0D"/>
        </w:rPr>
        <w:t>CHAPTER 24 — OVERNIGHT</w:t>
      </w:r>
    </w:p>
    <w:p>
      <w:r>
        <w:rPr>
          <w:rFonts w:ascii="IM Fell English" w:hAnsi="IM Fell English"/>
          <w:color w:val="141414"/>
          <w:sz w:val="24"/>
        </w:rPr>
        <w:t>Time stretched.</w:t>
      </w:r>
    </w:p>
    <w:p>
      <w:r>
        <w:rPr>
          <w:rFonts w:ascii="IM Fell English" w:hAnsi="IM Fell English"/>
          <w:color w:val="141414"/>
          <w:sz w:val="24"/>
        </w:rPr>
        <w:t>The yellow work lights held steady. The two steel frames faced each other across a few feet of concrete. Jennifer and Jackie hung in them, weight forced onto the balls of their feet, thighs locked open, toys seated deep and strapped in place. Every small shift of balance made the internal pressure and the external fire talk to each other.</w:t>
      </w:r>
    </w:p>
    <w:p>
      <w:r>
        <w:rPr>
          <w:rFonts w:ascii="IM Fell English" w:hAnsi="IM Fell English"/>
          <w:color w:val="141414"/>
          <w:sz w:val="24"/>
        </w:rPr>
        <w:t>Jenna sat with one boot hooked over the opposite knee, watching her twin the way other people watched slow-burning fires. Every so often she stood, laid a few measured strokes with the medium strap across Jennifer’s already ruined ass and thighs, then sat back down again. She never hurried. She never needed to.</w:t>
      </w:r>
    </w:p>
    <w:p>
      <w:r>
        <w:rPr>
          <w:rFonts w:ascii="IM Fell English" w:hAnsi="IM Fell English"/>
          <w:color w:val="141414"/>
          <w:sz w:val="24"/>
        </w:rPr>
        <w:t>Carissa was more tactile with Jackie. She would rise, press herself against her mother’s bare side, bite a shoulder or the edge of a breast, twist a nipple until Jackie’s breath caught, then return to her chair like nothing had happened. Sometimes she simply reached between Jackie’s spread legs and put slow pressure on the base of the toy, reminding her it was still there.</w:t>
      </w:r>
    </w:p>
    <w:p>
      <w:r>
        <w:rPr>
          <w:rFonts w:ascii="IM Fell English" w:hAnsi="IM Fell English"/>
          <w:color w:val="141414"/>
          <w:sz w:val="24"/>
        </w:rPr>
        <w:t>Jennifer broke the long quiet first, voice rough from the position and the earlier work.</w:t>
      </w:r>
    </w:p>
    <w:p>
      <w:r>
        <w:rPr>
          <w:rFonts w:ascii="IM Fell English" w:hAnsi="IM Fell English"/>
          <w:color w:val="141414"/>
          <w:sz w:val="24"/>
        </w:rPr>
        <w:t>“You’re both enjoying the silence too much. It’s suspicious.”</w:t>
      </w:r>
    </w:p>
    <w:p>
      <w:r>
        <w:rPr>
          <w:rFonts w:ascii="IM Fell English" w:hAnsi="IM Fell English"/>
          <w:color w:val="141414"/>
          <w:sz w:val="24"/>
        </w:rPr>
        <w:t>Jenna smiled without looking away from the darkening marks on her twin’s body.</w:t>
      </w:r>
    </w:p>
    <w:p>
      <w:r>
        <w:rPr>
          <w:rFonts w:ascii="IM Fell English" w:hAnsi="IM Fell English"/>
          <w:color w:val="141414"/>
          <w:sz w:val="24"/>
        </w:rPr>
        <w:t>“I’m enjoying watching you try not to fidget. You’re terrible at holding still when you’re full and sore.”</w:t>
      </w:r>
    </w:p>
    <w:p>
      <w:r>
        <w:rPr>
          <w:rFonts w:ascii="IM Fell English" w:hAnsi="IM Fell English"/>
          <w:color w:val="141414"/>
          <w:sz w:val="24"/>
        </w:rPr>
        <w:t>“I trained your psycho ass on this shit and this is the thanks I get.”</w:t>
      </w:r>
    </w:p>
    <w:p>
      <w:r>
        <w:rPr>
          <w:rFonts w:ascii="IM Fell English" w:hAnsi="IM Fell English"/>
          <w:color w:val="141414"/>
          <w:sz w:val="24"/>
        </w:rPr>
        <w:t>“Correct.”</w:t>
      </w:r>
    </w:p>
    <w:p>
      <w:r>
        <w:rPr>
          <w:rFonts w:ascii="IM Fell English" w:hAnsi="IM Fell English"/>
          <w:color w:val="141414"/>
          <w:sz w:val="24"/>
        </w:rPr>
        <w:t>Across the short gap Jackie spoke, calmer, almost conversational even though her calves were visibly trembling.</w:t>
      </w:r>
    </w:p>
    <w:p>
      <w:r>
        <w:rPr>
          <w:rFonts w:ascii="IM Fell English" w:hAnsi="IM Fell English"/>
          <w:color w:val="141414"/>
          <w:sz w:val="24"/>
        </w:rPr>
        <w:t>“Baby girl. Come here a second.”</w:t>
      </w:r>
    </w:p>
    <w:p>
      <w:r>
        <w:rPr>
          <w:rFonts w:ascii="IM Fell English" w:hAnsi="IM Fell English"/>
          <w:color w:val="141414"/>
          <w:sz w:val="24"/>
        </w:rPr>
        <w:t>Carissa stood immediately and stepped in close. Jackie turned her head as far as the position allowed and waited. Carissa kissed her, slow and deep, one hand cradling the back of her mother’s neck while the other rested possessively over the strap that held the toy inside her. When she pulled back, Jackie’s eyes were softer than they had been all day.</w:t>
      </w:r>
    </w:p>
    <w:p>
      <w:r>
        <w:rPr>
          <w:rFonts w:ascii="IM Fell English" w:hAnsi="IM Fell English"/>
          <w:color w:val="141414"/>
          <w:sz w:val="24"/>
        </w:rPr>
        <w:t>“Still good?” Carissa asked quietly.</w:t>
      </w:r>
    </w:p>
    <w:p>
      <w:r>
        <w:rPr>
          <w:rFonts w:ascii="IM Fell English" w:hAnsi="IM Fell English"/>
          <w:color w:val="141414"/>
          <w:sz w:val="24"/>
        </w:rPr>
        <w:t>“Still good. Still yours.”</w:t>
      </w:r>
    </w:p>
    <w:p>
      <w:r>
        <w:rPr>
          <w:rFonts w:ascii="IM Fell English" w:hAnsi="IM Fell English"/>
          <w:color w:val="141414"/>
          <w:sz w:val="24"/>
        </w:rPr>
        <w:t>“I know.”</w:t>
      </w:r>
    </w:p>
    <w:p>
      <w:r>
        <w:rPr>
          <w:rFonts w:ascii="IM Fell English" w:hAnsi="IM Fell English"/>
          <w:color w:val="141414"/>
          <w:sz w:val="24"/>
        </w:rPr>
        <w:t>They settled back into the long watch. Minutes blurred. The occasional wet sound of a strap or the low involuntary noise one of the bitches couldn’t swallow were the only things marking time. Both Jennifer and Jackie were sweating steadily now. The muscles in their legs and shoulders shook in small, continuous waves. Neither of them asked to stop.</w:t>
      </w:r>
    </w:p>
    <w:p>
      <w:r>
        <w:rPr>
          <w:rFonts w:ascii="IM Fell English" w:hAnsi="IM Fell English"/>
          <w:color w:val="141414"/>
          <w:sz w:val="24"/>
        </w:rPr>
        <w:t>Jenna eventually stood and walked behind Jennifer. She unlocked the hip strap, drew the toy out slowly, and watched her twin’s reaction. Then she pushed it back in harder and locked it down again. Jennifer’s whole body jerked; a short, broken sound left her throat before she could swallow it.</w:t>
      </w:r>
    </w:p>
    <w:p>
      <w:r>
        <w:rPr>
          <w:rFonts w:ascii="IM Fell English" w:hAnsi="IM Fell English"/>
          <w:color w:val="141414"/>
          <w:sz w:val="24"/>
        </w:rPr>
        <w:t>“Still with me, twin?”</w:t>
      </w:r>
    </w:p>
    <w:p>
      <w:r>
        <w:rPr>
          <w:rFonts w:ascii="IM Fell English" w:hAnsi="IM Fell English"/>
          <w:color w:val="141414"/>
          <w:sz w:val="24"/>
        </w:rPr>
        <w:t>Jennifer’s answer came out breathless and raw.</w:t>
      </w:r>
    </w:p>
    <w:p>
      <w:r>
        <w:rPr>
          <w:rFonts w:ascii="IM Fell English" w:hAnsi="IM Fell English"/>
          <w:color w:val="141414"/>
          <w:sz w:val="24"/>
        </w:rPr>
        <w:t>“Still with you. Still not sorry. Still think you’re an asshole.”</w:t>
      </w:r>
    </w:p>
    <w:p>
      <w:r>
        <w:rPr>
          <w:rFonts w:ascii="IM Fell English" w:hAnsi="IM Fell English"/>
          <w:color w:val="141414"/>
          <w:sz w:val="24"/>
        </w:rPr>
        <w:t>“Perfect.”</w:t>
      </w:r>
    </w:p>
    <w:p>
      <w:r>
        <w:rPr>
          <w:rFonts w:ascii="IM Fell English" w:hAnsi="IM Fell English"/>
          <w:color w:val="141414"/>
          <w:sz w:val="24"/>
        </w:rPr>
        <w:t>Carissa performed the same slow removal and sharper return on Jackie a minute later. Jackie took it with only a low, controlled groan and a visible clench of her jaw. Carissa kissed the side of her neck afterward, almost gentle.</w:t>
      </w:r>
    </w:p>
    <w:p>
      <w:r>
        <w:rPr>
          <w:rFonts w:ascii="IM Fell English" w:hAnsi="IM Fell English"/>
          <w:color w:val="141414"/>
          <w:sz w:val="24"/>
        </w:rPr>
        <w:t>“Love you, Mommy.”</w:t>
      </w:r>
    </w:p>
    <w:p>
      <w:r>
        <w:rPr>
          <w:rFonts w:ascii="IM Fell English" w:hAnsi="IM Fell English"/>
          <w:color w:val="141414"/>
          <w:sz w:val="24"/>
        </w:rPr>
        <w:t>“Love you too, baby girl.”</w:t>
      </w:r>
    </w:p>
    <w:p>
      <w:r>
        <w:rPr>
          <w:rFonts w:ascii="IM Fell English" w:hAnsi="IM Fell English"/>
          <w:color w:val="141414"/>
          <w:sz w:val="24"/>
        </w:rPr>
        <w:t>The two young Mistresses returned to their chairs. Outside the open bay the sealed campus stayed dark and quiet. Inside, the frames held their two marked, filled, slowly failing bodies under the yellow lights while Jenna and Carissa watched with the patient, unhinged affection of women who had no intention of ending the night early.</w:t>
      </w:r>
    </w:p>
    <w:p>
      <w:r>
        <w:rPr>
          <w:rFonts w:ascii="IM Fell English" w:hAnsi="IM Fell English"/>
          <w:color w:val="141414"/>
          <w:sz w:val="24"/>
        </w:rPr>
        <w:t>The overnight portion of orientation continued exactly as designed.</w:t>
      </w:r>
    </w:p>
    <w:p>
      <w:r>
        <w:rPr>
          <w:rFonts w:ascii="IM Fell English" w:hAnsi="IM Fell English"/>
          <w:color w:val="141414"/>
          <w:sz w:val="24"/>
        </w:rPr>
        <w:t>Slow.</w:t>
      </w:r>
      <w:r>
        <w:rPr>
          <w:rFonts w:ascii="IM Fell English" w:hAnsi="IM Fell English"/>
          <w:color w:val="141414"/>
          <w:sz w:val="24"/>
        </w:rPr>
      </w:r>
      <w:r>
        <w:rPr>
          <w:rFonts w:ascii="IM Fell English" w:hAnsi="IM Fell English"/>
          <w:color w:val="141414"/>
          <w:sz w:val="24"/>
        </w:rPr>
        <w:t>Vicious.</w:t>
      </w:r>
      <w:r>
        <w:rPr>
          <w:rFonts w:ascii="IM Fell English" w:hAnsi="IM Fell English"/>
          <w:color w:val="141414"/>
          <w:sz w:val="24"/>
        </w:rPr>
      </w:r>
      <w:r>
        <w:rPr>
          <w:rFonts w:ascii="IM Fell English" w:hAnsi="IM Fell English"/>
          <w:color w:val="141414"/>
          <w:sz w:val="24"/>
        </w:rPr>
        <w:t>Full of small, dark tenderness.</w:t>
      </w:r>
      <w:r>
        <w:rPr>
          <w:rFonts w:ascii="IM Fell English" w:hAnsi="IM Fell English"/>
          <w:color w:val="141414"/>
          <w:sz w:val="24"/>
        </w:rPr>
      </w:r>
      <w:r>
        <w:rPr>
          <w:rFonts w:ascii="IM Fell English" w:hAnsi="IM Fell English"/>
          <w:color w:val="141414"/>
          <w:sz w:val="24"/>
        </w:rPr>
        <w:t>And nowhere near finished.</w:t>
      </w:r>
    </w:p>
    <w:p>
      <w:pPr>
        <w:pStyle w:val="Heading1"/>
        <w:jc w:val="center"/>
      </w:pPr>
      <w:r>
        <w:rPr>
          <w:rFonts w:ascii="IM Fell English" w:hAnsi="IM Fell English"/>
          <w:color w:val="0D0D0D"/>
        </w:rPr>
        <w:t>CHAPTER 25 — LONG WATCH</w:t>
      </w:r>
    </w:p>
    <w:p>
      <w:r>
        <w:rPr>
          <w:rFonts w:ascii="IM Fell English" w:hAnsi="IM Fell English"/>
          <w:color w:val="141414"/>
          <w:sz w:val="24"/>
        </w:rPr>
        <w:t>The night deepened.</w:t>
      </w:r>
    </w:p>
    <w:p>
      <w:r>
        <w:rPr>
          <w:rFonts w:ascii="IM Fell English" w:hAnsi="IM Fell English"/>
          <w:color w:val="141414"/>
          <w:sz w:val="24"/>
        </w:rPr>
        <w:t>Jennifer’s legs were the first to start failing in earnest. The constant demand of standing on the balls of her feet, thighs forced open, weight pulling through already ruined muscles, finally made her knees buckle in short, involuntary dips. Each time she caught herself, the toy shifted hard inside her and a rough sound was punched out of her throat. Jenna watched it happen three times before she stood and walked over.</w:t>
      </w:r>
    </w:p>
    <w:p>
      <w:r>
        <w:rPr>
          <w:rFonts w:ascii="IM Fell English" w:hAnsi="IM Fell English"/>
          <w:color w:val="141414"/>
          <w:sz w:val="24"/>
        </w:rPr>
        <w:t>She didn’t unlock anything. She simply stepped in close, slid one thigh between Jennifer’s open legs, and took most of her twin’s weight onto her own body for a minute. Jennifer sagged against her with a broken, grateful exhalation.</w:t>
      </w:r>
    </w:p>
    <w:p>
      <w:r>
        <w:rPr>
          <w:rFonts w:ascii="IM Fell English" w:hAnsi="IM Fell English"/>
          <w:color w:val="141414"/>
          <w:sz w:val="24"/>
        </w:rPr>
        <w:t>“You’re allowed to use me as a post for thirty seconds,” Jenna murmured against her ear. “Then you’re back on your own feet. Clear?”</w:t>
      </w:r>
    </w:p>
    <w:p>
      <w:r>
        <w:rPr>
          <w:rFonts w:ascii="IM Fell English" w:hAnsi="IM Fell English"/>
          <w:color w:val="141414"/>
          <w:sz w:val="24"/>
        </w:rPr>
        <w:t>Jennifer nodded once, forehead pressed to Jenna’s shoulder.</w:t>
      </w:r>
    </w:p>
    <w:p>
      <w:r>
        <w:rPr>
          <w:rFonts w:ascii="IM Fell English" w:hAnsi="IM Fell English"/>
          <w:color w:val="141414"/>
          <w:sz w:val="24"/>
        </w:rPr>
        <w:t>“Clear. Asshole.”</w:t>
      </w:r>
    </w:p>
    <w:p>
      <w:r>
        <w:rPr>
          <w:rFonts w:ascii="IM Fell English" w:hAnsi="IM Fell English"/>
          <w:color w:val="141414"/>
          <w:sz w:val="24"/>
        </w:rPr>
        <w:t>“Love you too.”</w:t>
      </w:r>
    </w:p>
    <w:p>
      <w:r>
        <w:rPr>
          <w:rFonts w:ascii="IM Fell English" w:hAnsi="IM Fell English"/>
          <w:color w:val="141414"/>
          <w:sz w:val="24"/>
        </w:rPr>
        <w:t>Across the gap Carissa had already noticed Jackie’s left calf cramping hard. She rose, unlocked the ankle cuff just long enough to force Jackie’s foot flat for a few seconds and dig her thumbs into the locked muscle, then locked her back into the forced ball-of-the-foot position. Jackie’s breath left her in a long, controlled hiss.</w:t>
      </w:r>
    </w:p>
    <w:p>
      <w:r>
        <w:rPr>
          <w:rFonts w:ascii="IM Fell English" w:hAnsi="IM Fell English"/>
          <w:color w:val="141414"/>
          <w:sz w:val="24"/>
        </w:rPr>
        <w:t>“Thank you, baby girl.”</w:t>
      </w:r>
    </w:p>
    <w:p>
      <w:r>
        <w:rPr>
          <w:rFonts w:ascii="IM Fell English" w:hAnsi="IM Fell English"/>
          <w:color w:val="141414"/>
          <w:sz w:val="24"/>
        </w:rPr>
        <w:t>“Don’t thank me yet. I’m putting it right back where it hurts.”</w:t>
      </w:r>
    </w:p>
    <w:p>
      <w:r>
        <w:rPr>
          <w:rFonts w:ascii="IM Fell English" w:hAnsi="IM Fell English"/>
          <w:color w:val="141414"/>
          <w:sz w:val="24"/>
        </w:rPr>
        <w:t>“I know.”</w:t>
      </w:r>
    </w:p>
    <w:p>
      <w:r>
        <w:rPr>
          <w:rFonts w:ascii="IM Fell English" w:hAnsi="IM Fell English"/>
          <w:color w:val="141414"/>
          <w:sz w:val="24"/>
        </w:rPr>
        <w:t>They returned to their chairs. The small mercy only made the next stretch harder. Both bitches were shaking continuously now. Sweat ran down their bodies and dripped onto the concrete. The yellow lights made every tremor and every fresh mark look sharper.</w:t>
      </w:r>
    </w:p>
    <w:p>
      <w:r>
        <w:rPr>
          <w:rFonts w:ascii="IM Fell English" w:hAnsi="IM Fell English"/>
          <w:color w:val="141414"/>
          <w:sz w:val="24"/>
        </w:rPr>
        <w:t>Jenna eventually stood again, this time with the medium strap. She worked Jennifer’s ass and the backs of her thighs in slow, heavy strokes that were more about endurance than new damage. Jennifer took them with open, raw sounds, no longer trying to swallow everything. When Jenna finished she stepped around to the front, buckled on a short strap-on already coated with another thin layer of the familiar heavy salve, fisted a hand in her twin’s hair, and pushed it into Jennifer’s mouth without warning. Jennifer opened for it immediately, eyes glassy and wet, and let Jenna use her throat in short, deep strokes until Jenna came with a low curse and pulled back.</w:t>
      </w:r>
    </w:p>
    <w:p>
      <w:r>
        <w:rPr>
          <w:rFonts w:ascii="IM Fell English" w:hAnsi="IM Fell English"/>
          <w:color w:val="141414"/>
          <w:sz w:val="24"/>
        </w:rPr>
        <w:t>“Good bitch.”</w:t>
      </w:r>
    </w:p>
    <w:p>
      <w:r>
        <w:rPr>
          <w:rFonts w:ascii="IM Fell English" w:hAnsi="IM Fell English"/>
          <w:color w:val="141414"/>
          <w:sz w:val="24"/>
        </w:rPr>
        <w:t>Jennifer gasped and coughed once, tasting the bitter-familiar salve, then managed a ruined smile.</w:t>
      </w:r>
    </w:p>
    <w:p>
      <w:r>
        <w:rPr>
          <w:rFonts w:ascii="IM Fell English" w:hAnsi="IM Fell English"/>
          <w:color w:val="141414"/>
          <w:sz w:val="24"/>
        </w:rPr>
        <w:t>“Still not sorry.”</w:t>
      </w:r>
    </w:p>
    <w:p>
      <w:r>
        <w:rPr>
          <w:rFonts w:ascii="IM Fell English" w:hAnsi="IM Fell English"/>
          <w:color w:val="141414"/>
          <w:sz w:val="24"/>
        </w:rPr>
        <w:t>Carissa took her own turn a few minutes later. She fucked Jackie’s mouth with the same unhurried ownership, one hand steady on the back of her mother’s head, the other resting over the strap that kept the toy locked inside her. Jackie took every stroke, throat working, eyes locked on her daughter’s face. When Carissa finished she stayed close, forehead against Jackie’s, breathing with her for a long moment.</w:t>
      </w:r>
    </w:p>
    <w:p>
      <w:r>
        <w:rPr>
          <w:rFonts w:ascii="IM Fell English" w:hAnsi="IM Fell English"/>
          <w:color w:val="141414"/>
          <w:sz w:val="24"/>
        </w:rPr>
        <w:t>“Still mine?”</w:t>
      </w:r>
    </w:p>
    <w:p>
      <w:r>
        <w:rPr>
          <w:rFonts w:ascii="IM Fell English" w:hAnsi="IM Fell English"/>
          <w:color w:val="141414"/>
          <w:sz w:val="24"/>
        </w:rPr>
        <w:t>“Always.”</w:t>
      </w:r>
    </w:p>
    <w:p>
      <w:r>
        <w:rPr>
          <w:rFonts w:ascii="IM Fell English" w:hAnsi="IM Fell English"/>
          <w:color w:val="141414"/>
          <w:sz w:val="24"/>
        </w:rPr>
        <w:t>The two young Mistresses sat back down. The frames held. The night kept going. Jennifer and Jackie’s bodies continued the slow, inevitable process of failing under the position and the accumulated damage of the entire day, but neither of them used the words that would end it.</w:t>
      </w:r>
    </w:p>
    <w:p>
      <w:r>
        <w:rPr>
          <w:rFonts w:ascii="IM Fell English" w:hAnsi="IM Fell English"/>
          <w:color w:val="141414"/>
          <w:sz w:val="24"/>
        </w:rPr>
        <w:t>Outside, the sealed campus stayed dark and silent.</w:t>
      </w:r>
    </w:p>
    <w:p>
      <w:r>
        <w:rPr>
          <w:rFonts w:ascii="IM Fell English" w:hAnsi="IM Fell English"/>
          <w:color w:val="141414"/>
          <w:sz w:val="24"/>
        </w:rPr>
        <w:t>Inside the open bay, orientation had become a long, intimate vigil of pain, ownership, and the peculiar love that only existed between these four women.</w:t>
      </w:r>
    </w:p>
    <w:p>
      <w:r>
        <w:rPr>
          <w:rFonts w:ascii="IM Fell English" w:hAnsi="IM Fell English"/>
          <w:color w:val="141414"/>
          <w:sz w:val="24"/>
        </w:rPr>
        <w:t>And the night was still not over.</w:t>
      </w:r>
    </w:p>
    <w:p>
      <w:pPr>
        <w:pStyle w:val="Heading1"/>
        <w:jc w:val="center"/>
      </w:pPr>
      <w:r>
        <w:rPr>
          <w:rFonts w:ascii="IM Fell English" w:hAnsi="IM Fell English"/>
          <w:color w:val="0D0D0D"/>
        </w:rPr>
        <w:t>CHAPTER 26 — TANKS</w:t>
      </w:r>
    </w:p>
    <w:p>
      <w:r>
        <w:rPr>
          <w:rFonts w:ascii="IM Fell English" w:hAnsi="IM Fell English"/>
          <w:color w:val="141414"/>
          <w:sz w:val="24"/>
        </w:rPr>
        <w:t>Dawn was still an hour away when they moved to the final practical.</w:t>
      </w:r>
    </w:p>
    <w:p>
      <w:r>
        <w:rPr>
          <w:rFonts w:ascii="IM Fell English" w:hAnsi="IM Fell English"/>
          <w:color w:val="141414"/>
          <w:sz w:val="24"/>
        </w:rPr>
        <w:t>The clear water tanks stood side by side under portable work lights at the far edge of the training pad — two tall, reinforced glass cylinders, each just wide enough for one tightly bound adult body. Thick mantle rope waited in coiled piles at the base of each tank. A pair of industrial underwater welding rods and their control units sat on a low table between them, cables already run and tested. A small cluster of cadets stood at a respectful distance, already stripped down and waiting for orders, their breath visible in the cool pre-dawn air.</w:t>
      </w:r>
    </w:p>
    <w:p>
      <w:r>
        <w:rPr>
          <w:rFonts w:ascii="IM Fell English" w:hAnsi="IM Fell English"/>
          <w:color w:val="141414"/>
          <w:sz w:val="24"/>
        </w:rPr>
        <w:t>Jenna cracked her neck and looked at the setup with open satisfaction. She walked a slow circle around both tanks, running one hand along the glass as if checking for imperfections.</w:t>
      </w:r>
    </w:p>
    <w:p>
      <w:r>
        <w:rPr>
          <w:rFonts w:ascii="IM Fell English" w:hAnsi="IM Fell English"/>
          <w:color w:val="141414"/>
          <w:sz w:val="24"/>
        </w:rPr>
        <w:t>“Separate tanks. No helping each other. No shared breathing space. Cleaner that way. I want to see exactly how each of you breaks without the other one distracting me.”</w:t>
      </w:r>
    </w:p>
    <w:p>
      <w:r>
        <w:rPr>
          <w:rFonts w:ascii="IM Fell English" w:hAnsi="IM Fell English"/>
          <w:color w:val="141414"/>
          <w:sz w:val="24"/>
        </w:rPr>
        <w:t>Carissa nodded, already pulling a long length of mantle rope through her hands to check the lay. She tested the tension, then snapped it once between her fists.</w:t>
      </w:r>
    </w:p>
    <w:p>
      <w:r>
        <w:rPr>
          <w:rFonts w:ascii="IM Fell English" w:hAnsi="IM Fell English"/>
          <w:color w:val="141414"/>
          <w:sz w:val="24"/>
        </w:rPr>
        <w:t>“Tighter the better. I want them compressed. Real squeeze. I don’t want them able to do more than twitch when the current hits. If they can still arch their backs, we didn’t do the rope work right.”</w:t>
      </w:r>
    </w:p>
    <w:p>
      <w:r>
        <w:rPr>
          <w:rFonts w:ascii="IM Fell English" w:hAnsi="IM Fell English"/>
          <w:color w:val="141414"/>
          <w:sz w:val="24"/>
        </w:rPr>
        <w:t>Jennifer eyed the nearest tank and gave a low, appreciative whistle. She rolled her shoulders, the residual marks from the jeep sequence and the overnight frames still visible across her skin in the harsh work lights.</w:t>
      </w:r>
    </w:p>
    <w:p>
      <w:r>
        <w:rPr>
          <w:rFonts w:ascii="IM Fell English" w:hAnsi="IM Fell English"/>
          <w:color w:val="141414"/>
          <w:sz w:val="24"/>
        </w:rPr>
        <w:t>“You two are actually committing to the bit. I’m almost proud. Most people just talk about drowning the talent. You’re out here building custom fishbowls for us.”</w:t>
      </w:r>
    </w:p>
    <w:p>
      <w:r>
        <w:rPr>
          <w:rFonts w:ascii="IM Fell English" w:hAnsi="IM Fell English"/>
          <w:color w:val="141414"/>
          <w:sz w:val="24"/>
        </w:rPr>
        <w:t>Jackie stood quietly beside her own tank, rolling her shoulders one last time while she still could. She flexed her fingers, then her toes, as if memorizing the feeling of free movement.</w:t>
      </w:r>
    </w:p>
    <w:p>
      <w:r>
        <w:rPr>
          <w:rFonts w:ascii="IM Fell English" w:hAnsi="IM Fell English"/>
          <w:color w:val="141414"/>
          <w:sz w:val="24"/>
        </w:rPr>
        <w:t>“Just don’t drop me on my head on the way in, baby girl. I’d like to look pretty for the camera when I start convulsing. And try not to make the rope quite as tight as last time you played with mantle work. I still had rope marks three days later.”</w:t>
      </w:r>
    </w:p>
    <w:p>
      <w:r>
        <w:rPr>
          <w:rFonts w:ascii="IM Fell English" w:hAnsi="IM Fell English"/>
          <w:color w:val="141414"/>
          <w:sz w:val="24"/>
        </w:rPr>
        <w:t>Carissa smirked and stepped in close, already measuring the first length against Jackie’s torso.</w:t>
      </w:r>
    </w:p>
    <w:p>
      <w:r>
        <w:rPr>
          <w:rFonts w:ascii="IM Fell English" w:hAnsi="IM Fell English"/>
          <w:color w:val="141414"/>
          <w:sz w:val="24"/>
        </w:rPr>
        <w:t>“No promises, Mommy. You look better when you can’t move.”</w:t>
      </w:r>
    </w:p>
    <w:p>
      <w:r>
        <w:rPr>
          <w:rFonts w:ascii="IM Fell English" w:hAnsi="IM Fell English"/>
          <w:color w:val="141414"/>
          <w:sz w:val="24"/>
        </w:rPr>
        <w:t>They worked fast and practiced, but they did not rush the details.</w:t>
      </w:r>
    </w:p>
    <w:p>
      <w:r>
        <w:rPr>
          <w:rFonts w:ascii="IM Fell English" w:hAnsi="IM Fell English"/>
          <w:color w:val="141414"/>
          <w:sz w:val="24"/>
        </w:rPr>
        <w:t>Jennifer was bound first. Jenna and Carissa ran the mantle rope in tight, overlapping layers with the kind of focus usually reserved for more intimate scenes. They started high on the chest so her breasts were compressed upward and outward, the rope digging into the soft flesh until it reddened. Then they pinned her arms hard against her sides, wrapping the ribs in figure-eights that forced her breathing shallow. The waist came next, then the hips, forcing her thighs together until the skin bulged between the ropes in neat, pale ridges. Knees locked. Ankles crossed and cinched so tightly her feet went numb within a minute. Every loop was pulled until the rope bit deep and the only movement left was the shallow rise and fall of her breathing. When they finished, Jennifer could barely flex her fingers. She looked like a tightly wrapped package of marked, sweaty flesh.</w:t>
      </w:r>
    </w:p>
    <w:p>
      <w:r>
        <w:rPr>
          <w:rFonts w:ascii="IM Fell English" w:hAnsi="IM Fell English"/>
          <w:color w:val="141414"/>
          <w:sz w:val="24"/>
        </w:rPr>
        <w:t>She tested the binding once, a small experimental flex that went nowhere, then let out a short, breathless laugh.</w:t>
      </w:r>
    </w:p>
    <w:p>
      <w:r>
        <w:rPr>
          <w:rFonts w:ascii="IM Fell English" w:hAnsi="IM Fell English"/>
          <w:color w:val="141414"/>
          <w:sz w:val="24"/>
        </w:rPr>
        <w:t>“Okay. That’s actually impressive. I can feel my heartbeat in my teeth. And my cunt. Everything’s just… squeezed.”</w:t>
      </w:r>
    </w:p>
    <w:p>
      <w:r>
        <w:rPr>
          <w:rFonts w:ascii="IM Fell English" w:hAnsi="IM Fell English"/>
          <w:color w:val="141414"/>
          <w:sz w:val="24"/>
        </w:rPr>
        <w:t>Jackie received the same treatment, but Carissa took her time. She worked with deliberate, almost loving precision, leaning in close to murmur soft, filthy encouragement while she hauled each loop tighter. She made sure the rope dug into every existing bruise and cable mark from the previous days, trapping the earlier damage under new pressure. She paused after the chest wrap to bite the side of Jackie’s neck, then kept going. By the time the last knot was locked, Jackie’s body was compressed into the same rigid, upright posture, every earlier injury trapped under the relentless pressure of the mantle rope.</w:t>
      </w:r>
    </w:p>
    <w:p>
      <w:r>
        <w:rPr>
          <w:rFonts w:ascii="IM Fell English" w:hAnsi="IM Fell English"/>
          <w:color w:val="141414"/>
          <w:sz w:val="24"/>
        </w:rPr>
        <w:t>Jackie exhaled slowly through her nose, testing the limits of what little movement remained.</w:t>
      </w:r>
    </w:p>
    <w:p>
      <w:r>
        <w:rPr>
          <w:rFonts w:ascii="IM Fell English" w:hAnsi="IM Fell English"/>
          <w:color w:val="141414"/>
          <w:sz w:val="24"/>
        </w:rPr>
        <w:t>“That’s proper work, baby girl. You’ve been practicing.”</w:t>
      </w:r>
    </w:p>
    <w:p>
      <w:r>
        <w:rPr>
          <w:rFonts w:ascii="IM Fell English" w:hAnsi="IM Fell English"/>
          <w:color w:val="141414"/>
          <w:sz w:val="24"/>
        </w:rPr>
        <w:t>“I had a good teacher,” Carissa answered, and kissed her mother’s mouth once, hard, before stepping back.</w:t>
      </w:r>
    </w:p>
    <w:p>
      <w:r>
        <w:rPr>
          <w:rFonts w:ascii="IM Fell English" w:hAnsi="IM Fell English"/>
          <w:color w:val="141414"/>
          <w:sz w:val="24"/>
        </w:rPr>
        <w:t>Jenna and Carissa lifted Jennifer first. The extreme binding made her easy to handle, almost like moving a single solid object. They lowered her slowly into the left tank. Cold water closed over her shoulders, her chin, her mouth. Jennifer’s eyes widened at the temperature, a thin stream of bubbles escaping her nose. They stopped when only the top of her head and the upper edge of the rope work remained above the surface, then secured the welding rod so its live tip hung a precise, adjustable distance from her bound torso.</w:t>
      </w:r>
    </w:p>
    <w:p>
      <w:r>
        <w:rPr>
          <w:rFonts w:ascii="IM Fell English" w:hAnsi="IM Fell English"/>
          <w:color w:val="141414"/>
          <w:sz w:val="24"/>
        </w:rPr>
        <w:t>Jackie was lowered into the right tank the same way. Carissa adjusted the second welding rod herself, testing the distance with careful fingers before locking it in place. She lingered longer than necessary, one hand resting on the glass over Jackie’s compressed breast.</w:t>
      </w:r>
    </w:p>
    <w:p>
      <w:r>
        <w:rPr>
          <w:rFonts w:ascii="IM Fell English" w:hAnsi="IM Fell English"/>
          <w:color w:val="141414"/>
          <w:sz w:val="24"/>
        </w:rPr>
        <w:t>Both bitches hung suspended in clear water, bodies squeezed almost immobile by the mantle rope, only their eyes and the slow bubble streams from their noses showing they were still present. The work lights turned the water a pale, clinical yellow. Every mark on their skin was visible through the glass.</w:t>
      </w:r>
    </w:p>
    <w:p>
      <w:r>
        <w:rPr>
          <w:rFonts w:ascii="IM Fell English" w:hAnsi="IM Fell English"/>
          <w:color w:val="141414"/>
          <w:sz w:val="24"/>
        </w:rPr>
        <w:t>Jenna activated Jennifer’s welder at a low, controlled level first. A soft electrical hum filled the glass. Jennifer’s body jerked once inside the rope, eyes widening, then settled into a tight, continuous tremor as the current found every compressed nerve. A longer stream of bubbles left her nose.</w:t>
      </w:r>
    </w:p>
    <w:p>
      <w:r>
        <w:rPr>
          <w:rFonts w:ascii="IM Fell English" w:hAnsi="IM Fell English"/>
          <w:color w:val="141414"/>
          <w:sz w:val="24"/>
        </w:rPr>
        <w:t>Carissa did the same to Jackie, but she immediately edged the control higher than Jenna had. Jackie’s eyes narrowed. A longer, more forceful stream of bubbles escaped her nose. Her body tried to arch and failed, the mantle rope holding her rigid.</w:t>
      </w:r>
    </w:p>
    <w:p>
      <w:r>
        <w:rPr>
          <w:rFonts w:ascii="IM Fell English" w:hAnsi="IM Fell English"/>
          <w:color w:val="141414"/>
          <w:sz w:val="24"/>
        </w:rPr>
        <w:t>Jenna glanced over and grinned.</w:t>
      </w:r>
    </w:p>
    <w:p>
      <w:r>
        <w:rPr>
          <w:rFonts w:ascii="IM Fell English" w:hAnsi="IM Fell English"/>
          <w:color w:val="141414"/>
          <w:sz w:val="24"/>
        </w:rPr>
        <w:t>“Starting her higher already?”</w:t>
      </w:r>
    </w:p>
    <w:p>
      <w:r>
        <w:rPr>
          <w:rFonts w:ascii="IM Fell English" w:hAnsi="IM Fell English"/>
          <w:color w:val="141414"/>
          <w:sz w:val="24"/>
        </w:rPr>
        <w:t>“She’s my bitch for the course. I get to decide how loud the morning is.” Carissa turned the dial another fraction. Jackie’s body gave a harder, full-length jolt inside the rope. “Besides, I want to see how long she can keep that calm face. You know how she gets when she decides she’s going to be stoic.”</w:t>
      </w:r>
    </w:p>
    <w:p>
      <w:r>
        <w:rPr>
          <w:rFonts w:ascii="IM Fell English" w:hAnsi="IM Fell English"/>
          <w:color w:val="141414"/>
          <w:sz w:val="24"/>
        </w:rPr>
        <w:t>They stayed between the tanks for a long while, making small adjustments, trading comments, occasionally reaching in to tug a rope end or press a palm against the glass right over a bound breast or the tight crotch wrap. Jennifer received attention, but it was lighter, almost perfunctory — a quick check of the rod distance, a short increase in current, a muttered “still alive, twin?” before Jenna’s focus slid back to the right-hand tank.</w:t>
      </w:r>
    </w:p>
    <w:p>
      <w:r>
        <w:rPr>
          <w:rFonts w:ascii="IM Fell English" w:hAnsi="IM Fell English"/>
          <w:color w:val="141414"/>
          <w:sz w:val="24"/>
        </w:rPr>
        <w:t>Jackie was the main event.</w:t>
      </w:r>
    </w:p>
    <w:p>
      <w:r>
        <w:rPr>
          <w:rFonts w:ascii="IM Fell English" w:hAnsi="IM Fell English"/>
          <w:color w:val="141414"/>
          <w:sz w:val="24"/>
        </w:rPr>
        <w:t>Carissa kept working her — raising the current in small steps, timing the jolts against Jackie’s bubble streams, leaning on the glass to watch every micro-expression. Jenna drifted over more and more often, offering suggestions, taking a turn on the control dial, laughing when a particularly strong pulse made Jackie’s tightly bound body try to arch against the rope and fail. They talked over her like she was a particularly interesting piece of equipment.</w:t>
      </w:r>
    </w:p>
    <w:p>
      <w:r>
        <w:rPr>
          <w:rFonts w:ascii="IM Fell English" w:hAnsi="IM Fell English"/>
          <w:color w:val="141414"/>
          <w:sz w:val="24"/>
        </w:rPr>
        <w:t>“Look at that flinch.”</w:t>
      </w:r>
    </w:p>
    <w:p>
      <w:r>
        <w:rPr>
          <w:rFonts w:ascii="IM Fell English" w:hAnsi="IM Fell English"/>
          <w:color w:val="141414"/>
          <w:sz w:val="24"/>
        </w:rPr>
        <w:t>“She felt that one in her teeth.”</w:t>
      </w:r>
    </w:p>
    <w:p>
      <w:r>
        <w:rPr>
          <w:rFonts w:ascii="IM Fell English" w:hAnsi="IM Fell English"/>
          <w:color w:val="141414"/>
          <w:sz w:val="24"/>
        </w:rPr>
        <w:t>“Back it off a fraction. I want her present for the next jump.”</w:t>
      </w:r>
    </w:p>
    <w:p>
      <w:r>
        <w:rPr>
          <w:rFonts w:ascii="IM Fell English" w:hAnsi="IM Fell English"/>
          <w:color w:val="141414"/>
          <w:sz w:val="24"/>
        </w:rPr>
        <w:t xml:space="preserve">Jennifer’s tank hummed along on its lower, steady setting. The mantle rope kept her so compressed that even the electrical play produced only small, contained movements. She was still clearly conscious — eyes tracking them whenever they passed — but the extreme binding and the separate tank made it easy to treat her as background. Once she managed to catch Jenna’s eye and raise both eyebrows as high as the rope allowed, a clear silent message of </w:t>
      </w:r>
      <w:r>
        <w:rPr>
          <w:rFonts w:ascii="IM Fell English" w:hAnsi="IM Fell English"/>
          <w:i/>
          <w:color w:val="141414"/>
          <w:sz w:val="24"/>
        </w:rPr>
        <w:t>I know you’re ignoring me on purpose</w:t>
      </w:r>
      <w:r>
        <w:rPr>
          <w:rFonts w:ascii="IM Fell English" w:hAnsi="IM Fell English"/>
          <w:color w:val="141414"/>
          <w:sz w:val="24"/>
        </w:rPr>
        <w:t>. Jenna only smiled and turned back to Jackie.</w:t>
      </w:r>
    </w:p>
    <w:p>
      <w:r>
        <w:rPr>
          <w:rFonts w:ascii="IM Fell English" w:hAnsi="IM Fell English"/>
          <w:color w:val="141414"/>
          <w:sz w:val="24"/>
        </w:rPr>
        <w:t>The sky above the sealed campus began to lighten by degrees. The first thin line of gray appeared on the horizon.</w:t>
      </w:r>
    </w:p>
    <w:p>
      <w:r>
        <w:rPr>
          <w:rFonts w:ascii="IM Fell English" w:hAnsi="IM Fell English"/>
          <w:color w:val="141414"/>
          <w:sz w:val="24"/>
        </w:rPr>
        <w:t>Jenna and Carissa were both at Jackie’s tank now, shoulders almost touching, completely absorbed in the next adjustment, the next jolt, the next low, admiring comment about how well their tough-ass whore was taking it. The cadets shifted restlessly in the background, waiting.</w:t>
      </w:r>
    </w:p>
    <w:p>
      <w:r>
        <w:rPr>
          <w:rFonts w:ascii="IM Fell English" w:hAnsi="IM Fell English"/>
          <w:color w:val="141414"/>
          <w:sz w:val="24"/>
        </w:rPr>
        <w:t>Jennifer’s welder continued its quiet, unattended hum.</w:t>
      </w:r>
    </w:p>
    <w:p>
      <w:r>
        <w:rPr>
          <w:rFonts w:ascii="IM Fell English" w:hAnsi="IM Fell English"/>
          <w:color w:val="141414"/>
          <w:sz w:val="24"/>
        </w:rPr>
        <w:t>The final practical had found its shape.</w:t>
      </w:r>
    </w:p>
    <w:p>
      <w:r>
        <w:rPr>
          <w:rFonts w:ascii="IM Fell English" w:hAnsi="IM Fell English"/>
          <w:color w:val="141414"/>
          <w:sz w:val="24"/>
        </w:rPr>
        <w:t>One tank was receiving all the love.</w:t>
      </w:r>
    </w:p>
    <w:p>
      <w:r>
        <w:rPr>
          <w:rFonts w:ascii="IM Fell English" w:hAnsi="IM Fell English"/>
          <w:color w:val="141414"/>
          <w:sz w:val="24"/>
        </w:rPr>
        <w:t>The other was simply still running.</w:t>
      </w:r>
    </w:p>
    <w:p>
      <w:pPr>
        <w:pStyle w:val="Heading1"/>
        <w:jc w:val="center"/>
      </w:pPr>
      <w:r>
        <w:rPr>
          <w:rFonts w:ascii="IM Fell English" w:hAnsi="IM Fell English"/>
          <w:color w:val="0D0D0D"/>
        </w:rPr>
        <w:t>CHAPTER 27 — EXECUTION</w:t>
      </w:r>
    </w:p>
    <w:p>
      <w:r>
        <w:rPr>
          <w:rFonts w:ascii="IM Fell English" w:hAnsi="IM Fell English"/>
          <w:color w:val="141414"/>
          <w:sz w:val="24"/>
        </w:rPr>
        <w:t>The sky turned from black to deep blue to the first hard edge of gray.</w:t>
      </w:r>
    </w:p>
    <w:p>
      <w:r>
        <w:rPr>
          <w:rFonts w:ascii="IM Fell English" w:hAnsi="IM Fell English"/>
          <w:color w:val="141414"/>
          <w:sz w:val="24"/>
        </w:rPr>
        <w:t>Jenna and Carissa never left Jackie’s tank.</w:t>
      </w:r>
    </w:p>
    <w:p>
      <w:r>
        <w:rPr>
          <w:rFonts w:ascii="IM Fell English" w:hAnsi="IM Fell English"/>
          <w:color w:val="141414"/>
          <w:sz w:val="24"/>
        </w:rPr>
        <w:t>They had both controls pulled over to the right-hand side now. Carissa worked the welder dial with small, sadistic precision while Jenna timed the jolts against Jackie’s bubble streams and the tiny, involuntary twitches that still managed to show through the extreme mantle-rope compression. Every few minutes one of them would lean in, press a hand to the glass over Jackie’s bound breast or the tight crotch wrap, and murmur something low and approving.</w:t>
      </w:r>
    </w:p>
    <w:p>
      <w:r>
        <w:rPr>
          <w:rFonts w:ascii="IM Fell English" w:hAnsi="IM Fell English"/>
          <w:color w:val="141414"/>
          <w:sz w:val="24"/>
        </w:rPr>
        <w:t>“Still so calm.”</w:t>
      </w:r>
    </w:p>
    <w:p>
      <w:r>
        <w:rPr>
          <w:rFonts w:ascii="IM Fell English" w:hAnsi="IM Fell English"/>
          <w:color w:val="141414"/>
          <w:sz w:val="24"/>
        </w:rPr>
        <w:t>“Look at her eyes. She’s right here with us.”</w:t>
      </w:r>
    </w:p>
    <w:p>
      <w:r>
        <w:rPr>
          <w:rFonts w:ascii="IM Fell English" w:hAnsi="IM Fell English"/>
          <w:color w:val="141414"/>
          <w:sz w:val="24"/>
        </w:rPr>
        <w:t>“One more step. She can take it. She’s always been able to take it.”</w:t>
      </w:r>
    </w:p>
    <w:p>
      <w:r>
        <w:rPr>
          <w:rFonts w:ascii="IM Fell English" w:hAnsi="IM Fell English"/>
          <w:color w:val="141414"/>
          <w:sz w:val="24"/>
        </w:rPr>
        <w:t>Jackie took it. Her bubble streams grew shorter and more desperate in controlled waves, then steadied again every time Carissa backed the current down. The tight rope made every electrical pulse look almost delicate from the outside — a full-body flinch that had nowhere to go. Her eyes stayed open and focused on Carissa’s face through the glass, refusing to look away even when the higher settings made her vision tunnel. Carissa and Jenna were fascinated. They kept going, trading the dial back and forth, arguing mildly about how much more she could handle before her composure finally cracked.</w:t>
      </w:r>
    </w:p>
    <w:p>
      <w:r>
        <w:rPr>
          <w:rFonts w:ascii="IM Fell English" w:hAnsi="IM Fell English"/>
          <w:color w:val="141414"/>
          <w:sz w:val="24"/>
        </w:rPr>
        <w:t>Jennifer’s tank stood three meters to the left, exactly as they had left it. The lower, steady hum of her welder continued without change. The fine stream of bubbles from her nose had slowed. The extreme compression of the mantle rope kept her upright and almost motionless. From the right-hand tank she was only a shape in clear water and yellow work light — present, but no longer part of the conversation.</w:t>
      </w:r>
    </w:p>
    <w:p>
      <w:r>
        <w:rPr>
          <w:rFonts w:ascii="IM Fell English" w:hAnsi="IM Fell English"/>
          <w:color w:val="141414"/>
          <w:sz w:val="24"/>
        </w:rPr>
        <w:t>A rooster crowed somewhere beyond the perimeter fence, the sound thin and ridiculous in the morning air.</w:t>
      </w:r>
    </w:p>
    <w:p>
      <w:r>
        <w:rPr>
          <w:rFonts w:ascii="IM Fell English" w:hAnsi="IM Fell English"/>
          <w:color w:val="141414"/>
          <w:sz w:val="24"/>
        </w:rPr>
        <w:t>Carissa laughed under her breath at something Jackie’s eyes did when she edged the dial higher again. Jenna was counting softly under her breath, one hand flat on the glass, feeling the vibrations of each jolt.</w:t>
      </w:r>
    </w:p>
    <w:p>
      <w:r>
        <w:rPr>
          <w:rFonts w:ascii="IM Fell English" w:hAnsi="IM Fell English"/>
          <w:color w:val="141414"/>
          <w:sz w:val="24"/>
        </w:rPr>
        <w:t>Then Jenna stepped back and wiped sweat from her forehead with her wrist. She looked at Jackie for a long moment, then at the lightening sky.</w:t>
      </w:r>
    </w:p>
    <w:p>
      <w:r>
        <w:rPr>
          <w:rFonts w:ascii="IM Fell English" w:hAnsi="IM Fell English"/>
          <w:color w:val="141414"/>
          <w:sz w:val="24"/>
        </w:rPr>
        <w:t>“I’m done playing with this one for now.”</w:t>
      </w:r>
    </w:p>
    <w:p>
      <w:r>
        <w:rPr>
          <w:rFonts w:ascii="IM Fell English" w:hAnsi="IM Fell English"/>
          <w:color w:val="141414"/>
          <w:sz w:val="24"/>
        </w:rPr>
        <w:t>Carissa looked over, still smiling, still riding the high of the control dial.</w:t>
      </w:r>
    </w:p>
    <w:p>
      <w:r>
        <w:rPr>
          <w:rFonts w:ascii="IM Fell English" w:hAnsi="IM Fell English"/>
          <w:color w:val="141414"/>
          <w:sz w:val="24"/>
        </w:rPr>
        <w:t>“Yeah?”</w:t>
      </w:r>
    </w:p>
    <w:p>
      <w:r>
        <w:rPr>
          <w:rFonts w:ascii="IM Fell English" w:hAnsi="IM Fell English"/>
          <w:color w:val="141414"/>
          <w:sz w:val="24"/>
        </w:rPr>
        <w:t>“Yeah. Pull her out. I want to see her used while we finish the other one properly. She’s earned a different kind of attention.”</w:t>
      </w:r>
    </w:p>
    <w:p>
      <w:r>
        <w:rPr>
          <w:rFonts w:ascii="IM Fell English" w:hAnsi="IM Fell English"/>
          <w:color w:val="141414"/>
          <w:sz w:val="24"/>
        </w:rPr>
        <w:t>They shut Jackie’s welder off. The sudden absence of current made Jackie’s body sag slightly inside the rope, a subtle release of tension that was visible even through the extreme binding. The two young Mistresses hauled her up out of the tank together, water sheeting off the tight mantle rope in heavy sheets. They set her on her feet on the concrete and began cutting the ropes away in quick, practiced strips — chest first so she could drag in a full breath, then hips, thighs, ankles — until Jackie stood naked, dripping, and heavily marked on the concrete, breathing hard but steady. Rope impressions covered her from shoulders to ankles in deep, angry red.</w:t>
      </w:r>
    </w:p>
    <w:p>
      <w:r>
        <w:rPr>
          <w:rFonts w:ascii="IM Fell English" w:hAnsi="IM Fell English"/>
          <w:color w:val="141414"/>
          <w:sz w:val="24"/>
        </w:rPr>
        <w:t>Carissa gave her a light shove toward the waiting line of cadets.</w:t>
      </w:r>
    </w:p>
    <w:p>
      <w:r>
        <w:rPr>
          <w:rFonts w:ascii="IM Fell English" w:hAnsi="IM Fell English"/>
          <w:color w:val="141414"/>
          <w:sz w:val="24"/>
        </w:rPr>
        <w:t>“Go be useful, Mommy. Show them what a real bloodline whore looks like when she’s still warm from the tank. Don’t be gentle with them.”</w:t>
      </w:r>
    </w:p>
    <w:p>
      <w:r>
        <w:rPr>
          <w:rFonts w:ascii="IM Fell English" w:hAnsi="IM Fell English"/>
          <w:color w:val="141414"/>
          <w:sz w:val="24"/>
        </w:rPr>
        <w:t>Jackie was immediately taken down by three of them. They did not wait for further instructions. They put her on her hands and knees on the wet concrete and started using her hard — one fisting a hand in her wet hair and shoving into her mouth, one slamming into her cunt from behind, one stroking himself while he waited his turn and reached under to twist her nipples. Jackie took it with the same calm she had shown in the tank, eyes occasionally flicking toward the left-hand tank even while she was being used.</w:t>
      </w:r>
    </w:p>
    <w:p>
      <w:r>
        <w:rPr>
          <w:rFonts w:ascii="IM Fell English" w:hAnsi="IM Fell English"/>
          <w:color w:val="141414"/>
          <w:sz w:val="24"/>
        </w:rPr>
        <w:t>Then the two young Mistresses turned back to the left-hand tank.</w:t>
      </w:r>
    </w:p>
    <w:p>
      <w:r>
        <w:rPr>
          <w:rFonts w:ascii="IM Fell English" w:hAnsi="IM Fell English"/>
          <w:color w:val="141414"/>
          <w:sz w:val="24"/>
        </w:rPr>
        <w:t>Jennifer still hung exactly where they had left her — tightly mummified, eyes open, bubble stream thinning under the steady low current. The water around her was still clear. She looked almost peaceful if you ignored the extreme compression of the rope and the faint tremor that still ran through her when the low current bit.</w:t>
      </w:r>
    </w:p>
    <w:p>
      <w:r>
        <w:rPr>
          <w:rFonts w:ascii="IM Fell English" w:hAnsi="IM Fell English"/>
          <w:color w:val="141414"/>
          <w:sz w:val="24"/>
        </w:rPr>
        <w:t>Jenna rested one hand on the glass and smiled the small, private smile she reserved for her twin.</w:t>
      </w:r>
    </w:p>
    <w:p>
      <w:r>
        <w:rPr>
          <w:rFonts w:ascii="IM Fell English" w:hAnsi="IM Fell English"/>
          <w:color w:val="141414"/>
          <w:sz w:val="24"/>
        </w:rPr>
        <w:t>“You ready to earn your death scene, twin? No more background. You’re the main event now.”</w:t>
      </w:r>
    </w:p>
    <w:p>
      <w:r>
        <w:rPr>
          <w:rFonts w:ascii="IM Fell English" w:hAnsi="IM Fell English"/>
          <w:color w:val="141414"/>
          <w:sz w:val="24"/>
        </w:rPr>
        <w:t xml:space="preserve">Jennifer’s eyes tracked her. A slow stream of bubbles left her nose. She could not speak through the rope and water, but the look was pure Jennifer — defiant, amused, and completely aware of what was about to happen. She managed the smallest possible movement of her eyebrows, a clear silent </w:t>
      </w:r>
      <w:r>
        <w:rPr>
          <w:rFonts w:ascii="IM Fell English" w:hAnsi="IM Fell English"/>
          <w:i/>
          <w:color w:val="141414"/>
          <w:sz w:val="24"/>
        </w:rPr>
        <w:t>about fucking time</w:t>
      </w:r>
      <w:r>
        <w:rPr>
          <w:rFonts w:ascii="IM Fell English" w:hAnsi="IM Fell English"/>
          <w:color w:val="141414"/>
          <w:sz w:val="24"/>
        </w:rPr>
        <w:t>.</w:t>
      </w:r>
    </w:p>
    <w:p>
      <w:r>
        <w:rPr>
          <w:rFonts w:ascii="IM Fell English" w:hAnsi="IM Fell English"/>
          <w:color w:val="141414"/>
          <w:sz w:val="24"/>
        </w:rPr>
        <w:t>Carissa reached for the control dial on Jennifer’s welder and turned it up in a smooth, deliberate arc past every previous setting they had used on either of them.</w:t>
      </w:r>
    </w:p>
    <w:p>
      <w:r>
        <w:rPr>
          <w:rFonts w:ascii="IM Fell English" w:hAnsi="IM Fell English"/>
          <w:color w:val="141414"/>
          <w:sz w:val="24"/>
        </w:rPr>
        <w:t>The hum rose sharply.</w:t>
      </w:r>
      <w:r>
        <w:rPr>
          <w:rFonts w:ascii="IM Fell English" w:hAnsi="IM Fell English"/>
          <w:color w:val="141414"/>
          <w:sz w:val="24"/>
        </w:rPr>
      </w:r>
      <w:r>
        <w:rPr>
          <w:rFonts w:ascii="IM Fell English" w:hAnsi="IM Fell English"/>
          <w:color w:val="141414"/>
          <w:sz w:val="24"/>
        </w:rPr>
        <w:t>Jennifer’s body jerked hard inside the extreme compression of the mantle rope.</w:t>
      </w:r>
      <w:r>
        <w:rPr>
          <w:rFonts w:ascii="IM Fell English" w:hAnsi="IM Fell English"/>
          <w:color w:val="141414"/>
          <w:sz w:val="24"/>
        </w:rPr>
      </w:r>
      <w:r>
        <w:rPr>
          <w:rFonts w:ascii="IM Fell English" w:hAnsi="IM Fell English"/>
          <w:color w:val="141414"/>
          <w:sz w:val="24"/>
        </w:rPr>
        <w:t>The bubble stream became frantic, then erratic, then desperate.</w:t>
      </w:r>
      <w:r>
        <w:rPr>
          <w:rFonts w:ascii="IM Fell English" w:hAnsi="IM Fell English"/>
          <w:color w:val="141414"/>
          <w:sz w:val="24"/>
        </w:rPr>
      </w:r>
      <w:r>
        <w:rPr>
          <w:rFonts w:ascii="IM Fell English" w:hAnsi="IM Fell English"/>
          <w:color w:val="141414"/>
          <w:sz w:val="24"/>
        </w:rPr>
        <w:t>Her eyes widened, then narrowed with effort.</w:t>
      </w:r>
    </w:p>
    <w:p>
      <w:r>
        <w:rPr>
          <w:rFonts w:ascii="IM Fell English" w:hAnsi="IM Fell English"/>
          <w:color w:val="141414"/>
          <w:sz w:val="24"/>
        </w:rPr>
        <w:t xml:space="preserve">Jenna and Carissa stood shoulder-to-shoulder, eyes locked on the glass. A few meters away, the cadets were still working Jackie over; the wet slap of skin and Jackie’s muffled groans drifted through the air, a carnal counterpoint to the rising electrical thrum of the tank. The contrast was calculated, a masterpiece of bloodline obscenity. </w:t>
      </w:r>
    </w:p>
    <w:p>
      <w:r>
        <w:rPr>
          <w:rFonts w:ascii="IM Fell English" w:hAnsi="IM Fell English"/>
          <w:color w:val="141414"/>
          <w:sz w:val="24"/>
        </w:rPr>
        <w:t>The current kept climbing.</w:t>
      </w:r>
    </w:p>
    <w:p>
      <w:r>
        <w:rPr>
          <w:rFonts w:ascii="IM Fell English" w:hAnsi="IM Fell English"/>
          <w:color w:val="141414"/>
          <w:sz w:val="24"/>
        </w:rPr>
        <w:t>Jennifer’s eyes stayed open as long as they could. Her body gave a series of violent, full-length tremors that had nowhere to go against the rope. The water around her body shivered with the force of each jolt. The last bubbles broke the surface in a thin, broken trail.</w:t>
      </w:r>
    </w:p>
    <w:p>
      <w:r>
        <w:rPr>
          <w:rFonts w:ascii="IM Fell English" w:hAnsi="IM Fell English"/>
          <w:color w:val="141414"/>
          <w:sz w:val="24"/>
        </w:rPr>
        <w:t>Then she went still.</w:t>
      </w:r>
    </w:p>
    <w:p>
      <w:r>
        <w:rPr>
          <w:rFonts w:ascii="IM Fell English" w:hAnsi="IM Fell English"/>
          <w:color w:val="141414"/>
          <w:sz w:val="24"/>
        </w:rPr>
        <w:t>The welder kept humming for several more seconds, the only sound from her tank.</w:t>
      </w:r>
    </w:p>
    <w:p>
      <w:r>
        <w:rPr>
          <w:rFonts w:ascii="IM Fell English" w:hAnsi="IM Fell English"/>
          <w:color w:val="141414"/>
          <w:sz w:val="24"/>
        </w:rPr>
        <w:t>Jenna reached out and switched it off with a soft click.</w:t>
      </w:r>
    </w:p>
    <w:p>
      <w:r>
        <w:rPr>
          <w:rFonts w:ascii="IM Fell English" w:hAnsi="IM Fell English"/>
          <w:color w:val="141414"/>
          <w:sz w:val="24"/>
        </w:rPr>
        <w:t>Silence settled over the training pad except for the wet slap of the cadets still using Jackie and the quiet drip of water from Jennifer’s tank onto the concrete.</w:t>
      </w:r>
    </w:p>
    <w:p>
      <w:r>
        <w:rPr>
          <w:rFonts w:ascii="IM Fell English" w:hAnsi="IM Fell English"/>
          <w:color w:val="141414"/>
          <w:sz w:val="24"/>
        </w:rPr>
        <w:t>Carissa looked at the still shape in the glass which was her stepmother’s body.</w:t>
      </w:r>
    </w:p>
    <w:p>
      <w:r>
        <w:rPr>
          <w:rFonts w:ascii="IM Fell English" w:hAnsi="IM Fell English"/>
          <w:color w:val="141414"/>
          <w:sz w:val="24"/>
        </w:rPr>
        <w:t>“Clean,” she said simply.</w:t>
      </w:r>
    </w:p>
    <w:p>
      <w:r>
        <w:rPr>
          <w:rFonts w:ascii="IM Fell English" w:hAnsi="IM Fell English"/>
          <w:color w:val="141414"/>
          <w:sz w:val="24"/>
        </w:rPr>
        <w:t>Jenna nodded once, eyes still on her twin.</w:t>
      </w:r>
    </w:p>
    <w:p>
      <w:r>
        <w:rPr>
          <w:rFonts w:ascii="IM Fell English" w:hAnsi="IM Fell English"/>
          <w:color w:val="141414"/>
          <w:sz w:val="24"/>
        </w:rPr>
        <w:t>“Clean. On schedule. She always did know how to die pretty.”</w:t>
      </w:r>
    </w:p>
    <w:p>
      <w:r>
        <w:rPr>
          <w:rFonts w:ascii="IM Fell English" w:hAnsi="IM Fell English"/>
          <w:color w:val="141414"/>
          <w:sz w:val="24"/>
        </w:rPr>
        <w:t>They left Jennifer exactly where she was — bound, submerged, heart stopped — and walked over to collect Jackie from the cadets. Jackie was pulled off the last cock, breathing hard, mouth and thighs wet, eyes already finding the still tank where her wife hung motionless in the clear water.</w:t>
      </w:r>
    </w:p>
    <w:p>
      <w:r>
        <w:rPr>
          <w:rFonts w:ascii="IM Fell English" w:hAnsi="IM Fell English"/>
          <w:color w:val="141414"/>
          <w:sz w:val="24"/>
        </w:rPr>
        <w:t>She didn’t speak. She only looked.</w:t>
      </w:r>
    </w:p>
    <w:p>
      <w:r>
        <w:rPr>
          <w:rFonts w:ascii="IM Fell English" w:hAnsi="IM Fell English"/>
          <w:color w:val="141414"/>
          <w:sz w:val="24"/>
        </w:rPr>
        <w:t>The final practical was finished.</w:t>
      </w:r>
    </w:p>
    <w:p>
      <w:r>
        <w:rPr>
          <w:rFonts w:ascii="IM Fell English" w:hAnsi="IM Fell English"/>
          <w:color w:val="141414"/>
          <w:sz w:val="24"/>
        </w:rPr>
        <w:t>One tough-ass whore had been executed on schedule.</w:t>
      </w:r>
      <w:r>
        <w:rPr>
          <w:rFonts w:ascii="IM Fell English" w:hAnsi="IM Fell English"/>
          <w:color w:val="141414"/>
          <w:sz w:val="24"/>
        </w:rPr>
      </w:r>
      <w:r>
        <w:rPr>
          <w:rFonts w:ascii="IM Fell English" w:hAnsi="IM Fell English"/>
          <w:color w:val="141414"/>
          <w:sz w:val="24"/>
        </w:rPr>
        <w:t>The other was still breathing, still freshly used, and still theirs.</w:t>
      </w:r>
    </w:p>
    <w:p>
      <w:r>
        <w:rPr>
          <w:rFonts w:ascii="IM Fell English" w:hAnsi="IM Fell English"/>
          <w:color w:val="141414"/>
          <w:sz w:val="24"/>
        </w:rPr>
        <w:t>The sealed campus held the quiet of a job completed under the strengthening morning light.</w:t>
      </w:r>
    </w:p>
    <w:p>
      <w:r>
        <w:rPr>
          <w:rFonts w:ascii="IM Fell English" w:hAnsi="IM Fell English"/>
          <w:color w:val="141414"/>
          <w:sz w:val="24"/>
        </w:rPr>
        <w:t>Pure death had been delivered.</w:t>
      </w:r>
    </w:p>
    <w:p>
      <w:r>
        <w:rPr>
          <w:rFonts w:ascii="IM Fell English" w:hAnsi="IM Fell English"/>
          <w:b/>
          <w:color w:val="141414"/>
          <w:sz w:val="24"/>
        </w:rPr>
        <w:t>Dream Life Of Pure Death: Praeceptum Sablis</w:t>
      </w:r>
    </w:p>
    <w:p>
      <w:pPr>
        <w:pStyle w:val="Heading1"/>
        <w:jc w:val="center"/>
      </w:pPr>
      <w:r>
        <w:rPr>
          <w:rFonts w:ascii="IM Fell English" w:hAnsi="IM Fell English"/>
          <w:color w:val="0D0D0D"/>
        </w:rPr>
        <w:t>CHAPTER 28 — CUT</w:t>
      </w:r>
    </w:p>
    <w:p>
      <w:r>
        <w:rPr>
          <w:rFonts w:ascii="IM Fell English" w:hAnsi="IM Fell English"/>
          <w:color w:val="141414"/>
          <w:sz w:val="24"/>
        </w:rPr>
        <w:t>“Cut. Print.”</w:t>
      </w:r>
    </w:p>
    <w:p>
      <w:r>
        <w:rPr>
          <w:rFonts w:ascii="IM Fell English" w:hAnsi="IM Fell English"/>
          <w:color w:val="141414"/>
          <w:sz w:val="24"/>
        </w:rPr>
        <w:t>Lena’s voice carried cleanly across the training pad.</w:t>
      </w:r>
    </w:p>
    <w:p>
      <w:r>
        <w:rPr>
          <w:rFonts w:ascii="IM Fell English" w:hAnsi="IM Fell English"/>
          <w:color w:val="141414"/>
          <w:sz w:val="24"/>
        </w:rPr>
        <w:t>The moment the words left her mouth the entire atmosphere shifted. Crew members who had been holding still suddenly moved. The portable work lights switched from shooting mode to open practical lighting. The low background hum of generators changed pitch as systems were switched over.</w:t>
      </w:r>
    </w:p>
    <w:p>
      <w:r>
        <w:rPr>
          <w:rFonts w:ascii="IM Fell English" w:hAnsi="IM Fell English"/>
          <w:color w:val="141414"/>
          <w:sz w:val="24"/>
        </w:rPr>
        <w:t>A tech at the control table killed power to Jennifer’s welder and shouted, loud enough for the whole pad to hear:</w:t>
      </w:r>
    </w:p>
    <w:p>
      <w:r>
        <w:rPr>
          <w:rFonts w:ascii="IM Fell English" w:hAnsi="IM Fell English"/>
          <w:color w:val="141414"/>
          <w:sz w:val="24"/>
        </w:rPr>
        <w:t>“Welder is clear! Welding rod is out of the water — re-activate Jennifer’s nano chip 666 now!”</w:t>
      </w:r>
    </w:p>
    <w:p>
      <w:r>
        <w:rPr>
          <w:rFonts w:ascii="IM Fell English" w:hAnsi="IM Fell English"/>
          <w:color w:val="141414"/>
          <w:sz w:val="24"/>
        </w:rPr>
        <w:t>Jennifer still hung motionless in the left tank, mantle rope tight, face pale under the residual current flush. No one touched her yet. The medical team stood ready with cutters, oxygen, and a portable crash kit, but they waited, eyes locked on the small external monitor that tracked the chip’s status. The protocol was absolute: she stayed in the water until the heart restarted.</w:t>
      </w:r>
    </w:p>
    <w:p>
      <w:r>
        <w:rPr>
          <w:rFonts w:ascii="IM Fell English" w:hAnsi="IM Fell English"/>
          <w:color w:val="141414"/>
          <w:sz w:val="24"/>
        </w:rPr>
        <w:t>Ten seconds.</w:t>
      </w:r>
      <w:r>
        <w:rPr>
          <w:rFonts w:ascii="IM Fell English" w:hAnsi="IM Fell English"/>
          <w:color w:val="141414"/>
          <w:sz w:val="24"/>
        </w:rPr>
      </w:r>
      <w:r>
        <w:rPr>
          <w:rFonts w:ascii="IM Fell English" w:hAnsi="IM Fell English"/>
          <w:color w:val="141414"/>
          <w:sz w:val="24"/>
        </w:rPr>
        <w:t>Fifteen.</w:t>
      </w:r>
      <w:r>
        <w:rPr>
          <w:rFonts w:ascii="IM Fell English" w:hAnsi="IM Fell English"/>
          <w:color w:val="141414"/>
          <w:sz w:val="24"/>
        </w:rPr>
      </w:r>
      <w:r>
        <w:rPr>
          <w:rFonts w:ascii="IM Fell English" w:hAnsi="IM Fell English"/>
          <w:color w:val="141414"/>
          <w:sz w:val="24"/>
        </w:rPr>
        <w:t>Twenty.</w:t>
      </w:r>
    </w:p>
    <w:p>
      <w:r>
        <w:rPr>
          <w:rFonts w:ascii="IM Fell English" w:hAnsi="IM Fell English"/>
          <w:color w:val="141414"/>
          <w:sz w:val="24"/>
        </w:rPr>
        <w:t>A sharp, single tone sounded from the monitor. Jennifer’s body gave a violent, full-body jerk inside the rope as her heart restarted under the forced command of the chip. Only then did the team move in. They hauled her up carefully, water pouring off the tight binding in heavy sheets, and began cutting the mantle rope away in fast, practiced strips while she coughed hard and dragged air into her lungs in ragged, desperate pulls.</w:t>
      </w:r>
    </w:p>
    <w:p>
      <w:r>
        <w:rPr>
          <w:rFonts w:ascii="IM Fell English" w:hAnsi="IM Fell English"/>
          <w:color w:val="141414"/>
          <w:sz w:val="24"/>
        </w:rPr>
        <w:t>Jennifer sucked in a full breath, coughed again, and immediately started talking while they were still peeling the last loops off her ribs.</w:t>
      </w:r>
    </w:p>
    <w:p>
      <w:r>
        <w:rPr>
          <w:rFonts w:ascii="IM Fell English" w:hAnsi="IM Fell English"/>
          <w:color w:val="141414"/>
          <w:sz w:val="24"/>
        </w:rPr>
        <w:t>“Every single fucking time. I’m the one who dies. Every package. Has anyone else noticed this pattern? Because I’m starting to take it personally.”</w:t>
      </w:r>
    </w:p>
    <w:p>
      <w:r>
        <w:rPr>
          <w:rFonts w:ascii="IM Fell English" w:hAnsi="IM Fell English"/>
          <w:color w:val="141414"/>
          <w:sz w:val="24"/>
        </w:rPr>
        <w:t>Jackie was already free of her own rope and standing a few meters away, still dripping, still marked from the cadets. Rope impressions covered her from shoulders to ankles. She looked over at her wife and gave the smallest tired smile.</w:t>
      </w:r>
    </w:p>
    <w:p>
      <w:r>
        <w:rPr>
          <w:rFonts w:ascii="IM Fell English" w:hAnsi="IM Fell English"/>
          <w:color w:val="141414"/>
          <w:sz w:val="24"/>
        </w:rPr>
        <w:t>“You killed me in Omertà,” she said. “Then you climbed on top of my body in a lake of stage blood and kept going while the cameras stayed on my open eyes. You don’t get to complain about dying on film, mutt.”</w:t>
      </w:r>
    </w:p>
    <w:p>
      <w:r>
        <w:rPr>
          <w:rFonts w:ascii="IM Fell English" w:hAnsi="IM Fell English"/>
          <w:color w:val="141414"/>
          <w:sz w:val="24"/>
        </w:rPr>
        <w:t>Jennifer accepted the water bottle someone pushed into her hand and drank greedily, still talking between swallows. Water ran down her chin and over the deep red rope marks on her chest.</w:t>
      </w:r>
    </w:p>
    <w:p>
      <w:r>
        <w:rPr>
          <w:rFonts w:ascii="IM Fell English" w:hAnsi="IM Fell English"/>
          <w:color w:val="141414"/>
          <w:sz w:val="24"/>
        </w:rPr>
        <w:t>“That was different. That was art. That was me giving you a proper death scene with emotional weight and a beautiful corpse shot. This was just you two losing track of me because Carissa decided Mommy needed extra attention while I flatlined in a fishbowl with a live welder pointed at my tits.”</w:t>
      </w:r>
    </w:p>
    <w:p>
      <w:r>
        <w:rPr>
          <w:rFonts w:ascii="IM Fell English" w:hAnsi="IM Fell English"/>
          <w:color w:val="141414"/>
          <w:sz w:val="24"/>
        </w:rPr>
        <w:t>Carissa, still in the black practical clothes from the scene, wiped her hands on a towel and shrugged. She looked completely unrepentant.</w:t>
      </w:r>
    </w:p>
    <w:p>
      <w:r>
        <w:rPr>
          <w:rFonts w:ascii="IM Fell English" w:hAnsi="IM Fell English"/>
          <w:color w:val="141414"/>
          <w:sz w:val="24"/>
        </w:rPr>
        <w:t>“You looked peaceful. We figured you were enjoying the quiet. You were the one who kept saying you wanted a clean death scene this package.”</w:t>
      </w:r>
    </w:p>
    <w:p>
      <w:r>
        <w:rPr>
          <w:rFonts w:ascii="IM Fell English" w:hAnsi="IM Fell English"/>
          <w:color w:val="141414"/>
          <w:sz w:val="24"/>
        </w:rPr>
        <w:t>Jennifer pointed a wet, rope-marked finger at her.</w:t>
      </w:r>
    </w:p>
    <w:p>
      <w:r>
        <w:rPr>
          <w:rFonts w:ascii="IM Fell English" w:hAnsi="IM Fell English"/>
          <w:color w:val="141414"/>
          <w:sz w:val="24"/>
        </w:rPr>
        <w:t>“I wanted a clean death scene I could complain about afterward, not a cardiac shutdown while my twin and your daughter got distracted playing with the better toy. I want to see the exact contract language that allowed you psychopaths to stop my heart on camera. Page, paragraph, and the signature line where I supposedly agreed to a full cardiac shutdown in a water tank with a live industrial welder. I know I signed off on lethal practicals, but I want to see the words in black and white.”</w:t>
      </w:r>
    </w:p>
    <w:p>
      <w:r>
        <w:rPr>
          <w:rFonts w:ascii="IM Fell English" w:hAnsi="IM Fell English"/>
          <w:color w:val="141414"/>
          <w:sz w:val="24"/>
        </w:rPr>
        <w:t>Jenna laughed once, short and real, and tossed a second towel at Jackie. She walked over and started helping the medics finish cutting the last of the rope off Jennifer’s thighs, her touch more careful than her expression.</w:t>
      </w:r>
    </w:p>
    <w:p>
      <w:r>
        <w:rPr>
          <w:rFonts w:ascii="IM Fell English" w:hAnsi="IM Fell English"/>
          <w:color w:val="141414"/>
          <w:sz w:val="24"/>
        </w:rPr>
        <w:t>“She’s fine. The chip did its job. Heart restarted on schedule. Stop performing for the medics, twin. You’re embarrassing the family.”</w:t>
      </w:r>
    </w:p>
    <w:p>
      <w:r>
        <w:rPr>
          <w:rFonts w:ascii="IM Fell English" w:hAnsi="IM Fell English"/>
          <w:color w:val="141414"/>
          <w:sz w:val="24"/>
        </w:rPr>
        <w:t>Lena walked into the light, tablet in hand, already reviewing the take. She stopped a few feet from Jennifer and looked her over with the same calm professional assessment she used on every heavy practical.</w:t>
      </w:r>
    </w:p>
    <w:p>
      <w:r>
        <w:rPr>
          <w:rFonts w:ascii="IM Fell English" w:hAnsi="IM Fell English"/>
          <w:color w:val="141414"/>
          <w:sz w:val="24"/>
        </w:rPr>
        <w:t>“Vitals are clean. Nano chip 666 re-engaged without issue. No residual fibrillation. Real bruises are already settling under the rope marks. The electrical contact points are within expected parameters. Everything that looked lethal was planned, timed, and rehearsed three days ago with full safety overrides. You were never in actual danger past the designed window.”</w:t>
      </w:r>
    </w:p>
    <w:p>
      <w:r>
        <w:rPr>
          <w:rFonts w:ascii="IM Fell English" w:hAnsi="IM Fell English"/>
          <w:color w:val="141414"/>
          <w:sz w:val="24"/>
        </w:rPr>
        <w:t>Jennifer pushed wet hair out of her face with both hands and glared at her.</w:t>
      </w:r>
    </w:p>
    <w:p>
      <w:r>
        <w:rPr>
          <w:rFonts w:ascii="IM Fell English" w:hAnsi="IM Fell English"/>
          <w:color w:val="141414"/>
          <w:sz w:val="24"/>
        </w:rPr>
        <w:t>“I still want the contract language, Lena. Printed. Highlighted. And I want the hazard pay language reviewed for cardiac-stop practicals. I want to know exactly what percentage bump I get for letting you people stop my heart for the cameras while my wife gets railed by cadets three meters away.”</w:t>
      </w:r>
    </w:p>
    <w:p>
      <w:r>
        <w:rPr>
          <w:rFonts w:ascii="IM Fell English" w:hAnsi="IM Fell English"/>
          <w:color w:val="141414"/>
          <w:sz w:val="24"/>
        </w:rPr>
        <w:t>Lena’s mouth twitched in what might have been the beginning of a smile.</w:t>
      </w:r>
    </w:p>
    <w:p>
      <w:r>
        <w:rPr>
          <w:rFonts w:ascii="IM Fell English" w:hAnsi="IM Fell English"/>
          <w:color w:val="141414"/>
          <w:sz w:val="24"/>
        </w:rPr>
        <w:t>“You’ll get the pages. After medical clears you both for transport to the private clinic. Full scans are already booked. Nano integrity, cardiac function, residual electrical damage, the usual post-lethal package workup.”</w:t>
      </w:r>
    </w:p>
    <w:p>
      <w:r>
        <w:rPr>
          <w:rFonts w:ascii="IM Fell English" w:hAnsi="IM Fell English"/>
          <w:color w:val="141414"/>
          <w:sz w:val="24"/>
        </w:rPr>
        <w:t>Jackie stepped closer, careful of both their residual marks, and rested a hand on the back of Jennifer’s neck. Her fingers were still cold from the tank water.</w:t>
      </w:r>
    </w:p>
    <w:p>
      <w:r>
        <w:rPr>
          <w:rFonts w:ascii="IM Fell English" w:hAnsi="IM Fell English"/>
          <w:color w:val="141414"/>
          <w:sz w:val="24"/>
        </w:rPr>
        <w:t>“You did die on schedule, mutt. Clean and pretty. That’s all the family ever asks. The rest is just you liking the sound of your own voice after you come back.”</w:t>
      </w:r>
    </w:p>
    <w:p>
      <w:r>
        <w:rPr>
          <w:rFonts w:ascii="IM Fell English" w:hAnsi="IM Fell English"/>
          <w:color w:val="141414"/>
          <w:sz w:val="24"/>
        </w:rPr>
        <w:t>Jennifer leaned into the touch despite herself and muttered,</w:t>
      </w:r>
    </w:p>
    <w:p>
      <w:r>
        <w:rPr>
          <w:rFonts w:ascii="IM Fell English" w:hAnsi="IM Fell English"/>
          <w:color w:val="141414"/>
          <w:sz w:val="24"/>
        </w:rPr>
        <w:t>“Next time I’m requesting the death scene in writing. With a clause that says my twin and your daughter are not allowed to forget I exist just because you’re more fun to play with when you’re wet and twitching. And I want a rider that says if I’m going to flatline, someone has to at least look at me while I do it.”</w:t>
      </w:r>
    </w:p>
    <w:p>
      <w:r>
        <w:rPr>
          <w:rFonts w:ascii="IM Fell English" w:hAnsi="IM Fell English"/>
          <w:color w:val="141414"/>
          <w:sz w:val="24"/>
        </w:rPr>
        <w:t>Carissa smirked and tossed her towel onto a nearby equipment case.</w:t>
      </w:r>
    </w:p>
    <w:p>
      <w:r>
        <w:rPr>
          <w:rFonts w:ascii="IM Fell English" w:hAnsi="IM Fell English"/>
          <w:color w:val="141414"/>
          <w:sz w:val="24"/>
        </w:rPr>
        <w:t>“Request denied. You’re cheaper when you die on schedule. And you make prettier corpse eyes than Mommy does.”</w:t>
      </w:r>
    </w:p>
    <w:p>
      <w:r>
        <w:rPr>
          <w:rFonts w:ascii="IM Fell English" w:hAnsi="IM Fell English"/>
          <w:color w:val="141414"/>
          <w:sz w:val="24"/>
        </w:rPr>
        <w:t>Jennifer flipped her off with both hands, the gesture made less effective by the deep rope grooves still ringing her wrists.</w:t>
      </w:r>
    </w:p>
    <w:p>
      <w:r>
        <w:rPr>
          <w:rFonts w:ascii="IM Fell English" w:hAnsi="IM Fell English"/>
          <w:color w:val="141414"/>
          <w:sz w:val="24"/>
        </w:rPr>
        <w:t>The medical team finished their initial checks. One of them shone a light into Jennifer’s eyes, another checked the pulse at her throat and wrist, comparing it against the chip readout. Jackie received the same treatment a few feet away. Both women were cleared to move to the private clinic for full scans. The tanks were already being drained, water pouring out in controlled streams across the concrete. The welding rods were powered down, disconnected, and locked into their transport cases.</w:t>
      </w:r>
    </w:p>
    <w:p>
      <w:r>
        <w:rPr>
          <w:rFonts w:ascii="IM Fell English" w:hAnsi="IM Fell English"/>
          <w:color w:val="141414"/>
          <w:sz w:val="24"/>
        </w:rPr>
        <w:t>Lena made a final note on her tablet.</w:t>
      </w:r>
    </w:p>
    <w:p>
      <w:r>
        <w:rPr>
          <w:rFonts w:ascii="IM Fell English" w:hAnsi="IM Fell English"/>
          <w:color w:val="141414"/>
          <w:sz w:val="24"/>
        </w:rPr>
        <w:t>“Transport leaves in twelve minutes. Both of you drink another bottle of water and keep the thermal blankets on until you’re in the clinic. Katie wants a full status report before the end of day.”</w:t>
      </w:r>
    </w:p>
    <w:p>
      <w:r>
        <w:rPr>
          <w:rFonts w:ascii="IM Fell English" w:hAnsi="IM Fell English"/>
          <w:color w:val="141414"/>
          <w:sz w:val="24"/>
        </w:rPr>
        <w:t>Jennifer pulled the silver thermal blanket around her shoulders and shot one last look at the empty tank that had just killed her on camera.</w:t>
      </w:r>
    </w:p>
    <w:p>
      <w:r>
        <w:rPr>
          <w:rFonts w:ascii="IM Fell English" w:hAnsi="IM Fell English"/>
          <w:color w:val="141414"/>
          <w:sz w:val="24"/>
        </w:rPr>
        <w:t>“I hate this job,” she said, but there was no real heat left in it. “I hate this family. And I especially hate how good I am at dying for you people.”</w:t>
      </w:r>
    </w:p>
    <w:p>
      <w:r>
        <w:rPr>
          <w:rFonts w:ascii="IM Fell English" w:hAnsi="IM Fell English"/>
          <w:color w:val="141414"/>
          <w:sz w:val="24"/>
        </w:rPr>
        <w:t>Jackie wrapped an arm carefully around her waist, mindful of the fresh rope impressions and the residual current ache, and started walking her toward the waiting transport.</w:t>
      </w:r>
    </w:p>
    <w:p>
      <w:r>
        <w:rPr>
          <w:rFonts w:ascii="IM Fell English" w:hAnsi="IM Fell English"/>
          <w:color w:val="141414"/>
          <w:sz w:val="24"/>
        </w:rPr>
        <w:t>“You love it,” she said quietly. “That’s why you keep signing the papers.”</w:t>
      </w:r>
    </w:p>
    <w:p>
      <w:r>
        <w:rPr>
          <w:rFonts w:ascii="IM Fell English" w:hAnsi="IM Fell English"/>
          <w:color w:val="141414"/>
          <w:sz w:val="24"/>
        </w:rPr>
        <w:t>Jennifer leaned her head against Jackie’s shoulder for a moment and exhaled.</w:t>
      </w:r>
    </w:p>
    <w:p>
      <w:r>
        <w:rPr>
          <w:rFonts w:ascii="IM Fell English" w:hAnsi="IM Fell English"/>
          <w:color w:val="141414"/>
          <w:sz w:val="24"/>
        </w:rPr>
        <w:t>“…Unfortunately.”</w:t>
      </w:r>
    </w:p>
    <w:p>
      <w:r>
        <w:rPr>
          <w:rFonts w:ascii="IM Fell English" w:hAnsi="IM Fell English"/>
          <w:color w:val="141414"/>
          <w:sz w:val="24"/>
        </w:rPr>
        <w:t>The cameras were off.</w:t>
      </w:r>
    </w:p>
    <w:p>
      <w:r>
        <w:rPr>
          <w:rFonts w:ascii="IM Fell English" w:hAnsi="IM Fell English"/>
          <w:color w:val="141414"/>
          <w:sz w:val="24"/>
        </w:rPr>
        <w:t>The final practical was finished.</w:t>
      </w:r>
    </w:p>
    <w:p>
      <w:r>
        <w:rPr>
          <w:rFonts w:ascii="IM Fell English" w:hAnsi="IM Fell English"/>
          <w:color w:val="141414"/>
          <w:sz w:val="24"/>
        </w:rPr>
        <w:t>And Jennifer was already preparing the longest, most detailed contract complaint of her career while her heart beat steadily again under the quiet, invisible work of nano-chip  666.</w:t>
      </w:r>
    </w:p>
    <w:p>
      <w:pPr>
        <w:pStyle w:val="Heading1"/>
        <w:jc w:val="center"/>
      </w:pPr>
      <w:r>
        <w:rPr>
          <w:rFonts w:ascii="IM Fell English" w:hAnsi="IM Fell English"/>
          <w:color w:val="0D0D0D"/>
        </w:rPr>
        <w:t>CHAPTER 29 — CLINIC</w:t>
      </w:r>
    </w:p>
    <w:p>
      <w:r>
        <w:rPr>
          <w:rFonts w:ascii="IM Fell English" w:hAnsi="IM Fell English"/>
          <w:color w:val="141414"/>
          <w:sz w:val="24"/>
        </w:rPr>
        <w:t>The private clinic was quiet, expensive, and used to the bloodline’s particular definition of “routine post-practical workup.”</w:t>
      </w:r>
    </w:p>
    <w:p>
      <w:r>
        <w:rPr>
          <w:rFonts w:ascii="IM Fell English" w:hAnsi="IM Fell English"/>
          <w:color w:val="141414"/>
          <w:sz w:val="24"/>
        </w:rPr>
        <w:t>Jennifer sat on the edge of the exam table completely naked, the deep red rope impressions still ringing her torso, arms, and thighs under the bright clinical lights. A nurse had tried to hand her a paper gown when they first brought her in. Jennifer had looked at it, then at the woman, and said flatly,</w:t>
      </w:r>
    </w:p>
    <w:p>
      <w:r>
        <w:rPr>
          <w:rFonts w:ascii="IM Fell English" w:hAnsi="IM Fell English"/>
          <w:color w:val="141414"/>
          <w:sz w:val="24"/>
        </w:rPr>
        <w:t>“I’ve been naked for three days straight. I’m not starting now.”</w:t>
      </w:r>
    </w:p>
    <w:p>
      <w:r>
        <w:rPr>
          <w:rFonts w:ascii="IM Fell English" w:hAnsi="IM Fell English"/>
          <w:color w:val="141414"/>
          <w:sz w:val="24"/>
        </w:rPr>
        <w:t>She had been sitting there uncovered ever since, one leg crossed over the other, completely unbothered by the parade of medical staff who came in and out.</w:t>
      </w:r>
    </w:p>
    <w:p>
      <w:r>
        <w:rPr>
          <w:rFonts w:ascii="IM Fell English" w:hAnsi="IM Fell English"/>
          <w:color w:val="141414"/>
          <w:sz w:val="24"/>
        </w:rPr>
        <w:t>Jackie occupied the next table over, also naked, thermal blanket draped loosely around her shoulders more for the residual chill than for modesty. The rope marks on her body were just as deep, though the electrical contact points were fewer. A cardiac specialist and a nano-systems tech moved between them with the calm efficiency of people who had seen both women come back from worse.</w:t>
      </w:r>
    </w:p>
    <w:p>
      <w:r>
        <w:rPr>
          <w:rFonts w:ascii="IM Fell English" w:hAnsi="IM Fell English"/>
          <w:color w:val="141414"/>
          <w:sz w:val="24"/>
        </w:rPr>
        <w:t>The tech finished the final scan on Jennifer’s chest, running the handheld reader slowly over the place where the chip sat inside her heart. He checked the readout on his tablet twice before speaking.</w:t>
      </w:r>
    </w:p>
    <w:p>
      <w:r>
        <w:rPr>
          <w:rFonts w:ascii="IM Fell English" w:hAnsi="IM Fell English"/>
          <w:color w:val="141414"/>
          <w:sz w:val="24"/>
        </w:rPr>
        <w:t>“Nano-chip  666 is stable. Full re-engagement confirmed. No residual charge damage. No micro-fractures in the casing. Cardiac rhythm is clean and strong. You’re cleared.”</w:t>
      </w:r>
    </w:p>
    <w:p>
      <w:r>
        <w:rPr>
          <w:rFonts w:ascii="IM Fell English" w:hAnsi="IM Fell English"/>
          <w:color w:val="141414"/>
          <w:sz w:val="24"/>
        </w:rPr>
        <w:t>Jennifer leaned back on her hands, making no effort to cover herself, and gave the man a dry look.</w:t>
      </w:r>
    </w:p>
    <w:p>
      <w:r>
        <w:rPr>
          <w:rFonts w:ascii="IM Fell English" w:hAnsi="IM Fell English"/>
          <w:color w:val="141414"/>
          <w:sz w:val="24"/>
        </w:rPr>
        <w:t>“Cleared to go home and start writing the longest contract complaint of my life.”</w:t>
      </w:r>
    </w:p>
    <w:p>
      <w:r>
        <w:rPr>
          <w:rFonts w:ascii="IM Fell English" w:hAnsi="IM Fell English"/>
          <w:color w:val="141414"/>
          <w:sz w:val="24"/>
        </w:rPr>
        <w:t>Jackie gave a low laugh that still pulled at the rope marks across her ribs.</w:t>
      </w:r>
    </w:p>
    <w:p>
      <w:r>
        <w:rPr>
          <w:rFonts w:ascii="IM Fell English" w:hAnsi="IM Fell English"/>
          <w:color w:val="141414"/>
          <w:sz w:val="24"/>
        </w:rPr>
        <w:t>“You’re going to attach exhibits and everything, aren’t you?”</w:t>
      </w:r>
    </w:p>
    <w:p>
      <w:r>
        <w:rPr>
          <w:rFonts w:ascii="IM Fell English" w:hAnsi="IM Fell English"/>
          <w:color w:val="141414"/>
          <w:sz w:val="24"/>
        </w:rPr>
        <w:t>“Damn right I am. I want the original initialed page, the safety override log, the welder output readings, and a written explanation for why my twin and your daughter decided I was furniture the second they got interested in playing with you instead.”</w:t>
      </w:r>
    </w:p>
    <w:p>
      <w:r>
        <w:rPr>
          <w:rFonts w:ascii="IM Fell English" w:hAnsi="IM Fell English"/>
          <w:color w:val="141414"/>
          <w:sz w:val="24"/>
        </w:rPr>
        <w:t>The cardiac specialist finished listening to Jackie’s heart and made a final note on the shared chart.</w:t>
      </w:r>
    </w:p>
    <w:p>
      <w:r>
        <w:rPr>
          <w:rFonts w:ascii="IM Fell English" w:hAnsi="IM Fell English"/>
          <w:color w:val="141414"/>
          <w:sz w:val="24"/>
        </w:rPr>
        <w:t>“Both of you are medically released. Residual rope trauma and minor electrical contact marks only. Standard soft recovery protocol for the next forty-eight to seventy-two hours. No heavy impact, no suspension, no electrical play, no breath restriction until the marks finish settling and the nerve endings calm down.”</w:t>
      </w:r>
    </w:p>
    <w:p>
      <w:r>
        <w:rPr>
          <w:rFonts w:ascii="IM Fell English" w:hAnsi="IM Fell English"/>
          <w:color w:val="141414"/>
          <w:sz w:val="24"/>
        </w:rPr>
        <w:t>He looked at Jennifer specifically.</w:t>
      </w:r>
    </w:p>
    <w:p>
      <w:r>
        <w:rPr>
          <w:rFonts w:ascii="IM Fell English" w:hAnsi="IM Fell English"/>
          <w:color w:val="141414"/>
          <w:sz w:val="24"/>
        </w:rPr>
        <w:t>“And no drafting legal documents while your nervous system is still firing random aftershocks. Wait until morning.”</w:t>
      </w:r>
    </w:p>
    <w:p>
      <w:r>
        <w:rPr>
          <w:rFonts w:ascii="IM Fell English" w:hAnsi="IM Fell English"/>
          <w:color w:val="141414"/>
          <w:sz w:val="24"/>
        </w:rPr>
        <w:t>Jennifer pointed at him.</w:t>
      </w:r>
    </w:p>
    <w:p>
      <w:r>
        <w:rPr>
          <w:rFonts w:ascii="IM Fell English" w:hAnsi="IM Fell English"/>
          <w:color w:val="141414"/>
          <w:sz w:val="24"/>
        </w:rPr>
        <w:t>“You’re not the boss of my paperwork.”</w:t>
      </w:r>
    </w:p>
    <w:p>
      <w:r>
        <w:rPr>
          <w:rFonts w:ascii="IM Fell English" w:hAnsi="IM Fell English"/>
          <w:color w:val="141414"/>
          <w:sz w:val="24"/>
        </w:rPr>
        <w:t>“I am until you clear the building,” he answered mildly, and left.</w:t>
      </w:r>
    </w:p>
    <w:p>
      <w:r>
        <w:rPr>
          <w:rFonts w:ascii="IM Fell English" w:hAnsi="IM Fell English"/>
          <w:color w:val="141414"/>
          <w:sz w:val="24"/>
        </w:rPr>
        <w:t>Lena stepped into the exam room a moment later, tablet under one arm, already done with the production side of the day. She took in Jennifer’s deliberate lack of gown without comment; she had known both women too long to be surprised by anything involving their relationship with clothing—or the lack of it.</w:t>
      </w:r>
    </w:p>
    <w:p>
      <w:r>
        <w:rPr>
          <w:rFonts w:ascii="IM Fell English" w:hAnsi="IM Fell English"/>
          <w:color w:val="141414"/>
          <w:sz w:val="24"/>
        </w:rPr>
        <w:t>“Transport is outside. Jenna’s already been collected by Justin. Carissa left with Beth about fifteen minutes ago. You two are with Marcus and me. Katie wants you both horizontal at the mansion before nightfall, meds in your system, and no contract rewriting until you’ve slept at least once.”</w:t>
      </w:r>
    </w:p>
    <w:p>
      <w:r>
        <w:rPr>
          <w:rFonts w:ascii="IM Fell English" w:hAnsi="IM Fell English"/>
          <w:color w:val="141414"/>
          <w:sz w:val="24"/>
        </w:rPr>
        <w:t>Jennifer slid off the table carefully, testing her legs. The rope grooves across her thighs pulled when she stood. She reached for the soft black recovery clothes someone had left folded on the chair, considered the hoodie for half a second, then tossed it aside and pulled on only an open black blouse. She left it completely unbuttoned. Nothing underneath. The rope marks across her breasts and stomach remained fully visible.</w:t>
      </w:r>
    </w:p>
    <w:p>
      <w:r>
        <w:rPr>
          <w:rFonts w:ascii="IM Fell English" w:hAnsi="IM Fell English"/>
          <w:color w:val="141414"/>
          <w:sz w:val="24"/>
        </w:rPr>
        <w:t>Jackie stayed naked. She simply picked up the thermal blanket, folded it once, and carried it over her arm instead of putting anything on.</w:t>
      </w:r>
    </w:p>
    <w:p>
      <w:r>
        <w:rPr>
          <w:rFonts w:ascii="IM Fell English" w:hAnsi="IM Fell English"/>
          <w:color w:val="141414"/>
          <w:sz w:val="24"/>
        </w:rPr>
        <w:t>Lena watched this small ritual without comment. Marcus, waiting in the hallway, only raised an eyebrow and then looked away again, already used to both of them.</w:t>
      </w:r>
    </w:p>
    <w:p>
      <w:r>
        <w:rPr>
          <w:rFonts w:ascii="IM Fell English" w:hAnsi="IM Fell English"/>
          <w:color w:val="141414"/>
          <w:sz w:val="24"/>
        </w:rPr>
        <w:t>They followed Lena out of the clinic into the late afternoon light. The air felt almost too soft after the tank water and the clinical cold. Marcus was waiting by the black sedan under the portico, rear doors already open. He gave both women a quick, thorough once-over—the same quiet assessment he always used after a heavy package—then opened the door wider so they wouldn’t have to stretch.</w:t>
      </w:r>
    </w:p>
    <w:p>
      <w:r>
        <w:rPr>
          <w:rFonts w:ascii="IM Fell English" w:hAnsi="IM Fell English"/>
          <w:color w:val="141414"/>
          <w:sz w:val="24"/>
        </w:rPr>
        <w:t>Jennifer and Jackie settled into the back seat with the slow, deliberate movements of people whose skin still remembered every loop of mantle rope and every jolt of current. Jennifer’s open blouse shifted with every movement, doing nothing to hide the marks. Jackie remained completely bare beside her. Lena took the front passenger seat. Marcus closed the doors, started the engine, and pulled away from the clinic in silence.</w:t>
      </w:r>
    </w:p>
    <w:p>
      <w:r>
        <w:rPr>
          <w:rFonts w:ascii="IM Fell English" w:hAnsi="IM Fell English"/>
          <w:color w:val="141414"/>
          <w:sz w:val="24"/>
        </w:rPr>
        <w:t>For a while no one spoke. The city moved past the tinted windows in ordinary late-day traffic. Jennifer leaned her head against the seat and stared out the window, one hand resting lightly over the place on her chest where the chip had forced her heart back to work. Jackie’s fingers found hers on the seat between them and laced them together loosely, thumb brushing over the rope groove on Jennifer’s wrist.</w:t>
      </w:r>
    </w:p>
    <w:p>
      <w:r>
        <w:rPr>
          <w:rFonts w:ascii="IM Fell English" w:hAnsi="IM Fell English"/>
          <w:color w:val="141414"/>
          <w:sz w:val="24"/>
        </w:rPr>
        <w:t>Jennifer spoke without looking away from the window.</w:t>
      </w:r>
    </w:p>
    <w:p>
      <w:r>
        <w:rPr>
          <w:rFonts w:ascii="IM Fell English" w:hAnsi="IM Fell English"/>
          <w:color w:val="141414"/>
          <w:sz w:val="24"/>
        </w:rPr>
        <w:t>“I really am putting in a formal complaint this time.”</w:t>
      </w:r>
    </w:p>
    <w:p>
      <w:r>
        <w:rPr>
          <w:rFonts w:ascii="IM Fell English" w:hAnsi="IM Fell English"/>
          <w:color w:val="141414"/>
          <w:sz w:val="24"/>
        </w:rPr>
        <w:t>Jackie squeezed her hand.</w:t>
      </w:r>
    </w:p>
    <w:p>
      <w:r>
        <w:rPr>
          <w:rFonts w:ascii="IM Fell English" w:hAnsi="IM Fell English"/>
          <w:color w:val="141414"/>
          <w:sz w:val="24"/>
        </w:rPr>
        <w:t>“I know.”</w:t>
      </w:r>
    </w:p>
    <w:p>
      <w:r>
        <w:rPr>
          <w:rFonts w:ascii="IM Fell English" w:hAnsi="IM Fell English"/>
          <w:color w:val="141414"/>
          <w:sz w:val="24"/>
        </w:rPr>
        <w:t>“I’m requesting language that says if I’m going to be left unattended in a lethal practical, someone has to at least count out loud so I know how long I’ve been dying. And I want a clause about visual contact. If you’re going to kill me, you look at me while you do it.”</w:t>
      </w:r>
    </w:p>
    <w:p>
      <w:r>
        <w:rPr>
          <w:rFonts w:ascii="IM Fell English" w:hAnsi="IM Fell English"/>
          <w:color w:val="141414"/>
          <w:sz w:val="24"/>
        </w:rPr>
        <w:t>Lena glanced back at them in the mirror, expression dry but not unkind.</w:t>
      </w:r>
    </w:p>
    <w:p>
      <w:r>
        <w:rPr>
          <w:rFonts w:ascii="IM Fell English" w:hAnsi="IM Fell English"/>
          <w:color w:val="141414"/>
          <w:sz w:val="24"/>
        </w:rPr>
        <w:t>“I’ll forward the request to Katie. She’ll enjoy reading it. She might even approve a couple of the lines just to see what you do with them next package.”</w:t>
      </w:r>
    </w:p>
    <w:p>
      <w:r>
        <w:rPr>
          <w:rFonts w:ascii="IM Fell English" w:hAnsi="IM Fell English"/>
          <w:color w:val="141414"/>
          <w:sz w:val="24"/>
        </w:rPr>
        <w:t>Jennifer finally looked away from the window and met Lena’s eyes in the mirror.</w:t>
      </w:r>
    </w:p>
    <w:p>
      <w:r>
        <w:rPr>
          <w:rFonts w:ascii="IM Fell English" w:hAnsi="IM Fell English"/>
          <w:color w:val="141414"/>
          <w:sz w:val="24"/>
        </w:rPr>
        <w:t>“She would. That’s why she’s dangerous.”</w:t>
      </w:r>
    </w:p>
    <w:p>
      <w:r>
        <w:rPr>
          <w:rFonts w:ascii="IM Fell English" w:hAnsi="IM Fell English"/>
          <w:color w:val="141414"/>
          <w:sz w:val="24"/>
        </w:rPr>
        <w:t>Marcus drove in silence, the same steady presence he always was after the cameras stopped. He didn’t offer commentary. He didn’t need to. His job in these moments was simply to get them home in one piece and then stand ready for whatever came next—whether that was soft aftercare or something much sharper under Katie’s orders.</w:t>
      </w:r>
    </w:p>
    <w:p>
      <w:r>
        <w:rPr>
          <w:rFonts w:ascii="IM Fell English" w:hAnsi="IM Fell English"/>
          <w:color w:val="141414"/>
          <w:sz w:val="24"/>
        </w:rPr>
        <w:t>The sedan left the city proper and turned onto the long private road that led to the mansion. Trees closed in on both sides. The light shifted into early evening, softer and bluer. By the time the security gate recognized the car and swung open, the sky had started to deepen.</w:t>
      </w:r>
    </w:p>
    <w:p>
      <w:r>
        <w:rPr>
          <w:rFonts w:ascii="IM Fell English" w:hAnsi="IM Fell English"/>
          <w:color w:val="141414"/>
          <w:sz w:val="24"/>
        </w:rPr>
        <w:t>The house waited at the end of the drive, quiet and lit from within. Staff had already prepared the ground-floor recovery suite the way they always did after a lethal package—blackout curtains drawn, fresh thermal blankets folded at the foot of the wide bed, anti-inflammatories and electrolyte bottles on both nightstands, and the low hum of the climate system already set to the temperature both women preferred when their nervous systems were still raw.</w:t>
      </w:r>
    </w:p>
    <w:p>
      <w:r>
        <w:rPr>
          <w:rFonts w:ascii="IM Fell English" w:hAnsi="IM Fell English"/>
          <w:color w:val="141414"/>
          <w:sz w:val="24"/>
        </w:rPr>
        <w:t>Marcus parked under the portico. Lena opened the rear door and stepped back so they could get out without rushing.</w:t>
      </w:r>
    </w:p>
    <w:p>
      <w:r>
        <w:rPr>
          <w:rFonts w:ascii="IM Fell English" w:hAnsi="IM Fell English"/>
          <w:color w:val="141414"/>
          <w:sz w:val="24"/>
        </w:rPr>
        <w:t>“Inside. Shower first—warm, not hot. Meds after. Then horizontal. No contract drafting until morning. Katie was very clear.”</w:t>
      </w:r>
    </w:p>
    <w:p>
      <w:r>
        <w:rPr>
          <w:rFonts w:ascii="IM Fell English" w:hAnsi="IM Fell English"/>
          <w:color w:val="141414"/>
          <w:sz w:val="24"/>
        </w:rPr>
        <w:t>Jennifer stepped out carefully, the open blouse shifting around her, still holding Jackie’s hand, and looked up at the familiar façade of the mansion.</w:t>
      </w:r>
    </w:p>
    <w:p>
      <w:r>
        <w:rPr>
          <w:rFonts w:ascii="IM Fell English" w:hAnsi="IM Fell English"/>
          <w:color w:val="141414"/>
          <w:sz w:val="24"/>
        </w:rPr>
        <w:t>“No promises about the contract. But I’ll take the shower and the meds without an argument. That’s how you know I’m actually tired.”</w:t>
      </w:r>
    </w:p>
    <w:p>
      <w:r>
        <w:rPr>
          <w:rFonts w:ascii="IM Fell English" w:hAnsi="IM Fell English"/>
          <w:color w:val="141414"/>
          <w:sz w:val="24"/>
        </w:rPr>
        <w:t>Jackie followed, completely naked, the smallest tired smile on her face as she closed the car door behind them.</w:t>
      </w:r>
    </w:p>
    <w:p>
      <w:r>
        <w:rPr>
          <w:rFonts w:ascii="IM Fell English" w:hAnsi="IM Fell English"/>
          <w:color w:val="141414"/>
          <w:sz w:val="24"/>
        </w:rPr>
        <w:t>“Come on, corpse. Let’s get the rest of the tank water and the clinic smell off you before you start dictating addendums to the empty hallway.”</w:t>
      </w:r>
    </w:p>
    <w:p>
      <w:r>
        <w:rPr>
          <w:rFonts w:ascii="IM Fell English" w:hAnsi="IM Fell English"/>
          <w:color w:val="141414"/>
          <w:sz w:val="24"/>
        </w:rPr>
        <w:t>They walked into the mansion together, Lena and Marcus following at a measured distance. The four of them moved in the familiar post-package formation that always meant the same thing:</w:t>
      </w:r>
    </w:p>
    <w:p>
      <w:r>
        <w:rPr>
          <w:rFonts w:ascii="IM Fell English" w:hAnsi="IM Fell English"/>
          <w:color w:val="141414"/>
          <w:sz w:val="24"/>
        </w:rPr>
        <w:t>The film was finished.</w:t>
      </w:r>
      <w:r>
        <w:rPr>
          <w:rFonts w:ascii="IM Fell English" w:hAnsi="IM Fell English"/>
          <w:color w:val="141414"/>
          <w:sz w:val="24"/>
        </w:rPr>
      </w:r>
      <w:r>
        <w:rPr>
          <w:rFonts w:ascii="IM Fell English" w:hAnsi="IM Fell English"/>
          <w:color w:val="141414"/>
          <w:sz w:val="24"/>
        </w:rPr>
        <w:t>The dangerous part was over.</w:t>
      </w:r>
      <w:r>
        <w:rPr>
          <w:rFonts w:ascii="IM Fell English" w:hAnsi="IM Fell English"/>
          <w:color w:val="141414"/>
          <w:sz w:val="24"/>
        </w:rPr>
      </w:r>
      <w:r>
        <w:rPr>
          <w:rFonts w:ascii="IM Fell English" w:hAnsi="IM Fell English"/>
          <w:color w:val="141414"/>
          <w:sz w:val="24"/>
        </w:rPr>
        <w:t>And the quieter, more complicated work of putting the two of them back together under soft ownership—and whatever else the night might still demand—had already begun.</w:t>
      </w:r>
    </w:p>
    <w:p>
      <w:pPr>
        <w:pStyle w:val="Heading1"/>
        <w:jc w:val="center"/>
      </w:pPr>
      <w:r>
        <w:rPr>
          <w:rFonts w:ascii="IM Fell English" w:hAnsi="IM Fell English"/>
          <w:color w:val="0D0D0D"/>
        </w:rPr>
        <w:t>CHAPTER 30 — HOME</w:t>
      </w:r>
    </w:p>
    <w:p>
      <w:r>
        <w:rPr>
          <w:rFonts w:ascii="IM Fell English" w:hAnsi="IM Fell English"/>
          <w:color w:val="141414"/>
          <w:sz w:val="24"/>
        </w:rPr>
        <w:t>The private mansion was quiet when Marcus turned the sedan into the long drive.</w:t>
      </w:r>
    </w:p>
    <w:p>
      <w:r>
        <w:rPr>
          <w:rFonts w:ascii="IM Fell English" w:hAnsi="IM Fell English"/>
          <w:color w:val="141414"/>
          <w:sz w:val="24"/>
        </w:rPr>
        <w:t>Evening lights glowed soft along the path and under the eaves. The security gate closed behind them with a low, familiar click. Jennifer had fallen into a light doze against Jackie’s shoulder on the ride; she stirred only when the car stopped and Lena opened the rear door.</w:t>
      </w:r>
    </w:p>
    <w:p>
      <w:r>
        <w:rPr>
          <w:rFonts w:ascii="IM Fell English" w:hAnsi="IM Fell English"/>
          <w:color w:val="141414"/>
          <w:sz w:val="24"/>
        </w:rPr>
        <w:t>“Out,” Lena said. “Carefully.”</w:t>
      </w:r>
    </w:p>
    <w:p>
      <w:r>
        <w:rPr>
          <w:rFonts w:ascii="IM Fell English" w:hAnsi="IM Fell English"/>
          <w:color w:val="141414"/>
          <w:sz w:val="24"/>
        </w:rPr>
        <w:t>Jackie eased Jennifer forward first, one hand steady at the small of her back. Both women moved like the bruises had settled in for the night — slow, deliberate, every step measured. Marcus came around to take Jennifer’s other side without being asked. Lena stayed close to Jackie.</w:t>
      </w:r>
    </w:p>
    <w:p>
      <w:r>
        <w:rPr>
          <w:rFonts w:ascii="IM Fell English" w:hAnsi="IM Fell English"/>
          <w:color w:val="141414"/>
          <w:sz w:val="24"/>
        </w:rPr>
        <w:t>Inside, the foyer lights were already on. Someone on staff had left the air cool and two bottles of water plus a small tray of anti-inflammatories on the console table, exactly as Katie’s standing recovery orders required.</w:t>
      </w:r>
    </w:p>
    <w:p>
      <w:r>
        <w:rPr>
          <w:rFonts w:ascii="IM Fell English" w:hAnsi="IM Fell English"/>
          <w:color w:val="141414"/>
          <w:sz w:val="24"/>
        </w:rPr>
        <w:t>Jennifer looked at the stairs and made a face.</w:t>
      </w:r>
    </w:p>
    <w:p>
      <w:r>
        <w:rPr>
          <w:rFonts w:ascii="IM Fell English" w:hAnsi="IM Fell English"/>
          <w:color w:val="141414"/>
          <w:sz w:val="24"/>
        </w:rPr>
        <w:t>“I vote we live on the first floor for the next three days.”</w:t>
      </w:r>
    </w:p>
    <w:p>
      <w:r>
        <w:rPr>
          <w:rFonts w:ascii="IM Fell English" w:hAnsi="IM Fell English"/>
          <w:color w:val="141414"/>
          <w:sz w:val="24"/>
        </w:rPr>
        <w:t>Jackie huffed a quiet laugh that still pulled at her ribs.</w:t>
      </w:r>
    </w:p>
    <w:p>
      <w:r>
        <w:rPr>
          <w:rFonts w:ascii="IM Fell English" w:hAnsi="IM Fell English"/>
          <w:color w:val="141414"/>
          <w:sz w:val="24"/>
        </w:rPr>
        <w:t>“Seconded.”</w:t>
      </w:r>
    </w:p>
    <w:p>
      <w:r>
        <w:rPr>
          <w:rFonts w:ascii="IM Fell English" w:hAnsi="IM Fell English"/>
          <w:color w:val="141414"/>
          <w:sz w:val="24"/>
        </w:rPr>
        <w:t>Lena pointed toward the ground-floor guest suite that had been converted years ago into their preferred post-package recovery room — wide bed, blackout curtains, attached bath with a walk-in shower big enough for four, and a medical cabinet that stayed stocked.</w:t>
      </w:r>
    </w:p>
    <w:p>
      <w:r>
        <w:rPr>
          <w:rFonts w:ascii="IM Fell English" w:hAnsi="IM Fell English"/>
          <w:color w:val="141414"/>
          <w:sz w:val="24"/>
        </w:rPr>
        <w:t>“That way. Both of you. Marcus will bring bags later. Right now you’re showering, taking the meds, and getting horizontal. No arguments.”</w:t>
      </w:r>
    </w:p>
    <w:p>
      <w:r>
        <w:rPr>
          <w:rFonts w:ascii="IM Fell English" w:hAnsi="IM Fell English"/>
          <w:color w:val="141414"/>
          <w:sz w:val="24"/>
        </w:rPr>
        <w:t>Jennifer muttered, “Yes, caretaker,” but she didn’t fight it.</w:t>
      </w:r>
    </w:p>
    <w:p>
      <w:r>
        <w:rPr>
          <w:rFonts w:ascii="IM Fell English" w:hAnsi="IM Fell English"/>
          <w:color w:val="141414"/>
          <w:sz w:val="24"/>
        </w:rPr>
        <w:t>They moved through the short hallway in a slow four-person cluster. Once inside the recovery suite Lena started the shower while Marcus set out clean towels and the softest recovery clothes they owned — dark, loose, nothing that would press on fresh bruises. Jackie and Jennifer stripped with the tired efficiency of people who had done this many times before. Stage blood and residual adhesive still clung in places; real bruises had already darkened into deep purples and reds across ribs, hips, thighs, and shoulders.</w:t>
      </w:r>
    </w:p>
    <w:p>
      <w:r>
        <w:rPr>
          <w:rFonts w:ascii="IM Fell English" w:hAnsi="IM Fell English"/>
          <w:color w:val="141414"/>
          <w:sz w:val="24"/>
        </w:rPr>
        <w:t>Lena checked the water temperature, then stepped back.</w:t>
      </w:r>
    </w:p>
    <w:p>
      <w:r>
        <w:rPr>
          <w:rFonts w:ascii="IM Fell English" w:hAnsi="IM Fell English"/>
          <w:color w:val="141414"/>
          <w:sz w:val="24"/>
        </w:rPr>
        <w:t>“In. Both of you. I’ll be right outside. Marcus is on door duty. Yell if anything feels worse than it should.”</w:t>
      </w:r>
    </w:p>
    <w:p>
      <w:r>
        <w:rPr>
          <w:rFonts w:ascii="IM Fell English" w:hAnsi="IM Fell English"/>
          <w:color w:val="141414"/>
          <w:sz w:val="24"/>
        </w:rPr>
        <w:t>Jennifer caught Jackie’s hand and tugged her under the warm spray. For a long minute they simply stood there, letting the water run over the worst of the aches. Jackie carefully soaped Jennifer’s back, avoiding the darkest impact zones. Jennifer returned the favor, fingers gentle over the tire-mark ghosts that still lingered from earlier in the package and the newer tower bruises.</w:t>
      </w:r>
    </w:p>
    <w:p>
      <w:r>
        <w:rPr>
          <w:rFonts w:ascii="IM Fell English" w:hAnsi="IM Fell English"/>
          <w:color w:val="141414"/>
          <w:sz w:val="24"/>
        </w:rPr>
        <w:t>“You really did smile on some of those falls,” Jackie said quietly.</w:t>
      </w:r>
    </w:p>
    <w:p>
      <w:r>
        <w:rPr>
          <w:rFonts w:ascii="IM Fell English" w:hAnsi="IM Fell English"/>
          <w:color w:val="141414"/>
          <w:sz w:val="24"/>
        </w:rPr>
        <w:t>Jennifer leaned her forehead against the tile.</w:t>
      </w:r>
    </w:p>
    <w:p>
      <w:r>
        <w:rPr>
          <w:rFonts w:ascii="IM Fell English" w:hAnsi="IM Fell English"/>
          <w:color w:val="141414"/>
          <w:sz w:val="24"/>
        </w:rPr>
        <w:t>“Shut up.”</w:t>
      </w:r>
    </w:p>
    <w:p>
      <w:r>
        <w:rPr>
          <w:rFonts w:ascii="IM Fell English" w:hAnsi="IM Fell English"/>
          <w:color w:val="141414"/>
          <w:sz w:val="24"/>
        </w:rPr>
        <w:t>“Made it hotter.”</w:t>
      </w:r>
    </w:p>
    <w:p>
      <w:r>
        <w:rPr>
          <w:rFonts w:ascii="IM Fell English" w:hAnsi="IM Fell English"/>
          <w:color w:val="141414"/>
          <w:sz w:val="24"/>
        </w:rPr>
        <w:t>“I’m going to divorce you and marry the mats. At least they only betray me physically.”</w:t>
      </w:r>
    </w:p>
    <w:p>
      <w:r>
        <w:rPr>
          <w:rFonts w:ascii="IM Fell English" w:hAnsi="IM Fell English"/>
          <w:color w:val="141414"/>
          <w:sz w:val="24"/>
        </w:rPr>
        <w:t>Jackie kissed the wet skin at the nape of her neck.</w:t>
      </w:r>
    </w:p>
    <w:p>
      <w:r>
        <w:rPr>
          <w:rFonts w:ascii="IM Fell English" w:hAnsi="IM Fell English"/>
          <w:color w:val="141414"/>
          <w:sz w:val="24"/>
        </w:rPr>
        <w:t>“You’d miss me.”</w:t>
      </w:r>
    </w:p>
    <w:p>
      <w:r>
        <w:rPr>
          <w:rFonts w:ascii="IM Fell English" w:hAnsi="IM Fell English"/>
          <w:color w:val="141414"/>
          <w:sz w:val="24"/>
        </w:rPr>
        <w:t>“…Unfortunately.”</w:t>
      </w:r>
    </w:p>
    <w:p>
      <w:r>
        <w:rPr>
          <w:rFonts w:ascii="IM Fell English" w:hAnsi="IM Fell English"/>
          <w:color w:val="141414"/>
          <w:sz w:val="24"/>
        </w:rPr>
        <w:t>When they finally shut the water off, Lena was waiting with towels. She dried them with the same practical care she always used after a hard shoot — firm enough to be thorough, careful enough not to drag across the worst marks. Marcus had already turned the bed down and set the anti-inflammatories and water on both nightstands.</w:t>
      </w:r>
    </w:p>
    <w:p>
      <w:r>
        <w:rPr>
          <w:rFonts w:ascii="IM Fell English" w:hAnsi="IM Fell English"/>
          <w:color w:val="141414"/>
          <w:sz w:val="24"/>
        </w:rPr>
        <w:t>Jennifer crawled in first with a long groan. Jackie followed, settling on her side so they faced each other. Lena pulled the sheet up to their waists and checked the time.</w:t>
      </w:r>
    </w:p>
    <w:p>
      <w:r>
        <w:rPr>
          <w:rFonts w:ascii="IM Fell English" w:hAnsi="IM Fell English"/>
          <w:color w:val="141414"/>
          <w:sz w:val="24"/>
        </w:rPr>
        <w:t>“Meds. Now. Then sleep if you can. Katie wants a status text in the morning. Marcus and I are in the next room if either of you needs anything.”</w:t>
      </w:r>
    </w:p>
    <w:p>
      <w:r>
        <w:rPr>
          <w:rFonts w:ascii="IM Fell English" w:hAnsi="IM Fell English"/>
          <w:color w:val="141414"/>
          <w:sz w:val="24"/>
        </w:rPr>
        <w:t>Jennifer swallowed the pills, chased them with water, and reached for Jackie’s hand under the sheet.</w:t>
      </w:r>
    </w:p>
    <w:p>
      <w:r>
        <w:rPr>
          <w:rFonts w:ascii="IM Fell English" w:hAnsi="IM Fell English"/>
          <w:color w:val="141414"/>
          <w:sz w:val="24"/>
        </w:rPr>
        <w:t>“Tell Katie we’re still assholes and the tower can eat shit.”</w:t>
      </w:r>
    </w:p>
    <w:p>
      <w:r>
        <w:rPr>
          <w:rFonts w:ascii="IM Fell English" w:hAnsi="IM Fell English"/>
          <w:color w:val="141414"/>
          <w:sz w:val="24"/>
        </w:rPr>
        <w:t>Lena’s mouth twitched.</w:t>
      </w:r>
    </w:p>
    <w:p>
      <w:r>
        <w:rPr>
          <w:rFonts w:ascii="IM Fell English" w:hAnsi="IM Fell English"/>
          <w:color w:val="141414"/>
          <w:sz w:val="24"/>
        </w:rPr>
        <w:t>“I’ll paraphrase.”</w:t>
      </w:r>
    </w:p>
    <w:p>
      <w:r>
        <w:rPr>
          <w:rFonts w:ascii="IM Fell English" w:hAnsi="IM Fell English"/>
          <w:color w:val="141414"/>
          <w:sz w:val="24"/>
        </w:rPr>
        <w:t>She dimmed the lights and left with Marcus, closing the door softly behind them.</w:t>
      </w:r>
    </w:p>
    <w:p>
      <w:r>
        <w:rPr>
          <w:rFonts w:ascii="IM Fell English" w:hAnsi="IM Fell English"/>
          <w:color w:val="141414"/>
          <w:sz w:val="24"/>
        </w:rPr>
        <w:t>For a while the only sound in the room was the low hum of the air system and the slow, matched breathing of two women who had just spent days throwing themselves off a building for the sake of the work they loved.</w:t>
      </w:r>
    </w:p>
    <w:p>
      <w:r>
        <w:rPr>
          <w:rFonts w:ascii="IM Fell English" w:hAnsi="IM Fell English"/>
          <w:color w:val="141414"/>
          <w:sz w:val="24"/>
        </w:rPr>
        <w:t>Jennifer’s voice came out small in the dark.</w:t>
      </w:r>
    </w:p>
    <w:p>
      <w:r>
        <w:rPr>
          <w:rFonts w:ascii="IM Fell English" w:hAnsi="IM Fell English"/>
          <w:color w:val="141414"/>
          <w:sz w:val="24"/>
        </w:rPr>
        <w:t>“Seventy-five was a lot.”</w:t>
      </w:r>
    </w:p>
    <w:p>
      <w:r>
        <w:rPr>
          <w:rFonts w:ascii="IM Fell English" w:hAnsi="IM Fell English"/>
          <w:color w:val="141414"/>
          <w:sz w:val="24"/>
        </w:rPr>
        <w:t>Jackie squeezed her fingers.</w:t>
      </w:r>
    </w:p>
    <w:p>
      <w:r>
        <w:rPr>
          <w:rFonts w:ascii="IM Fell English" w:hAnsi="IM Fell English"/>
          <w:color w:val="141414"/>
          <w:sz w:val="24"/>
        </w:rPr>
        <w:t>“You still got up seventy-four times.”</w:t>
      </w:r>
    </w:p>
    <w:p>
      <w:r>
        <w:rPr>
          <w:rFonts w:ascii="IM Fell English" w:hAnsi="IM Fell English"/>
          <w:color w:val="141414"/>
          <w:sz w:val="24"/>
        </w:rPr>
        <w:t>“So did you.”</w:t>
      </w:r>
    </w:p>
    <w:p>
      <w:r>
        <w:rPr>
          <w:rFonts w:ascii="IM Fell English" w:hAnsi="IM Fell English"/>
          <w:color w:val="141414"/>
          <w:sz w:val="24"/>
        </w:rPr>
        <w:t>“Yeah.”</w:t>
      </w:r>
    </w:p>
    <w:p>
      <w:r>
        <w:rPr>
          <w:rFonts w:ascii="IM Fell English" w:hAnsi="IM Fell English"/>
          <w:color w:val="141414"/>
          <w:sz w:val="24"/>
        </w:rPr>
        <w:t>Silence stretched again. Then Jennifer shifted closer, careful of both their ribs, and tucked her face against Jackie’s collarbone.</w:t>
      </w:r>
    </w:p>
    <w:p>
      <w:r>
        <w:rPr>
          <w:rFonts w:ascii="IM Fell English" w:hAnsi="IM Fell English"/>
          <w:color w:val="141414"/>
          <w:sz w:val="24"/>
        </w:rPr>
        <w:t>“Next package,” she murmured, already half-asleep, “I’m writing the landing specs myself.”</w:t>
      </w:r>
    </w:p>
    <w:p>
      <w:r>
        <w:rPr>
          <w:rFonts w:ascii="IM Fell English" w:hAnsi="IM Fell English"/>
          <w:color w:val="141414"/>
          <w:sz w:val="24"/>
        </w:rPr>
        <w:t>Jackie’s quiet laugh rumbled under her cheek.</w:t>
      </w:r>
    </w:p>
    <w:p>
      <w:r>
        <w:rPr>
          <w:rFonts w:ascii="IM Fell English" w:hAnsi="IM Fell English"/>
          <w:color w:val="141414"/>
          <w:sz w:val="24"/>
        </w:rPr>
        <w:t>“Looking forward to the argument.”</w:t>
      </w:r>
    </w:p>
    <w:p>
      <w:r>
        <w:rPr>
          <w:rFonts w:ascii="IM Fell English" w:hAnsi="IM Fell English"/>
          <w:color w:val="141414"/>
          <w:sz w:val="24"/>
        </w:rPr>
        <w:t>Outside, the mansion settled into night. Lena and Marcus kept their quiet watch in the adjoining room. Somewhere across the city Jenna was home with Justin, and Carissa was home with Beth.</w:t>
      </w:r>
    </w:p>
    <w:p>
      <w:r>
        <w:rPr>
          <w:rFonts w:ascii="IM Fell English" w:hAnsi="IM Fell English"/>
          <w:color w:val="141414"/>
          <w:sz w:val="24"/>
        </w:rPr>
        <w:t>But in the recovery suite, Jackie and Jennifer lay tangled in the low light, bruised, tired, and exactly where they always ended up after the worst of the work was done —</w:t>
      </w:r>
    </w:p>
    <w:p>
      <w:r>
        <w:rPr>
          <w:rFonts w:ascii="IM Fell English" w:hAnsi="IM Fell English"/>
          <w:color w:val="141414"/>
          <w:sz w:val="24"/>
        </w:rPr>
        <w:t>together.</w:t>
      </w:r>
    </w:p>
    <w:p>
      <w:pPr>
        <w:pStyle w:val="Heading1"/>
        <w:jc w:val="center"/>
      </w:pPr>
      <w:r>
        <w:rPr>
          <w:rFonts w:ascii="IM Fell English" w:hAnsi="IM Fell English"/>
          <w:color w:val="0D0D0D"/>
        </w:rPr>
        <w:t>CHAPTER 31 — NIGHT WATCH</w:t>
      </w:r>
    </w:p>
    <w:p>
      <w:r>
        <w:rPr>
          <w:rFonts w:ascii="IM Fell English" w:hAnsi="IM Fell English"/>
          <w:color w:val="141414"/>
          <w:sz w:val="24"/>
        </w:rPr>
        <w:t>Sleep came in fragments.</w:t>
      </w:r>
    </w:p>
    <w:p>
      <w:r>
        <w:rPr>
          <w:rFonts w:ascii="IM Fell English" w:hAnsi="IM Fell English"/>
          <w:color w:val="141414"/>
          <w:sz w:val="24"/>
        </w:rPr>
        <w:t>Jennifer woke first sometime after midnight, ribs throbbing in time with her pulse. The room was dark except for the thin line of light under the door that connected to the adjoining caretaker suite. Jackie’s hand was still loosely wrapped around hers under the sheet.</w:t>
      </w:r>
    </w:p>
    <w:p>
      <w:r>
        <w:rPr>
          <w:rFonts w:ascii="IM Fell English" w:hAnsi="IM Fell English"/>
          <w:color w:val="141414"/>
          <w:sz w:val="24"/>
        </w:rPr>
        <w:t>Jackie stirred when Jennifer tried to shift.</w:t>
      </w:r>
    </w:p>
    <w:p>
      <w:r>
        <w:rPr>
          <w:rFonts w:ascii="IM Fell English" w:hAnsi="IM Fell English"/>
          <w:color w:val="141414"/>
          <w:sz w:val="24"/>
        </w:rPr>
        <w:t>“You okay?”</w:t>
      </w:r>
    </w:p>
    <w:p>
      <w:r>
        <w:rPr>
          <w:rFonts w:ascii="IM Fell English" w:hAnsi="IM Fell English"/>
          <w:color w:val="141414"/>
          <w:sz w:val="24"/>
        </w:rPr>
        <w:t>“Define okay.”</w:t>
      </w:r>
    </w:p>
    <w:p>
      <w:r>
        <w:rPr>
          <w:rFonts w:ascii="IM Fell English" w:hAnsi="IM Fell English"/>
          <w:color w:val="141414"/>
          <w:sz w:val="24"/>
        </w:rPr>
        <w:t>“Still breathing, still bitching. Same as always.”</w:t>
      </w:r>
    </w:p>
    <w:p>
      <w:r>
        <w:rPr>
          <w:rFonts w:ascii="IM Fell English" w:hAnsi="IM Fell English"/>
          <w:color w:val="141414"/>
          <w:sz w:val="24"/>
        </w:rPr>
        <w:t>Jennifer gave a quiet snort that immediately cost her.</w:t>
      </w:r>
    </w:p>
    <w:p>
      <w:r>
        <w:rPr>
          <w:rFonts w:ascii="IM Fell English" w:hAnsi="IM Fell English"/>
          <w:color w:val="141414"/>
          <w:sz w:val="24"/>
        </w:rPr>
        <w:t>“My ribs hate you.”</w:t>
      </w:r>
    </w:p>
    <w:p>
      <w:r>
        <w:rPr>
          <w:rFonts w:ascii="IM Fell English" w:hAnsi="IM Fell English"/>
          <w:color w:val="141414"/>
          <w:sz w:val="24"/>
        </w:rPr>
        <w:t>“They’ll get over it.” Jackie’s thumb stroked once across her knuckles. “Need anything?”</w:t>
      </w:r>
    </w:p>
    <w:p>
      <w:r>
        <w:rPr>
          <w:rFonts w:ascii="IM Fell English" w:hAnsi="IM Fell English"/>
          <w:color w:val="141414"/>
          <w:sz w:val="24"/>
        </w:rPr>
        <w:t>“Water. And for someone to invent a time machine so I can go back and punch myself for approving seventy-five.”</w:t>
      </w:r>
    </w:p>
    <w:p>
      <w:r>
        <w:rPr>
          <w:rFonts w:ascii="IM Fell English" w:hAnsi="IM Fell English"/>
          <w:color w:val="141414"/>
          <w:sz w:val="24"/>
        </w:rPr>
        <w:t>Jackie carefully sat up, helped Jennifer drink, then settled back down.</w:t>
      </w:r>
    </w:p>
    <w:p>
      <w:r>
        <w:rPr>
          <w:rFonts w:ascii="IM Fell English" w:hAnsi="IM Fell English"/>
          <w:color w:val="141414"/>
          <w:sz w:val="24"/>
        </w:rPr>
        <w:t>A soft knock came at the connecting door. Lena’s voice followed, low.</w:t>
      </w:r>
    </w:p>
    <w:p>
      <w:r>
        <w:rPr>
          <w:rFonts w:ascii="IM Fell English" w:hAnsi="IM Fell English"/>
          <w:color w:val="141414"/>
          <w:sz w:val="24"/>
        </w:rPr>
        <w:t>“Heard voices. Pain level check.”</w:t>
      </w:r>
    </w:p>
    <w:p>
      <w:r>
        <w:rPr>
          <w:rFonts w:ascii="IM Fell English" w:hAnsi="IM Fell English"/>
          <w:color w:val="141414"/>
          <w:sz w:val="24"/>
        </w:rPr>
        <w:t>Jackie answered.</w:t>
      </w:r>
    </w:p>
    <w:p>
      <w:r>
        <w:rPr>
          <w:rFonts w:ascii="IM Fell English" w:hAnsi="IM Fell English"/>
          <w:color w:val="141414"/>
          <w:sz w:val="24"/>
        </w:rPr>
        <w:t>“Manageable. Jennifer’s ribs are loud. I’m mostly just insulted by gravity.”</w:t>
      </w:r>
    </w:p>
    <w:p>
      <w:r>
        <w:rPr>
          <w:rFonts w:ascii="IM Fell English" w:hAnsi="IM Fell English"/>
          <w:color w:val="141414"/>
          <w:sz w:val="24"/>
        </w:rPr>
        <w:t>The door opened. Lena stood in the gap, Marcus behind her.</w:t>
      </w:r>
    </w:p>
    <w:p>
      <w:r>
        <w:rPr>
          <w:rFonts w:ascii="IM Fell English" w:hAnsi="IM Fell English"/>
          <w:color w:val="141414"/>
          <w:sz w:val="24"/>
        </w:rPr>
        <w:t>“Meds are still on schedule for another three hours. Ice packs are in the mini-fridge. Marcus can wrap ribs if the binding will help you sleep.”</w:t>
      </w:r>
    </w:p>
    <w:p>
      <w:r>
        <w:rPr>
          <w:rFonts w:ascii="IM Fell English" w:hAnsi="IM Fell English"/>
          <w:color w:val="141414"/>
          <w:sz w:val="24"/>
        </w:rPr>
        <w:t>Jennifer considered it, then looked at Lena.</w:t>
      </w:r>
    </w:p>
    <w:p>
      <w:r>
        <w:rPr>
          <w:rFonts w:ascii="IM Fell English" w:hAnsi="IM Fell English"/>
          <w:color w:val="141414"/>
          <w:sz w:val="24"/>
        </w:rPr>
        <w:t>“Wrap the ribs. And while you’re at it… we’re too wrecked to fuck each other properly tonight. You think you and Marcus could put on an extreme sadomasochism violence show for us instead?”</w:t>
      </w:r>
    </w:p>
    <w:p>
      <w:r>
        <w:rPr>
          <w:rFonts w:ascii="IM Fell English" w:hAnsi="IM Fell English"/>
          <w:color w:val="141414"/>
          <w:sz w:val="24"/>
        </w:rPr>
        <w:t>Lena walked to the bed, leaned down, and kissed Jennifer on the lips — slow and faintly amused.</w:t>
      </w:r>
    </w:p>
    <w:p>
      <w:r>
        <w:rPr>
          <w:rFonts w:ascii="IM Fell English" w:hAnsi="IM Fell English"/>
          <w:color w:val="141414"/>
          <w:sz w:val="24"/>
        </w:rPr>
        <w:t>“You just enjoy watching my husband treat me like his personal sadomasochism punching bag during live public sex. You two know the rules, or do I need to strap you psychopath whores to the bed?”</w:t>
      </w:r>
    </w:p>
    <w:p>
      <w:r>
        <w:rPr>
          <w:rFonts w:ascii="IM Fell English" w:hAnsi="IM Fell English"/>
          <w:color w:val="141414"/>
          <w:sz w:val="24"/>
        </w:rPr>
        <w:t>Jackie watched Marcus in the doorway. He was already hard, rubbing himself slowly through his pants.</w:t>
      </w:r>
    </w:p>
    <w:p>
      <w:r>
        <w:rPr>
          <w:rFonts w:ascii="IM Fell English" w:hAnsi="IM Fell English"/>
          <w:color w:val="141414"/>
          <w:sz w:val="24"/>
        </w:rPr>
        <w:t>Jackie spoke evenly.</w:t>
      </w:r>
    </w:p>
    <w:p>
      <w:r>
        <w:rPr>
          <w:rFonts w:ascii="IM Fell English" w:hAnsi="IM Fell English"/>
          <w:color w:val="141414"/>
          <w:sz w:val="24"/>
        </w:rPr>
        <w:t>“If we control what he does to you fully, we promise not to leave this bed, Mistress Lena.”</w:t>
      </w:r>
    </w:p>
    <w:p>
      <w:r>
        <w:rPr>
          <w:rFonts w:ascii="IM Fell English" w:hAnsi="IM Fell English"/>
          <w:color w:val="141414"/>
          <w:sz w:val="24"/>
        </w:rPr>
        <w:t>Lena’s mouth curved.</w:t>
      </w:r>
    </w:p>
    <w:p>
      <w:r>
        <w:rPr>
          <w:rFonts w:ascii="IM Fell English" w:hAnsi="IM Fell English"/>
          <w:color w:val="141414"/>
          <w:sz w:val="24"/>
        </w:rPr>
        <w:t>“Our employer Katie will have to give her approval for anything extremely lethal. Since none of us are brave enough to call her at this hour, rough controlled violence sex only. Agree, pets?”</w:t>
      </w:r>
    </w:p>
    <w:p>
      <w:r>
        <w:rPr>
          <w:rFonts w:ascii="IM Fell English" w:hAnsi="IM Fell English"/>
          <w:color w:val="141414"/>
          <w:sz w:val="24"/>
        </w:rPr>
        <w:t>Jackie and Jennifer looked at each other, crossed their fingers under the sheet, and spoke together.</w:t>
      </w:r>
    </w:p>
    <w:p>
      <w:r>
        <w:rPr>
          <w:rFonts w:ascii="IM Fell English" w:hAnsi="IM Fell English"/>
          <w:color w:val="141414"/>
          <w:sz w:val="24"/>
        </w:rPr>
        <w:t>“We agree, Slave Lena. Master Marcus, please fuck your hardcore sadomasochistic pregnant whore of a wife until we order you to stop.”</w:t>
      </w:r>
    </w:p>
    <w:p>
      <w:r>
        <w:rPr>
          <w:rFonts w:ascii="IM Fell English" w:hAnsi="IM Fell English"/>
          <w:color w:val="141414"/>
          <w:sz w:val="24"/>
        </w:rPr>
        <w:t>Lena was already stripping. She dropped to her hands and knees in the center of the room. Marcus stepped in, popping his knuckles.</w:t>
      </w:r>
    </w:p>
    <w:p>
      <w:r>
        <w:rPr>
          <w:rFonts w:ascii="IM Fell English" w:hAnsi="IM Fell English"/>
          <w:color w:val="141414"/>
          <w:sz w:val="24"/>
        </w:rPr>
        <w:t>The intercom crackled. Katie’s voice came through, calm and absolute.</w:t>
      </w:r>
    </w:p>
    <w:p>
      <w:r>
        <w:rPr>
          <w:rFonts w:ascii="IM Fell English" w:hAnsi="IM Fell English"/>
          <w:color w:val="141414"/>
          <w:sz w:val="24"/>
        </w:rPr>
        <w:t xml:space="preserve">Destroy her for them, Marcus. Lena has no rights until they give them back. And don't worry about the child—I've cleared the risk. Mousy, you’d better last at least thirty minutes, or I might not let him touch you again. </w:t>
      </w:r>
    </w:p>
    <w:p>
      <w:r>
        <w:rPr>
          <w:rFonts w:ascii="IM Fell English" w:hAnsi="IM Fell English"/>
          <w:color w:val="141414"/>
          <w:sz w:val="24"/>
        </w:rPr>
        <w:t>The intercom clicked off.</w:t>
      </w:r>
    </w:p>
    <w:p>
      <w:r>
        <w:rPr>
          <w:rFonts w:ascii="IM Fell English" w:hAnsi="IM Fell English"/>
          <w:color w:val="141414"/>
          <w:sz w:val="24"/>
        </w:rPr>
        <w:t>Marcus walked up to his wife.</w:t>
      </w:r>
    </w:p>
    <w:p>
      <w:r>
        <w:rPr>
          <w:rFonts w:ascii="IM Fell English" w:hAnsi="IM Fell English"/>
          <w:color w:val="141414"/>
          <w:sz w:val="24"/>
        </w:rPr>
        <w:t>Jennifer settled back against the pillows, ribs freshly wrapped, eyes bright.</w:t>
      </w:r>
    </w:p>
    <w:p>
      <w:r>
        <w:rPr>
          <w:rFonts w:ascii="IM Fell English" w:hAnsi="IM Fell English"/>
          <w:color w:val="141414"/>
          <w:sz w:val="24"/>
        </w:rPr>
        <w:t>“Begin,” Jackie said quietly.</w:t>
      </w:r>
    </w:p>
    <w:p>
      <w:r>
        <w:rPr>
          <w:rFonts w:ascii="IM Fell English" w:hAnsi="IM Fell English"/>
          <w:color w:val="141414"/>
          <w:sz w:val="24"/>
        </w:rPr>
        <w:t>Marcus’s first open-handed blow caught Lena across the face hard enough to snap her head to the side. The second followed across the other cheek. He punched her solidly in the stomach, then threw her back to the floor.</w:t>
      </w:r>
    </w:p>
    <w:p>
      <w:r>
        <w:rPr>
          <w:rFonts w:ascii="IM Fell English" w:hAnsi="IM Fell English"/>
          <w:color w:val="141414"/>
          <w:sz w:val="24"/>
        </w:rPr>
        <w:t>Jennifer’s voice was soft.</w:t>
      </w:r>
    </w:p>
    <w:p>
      <w:r>
        <w:rPr>
          <w:rFonts w:ascii="IM Fell English" w:hAnsi="IM Fell English"/>
          <w:color w:val="141414"/>
          <w:sz w:val="24"/>
        </w:rPr>
        <w:t>“Harder on the tits. She likes it when they bruise fast.”</w:t>
      </w:r>
    </w:p>
    <w:p>
      <w:r>
        <w:rPr>
          <w:rFonts w:ascii="IM Fell English" w:hAnsi="IM Fell English"/>
          <w:color w:val="141414"/>
          <w:sz w:val="24"/>
        </w:rPr>
        <w:t>Marcus obeyed.</w:t>
      </w:r>
    </w:p>
    <w:p>
      <w:r>
        <w:rPr>
          <w:rFonts w:ascii="IM Fell English" w:hAnsi="IM Fell English"/>
          <w:color w:val="141414"/>
          <w:sz w:val="24"/>
        </w:rPr>
        <w:t>Lena laughed through the first heavy hits to her breasts, voice already rough.</w:t>
      </w:r>
    </w:p>
    <w:p>
      <w:r>
        <w:rPr>
          <w:rFonts w:ascii="IM Fell English" w:hAnsi="IM Fell English"/>
          <w:color w:val="141414"/>
          <w:sz w:val="24"/>
        </w:rPr>
        <w:t>“That’s the spirit, you big bastard. The pets are getting spoiled tonight.”</w:t>
      </w:r>
    </w:p>
    <w:p>
      <w:r>
        <w:rPr>
          <w:rFonts w:ascii="IM Fell English" w:hAnsi="IM Fell English"/>
          <w:color w:val="141414"/>
          <w:sz w:val="24"/>
        </w:rPr>
        <w:t>The recovery suite filled with the sound of impact and Lena’s dark, unbroken commentary while Jackie and Jennifer watched from the bed, sore, marked, and completely in charge.</w:t>
      </w:r>
    </w:p>
    <w:p>
      <w:r>
        <w:rPr>
          <w:rFonts w:ascii="IM Fell English" w:hAnsi="IM Fell English"/>
          <w:color w:val="141414"/>
          <w:sz w:val="24"/>
        </w:rPr>
        <w:t>The show had started.</w:t>
      </w:r>
    </w:p>
    <w:p>
      <w:pPr>
        <w:pStyle w:val="Heading1"/>
        <w:jc w:val="center"/>
      </w:pPr>
      <w:r>
        <w:rPr>
          <w:rFonts w:ascii="IM Fell English" w:hAnsi="IM Fell English"/>
          <w:color w:val="0D0D0D"/>
        </w:rPr>
        <w:t>CHAPTER 32 — ORDERS</w:t>
      </w:r>
    </w:p>
    <w:p>
      <w:r>
        <w:rPr>
          <w:rFonts w:ascii="IM Fell English" w:hAnsi="IM Fell English"/>
          <w:color w:val="141414"/>
          <w:sz w:val="24"/>
        </w:rPr>
        <w:t>Marcus did not ease in.</w:t>
      </w:r>
    </w:p>
    <w:p>
      <w:r>
        <w:rPr>
          <w:rFonts w:ascii="IM Fell English" w:hAnsi="IM Fell English"/>
          <w:color w:val="141414"/>
          <w:sz w:val="24"/>
        </w:rPr>
        <w:t>He hauled Lena up by the hair, spun her, and drove a full-power donkey punch into the base of her skull. Lena’s body jerked. He followed with two more identical blows, short and vicious.</w:t>
      </w:r>
    </w:p>
    <w:p>
      <w:r>
        <w:rPr>
          <w:rFonts w:ascii="IM Fell English" w:hAnsi="IM Fell English"/>
          <w:color w:val="141414"/>
          <w:sz w:val="24"/>
        </w:rPr>
        <w:t>Jennifer’s voice came from the bed, calm and interested.</w:t>
      </w:r>
    </w:p>
    <w:p>
      <w:r>
        <w:rPr>
          <w:rFonts w:ascii="IM Fell English" w:hAnsi="IM Fell English"/>
          <w:color w:val="141414"/>
          <w:sz w:val="24"/>
        </w:rPr>
        <w:t>“Again. Harder. I want to hear it.”</w:t>
      </w:r>
    </w:p>
    <w:p>
      <w:r>
        <w:rPr>
          <w:rFonts w:ascii="IM Fell English" w:hAnsi="IM Fell English"/>
          <w:color w:val="141414"/>
          <w:sz w:val="24"/>
        </w:rPr>
        <w:t>Marcus planted his knee between Lena’s shoulder blades and delivered three more unforgiving donkey punches. Lena’s forehead ground into the floor.</w:t>
      </w:r>
    </w:p>
    <w:p>
      <w:r>
        <w:rPr>
          <w:rFonts w:ascii="IM Fell English" w:hAnsi="IM Fell English"/>
          <w:color w:val="141414"/>
          <w:sz w:val="24"/>
        </w:rPr>
        <w:t>Jackie spoke next.</w:t>
      </w:r>
    </w:p>
    <w:p>
      <w:r>
        <w:rPr>
          <w:rFonts w:ascii="IM Fell English" w:hAnsi="IM Fell English"/>
          <w:color w:val="141414"/>
          <w:sz w:val="24"/>
        </w:rPr>
        <w:t>“Stomach. Pregnant or not, Katie approved it. Make her feel it.”</w:t>
      </w:r>
    </w:p>
    <w:p>
      <w:r>
        <w:rPr>
          <w:rFonts w:ascii="IM Fell English" w:hAnsi="IM Fell English"/>
          <w:color w:val="141414"/>
          <w:sz w:val="24"/>
        </w:rPr>
        <w:t>Marcus dragged Lena onto her hands and knees, punched her solidly in the gut, then lined up another heavy donkey punch while she was still folded. Lena vomited bile and still stayed up on her hands until he kicked her arms out from under her.</w:t>
      </w:r>
    </w:p>
    <w:p>
      <w:r>
        <w:rPr>
          <w:rFonts w:ascii="IM Fell English" w:hAnsi="IM Fell English"/>
          <w:color w:val="141414"/>
          <w:sz w:val="24"/>
        </w:rPr>
        <w:t>Lena coughed and laughed, bloody spit hanging from her lip.</w:t>
      </w:r>
    </w:p>
    <w:p>
      <w:r>
        <w:rPr>
          <w:rFonts w:ascii="IM Fell English" w:hAnsi="IM Fell English"/>
          <w:color w:val="141414"/>
          <w:sz w:val="24"/>
        </w:rPr>
        <w:t>“You hit like you’re trying to impress your mothers. Cute.”</w:t>
      </w:r>
    </w:p>
    <w:p>
      <w:r>
        <w:rPr>
          <w:rFonts w:ascii="IM Fell English" w:hAnsi="IM Fell English"/>
          <w:color w:val="141414"/>
          <w:sz w:val="24"/>
        </w:rPr>
        <w:t>Jennifer made a soft, pleased sound.</w:t>
      </w:r>
    </w:p>
    <w:p>
      <w:r>
        <w:rPr>
          <w:rFonts w:ascii="IM Fell English" w:hAnsi="IM Fell English"/>
          <w:color w:val="141414"/>
          <w:sz w:val="24"/>
        </w:rPr>
        <w:t>“Good. Now fuck her throat while you do it. I want the punches timed with the thrusts.”</w:t>
      </w:r>
    </w:p>
    <w:p>
      <w:r>
        <w:rPr>
          <w:rFonts w:ascii="IM Fell English" w:hAnsi="IM Fell English"/>
          <w:color w:val="141414"/>
          <w:sz w:val="24"/>
        </w:rPr>
        <w:t>Marcus yanked Lena up by the hair, forced her mouth open, and shoved in to the hilt. The moment her nose touched his stomach he drove another full-power donkey punch into the base of her skull. He held her there, punched her again, then started fucking her throat in short, vicious strokes, timing every other thrust with another heavy blow.</w:t>
      </w:r>
    </w:p>
    <w:p>
      <w:r>
        <w:rPr>
          <w:rFonts w:ascii="IM Fell English" w:hAnsi="IM Fell English"/>
          <w:color w:val="141414"/>
          <w:sz w:val="24"/>
        </w:rPr>
        <w:t>Jackie watched, eyes dark.</w:t>
      </w:r>
    </w:p>
    <w:p>
      <w:r>
        <w:rPr>
          <w:rFonts w:ascii="IM Fell English" w:hAnsi="IM Fell English"/>
          <w:color w:val="141414"/>
          <w:sz w:val="24"/>
        </w:rPr>
        <w:t>“Don’t let her pass out yet. She still has time to make.”</w:t>
      </w:r>
    </w:p>
    <w:p>
      <w:r>
        <w:rPr>
          <w:rFonts w:ascii="IM Fell English" w:hAnsi="IM Fell English"/>
          <w:color w:val="141414"/>
          <w:sz w:val="24"/>
        </w:rPr>
        <w:t>Marcus pulled out long enough for Lena to drag in a ragged breath, then slammed back in and resumed the same rhythm. Lena’s hands fluttered against his thighs and then went limp as she simply took it.</w:t>
      </w:r>
    </w:p>
    <w:p>
      <w:r>
        <w:rPr>
          <w:rFonts w:ascii="IM Fell English" w:hAnsi="IM Fell English"/>
          <w:color w:val="141414"/>
          <w:sz w:val="24"/>
        </w:rPr>
        <w:t>Between wet choking sounds she still managed to rasp,</w:t>
      </w:r>
    </w:p>
    <w:p>
      <w:r>
        <w:rPr>
          <w:rFonts w:ascii="IM Fell English" w:hAnsi="IM Fell English"/>
          <w:color w:val="141414"/>
          <w:sz w:val="24"/>
        </w:rPr>
        <w:t>“Harder… the pets paid for the good seats…”</w:t>
      </w:r>
    </w:p>
    <w:p>
      <w:r>
        <w:rPr>
          <w:rFonts w:ascii="IM Fell English" w:hAnsi="IM Fell English"/>
          <w:color w:val="141414"/>
          <w:sz w:val="24"/>
        </w:rPr>
        <w:t>Jennifer’s voice stayed soft.</w:t>
      </w:r>
    </w:p>
    <w:p>
      <w:r>
        <w:rPr>
          <w:rFonts w:ascii="IM Fell English" w:hAnsi="IM Fell English"/>
          <w:color w:val="141414"/>
          <w:sz w:val="24"/>
        </w:rPr>
        <w:t>“Tits next. Mark them. Then another set of donkey punches while you’re inside her cunt.”</w:t>
      </w:r>
    </w:p>
    <w:p>
      <w:r>
        <w:rPr>
          <w:rFonts w:ascii="IM Fell English" w:hAnsi="IM Fell English"/>
          <w:color w:val="141414"/>
          <w:sz w:val="24"/>
        </w:rPr>
        <w:t>Marcus shoved Lena onto her back, straddled her waist, and punched her breasts with closed fists until both were already darkening. When he was satisfied he thrust into her in one hard stroke and immediately resumed the donkey punches, each one timed to a deep thrust.</w:t>
      </w:r>
    </w:p>
    <w:p>
      <w:r>
        <w:rPr>
          <w:rFonts w:ascii="IM Fell English" w:hAnsi="IM Fell English"/>
          <w:color w:val="141414"/>
          <w:sz w:val="24"/>
        </w:rPr>
        <w:t>Jackie exhaled slowly.</w:t>
      </w:r>
    </w:p>
    <w:p>
      <w:r>
        <w:rPr>
          <w:rFonts w:ascii="IM Fell English" w:hAnsi="IM Fell English"/>
          <w:color w:val="141414"/>
          <w:sz w:val="24"/>
        </w:rPr>
        <w:t>“Harder. Katie said destroy. So destroy.”</w:t>
      </w:r>
    </w:p>
    <w:p>
      <w:r>
        <w:rPr>
          <w:rFonts w:ascii="IM Fell English" w:hAnsi="IM Fell English"/>
          <w:color w:val="141414"/>
          <w:sz w:val="24"/>
        </w:rPr>
        <w:t>Marcus put his full weight behind the next series of donkey punches while he kept fucking her. Lena’s body jolted with every impact. Her eyes stayed open and fixed on the bed.</w:t>
      </w:r>
    </w:p>
    <w:p>
      <w:r>
        <w:rPr>
          <w:rFonts w:ascii="IM Fell English" w:hAnsi="IM Fell English"/>
          <w:color w:val="141414"/>
          <w:sz w:val="24"/>
        </w:rPr>
        <w:t>Jennifer watched for a long moment.</w:t>
      </w:r>
    </w:p>
    <w:p>
      <w:r>
        <w:rPr>
          <w:rFonts w:ascii="IM Fell English" w:hAnsi="IM Fell English"/>
          <w:color w:val="141414"/>
          <w:sz w:val="24"/>
        </w:rPr>
        <w:t>“One more set. Make them count. After that, choke her while you finish.”</w:t>
      </w:r>
    </w:p>
    <w:p>
      <w:r>
        <w:rPr>
          <w:rFonts w:ascii="IM Fell English" w:hAnsi="IM Fell English"/>
          <w:color w:val="141414"/>
          <w:sz w:val="24"/>
        </w:rPr>
        <w:t>Marcus delivered four more unforgiving donkey punches, then dropped his full weight onto her, both hands around her throat, and fucked her through the strangulation until he came. He held the choke for several extra seconds, then released.</w:t>
      </w:r>
    </w:p>
    <w:p>
      <w:r>
        <w:rPr>
          <w:rFonts w:ascii="IM Fell English" w:hAnsi="IM Fell English"/>
          <w:color w:val="141414"/>
          <w:sz w:val="24"/>
        </w:rPr>
        <w:t>Lena lay still, chest heaving, breasts already purpling, throat marked with clear finger bruises. She was conscious — barely — but she did not try to move.</w:t>
      </w:r>
    </w:p>
    <w:p>
      <w:r>
        <w:rPr>
          <w:rFonts w:ascii="IM Fell English" w:hAnsi="IM Fell English"/>
          <w:color w:val="141414"/>
          <w:sz w:val="24"/>
        </w:rPr>
        <w:t>She still found enough air to wheeze,</w:t>
      </w:r>
    </w:p>
    <w:p>
      <w:r>
        <w:rPr>
          <w:rFonts w:ascii="IM Fell English" w:hAnsi="IM Fell English"/>
          <w:color w:val="141414"/>
          <w:sz w:val="24"/>
        </w:rPr>
        <w:t>“That all… you got… big guy…?”</w:t>
      </w:r>
    </w:p>
    <w:p>
      <w:r>
        <w:rPr>
          <w:rFonts w:ascii="IM Fell English" w:hAnsi="IM Fell English"/>
          <w:color w:val="141414"/>
          <w:sz w:val="24"/>
        </w:rPr>
        <w:t>Jackie and Jennifer looked at each other in the low light.</w:t>
      </w:r>
    </w:p>
    <w:p>
      <w:r>
        <w:rPr>
          <w:rFonts w:ascii="IM Fell English" w:hAnsi="IM Fell English"/>
          <w:color w:val="141414"/>
          <w:sz w:val="24"/>
        </w:rPr>
        <w:t>Jennifer’s voice was hoarse.</w:t>
      </w:r>
    </w:p>
    <w:p>
      <w:r>
        <w:rPr>
          <w:rFonts w:ascii="IM Fell English" w:hAnsi="IM Fell English"/>
          <w:color w:val="141414"/>
          <w:sz w:val="24"/>
        </w:rPr>
        <w:t>“She’s still talking shit. I love this family.”</w:t>
      </w:r>
    </w:p>
    <w:p>
      <w:r>
        <w:rPr>
          <w:rFonts w:ascii="IM Fell English" w:hAnsi="IM Fell English"/>
          <w:color w:val="141414"/>
          <w:sz w:val="24"/>
        </w:rPr>
        <w:t>Jackie nodded once.</w:t>
      </w:r>
    </w:p>
    <w:p>
      <w:r>
        <w:rPr>
          <w:rFonts w:ascii="IM Fell English" w:hAnsi="IM Fell English"/>
          <w:color w:val="141414"/>
          <w:sz w:val="24"/>
        </w:rPr>
        <w:t>“For now.”</w:t>
      </w:r>
    </w:p>
    <w:p>
      <w:r>
        <w:rPr>
          <w:rFonts w:ascii="IM Fell English" w:hAnsi="IM Fell English"/>
          <w:color w:val="141414"/>
          <w:sz w:val="24"/>
        </w:rPr>
        <w:t>They both turned their eyes back to the woman on the floor and the man waiting for the next order.</w:t>
      </w:r>
    </w:p>
    <w:p>
      <w:r>
        <w:rPr>
          <w:rFonts w:ascii="IM Fell English" w:hAnsi="IM Fell English"/>
          <w:color w:val="141414"/>
          <w:sz w:val="24"/>
        </w:rPr>
        <w:t>The night was still young.</w:t>
      </w:r>
    </w:p>
    <w:p>
      <w:r>
        <w:rPr>
          <w:rFonts w:ascii="IM Fell English" w:hAnsi="IM Fell English"/>
          <w:color w:val="141414"/>
          <w:sz w:val="24"/>
        </w:rPr>
        <w:t>And neither of them had said stop.</w:t>
      </w:r>
    </w:p>
    <w:p>
      <w:pPr>
        <w:pStyle w:val="Heading1"/>
        <w:jc w:val="center"/>
      </w:pPr>
      <w:r>
        <w:rPr>
          <w:rFonts w:ascii="IM Fell English" w:hAnsi="IM Fell English"/>
          <w:color w:val="0D0D0D"/>
        </w:rPr>
        <w:t>CHAPTER 33 — FULL CONTROL</w:t>
      </w:r>
    </w:p>
    <w:p>
      <w:r>
        <w:rPr>
          <w:rFonts w:ascii="IM Fell English" w:hAnsi="IM Fell English"/>
          <w:color w:val="141414"/>
          <w:sz w:val="24"/>
        </w:rPr>
        <w:t>Jennifer’s voice was almost gentle.</w:t>
      </w:r>
    </w:p>
    <w:p>
      <w:r>
        <w:rPr>
          <w:rFonts w:ascii="IM Fell English" w:hAnsi="IM Fell English"/>
          <w:color w:val="141414"/>
          <w:sz w:val="24"/>
        </w:rPr>
        <w:t>“Marcus. Look at me.”</w:t>
      </w:r>
    </w:p>
    <w:p>
      <w:r>
        <w:rPr>
          <w:rFonts w:ascii="IM Fell English" w:hAnsi="IM Fell English"/>
          <w:color w:val="141414"/>
          <w:sz w:val="24"/>
        </w:rPr>
        <w:t>He looked.</w:t>
      </w:r>
    </w:p>
    <w:p>
      <w:r>
        <w:rPr>
          <w:rFonts w:ascii="IM Fell English" w:hAnsi="IM Fell English"/>
          <w:color w:val="141414"/>
          <w:sz w:val="24"/>
        </w:rPr>
        <w:t>“We want you to lose full control. No holding back. No checking yourself. You do not stop until one of us says the word. Clear?”</w:t>
      </w:r>
    </w:p>
    <w:p>
      <w:r>
        <w:rPr>
          <w:rFonts w:ascii="IM Fell English" w:hAnsi="IM Fell English"/>
          <w:color w:val="141414"/>
          <w:sz w:val="24"/>
        </w:rPr>
        <w:t>Jackie added, quiet and precise,</w:t>
      </w:r>
    </w:p>
    <w:p>
      <w:r>
        <w:rPr>
          <w:rFonts w:ascii="IM Fell English" w:hAnsi="IM Fell English"/>
          <w:color w:val="141414"/>
          <w:sz w:val="24"/>
        </w:rPr>
        <w:t>“She is not your wife tonight. She is entertainment. Break her.”</w:t>
      </w:r>
    </w:p>
    <w:p>
      <w:r>
        <w:rPr>
          <w:rFonts w:ascii="IM Fell English" w:hAnsi="IM Fell English"/>
          <w:color w:val="141414"/>
          <w:sz w:val="24"/>
        </w:rPr>
        <w:t>Marcus’s eyes went flat and dark.</w:t>
      </w:r>
    </w:p>
    <w:p>
      <w:r>
        <w:rPr>
          <w:rFonts w:ascii="IM Fell English" w:hAnsi="IM Fell English"/>
          <w:color w:val="141414"/>
          <w:sz w:val="24"/>
        </w:rPr>
        <w:t>Lena, still on her back, managed a ruined, bloody smile and rasped,</w:t>
      </w:r>
    </w:p>
    <w:p>
      <w:r>
        <w:rPr>
          <w:rFonts w:ascii="IM Fell English" w:hAnsi="IM Fell English"/>
          <w:color w:val="141414"/>
          <w:sz w:val="24"/>
        </w:rPr>
        <w:t>“About fucking time. I was starting to think you two were going soft in your old age.”</w:t>
      </w:r>
    </w:p>
    <w:p>
      <w:r>
        <w:rPr>
          <w:rFonts w:ascii="IM Fell English" w:hAnsi="IM Fell English"/>
          <w:color w:val="141414"/>
          <w:sz w:val="24"/>
        </w:rPr>
        <w:t>Jennifer laughed under her breath, then winced when her ribs protested.</w:t>
      </w:r>
    </w:p>
    <w:p>
      <w:r>
        <w:rPr>
          <w:rFonts w:ascii="IM Fell English" w:hAnsi="IM Fell English"/>
          <w:color w:val="141414"/>
          <w:sz w:val="24"/>
        </w:rPr>
        <w:t>“There’s the mousy we know. Try not to die before we get bored.”</w:t>
      </w:r>
    </w:p>
    <w:p>
      <w:r>
        <w:rPr>
          <w:rFonts w:ascii="IM Fell English" w:hAnsi="IM Fell English"/>
          <w:color w:val="141414"/>
          <w:sz w:val="24"/>
        </w:rPr>
        <w:t>Jackie settled deeper into the pillows.</w:t>
      </w:r>
    </w:p>
    <w:p>
      <w:r>
        <w:rPr>
          <w:rFonts w:ascii="IM Fell English" w:hAnsi="IM Fell English"/>
          <w:color w:val="141414"/>
          <w:sz w:val="24"/>
        </w:rPr>
        <w:t>“You heard them, Marcus. Full control. Begin.”</w:t>
      </w:r>
    </w:p>
    <w:p>
      <w:r>
        <w:rPr>
          <w:rFonts w:ascii="IM Fell English" w:hAnsi="IM Fell English"/>
          <w:color w:val="141414"/>
          <w:sz w:val="24"/>
        </w:rPr>
        <w:t>Something in Marcus simply switched off.</w:t>
      </w:r>
    </w:p>
    <w:p>
      <w:r>
        <w:rPr>
          <w:rFonts w:ascii="IM Fell English" w:hAnsi="IM Fell English"/>
          <w:color w:val="141414"/>
          <w:sz w:val="24"/>
        </w:rPr>
        <w:t>He hauled Lena up by the hair and drove her face-first into the wall hard enough to star the plaster. He punched her in the mouth, then threw her to the floor and stomped on her left forearm until it snapped. He moved to the right arm and did the same. Lena’s laugh turned into a continuous low keening that still somehow carried dark amusement.</w:t>
      </w:r>
    </w:p>
    <w:p>
      <w:r>
        <w:rPr>
          <w:rFonts w:ascii="IM Fell English" w:hAnsi="IM Fell English"/>
          <w:color w:val="141414"/>
          <w:sz w:val="24"/>
        </w:rPr>
        <w:t>Jennifer watched, eyes bright.</w:t>
      </w:r>
    </w:p>
    <w:p>
      <w:r>
        <w:rPr>
          <w:rFonts w:ascii="IM Fell English" w:hAnsi="IM Fell English"/>
          <w:color w:val="141414"/>
          <w:sz w:val="24"/>
        </w:rPr>
        <w:t>“Ribs. All of them.”</w:t>
      </w:r>
    </w:p>
    <w:p>
      <w:r>
        <w:rPr>
          <w:rFonts w:ascii="IM Fell English" w:hAnsi="IM Fell English"/>
          <w:color w:val="141414"/>
          <w:sz w:val="24"/>
        </w:rPr>
        <w:t>Marcus dropped onto Lena’s chest with both knees and began methodically breaking ribs — left side, right side, short vicious downward strikes. The wet crack of bone filled the recovery suite. Lena coughed blood and still managed to wheeze,</w:t>
      </w:r>
    </w:p>
    <w:p>
      <w:r>
        <w:rPr>
          <w:rFonts w:ascii="IM Fell English" w:hAnsi="IM Fell English"/>
          <w:color w:val="141414"/>
          <w:sz w:val="24"/>
        </w:rPr>
        <w:t>“That’s… more like it… pets… you still awake up there…?”</w:t>
      </w:r>
    </w:p>
    <w:p>
      <w:r>
        <w:rPr>
          <w:rFonts w:ascii="IM Fell English" w:hAnsi="IM Fell English"/>
          <w:color w:val="141414"/>
          <w:sz w:val="24"/>
        </w:rPr>
        <w:t>Jackie answered calmly.</w:t>
      </w:r>
    </w:p>
    <w:p>
      <w:r>
        <w:rPr>
          <w:rFonts w:ascii="IM Fell English" w:hAnsi="IM Fell English"/>
          <w:color w:val="141414"/>
          <w:sz w:val="24"/>
        </w:rPr>
        <w:t>“We’re awake. Keep going.”</w:t>
      </w:r>
    </w:p>
    <w:p>
      <w:r>
        <w:rPr>
          <w:rFonts w:ascii="IM Fell English" w:hAnsi="IM Fell English"/>
          <w:color w:val="141414"/>
          <w:sz w:val="24"/>
        </w:rPr>
        <w:t>Marcus grabbed Lena’s right leg, twisted, and dislocated the knee, then stomped the lower leg until both bones gave. He repeated the process on the left leg. Lena’s body jerked and twitched, but her eyes stayed open and fixed on the bed.</w:t>
      </w:r>
    </w:p>
    <w:p>
      <w:r>
        <w:rPr>
          <w:rFonts w:ascii="IM Fell English" w:hAnsi="IM Fell English"/>
          <w:color w:val="141414"/>
          <w:sz w:val="24"/>
        </w:rPr>
        <w:t>Jennifer’s voice stayed soft.</w:t>
      </w:r>
    </w:p>
    <w:p>
      <w:r>
        <w:rPr>
          <w:rFonts w:ascii="IM Fell English" w:hAnsi="IM Fell English"/>
          <w:color w:val="141414"/>
          <w:sz w:val="24"/>
        </w:rPr>
        <w:t>“That’s enough for the bones. Choke her out while you finish using her. We want her quiet for a while.”</w:t>
      </w:r>
    </w:p>
    <w:p>
      <w:r>
        <w:rPr>
          <w:rFonts w:ascii="IM Fell English" w:hAnsi="IM Fell English"/>
          <w:color w:val="141414"/>
          <w:sz w:val="24"/>
        </w:rPr>
        <w:t>Marcus straddled what was left of her, both hands around her throat, and fucked her with heavy, punishing strokes until he came. He held the choke long after he finished, until Lena’s body went completely slack under him.</w:t>
      </w:r>
    </w:p>
    <w:p>
      <w:r>
        <w:rPr>
          <w:rFonts w:ascii="IM Fell English" w:hAnsi="IM Fell English"/>
          <w:color w:val="141414"/>
          <w:sz w:val="24"/>
        </w:rPr>
        <w:t>Jackie exhaled.</w:t>
      </w:r>
    </w:p>
    <w:p>
      <w:r>
        <w:rPr>
          <w:rFonts w:ascii="IM Fell English" w:hAnsi="IM Fell English"/>
          <w:color w:val="141414"/>
          <w:sz w:val="24"/>
        </w:rPr>
        <w:t>“Service door. Trash.”</w:t>
      </w:r>
    </w:p>
    <w:p>
      <w:r>
        <w:rPr>
          <w:rFonts w:ascii="IM Fell English" w:hAnsi="IM Fell English"/>
          <w:color w:val="141414"/>
          <w:sz w:val="24"/>
        </w:rPr>
        <w:t>Marcus stood, picked up his wife’s broken body like she weighed nothing, and carried her through the recovery suite, down the short back hallway, and to the rear service door. He opened it with one hand and threw her out into the night the same way someone disposes of garbage. Lena’s body hit the concrete landing with a dull sound and did not move again.</w:t>
      </w:r>
    </w:p>
    <w:p>
      <w:r>
        <w:rPr>
          <w:rFonts w:ascii="IM Fell English" w:hAnsi="IM Fell English"/>
          <w:color w:val="141414"/>
          <w:sz w:val="24"/>
        </w:rPr>
        <w:t>Marcus closed the door, locked it, and walked back into the recovery suite. His hands and arms were covered in her blood. He looked at the two women in the bed and waited.</w:t>
      </w:r>
    </w:p>
    <w:p>
      <w:r>
        <w:rPr>
          <w:rFonts w:ascii="IM Fell English" w:hAnsi="IM Fell English"/>
          <w:color w:val="141414"/>
          <w:sz w:val="24"/>
        </w:rPr>
        <w:t>Jennifer patted the empty space on the mattress between them.</w:t>
      </w:r>
    </w:p>
    <w:p>
      <w:r>
        <w:rPr>
          <w:rFonts w:ascii="IM Fell English" w:hAnsi="IM Fell English"/>
          <w:color w:val="141414"/>
          <w:sz w:val="24"/>
        </w:rPr>
        <w:t>“Clean up later. Bed now. Between us.”</w:t>
      </w:r>
    </w:p>
    <w:p>
      <w:r>
        <w:rPr>
          <w:rFonts w:ascii="IM Fell English" w:hAnsi="IM Fell English"/>
          <w:color w:val="141414"/>
          <w:sz w:val="24"/>
        </w:rPr>
        <w:t>Marcus stripped off the ruined clothes, wiped the worst of the blood on them, and crawled carefully into the recovery bed between Jackie and Jennifer. Both women shifted just enough to make room, mindful of their own bruises.</w:t>
      </w:r>
    </w:p>
    <w:p>
      <w:r>
        <w:rPr>
          <w:rFonts w:ascii="IM Fell English" w:hAnsi="IM Fell English"/>
          <w:color w:val="141414"/>
          <w:sz w:val="24"/>
        </w:rPr>
        <w:t>There was no roughness left in any of them.</w:t>
      </w:r>
    </w:p>
    <w:p>
      <w:r>
        <w:rPr>
          <w:rFonts w:ascii="IM Fell English" w:hAnsi="IM Fell English"/>
          <w:color w:val="141414"/>
          <w:sz w:val="24"/>
        </w:rPr>
        <w:t>Jennifer kissed him first — slow, open, tasting blood and sweat and the aftermath of everything he had just done. Jackie’s hand slid down his stomach, gentle, guiding. Marcus moved between them with deliberate care, one hand supporting Jennifer’s hip so he wouldn’t press on her wrapped ribs, the other cradling the back of Jackie’s neck. When he pushed into Jennifer it was slow and deep and careful. Jennifer exhaled a long, shaky breath against his mouth and wrapped her good leg around him.</w:t>
      </w:r>
    </w:p>
    <w:p>
      <w:r>
        <w:rPr>
          <w:rFonts w:ascii="IM Fell English" w:hAnsi="IM Fell English"/>
          <w:color w:val="141414"/>
          <w:sz w:val="24"/>
        </w:rPr>
        <w:t>Jackie pressed against his back, kissing the side of his throat, one hand reaching around to stroke Jennifer’s hair while Marcus moved inside her in long, gentle strokes. After a while they shifted without words — Jennifer easing off, Jackie taking her place with the same unhurried care. Marcus held Jackie’s hips like they were breakable, thrusting soft and steady while Jennifer kissed her wife’s open mouth and whispered things too low for anyone else to hear.</w:t>
      </w:r>
    </w:p>
    <w:p>
      <w:r>
        <w:rPr>
          <w:rFonts w:ascii="IM Fell English" w:hAnsi="IM Fell English"/>
          <w:color w:val="141414"/>
          <w:sz w:val="24"/>
        </w:rPr>
        <w:t>They took their time.</w:t>
      </w:r>
    </w:p>
    <w:p>
      <w:r>
        <w:rPr>
          <w:rFonts w:ascii="IM Fell English" w:hAnsi="IM Fell English"/>
          <w:color w:val="141414"/>
          <w:sz w:val="24"/>
        </w:rPr>
        <w:t>No one ordered. No one rushed. The violence of the night stayed outside the bed. What remained was pure, careful, loving sex between three people who had just used one of their own as entertainment and were now choosing tenderness instead. Marcus came first, quiet and deep inside Jackie. Jennifer followed a minute later under Jackie’s fingers. Jackie last of all, forehead pressed to Marcus’s shoulder, breathing hard but soft.</w:t>
      </w:r>
    </w:p>
    <w:p>
      <w:r>
        <w:rPr>
          <w:rFonts w:ascii="IM Fell English" w:hAnsi="IM Fell English"/>
          <w:color w:val="141414"/>
          <w:sz w:val="24"/>
        </w:rPr>
        <w:t>Afterward they stayed tangled together in the middle of the wide recovery bed — Marcus on his back, Jackie and Jennifer draped carefully over either side of him, all three of them sticky and sore and quiet.</w:t>
      </w:r>
    </w:p>
    <w:p>
      <w:r>
        <w:rPr>
          <w:rFonts w:ascii="IM Fell English" w:hAnsi="IM Fell English"/>
          <w:color w:val="141414"/>
          <w:sz w:val="24"/>
        </w:rPr>
        <w:t>Outside, Katie’s private coronary team moved Lena’s broken body with professional silence.</w:t>
      </w:r>
    </w:p>
    <w:p>
      <w:r>
        <w:rPr>
          <w:rFonts w:ascii="IM Fell English" w:hAnsi="IM Fell English"/>
          <w:color w:val="141414"/>
          <w:sz w:val="24"/>
        </w:rPr>
        <w:t>Inside, the three of them drifted in the low light, the pets of destruction and the weapon they had just used, choosing gentleness for whatever was left of the night.</w:t>
      </w:r>
    </w:p>
    <w:p>
      <w:r>
        <w:rPr>
          <w:rFonts w:ascii="IM Fell English" w:hAnsi="IM Fell English"/>
          <w:color w:val="141414"/>
          <w:sz w:val="24"/>
        </w:rPr>
        <w:t>Pure violence had been delivered.</w:t>
      </w:r>
    </w:p>
    <w:p>
      <w:r>
        <w:rPr>
          <w:rFonts w:ascii="IM Fell English" w:hAnsi="IM Fell English"/>
          <w:color w:val="141414"/>
          <w:sz w:val="24"/>
        </w:rPr>
        <w:t xml:space="preserve">The aftermath was a different kind of devotion. </w:t>
      </w:r>
    </w:p>
    <w:p>
      <w:pPr>
        <w:pStyle w:val="Heading1"/>
        <w:jc w:val="center"/>
      </w:pPr>
      <w:r>
        <w:rPr>
          <w:rFonts w:ascii="IM Fell English" w:hAnsi="IM Fell English"/>
          <w:color w:val="0D0D0D"/>
        </w:rPr>
        <w:t>CHAPTER 34 — MOUSY</w:t>
      </w:r>
    </w:p>
    <w:p>
      <w:r>
        <w:rPr>
          <w:rFonts w:ascii="IM Fell English" w:hAnsi="IM Fell English"/>
          <w:color w:val="141414"/>
          <w:sz w:val="24"/>
        </w:rPr>
        <w:t>The recovery room in Katie and Lilith’s private mansion was quiet, cold, and brightly lit.</w:t>
      </w:r>
    </w:p>
    <w:p>
      <w:r>
        <w:rPr>
          <w:rFonts w:ascii="IM Fell English" w:hAnsi="IM Fell English"/>
          <w:color w:val="141414"/>
          <w:sz w:val="24"/>
        </w:rPr>
        <w:t>Lena lay naked on the modified bullet table, every major bone in her limbs and ribcage broken, body a map of deliberate destruction. Medical devices surrounded her — monitors, drip lines, stabilization frames, and the low blue glow of Lucifer’s interface. Her face was heavily bruised and swollen, but the skull itself remained intact.</w:t>
      </w:r>
    </w:p>
    <w:p>
      <w:r>
        <w:rPr>
          <w:rFonts w:ascii="IM Fell English" w:hAnsi="IM Fell English"/>
          <w:color w:val="141414"/>
          <w:sz w:val="24"/>
        </w:rPr>
        <w:t>Katie walked in alone at first, heels soft on the polished floor. She circled the table slowly, one hand trailing along the edge, then over Lena’s shattered legs, the caved ribs, the swollen and fractured arms, until her fingers rested on Lena’s bruised cheek.</w:t>
      </w:r>
    </w:p>
    <w:p>
      <w:r>
        <w:rPr>
          <w:rFonts w:ascii="IM Fell English" w:hAnsi="IM Fell English"/>
          <w:color w:val="141414"/>
          <w:sz w:val="24"/>
        </w:rPr>
        <w:t>Lucifer’s voice filled the room, calm and clinical.</w:t>
      </w:r>
    </w:p>
    <w:p>
      <w:r>
        <w:rPr>
          <w:rFonts w:ascii="IM Fell English" w:hAnsi="IM Fell English"/>
          <w:color w:val="141414"/>
          <w:sz w:val="24"/>
        </w:rPr>
        <w:t>“Subject: Lena ‘Mousy’ Angerona. Multiple compound fractures — both femurs, both tibiae and fibulae, both radii and ulnae, twelve ribs. Severe soft-tissue trauma. Neural activity present. Cardiovascular function unstable but sustained. Unborn fetus—”</w:t>
      </w:r>
    </w:p>
    <w:p>
      <w:r>
        <w:rPr>
          <w:rFonts w:ascii="IM Fell English" w:hAnsi="IM Fell English"/>
          <w:color w:val="141414"/>
          <w:sz w:val="24"/>
        </w:rPr>
        <w:t>Katie lifted one finger.</w:t>
      </w:r>
    </w:p>
    <w:p>
      <w:r>
        <w:rPr>
          <w:rFonts w:ascii="IM Fell English" w:hAnsi="IM Fell English"/>
          <w:color w:val="141414"/>
          <w:sz w:val="24"/>
        </w:rPr>
        <w:t>“Stop. Repeat the last part.”</w:t>
      </w:r>
    </w:p>
    <w:p>
      <w:r>
        <w:rPr>
          <w:rFonts w:ascii="IM Fell English" w:hAnsi="IM Fell English"/>
          <w:color w:val="141414"/>
          <w:sz w:val="24"/>
        </w:rPr>
        <w:t xml:space="preserve">“Unborn fetus is one hundred percent alive. Fetal vitals are stronger and more stable than the mother’s current condition.” </w:t>
      </w:r>
    </w:p>
    <w:p>
      <w:r>
        <w:rPr>
          <w:rFonts w:ascii="IM Fell English" w:hAnsi="IM Fell English"/>
          <w:color w:val="141414"/>
          <w:sz w:val="24"/>
        </w:rPr>
        <w:t>Katie’s mouth curved in a small, cold smile. She rested her palm gently over Lena’s lower abdomen.</w:t>
      </w:r>
    </w:p>
    <w:p>
      <w:r>
        <w:rPr>
          <w:rFonts w:ascii="IM Fell English" w:hAnsi="IM Fell English"/>
          <w:color w:val="141414"/>
          <w:sz w:val="24"/>
        </w:rPr>
        <w:t>“Good. I would hate for her to lose that unborn child so easily. Begin full structural repair, bastard. Ribs first, then the limbs.”</w:t>
      </w:r>
    </w:p>
    <w:p>
      <w:r>
        <w:rPr>
          <w:rFonts w:ascii="IM Fell English" w:hAnsi="IM Fell English"/>
          <w:color w:val="141414"/>
          <w:sz w:val="24"/>
        </w:rPr>
        <w:t>A soft hand settled on Katie’s shoulder. Lilith stood behind her, close enough that her breath touched Katie’s ear.</w:t>
      </w:r>
    </w:p>
    <w:p>
      <w:r>
        <w:rPr>
          <w:rFonts w:ascii="IM Fell English" w:hAnsi="IM Fell English"/>
          <w:color w:val="141414"/>
          <w:sz w:val="24"/>
        </w:rPr>
        <w:t>“You sure you do not want Lucifer to install the family health system into your little servant, sis?”</w:t>
      </w:r>
    </w:p>
    <w:p>
      <w:r>
        <w:rPr>
          <w:rFonts w:ascii="IM Fell English" w:hAnsi="IM Fell English"/>
          <w:color w:val="141414"/>
          <w:sz w:val="24"/>
        </w:rPr>
        <w:t>Katie kept her eyes on Lena’s bruised face.</w:t>
      </w:r>
    </w:p>
    <w:p>
      <w:r>
        <w:rPr>
          <w:rFonts w:ascii="IM Fell English" w:hAnsi="IM Fell English"/>
          <w:color w:val="141414"/>
          <w:sz w:val="24"/>
        </w:rPr>
        <w:t>“There is no reason to give her the family’s health system. Lucifer will heal her over time. How are my pets?”</w:t>
      </w:r>
    </w:p>
    <w:p>
      <w:r>
        <w:rPr>
          <w:rFonts w:ascii="IM Fell English" w:hAnsi="IM Fell English"/>
          <w:color w:val="141414"/>
          <w:sz w:val="24"/>
        </w:rPr>
        <w:t>“They are finally asleep after a passionate, unadulterated threesome with Marcus between them.”</w:t>
      </w:r>
    </w:p>
    <w:p>
      <w:r>
        <w:rPr>
          <w:rFonts w:ascii="IM Fell English" w:hAnsi="IM Fell English"/>
          <w:color w:val="141414"/>
          <w:sz w:val="24"/>
        </w:rPr>
        <w:t>Katie nodded once.</w:t>
      </w:r>
    </w:p>
    <w:p>
      <w:r>
        <w:rPr>
          <w:rFonts w:ascii="IM Fell English" w:hAnsi="IM Fell English"/>
          <w:color w:val="141414"/>
          <w:sz w:val="24"/>
        </w:rPr>
        <w:t>“Give my mousy six months. If she is not strong by the next package, then tell the corp that Sekhmet is coming out of retirement to direct it if needed.”</w:t>
      </w:r>
    </w:p>
    <w:p>
      <w:r>
        <w:rPr>
          <w:rFonts w:ascii="IM Fell English" w:hAnsi="IM Fell English"/>
          <w:color w:val="141414"/>
          <w:sz w:val="24"/>
        </w:rPr>
        <w:t>She leaned down and pressed a slow kiss to Lena’s forehead.</w:t>
      </w:r>
    </w:p>
    <w:p>
      <w:r>
        <w:rPr>
          <w:rFonts w:ascii="IM Fell English" w:hAnsi="IM Fell English"/>
          <w:color w:val="141414"/>
          <w:sz w:val="24"/>
        </w:rPr>
        <w:t>Then she straightened and turned into Lilith’s waiting arms.</w:t>
      </w:r>
    </w:p>
    <w:p>
      <w:r>
        <w:rPr>
          <w:rFonts w:ascii="IM Fell English" w:hAnsi="IM Fell English"/>
          <w:color w:val="141414"/>
          <w:sz w:val="24"/>
        </w:rPr>
        <w:t xml:space="preserve">“Now take me to hell and do your worst, my love. Don’t stop for anything unless Lucifer says Mousy is dead. Only then can you show me mercy—or better yet, give me the death I crave.” </w:t>
      </w:r>
    </w:p>
    <w:p>
      <w:r>
        <w:rPr>
          <w:rFonts w:ascii="IM Fell English" w:hAnsi="IM Fell English"/>
          <w:color w:val="141414"/>
          <w:sz w:val="24"/>
        </w:rPr>
        <w:t>Lilith’s smile was sharp and full of promise.</w:t>
      </w:r>
    </w:p>
    <w:p>
      <w:r>
        <w:rPr>
          <w:rFonts w:ascii="IM Fell English" w:hAnsi="IM Fell English"/>
          <w:color w:val="141414"/>
          <w:sz w:val="24"/>
        </w:rPr>
        <w:t>She took Katie’s hand and led her out of the recovery room. The door sealed behind them with a soft hydraulic hiss.</w:t>
      </w:r>
    </w:p>
    <w:p>
      <w:r>
        <w:rPr>
          <w:rFonts w:ascii="IM Fell English" w:hAnsi="IM Fell English"/>
          <w:color w:val="141414"/>
          <w:sz w:val="24"/>
        </w:rPr>
        <w:t>Inside, Lucifer’s systems hummed to life around Lena’s ruined body. The first micro-repairs to the ribs began in silence.</w:t>
      </w:r>
    </w:p>
    <w:p>
      <w:r>
        <w:rPr>
          <w:rFonts w:ascii="IM Fell English" w:hAnsi="IM Fell English"/>
          <w:color w:val="141414"/>
          <w:sz w:val="24"/>
        </w:rPr>
        <w:t>Outside, the mansion settled into the deep hours of the night.</w:t>
      </w:r>
    </w:p>
    <w:p>
      <w:r>
        <w:rPr>
          <w:rFonts w:ascii="IM Fell English" w:hAnsi="IM Fell English"/>
          <w:color w:val="141414"/>
          <w:sz w:val="24"/>
        </w:rPr>
        <w:t>Jackie and Jennifer slept in their own recovery bed with Marcus between them, bruised, sated, and temporarily at peace.</w:t>
      </w:r>
    </w:p>
    <w:p>
      <w:r>
        <w:rPr>
          <w:rFonts w:ascii="IM Fell English" w:hAnsi="IM Fell English"/>
          <w:color w:val="141414"/>
          <w:sz w:val="24"/>
        </w:rPr>
        <w:t>Jenna slept in Justin’s arms across the city.</w:t>
      </w:r>
    </w:p>
    <w:p>
      <w:r>
        <w:rPr>
          <w:rFonts w:ascii="IM Fell English" w:hAnsi="IM Fell English"/>
          <w:color w:val="141414"/>
          <w:sz w:val="24"/>
        </w:rPr>
        <w:t>Carissa slept with Beth.</w:t>
      </w:r>
    </w:p>
    <w:p>
      <w:r>
        <w:rPr>
          <w:rFonts w:ascii="IM Fell English" w:hAnsi="IM Fell English"/>
          <w:color w:val="141414"/>
          <w:sz w:val="24"/>
        </w:rPr>
        <w:t>And in the sealed medical wing of Katie and Lilith’s mansion, the family’s toughest, most loyal mousy began the long, forced process of being put back together — still pregnant, still broken, still theirs.</w:t>
      </w:r>
    </w:p>
    <w:p>
      <w:r>
        <w:rPr>
          <w:rFonts w:ascii="IM Fell English" w:hAnsi="IM Fell English"/>
          <w:color w:val="141414"/>
          <w:sz w:val="24"/>
        </w:rPr>
        <w:t>The package was finished.</w:t>
      </w:r>
    </w:p>
    <w:p>
      <w:r>
        <w:rPr>
          <w:rFonts w:ascii="IM Fell English" w:hAnsi="IM Fell English"/>
          <w:color w:val="141414"/>
          <w:sz w:val="24"/>
        </w:rPr>
        <w:t>Pure death had been delivered on film.</w:t>
      </w:r>
    </w:p>
    <w:p>
      <w:r>
        <w:rPr>
          <w:rFonts w:ascii="IM Fell English" w:hAnsi="IM Fell English"/>
          <w:color w:val="141414"/>
          <w:sz w:val="24"/>
        </w:rPr>
        <w:t>Everything else would heal.</w:t>
      </w:r>
    </w:p>
    <w:p>
      <w:r>
        <w:rPr>
          <w:rFonts w:ascii="IM Fell English" w:hAnsi="IM Fell English"/>
          <w:color w:val="141414"/>
          <w:sz w:val="24"/>
        </w:rPr>
        <w:t>Or it would not.</w:t>
      </w:r>
    </w:p>
    <w:p>
      <w:r>
        <w:rPr>
          <w:rFonts w:ascii="IM Fell English" w:hAnsi="IM Fell English"/>
          <w:color w:val="141414"/>
          <w:sz w:val="24"/>
        </w:rPr>
        <w:t>Either way, the family would continue.</w:t>
      </w:r>
    </w:p>
    <w:p>
      <w:pPr>
        <w:pStyle w:val="Heading1"/>
        <w:jc w:val="center"/>
      </w:pPr>
      <w:r>
        <w:rPr>
          <w:rFonts w:ascii="IM Fell English" w:hAnsi="IM Fell English"/>
          <w:color w:val="0D0D0D"/>
        </w:rPr>
        <w:t>BONUS CHAPTER: VOSS EXTREME ADULT STUDIO – PRODUCTION SCRIPT</w:t>
      </w:r>
    </w:p>
    <w:p>
      <w:r>
        <w:rPr>
          <w:rFonts w:ascii="IM Fell English" w:hAnsi="IM Fell English"/>
          <w:b/>
          <w:color w:val="141414"/>
          <w:sz w:val="24"/>
        </w:rPr>
        <w:t xml:space="preserve">PRODUCTION: VOSS' EXTREME ADULT STUDIO  </w:t>
      </w:r>
      <w:r>
        <w:rPr>
          <w:rFonts w:ascii="IM Fell English" w:hAnsi="IM Fell English"/>
          <w:color w:val="141414"/>
          <w:sz w:val="24"/>
        </w:rPr>
      </w:r>
      <w:r>
        <w:rPr>
          <w:rFonts w:ascii="IM Fell English" w:hAnsi="IM Fell English"/>
          <w:b/>
          <w:color w:val="141414"/>
          <w:sz w:val="24"/>
        </w:rPr>
        <w:t>TITLE:</w:t>
      </w:r>
      <w:r>
        <w:rPr>
          <w:rFonts w:ascii="IM Fell English" w:hAnsi="IM Fell English"/>
          <w:color w:val="141414"/>
          <w:sz w:val="24"/>
        </w:rPr>
        <w:t xml:space="preserve"> PURE DEATH: PRAECEPTUM SABLIS</w:t>
      </w:r>
      <w:r>
        <w:rPr>
          <w:rFonts w:ascii="IM Fell English" w:hAnsi="IM Fell English"/>
          <w:color w:val="141414"/>
          <w:sz w:val="24"/>
        </w:rPr>
      </w:r>
      <w:r>
        <w:rPr>
          <w:rFonts w:ascii="IM Fell English" w:hAnsi="IM Fell English"/>
          <w:b/>
          <w:color w:val="141414"/>
          <w:sz w:val="24"/>
        </w:rPr>
        <w:t>DIRECTOR:</w:t>
      </w:r>
      <w:r>
        <w:rPr>
          <w:rFonts w:ascii="IM Fell English" w:hAnsi="IM Fell English"/>
          <w:color w:val="141414"/>
          <w:sz w:val="24"/>
        </w:rPr>
        <w:t xml:space="preserve"> LENA</w:t>
      </w:r>
      <w:r>
        <w:rPr>
          <w:rFonts w:ascii="IM Fell English" w:hAnsi="IM Fell English"/>
          <w:color w:val="141414"/>
          <w:sz w:val="24"/>
        </w:rPr>
      </w:r>
      <w:r>
        <w:rPr>
          <w:rFonts w:ascii="IM Fell English" w:hAnsi="IM Fell English"/>
          <w:b/>
          <w:color w:val="141414"/>
          <w:sz w:val="24"/>
        </w:rPr>
        <w:t>CAMERAS:</w:t>
      </w:r>
      <w:r>
        <w:rPr>
          <w:rFonts w:ascii="IM Fell English" w:hAnsi="IM Fell English"/>
          <w:color w:val="141414"/>
          <w:sz w:val="24"/>
        </w:rPr>
        <w:t xml:space="preserve"> MULTI-CAM (A, B, C, STEADY-CAM, DRONE, TANK-CAM LEFT, TANK-CAM RIGHT)</w:t>
      </w:r>
      <w:r>
        <w:rPr>
          <w:rFonts w:ascii="IM Fell English" w:hAnsi="IM Fell English"/>
          <w:color w:val="141414"/>
          <w:sz w:val="24"/>
        </w:rPr>
      </w:r>
      <w:r>
        <w:rPr>
          <w:rFonts w:ascii="IM Fell English" w:hAnsi="IM Fell English"/>
          <w:b/>
          <w:color w:val="141414"/>
          <w:sz w:val="24"/>
        </w:rPr>
        <w:t>STATUS:</w:t>
      </w:r>
      <w:r>
        <w:rPr>
          <w:rFonts w:ascii="IM Fell English" w:hAnsi="IM Fell English"/>
          <w:color w:val="141414"/>
          <w:sz w:val="24"/>
        </w:rPr>
        <w:t xml:space="preserve"> LOCKED SHOOTING DRAFT – PRINCIPAL PHOTOGRAPHY</w:t>
      </w:r>
    </w:p>
    <w:p>
      <w:pPr>
        <w:jc w:val="center"/>
      </w:pPr>
      <w:r>
        <w:rPr>
          <w:color w:val="141414"/>
        </w:rPr>
        <w:t>———</w:t>
      </w:r>
    </w:p>
    <w:p>
      <w:r>
        <w:rPr>
          <w:rFonts w:ascii="IM Fell English" w:hAnsi="IM Fell English"/>
          <w:b/>
          <w:color w:val="141414"/>
          <w:sz w:val="24"/>
        </w:rPr>
        <w:t>SCENE 1</w:t>
      </w:r>
      <w:r>
        <w:rPr>
          <w:rFonts w:ascii="IM Fell English" w:hAnsi="IM Fell English"/>
          <w:color w:val="141414"/>
          <w:sz w:val="24"/>
        </w:rPr>
      </w:r>
      <w:r>
        <w:rPr>
          <w:rFonts w:ascii="IM Fell English" w:hAnsi="IM Fell English"/>
          <w:b/>
          <w:color w:val="141414"/>
          <w:sz w:val="24"/>
        </w:rPr>
        <w:t>EXT. SEALED MILITARY CAMPUS – ASSEMBLY YARD – DAWN</w:t>
      </w:r>
    </w:p>
    <w:p>
      <w:r>
        <w:rPr>
          <w:rFonts w:ascii="IM Fell English" w:hAnsi="IM Fell English"/>
          <w:color w:val="141414"/>
          <w:sz w:val="24"/>
        </w:rPr>
        <w:t>Harsh early light. Empty concrete. The black tower stands unused in the background.</w:t>
      </w:r>
    </w:p>
    <w:p>
      <w:r>
        <w:rPr>
          <w:rFonts w:ascii="IM Fell English" w:hAnsi="IM Fell English"/>
          <w:color w:val="141414"/>
          <w:sz w:val="24"/>
        </w:rPr>
        <w:t>CAMERA A holds a wide establishing shot.</w:t>
      </w:r>
      <w:r>
        <w:rPr>
          <w:rFonts w:ascii="IM Fell English" w:hAnsi="IM Fell English"/>
          <w:color w:val="141414"/>
          <w:sz w:val="24"/>
        </w:rPr>
      </w:r>
      <w:r>
        <w:rPr>
          <w:rFonts w:ascii="IM Fell English" w:hAnsi="IM Fell English"/>
          <w:color w:val="141414"/>
          <w:sz w:val="24"/>
        </w:rPr>
        <w:t>CAMERA B is tight on JENNA and CARISSA standing side by side.</w:t>
      </w:r>
      <w:r>
        <w:rPr>
          <w:rFonts w:ascii="IM Fell English" w:hAnsi="IM Fell English"/>
          <w:color w:val="141414"/>
          <w:sz w:val="24"/>
        </w:rPr>
      </w:r>
      <w:r>
        <w:rPr>
          <w:rFonts w:ascii="IM Fell English" w:hAnsi="IM Fell English"/>
          <w:color w:val="141414"/>
          <w:sz w:val="24"/>
        </w:rPr>
        <w:t>CAMERA C frames JENNIFER and JACKIE — naked, marked, collared.</w:t>
      </w:r>
    </w:p>
    <w:p>
      <w:r>
        <w:rPr>
          <w:rFonts w:ascii="IM Fell English" w:hAnsi="IM Fell English"/>
          <w:color w:val="141414"/>
          <w:sz w:val="24"/>
        </w:rPr>
        <w:t>&lt;center&gt;JENNA&lt;/center&gt; Final practical of the package. We’re scrapping the tower numbers. New method. Separate tanks. Full mantle-rope compression. Live industrial welders. One of you dies clean. The other gets used when we’re finished playing. &lt;center&gt;CARISSA&lt;/center&gt; We decide which is which when we feel like it. Try to make it interesting.</w:t>
      </w:r>
    </w:p>
    <w:p>
      <w:r>
        <w:rPr>
          <w:rFonts w:ascii="IM Fell English" w:hAnsi="IM Fell English"/>
          <w:color w:val="141414"/>
          <w:sz w:val="24"/>
        </w:rPr>
        <w:t>Jennifer glances at Jackie with a bloody little smile.</w:t>
      </w:r>
    </w:p>
    <w:p>
      <w:r>
        <w:rPr>
          <w:rFonts w:ascii="IM Fell English" w:hAnsi="IM Fell English"/>
          <w:color w:val="141414"/>
          <w:sz w:val="24"/>
        </w:rPr>
        <w:t>&lt;center&gt;JENNIFER&lt;/center&gt; After you, Mommy. &lt;center&gt;JACKIE&lt;/center&gt; Age before beauty, mutt.</w:t>
      </w:r>
    </w:p>
    <w:p>
      <w:r>
        <w:rPr>
          <w:rFonts w:ascii="IM Fell English" w:hAnsi="IM Fell English"/>
          <w:color w:val="141414"/>
          <w:sz w:val="24"/>
        </w:rPr>
        <w:t>CUT TO:</w:t>
      </w:r>
    </w:p>
    <w:p>
      <w:pPr>
        <w:jc w:val="center"/>
      </w:pPr>
      <w:r>
        <w:rPr>
          <w:color w:val="141414"/>
        </w:rPr>
        <w:t>———</w:t>
      </w:r>
    </w:p>
    <w:p>
      <w:r>
        <w:rPr>
          <w:rFonts w:ascii="IM Fell English" w:hAnsi="IM Fell English"/>
          <w:b/>
          <w:color w:val="141414"/>
          <w:sz w:val="24"/>
        </w:rPr>
        <w:t>SCENE 2</w:t>
      </w:r>
      <w:r>
        <w:rPr>
          <w:rFonts w:ascii="IM Fell English" w:hAnsi="IM Fell English"/>
          <w:color w:val="141414"/>
          <w:sz w:val="24"/>
        </w:rPr>
      </w:r>
      <w:r>
        <w:rPr>
          <w:rFonts w:ascii="IM Fell English" w:hAnsi="IM Fell English"/>
          <w:b/>
          <w:color w:val="141414"/>
          <w:sz w:val="24"/>
        </w:rPr>
        <w:t>EXT. TRAINING PAD – WATER TANKS – PRE-DAWN</w:t>
      </w:r>
    </w:p>
    <w:p>
      <w:r>
        <w:rPr>
          <w:rFonts w:ascii="IM Fell English" w:hAnsi="IM Fell English"/>
          <w:color w:val="141414"/>
          <w:sz w:val="24"/>
        </w:rPr>
        <w:t>Two tall reinforced glass cylinders stand under portable work lights. Coiled mantle rope. Industrial underwater welding rods and control units ready. A line of naked cadets waits at a respectful distance.</w:t>
      </w:r>
    </w:p>
    <w:p>
      <w:r>
        <w:rPr>
          <w:rFonts w:ascii="IM Fell English" w:hAnsi="IM Fell English"/>
          <w:color w:val="141414"/>
          <w:sz w:val="24"/>
        </w:rPr>
        <w:t>CAMERA A and STEADY-CAM cover the rope work in detail.</w:t>
      </w:r>
    </w:p>
    <w:p>
      <w:r>
        <w:rPr>
          <w:rFonts w:ascii="IM Fell English" w:hAnsi="IM Fell English"/>
          <w:color w:val="141414"/>
          <w:sz w:val="24"/>
        </w:rPr>
        <w:t>Jennifer is bound first. Jenna and Carissa work in practiced silence — chest compression, arms pinned tight, waist, hips, thighs forced together, knees locked, ankles crossed and cinched until she can barely flex her fingers.</w:t>
      </w:r>
    </w:p>
    <w:p>
      <w:r>
        <w:rPr>
          <w:rFonts w:ascii="IM Fell English" w:hAnsi="IM Fell English"/>
          <w:color w:val="141414"/>
          <w:sz w:val="24"/>
        </w:rPr>
        <w:t>&lt;center&gt;JENNIFER&lt;/center&gt; (breathless) Okay… that’s actually impressive. I can feel my heartbeat in my teeth.</w:t>
      </w:r>
    </w:p>
    <w:p>
      <w:r>
        <w:rPr>
          <w:rFonts w:ascii="IM Fell English" w:hAnsi="IM Fell English"/>
          <w:color w:val="141414"/>
          <w:sz w:val="24"/>
        </w:rPr>
        <w:t>Jackie receives the same extreme treatment. Carissa takes extra time on the chest and hip wraps, murmuring filthy encouragement while she pulls each loop tighter.</w:t>
      </w:r>
    </w:p>
    <w:p>
      <w:r>
        <w:rPr>
          <w:rFonts w:ascii="IM Fell English" w:hAnsi="IM Fell English"/>
          <w:color w:val="141414"/>
          <w:sz w:val="24"/>
        </w:rPr>
        <w:t>&lt;center&gt;JACKIE&lt;/center&gt; Proper work, baby girl.</w:t>
      </w:r>
    </w:p>
    <w:p>
      <w:r>
        <w:rPr>
          <w:rFonts w:ascii="IM Fell English" w:hAnsi="IM Fell English"/>
          <w:color w:val="141414"/>
          <w:sz w:val="24"/>
        </w:rPr>
        <w:t>Both women are lifted and lowered into the separate tanks until only the tops of their heads remain above the water. Welding rods are positioned with careful precision and locked in place.</w:t>
      </w:r>
    </w:p>
    <w:p>
      <w:r>
        <w:rPr>
          <w:rFonts w:ascii="IM Fell English" w:hAnsi="IM Fell English"/>
          <w:color w:val="141414"/>
          <w:sz w:val="24"/>
        </w:rPr>
        <w:t>CUT TO:</w:t>
      </w:r>
    </w:p>
    <w:p>
      <w:pPr>
        <w:jc w:val="center"/>
      </w:pPr>
      <w:r>
        <w:rPr>
          <w:color w:val="141414"/>
        </w:rPr>
        <w:t>———</w:t>
      </w:r>
    </w:p>
    <w:p>
      <w:r>
        <w:rPr>
          <w:rFonts w:ascii="IM Fell English" w:hAnsi="IM Fell English"/>
          <w:b/>
          <w:color w:val="141414"/>
          <w:sz w:val="24"/>
        </w:rPr>
        <w:t>SCENE 3</w:t>
      </w:r>
      <w:r>
        <w:rPr>
          <w:rFonts w:ascii="IM Fell English" w:hAnsi="IM Fell English"/>
          <w:color w:val="141414"/>
          <w:sz w:val="24"/>
        </w:rPr>
      </w:r>
      <w:r>
        <w:rPr>
          <w:rFonts w:ascii="IM Fell English" w:hAnsi="IM Fell English"/>
          <w:b/>
          <w:color w:val="141414"/>
          <w:sz w:val="24"/>
        </w:rPr>
        <w:t>EXT. TRAINING PAD – WATER TANKS – CONTINUOUS</w:t>
      </w:r>
    </w:p>
    <w:p>
      <w:r>
        <w:rPr>
          <w:rFonts w:ascii="IM Fell English" w:hAnsi="IM Fell English"/>
          <w:color w:val="141414"/>
          <w:sz w:val="24"/>
        </w:rPr>
        <w:t>CAMERA TANK-CAM LEFT stays locked on Jennifer.</w:t>
      </w:r>
      <w:r>
        <w:rPr>
          <w:rFonts w:ascii="IM Fell English" w:hAnsi="IM Fell English"/>
          <w:color w:val="141414"/>
          <w:sz w:val="24"/>
        </w:rPr>
      </w:r>
      <w:r>
        <w:rPr>
          <w:rFonts w:ascii="IM Fell English" w:hAnsi="IM Fell English"/>
          <w:color w:val="141414"/>
          <w:sz w:val="24"/>
        </w:rPr>
        <w:t>CAMERA TANK-CAM RIGHT stays locked on Jackie.</w:t>
      </w:r>
      <w:r>
        <w:rPr>
          <w:rFonts w:ascii="IM Fell English" w:hAnsi="IM Fell English"/>
          <w:color w:val="141414"/>
          <w:sz w:val="24"/>
        </w:rPr>
      </w:r>
      <w:r>
        <w:rPr>
          <w:rFonts w:ascii="IM Fell English" w:hAnsi="IM Fell English"/>
          <w:color w:val="141414"/>
          <w:sz w:val="24"/>
        </w:rPr>
        <w:t>CAMERA STEADY-CAM moves between the two young Mistresses.</w:t>
      </w:r>
    </w:p>
    <w:p>
      <w:r>
        <w:rPr>
          <w:rFonts w:ascii="IM Fell English" w:hAnsi="IM Fell English"/>
          <w:color w:val="141414"/>
          <w:sz w:val="24"/>
        </w:rPr>
        <w:t>Jenna activates Jennifer’s welder at a low controlled level.</w:t>
      </w:r>
      <w:r>
        <w:rPr>
          <w:rFonts w:ascii="IM Fell English" w:hAnsi="IM Fell English"/>
          <w:color w:val="141414"/>
          <w:sz w:val="24"/>
        </w:rPr>
      </w:r>
      <w:r>
        <w:rPr>
          <w:rFonts w:ascii="IM Fell English" w:hAnsi="IM Fell English"/>
          <w:color w:val="141414"/>
          <w:sz w:val="24"/>
        </w:rPr>
        <w:t>Carissa immediately starts Jackie higher.</w:t>
      </w:r>
    </w:p>
    <w:p>
      <w:r>
        <w:rPr>
          <w:rFonts w:ascii="IM Fell English" w:hAnsi="IM Fell English"/>
          <w:color w:val="141414"/>
          <w:sz w:val="24"/>
        </w:rPr>
        <w:t>Both bodies jerk inside the extreme rope compression. Bubble streams change.</w:t>
      </w:r>
    </w:p>
    <w:p>
      <w:r>
        <w:rPr>
          <w:rFonts w:ascii="IM Fell English" w:hAnsi="IM Fell English"/>
          <w:color w:val="141414"/>
          <w:sz w:val="24"/>
        </w:rPr>
        <w:t>Jenna and Carissa trade comments, adjust dials, press hands to the glass, and quickly begin focusing almost all of their attention on Jackie’s tank. Jennifer’s welder is left on a steady low setting and largely ignored.</w:t>
      </w:r>
    </w:p>
    <w:p>
      <w:r>
        <w:rPr>
          <w:rFonts w:ascii="IM Fell English" w:hAnsi="IM Fell English"/>
          <w:color w:val="141414"/>
          <w:sz w:val="24"/>
        </w:rPr>
        <w:t>&lt;center&gt;CARISSA&lt;/center&gt; Look at her eyes. She’s still right here with us. &lt;center&gt;JENNA&lt;/center&gt; One more step. She can take it.</w:t>
      </w:r>
    </w:p>
    <w:p>
      <w:r>
        <w:rPr>
          <w:rFonts w:ascii="IM Fell English" w:hAnsi="IM Fell English"/>
          <w:color w:val="141414"/>
          <w:sz w:val="24"/>
        </w:rPr>
        <w:t>They keep working Jackie for a long time — raising current, backing it off, raising it again — completely absorbed.</w:t>
      </w:r>
    </w:p>
    <w:p>
      <w:r>
        <w:rPr>
          <w:rFonts w:ascii="IM Fell English" w:hAnsi="IM Fell English"/>
          <w:color w:val="141414"/>
          <w:sz w:val="24"/>
        </w:rPr>
        <w:t>CUT TO:</w:t>
      </w:r>
    </w:p>
    <w:p>
      <w:pPr>
        <w:jc w:val="center"/>
      </w:pPr>
      <w:r>
        <w:rPr>
          <w:color w:val="141414"/>
        </w:rPr>
        <w:t>———</w:t>
      </w:r>
    </w:p>
    <w:p>
      <w:r>
        <w:rPr>
          <w:rFonts w:ascii="IM Fell English" w:hAnsi="IM Fell English"/>
          <w:b/>
          <w:color w:val="141414"/>
          <w:sz w:val="24"/>
        </w:rPr>
        <w:t>SCENE 4</w:t>
      </w:r>
      <w:r>
        <w:rPr>
          <w:rFonts w:ascii="IM Fell English" w:hAnsi="IM Fell English"/>
          <w:color w:val="141414"/>
          <w:sz w:val="24"/>
        </w:rPr>
      </w:r>
      <w:r>
        <w:rPr>
          <w:rFonts w:ascii="IM Fell English" w:hAnsi="IM Fell English"/>
          <w:b/>
          <w:color w:val="141414"/>
          <w:sz w:val="24"/>
        </w:rPr>
        <w:t>EXT. TRAINING PAD – WATER TANKS – DAWN</w:t>
      </w:r>
    </w:p>
    <w:p>
      <w:r>
        <w:rPr>
          <w:rFonts w:ascii="IM Fell English" w:hAnsi="IM Fell English"/>
          <w:color w:val="141414"/>
          <w:sz w:val="24"/>
        </w:rPr>
        <w:t>The sky has begun to lighten.</w:t>
      </w:r>
    </w:p>
    <w:p>
      <w:r>
        <w:rPr>
          <w:rFonts w:ascii="IM Fell English" w:hAnsi="IM Fell English"/>
          <w:color w:val="141414"/>
          <w:sz w:val="24"/>
        </w:rPr>
        <w:t>Jenna finally steps back from Jackie’s tank and wipes her hands.</w:t>
      </w:r>
    </w:p>
    <w:p>
      <w:r>
        <w:rPr>
          <w:rFonts w:ascii="IM Fell English" w:hAnsi="IM Fell English"/>
          <w:color w:val="141414"/>
          <w:sz w:val="24"/>
        </w:rPr>
        <w:t>&lt;center&gt;JENNA&lt;/center&gt; I’m done playing with this one for now. Pull her out. I want her used while we finish the other one properly.</w:t>
      </w:r>
    </w:p>
    <w:p>
      <w:r>
        <w:rPr>
          <w:rFonts w:ascii="IM Fell English" w:hAnsi="IM Fell English"/>
          <w:color w:val="141414"/>
          <w:sz w:val="24"/>
        </w:rPr>
        <w:t>They shut Jackie’s welder off, haul her out of the tank, and cut the mantle rope away in quick strips until she stands naked, dripping, and heavily marked on the concrete.</w:t>
      </w:r>
    </w:p>
    <w:p>
      <w:r>
        <w:rPr>
          <w:rFonts w:ascii="IM Fell English" w:hAnsi="IM Fell English"/>
          <w:color w:val="141414"/>
          <w:sz w:val="24"/>
        </w:rPr>
        <w:t>Carissa gives her a light shove toward the waiting cadets.</w:t>
      </w:r>
    </w:p>
    <w:p>
      <w:r>
        <w:rPr>
          <w:rFonts w:ascii="IM Fell English" w:hAnsi="IM Fell English"/>
          <w:color w:val="141414"/>
          <w:sz w:val="24"/>
        </w:rPr>
        <w:t>&lt;center&gt;CARISSA&lt;/center&gt; Go be useful, Mommy. Show them what a real bloodline whore looks like when she’s still warm from the tank.</w:t>
      </w:r>
    </w:p>
    <w:p>
      <w:r>
        <w:rPr>
          <w:rFonts w:ascii="IM Fell English" w:hAnsi="IM Fell English"/>
          <w:color w:val="141414"/>
          <w:sz w:val="24"/>
        </w:rPr>
        <w:t>The cadets take Jackie down immediately. They put her on her hands and knees on the wet concrete and start using her hard.</w:t>
      </w:r>
    </w:p>
    <w:p>
      <w:r>
        <w:rPr>
          <w:rFonts w:ascii="IM Fell English" w:hAnsi="IM Fell English"/>
          <w:color w:val="141414"/>
          <w:sz w:val="24"/>
        </w:rPr>
        <w:t>CAMERA A stays with Jackie and the cadets.</w:t>
      </w:r>
      <w:r>
        <w:rPr>
          <w:rFonts w:ascii="IM Fell English" w:hAnsi="IM Fell English"/>
          <w:color w:val="141414"/>
          <w:sz w:val="24"/>
        </w:rPr>
      </w:r>
      <w:r>
        <w:rPr>
          <w:rFonts w:ascii="IM Fell English" w:hAnsi="IM Fell English"/>
          <w:color w:val="141414"/>
          <w:sz w:val="24"/>
        </w:rPr>
        <w:t>CAMERA B and both TANK-CAMS swing back to the left-hand tank.</w:t>
      </w:r>
    </w:p>
    <w:p>
      <w:r>
        <w:rPr>
          <w:rFonts w:ascii="IM Fell English" w:hAnsi="IM Fell English"/>
          <w:color w:val="141414"/>
          <w:sz w:val="24"/>
        </w:rPr>
        <w:t>CUT TO:</w:t>
      </w:r>
    </w:p>
    <w:p>
      <w:pPr>
        <w:jc w:val="center"/>
      </w:pPr>
      <w:r>
        <w:rPr>
          <w:color w:val="141414"/>
        </w:rPr>
        <w:t>———</w:t>
      </w:r>
    </w:p>
    <w:p>
      <w:r>
        <w:rPr>
          <w:rFonts w:ascii="IM Fell English" w:hAnsi="IM Fell English"/>
          <w:b/>
          <w:color w:val="141414"/>
          <w:sz w:val="24"/>
        </w:rPr>
        <w:t>SCENE 5</w:t>
      </w:r>
      <w:r>
        <w:rPr>
          <w:rFonts w:ascii="IM Fell English" w:hAnsi="IM Fell English"/>
          <w:color w:val="141414"/>
          <w:sz w:val="24"/>
        </w:rPr>
      </w:r>
      <w:r>
        <w:rPr>
          <w:rFonts w:ascii="IM Fell English" w:hAnsi="IM Fell English"/>
          <w:b/>
          <w:color w:val="141414"/>
          <w:sz w:val="24"/>
        </w:rPr>
        <w:t>EXT. TRAINING PAD – WATER TANKS – CONTINUOUS</w:t>
      </w:r>
    </w:p>
    <w:p>
      <w:r>
        <w:rPr>
          <w:rFonts w:ascii="IM Fell English" w:hAnsi="IM Fell English"/>
          <w:color w:val="141414"/>
          <w:sz w:val="24"/>
        </w:rPr>
        <w:t>Jennifer still hangs exactly where they left her — tightly mummified, eyes open, bubble stream thinning under the low current.</w:t>
      </w:r>
    </w:p>
    <w:p>
      <w:r>
        <w:rPr>
          <w:rFonts w:ascii="IM Fell English" w:hAnsi="IM Fell English"/>
          <w:color w:val="141414"/>
          <w:sz w:val="24"/>
        </w:rPr>
        <w:t>Jenna rests one hand on the glass.</w:t>
      </w:r>
    </w:p>
    <w:p>
      <w:r>
        <w:rPr>
          <w:rFonts w:ascii="IM Fell English" w:hAnsi="IM Fell English"/>
          <w:color w:val="141414"/>
          <w:sz w:val="24"/>
        </w:rPr>
        <w:t>&lt;center&gt;JENNA&lt;/center&gt; You ready to earn your death scene, twin? No more background. You’re the main event now.</w:t>
      </w:r>
    </w:p>
    <w:p>
      <w:r>
        <w:rPr>
          <w:rFonts w:ascii="IM Fell English" w:hAnsi="IM Fell English"/>
          <w:color w:val="141414"/>
          <w:sz w:val="24"/>
        </w:rPr>
        <w:t>Jennifer’s eyes track her. The look is pure defiance and dark amusement.</w:t>
      </w:r>
    </w:p>
    <w:p>
      <w:r>
        <w:rPr>
          <w:rFonts w:ascii="IM Fell English" w:hAnsi="IM Fell English"/>
          <w:color w:val="141414"/>
          <w:sz w:val="24"/>
        </w:rPr>
        <w:t>Carissa reaches for the control dial on Jennifer’s welder and turns it up in a smooth, deliberate arc past every previous setting.</w:t>
      </w:r>
    </w:p>
    <w:p>
      <w:r>
        <w:rPr>
          <w:rFonts w:ascii="IM Fell English" w:hAnsi="IM Fell English"/>
          <w:color w:val="141414"/>
          <w:sz w:val="24"/>
        </w:rPr>
        <w:t>The electrical hum rises sharply.</w:t>
      </w:r>
      <w:r>
        <w:rPr>
          <w:rFonts w:ascii="IM Fell English" w:hAnsi="IM Fell English"/>
          <w:color w:val="141414"/>
          <w:sz w:val="24"/>
        </w:rPr>
      </w:r>
      <w:r>
        <w:rPr>
          <w:rFonts w:ascii="IM Fell English" w:hAnsi="IM Fell English"/>
          <w:color w:val="141414"/>
          <w:sz w:val="24"/>
        </w:rPr>
        <w:t>Jennifer’s body jerks hard inside the rope.</w:t>
      </w:r>
      <w:r>
        <w:rPr>
          <w:rFonts w:ascii="IM Fell English" w:hAnsi="IM Fell English"/>
          <w:color w:val="141414"/>
          <w:sz w:val="24"/>
        </w:rPr>
      </w:r>
      <w:r>
        <w:rPr>
          <w:rFonts w:ascii="IM Fell English" w:hAnsi="IM Fell English"/>
          <w:color w:val="141414"/>
          <w:sz w:val="24"/>
        </w:rPr>
        <w:t>The bubble stream becomes frantic, then erratic, then desperate.</w:t>
      </w:r>
    </w:p>
    <w:p>
      <w:r>
        <w:rPr>
          <w:rFonts w:ascii="IM Fell English" w:hAnsi="IM Fell English"/>
          <w:color w:val="141414"/>
          <w:sz w:val="24"/>
        </w:rPr>
        <w:t>Jenna and Carissa stand side by side at the glass watching while the cadets continue fucking Jackie only a few meters away. The wet sounds of the cadets mix with the rising electrical hum.</w:t>
      </w:r>
    </w:p>
    <w:p>
      <w:r>
        <w:rPr>
          <w:rFonts w:ascii="IM Fell English" w:hAnsi="IM Fell English"/>
          <w:color w:val="141414"/>
          <w:sz w:val="24"/>
        </w:rPr>
        <w:t>The current keeps climbing.</w:t>
      </w:r>
    </w:p>
    <w:p>
      <w:r>
        <w:rPr>
          <w:rFonts w:ascii="IM Fell English" w:hAnsi="IM Fell English"/>
          <w:color w:val="141414"/>
          <w:sz w:val="24"/>
        </w:rPr>
        <w:t>Jennifer’s eyes stay open as long as they can. Her body gives a series of violent tremors that have nowhere to go against the extreme compression. The last bubbles break the surface in a thin, broken trail.</w:t>
      </w:r>
    </w:p>
    <w:p>
      <w:r>
        <w:rPr>
          <w:rFonts w:ascii="IM Fell English" w:hAnsi="IM Fell English"/>
          <w:color w:val="141414"/>
          <w:sz w:val="24"/>
        </w:rPr>
        <w:t>Then she goes still.</w:t>
      </w:r>
    </w:p>
    <w:p>
      <w:r>
        <w:rPr>
          <w:rFonts w:ascii="IM Fell English" w:hAnsi="IM Fell English"/>
          <w:color w:val="141414"/>
          <w:sz w:val="24"/>
        </w:rPr>
        <w:t>The welder continues humming for several seconds.</w:t>
      </w:r>
    </w:p>
    <w:p>
      <w:r>
        <w:rPr>
          <w:rFonts w:ascii="IM Fell English" w:hAnsi="IM Fell English"/>
          <w:color w:val="141414"/>
          <w:sz w:val="24"/>
        </w:rPr>
        <w:t>Jenna reaches out and switches it off with a soft click.</w:t>
      </w:r>
    </w:p>
    <w:p>
      <w:r>
        <w:rPr>
          <w:rFonts w:ascii="IM Fell English" w:hAnsi="IM Fell English"/>
          <w:color w:val="141414"/>
          <w:sz w:val="24"/>
        </w:rPr>
        <w:t>Silence settles except for the ongoing sounds of the cadets using Jackie and the quiet drip of water from Jennifer’s tank.</w:t>
      </w:r>
    </w:p>
    <w:p>
      <w:r>
        <w:rPr>
          <w:rFonts w:ascii="IM Fell English" w:hAnsi="IM Fell English"/>
          <w:color w:val="141414"/>
          <w:sz w:val="24"/>
        </w:rPr>
        <w:t>&lt;center&gt;CARISSA&lt;/center&gt; Clean. &lt;center&gt;JENNA&lt;/center&gt; Clean. On schedule. She always did know how to die pretty.</w:t>
      </w:r>
    </w:p>
    <w:p>
      <w:r>
        <w:rPr>
          <w:rFonts w:ascii="IM Fell English" w:hAnsi="IM Fell English"/>
          <w:color w:val="141414"/>
          <w:sz w:val="24"/>
        </w:rPr>
        <w:t>They leave Jennifer exactly where she is — bound, submerged, heart stopped — and walk over to collect Jackie from the cadets.</w:t>
      </w:r>
    </w:p>
    <w:p>
      <w:r>
        <w:rPr>
          <w:rFonts w:ascii="IM Fell English" w:hAnsi="IM Fell English"/>
          <w:color w:val="141414"/>
          <w:sz w:val="24"/>
        </w:rPr>
        <w:t>Jackie is pulled off the last cock, breathing hard, eyes already finding the still tank where her wife hangs motionless.</w:t>
      </w:r>
    </w:p>
    <w:p>
      <w:r>
        <w:rPr>
          <w:rFonts w:ascii="IM Fell English" w:hAnsi="IM Fell English"/>
          <w:color w:val="141414"/>
          <w:sz w:val="24"/>
        </w:rPr>
        <w:t>FADE TO BLACK.</w:t>
      </w:r>
    </w:p>
    <w:p>
      <w:pPr>
        <w:jc w:val="center"/>
      </w:pPr>
      <w:r>
        <w:rPr>
          <w:color w:val="141414"/>
        </w:rPr>
        <w:t>———</w:t>
      </w:r>
    </w:p>
    <w:p>
      <w:r>
        <w:rPr>
          <w:rFonts w:ascii="IM Fell English" w:hAnsi="IM Fell English"/>
          <w:b/>
          <w:color w:val="141414"/>
          <w:sz w:val="24"/>
        </w:rPr>
        <w:t>END OF LOCKED SHOOTING DRAFT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68" w:lineRule="auto"/>
    </w:pPr>
    <w:rPr>
      <w:rFonts w:ascii="IM Fell English" w:hAnsi="IM Fell English"/>
      <w:color w:val="141414"/>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M Fell English" w:hAnsi="IM Fell English"/>
      <w:b/>
      <w:bCs/>
      <w:color w:val="0D0D0D"/>
      <w:sz w:val="5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M Fell English" w:hAnsi="IM Fell English"/>
      <w:b/>
      <w:bCs/>
      <w:color w:val="0D0D0D"/>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M Fell English" w:hAnsi="IM Fell English"/>
      <w:b/>
      <w:bCs/>
      <w:color w:val="0D0D0D"/>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