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Dream Life Of Pure Death: Vows of Flesh and Pain</w:t>
      </w:r>
    </w:p>
    <w:p>
      <w:pPr>
        <w:jc w:val="center"/>
      </w:pPr>
      <w:r>
        <w:rPr>
          <w:rFonts w:ascii="IM Fell English" w:hAnsi="IM Fell English"/>
          <w:color w:val="141414"/>
          <w:sz w:val="28"/>
        </w:rPr>
        <w:t>Christian Wilson</w:t>
      </w:r>
    </w:p>
    <w:p>
      <w:r>
        <w:br w:type="page"/>
      </w:r>
    </w:p>
    <w:p>
      <w:pPr>
        <w:pStyle w:val="Heading1"/>
        <w:jc w:val="center"/>
      </w:pPr>
      <w:r>
        <w:rPr>
          <w:rFonts w:ascii="IM Fell English" w:hAnsi="IM Fell English"/>
          <w:color w:val="0D0D0D"/>
        </w:rPr>
        <w:t>CHAPTER 1 — STILL OURS</w:t>
      </w:r>
    </w:p>
    <w:p>
      <w:r>
        <w:rPr>
          <w:rFonts w:ascii="IM Fell English" w:hAnsi="IM Fell English"/>
          <w:color w:val="141414"/>
          <w:sz w:val="24"/>
        </w:rPr>
        <w:t xml:space="preserve">Jackie drifted toward consciousness at the hushed sound of movement in the bedroom. </w:t>
      </w:r>
    </w:p>
    <w:p>
      <w:r>
        <w:rPr>
          <w:rFonts w:ascii="IM Fell English" w:hAnsi="IM Fell English"/>
          <w:color w:val="141414"/>
          <w:sz w:val="24"/>
        </w:rPr>
        <w:t xml:space="preserve">She remained motionless, listening. The brutal ache from the last film had finally receded into a dull echo, though phantom reminders flared if she pushed too hard. At last, her body felt like her own again. </w:t>
      </w:r>
    </w:p>
    <w:p>
      <w:r>
        <w:rPr>
          <w:rFonts w:ascii="IM Fell English" w:hAnsi="IM Fell English"/>
          <w:color w:val="141414"/>
          <w:sz w:val="24"/>
        </w:rPr>
        <w:t>A warm hand settled on her hip.</w:t>
      </w:r>
    </w:p>
    <w:p>
      <w:r>
        <w:rPr>
          <w:rFonts w:ascii="IM Fell English" w:hAnsi="IM Fell English"/>
          <w:color w:val="141414"/>
          <w:sz w:val="24"/>
        </w:rPr>
        <w:t>“You’re awake,” Lena said quietly.</w:t>
      </w:r>
    </w:p>
    <w:p>
      <w:r>
        <w:rPr>
          <w:rFonts w:ascii="IM Fell English" w:hAnsi="IM Fell English"/>
          <w:color w:val="141414"/>
          <w:sz w:val="24"/>
        </w:rPr>
        <w:t xml:space="preserve">Jackie opened her eyes to find Lena perched on the edge of the bed, clad in black and flawlessly composed, her camera resting against her thigh. Jennifer was still dead to the world on her stomach, while Marcus sat by the window, his attention shifting from his phone the moment Jackie stirred. </w:t>
      </w:r>
    </w:p>
    <w:p>
      <w:r>
        <w:rPr>
          <w:rFonts w:ascii="IM Fell English" w:hAnsi="IM Fell English"/>
          <w:color w:val="141414"/>
          <w:sz w:val="24"/>
        </w:rPr>
        <w:t>“Morning,” he said.</w:t>
      </w:r>
    </w:p>
    <w:p>
      <w:r>
        <w:rPr>
          <w:rFonts w:ascii="IM Fell English" w:hAnsi="IM Fell English"/>
          <w:color w:val="141414"/>
          <w:sz w:val="24"/>
        </w:rPr>
        <w:t>Jackie pushed herself up and stretched, feeling only a mild pull along her old bruises.</w:t>
      </w:r>
    </w:p>
    <w:p>
      <w:r>
        <w:rPr>
          <w:rFonts w:ascii="IM Fell English" w:hAnsi="IM Fell English"/>
          <w:color w:val="141414"/>
          <w:sz w:val="24"/>
        </w:rPr>
        <w:t>“What time is it?”</w:t>
      </w:r>
    </w:p>
    <w:p>
      <w:r>
        <w:rPr>
          <w:rFonts w:ascii="IM Fell English" w:hAnsi="IM Fell English"/>
          <w:color w:val="141414"/>
          <w:sz w:val="24"/>
        </w:rPr>
        <w:t>“Almost ten,” Lena answered. She reached over and brushed a strand of hair away from Jackie’s face. “You both slept in.”</w:t>
      </w:r>
    </w:p>
    <w:p>
      <w:r>
        <w:rPr>
          <w:rFonts w:ascii="IM Fell English" w:hAnsi="IM Fell English"/>
          <w:color w:val="141414"/>
          <w:sz w:val="24"/>
        </w:rPr>
        <w:t>Jennifer made a low, irritated sound into the pillow and turned her head just enough to open one eye.</w:t>
      </w:r>
    </w:p>
    <w:p>
      <w:r>
        <w:rPr>
          <w:rFonts w:ascii="IM Fell English" w:hAnsi="IM Fell English"/>
          <w:color w:val="141414"/>
          <w:sz w:val="24"/>
        </w:rPr>
        <w:t>“Why are you both already dressed? It’s offensive.”</w:t>
      </w:r>
    </w:p>
    <w:p>
      <w:r>
        <w:rPr>
          <w:rFonts w:ascii="IM Fell English" w:hAnsi="IM Fell English"/>
          <w:color w:val="141414"/>
          <w:sz w:val="24"/>
        </w:rPr>
        <w:t>Marcus smirked.</w:t>
      </w:r>
    </w:p>
    <w:p>
      <w:r>
        <w:rPr>
          <w:rFonts w:ascii="IM Fell English" w:hAnsi="IM Fell English"/>
          <w:color w:val="141414"/>
          <w:sz w:val="24"/>
        </w:rPr>
        <w:t>“Some of us have responsibilities.”</w:t>
      </w:r>
    </w:p>
    <w:p>
      <w:r>
        <w:rPr>
          <w:rFonts w:ascii="IM Fell English" w:hAnsi="IM Fell English"/>
          <w:color w:val="141414"/>
          <w:sz w:val="24"/>
        </w:rPr>
        <w:t>Jennifer groaned and buried her face again.</w:t>
      </w:r>
    </w:p>
    <w:p>
      <w:r>
        <w:rPr>
          <w:rFonts w:ascii="IM Fell English" w:hAnsi="IM Fell English"/>
          <w:color w:val="141414"/>
          <w:sz w:val="24"/>
        </w:rPr>
        <w:t>“I hate responsible people.”</w:t>
      </w:r>
    </w:p>
    <w:p>
      <w:r>
        <w:rPr>
          <w:rFonts w:ascii="IM Fell English" w:hAnsi="IM Fell English"/>
          <w:color w:val="141414"/>
          <w:sz w:val="24"/>
        </w:rPr>
        <w:t xml:space="preserve">Jackie laughed softly; the sound came more effortlessly now. Lena watched her, her gaze tracing the map of Jackie’s old injuries with an intensity that was more clinical than tender. </w:t>
      </w:r>
    </w:p>
    <w:p>
      <w:r>
        <w:rPr>
          <w:rFonts w:ascii="IM Fell English" w:hAnsi="IM Fell English"/>
          <w:color w:val="141414"/>
          <w:sz w:val="24"/>
        </w:rPr>
        <w:t>“It’s doing much better,” Lena said.</w:t>
      </w:r>
    </w:p>
    <w:p>
      <w:r>
        <w:rPr>
          <w:rFonts w:ascii="IM Fell English" w:hAnsi="IM Fell English"/>
          <w:color w:val="141414"/>
          <w:sz w:val="24"/>
        </w:rPr>
        <w:t>Jackie glanced down at herself.</w:t>
      </w:r>
    </w:p>
    <w:p>
      <w:r>
        <w:rPr>
          <w:rFonts w:ascii="IM Fell English" w:hAnsi="IM Fell English"/>
          <w:color w:val="141414"/>
          <w:sz w:val="24"/>
        </w:rPr>
        <w:t>“Feels like it.”</w:t>
      </w:r>
    </w:p>
    <w:p>
      <w:r>
        <w:rPr>
          <w:rFonts w:ascii="IM Fell English" w:hAnsi="IM Fell English"/>
          <w:color w:val="141414"/>
          <w:sz w:val="24"/>
        </w:rPr>
        <w:t>Lena’s gaze shifted briefly toward Jennifer.</w:t>
      </w:r>
    </w:p>
    <w:p>
      <w:r>
        <w:rPr>
          <w:rFonts w:ascii="IM Fell English" w:hAnsi="IM Fell English"/>
          <w:color w:val="141414"/>
          <w:sz w:val="24"/>
        </w:rPr>
        <w:t>“Faster than hers did at this stage.”</w:t>
      </w:r>
    </w:p>
    <w:p>
      <w:r>
        <w:rPr>
          <w:rFonts w:ascii="IM Fell English" w:hAnsi="IM Fell English"/>
          <w:color w:val="141414"/>
          <w:sz w:val="24"/>
        </w:rPr>
        <w:t>Jennifer’s voice came muffled from the pillow.</w:t>
      </w:r>
    </w:p>
    <w:p>
      <w:r>
        <w:rPr>
          <w:rFonts w:ascii="IM Fell English" w:hAnsi="IM Fell English"/>
          <w:color w:val="141414"/>
          <w:sz w:val="24"/>
        </w:rPr>
        <w:t>“I can hear you comparing us.”</w:t>
      </w:r>
    </w:p>
    <w:p>
      <w:r>
        <w:rPr>
          <w:rFonts w:ascii="IM Fell English" w:hAnsi="IM Fell English"/>
          <w:color w:val="141414"/>
          <w:sz w:val="24"/>
        </w:rPr>
        <w:t>“Good,” Lena said. “Then you know you’re both coming back clean.”</w:t>
      </w:r>
    </w:p>
    <w:p>
      <w:r>
        <w:rPr>
          <w:rFonts w:ascii="IM Fell English" w:hAnsi="IM Fell English"/>
          <w:color w:val="141414"/>
          <w:sz w:val="24"/>
        </w:rPr>
        <w:t xml:space="preserve">She rose to her feet, her voice smoothing into a professional evenness. </w:t>
      </w:r>
    </w:p>
    <w:p>
      <w:r>
        <w:rPr>
          <w:rFonts w:ascii="IM Fell English" w:hAnsi="IM Fell English"/>
          <w:color w:val="141414"/>
          <w:sz w:val="24"/>
        </w:rPr>
        <w:t>“You two have a meeting with Saiya this afternoon. She wants to talk about the next project.”</w:t>
      </w:r>
    </w:p>
    <w:p>
      <w:r>
        <w:rPr>
          <w:rFonts w:ascii="IM Fell English" w:hAnsi="IM Fell English"/>
          <w:color w:val="141414"/>
          <w:sz w:val="24"/>
        </w:rPr>
        <w:t>Jennifer’s head lifted at that.</w:t>
      </w:r>
    </w:p>
    <w:p>
      <w:r>
        <w:rPr>
          <w:rFonts w:ascii="IM Fell English" w:hAnsi="IM Fell English"/>
          <w:color w:val="141414"/>
          <w:sz w:val="24"/>
        </w:rPr>
        <w:t>“Already?”</w:t>
      </w:r>
    </w:p>
    <w:p>
      <w:r>
        <w:rPr>
          <w:rFonts w:ascii="IM Fell English" w:hAnsi="IM Fell English"/>
          <w:color w:val="141414"/>
          <w:sz w:val="24"/>
        </w:rPr>
        <w:t>“Yes,” Marcus said. He put his phone away and leaned forward. “She’s done waiting.”</w:t>
      </w:r>
    </w:p>
    <w:p>
      <w:r>
        <w:rPr>
          <w:rFonts w:ascii="IM Fell English" w:hAnsi="IM Fell English"/>
          <w:color w:val="141414"/>
          <w:sz w:val="24"/>
        </w:rPr>
        <w:t xml:space="preserve">Jennifer flopped onto her back, staring moodily at a spot on the ceiling. </w:t>
      </w:r>
    </w:p>
    <w:p>
      <w:r>
        <w:rPr>
          <w:rFonts w:ascii="IM Fell English" w:hAnsi="IM Fell English"/>
          <w:color w:val="141414"/>
          <w:sz w:val="24"/>
        </w:rPr>
        <w:t xml:space="preserve">“Of course she is. The moment we start feeling like human beings again, she decides it’s time to ruin it.” </w:t>
      </w:r>
    </w:p>
    <w:p>
      <w:r>
        <w:rPr>
          <w:rFonts w:ascii="IM Fell English" w:hAnsi="IM Fell English"/>
          <w:color w:val="141414"/>
          <w:sz w:val="24"/>
        </w:rPr>
        <w:t>Lena walked over to the dresser. She picked up a black folder and tossed it onto the bed between them.</w:t>
      </w:r>
    </w:p>
    <w:p>
      <w:r>
        <w:rPr>
          <w:rFonts w:ascii="IM Fell English" w:hAnsi="IM Fell English"/>
          <w:color w:val="141414"/>
          <w:sz w:val="24"/>
        </w:rPr>
        <w:t>“She sent preliminary notes last night.”</w:t>
      </w:r>
    </w:p>
    <w:p>
      <w:r>
        <w:rPr>
          <w:rFonts w:ascii="IM Fell English" w:hAnsi="IM Fell English"/>
          <w:color w:val="141414"/>
          <w:sz w:val="24"/>
        </w:rPr>
        <w:t>Jackie reached for the folder and opened it. The first page had a single title written in bold letters:</w:t>
      </w:r>
    </w:p>
    <w:p>
      <w:r>
        <w:rPr>
          <w:rFonts w:ascii="IM Fell English" w:hAnsi="IM Fell English"/>
          <w:b/>
          <w:color w:val="141414"/>
          <w:sz w:val="24"/>
        </w:rPr>
        <w:t>Pure Death: Vows of Flesh and Pain</w:t>
      </w:r>
    </w:p>
    <w:p>
      <w:r>
        <w:rPr>
          <w:rFonts w:ascii="IM Fell English" w:hAnsi="IM Fell English"/>
          <w:color w:val="141414"/>
          <w:sz w:val="24"/>
        </w:rPr>
        <w:t>Underneath it, in smaller text:</w:t>
      </w:r>
    </w:p>
    <w:p>
      <w:r>
        <w:rPr>
          <w:rFonts w:ascii="IM Fell English" w:hAnsi="IM Fell English"/>
          <w:i/>
          <w:color w:val="141414"/>
          <w:sz w:val="24"/>
        </w:rPr>
        <w:t>A reimagining of the wedding and honeymoon.</w:t>
      </w:r>
    </w:p>
    <w:p>
      <w:r>
        <w:rPr>
          <w:rFonts w:ascii="IM Fell English" w:hAnsi="IM Fell English"/>
          <w:color w:val="141414"/>
          <w:sz w:val="24"/>
        </w:rPr>
        <w:t xml:space="preserve">Jennifer sat up, peering over Jackie’s shoulder. Her expression darkened. </w:t>
      </w:r>
    </w:p>
    <w:p>
      <w:r>
        <w:rPr>
          <w:rFonts w:ascii="IM Fell English" w:hAnsi="IM Fell English"/>
          <w:color w:val="141414"/>
          <w:sz w:val="24"/>
        </w:rPr>
        <w:t>“She’s making us redo our wedding?”</w:t>
      </w:r>
    </w:p>
    <w:p>
      <w:r>
        <w:rPr>
          <w:rFonts w:ascii="IM Fell English" w:hAnsi="IM Fell English"/>
          <w:color w:val="141414"/>
          <w:sz w:val="24"/>
        </w:rPr>
        <w:t>“In a way,” Lena said. “From what I understand, it’s going to be heavier than the last one.”</w:t>
      </w:r>
    </w:p>
    <w:p>
      <w:r>
        <w:rPr>
          <w:rFonts w:ascii="IM Fell English" w:hAnsi="IM Fell English"/>
          <w:color w:val="141414"/>
          <w:sz w:val="24"/>
        </w:rPr>
        <w:t>Jackie closed the folder and looked at her.</w:t>
      </w:r>
    </w:p>
    <w:p>
      <w:r>
        <w:rPr>
          <w:rFonts w:ascii="IM Fell English" w:hAnsi="IM Fell English"/>
          <w:color w:val="141414"/>
          <w:sz w:val="24"/>
        </w:rPr>
        <w:t>“How much heavier?”</w:t>
      </w:r>
    </w:p>
    <w:p>
      <w:r>
        <w:rPr>
          <w:rFonts w:ascii="IM Fell English" w:hAnsi="IM Fell English"/>
          <w:color w:val="141414"/>
          <w:sz w:val="24"/>
        </w:rPr>
        <w:t xml:space="preserve">Lena hesitated, exchanging a brief, unreadable look with Marcus before turning back to them. </w:t>
      </w:r>
    </w:p>
    <w:p>
      <w:r>
        <w:rPr>
          <w:rFonts w:ascii="IM Fell English" w:hAnsi="IM Fell English"/>
          <w:color w:val="141414"/>
          <w:sz w:val="24"/>
        </w:rPr>
        <w:t>“You’ll find out this afternoon. Saiya wants to discuss it in person.”</w:t>
      </w:r>
    </w:p>
    <w:p>
      <w:r>
        <w:rPr>
          <w:rFonts w:ascii="IM Fell English" w:hAnsi="IM Fell English"/>
          <w:color w:val="141414"/>
          <w:sz w:val="24"/>
        </w:rPr>
        <w:t>Jennifer let out a short, bitter laugh.</w:t>
      </w:r>
    </w:p>
    <w:p>
      <w:r>
        <w:rPr>
          <w:rFonts w:ascii="IM Fell English" w:hAnsi="IM Fell English"/>
          <w:color w:val="141414"/>
          <w:sz w:val="24"/>
        </w:rPr>
        <w:t>“That means it’s going to be fucked up.”</w:t>
      </w:r>
    </w:p>
    <w:p>
      <w:r>
        <w:rPr>
          <w:rFonts w:ascii="IM Fell English" w:hAnsi="IM Fell English"/>
          <w:color w:val="141414"/>
          <w:sz w:val="24"/>
        </w:rPr>
        <w:t>“Most likely,” Marcus agreed.</w:t>
      </w:r>
    </w:p>
    <w:p>
      <w:r>
        <w:rPr>
          <w:rFonts w:ascii="IM Fell English" w:hAnsi="IM Fell English"/>
          <w:color w:val="141414"/>
          <w:sz w:val="24"/>
        </w:rPr>
        <w:t xml:space="preserve">A heavy silence settled over the bed. Jennifer leaned her head against Jackie’s shoulder, her gaze fixed on the closed folder. </w:t>
      </w:r>
    </w:p>
    <w:p>
      <w:r>
        <w:rPr>
          <w:rFonts w:ascii="IM Fell English" w:hAnsi="IM Fell English"/>
          <w:color w:val="141414"/>
          <w:sz w:val="24"/>
        </w:rPr>
        <w:t>“Did she say anything else?” Jackie asked.</w:t>
      </w:r>
    </w:p>
    <w:p>
      <w:r>
        <w:rPr>
          <w:rFonts w:ascii="IM Fell English" w:hAnsi="IM Fell English"/>
          <w:color w:val="141414"/>
          <w:sz w:val="24"/>
        </w:rPr>
        <w:t>Lena shook her head once.</w:t>
      </w:r>
    </w:p>
    <w:p>
      <w:r>
        <w:rPr>
          <w:rFonts w:ascii="IM Fell English" w:hAnsi="IM Fell English"/>
          <w:color w:val="141414"/>
          <w:sz w:val="24"/>
        </w:rPr>
        <w:t>“Nothing she wants delivered secondhand. She wants both of you there.”</w:t>
      </w:r>
    </w:p>
    <w:p>
      <w:r>
        <w:rPr>
          <w:rFonts w:ascii="IM Fell English" w:hAnsi="IM Fell English"/>
          <w:color w:val="141414"/>
          <w:sz w:val="24"/>
        </w:rPr>
        <w:t>Marcus stood and stretched.</w:t>
      </w:r>
    </w:p>
    <w:p>
      <w:r>
        <w:rPr>
          <w:rFonts w:ascii="IM Fell English" w:hAnsi="IM Fell English"/>
          <w:color w:val="141414"/>
          <w:sz w:val="24"/>
        </w:rPr>
        <w:t>“You two should eat before the meeting. Saiya’s not going to care if you show up running on nothing.”</w:t>
      </w:r>
    </w:p>
    <w:p>
      <w:r>
        <w:rPr>
          <w:rFonts w:ascii="IM Fell English" w:hAnsi="IM Fell English"/>
          <w:color w:val="141414"/>
          <w:sz w:val="24"/>
        </w:rPr>
        <w:t xml:space="preserve">Lena glided over to Jennifer’s side of the bed and hooked two fingers under her chin, forcing her to meet her gaze. </w:t>
      </w:r>
    </w:p>
    <w:p>
      <w:r>
        <w:rPr>
          <w:rFonts w:ascii="IM Fell English" w:hAnsi="IM Fell English"/>
          <w:color w:val="141414"/>
          <w:sz w:val="24"/>
        </w:rPr>
        <w:t>“That includes you,” she said calmly. “No skipping meals. No pretending you’re fine when you’re not.”</w:t>
      </w:r>
    </w:p>
    <w:p>
      <w:r>
        <w:rPr>
          <w:rFonts w:ascii="IM Fell English" w:hAnsi="IM Fell English"/>
          <w:color w:val="141414"/>
          <w:sz w:val="24"/>
        </w:rPr>
        <w:t>Jennifer held her gaze for a few seconds, then gave a small smirk.</w:t>
      </w:r>
    </w:p>
    <w:p>
      <w:r>
        <w:rPr>
          <w:rFonts w:ascii="IM Fell English" w:hAnsi="IM Fell English"/>
          <w:color w:val="141414"/>
          <w:sz w:val="24"/>
        </w:rPr>
        <w:t>“Yes, Mistress.”</w:t>
      </w:r>
    </w:p>
    <w:p>
      <w:r>
        <w:rPr>
          <w:rFonts w:ascii="IM Fell English" w:hAnsi="IM Fell English"/>
          <w:color w:val="141414"/>
          <w:sz w:val="24"/>
        </w:rPr>
        <w:t>Lena’s mouth curved slightly.</w:t>
      </w:r>
    </w:p>
    <w:p>
      <w:r>
        <w:rPr>
          <w:rFonts w:ascii="IM Fell English" w:hAnsi="IM Fell English"/>
          <w:color w:val="141414"/>
          <w:sz w:val="24"/>
        </w:rPr>
        <w:t>“Good girl.”</w:t>
      </w:r>
    </w:p>
    <w:p>
      <w:r>
        <w:rPr>
          <w:rFonts w:ascii="IM Fell English" w:hAnsi="IM Fell English"/>
          <w:color w:val="141414"/>
          <w:sz w:val="24"/>
        </w:rPr>
        <w:t>She released Jennifer’s chin and looked at Jackie.</w:t>
      </w:r>
    </w:p>
    <w:p>
      <w:r>
        <w:rPr>
          <w:rFonts w:ascii="IM Fell English" w:hAnsi="IM Fell English"/>
          <w:color w:val="141414"/>
          <w:sz w:val="24"/>
        </w:rPr>
        <w:t>“Same goes for you.”</w:t>
      </w:r>
    </w:p>
    <w:p>
      <w:r>
        <w:rPr>
          <w:rFonts w:ascii="IM Fell English" w:hAnsi="IM Fell English"/>
          <w:color w:val="141414"/>
          <w:sz w:val="24"/>
        </w:rPr>
        <w:t>Jackie nodded.</w:t>
      </w:r>
    </w:p>
    <w:p>
      <w:r>
        <w:rPr>
          <w:rFonts w:ascii="IM Fell English" w:hAnsi="IM Fell English"/>
          <w:color w:val="141414"/>
          <w:sz w:val="24"/>
        </w:rPr>
        <w:t>“Understood.”</w:t>
      </w:r>
    </w:p>
    <w:p>
      <w:r>
        <w:rPr>
          <w:rFonts w:ascii="IM Fell English" w:hAnsi="IM Fell English"/>
          <w:color w:val="141414"/>
          <w:sz w:val="24"/>
        </w:rPr>
        <w:t xml:space="preserve">Marcus turned toward the door, but Lena lingered. She studied Jackie and Jennifer with clinical detachment for a long moment before speaking again. </w:t>
      </w:r>
    </w:p>
    <w:p>
      <w:r>
        <w:rPr>
          <w:rFonts w:ascii="IM Fell English" w:hAnsi="IM Fell English"/>
          <w:color w:val="141414"/>
          <w:sz w:val="24"/>
        </w:rPr>
        <w:t>“Before you get up…” Her voice was calm, but there was something heavier underneath it. “Marcus. Stay.”</w:t>
      </w:r>
    </w:p>
    <w:p>
      <w:r>
        <w:rPr>
          <w:rFonts w:ascii="IM Fell English" w:hAnsi="IM Fell English"/>
          <w:color w:val="141414"/>
          <w:sz w:val="24"/>
        </w:rPr>
        <w:t>Marcus stopped and turned back.</w:t>
      </w:r>
    </w:p>
    <w:p>
      <w:r>
        <w:rPr>
          <w:rFonts w:ascii="IM Fell English" w:hAnsi="IM Fell English"/>
          <w:color w:val="141414"/>
          <w:sz w:val="24"/>
        </w:rPr>
        <w:t>Jennifer raised an eyebrow.</w:t>
      </w:r>
    </w:p>
    <w:p>
      <w:r>
        <w:rPr>
          <w:rFonts w:ascii="IM Fell English" w:hAnsi="IM Fell English"/>
          <w:color w:val="141414"/>
          <w:sz w:val="24"/>
        </w:rPr>
        <w:t>“What’s this?”</w:t>
      </w:r>
    </w:p>
    <w:p>
      <w:r>
        <w:rPr>
          <w:rFonts w:ascii="IM Fell English" w:hAnsi="IM Fell English"/>
          <w:color w:val="141414"/>
          <w:sz w:val="24"/>
        </w:rPr>
        <w:t>Lena didn’t answer her. She simply looked at Marcus and gave a small nod.</w:t>
      </w:r>
    </w:p>
    <w:p>
      <w:r>
        <w:rPr>
          <w:rFonts w:ascii="IM Fell English" w:hAnsi="IM Fell English"/>
          <w:color w:val="141414"/>
          <w:sz w:val="24"/>
        </w:rPr>
        <w:t>That was all he needed.</w:t>
      </w:r>
    </w:p>
    <w:p>
      <w:r>
        <w:rPr>
          <w:rFonts w:ascii="IM Fell English" w:hAnsi="IM Fell English"/>
          <w:color w:val="141414"/>
          <w:sz w:val="24"/>
        </w:rPr>
        <w:t>Marcus walked back to the bed, pulled his shirt off in one smooth motion, and tossed it aside. Jackie and Jennifer both watched him as he unbuckled his belt and pushed his pants down. His cock was already half-hard.</w:t>
      </w:r>
    </w:p>
    <w:p>
      <w:r>
        <w:rPr>
          <w:rFonts w:ascii="IM Fell English" w:hAnsi="IM Fell English"/>
          <w:color w:val="141414"/>
          <w:sz w:val="24"/>
        </w:rPr>
        <w:t>Lena moved to the chair near the window and sat down, crossing one leg over the other. She lifted the camera, checked the frame, and angled it so she had a clean view of the bed. She didn’t say anything about it. She didn’t need to.</w:t>
      </w:r>
    </w:p>
    <w:p>
      <w:r>
        <w:rPr>
          <w:rFonts w:ascii="IM Fell English" w:hAnsi="IM Fell English"/>
          <w:color w:val="141414"/>
          <w:sz w:val="24"/>
        </w:rPr>
        <w:t>Jackie glanced at the camera, then at Lena.</w:t>
      </w:r>
    </w:p>
    <w:p>
      <w:r>
        <w:rPr>
          <w:rFonts w:ascii="IM Fell English" w:hAnsi="IM Fell English"/>
          <w:color w:val="141414"/>
          <w:sz w:val="24"/>
        </w:rPr>
        <w:t>Lena met her eyes and gave the smallest nod.</w:t>
      </w:r>
    </w:p>
    <w:p>
      <w:r>
        <w:rPr>
          <w:rFonts w:ascii="IM Fell English" w:hAnsi="IM Fell English"/>
          <w:color w:val="141414"/>
          <w:sz w:val="24"/>
        </w:rPr>
        <w:t>Jackie understood.</w:t>
      </w:r>
    </w:p>
    <w:p>
      <w:r>
        <w:rPr>
          <w:rFonts w:ascii="IM Fell English" w:hAnsi="IM Fell English"/>
          <w:color w:val="141414"/>
          <w:sz w:val="24"/>
        </w:rPr>
        <w:t>So did Jennifer.</w:t>
      </w:r>
    </w:p>
    <w:p>
      <w:r>
        <w:rPr>
          <w:rFonts w:ascii="IM Fell English" w:hAnsi="IM Fell English"/>
          <w:color w:val="141414"/>
          <w:sz w:val="24"/>
        </w:rPr>
        <w:t>Marcus climbed onto the bed between them. He didn’t rush. He reached out and gripped Jackie’s jaw first, turning her face toward him, and kissed her hard. It wasn’t gentle. It was deep and demanding, the kind of kiss that made it clear who was in control. Jackie kissed him back just as hard, already pushing the sheets down off her body.</w:t>
      </w:r>
    </w:p>
    <w:p>
      <w:r>
        <w:rPr>
          <w:rFonts w:ascii="IM Fell English" w:hAnsi="IM Fell English"/>
          <w:color w:val="141414"/>
          <w:sz w:val="24"/>
        </w:rPr>
        <w:t>Jennifer moved in from the other side. She pressed herself against Marcus’s back, sliding one hand around to wrap around his cock. She stroked him slowly while he kept kissing Jackie, her fingers tight and confident.</w:t>
      </w:r>
    </w:p>
    <w:p>
      <w:r>
        <w:rPr>
          <w:rFonts w:ascii="IM Fell English" w:hAnsi="IM Fell English"/>
          <w:color w:val="141414"/>
          <w:sz w:val="24"/>
        </w:rPr>
        <w:t>Marcus broke the kiss and turned his head toward Jennifer. She leaned in and kissed him next, just as aggressively. Jackie took the opportunity to lower her head and take his cock into her mouth. She didn’t tease. She sank down on him in one smooth motion until her lips pressed against the base, holding him there for a few seconds before pulling back and starting to suck him properly.</w:t>
      </w:r>
    </w:p>
    <w:p>
      <w:r>
        <w:rPr>
          <w:rFonts w:ascii="IM Fell English" w:hAnsi="IM Fell English"/>
          <w:color w:val="141414"/>
          <w:sz w:val="24"/>
        </w:rPr>
        <w:t>Jennifer watched for a moment, then pushed Jackie’s shoulder.</w:t>
      </w:r>
    </w:p>
    <w:p>
      <w:r>
        <w:rPr>
          <w:rFonts w:ascii="IM Fell English" w:hAnsi="IM Fell English"/>
          <w:color w:val="141414"/>
          <w:sz w:val="24"/>
        </w:rPr>
        <w:t>“Share.”</w:t>
      </w:r>
    </w:p>
    <w:p>
      <w:r>
        <w:rPr>
          <w:rFonts w:ascii="IM Fell English" w:hAnsi="IM Fell English"/>
          <w:color w:val="141414"/>
          <w:sz w:val="24"/>
        </w:rPr>
        <w:t>Jackie pulled off his cock with a wet sound and immediately turned her head to kiss Jennifer, letting her taste him on her tongue. While they kissed, Marcus reached down and pushed two fingers into Jackie’s cunt without warning. She moaned into Jennifer’s mouth and spread her legs wider for him.</w:t>
      </w:r>
    </w:p>
    <w:p>
      <w:r>
        <w:rPr>
          <w:rFonts w:ascii="IM Fell English" w:hAnsi="IM Fell English"/>
          <w:color w:val="141414"/>
          <w:sz w:val="24"/>
        </w:rPr>
        <w:t xml:space="preserve">Lena stayed quiet in the chair, camera steady, taking tight shots and wider frames as needed. Every so often the shutter clicked in a short, controlled burst. </w:t>
      </w:r>
    </w:p>
    <w:p>
      <w:r>
        <w:rPr>
          <w:rFonts w:ascii="IM Fell English" w:hAnsi="IM Fell English"/>
          <w:color w:val="141414"/>
          <w:sz w:val="24"/>
        </w:rPr>
        <w:t>Marcus pulled his fingers out of Jackie and pushed Jennifer onto her back. He moved between her legs, lined himself up, and thrust into her in one hard stroke. Jennifer’s back arched and she let out a sharp, broken moan. Marcus didn’t give her time to adjust. He started fucking her with deep, powerful strokes, the kind that made the bed shift under them.</w:t>
      </w:r>
    </w:p>
    <w:p>
      <w:r>
        <w:rPr>
          <w:rFonts w:ascii="IM Fell English" w:hAnsi="IM Fell English"/>
          <w:color w:val="141414"/>
          <w:sz w:val="24"/>
        </w:rPr>
        <w:t>Jackie crawled up beside Jennifer’s head and straddled her face, lowering her cunt onto her mouth. Jennifer didn’t hesitate. She grabbed Jackie’s hips and started eating her out hungrily while Marcus fucked her.</w:t>
      </w:r>
    </w:p>
    <w:p>
      <w:r>
        <w:rPr>
          <w:rFonts w:ascii="IM Fell English" w:hAnsi="IM Fell English"/>
          <w:color w:val="141414"/>
          <w:sz w:val="24"/>
        </w:rPr>
        <w:t>The room filled with the wet sounds of sex and the low, raw noises all three of them were making.</w:t>
      </w:r>
    </w:p>
    <w:p>
      <w:r>
        <w:rPr>
          <w:rFonts w:ascii="IM Fell English" w:hAnsi="IM Fell English"/>
          <w:color w:val="141414"/>
          <w:sz w:val="24"/>
        </w:rPr>
        <w:t>Marcus fucked Jennifer hard for a while, then pulled out and moved to Jackie. He pushed her forward so she was on her hands and knees over Jennifer and drove into her from behind. Jackie moaned loudly as he started pounding her, each thrust forcing her cunt harder against Jennifer’s mouth.</w:t>
      </w:r>
    </w:p>
    <w:p>
      <w:r>
        <w:rPr>
          <w:rFonts w:ascii="IM Fell English" w:hAnsi="IM Fell English"/>
          <w:color w:val="141414"/>
          <w:sz w:val="24"/>
        </w:rPr>
        <w:t>They switched again and again.</w:t>
      </w:r>
    </w:p>
    <w:p>
      <w:r>
        <w:rPr>
          <w:rFonts w:ascii="IM Fell English" w:hAnsi="IM Fell English"/>
          <w:color w:val="141414"/>
          <w:sz w:val="24"/>
        </w:rPr>
        <w:t>Marcus fucked Jackie while Jennifer sucked on his balls.</w:t>
      </w:r>
    </w:p>
    <w:p>
      <w:r>
        <w:rPr>
          <w:rFonts w:ascii="IM Fell English" w:hAnsi="IM Fell English"/>
          <w:color w:val="141414"/>
          <w:sz w:val="24"/>
        </w:rPr>
        <w:t>He fucked Jennifer while Jackie sat on her face.</w:t>
      </w:r>
    </w:p>
    <w:p>
      <w:r>
        <w:rPr>
          <w:rFonts w:ascii="IM Fell English" w:hAnsi="IM Fell English"/>
          <w:color w:val="141414"/>
          <w:sz w:val="24"/>
        </w:rPr>
        <w:t>He made them both take turns sucking his cock until they were breathless and messy.</w:t>
      </w:r>
    </w:p>
    <w:p>
      <w:r>
        <w:rPr>
          <w:rFonts w:ascii="IM Fell English" w:hAnsi="IM Fell English"/>
          <w:color w:val="141414"/>
          <w:sz w:val="24"/>
        </w:rPr>
        <w:t>At one point he had Jackie on her back with her legs pushed up while he drove into her, and Jennifer straddled Jackie’s face, grinding down on her mouth while reaching back to dig her nails into Marcus’s thigh.</w:t>
      </w:r>
    </w:p>
    <w:p>
      <w:r>
        <w:rPr>
          <w:rFonts w:ascii="IM Fell English" w:hAnsi="IM Fell English"/>
          <w:color w:val="141414"/>
          <w:sz w:val="24"/>
        </w:rPr>
        <w:t>Lena never interrupted. She simply photographed, calm and focused, adjusting position when the angle demanded it. Close detail. Full bodies. The exact moments force landed and the body answered.</w:t>
      </w:r>
    </w:p>
    <w:p>
      <w:r>
        <w:rPr>
          <w:rFonts w:ascii="IM Fell English" w:hAnsi="IM Fell English"/>
          <w:color w:val="141414"/>
          <w:sz w:val="24"/>
        </w:rPr>
        <w:t>By the time Marcus finally came, he had Jennifer bent over the edge of the bed and Jackie on her knees in front of her, holding Jennifer’s head in place while he buried himself deep and finished inside her. Jennifer moaned through it, shaking, while Jackie licked and sucked at the place where Marcus’s cock was still buried in her.</w:t>
      </w:r>
    </w:p>
    <w:p>
      <w:r>
        <w:rPr>
          <w:rFonts w:ascii="IM Fell English" w:hAnsi="IM Fell English"/>
          <w:color w:val="141414"/>
          <w:sz w:val="24"/>
        </w:rPr>
        <w:t>When he finally pulled out, a thick stream of cum followed. Jackie immediately leaned in and cleaned it up with her tongue, then turned her head and shared it with Jennifer in a deep, messy kiss.</w:t>
      </w:r>
    </w:p>
    <w:p>
      <w:r>
        <w:rPr>
          <w:rFonts w:ascii="IM Fell English" w:hAnsi="IM Fell English"/>
          <w:color w:val="141414"/>
          <w:sz w:val="24"/>
        </w:rPr>
        <w:t>Marcus stepped back, breathing hard. Lena finally stood up, reviewed the last frames on the camera display, and let the camera hang from its strap.</w:t>
      </w:r>
    </w:p>
    <w:p>
      <w:r>
        <w:rPr>
          <w:rFonts w:ascii="IM Fell English" w:hAnsi="IM Fell English"/>
          <w:color w:val="141414"/>
          <w:sz w:val="24"/>
        </w:rPr>
        <w:t>“That’s enough,” she said calmly. “Go shower. Both of you. Then come downstairs and eat.”</w:t>
      </w:r>
    </w:p>
    <w:p>
      <w:r>
        <w:rPr>
          <w:rFonts w:ascii="IM Fell English" w:hAnsi="IM Fell English"/>
          <w:color w:val="141414"/>
          <w:sz w:val="24"/>
        </w:rPr>
        <w:t>Jackie and Jennifer were still tangled together on the bed, sweaty, flushed, and marked with red handprints and bite marks. Neither of them argued.</w:t>
      </w:r>
    </w:p>
    <w:p>
      <w:r>
        <w:rPr>
          <w:rFonts w:ascii="IM Fell English" w:hAnsi="IM Fell English"/>
          <w:color w:val="141414"/>
          <w:sz w:val="24"/>
        </w:rPr>
        <w:t>Lena looked at Marcus.</w:t>
      </w:r>
    </w:p>
    <w:p>
      <w:r>
        <w:rPr>
          <w:rFonts w:ascii="IM Fell English" w:hAnsi="IM Fell English"/>
          <w:color w:val="141414"/>
          <w:sz w:val="24"/>
        </w:rPr>
        <w:t>“You too. Clean up.”</w:t>
      </w:r>
    </w:p>
    <w:p>
      <w:r>
        <w:rPr>
          <w:rFonts w:ascii="IM Fell English" w:hAnsi="IM Fell English"/>
          <w:color w:val="141414"/>
          <w:sz w:val="24"/>
        </w:rPr>
        <w:t>He nodded and headed toward the bathroom first.</w:t>
      </w:r>
    </w:p>
    <w:p>
      <w:r>
        <w:rPr>
          <w:rFonts w:ascii="IM Fell English" w:hAnsi="IM Fell English"/>
          <w:color w:val="141414"/>
          <w:sz w:val="24"/>
        </w:rPr>
        <w:t>Once the three of them were gone, Lena took out her phone, linked the camera transfer, and opened the encrypted app Katie preferred. She attached the selected files. Her message was short and direct:</w:t>
      </w:r>
    </w:p>
    <w:p>
      <w:r>
        <w:rPr>
          <w:rFonts w:ascii="IM Fell English" w:hAnsi="IM Fell English"/>
          <w:b/>
          <w:color w:val="141414"/>
          <w:sz w:val="24"/>
        </w:rPr>
        <w:t>They’re stronger. Fully functional again. Ready when you are.</w:t>
      </w:r>
    </w:p>
    <w:p>
      <w:r>
        <w:rPr>
          <w:rFonts w:ascii="IM Fell English" w:hAnsi="IM Fell English"/>
          <w:color w:val="141414"/>
          <w:sz w:val="24"/>
        </w:rPr>
        <w:t>She hit send, then put the phone away and left the bedroom.</w:t>
      </w:r>
    </w:p>
    <w:p>
      <w:r>
        <w:rPr>
          <w:rFonts w:ascii="IM Fell English" w:hAnsi="IM Fell English"/>
          <w:color w:val="141414"/>
          <w:sz w:val="24"/>
        </w:rPr>
        <w:t>Downstairs, the meeting with Saiya was still waiting.</w:t>
      </w:r>
    </w:p>
    <w:p>
      <w:r>
        <w:rPr>
          <w:rFonts w:ascii="IM Fell English" w:hAnsi="IM Fell English"/>
          <w:color w:val="141414"/>
          <w:sz w:val="24"/>
        </w:rPr>
        <w:t>And so was everything that would come after it.</w:t>
      </w:r>
    </w:p>
    <w:p>
      <w:pPr>
        <w:pStyle w:val="Heading1"/>
        <w:jc w:val="center"/>
      </w:pPr>
      <w:r>
        <w:rPr>
          <w:rFonts w:ascii="IM Fell English" w:hAnsi="IM Fell English"/>
          <w:color w:val="0D0D0D"/>
        </w:rPr>
        <w:t>CHAPTER 2 — THE SHOWER</w:t>
      </w:r>
    </w:p>
    <w:p>
      <w:r>
        <w:rPr>
          <w:rFonts w:ascii="IM Fell English" w:hAnsi="IM Fell English"/>
          <w:color w:val="141414"/>
          <w:sz w:val="24"/>
        </w:rPr>
        <w:t>By the time Jackie and Jennifer made it into the bathroom, Marcus was already waiting.</w:t>
      </w:r>
    </w:p>
    <w:p>
      <w:r>
        <w:rPr>
          <w:rFonts w:ascii="IM Fell English" w:hAnsi="IM Fell English"/>
          <w:color w:val="141414"/>
          <w:sz w:val="24"/>
        </w:rPr>
        <w:t xml:space="preserve">The master shower was a vast expanse of dark stone equipped with multiple rainfall heads. Steam coiled against the glass as the water struck the tiles, hard and scalding. </w:t>
      </w:r>
    </w:p>
    <w:p>
      <w:r>
        <w:rPr>
          <w:rFonts w:ascii="IM Fell English" w:hAnsi="IM Fell English"/>
          <w:color w:val="141414"/>
          <w:sz w:val="24"/>
        </w:rPr>
        <w:t xml:space="preserve">Jennifer stepped under the spray first, with Jackie close behind. For a few seconds, the sensation felt deceptively ordinary—heat soaking into weary muscles and water tracing their spines—all within the muffled silence of the house. </w:t>
      </w:r>
    </w:p>
    <w:p>
      <w:r>
        <w:rPr>
          <w:rFonts w:ascii="IM Fell English" w:hAnsi="IM Fell English"/>
          <w:color w:val="141414"/>
          <w:sz w:val="24"/>
        </w:rPr>
        <w:t>Then Marcus stepped in behind them.</w:t>
      </w:r>
    </w:p>
    <w:p>
      <w:r>
        <w:rPr>
          <w:rFonts w:ascii="IM Fell English" w:hAnsi="IM Fell English"/>
          <w:color w:val="141414"/>
          <w:sz w:val="24"/>
        </w:rPr>
        <w:t>He put a hand on Jackie’s shoulder and turned her to face him.</w:t>
      </w:r>
    </w:p>
    <w:p>
      <w:r>
        <w:rPr>
          <w:rFonts w:ascii="IM Fell English" w:hAnsi="IM Fell English"/>
          <w:color w:val="141414"/>
          <w:sz w:val="24"/>
        </w:rPr>
        <w:t>“Any lingering pain?”</w:t>
      </w:r>
    </w:p>
    <w:p>
      <w:r>
        <w:rPr>
          <w:rFonts w:ascii="IM Fell English" w:hAnsi="IM Fell English"/>
          <w:color w:val="141414"/>
          <w:sz w:val="24"/>
        </w:rPr>
        <w:t>Jackie shook her head once.</w:t>
      </w:r>
    </w:p>
    <w:p>
      <w:r>
        <w:rPr>
          <w:rFonts w:ascii="IM Fell English" w:hAnsi="IM Fell English"/>
          <w:color w:val="141414"/>
          <w:sz w:val="24"/>
        </w:rPr>
        <w:t>“No. I’m good.”</w:t>
      </w:r>
    </w:p>
    <w:p>
      <w:r>
        <w:rPr>
          <w:rFonts w:ascii="IM Fell English" w:hAnsi="IM Fell English"/>
          <w:color w:val="141414"/>
          <w:sz w:val="24"/>
        </w:rPr>
        <w:t>Jennifer glanced over, water running down her mouth.</w:t>
      </w:r>
    </w:p>
    <w:p>
      <w:r>
        <w:rPr>
          <w:rFonts w:ascii="IM Fell English" w:hAnsi="IM Fell English"/>
          <w:color w:val="141414"/>
          <w:sz w:val="24"/>
        </w:rPr>
        <w:t>“She’s been restless. She wants it harder than usual.”</w:t>
      </w:r>
    </w:p>
    <w:p>
      <w:r>
        <w:rPr>
          <w:rFonts w:ascii="IM Fell English" w:hAnsi="IM Fell English"/>
          <w:color w:val="141414"/>
          <w:sz w:val="24"/>
        </w:rPr>
        <w:t xml:space="preserve">Marcus scrutinized Jackie, his gaze lingering on her posture. </w:t>
      </w:r>
    </w:p>
    <w:p>
      <w:r>
        <w:rPr>
          <w:rFonts w:ascii="IM Fell English" w:hAnsi="IM Fell English"/>
          <w:color w:val="141414"/>
          <w:sz w:val="24"/>
        </w:rPr>
        <w:t>“That true?”</w:t>
      </w:r>
    </w:p>
    <w:p>
      <w:r>
        <w:rPr>
          <w:rFonts w:ascii="IM Fell English" w:hAnsi="IM Fell English"/>
          <w:color w:val="141414"/>
          <w:sz w:val="24"/>
        </w:rPr>
        <w:t>“Yes,” Jackie said. “I’m tired of careful. I want it real.”</w:t>
      </w:r>
    </w:p>
    <w:p>
      <w:r>
        <w:rPr>
          <w:rFonts w:ascii="IM Fell English" w:hAnsi="IM Fell English"/>
          <w:color w:val="141414"/>
          <w:sz w:val="24"/>
        </w:rPr>
        <w:t>Marcus gave a short nod.</w:t>
      </w:r>
    </w:p>
    <w:p>
      <w:r>
        <w:rPr>
          <w:rFonts w:ascii="IM Fell English" w:hAnsi="IM Fell English"/>
          <w:color w:val="141414"/>
          <w:sz w:val="24"/>
        </w:rPr>
        <w:t>Inside his right ear, so small it was invisible, a soft voice came through the earpiece.</w:t>
      </w:r>
    </w:p>
    <w:p>
      <w:r>
        <w:rPr>
          <w:rFonts w:ascii="IM Fell English" w:hAnsi="IM Fell English"/>
          <w:color w:val="141414"/>
          <w:sz w:val="24"/>
        </w:rPr>
        <w:t>Katie’s voice was calm and precise.</w:t>
      </w:r>
    </w:p>
    <w:p>
      <w:r>
        <w:rPr>
          <w:rFonts w:ascii="IM Fell English" w:hAnsi="IM Fell English"/>
          <w:i/>
          <w:color w:val="141414"/>
          <w:sz w:val="24"/>
        </w:rPr>
        <w:t>Start light. Have Jennifer test her. Open hands first. Then fists. Controlled. I want to see how stable she really is.</w:t>
      </w:r>
    </w:p>
    <w:p>
      <w:r>
        <w:rPr>
          <w:rFonts w:ascii="IM Fell English" w:hAnsi="IM Fell English"/>
          <w:color w:val="141414"/>
          <w:sz w:val="24"/>
        </w:rPr>
        <w:t>Marcus did not react outwardly. He simply turned his head slightly toward Jennifer.</w:t>
      </w:r>
    </w:p>
    <w:p>
      <w:r>
        <w:rPr>
          <w:rFonts w:ascii="IM Fell English" w:hAnsi="IM Fell English"/>
          <w:color w:val="141414"/>
          <w:sz w:val="24"/>
        </w:rPr>
        <w:t>“Jennifer. Slap her.”</w:t>
      </w:r>
    </w:p>
    <w:p>
      <w:r>
        <w:rPr>
          <w:rFonts w:ascii="IM Fell English" w:hAnsi="IM Fell English"/>
          <w:color w:val="141414"/>
          <w:sz w:val="24"/>
        </w:rPr>
        <w:t>Jennifer blinked.</w:t>
      </w:r>
    </w:p>
    <w:p>
      <w:r>
        <w:rPr>
          <w:rFonts w:ascii="IM Fell English" w:hAnsi="IM Fell English"/>
          <w:color w:val="141414"/>
          <w:sz w:val="24"/>
        </w:rPr>
        <w:t>“What?”</w:t>
      </w:r>
    </w:p>
    <w:p>
      <w:r>
        <w:rPr>
          <w:rFonts w:ascii="IM Fell English" w:hAnsi="IM Fell English"/>
          <w:color w:val="141414"/>
          <w:sz w:val="24"/>
        </w:rPr>
        <w:t>“You heard me. Open hand. Face. Do it.”</w:t>
      </w:r>
    </w:p>
    <w:p>
      <w:r>
        <w:rPr>
          <w:rFonts w:ascii="IM Fell English" w:hAnsi="IM Fell English"/>
          <w:color w:val="141414"/>
          <w:sz w:val="24"/>
        </w:rPr>
        <w:t>Jennifer looked at Jackie.</w:t>
      </w:r>
    </w:p>
    <w:p>
      <w:r>
        <w:rPr>
          <w:rFonts w:ascii="IM Fell English" w:hAnsi="IM Fell English"/>
          <w:color w:val="141414"/>
          <w:sz w:val="24"/>
        </w:rPr>
        <w:t>Jackie only held her gaze and waited.</w:t>
      </w:r>
    </w:p>
    <w:p>
      <w:r>
        <w:rPr>
          <w:rFonts w:ascii="IM Fell English" w:hAnsi="IM Fell English"/>
          <w:color w:val="141414"/>
          <w:sz w:val="24"/>
        </w:rPr>
        <w:t>Jennifer slapped her.</w:t>
      </w:r>
    </w:p>
    <w:p>
      <w:r>
        <w:rPr>
          <w:rFonts w:ascii="IM Fell English" w:hAnsi="IM Fell English"/>
          <w:color w:val="141414"/>
          <w:sz w:val="24"/>
        </w:rPr>
        <w:t>The sound cracked sharp against the water. Jackie’s head turned with it, but she did not step back. A red mark bloomed across her cheek almost immediately.</w:t>
      </w:r>
    </w:p>
    <w:p>
      <w:r>
        <w:rPr>
          <w:rFonts w:ascii="IM Fell English" w:hAnsi="IM Fell English"/>
          <w:color w:val="141414"/>
          <w:sz w:val="24"/>
        </w:rPr>
        <w:t>Marcus’s earpiece clicked again.</w:t>
      </w:r>
    </w:p>
    <w:p>
      <w:r>
        <w:rPr>
          <w:rFonts w:ascii="IM Fell English" w:hAnsi="IM Fell English"/>
          <w:i/>
          <w:color w:val="141414"/>
          <w:sz w:val="24"/>
        </w:rPr>
        <w:t>Again. Harder. Then switch to punches. Still controlled.</w:t>
      </w:r>
    </w:p>
    <w:p>
      <w:r>
        <w:rPr>
          <w:rFonts w:ascii="IM Fell English" w:hAnsi="IM Fell English"/>
          <w:color w:val="141414"/>
          <w:sz w:val="24"/>
        </w:rPr>
        <w:t>“Again,” Marcus said. “Harder.”</w:t>
      </w:r>
    </w:p>
    <w:p>
      <w:r>
        <w:rPr>
          <w:rFonts w:ascii="IM Fell English" w:hAnsi="IM Fell English"/>
          <w:color w:val="141414"/>
          <w:sz w:val="24"/>
        </w:rPr>
        <w:t>Jennifer slapped her a second time, firmer. Then a third. The third one made Jackie’s mouth open on a breath, but her eyes stayed clear.</w:t>
      </w:r>
    </w:p>
    <w:p>
      <w:r>
        <w:rPr>
          <w:rFonts w:ascii="IM Fell English" w:hAnsi="IM Fell English"/>
          <w:color w:val="141414"/>
          <w:sz w:val="24"/>
        </w:rPr>
        <w:t>“Punches now,” Marcus said. “Body and head. Light first. I want to see what she can take.”</w:t>
      </w:r>
    </w:p>
    <w:p>
      <w:r>
        <w:rPr>
          <w:rFonts w:ascii="IM Fell English" w:hAnsi="IM Fell English"/>
          <w:color w:val="141414"/>
          <w:sz w:val="24"/>
        </w:rPr>
        <w:t xml:space="preserve">Jennifer hesitated for a heartbeat before complying. She began with short, measured punches to Jackie’s stomach and sides, her strikes soon migrating to her face and head—delivered with just enough force to test her balance and bone density beneath the thrumming water. </w:t>
      </w:r>
    </w:p>
    <w:p>
      <w:r>
        <w:rPr>
          <w:rFonts w:ascii="IM Fell English" w:hAnsi="IM Fell English"/>
          <w:color w:val="141414"/>
          <w:sz w:val="24"/>
        </w:rPr>
        <w:t>Jackie took them without complaint. Her breathing stayed steady. Her stance stayed clean.</w:t>
      </w:r>
    </w:p>
    <w:p>
      <w:r>
        <w:rPr>
          <w:rFonts w:ascii="IM Fell English" w:hAnsi="IM Fell English"/>
          <w:color w:val="141414"/>
          <w:sz w:val="24"/>
        </w:rPr>
        <w:t xml:space="preserve">In the bathroom doorway, Lena stood with her camera raised. With no CCTV allowed in the bathroom by Katie’s decree, Lena acted as the primary observer. The live feed was crystal clear. She remained silent, unnecessary as it was; Katie was already witnessing every moment. </w:t>
      </w:r>
    </w:p>
    <w:p>
      <w:r>
        <w:rPr>
          <w:rFonts w:ascii="IM Fell English" w:hAnsi="IM Fell English"/>
          <w:color w:val="141414"/>
          <w:sz w:val="24"/>
        </w:rPr>
        <w:t>Marcus received another quiet instruction.</w:t>
      </w:r>
    </w:p>
    <w:p>
      <w:r>
        <w:rPr>
          <w:rFonts w:ascii="IM Fell English" w:hAnsi="IM Fell English"/>
          <w:i/>
          <w:color w:val="141414"/>
          <w:sz w:val="24"/>
        </w:rPr>
        <w:t>She’s stable. Increase. Still measured.</w:t>
      </w:r>
    </w:p>
    <w:p>
      <w:r>
        <w:rPr>
          <w:rFonts w:ascii="IM Fell English" w:hAnsi="IM Fell English"/>
          <w:color w:val="141414"/>
          <w:sz w:val="24"/>
        </w:rPr>
        <w:t xml:space="preserve">Marcus stepped in behind Jackie, clamping a hand onto her hip before driving into her with a sudden, forceful thrust. Jackie’s palms slammed against the stone wall as he established a deep, punishing rhythm. The roar of the water only served to make every impact feel louder, more visceral, and utterly immediate. </w:t>
      </w:r>
    </w:p>
    <w:p>
      <w:r>
        <w:rPr>
          <w:rFonts w:ascii="IM Fell English" w:hAnsi="IM Fell English"/>
          <w:color w:val="141414"/>
          <w:sz w:val="24"/>
        </w:rPr>
        <w:t>“Keep going,” he told Jennifer.</w:t>
      </w:r>
    </w:p>
    <w:p>
      <w:r>
        <w:rPr>
          <w:rFonts w:ascii="IM Fell English" w:hAnsi="IM Fell English"/>
          <w:color w:val="141414"/>
          <w:sz w:val="24"/>
        </w:rPr>
        <w:t>Jennifer did.</w:t>
      </w:r>
    </w:p>
    <w:p>
      <w:r>
        <w:rPr>
          <w:rFonts w:ascii="IM Fell English" w:hAnsi="IM Fell English"/>
          <w:color w:val="141414"/>
          <w:sz w:val="24"/>
        </w:rPr>
        <w:t>While Marcus fucked Jackie from behind, Jennifer continued the controlled punches — some to the ribs, some heavier open-handed strikes to the face, a few solid hits to the side of Jackie’s head. Each one made Jackie’s breath hitch against the stone, but she stayed upright and present.</w:t>
      </w:r>
    </w:p>
    <w:p>
      <w:r>
        <w:rPr>
          <w:rFonts w:ascii="IM Fell English" w:hAnsi="IM Fell English"/>
          <w:color w:val="141414"/>
          <w:sz w:val="24"/>
        </w:rPr>
        <w:t>“Harder,” Jackie rasped. “I can take more.”</w:t>
      </w:r>
    </w:p>
    <w:p>
      <w:r>
        <w:rPr>
          <w:rFonts w:ascii="IM Fell English" w:hAnsi="IM Fell English"/>
          <w:color w:val="141414"/>
          <w:sz w:val="24"/>
        </w:rPr>
        <w:t>For a moment the earpiece stayed quiet.</w:t>
      </w:r>
    </w:p>
    <w:p>
      <w:r>
        <w:rPr>
          <w:rFonts w:ascii="IM Fell English" w:hAnsi="IM Fell English"/>
          <w:color w:val="141414"/>
          <w:sz w:val="24"/>
        </w:rPr>
        <w:t>Then Katie’s voice returned, colder.</w:t>
      </w:r>
    </w:p>
    <w:p>
      <w:r>
        <w:rPr>
          <w:rFonts w:ascii="IM Fell English" w:hAnsi="IM Fell English"/>
          <w:i/>
          <w:color w:val="141414"/>
          <w:sz w:val="24"/>
        </w:rPr>
        <w:t>Give her more. I want clear reactions. Do not stop because she asks for it. Stop when I say.</w:t>
      </w:r>
    </w:p>
    <w:p>
      <w:r>
        <w:rPr>
          <w:rFonts w:ascii="IM Fell English" w:hAnsi="IM Fell English"/>
          <w:color w:val="141414"/>
          <w:sz w:val="24"/>
        </w:rPr>
        <w:t>Marcus adjusted his grip and fucked her harder. Jennifer followed the rhythm, heavier now, still controlled but no longer polite. A punch landed clean into Jackie’s side and made her buckle forward against the wall. Marcus dragged her back onto his cock by the hips and kept using her.</w:t>
      </w:r>
    </w:p>
    <w:p>
      <w:r>
        <w:rPr>
          <w:rFonts w:ascii="IM Fell English" w:hAnsi="IM Fell English"/>
          <w:color w:val="141414"/>
          <w:sz w:val="24"/>
        </w:rPr>
        <w:t>Jackie moaned through it, shaking under the water, eyes still focused.</w:t>
      </w:r>
    </w:p>
    <w:p>
      <w:r>
        <w:rPr>
          <w:rFonts w:ascii="IM Fell English" w:hAnsi="IM Fell English"/>
          <w:color w:val="141414"/>
          <w:sz w:val="24"/>
        </w:rPr>
        <w:t>They kept her there.</w:t>
      </w:r>
    </w:p>
    <w:p>
      <w:r>
        <w:rPr>
          <w:rFonts w:ascii="IM Fell English" w:hAnsi="IM Fell English"/>
          <w:color w:val="141414"/>
          <w:sz w:val="24"/>
        </w:rPr>
        <w:t>Marcus buried in her cunt with steady force.</w:t>
      </w:r>
      <w:r>
        <w:rPr>
          <w:rFonts w:ascii="IM Fell English" w:hAnsi="IM Fell English"/>
          <w:color w:val="141414"/>
          <w:sz w:val="24"/>
        </w:rPr>
      </w:r>
      <w:r>
        <w:rPr>
          <w:rFonts w:ascii="IM Fell English" w:hAnsi="IM Fell English"/>
          <w:color w:val="141414"/>
          <w:sz w:val="24"/>
        </w:rPr>
        <w:t>Jennifer working her over under orders.</w:t>
      </w:r>
      <w:r>
        <w:rPr>
          <w:rFonts w:ascii="IM Fell English" w:hAnsi="IM Fell English"/>
          <w:color w:val="141414"/>
          <w:sz w:val="24"/>
        </w:rPr>
      </w:r>
      <w:r>
        <w:rPr>
          <w:rFonts w:ascii="IM Fell English" w:hAnsi="IM Fell English"/>
          <w:color w:val="141414"/>
          <w:sz w:val="24"/>
        </w:rPr>
        <w:t>Lena recording every flinch, every hit, every time Jackie’s mouth opened and no safe word came out of it.</w:t>
      </w:r>
    </w:p>
    <w:p>
      <w:r>
        <w:rPr>
          <w:rFonts w:ascii="IM Fell English" w:hAnsi="IM Fell English"/>
          <w:color w:val="141414"/>
          <w:sz w:val="24"/>
        </w:rPr>
        <w:t>Every time Jackie started to look too steady, Marcus gave a short command and Jennifer hit her again.</w:t>
      </w:r>
    </w:p>
    <w:p>
      <w:r>
        <w:rPr>
          <w:rFonts w:ascii="IM Fell English" w:hAnsi="IM Fell English"/>
          <w:color w:val="141414"/>
          <w:sz w:val="24"/>
        </w:rPr>
        <w:t>“Face.”</w:t>
      </w:r>
    </w:p>
    <w:p>
      <w:r>
        <w:rPr>
          <w:rFonts w:ascii="IM Fell English" w:hAnsi="IM Fell English"/>
          <w:color w:val="141414"/>
          <w:sz w:val="24"/>
        </w:rPr>
        <w:t>Jennifer slapped her hard enough that spit and water jumped from Jackie’s mouth.</w:t>
      </w:r>
    </w:p>
    <w:p>
      <w:r>
        <w:rPr>
          <w:rFonts w:ascii="IM Fell English" w:hAnsi="IM Fell English"/>
          <w:color w:val="141414"/>
          <w:sz w:val="24"/>
        </w:rPr>
        <w:t>“Ribs.”</w:t>
      </w:r>
    </w:p>
    <w:p>
      <w:r>
        <w:rPr>
          <w:rFonts w:ascii="IM Fell English" w:hAnsi="IM Fell English"/>
          <w:color w:val="141414"/>
          <w:sz w:val="24"/>
        </w:rPr>
        <w:t>Jennifer drove a fist into her side. Jackie’s body jerked, and this time the sound she made was thinner.</w:t>
      </w:r>
    </w:p>
    <w:p>
      <w:r>
        <w:rPr>
          <w:rFonts w:ascii="IM Fell English" w:hAnsi="IM Fell English"/>
          <w:color w:val="141414"/>
          <w:sz w:val="24"/>
        </w:rPr>
        <w:t>Marcus did not slow down.</w:t>
      </w:r>
    </w:p>
    <w:p>
      <w:r>
        <w:rPr>
          <w:rFonts w:ascii="IM Fell English" w:hAnsi="IM Fell English"/>
          <w:color w:val="141414"/>
          <w:sz w:val="24"/>
        </w:rPr>
        <w:t>He fucked her through the hit, then through the next one, then through a third that made Jackie’s knees dip. Jennifer caught her by the hair to keep her upright and punched her again in the stomach.</w:t>
      </w:r>
    </w:p>
    <w:p>
      <w:r>
        <w:rPr>
          <w:rFonts w:ascii="IM Fell English" w:hAnsi="IM Fell English"/>
          <w:color w:val="141414"/>
          <w:sz w:val="24"/>
        </w:rPr>
        <w:t>Katie’s voice stayed low and absolute in Marcus’s ear.</w:t>
      </w:r>
    </w:p>
    <w:p>
      <w:r>
        <w:rPr>
          <w:rFonts w:ascii="IM Fell English" w:hAnsi="IM Fell English"/>
          <w:i/>
          <w:color w:val="141414"/>
          <w:sz w:val="24"/>
        </w:rPr>
        <w:t>Continue. She is not at threshold yet.</w:t>
      </w:r>
    </w:p>
    <w:p>
      <w:r>
        <w:rPr>
          <w:rFonts w:ascii="IM Fell English" w:hAnsi="IM Fell English"/>
          <w:color w:val="141414"/>
          <w:sz w:val="24"/>
        </w:rPr>
        <w:t>Marcus pulled out, turned Jackie around, and pushed her to her knees. He fed his cock into her mouth and used her throat in short, demanding strokes while Jennifer continued striking the side of her head and the tops of her shoulders. Jackie drooled around him, eyes watering hard, one hand weakly bracing against his thigh before she stopped trying to brace at all and just took it.</w:t>
      </w:r>
    </w:p>
    <w:p>
      <w:r>
        <w:rPr>
          <w:rFonts w:ascii="IM Fell English" w:hAnsi="IM Fell English"/>
          <w:color w:val="141414"/>
          <w:sz w:val="24"/>
        </w:rPr>
        <w:t>Jennifer crouched, grabbed Jackie’s jaw from the side, and slapped her again while Marcus held her throat full.</w:t>
      </w:r>
    </w:p>
    <w:p>
      <w:r>
        <w:rPr>
          <w:rFonts w:ascii="IM Fell English" w:hAnsi="IM Fell English"/>
          <w:color w:val="141414"/>
          <w:sz w:val="24"/>
        </w:rPr>
        <w:t>“Stay with it,” Jennifer muttered. “You wanted real.”</w:t>
      </w:r>
    </w:p>
    <w:p>
      <w:r>
        <w:rPr>
          <w:rFonts w:ascii="IM Fell English" w:hAnsi="IM Fell English"/>
          <w:color w:val="141414"/>
          <w:sz w:val="24"/>
        </w:rPr>
        <w:t>Jackie made a broken wet sound around Marcus’s cock.</w:t>
      </w:r>
    </w:p>
    <w:p>
      <w:r>
        <w:rPr>
          <w:rFonts w:ascii="IM Fell English" w:hAnsi="IM Fell English"/>
          <w:color w:val="141414"/>
          <w:sz w:val="24"/>
        </w:rPr>
        <w:t xml:space="preserve">They persisted until Jackie’s equilibrium began to fracture—not from fatigue, but from pure sensory overload. Her gaze turned glassy following a particularly heavy blow to the head, and her body sagged, a desperate fight for balance played out against the wet stone. </w:t>
      </w:r>
    </w:p>
    <w:p>
      <w:r>
        <w:rPr>
          <w:rFonts w:ascii="IM Fell English" w:hAnsi="IM Fell English"/>
          <w:color w:val="141414"/>
          <w:sz w:val="24"/>
        </w:rPr>
        <w:t>Marcus saw it.</w:t>
      </w:r>
    </w:p>
    <w:p>
      <w:r>
        <w:rPr>
          <w:rFonts w:ascii="IM Fell English" w:hAnsi="IM Fell English"/>
          <w:color w:val="141414"/>
          <w:sz w:val="24"/>
        </w:rPr>
        <w:t>Katie did too.</w:t>
      </w:r>
    </w:p>
    <w:p>
      <w:r>
        <w:rPr>
          <w:rFonts w:ascii="IM Fell English" w:hAnsi="IM Fell English"/>
          <w:i/>
          <w:color w:val="141414"/>
          <w:sz w:val="24"/>
        </w:rPr>
        <w:t>Do not ease off. I need the actual line. Broken is acceptable. Dead is not. Push.</w:t>
      </w:r>
    </w:p>
    <w:p>
      <w:r>
        <w:rPr>
          <w:rFonts w:ascii="IM Fell English" w:hAnsi="IM Fell English"/>
          <w:color w:val="141414"/>
          <w:sz w:val="24"/>
        </w:rPr>
        <w:t>Marcus hauled Jackie up by the arms and shoved her face-first into the stone. He drove back into her cunt hard enough to lift her onto her toes. Jennifer stepped in close and started punching her ribs in earnest — short, ugly, efficient shots under the breast and into the side. One landing made a sound that was no longer just flesh.</w:t>
      </w:r>
    </w:p>
    <w:p>
      <w:r>
        <w:rPr>
          <w:rFonts w:ascii="IM Fell English" w:hAnsi="IM Fell English"/>
          <w:color w:val="141414"/>
          <w:sz w:val="24"/>
        </w:rPr>
        <w:t>Jackie cried out for real that time.</w:t>
      </w:r>
    </w:p>
    <w:p>
      <w:r>
        <w:rPr>
          <w:rFonts w:ascii="IM Fell English" w:hAnsi="IM Fell English"/>
          <w:color w:val="141414"/>
          <w:sz w:val="24"/>
        </w:rPr>
        <w:t>Jennifer hesitated.</w:t>
      </w:r>
    </w:p>
    <w:p>
      <w:r>
        <w:rPr>
          <w:rFonts w:ascii="IM Fell English" w:hAnsi="IM Fell English"/>
          <w:color w:val="141414"/>
          <w:sz w:val="24"/>
        </w:rPr>
        <w:t>Marcus did not.</w:t>
      </w:r>
    </w:p>
    <w:p>
      <w:r>
        <w:rPr>
          <w:rFonts w:ascii="IM Fell English" w:hAnsi="IM Fell English"/>
          <w:color w:val="141414"/>
          <w:sz w:val="24"/>
        </w:rPr>
        <w:t>“I said keep going,” he snapped.</w:t>
      </w:r>
    </w:p>
    <w:p>
      <w:r>
        <w:rPr>
          <w:rFonts w:ascii="IM Fell English" w:hAnsi="IM Fell English"/>
          <w:color w:val="141414"/>
          <w:sz w:val="24"/>
        </w:rPr>
        <w:t>Jennifer’s mouth tightened. Then she hit Jackie again.</w:t>
      </w:r>
    </w:p>
    <w:p>
      <w:r>
        <w:rPr>
          <w:rFonts w:ascii="IM Fell English" w:hAnsi="IM Fell English"/>
          <w:color w:val="141414"/>
          <w:sz w:val="24"/>
        </w:rPr>
        <w:t>Another punch into the same side. Jackie’s whole body seized around Marcus’s cock. Her forehead bounced against the stone. A raw, involuntary sound tore out of her.</w:t>
      </w:r>
    </w:p>
    <w:p>
      <w:r>
        <w:rPr>
          <w:rFonts w:ascii="IM Fell English" w:hAnsi="IM Fell English"/>
          <w:color w:val="141414"/>
          <w:sz w:val="24"/>
        </w:rPr>
        <w:t>Lena’s camera never dropped.</w:t>
      </w:r>
    </w:p>
    <w:p>
      <w:r>
        <w:rPr>
          <w:rFonts w:ascii="IM Fell English" w:hAnsi="IM Fell English"/>
          <w:color w:val="141414"/>
          <w:sz w:val="24"/>
        </w:rPr>
        <w:t xml:space="preserve">Beneath the cascading water, bruises bloomed with an unnatural, accelerated intensity. The skin reddened and then darkened, settling into deep shades far too quickly for a normal physique. No one commented on the anomaly; no explanation was offered. Katie simply watched the body’s response. </w:t>
      </w:r>
    </w:p>
    <w:p>
      <w:r>
        <w:rPr>
          <w:rFonts w:ascii="IM Fell English" w:hAnsi="IM Fell English"/>
          <w:i/>
          <w:color w:val="141414"/>
          <w:sz w:val="24"/>
        </w:rPr>
        <w:t>Again,</w:t>
      </w:r>
      <w:r>
        <w:rPr>
          <w:rFonts w:ascii="IM Fell English" w:hAnsi="IM Fell English"/>
          <w:color w:val="141414"/>
          <w:sz w:val="24"/>
        </w:rPr>
        <w:t xml:space="preserve"> Katie said. </w:t>
      </w:r>
      <w:r>
        <w:rPr>
          <w:rFonts w:ascii="IM Fell English" w:hAnsi="IM Fell English"/>
          <w:i/>
          <w:color w:val="141414"/>
          <w:sz w:val="24"/>
        </w:rPr>
        <w:t>Same side.</w:t>
      </w:r>
    </w:p>
    <w:p>
      <w:r>
        <w:rPr>
          <w:rFonts w:ascii="IM Fell English" w:hAnsi="IM Fell English"/>
          <w:color w:val="141414"/>
          <w:sz w:val="24"/>
        </w:rPr>
        <w:t>Jennifer punched the same ribs again.</w:t>
      </w:r>
    </w:p>
    <w:p>
      <w:r>
        <w:rPr>
          <w:rFonts w:ascii="IM Fell English" w:hAnsi="IM Fell English"/>
          <w:color w:val="141414"/>
          <w:sz w:val="24"/>
        </w:rPr>
        <w:t>Jackie screamed through her teeth. Her legs went soft. Marcus held her up by force and kept fucking her, using the limpness like it was just another position. Jennifer grabbed her hair, yanked her head back, and slapped her twice across the face before driving another fist into her side.</w:t>
      </w:r>
    </w:p>
    <w:p>
      <w:r>
        <w:rPr>
          <w:rFonts w:ascii="IM Fell English" w:hAnsi="IM Fell English"/>
          <w:color w:val="141414"/>
          <w:sz w:val="24"/>
        </w:rPr>
        <w:t>That one took the strength out of Jackie completely.</w:t>
      </w:r>
    </w:p>
    <w:p>
      <w:r>
        <w:rPr>
          <w:rFonts w:ascii="IM Fell English" w:hAnsi="IM Fell English"/>
          <w:color w:val="141414"/>
          <w:sz w:val="24"/>
        </w:rPr>
        <w:t>Her eyes rolled, then came back, then lost focus again. She tried to say something and only managed a wet breath. Marcus slammed into her harder, and Jennifer hit her once more in the ribs hard enough that Jackie’s mouth opened with no sound at all.</w:t>
      </w:r>
    </w:p>
    <w:p>
      <w:r>
        <w:rPr>
          <w:rFonts w:ascii="IM Fell English" w:hAnsi="IM Fell English"/>
          <w:color w:val="141414"/>
          <w:sz w:val="24"/>
        </w:rPr>
        <w:t>Then her body went dead weight against  the stone.</w:t>
      </w:r>
    </w:p>
    <w:p>
      <w:r>
        <w:rPr>
          <w:rFonts w:ascii="IM Fell English" w:hAnsi="IM Fell English"/>
          <w:color w:val="141414"/>
          <w:sz w:val="24"/>
        </w:rPr>
        <w:t>Out.</w:t>
      </w:r>
    </w:p>
    <w:p>
      <w:r>
        <w:rPr>
          <w:rFonts w:ascii="IM Fell English" w:hAnsi="IM Fell English"/>
          <w:color w:val="141414"/>
          <w:sz w:val="24"/>
        </w:rPr>
        <w:t>Jennifer froze, fist still clenched.</w:t>
      </w:r>
    </w:p>
    <w:p>
      <w:r>
        <w:rPr>
          <w:rFonts w:ascii="IM Fell English" w:hAnsi="IM Fell English"/>
          <w:color w:val="141414"/>
          <w:sz w:val="24"/>
        </w:rPr>
        <w:t>Marcus stayed buried in her for one more second, breathing hard, waiting for the earpiece.</w:t>
      </w:r>
    </w:p>
    <w:p>
      <w:r>
        <w:rPr>
          <w:rFonts w:ascii="IM Fell English" w:hAnsi="IM Fell English"/>
          <w:color w:val="141414"/>
          <w:sz w:val="24"/>
        </w:rPr>
        <w:t>Katie’s voice came through quiet and satisfied.</w:t>
      </w:r>
    </w:p>
    <w:p>
      <w:r>
        <w:rPr>
          <w:rFonts w:ascii="IM Fell English" w:hAnsi="IM Fell English"/>
          <w:i/>
          <w:color w:val="141414"/>
          <w:sz w:val="24"/>
        </w:rPr>
        <w:t>Enough. Call it. She crossed the line. That is what I needed.</w:t>
      </w:r>
    </w:p>
    <w:p>
      <w:r>
        <w:rPr>
          <w:rFonts w:ascii="IM Fell English" w:hAnsi="IM Fell English"/>
          <w:color w:val="141414"/>
          <w:sz w:val="24"/>
        </w:rPr>
        <w:t>Marcus pulled out immediately and shifted his hold so Jackie did not drop face-first onto the stone. Jennifer caught her under one arm, still shaking from adrenaline.</w:t>
      </w:r>
    </w:p>
    <w:p>
      <w:r>
        <w:rPr>
          <w:rFonts w:ascii="IM Fell English" w:hAnsi="IM Fell English"/>
          <w:color w:val="141414"/>
          <w:sz w:val="24"/>
        </w:rPr>
        <w:t>“Marcus—”</w:t>
      </w:r>
    </w:p>
    <w:p>
      <w:r>
        <w:rPr>
          <w:rFonts w:ascii="IM Fell English" w:hAnsi="IM Fell English"/>
          <w:color w:val="141414"/>
          <w:sz w:val="24"/>
        </w:rPr>
        <w:t>“I heard her,” he said.</w:t>
      </w:r>
    </w:p>
    <w:p>
      <w:r>
        <w:rPr>
          <w:rFonts w:ascii="IM Fell English" w:hAnsi="IM Fell English"/>
          <w:color w:val="141414"/>
          <w:sz w:val="24"/>
        </w:rPr>
        <w:t>Katie continued, calm as a note in a file.</w:t>
      </w:r>
    </w:p>
    <w:p>
      <w:r>
        <w:rPr>
          <w:rFonts w:ascii="IM Fell English" w:hAnsi="IM Fell English"/>
          <w:i/>
          <w:color w:val="141414"/>
          <w:sz w:val="24"/>
        </w:rPr>
        <w:t>She will be fine. Do not coddle her. Get her bound and left. I am not risking the film, but I needed her true break point. Now I know what she has to work on.</w:t>
      </w:r>
    </w:p>
    <w:p>
      <w:r>
        <w:rPr>
          <w:rFonts w:ascii="IM Fell English" w:hAnsi="IM Fell English"/>
          <w:color w:val="141414"/>
          <w:sz w:val="24"/>
        </w:rPr>
        <w:t>Marcus lifted Jackie fully into his arms. Her head hung against his shoulder, mouth open, body slack. A raw dark blotch was already deepening along her side where the worst punches had landed. Her face was marked to hell. Water ran over all of it like nothing had happened.</w:t>
      </w:r>
    </w:p>
    <w:p>
      <w:r>
        <w:rPr>
          <w:rFonts w:ascii="IM Fell English" w:hAnsi="IM Fell English"/>
          <w:color w:val="141414"/>
          <w:sz w:val="24"/>
        </w:rPr>
        <w:t>Lena finally spoke from the doorway.</w:t>
      </w:r>
    </w:p>
    <w:p>
      <w:r>
        <w:rPr>
          <w:rFonts w:ascii="IM Fell English" w:hAnsi="IM Fell English"/>
          <w:color w:val="141414"/>
          <w:sz w:val="24"/>
        </w:rPr>
        <w:t>“She’s out.”</w:t>
      </w:r>
    </w:p>
    <w:p>
      <w:r>
        <w:rPr>
          <w:rFonts w:ascii="IM Fell English" w:hAnsi="IM Fell English"/>
          <w:color w:val="141414"/>
          <w:sz w:val="24"/>
        </w:rPr>
        <w:t>“I know,” Marcus said.</w:t>
      </w:r>
    </w:p>
    <w:p>
      <w:r>
        <w:rPr>
          <w:rFonts w:ascii="IM Fell English" w:hAnsi="IM Fell English"/>
          <w:color w:val="141414"/>
          <w:sz w:val="24"/>
        </w:rPr>
        <w:t>They got her out of the direct spray. Lena moved in with the mantle rope and worked fast, rolling Jackie onto her side on the wet stone bench long enough to bind her wrists behind her back and secure the rope around her torso. Jackie did not fight. She did not even twitch until the last cinch pulled tight, and even then it was only a faint involuntary reaction.</w:t>
      </w:r>
    </w:p>
    <w:p>
      <w:r>
        <w:rPr>
          <w:rFonts w:ascii="IM Fell English" w:hAnsi="IM Fell English"/>
          <w:color w:val="141414"/>
          <w:sz w:val="24"/>
        </w:rPr>
        <w:t>Lena leaned down close to her wet face.</w:t>
      </w:r>
    </w:p>
    <w:p>
      <w:r>
        <w:rPr>
          <w:rFonts w:ascii="IM Fell English" w:hAnsi="IM Fell English"/>
          <w:color w:val="141414"/>
          <w:sz w:val="24"/>
        </w:rPr>
        <w:t>“Slave,” she said softly. “You did what she wanted. Stay there.”</w:t>
      </w:r>
    </w:p>
    <w:p>
      <w:r>
        <w:rPr>
          <w:rFonts w:ascii="IM Fell English" w:hAnsi="IM Fell English"/>
          <w:color w:val="141414"/>
          <w:sz w:val="24"/>
        </w:rPr>
        <w:t>No answer.</w:t>
      </w:r>
    </w:p>
    <w:p>
      <w:r>
        <w:rPr>
          <w:rFonts w:ascii="IM Fell English" w:hAnsi="IM Fell English"/>
          <w:color w:val="141414"/>
          <w:sz w:val="24"/>
        </w:rPr>
        <w:t>Lena kissed her once, slowly, almost carefully, then  looked at Marcus.</w:t>
      </w:r>
    </w:p>
    <w:p>
      <w:r>
        <w:rPr>
          <w:rFonts w:ascii="IM Fell English" w:hAnsi="IM Fell English"/>
          <w:color w:val="141414"/>
          <w:sz w:val="24"/>
        </w:rPr>
        <w:t>“She’s secure.”</w:t>
      </w:r>
    </w:p>
    <w:p>
      <w:r>
        <w:rPr>
          <w:rFonts w:ascii="IM Fell English" w:hAnsi="IM Fell English"/>
          <w:color w:val="141414"/>
          <w:sz w:val="24"/>
        </w:rPr>
        <w:t>Marcus glanced at Jennifer.</w:t>
      </w:r>
    </w:p>
    <w:p>
      <w:r>
        <w:rPr>
          <w:rFonts w:ascii="IM Fell English" w:hAnsi="IM Fell English"/>
          <w:color w:val="141414"/>
          <w:sz w:val="24"/>
        </w:rPr>
        <w:t>“Come on.”</w:t>
      </w:r>
    </w:p>
    <w:p>
      <w:r>
        <w:rPr>
          <w:rFonts w:ascii="IM Fell English" w:hAnsi="IM Fell English"/>
          <w:color w:val="141414"/>
          <w:sz w:val="24"/>
        </w:rPr>
        <w:t>Jennifer was still staring at Jackie’s side.</w:t>
      </w:r>
    </w:p>
    <w:p>
      <w:r>
        <w:rPr>
          <w:rFonts w:ascii="IM Fell English" w:hAnsi="IM Fell English"/>
          <w:color w:val="141414"/>
          <w:sz w:val="24"/>
        </w:rPr>
        <w:t>“I felt something go.”</w:t>
      </w:r>
    </w:p>
    <w:p>
      <w:r>
        <w:rPr>
          <w:rFonts w:ascii="IM Fell English" w:hAnsi="IM Fell English"/>
          <w:color w:val="141414"/>
          <w:sz w:val="24"/>
        </w:rPr>
        <w:t>“I know,” Marcus said. “That’s why she called it.”</w:t>
      </w:r>
    </w:p>
    <w:p>
      <w:r>
        <w:rPr>
          <w:rFonts w:ascii="IM Fell English" w:hAnsi="IM Fell English"/>
          <w:color w:val="141414"/>
          <w:sz w:val="24"/>
        </w:rPr>
        <w:t>He stepped out of the shower first, water running off him, and grabbed Jennifer by the wrist. Not rough enough to start another scene. Hard enough to move her. He pulled her out of the bathroom toward the bedroom, leaving Jackie bound on the wet stone under the fading steam.</w:t>
      </w:r>
    </w:p>
    <w:p>
      <w:r>
        <w:rPr>
          <w:rFonts w:ascii="IM Fell English" w:hAnsi="IM Fell English"/>
          <w:color w:val="141414"/>
          <w:sz w:val="24"/>
        </w:rPr>
        <w:t>As soon as they crossed the threshold out of the bathroom, Lena’s live phone feed was no longer necessary. Katie switched over to the mansion’s internal CCTV system. Bedroom cameras first. Clean. Silent. Under her exclusive control.</w:t>
      </w:r>
    </w:p>
    <w:p>
      <w:r>
        <w:rPr>
          <w:rFonts w:ascii="IM Fell English" w:hAnsi="IM Fell English"/>
          <w:color w:val="141414"/>
          <w:sz w:val="24"/>
        </w:rPr>
        <w:t>In the bedroom, Marcus put Jennifer on her back and pushed into her with a deep, controlled stroke. Jennifer gasped, fingers digging into his shoulders.</w:t>
      </w:r>
    </w:p>
    <w:p>
      <w:r>
        <w:rPr>
          <w:rFonts w:ascii="IM Fell English" w:hAnsi="IM Fell English"/>
          <w:color w:val="141414"/>
          <w:sz w:val="24"/>
        </w:rPr>
        <w:t>“You don’t have to be careful,” she muttered.</w:t>
      </w:r>
    </w:p>
    <w:p>
      <w:r>
        <w:rPr>
          <w:rFonts w:ascii="IM Fell English" w:hAnsi="IM Fell English"/>
          <w:color w:val="141414"/>
          <w:sz w:val="24"/>
        </w:rPr>
        <w:t>“Yes I do,” Marcus said. “You’re not Jackie.”</w:t>
      </w:r>
    </w:p>
    <w:p>
      <w:r>
        <w:rPr>
          <w:rFonts w:ascii="IM Fell English" w:hAnsi="IM Fell English"/>
          <w:color w:val="141414"/>
          <w:sz w:val="24"/>
        </w:rPr>
        <w:t>He fucked her in long, steady thrusts. Not soft. Not punishing. Endurance work. Jennifer’s body was already wound tight from the shower, from the violence, from the sight of Jackie going slack under her fists. She came faster than she wanted to admit, swearing into Marcus’s neck.</w:t>
      </w:r>
    </w:p>
    <w:p>
      <w:r>
        <w:rPr>
          <w:rFonts w:ascii="IM Fell English" w:hAnsi="IM Fell English"/>
          <w:color w:val="141414"/>
          <w:sz w:val="24"/>
        </w:rPr>
        <w:t>Lena entered a minute later, still damp, camera hanging from the strap. She stripped without hurry and climbed onto the bed. She kissed Jennifer first, then Marcus, before swinging a leg over Jennifer’s face and lowering herself down. Jennifer started eating her out immediately.</w:t>
      </w:r>
    </w:p>
    <w:p>
      <w:r>
        <w:rPr>
          <w:rFonts w:ascii="IM Fell English" w:hAnsi="IM Fell English"/>
          <w:color w:val="141414"/>
          <w:sz w:val="24"/>
        </w:rPr>
        <w:t>They stayed like that for a while — Marcus fucking Jennifer with that same enduring rhythm while she worked her mouth between Lena’s legs. Lena kept one hand in Jennifer’s hair, guiding her but not forcing.</w:t>
      </w:r>
    </w:p>
    <w:p>
      <w:r>
        <w:rPr>
          <w:rFonts w:ascii="IM Fell English" w:hAnsi="IM Fell English"/>
          <w:color w:val="141414"/>
          <w:sz w:val="24"/>
        </w:rPr>
        <w:t>From the control side of the CCTV, Katie watched in silence.</w:t>
      </w:r>
    </w:p>
    <w:p>
      <w:r>
        <w:rPr>
          <w:rFonts w:ascii="IM Fell English" w:hAnsi="IM Fell English"/>
          <w:color w:val="141414"/>
          <w:sz w:val="24"/>
        </w:rPr>
        <w:t>After several minutes Marcus pulled out, turned Jennifer onto her side, and entered her again from behind. Lena lay in front of her so Jennifer could keep using her mouth. The three of them moved together in a grinding rhythm that gradually grew harder.</w:t>
      </w:r>
    </w:p>
    <w:p>
      <w:r>
        <w:rPr>
          <w:rFonts w:ascii="IM Fell English" w:hAnsi="IM Fell English"/>
          <w:color w:val="141414"/>
          <w:sz w:val="24"/>
        </w:rPr>
        <w:t>Then Katie’s voice returned in Marcus’s ear.</w:t>
      </w:r>
    </w:p>
    <w:p>
      <w:r>
        <w:rPr>
          <w:rFonts w:ascii="IM Fell English" w:hAnsi="IM Fell English"/>
          <w:i/>
          <w:color w:val="141414"/>
          <w:sz w:val="24"/>
        </w:rPr>
        <w:t>Endurance. Move her. I want to see how long she lasts outside the bed.</w:t>
      </w:r>
    </w:p>
    <w:p>
      <w:r>
        <w:rPr>
          <w:rFonts w:ascii="IM Fell English" w:hAnsi="IM Fell English"/>
          <w:color w:val="141414"/>
          <w:sz w:val="24"/>
        </w:rPr>
        <w:t>Marcus pulled out, stood, and lifted Jennifer into his arms again.</w:t>
      </w:r>
    </w:p>
    <w:p>
      <w:r>
        <w:rPr>
          <w:rFonts w:ascii="IM Fell English" w:hAnsi="IM Fell English"/>
          <w:color w:val="141414"/>
          <w:sz w:val="24"/>
        </w:rPr>
        <w:t>“Where are we going?” Jennifer asked, voice already rough.</w:t>
      </w:r>
    </w:p>
    <w:p>
      <w:r>
        <w:rPr>
          <w:rFonts w:ascii="IM Fell English" w:hAnsi="IM Fell English"/>
          <w:color w:val="141414"/>
          <w:sz w:val="24"/>
        </w:rPr>
        <w:t>“Through the house.”</w:t>
      </w:r>
    </w:p>
    <w:p>
      <w:r>
        <w:rPr>
          <w:rFonts w:ascii="IM Fell English" w:hAnsi="IM Fell English"/>
          <w:color w:val="141414"/>
          <w:sz w:val="24"/>
        </w:rPr>
        <w:t>Lena followed.</w:t>
      </w:r>
    </w:p>
    <w:p>
      <w:r>
        <w:rPr>
          <w:rFonts w:ascii="IM Fell English" w:hAnsi="IM Fell English"/>
          <w:color w:val="141414"/>
          <w:sz w:val="24"/>
        </w:rPr>
        <w:t>He carried Jennifer into the hallway first and put her against the wall. One leg hooked over his arm as he pushed back into her and fucked her upright. The angle was deeper. Jennifer’s head tipped back against the wall as she took it. Lena stood close, rubbing her clit, pulling her hair, making her look at her while Marcus used her.</w:t>
      </w:r>
    </w:p>
    <w:p>
      <w:r>
        <w:rPr>
          <w:rFonts w:ascii="IM Fell English" w:hAnsi="IM Fell English"/>
          <w:color w:val="141414"/>
          <w:sz w:val="24"/>
        </w:rPr>
        <w:t>Katie followed on the cameras, switching cleanly from one hallway feed to the next.</w:t>
      </w:r>
    </w:p>
    <w:p>
      <w:r>
        <w:rPr>
          <w:rFonts w:ascii="IM Fell English" w:hAnsi="IM Fell English"/>
          <w:color w:val="141414"/>
          <w:sz w:val="24"/>
        </w:rPr>
        <w:t>When the hallway had been enough, he carried her downstairs.</w:t>
      </w:r>
    </w:p>
    <w:p>
      <w:r>
        <w:rPr>
          <w:rFonts w:ascii="IM Fell English" w:hAnsi="IM Fell English"/>
          <w:color w:val="141414"/>
          <w:sz w:val="24"/>
        </w:rPr>
        <w:t>Living room next. Jennifer on her back on the large couch, legs spread while Marcus fucked her with steady, powerful strokes. Lena sat on the arm of the couch and fed fingers into Jennifer’s mouth, then replaced them with her cunt. Jennifer licked and sucked as best she could while being driven into the cushions.</w:t>
      </w:r>
    </w:p>
    <w:p>
      <w:r>
        <w:rPr>
          <w:rFonts w:ascii="IM Fell English" w:hAnsi="IM Fell English"/>
          <w:color w:val="141414"/>
          <w:sz w:val="24"/>
        </w:rPr>
        <w:t>After that, the dining table.</w:t>
      </w:r>
    </w:p>
    <w:p>
      <w:r>
        <w:rPr>
          <w:rFonts w:ascii="IM Fell English" w:hAnsi="IM Fell English"/>
          <w:color w:val="141414"/>
          <w:sz w:val="24"/>
        </w:rPr>
        <w:t>Marcus cleared nothing. He laid Jennifer on her back across the polished wood and fucked her there while Lena held her wrists down. The table shifted under every thrust. Jennifer’s moans carried into the high ceiling.</w:t>
      </w:r>
    </w:p>
    <w:p>
      <w:r>
        <w:rPr>
          <w:rFonts w:ascii="IM Fell English" w:hAnsi="IM Fell English"/>
          <w:color w:val="141414"/>
          <w:sz w:val="24"/>
        </w:rPr>
        <w:t>They kept moving.</w:t>
      </w:r>
    </w:p>
    <w:p>
      <w:r>
        <w:rPr>
          <w:rFonts w:ascii="IM Fell English" w:hAnsi="IM Fell English"/>
          <w:color w:val="141414"/>
          <w:sz w:val="24"/>
        </w:rPr>
        <w:t>Kitchen counter.</w:t>
      </w:r>
      <w:r>
        <w:rPr>
          <w:rFonts w:ascii="IM Fell English" w:hAnsi="IM Fell English"/>
          <w:color w:val="141414"/>
          <w:sz w:val="24"/>
        </w:rPr>
      </w:r>
      <w:r>
        <w:rPr>
          <w:rFonts w:ascii="IM Fell English" w:hAnsi="IM Fell English"/>
          <w:color w:val="141414"/>
          <w:sz w:val="24"/>
        </w:rPr>
        <w:t>Stairs — Jennifer on her hands and knees, Marcus behind her, Lena in front of her.</w:t>
      </w:r>
      <w:r>
        <w:rPr>
          <w:rFonts w:ascii="IM Fell English" w:hAnsi="IM Fell English"/>
          <w:color w:val="141414"/>
          <w:sz w:val="24"/>
        </w:rPr>
      </w:r>
      <w:r>
        <w:rPr>
          <w:rFonts w:ascii="IM Fell English" w:hAnsi="IM Fell English"/>
          <w:color w:val="141414"/>
          <w:sz w:val="24"/>
        </w:rPr>
        <w:t>Library rug.</w:t>
      </w:r>
    </w:p>
    <w:p>
      <w:r>
        <w:rPr>
          <w:rFonts w:ascii="IM Fell English" w:hAnsi="IM Fell English"/>
          <w:color w:val="141414"/>
          <w:sz w:val="24"/>
        </w:rPr>
        <w:t>The cold kitchen counter. The stairs—Jennifer forced onto her hands and knees with Marcus driving from behind while Lena occupied her focus. The thick fibers of the library rug. r started to adjust, keeping her in that demanding middle ground — hard enough to test her, controlled enough not to break her.</w:t>
      </w:r>
    </w:p>
    <w:p>
      <w:r>
        <w:rPr>
          <w:rFonts w:ascii="IM Fell English" w:hAnsi="IM Fell English"/>
          <w:color w:val="141414"/>
          <w:sz w:val="24"/>
        </w:rPr>
        <w:t>By the time they reached the sunken living area near the back of the house, Jennifer was slick with sweat, legs trembling, voice shredded. Marcus had her in his lap facing outward, bouncing her on his cock while Lena knelt and licked where they were joined.</w:t>
      </w:r>
    </w:p>
    <w:p>
      <w:r>
        <w:rPr>
          <w:rFonts w:ascii="IM Fell English" w:hAnsi="IM Fell English"/>
          <w:color w:val="141414"/>
          <w:sz w:val="24"/>
        </w:rPr>
        <w:t>Jennifer’s voice cracked.</w:t>
      </w:r>
    </w:p>
    <w:p>
      <w:r>
        <w:rPr>
          <w:rFonts w:ascii="IM Fell English" w:hAnsi="IM Fell English"/>
          <w:color w:val="141414"/>
          <w:sz w:val="24"/>
        </w:rPr>
        <w:t>“Fuck— I can’t—”</w:t>
      </w:r>
    </w:p>
    <w:p>
      <w:r>
        <w:rPr>
          <w:rFonts w:ascii="IM Fell English" w:hAnsi="IM Fell English"/>
          <w:color w:val="141414"/>
          <w:sz w:val="24"/>
        </w:rPr>
        <w:t>“Yes you can,” Marcus said. “You’re doing fine.”</w:t>
      </w:r>
    </w:p>
    <w:p>
      <w:r>
        <w:rPr>
          <w:rFonts w:ascii="IM Fell English" w:hAnsi="IM Fell English"/>
          <w:color w:val="141414"/>
          <w:sz w:val="24"/>
        </w:rPr>
        <w:t>Lena lifted her head just long enough to speak.</w:t>
      </w:r>
    </w:p>
    <w:p>
      <w:r>
        <w:rPr>
          <w:rFonts w:ascii="IM Fell English" w:hAnsi="IM Fell English"/>
          <w:color w:val="141414"/>
          <w:sz w:val="24"/>
        </w:rPr>
        <w:t>“She’s close to her edge. Not past it.”</w:t>
      </w:r>
    </w:p>
    <w:p>
      <w:r>
        <w:rPr>
          <w:rFonts w:ascii="IM Fell English" w:hAnsi="IM Fell English"/>
          <w:color w:val="141414"/>
          <w:sz w:val="24"/>
        </w:rPr>
        <w:t>Marcus adjusted his grip and kept going.</w:t>
      </w:r>
    </w:p>
    <w:p>
      <w:r>
        <w:rPr>
          <w:rFonts w:ascii="IM Fell English" w:hAnsi="IM Fell English"/>
          <w:color w:val="141414"/>
          <w:sz w:val="24"/>
        </w:rPr>
        <w:t>They finally stopped near the wide windows. Marcus laid Jennifer down on the thick carpet and fucked her slowly through one last orgasm until her whole body shook. Only then did he pull out.</w:t>
      </w:r>
    </w:p>
    <w:p>
      <w:r>
        <w:rPr>
          <w:rFonts w:ascii="IM Fell English" w:hAnsi="IM Fell English"/>
          <w:color w:val="141414"/>
          <w:sz w:val="24"/>
        </w:rPr>
        <w:t>Jennifer lay limp, staring at the ceiling.</w:t>
      </w:r>
    </w:p>
    <w:p>
      <w:r>
        <w:rPr>
          <w:rFonts w:ascii="IM Fell English" w:hAnsi="IM Fell English"/>
          <w:color w:val="141414"/>
          <w:sz w:val="24"/>
        </w:rPr>
        <w:t>Lena brushed damp hair from her face.</w:t>
      </w:r>
    </w:p>
    <w:p>
      <w:r>
        <w:rPr>
          <w:rFonts w:ascii="IM Fell English" w:hAnsi="IM Fell English"/>
          <w:color w:val="141414"/>
          <w:sz w:val="24"/>
        </w:rPr>
        <w:t>“Still with us?”</w:t>
      </w:r>
    </w:p>
    <w:p>
      <w:r>
        <w:rPr>
          <w:rFonts w:ascii="IM Fell English" w:hAnsi="IM Fell English"/>
          <w:color w:val="141414"/>
          <w:sz w:val="24"/>
        </w:rPr>
        <w:t>Jennifer gave a weak, breathless laugh.</w:t>
      </w:r>
    </w:p>
    <w:p>
      <w:r>
        <w:rPr>
          <w:rFonts w:ascii="IM Fell English" w:hAnsi="IM Fell English"/>
          <w:color w:val="141414"/>
          <w:sz w:val="24"/>
        </w:rPr>
        <w:t>“Barely.”</w:t>
      </w:r>
    </w:p>
    <w:p>
      <w:r>
        <w:rPr>
          <w:rFonts w:ascii="IM Fell English" w:hAnsi="IM Fell English"/>
          <w:color w:val="141414"/>
          <w:sz w:val="24"/>
        </w:rPr>
        <w:t>Marcus looked back toward the hallway that led to the master suite.</w:t>
      </w:r>
    </w:p>
    <w:p>
      <w:r>
        <w:rPr>
          <w:rFonts w:ascii="IM Fell English" w:hAnsi="IM Fell English"/>
          <w:color w:val="141414"/>
          <w:sz w:val="24"/>
        </w:rPr>
        <w:t>“We need to get Jackie.”</w:t>
      </w:r>
    </w:p>
    <w:p>
      <w:r>
        <w:rPr>
          <w:rFonts w:ascii="IM Fell English" w:hAnsi="IM Fell English"/>
          <w:color w:val="141414"/>
          <w:sz w:val="24"/>
        </w:rPr>
        <w:t>Lena nodded. She leaned down and kissed Jennifer once.</w:t>
      </w:r>
    </w:p>
    <w:p>
      <w:r>
        <w:rPr>
          <w:rFonts w:ascii="IM Fell English" w:hAnsi="IM Fell English"/>
          <w:color w:val="141414"/>
          <w:sz w:val="24"/>
        </w:rPr>
        <w:t>“Rest here. We’ll be back.”</w:t>
      </w:r>
    </w:p>
    <w:p>
      <w:r>
        <w:rPr>
          <w:rFonts w:ascii="IM Fell English" w:hAnsi="IM Fell English"/>
          <w:color w:val="141414"/>
          <w:sz w:val="24"/>
        </w:rPr>
        <w:t>Jennifer did not argue. She closed her eyes and tried to catch her breath.</w:t>
      </w:r>
    </w:p>
    <w:p>
      <w:r>
        <w:rPr>
          <w:rFonts w:ascii="IM Fell English" w:hAnsi="IM Fell English"/>
          <w:color w:val="141414"/>
          <w:sz w:val="24"/>
        </w:rPr>
        <w:t>Upstairs, the shower steam had thinned.</w:t>
      </w:r>
    </w:p>
    <w:p>
      <w:r>
        <w:rPr>
          <w:rFonts w:ascii="IM Fell English" w:hAnsi="IM Fell English"/>
          <w:color w:val="141414"/>
          <w:sz w:val="24"/>
        </w:rPr>
        <w:t>Jackie was exactly where they had left her — bound, marked, ribs damaged, face swollen from the work, still unconscious on the wet stone.</w:t>
      </w:r>
    </w:p>
    <w:p>
      <w:r>
        <w:rPr>
          <w:rFonts w:ascii="IM Fell English" w:hAnsi="IM Fell English"/>
          <w:color w:val="141414"/>
          <w:sz w:val="24"/>
        </w:rPr>
        <w:t>Katie switched one last camera angle, studied her for a long second, and then spoke into Marcus’s earpiece as he climbed the stairs.</w:t>
      </w:r>
    </w:p>
    <w:p>
      <w:r>
        <w:rPr>
          <w:rFonts w:ascii="IM Fell English" w:hAnsi="IM Fell English"/>
          <w:i/>
          <w:color w:val="141414"/>
          <w:sz w:val="24"/>
        </w:rPr>
        <w:t>Leave her tied until she comes around. When she does, she walks. No carrying unless she fails. I have her line now.</w:t>
      </w:r>
    </w:p>
    <w:p>
      <w:r>
        <w:rPr>
          <w:rFonts w:ascii="IM Fell English" w:hAnsi="IM Fell English"/>
          <w:color w:val="141414"/>
          <w:sz w:val="24"/>
        </w:rPr>
        <w:t>Marcus did not answer.</w:t>
      </w:r>
    </w:p>
    <w:p>
      <w:r>
        <w:rPr>
          <w:rFonts w:ascii="IM Fell English" w:hAnsi="IM Fell English"/>
          <w:color w:val="141414"/>
          <w:sz w:val="24"/>
        </w:rPr>
        <w:t>He already understood.</w:t>
      </w:r>
    </w:p>
    <w:p>
      <w:r>
        <w:rPr>
          <w:rFonts w:ascii="IM Fell English" w:hAnsi="IM Fell English"/>
          <w:color w:val="141414"/>
          <w:sz w:val="24"/>
        </w:rPr>
        <w:t xml:space="preserve">Katie’s motive hadn't been to sabotage the production. </w:t>
      </w:r>
    </w:p>
    <w:p>
      <w:r>
        <w:rPr>
          <w:rFonts w:ascii="IM Fell English" w:hAnsi="IM Fell English"/>
          <w:color w:val="141414"/>
          <w:sz w:val="24"/>
        </w:rPr>
        <w:t>She had done it to measure the exact place Jackie broke — so she would know what still had to be trained before the real work began.</w:t>
      </w:r>
    </w:p>
    <w:p>
      <w:pPr>
        <w:pStyle w:val="Heading1"/>
        <w:jc w:val="center"/>
      </w:pPr>
      <w:r>
        <w:rPr>
          <w:rFonts w:ascii="IM Fell English" w:hAnsi="IM Fell English"/>
          <w:color w:val="0D0D0D"/>
        </w:rPr>
        <w:t>CHAPTER 3 — TAKEN AWAY</w:t>
      </w:r>
    </w:p>
    <w:p>
      <w:r>
        <w:rPr>
          <w:rFonts w:ascii="IM Fell English" w:hAnsi="IM Fell English"/>
          <w:color w:val="141414"/>
          <w:sz w:val="24"/>
        </w:rPr>
        <w:t>Marcus and Lena found Jackie exactly where they had left her.</w:t>
      </w:r>
    </w:p>
    <w:p>
      <w:r>
        <w:rPr>
          <w:rFonts w:ascii="IM Fell English" w:hAnsi="IM Fell English"/>
          <w:color w:val="141414"/>
          <w:sz w:val="24"/>
        </w:rPr>
        <w:t>She was still on the wet stone bench in the shower, arms bound behind her back, marks dark across her face and ribs. For a few seconds she did not move at all. Then her breath caught, rough and shallow, and her eyes opened in a hard unfocused blink.</w:t>
      </w:r>
    </w:p>
    <w:p>
      <w:r>
        <w:rPr>
          <w:rFonts w:ascii="IM Fell English" w:hAnsi="IM Fell English"/>
          <w:color w:val="141414"/>
          <w:sz w:val="24"/>
        </w:rPr>
        <w:t>Lena turned the last of the water off.</w:t>
      </w:r>
    </w:p>
    <w:p>
      <w:r>
        <w:rPr>
          <w:rFonts w:ascii="IM Fell English" w:hAnsi="IM Fell English"/>
          <w:color w:val="141414"/>
          <w:sz w:val="24"/>
        </w:rPr>
        <w:t>“There she is.”</w:t>
      </w:r>
    </w:p>
    <w:p>
      <w:r>
        <w:rPr>
          <w:rFonts w:ascii="IM Fell English" w:hAnsi="IM Fell English"/>
          <w:color w:val="141414"/>
          <w:sz w:val="24"/>
        </w:rPr>
        <w:t>Jackie tried to speak and only managed a low sound. Marcus cut the rope. The moment her arms were free, she rolled onto her side and hissed through her teeth as the damaged ribs lit up.</w:t>
      </w:r>
    </w:p>
    <w:p>
      <w:r>
        <w:rPr>
          <w:rFonts w:ascii="IM Fell English" w:hAnsi="IM Fell English"/>
          <w:color w:val="141414"/>
          <w:sz w:val="24"/>
        </w:rPr>
        <w:t>Lena helped her sit.</w:t>
      </w:r>
    </w:p>
    <w:p>
      <w:r>
        <w:rPr>
          <w:rFonts w:ascii="IM Fell English" w:hAnsi="IM Fell English"/>
          <w:color w:val="141414"/>
          <w:sz w:val="24"/>
        </w:rPr>
        <w:t>“Can you walk?”</w:t>
      </w:r>
    </w:p>
    <w:p>
      <w:r>
        <w:rPr>
          <w:rFonts w:ascii="IM Fell English" w:hAnsi="IM Fell English"/>
          <w:color w:val="141414"/>
          <w:sz w:val="24"/>
        </w:rPr>
        <w:t>Jackie spat pink into the drain area and nodded once.</w:t>
      </w:r>
    </w:p>
    <w:p>
      <w:r>
        <w:rPr>
          <w:rFonts w:ascii="IM Fell English" w:hAnsi="IM Fell English"/>
          <w:color w:val="141414"/>
          <w:sz w:val="24"/>
        </w:rPr>
        <w:t>“Yeah.”</w:t>
      </w:r>
    </w:p>
    <w:p>
      <w:r>
        <w:rPr>
          <w:rFonts w:ascii="IM Fell English" w:hAnsi="IM Fell English"/>
          <w:color w:val="141414"/>
          <w:sz w:val="24"/>
        </w:rPr>
        <w:t>“Then you walk,” Marcus said. “Orders.”</w:t>
      </w:r>
    </w:p>
    <w:p>
      <w:r>
        <w:rPr>
          <w:rFonts w:ascii="IM Fell English" w:hAnsi="IM Fell English"/>
          <w:color w:val="141414"/>
          <w:sz w:val="24"/>
        </w:rPr>
        <w:t>They dried her off in silence. Jackie moved stiffly, guarding her side with shallow breaths. The swelling in her face was already receding unnaturally fast, though her ribs remained a problem. No one commented on her recovery speed; no one needed to. r.</w:t>
      </w:r>
    </w:p>
    <w:p>
      <w:r>
        <w:rPr>
          <w:rFonts w:ascii="IM Fell English" w:hAnsi="IM Fell English"/>
          <w:color w:val="141414"/>
          <w:sz w:val="24"/>
        </w:rPr>
        <w:t>Jennifer was upstairs by then, sitting on the edge of the bed with a towel around her, still flushed and worn out from being fucked through the mansion. When Jackie walked into the bedroom, Jennifer looked her over and the cocky edge drained out of her expression for a second.</w:t>
      </w:r>
    </w:p>
    <w:p>
      <w:r>
        <w:rPr>
          <w:rFonts w:ascii="IM Fell English" w:hAnsi="IM Fell English"/>
          <w:color w:val="141414"/>
          <w:sz w:val="24"/>
        </w:rPr>
        <w:t>“Shit.”</w:t>
      </w:r>
    </w:p>
    <w:p>
      <w:r>
        <w:rPr>
          <w:rFonts w:ascii="IM Fell English" w:hAnsi="IM Fell English"/>
          <w:color w:val="141414"/>
          <w:sz w:val="24"/>
        </w:rPr>
        <w:t>Jackie gave her a cracked, humorless smile.</w:t>
      </w:r>
    </w:p>
    <w:p>
      <w:r>
        <w:rPr>
          <w:rFonts w:ascii="IM Fell English" w:hAnsi="IM Fell English"/>
          <w:color w:val="141414"/>
          <w:sz w:val="24"/>
        </w:rPr>
        <w:t>“You look like you got fucked through a house.”</w:t>
      </w:r>
    </w:p>
    <w:p>
      <w:r>
        <w:rPr>
          <w:rFonts w:ascii="IM Fell English" w:hAnsi="IM Fell English"/>
          <w:color w:val="141414"/>
          <w:sz w:val="24"/>
        </w:rPr>
        <w:t>“You look like I helped break you.”</w:t>
      </w:r>
    </w:p>
    <w:p>
      <w:r>
        <w:rPr>
          <w:rFonts w:ascii="IM Fell English" w:hAnsi="IM Fell English"/>
          <w:color w:val="141414"/>
          <w:sz w:val="24"/>
        </w:rPr>
        <w:t>“You did.”</w:t>
      </w:r>
    </w:p>
    <w:p>
      <w:r>
        <w:rPr>
          <w:rFonts w:ascii="IM Fell English" w:hAnsi="IM Fell English"/>
          <w:color w:val="141414"/>
          <w:sz w:val="24"/>
        </w:rPr>
        <w:t>Jennifer’s throat worked.</w:t>
      </w:r>
    </w:p>
    <w:p>
      <w:r>
        <w:rPr>
          <w:rFonts w:ascii="IM Fell English" w:hAnsi="IM Fell English"/>
          <w:color w:val="141414"/>
          <w:sz w:val="24"/>
        </w:rPr>
        <w:t>“Katie pushed it.”</w:t>
      </w:r>
    </w:p>
    <w:p>
      <w:r>
        <w:rPr>
          <w:rFonts w:ascii="IM Fell English" w:hAnsi="IM Fell English"/>
          <w:color w:val="141414"/>
          <w:sz w:val="24"/>
        </w:rPr>
        <w:t>“I know,” Jackie said. “That’s the point.”</w:t>
      </w:r>
    </w:p>
    <w:p>
      <w:r>
        <w:rPr>
          <w:rFonts w:ascii="IM Fell English" w:hAnsi="IM Fell English"/>
          <w:color w:val="141414"/>
          <w:sz w:val="24"/>
        </w:rPr>
        <w:t>Lena tossed clean clothes onto the bed.</w:t>
      </w:r>
    </w:p>
    <w:p>
      <w:r>
        <w:rPr>
          <w:rFonts w:ascii="IM Fell English" w:hAnsi="IM Fell English"/>
          <w:color w:val="141414"/>
          <w:sz w:val="24"/>
        </w:rPr>
        <w:t>“Both of you. Dress. We’re leaving in twenty minutes.”</w:t>
      </w:r>
    </w:p>
    <w:p>
      <w:r>
        <w:rPr>
          <w:rFonts w:ascii="IM Fell English" w:hAnsi="IM Fell English"/>
          <w:color w:val="141414"/>
          <w:sz w:val="24"/>
        </w:rPr>
        <w:t>Jackie pulled on black pants and a fitted black top carefully, jaw tight when she raised her arm. Jennifer dressed slower than usual, eyes still flicking back to Jackie’s side. Marcus stood near the door while Lena checked them over with the same practical attention she gave everything else.</w:t>
      </w:r>
    </w:p>
    <w:p>
      <w:r>
        <w:rPr>
          <w:rFonts w:ascii="IM Fell English" w:hAnsi="IM Fell English"/>
          <w:color w:val="141414"/>
          <w:sz w:val="24"/>
        </w:rPr>
        <w:t>Before they left the room, Lena stepped in front of Jackie and fixed the collar of her shirt even though it did not need fixing. Then she did the same to Jennifer, fingers lingering just slightly under her chin.</w:t>
      </w:r>
    </w:p>
    <w:p>
      <w:r>
        <w:rPr>
          <w:rFonts w:ascii="IM Fell English" w:hAnsi="IM Fell English"/>
          <w:color w:val="141414"/>
          <w:sz w:val="24"/>
        </w:rPr>
        <w:t>“You’re going to listen more than you talk in this meeting,” Lena said. “Both of you.”</w:t>
      </w:r>
    </w:p>
    <w:p>
      <w:r>
        <w:rPr>
          <w:rFonts w:ascii="IM Fell English" w:hAnsi="IM Fell English"/>
          <w:color w:val="141414"/>
          <w:sz w:val="24"/>
        </w:rPr>
        <w:t>Jennifer raised an eyebrow.</w:t>
      </w:r>
    </w:p>
    <w:p>
      <w:r>
        <w:rPr>
          <w:rFonts w:ascii="IM Fell English" w:hAnsi="IM Fell English"/>
          <w:color w:val="141414"/>
          <w:sz w:val="24"/>
        </w:rPr>
        <w:t>“That sounds fake.”</w:t>
      </w:r>
    </w:p>
    <w:p>
      <w:r>
        <w:rPr>
          <w:rFonts w:ascii="IM Fell English" w:hAnsi="IM Fell English"/>
          <w:color w:val="141414"/>
          <w:sz w:val="24"/>
        </w:rPr>
        <w:t>“I’m serious.”</w:t>
      </w:r>
    </w:p>
    <w:p>
      <w:r>
        <w:rPr>
          <w:rFonts w:ascii="IM Fell English" w:hAnsi="IM Fell English"/>
          <w:color w:val="141414"/>
          <w:sz w:val="24"/>
        </w:rPr>
        <w:t>Jackie glanced at Jennifer.</w:t>
      </w:r>
    </w:p>
    <w:p>
      <w:r>
        <w:rPr>
          <w:rFonts w:ascii="IM Fell English" w:hAnsi="IM Fell English"/>
          <w:color w:val="141414"/>
          <w:sz w:val="24"/>
        </w:rPr>
        <w:t>“We’ll behave.”</w:t>
      </w:r>
    </w:p>
    <w:p>
      <w:r>
        <w:rPr>
          <w:rFonts w:ascii="IM Fell English" w:hAnsi="IM Fell English"/>
          <w:color w:val="141414"/>
          <w:sz w:val="24"/>
        </w:rPr>
        <w:t>Lena did not look convinced, but she let it go.</w:t>
      </w:r>
    </w:p>
    <w:p>
      <w:r>
        <w:rPr>
          <w:rFonts w:ascii="IM Fell English" w:hAnsi="IM Fell English"/>
          <w:color w:val="141414"/>
          <w:sz w:val="24"/>
        </w:rPr>
        <w:t>The drive to Saiya’s private office was quiet.</w:t>
      </w:r>
    </w:p>
    <w:p>
      <w:r>
        <w:rPr>
          <w:rFonts w:ascii="IM Fell English" w:hAnsi="IM Fell English"/>
          <w:color w:val="141414"/>
          <w:sz w:val="24"/>
        </w:rPr>
        <w:t>Jackie sat in the back with Jennifer. Lena drove. Marcus rode in the front passenger seat. The city moved past the windows in late-afternoon light.</w:t>
      </w:r>
    </w:p>
    <w:p>
      <w:r>
        <w:rPr>
          <w:rFonts w:ascii="IM Fell English" w:hAnsi="IM Fell English"/>
          <w:color w:val="141414"/>
          <w:sz w:val="24"/>
        </w:rPr>
        <w:t>Jennifer watched Jackie from the side.</w:t>
      </w:r>
    </w:p>
    <w:p>
      <w:r>
        <w:rPr>
          <w:rFonts w:ascii="IM Fell English" w:hAnsi="IM Fell English"/>
          <w:color w:val="141414"/>
          <w:sz w:val="24"/>
        </w:rPr>
        <w:t>“How bad?”</w:t>
      </w:r>
    </w:p>
    <w:p>
      <w:r>
        <w:rPr>
          <w:rFonts w:ascii="IM Fell English" w:hAnsi="IM Fell English"/>
          <w:color w:val="141414"/>
          <w:sz w:val="24"/>
        </w:rPr>
        <w:t>Jackie kept her eyes on the buildings.</w:t>
      </w:r>
    </w:p>
    <w:p>
      <w:r>
        <w:rPr>
          <w:rFonts w:ascii="IM Fell English" w:hAnsi="IM Fell English"/>
          <w:color w:val="141414"/>
          <w:sz w:val="24"/>
        </w:rPr>
        <w:t>“Bad enough that she got what she wanted.”</w:t>
      </w:r>
    </w:p>
    <w:p>
      <w:r>
        <w:rPr>
          <w:rFonts w:ascii="IM Fell English" w:hAnsi="IM Fell English"/>
          <w:color w:val="141414"/>
          <w:sz w:val="24"/>
        </w:rPr>
        <w:t>“I felt one go,” Jennifer said. “When I hit you the last time.”</w:t>
      </w:r>
    </w:p>
    <w:p>
      <w:r>
        <w:rPr>
          <w:rFonts w:ascii="IM Fell English" w:hAnsi="IM Fell English"/>
          <w:color w:val="141414"/>
          <w:sz w:val="24"/>
        </w:rPr>
        <w:t>“I know.”</w:t>
      </w:r>
    </w:p>
    <w:p>
      <w:r>
        <w:rPr>
          <w:rFonts w:ascii="IM Fell English" w:hAnsi="IM Fell English"/>
          <w:color w:val="141414"/>
          <w:sz w:val="24"/>
        </w:rPr>
        <w:t>Jennifer was silent for a moment, then muttered, “She shouldn’t have used me for that.”</w:t>
      </w:r>
    </w:p>
    <w:p>
      <w:r>
        <w:rPr>
          <w:rFonts w:ascii="IM Fell English" w:hAnsi="IM Fell English"/>
          <w:color w:val="141414"/>
          <w:sz w:val="24"/>
        </w:rPr>
        <w:t>Jackie turned her head enough to look at her.</w:t>
      </w:r>
    </w:p>
    <w:p>
      <w:r>
        <w:rPr>
          <w:rFonts w:ascii="IM Fell English" w:hAnsi="IM Fell English"/>
          <w:color w:val="141414"/>
          <w:sz w:val="24"/>
        </w:rPr>
        <w:t>“Yes she should. If I’m getting measured, you’re part of the process. Don’t start acting soft after the fact.”</w:t>
      </w:r>
    </w:p>
    <w:p>
      <w:r>
        <w:rPr>
          <w:rFonts w:ascii="IM Fell English" w:hAnsi="IM Fell English"/>
          <w:color w:val="141414"/>
          <w:sz w:val="24"/>
        </w:rPr>
        <w:t>Jennifer held her gaze, then looked away first.</w:t>
      </w:r>
    </w:p>
    <w:p>
      <w:r>
        <w:rPr>
          <w:rFonts w:ascii="IM Fell English" w:hAnsi="IM Fell English"/>
          <w:color w:val="141414"/>
          <w:sz w:val="24"/>
        </w:rPr>
        <w:t>“I’m not soft.”</w:t>
      </w:r>
    </w:p>
    <w:p>
      <w:r>
        <w:rPr>
          <w:rFonts w:ascii="IM Fell English" w:hAnsi="IM Fell English"/>
          <w:color w:val="141414"/>
          <w:sz w:val="24"/>
        </w:rPr>
        <w:t>“Good,” Jackie said. “Because if you asked for everything, she’s not going to stop with me.”</w:t>
      </w:r>
    </w:p>
    <w:p>
      <w:r>
        <w:rPr>
          <w:rFonts w:ascii="IM Fell English" w:hAnsi="IM Fell English"/>
          <w:color w:val="141414"/>
          <w:sz w:val="24"/>
        </w:rPr>
        <w:t>The rest of the drive stayed quiet.</w:t>
      </w:r>
    </w:p>
    <w:p>
      <w:r>
        <w:rPr>
          <w:rFonts w:ascii="IM Fell English" w:hAnsi="IM Fell English"/>
          <w:color w:val="141414"/>
          <w:sz w:val="24"/>
        </w:rPr>
        <w:t xml:space="preserve">They were ushered directly into Saiya’s top-floor sanctuary—a space defined by clinical precision and expensive finishes, utterly devoid of warmth, and dominated by an imposing expanse of floor-to-ceiling windows. </w:t>
      </w:r>
    </w:p>
    <w:p>
      <w:r>
        <w:rPr>
          <w:rFonts w:ascii="IM Fell English" w:hAnsi="IM Fell English"/>
          <w:color w:val="141414"/>
          <w:sz w:val="24"/>
        </w:rPr>
        <w:t>Saiya was already seated behind her desk when they entered. She did not stand. Lena and Marcus remained near the wall.</w:t>
      </w:r>
    </w:p>
    <w:p>
      <w:r>
        <w:rPr>
          <w:rFonts w:ascii="IM Fell English" w:hAnsi="IM Fell English"/>
          <w:color w:val="141414"/>
          <w:sz w:val="24"/>
        </w:rPr>
        <w:t>Saiya looked at both of them for a long moment before speaking. Her eyes paused briefly on Jackie’s marked face and the careful way she sat, but she did not ask.</w:t>
      </w:r>
    </w:p>
    <w:p>
      <w:r>
        <w:rPr>
          <w:rFonts w:ascii="IM Fell English" w:hAnsi="IM Fell English"/>
          <w:color w:val="141414"/>
          <w:sz w:val="24"/>
        </w:rPr>
        <w:t>“I’ll keep this short.”</w:t>
      </w:r>
    </w:p>
    <w:p>
      <w:r>
        <w:rPr>
          <w:rFonts w:ascii="IM Fell English" w:hAnsi="IM Fell English"/>
          <w:color w:val="141414"/>
          <w:sz w:val="24"/>
        </w:rPr>
        <w:t>Jennifer raised an eyebrow.</w:t>
      </w:r>
    </w:p>
    <w:p>
      <w:r>
        <w:rPr>
          <w:rFonts w:ascii="IM Fell English" w:hAnsi="IM Fell English"/>
          <w:color w:val="141414"/>
          <w:sz w:val="24"/>
        </w:rPr>
        <w:t>“That’s new.”</w:t>
      </w:r>
    </w:p>
    <w:p>
      <w:r>
        <w:rPr>
          <w:rFonts w:ascii="IM Fell English" w:hAnsi="IM Fell English"/>
          <w:color w:val="141414"/>
          <w:sz w:val="24"/>
        </w:rPr>
        <w:t>Saiya ignored the comment.</w:t>
      </w:r>
    </w:p>
    <w:p>
      <w:r>
        <w:rPr>
          <w:rFonts w:ascii="IM Fell English" w:hAnsi="IM Fell English"/>
          <w:color w:val="141414"/>
          <w:sz w:val="24"/>
        </w:rPr>
        <w:t>“The project has been taken out of my hands.”</w:t>
      </w:r>
    </w:p>
    <w:p>
      <w:r>
        <w:rPr>
          <w:rFonts w:ascii="IM Fell English" w:hAnsi="IM Fell English"/>
          <w:color w:val="141414"/>
          <w:sz w:val="24"/>
        </w:rPr>
        <w:t>Jackie did not react right away. Jennifer sat forward slightly.</w:t>
      </w:r>
    </w:p>
    <w:p>
      <w:r>
        <w:rPr>
          <w:rFonts w:ascii="IM Fell English" w:hAnsi="IM Fell English"/>
          <w:color w:val="141414"/>
          <w:sz w:val="24"/>
        </w:rPr>
        <w:t>“What do you mean taken out of your hands?”</w:t>
      </w:r>
    </w:p>
    <w:p>
      <w:r>
        <w:rPr>
          <w:rFonts w:ascii="IM Fell English" w:hAnsi="IM Fell English"/>
          <w:color w:val="141414"/>
          <w:sz w:val="24"/>
        </w:rPr>
        <w:t xml:space="preserve">“Exactly what it sounds like,” Saiya said. “The corporation has assumed full control of </w:t>
      </w:r>
      <w:r>
        <w:rPr>
          <w:rFonts w:ascii="IM Fell English" w:hAnsi="IM Fell English"/>
          <w:i/>
          <w:color w:val="141414"/>
          <w:sz w:val="24"/>
        </w:rPr>
        <w:t>Vows of Flesh and Pain</w:t>
      </w:r>
      <w:r>
        <w:rPr>
          <w:rFonts w:ascii="IM Fell English" w:hAnsi="IM Fell English"/>
          <w:color w:val="141414"/>
          <w:sz w:val="24"/>
        </w:rPr>
        <w:t>. I no longer have authority over it.”</w:t>
      </w:r>
    </w:p>
    <w:p>
      <w:r>
        <w:rPr>
          <w:rFonts w:ascii="IM Fell English" w:hAnsi="IM Fell English"/>
          <w:color w:val="141414"/>
          <w:sz w:val="24"/>
        </w:rPr>
        <w:t>Jennifer let out a short, incredulous breath.</w:t>
      </w:r>
    </w:p>
    <w:p>
      <w:r>
        <w:rPr>
          <w:rFonts w:ascii="IM Fell English" w:hAnsi="IM Fell English"/>
          <w:color w:val="141414"/>
          <w:sz w:val="24"/>
        </w:rPr>
        <w:t>“You’re the one who developed it.”</w:t>
      </w:r>
    </w:p>
    <w:p>
      <w:r>
        <w:rPr>
          <w:rFonts w:ascii="IM Fell English" w:hAnsi="IM Fell English"/>
          <w:color w:val="141414"/>
          <w:sz w:val="24"/>
        </w:rPr>
        <w:t>“And I’m also the one who allowed the last film to become a liability,” Saiya replied. Her voice was calm, but there was something tight underneath it. “The founders decided they won’t risk another uncontrolled production. So they’ve removed me from this one.”</w:t>
      </w:r>
    </w:p>
    <w:p>
      <w:r>
        <w:rPr>
          <w:rFonts w:ascii="IM Fell English" w:hAnsi="IM Fell English"/>
          <w:color w:val="141414"/>
          <w:sz w:val="24"/>
        </w:rPr>
        <w:t>Jackie studied her.</w:t>
      </w:r>
    </w:p>
    <w:p>
      <w:r>
        <w:rPr>
          <w:rFonts w:ascii="IM Fell English" w:hAnsi="IM Fell English"/>
          <w:color w:val="141414"/>
          <w:sz w:val="24"/>
        </w:rPr>
        <w:t>“Removed how?”</w:t>
      </w:r>
    </w:p>
    <w:p>
      <w:r>
        <w:rPr>
          <w:rFonts w:ascii="IM Fell English" w:hAnsi="IM Fell English"/>
          <w:color w:val="141414"/>
          <w:sz w:val="24"/>
        </w:rPr>
        <w:t>Saiya’s mouth curved into something that was not quite a smile.</w:t>
      </w:r>
    </w:p>
    <w:p>
      <w:r>
        <w:rPr>
          <w:rFonts w:ascii="IM Fell English" w:hAnsi="IM Fell English"/>
          <w:color w:val="141414"/>
          <w:sz w:val="24"/>
        </w:rPr>
        <w:t>“I’m being sent overseas. Another project. One that doesn’t involve either of you.”</w:t>
      </w:r>
    </w:p>
    <w:p>
      <w:r>
        <w:rPr>
          <w:rFonts w:ascii="IM Fell English" w:hAnsi="IM Fell English"/>
          <w:color w:val="141414"/>
          <w:sz w:val="24"/>
        </w:rPr>
        <w:t>The room went quiet for a few seconds.</w:t>
      </w:r>
    </w:p>
    <w:p>
      <w:r>
        <w:rPr>
          <w:rFonts w:ascii="IM Fell English" w:hAnsi="IM Fell English"/>
          <w:color w:val="141414"/>
          <w:sz w:val="24"/>
        </w:rPr>
        <w:t>Jennifer leaned back in her chair.</w:t>
      </w:r>
    </w:p>
    <w:p>
      <w:r>
        <w:rPr>
          <w:rFonts w:ascii="IM Fell English" w:hAnsi="IM Fell English"/>
          <w:color w:val="141414"/>
          <w:sz w:val="24"/>
        </w:rPr>
        <w:t>“So who’s running it?”</w:t>
      </w:r>
    </w:p>
    <w:p>
      <w:r>
        <w:rPr>
          <w:rFonts w:ascii="IM Fell English" w:hAnsi="IM Fell English"/>
          <w:color w:val="141414"/>
          <w:sz w:val="24"/>
        </w:rPr>
        <w:t>“Katie,” Saiya said. “Along with Jimmy, Sekhmet, and Lilith. They’ll be waiting for you at the mansion.”</w:t>
      </w:r>
    </w:p>
    <w:p>
      <w:r>
        <w:rPr>
          <w:rFonts w:ascii="IM Fell English" w:hAnsi="IM Fell English"/>
          <w:color w:val="141414"/>
          <w:sz w:val="24"/>
        </w:rPr>
        <w:t>Jackie glanced at Lena and Marcus. Neither of them looked surprised.</w:t>
      </w:r>
    </w:p>
    <w:p>
      <w:r>
        <w:rPr>
          <w:rFonts w:ascii="IM Fell English" w:hAnsi="IM Fell English"/>
          <w:color w:val="141414"/>
          <w:sz w:val="24"/>
        </w:rPr>
        <w:t>“They’re already involved,” Jackie said.</w:t>
      </w:r>
    </w:p>
    <w:p>
      <w:r>
        <w:rPr>
          <w:rFonts w:ascii="IM Fell English" w:hAnsi="IM Fell English"/>
          <w:color w:val="141414"/>
          <w:sz w:val="24"/>
        </w:rPr>
        <w:t>“They always were,” Saiya answered. “Now it’s official.”</w:t>
      </w:r>
    </w:p>
    <w:p>
      <w:r>
        <w:rPr>
          <w:rFonts w:ascii="IM Fell English" w:hAnsi="IM Fell English"/>
          <w:color w:val="141414"/>
          <w:sz w:val="24"/>
        </w:rPr>
        <w:t>Jennifer’s jaw tightened.</w:t>
      </w:r>
    </w:p>
    <w:p>
      <w:r>
        <w:rPr>
          <w:rFonts w:ascii="IM Fell English" w:hAnsi="IM Fell English"/>
          <w:color w:val="141414"/>
          <w:sz w:val="24"/>
        </w:rPr>
        <w:t>“And the film itself?”</w:t>
      </w:r>
    </w:p>
    <w:p>
      <w:r>
        <w:rPr>
          <w:rFonts w:ascii="IM Fell English" w:hAnsi="IM Fell English"/>
          <w:color w:val="141414"/>
          <w:sz w:val="24"/>
        </w:rPr>
        <w:t>“Still happening,” Saiya said. “Same concept. Your wedding. Your honeymoon. Corrupted. Only now it will be done under corporate oversight. Which means more structure on paper… and fewer limitations where it matters.”</w:t>
      </w:r>
    </w:p>
    <w:p>
      <w:r>
        <w:rPr>
          <w:rFonts w:ascii="IM Fell English" w:hAnsi="IM Fell English"/>
          <w:color w:val="141414"/>
          <w:sz w:val="24"/>
        </w:rPr>
        <w:t>She slid a closed folder across the desk toward them. Jackie did not open it.</w:t>
      </w:r>
    </w:p>
    <w:p>
      <w:r>
        <w:rPr>
          <w:rFonts w:ascii="IM Fell English" w:hAnsi="IM Fell English"/>
          <w:color w:val="141414"/>
          <w:sz w:val="24"/>
        </w:rPr>
        <w:t>“They’re expecting you back at the house,” Saiya continued. “Tonight. This was only a formality so you wouldn’t hear it secondhand.”</w:t>
      </w:r>
    </w:p>
    <w:p>
      <w:r>
        <w:rPr>
          <w:rFonts w:ascii="IM Fell English" w:hAnsi="IM Fell English"/>
          <w:color w:val="141414"/>
          <w:sz w:val="24"/>
        </w:rPr>
        <w:t>Jennifer stared at her.</w:t>
      </w:r>
    </w:p>
    <w:p>
      <w:r>
        <w:rPr>
          <w:rFonts w:ascii="IM Fell English" w:hAnsi="IM Fell English"/>
          <w:color w:val="141414"/>
          <w:sz w:val="24"/>
        </w:rPr>
        <w:t>“You’re really just stepping away?”</w:t>
      </w:r>
    </w:p>
    <w:p>
      <w:r>
        <w:rPr>
          <w:rFonts w:ascii="IM Fell English" w:hAnsi="IM Fell English"/>
          <w:color w:val="141414"/>
          <w:sz w:val="24"/>
        </w:rPr>
        <w:t>Saiya met her eyes.</w:t>
      </w:r>
    </w:p>
    <w:p>
      <w:r>
        <w:rPr>
          <w:rFonts w:ascii="IM Fell English" w:hAnsi="IM Fell English"/>
          <w:color w:val="141414"/>
          <w:sz w:val="24"/>
        </w:rPr>
        <w:t>“I don’t have a choice. When the founders decide you’ve been reckless, they don’t argue about it. They relocate you.”</w:t>
      </w:r>
    </w:p>
    <w:p>
      <w:r>
        <w:rPr>
          <w:rFonts w:ascii="IM Fell English" w:hAnsi="IM Fell English"/>
          <w:color w:val="141414"/>
          <w:sz w:val="24"/>
        </w:rPr>
        <w:t>She paused, then added in the same calm tone,</w:t>
      </w:r>
    </w:p>
    <w:p>
      <w:r>
        <w:rPr>
          <w:rFonts w:ascii="IM Fell English" w:hAnsi="IM Fell English"/>
          <w:color w:val="141414"/>
          <w:sz w:val="24"/>
        </w:rPr>
        <w:t>“You should remember who called the corporation in when Victor became a problem. You opened that door, Jennifer. They’re just using it now.”</w:t>
      </w:r>
    </w:p>
    <w:p>
      <w:r>
        <w:rPr>
          <w:rFonts w:ascii="IM Fell English" w:hAnsi="IM Fell English"/>
          <w:color w:val="141414"/>
          <w:sz w:val="24"/>
        </w:rPr>
        <w:t>Jennifer’s expression flattened. She did not answer.</w:t>
      </w:r>
    </w:p>
    <w:p>
      <w:r>
        <w:rPr>
          <w:rFonts w:ascii="IM Fell English" w:hAnsi="IM Fell English"/>
          <w:color w:val="141414"/>
          <w:sz w:val="24"/>
        </w:rPr>
        <w:t>Jackie stood first. The movement pulled at her ribs and showed in her face for half a second before she locked it down.</w:t>
      </w:r>
    </w:p>
    <w:p>
      <w:r>
        <w:rPr>
          <w:rFonts w:ascii="IM Fell English" w:hAnsi="IM Fell English"/>
          <w:color w:val="141414"/>
          <w:sz w:val="24"/>
        </w:rPr>
        <w:t>“Is that all?”</w:t>
      </w:r>
    </w:p>
    <w:p>
      <w:r>
        <w:rPr>
          <w:rFonts w:ascii="IM Fell English" w:hAnsi="IM Fell English"/>
          <w:color w:val="141414"/>
          <w:sz w:val="24"/>
        </w:rPr>
        <w:t>“Yes.”</w:t>
      </w:r>
    </w:p>
    <w:p>
      <w:r>
        <w:rPr>
          <w:rFonts w:ascii="IM Fell English" w:hAnsi="IM Fell English"/>
          <w:color w:val="141414"/>
          <w:sz w:val="24"/>
        </w:rPr>
        <w:t>Jennifer stood as well, slower.</w:t>
      </w:r>
    </w:p>
    <w:p>
      <w:r>
        <w:rPr>
          <w:rFonts w:ascii="IM Fell English" w:hAnsi="IM Fell English"/>
          <w:color w:val="141414"/>
          <w:sz w:val="24"/>
        </w:rPr>
        <w:t>“So we belong to them now.”</w:t>
      </w:r>
    </w:p>
    <w:p>
      <w:r>
        <w:rPr>
          <w:rFonts w:ascii="IM Fell English" w:hAnsi="IM Fell English"/>
          <w:color w:val="141414"/>
          <w:sz w:val="24"/>
        </w:rPr>
        <w:t>Saiya’s expression did not change.</w:t>
      </w:r>
    </w:p>
    <w:p>
      <w:r>
        <w:rPr>
          <w:rFonts w:ascii="IM Fell English" w:hAnsi="IM Fell English"/>
          <w:color w:val="141414"/>
          <w:sz w:val="24"/>
        </w:rPr>
        <w:t>“You always did. This just makes the chain of command clearer.”</w:t>
      </w:r>
    </w:p>
    <w:p>
      <w:r>
        <w:rPr>
          <w:rFonts w:ascii="IM Fell English" w:hAnsi="IM Fell English"/>
          <w:color w:val="141414"/>
          <w:sz w:val="24"/>
        </w:rPr>
        <w:t>There was nothing else to say.</w:t>
      </w:r>
    </w:p>
    <w:p>
      <w:r>
        <w:rPr>
          <w:rFonts w:ascii="IM Fell English" w:hAnsi="IM Fell English"/>
          <w:color w:val="141414"/>
          <w:sz w:val="24"/>
        </w:rPr>
        <w:t>Lena opened the door. Marcus followed. Jackie and Jennifer walked out without looking back.</w:t>
      </w:r>
    </w:p>
    <w:p>
      <w:r>
        <w:rPr>
          <w:rFonts w:ascii="IM Fell English" w:hAnsi="IM Fell English"/>
          <w:color w:val="141414"/>
          <w:sz w:val="24"/>
        </w:rPr>
        <w:t>In the hallway, Jennifer finally spoke.</w:t>
      </w:r>
    </w:p>
    <w:p>
      <w:r>
        <w:rPr>
          <w:rFonts w:ascii="IM Fell English" w:hAnsi="IM Fell English"/>
          <w:color w:val="141414"/>
          <w:sz w:val="24"/>
        </w:rPr>
        <w:t>“They’re not just taking the film from her.”</w:t>
      </w:r>
    </w:p>
    <w:p>
      <w:r>
        <w:rPr>
          <w:rFonts w:ascii="IM Fell English" w:hAnsi="IM Fell English"/>
          <w:color w:val="141414"/>
          <w:sz w:val="24"/>
        </w:rPr>
        <w:t>“No,” Jackie said. “They’re making a point.”</w:t>
      </w:r>
    </w:p>
    <w:p>
      <w:r>
        <w:rPr>
          <w:rFonts w:ascii="IM Fell English" w:hAnsi="IM Fell English"/>
          <w:color w:val="141414"/>
          <w:sz w:val="24"/>
        </w:rPr>
        <w:t>Lena walked slightly ahead of them.</w:t>
      </w:r>
    </w:p>
    <w:p>
      <w:r>
        <w:rPr>
          <w:rFonts w:ascii="IM Fell English" w:hAnsi="IM Fell English"/>
          <w:color w:val="141414"/>
          <w:sz w:val="24"/>
        </w:rPr>
        <w:t>“Car’s ready. We’re going straight back.”</w:t>
      </w:r>
    </w:p>
    <w:p>
      <w:r>
        <w:rPr>
          <w:rFonts w:ascii="IM Fell English" w:hAnsi="IM Fell English"/>
          <w:color w:val="141414"/>
          <w:sz w:val="24"/>
        </w:rPr>
        <w:t>Jennifer looked at her.</w:t>
      </w:r>
    </w:p>
    <w:p>
      <w:r>
        <w:rPr>
          <w:rFonts w:ascii="IM Fell English" w:hAnsi="IM Fell English"/>
          <w:color w:val="141414"/>
          <w:sz w:val="24"/>
        </w:rPr>
        <w:t>“You knew.”</w:t>
      </w:r>
    </w:p>
    <w:p>
      <w:r>
        <w:rPr>
          <w:rFonts w:ascii="IM Fell English" w:hAnsi="IM Fell English"/>
          <w:color w:val="141414"/>
          <w:sz w:val="24"/>
        </w:rPr>
        <w:t>“Yes,” Lena said simply.</w:t>
      </w:r>
    </w:p>
    <w:p>
      <w:r>
        <w:rPr>
          <w:rFonts w:ascii="IM Fell English" w:hAnsi="IM Fell English"/>
          <w:color w:val="141414"/>
          <w:sz w:val="24"/>
        </w:rPr>
        <w:t>Marcus added, “Katie wants everyone in the main living room. Jimmy, Sekhmet, and Lilith are already there.”</w:t>
      </w:r>
    </w:p>
    <w:p>
      <w:r>
        <w:rPr>
          <w:rFonts w:ascii="IM Fell English" w:hAnsi="IM Fell English"/>
          <w:color w:val="141414"/>
          <w:sz w:val="24"/>
        </w:rPr>
        <w:t>Jackie exhaled through her nose.</w:t>
      </w:r>
    </w:p>
    <w:p>
      <w:r>
        <w:rPr>
          <w:rFonts w:ascii="IM Fell English" w:hAnsi="IM Fell English"/>
          <w:color w:val="141414"/>
          <w:sz w:val="24"/>
        </w:rPr>
        <w:t>“Of course they are.”</w:t>
      </w:r>
    </w:p>
    <w:p>
      <w:r>
        <w:rPr>
          <w:rFonts w:ascii="IM Fell English" w:hAnsi="IM Fell English"/>
          <w:color w:val="141414"/>
          <w:sz w:val="24"/>
        </w:rPr>
        <w:t>They left the building in silence. The night air felt sharper than it had on the way in.</w:t>
      </w:r>
    </w:p>
    <w:p>
      <w:r>
        <w:rPr>
          <w:rFonts w:ascii="IM Fell English" w:hAnsi="IM Fell English"/>
          <w:color w:val="141414"/>
          <w:sz w:val="24"/>
        </w:rPr>
        <w:t>As they got into the car, Jennifer leaned her head back against the seat and stared at the ceiling.</w:t>
      </w:r>
    </w:p>
    <w:p>
      <w:r>
        <w:rPr>
          <w:rFonts w:ascii="IM Fell English" w:hAnsi="IM Fell English"/>
          <w:color w:val="141414"/>
          <w:sz w:val="24"/>
        </w:rPr>
        <w:t>“So the real meeting hasn’t even started yet.”</w:t>
      </w:r>
    </w:p>
    <w:p>
      <w:r>
        <w:rPr>
          <w:rFonts w:ascii="IM Fell English" w:hAnsi="IM Fell English"/>
          <w:color w:val="141414"/>
          <w:sz w:val="24"/>
        </w:rPr>
        <w:t>Jackie looked out the window as the city lights moved past.</w:t>
      </w:r>
    </w:p>
    <w:p>
      <w:r>
        <w:rPr>
          <w:rFonts w:ascii="IM Fell English" w:hAnsi="IM Fell English"/>
          <w:color w:val="141414"/>
          <w:sz w:val="24"/>
        </w:rPr>
        <w:t>“No,” she said. “That was just the warning.”</w:t>
      </w:r>
    </w:p>
    <w:p>
      <w:r>
        <w:rPr>
          <w:rFonts w:ascii="IM Fell English" w:hAnsi="IM Fell English"/>
          <w:color w:val="141414"/>
          <w:sz w:val="24"/>
        </w:rPr>
        <w:t>Lena started the engine.</w:t>
      </w:r>
    </w:p>
    <w:p>
      <w:r>
        <w:rPr>
          <w:rFonts w:ascii="IM Fell English" w:hAnsi="IM Fell English"/>
          <w:color w:val="141414"/>
          <w:sz w:val="24"/>
        </w:rPr>
        <w:t>Behind them, Saiya remained in her office with the closed folder still on her desk, already irrelevant.</w:t>
      </w:r>
    </w:p>
    <w:p>
      <w:r>
        <w:rPr>
          <w:rFonts w:ascii="IM Fell English" w:hAnsi="IM Fell English"/>
          <w:color w:val="141414"/>
          <w:sz w:val="24"/>
        </w:rPr>
        <w:t>Ahead of them, the mansion was waiting.</w:t>
      </w:r>
    </w:p>
    <w:p>
      <w:r>
        <w:rPr>
          <w:rFonts w:ascii="IM Fell English" w:hAnsi="IM Fell English"/>
          <w:color w:val="141414"/>
          <w:sz w:val="24"/>
        </w:rPr>
        <w:t>And so were the people who actually owned the production now.</w:t>
      </w:r>
    </w:p>
    <w:p>
      <w:r>
        <w:rPr>
          <w:rFonts w:ascii="IM Fell English" w:hAnsi="IM Fell English"/>
          <w:color w:val="141414"/>
          <w:sz w:val="24"/>
        </w:rPr>
        <w:t>Jackie shifted carefully in the seat, one hand briefly against her side. Jennifer watched the movement, then looked forward again, jaw set.</w:t>
      </w:r>
    </w:p>
    <w:p>
      <w:r>
        <w:rPr>
          <w:rFonts w:ascii="IM Fell English" w:hAnsi="IM Fell English"/>
          <w:color w:val="141414"/>
          <w:sz w:val="24"/>
        </w:rPr>
        <w:t>Whatever Katie had measured in the shower was only the first half of the process.</w:t>
      </w:r>
    </w:p>
    <w:p>
      <w:r>
        <w:rPr>
          <w:rFonts w:ascii="IM Fell English" w:hAnsi="IM Fell English"/>
          <w:color w:val="141414"/>
          <w:sz w:val="24"/>
        </w:rPr>
        <w:t>The rest of it was still coming.</w:t>
      </w:r>
    </w:p>
    <w:p>
      <w:pPr>
        <w:pStyle w:val="Heading1"/>
        <w:jc w:val="center"/>
      </w:pPr>
      <w:r>
        <w:rPr>
          <w:rFonts w:ascii="IM Fell English" w:hAnsi="IM Fell English"/>
          <w:color w:val="0D0D0D"/>
        </w:rPr>
        <w:t>CHAPTER 4 — THE REAL MEETING</w:t>
      </w:r>
    </w:p>
    <w:p>
      <w:r>
        <w:rPr>
          <w:rFonts w:ascii="IM Fell English" w:hAnsi="IM Fell English"/>
          <w:color w:val="141414"/>
          <w:sz w:val="24"/>
        </w:rPr>
        <w:t>The main living room was already full when they walked in.</w:t>
      </w:r>
    </w:p>
    <w:p>
      <w:r>
        <w:rPr>
          <w:rFonts w:ascii="IM Fell English" w:hAnsi="IM Fell English"/>
          <w:color w:val="141414"/>
          <w:sz w:val="24"/>
        </w:rPr>
        <w:t xml:space="preserve">Katie stood by the windows, a silhouette in black against the dark grounds, punctuated by the sharp gleam of ceremonial white stilettos. Jimmy Voss sat poised nearby with a drink, while Sekhmet, Lilith, and Raven occupied their familiar, flanking positions throughout the room. </w:t>
      </w:r>
    </w:p>
    <w:p>
      <w:r>
        <w:rPr>
          <w:rFonts w:ascii="IM Fell English" w:hAnsi="IM Fell English"/>
          <w:color w:val="141414"/>
          <w:sz w:val="24"/>
        </w:rPr>
        <w:t>Lena and Marcus took their places without being told. Jackie and Jennifer stopped just inside the room.</w:t>
      </w:r>
    </w:p>
    <w:p>
      <w:r>
        <w:rPr>
          <w:rFonts w:ascii="IM Fell English" w:hAnsi="IM Fell English"/>
          <w:color w:val="141414"/>
          <w:sz w:val="24"/>
        </w:rPr>
        <w:t>Katie turned.</w:t>
      </w:r>
    </w:p>
    <w:p>
      <w:r>
        <w:rPr>
          <w:rFonts w:ascii="IM Fell English" w:hAnsi="IM Fell English"/>
          <w:color w:val="141414"/>
          <w:sz w:val="24"/>
        </w:rPr>
        <w:t>“Sit.”</w:t>
      </w:r>
    </w:p>
    <w:p>
      <w:r>
        <w:rPr>
          <w:rFonts w:ascii="IM Fell English" w:hAnsi="IM Fell English"/>
          <w:color w:val="141414"/>
          <w:sz w:val="24"/>
        </w:rPr>
        <w:t>They did.</w:t>
      </w:r>
    </w:p>
    <w:p>
      <w:r>
        <w:rPr>
          <w:rFonts w:ascii="IM Fell English" w:hAnsi="IM Fell English"/>
          <w:color w:val="141414"/>
          <w:sz w:val="24"/>
        </w:rPr>
        <w:t>Jimmy was the first to speak.</w:t>
      </w:r>
    </w:p>
    <w:p>
      <w:r>
        <w:rPr>
          <w:rFonts w:ascii="IM Fell English" w:hAnsi="IM Fell English"/>
          <w:color w:val="141414"/>
          <w:sz w:val="24"/>
        </w:rPr>
        <w:t>“I’ll make the financial part simple. Victor is gone. Permanently. That means everything on this production runs through me now. No uncontrolled spending. No emergency rewrites that destroy the budget. No pretending injuries were unplanned when they were caused by carelessness.”</w:t>
      </w:r>
    </w:p>
    <w:p>
      <w:r>
        <w:rPr>
          <w:rFonts w:ascii="IM Fell English" w:hAnsi="IM Fell English"/>
          <w:color w:val="141414"/>
          <w:sz w:val="24"/>
        </w:rPr>
        <w:t>Sekhmet followed without pause.</w:t>
      </w:r>
    </w:p>
    <w:p>
      <w:r>
        <w:rPr>
          <w:rFonts w:ascii="IM Fell English" w:hAnsi="IM Fell English"/>
          <w:color w:val="141414"/>
          <w:sz w:val="24"/>
        </w:rPr>
        <w:t>“I’m directing. Not Saiya. The last film was allowed to drift until it became a problem. That ends here. There is a schedule. There is a hierarchy. You will work inside both.”</w:t>
      </w:r>
    </w:p>
    <w:p>
      <w:r>
        <w:rPr>
          <w:rFonts w:ascii="IM Fell English" w:hAnsi="IM Fell English"/>
          <w:color w:val="141414"/>
          <w:sz w:val="24"/>
        </w:rPr>
        <w:t>Lilith’s voice was calmer, but no softer.</w:t>
      </w:r>
    </w:p>
    <w:p>
      <w:r>
        <w:rPr>
          <w:rFonts w:ascii="IM Fell English" w:hAnsi="IM Fell English"/>
          <w:color w:val="141414"/>
          <w:sz w:val="24"/>
        </w:rPr>
        <w:t>“I’m overseeing safety coordination. On paper, this production will have full protocols. Stunt checks. Rigging approvals. Medical standby. Documented limits.” Her eyes moved briefly to Katie, then back to Jackie and Jennifer. “In practice, some of those limits will move. But the record will be clean.”</w:t>
      </w:r>
    </w:p>
    <w:p>
      <w:r>
        <w:rPr>
          <w:rFonts w:ascii="IM Fell English" w:hAnsi="IM Fell English"/>
          <w:color w:val="141414"/>
          <w:sz w:val="24"/>
        </w:rPr>
        <w:t>Jennifer leaned back slightly.</w:t>
      </w:r>
    </w:p>
    <w:p>
      <w:r>
        <w:rPr>
          <w:rFonts w:ascii="IM Fell English" w:hAnsi="IM Fell English"/>
          <w:color w:val="141414"/>
          <w:sz w:val="24"/>
        </w:rPr>
        <w:t>“So the last film was too messy.”</w:t>
      </w:r>
    </w:p>
    <w:p>
      <w:r>
        <w:rPr>
          <w:rFonts w:ascii="IM Fell English" w:hAnsi="IM Fell English"/>
          <w:color w:val="141414"/>
          <w:sz w:val="24"/>
        </w:rPr>
        <w:t>“It was reckless,” Jimmy said. “And it became a liability. That’s why Saiya is no longer involved.”</w:t>
      </w:r>
    </w:p>
    <w:p>
      <w:r>
        <w:rPr>
          <w:rFonts w:ascii="IM Fell English" w:hAnsi="IM Fell English"/>
          <w:color w:val="141414"/>
          <w:sz w:val="24"/>
        </w:rPr>
        <w:t>Jackie kept her tone even, one arm close to her damaged side.</w:t>
      </w:r>
    </w:p>
    <w:p>
      <w:r>
        <w:rPr>
          <w:rFonts w:ascii="IM Fell English" w:hAnsi="IM Fell English"/>
          <w:color w:val="141414"/>
          <w:sz w:val="24"/>
        </w:rPr>
        <w:t>“She’s been sent overseas.”</w:t>
      </w:r>
    </w:p>
    <w:p>
      <w:r>
        <w:rPr>
          <w:rFonts w:ascii="IM Fell English" w:hAnsi="IM Fell English"/>
          <w:color w:val="141414"/>
          <w:sz w:val="24"/>
        </w:rPr>
        <w:t>“Yes,” Sekhmet said. “She was given another project. Far from this one.”</w:t>
      </w:r>
    </w:p>
    <w:p>
      <w:r>
        <w:rPr>
          <w:rFonts w:ascii="IM Fell English" w:hAnsi="IM Fell English"/>
          <w:color w:val="141414"/>
          <w:sz w:val="24"/>
        </w:rPr>
        <w:t>Katie walked closer and stopped in front of them.</w:t>
      </w:r>
    </w:p>
    <w:p>
      <w:r>
        <w:rPr>
          <w:rFonts w:ascii="IM Fell English" w:hAnsi="IM Fell English"/>
          <w:color w:val="141414"/>
          <w:sz w:val="24"/>
        </w:rPr>
        <w:t xml:space="preserve">“This film is still </w:t>
      </w:r>
      <w:r>
        <w:rPr>
          <w:rFonts w:ascii="IM Fell English" w:hAnsi="IM Fell English"/>
          <w:i/>
          <w:color w:val="141414"/>
          <w:sz w:val="24"/>
        </w:rPr>
        <w:t>Vows of Flesh and Pain</w:t>
      </w:r>
      <w:r>
        <w:rPr>
          <w:rFonts w:ascii="IM Fell English" w:hAnsi="IM Fell English"/>
          <w:color w:val="141414"/>
          <w:sz w:val="24"/>
        </w:rPr>
        <w:t>. Your wedding. Your honeymoon. Corrupted. Only now it will be done under corporate control.”</w:t>
      </w:r>
    </w:p>
    <w:p>
      <w:r>
        <w:rPr>
          <w:rFonts w:ascii="IM Fell English" w:hAnsi="IM Fell English"/>
          <w:color w:val="141414"/>
          <w:sz w:val="24"/>
        </w:rPr>
        <w:t>She looked from Jackie to Jennifer.</w:t>
      </w:r>
    </w:p>
    <w:p>
      <w:r>
        <w:rPr>
          <w:rFonts w:ascii="IM Fell English" w:hAnsi="IM Fell English"/>
          <w:color w:val="141414"/>
          <w:sz w:val="24"/>
        </w:rPr>
        <w:t>“We are returning to the core standard that founded this house. Not the sanitized version, nor the polite one. We are returning to the essence of what built this legacy. ”</w:t>
      </w:r>
    </w:p>
    <w:p>
      <w:r>
        <w:rPr>
          <w:rFonts w:ascii="IM Fell English" w:hAnsi="IM Fell English"/>
          <w:color w:val="141414"/>
          <w:sz w:val="24"/>
        </w:rPr>
        <w:t>Jimmy set his glass down and reached for an older, worn folder. He opened it and began reading in a flat, steady voice.</w:t>
      </w:r>
    </w:p>
    <w:p>
      <w:r>
        <w:rPr>
          <w:rFonts w:ascii="IM Fell English" w:hAnsi="IM Fell English"/>
          <w:color w:val="141414"/>
          <w:sz w:val="24"/>
        </w:rPr>
        <w:t>“One hundred eighty days of continuous pursuit. Rotating hunters. Sleep disruption. Sexual use under pressure. Blade work during active sequences. Live-fire conditions. Family members assigned as aggressors. The performer was required to remain functional enough to continue after collapse points that would have ended ordinary bodies. Recovery was not publicly scheduled. Completion became the legend. That performer was Katie.”</w:t>
      </w:r>
    </w:p>
    <w:p>
      <w:r>
        <w:rPr>
          <w:rFonts w:ascii="IM Fell English" w:hAnsi="IM Fell English"/>
          <w:color w:val="141414"/>
          <w:sz w:val="24"/>
        </w:rPr>
        <w:t>He closed the folder.</w:t>
      </w:r>
    </w:p>
    <w:p>
      <w:r>
        <w:rPr>
          <w:rFonts w:ascii="IM Fell English" w:hAnsi="IM Fell English"/>
          <w:color w:val="141414"/>
          <w:sz w:val="24"/>
        </w:rPr>
        <w:t>“That is the standard we are returning toward. The difference this time is preparation. We harden the bodies first so the production does not lose a year afterward.”</w:t>
      </w:r>
    </w:p>
    <w:p>
      <w:r>
        <w:rPr>
          <w:rFonts w:ascii="IM Fell English" w:hAnsi="IM Fell English"/>
          <w:color w:val="141414"/>
          <w:sz w:val="24"/>
        </w:rPr>
        <w:t>Katie let out a low breath.</w:t>
      </w:r>
    </w:p>
    <w:p>
      <w:r>
        <w:rPr>
          <w:rFonts w:ascii="IM Fell English" w:hAnsi="IM Fell English"/>
          <w:color w:val="141414"/>
          <w:sz w:val="24"/>
        </w:rPr>
        <w:t>“Goddamn. That was a hell of a run. No one knew if I was actually going to finish it, and I could not have given a fuck if I died in the middle of it. The sex, the violence, the constant pressure… Lilith never took it easy on me. Maybe that’s why I pushed you two whores so hard in the last film.”</w:t>
      </w:r>
    </w:p>
    <w:p>
      <w:r>
        <w:rPr>
          <w:rFonts w:ascii="IM Fell English" w:hAnsi="IM Fell English"/>
          <w:color w:val="141414"/>
          <w:sz w:val="24"/>
        </w:rPr>
        <w:t>She looked between them.</w:t>
      </w:r>
    </w:p>
    <w:p>
      <w:r>
        <w:rPr>
          <w:rFonts w:ascii="IM Fell English" w:hAnsi="IM Fell English"/>
          <w:color w:val="141414"/>
          <w:sz w:val="24"/>
        </w:rPr>
        <w:t>“I understand if you hate me for it. But admit it to yourselves — it was the best time either of you had in a long time.”</w:t>
      </w:r>
    </w:p>
    <w:p>
      <w:r>
        <w:rPr>
          <w:rFonts w:ascii="IM Fell English" w:hAnsi="IM Fell English"/>
          <w:color w:val="141414"/>
          <w:sz w:val="24"/>
        </w:rPr>
        <w:t>The room went quiet for a moment.</w:t>
      </w:r>
    </w:p>
    <w:p>
      <w:r>
        <w:rPr>
          <w:rFonts w:ascii="IM Fell English" w:hAnsi="IM Fell English"/>
          <w:color w:val="141414"/>
          <w:sz w:val="24"/>
        </w:rPr>
        <w:t xml:space="preserve">Jennifer stared at her, the oppressive weight of the room and the founders' presence pressing down. This was far from a routine production meeting; it was a formal declaration of the brutal reality they were about to inhabit once more. </w:t>
      </w:r>
    </w:p>
    <w:p>
      <w:r>
        <w:rPr>
          <w:rFonts w:ascii="IM Fell English" w:hAnsi="IM Fell English"/>
          <w:color w:val="141414"/>
          <w:sz w:val="24"/>
        </w:rPr>
        <w:t>Jackie felt the same recognition. Before she could speak, Jennifer did.</w:t>
      </w:r>
    </w:p>
    <w:p>
      <w:r>
        <w:rPr>
          <w:rFonts w:ascii="IM Fell English" w:hAnsi="IM Fell English"/>
          <w:color w:val="141414"/>
          <w:sz w:val="24"/>
        </w:rPr>
        <w:t>Her voice was steady. Too steady.</w:t>
      </w:r>
    </w:p>
    <w:p>
      <w:r>
        <w:rPr>
          <w:rFonts w:ascii="IM Fell English" w:hAnsi="IM Fell English"/>
          <w:color w:val="141414"/>
          <w:sz w:val="24"/>
        </w:rPr>
        <w:t>“Katie.”</w:t>
      </w:r>
    </w:p>
    <w:p>
      <w:r>
        <w:rPr>
          <w:rFonts w:ascii="IM Fell English" w:hAnsi="IM Fell English"/>
          <w:color w:val="141414"/>
          <w:sz w:val="24"/>
        </w:rPr>
        <w:t>Everyone looked at her.</w:t>
      </w:r>
    </w:p>
    <w:p>
      <w:r>
        <w:rPr>
          <w:rFonts w:ascii="IM Fell English" w:hAnsi="IM Fell English"/>
          <w:color w:val="141414"/>
          <w:sz w:val="24"/>
        </w:rPr>
        <w:t>Jennifer’s eyes were sharp, almost bright with the thing that had been sitting under her complaints the whole time.</w:t>
      </w:r>
    </w:p>
    <w:p>
      <w:r>
        <w:rPr>
          <w:rFonts w:ascii="IM Fell English" w:hAnsi="IM Fell English"/>
          <w:color w:val="141414"/>
          <w:sz w:val="24"/>
        </w:rPr>
        <w:t>“It’s about fucking time we start having real fun. Stop holding us back. Bring everything you’ve got. I want us playing hard and fucking even harder once we’re on set.”</w:t>
      </w:r>
    </w:p>
    <w:p>
      <w:r>
        <w:rPr>
          <w:rFonts w:ascii="IM Fell English" w:hAnsi="IM Fell English"/>
          <w:color w:val="141414"/>
          <w:sz w:val="24"/>
        </w:rPr>
        <w:t>The silence that followed was different from the earlier one.</w:t>
      </w:r>
    </w:p>
    <w:p>
      <w:r>
        <w:rPr>
          <w:rFonts w:ascii="IM Fell English" w:hAnsi="IM Fell English"/>
          <w:color w:val="141414"/>
          <w:sz w:val="24"/>
        </w:rPr>
        <w:t>Jackie turned toward her, visibly thrown. Whatever she had expected from Jennifer in this room, it had not been that. Not said that plainly. Not aimed that directly at Katie.</w:t>
      </w:r>
    </w:p>
    <w:p>
      <w:r>
        <w:rPr>
          <w:rFonts w:ascii="IM Fell English" w:hAnsi="IM Fell English"/>
          <w:color w:val="141414"/>
          <w:sz w:val="24"/>
        </w:rPr>
        <w:t>Jennifer did not look at Jackie. She kept her eyes on Katie.</w:t>
      </w:r>
    </w:p>
    <w:p>
      <w:r>
        <w:rPr>
          <w:rFonts w:ascii="IM Fell English" w:hAnsi="IM Fell English"/>
          <w:color w:val="141414"/>
          <w:sz w:val="24"/>
        </w:rPr>
        <w:t>Because the truth was simple: she had loved the sadomasochism. She had loved the violence. She had even loved the falls, no matter how much she complained afterward. What she had actually wanted was more.</w:t>
      </w:r>
    </w:p>
    <w:p>
      <w:r>
        <w:rPr>
          <w:rFonts w:ascii="IM Fell English" w:hAnsi="IM Fell English"/>
          <w:color w:val="141414"/>
          <w:sz w:val="24"/>
        </w:rPr>
        <w:t>Katie studied her for a long second.</w:t>
      </w:r>
    </w:p>
    <w:p>
      <w:r>
        <w:rPr>
          <w:rFonts w:ascii="IM Fell English" w:hAnsi="IM Fell English"/>
          <w:color w:val="141414"/>
          <w:sz w:val="24"/>
        </w:rPr>
        <w:t>Then she smiled — small, sharp, and genuinely pleased.</w:t>
      </w:r>
    </w:p>
    <w:p>
      <w:r>
        <w:rPr>
          <w:rFonts w:ascii="IM Fell English" w:hAnsi="IM Fell English"/>
          <w:color w:val="141414"/>
          <w:sz w:val="24"/>
        </w:rPr>
        <w:t>“There she is. I was wondering how long you were going to pretend you only wanted the cleaned-up version.”</w:t>
      </w:r>
    </w:p>
    <w:p>
      <w:r>
        <w:rPr>
          <w:rFonts w:ascii="IM Fell English" w:hAnsi="IM Fell English"/>
          <w:color w:val="141414"/>
          <w:sz w:val="24"/>
        </w:rPr>
        <w:t>She stepped closer to Jennifer.</w:t>
      </w:r>
    </w:p>
    <w:p>
      <w:r>
        <w:rPr>
          <w:rFonts w:ascii="IM Fell English" w:hAnsi="IM Fell English"/>
          <w:color w:val="141414"/>
          <w:sz w:val="24"/>
        </w:rPr>
        <w:t>“Careful what you ask for.”</w:t>
      </w:r>
    </w:p>
    <w:p>
      <w:r>
        <w:rPr>
          <w:rFonts w:ascii="IM Fell English" w:hAnsi="IM Fell English"/>
          <w:color w:val="141414"/>
          <w:sz w:val="24"/>
        </w:rPr>
        <w:t>Jennifer did not flinch.</w:t>
      </w:r>
    </w:p>
    <w:p>
      <w:r>
        <w:rPr>
          <w:rFonts w:ascii="IM Fell English" w:hAnsi="IM Fell English"/>
          <w:color w:val="141414"/>
          <w:sz w:val="24"/>
        </w:rPr>
        <w:t>“Good.”</w:t>
      </w:r>
    </w:p>
    <w:p>
      <w:r>
        <w:rPr>
          <w:rFonts w:ascii="IM Fell English" w:hAnsi="IM Fell English"/>
          <w:color w:val="141414"/>
          <w:sz w:val="24"/>
        </w:rPr>
        <w:t>Katie’s gaze shifted to Jackie.</w:t>
      </w:r>
    </w:p>
    <w:p>
      <w:r>
        <w:rPr>
          <w:rFonts w:ascii="IM Fell English" w:hAnsi="IM Fell English"/>
          <w:color w:val="141414"/>
          <w:sz w:val="24"/>
        </w:rPr>
        <w:t>“On your back. Floor. Under me.”</w:t>
      </w:r>
    </w:p>
    <w:p>
      <w:r>
        <w:rPr>
          <w:rFonts w:ascii="IM Fell English" w:hAnsi="IM Fell English"/>
          <w:color w:val="141414"/>
          <w:sz w:val="24"/>
        </w:rPr>
        <w:t>Jackie stared at her.</w:t>
      </w:r>
    </w:p>
    <w:p>
      <w:r>
        <w:rPr>
          <w:rFonts w:ascii="IM Fell English" w:hAnsi="IM Fell English"/>
          <w:color w:val="141414"/>
          <w:sz w:val="24"/>
        </w:rPr>
        <w:t>“Now,” Katie said.</w:t>
      </w:r>
    </w:p>
    <w:p>
      <w:r>
        <w:rPr>
          <w:rFonts w:ascii="IM Fell English" w:hAnsi="IM Fell English"/>
          <w:color w:val="141414"/>
          <w:sz w:val="24"/>
        </w:rPr>
        <w:t>Jackie pushed out of the chair, ribs pulling hard enough to show in her face, and lowered herself onto the floor at Katie’s feet. Katie placed one white stiletto on either side of Jackie’s head, then rested the right heel against the center of Jackie’s bare chest — not random weight, deliberate ownership. The polished white leather looked obscene against Jackie’s skin, like Katie had decided an angel’s color could still belong to hell.</w:t>
      </w:r>
    </w:p>
    <w:p>
      <w:r>
        <w:rPr>
          <w:rFonts w:ascii="IM Fell English" w:hAnsi="IM Fell English"/>
          <w:color w:val="141414"/>
          <w:sz w:val="24"/>
        </w:rPr>
        <w:t>“Stay,” Katie said.</w:t>
      </w:r>
    </w:p>
    <w:p>
      <w:r>
        <w:rPr>
          <w:rFonts w:ascii="IM Fell English" w:hAnsi="IM Fell English"/>
          <w:color w:val="141414"/>
          <w:sz w:val="24"/>
        </w:rPr>
        <w:t>Jackie stayed.</w:t>
      </w:r>
    </w:p>
    <w:p>
      <w:r>
        <w:rPr>
          <w:rFonts w:ascii="IM Fell English" w:hAnsi="IM Fell English"/>
          <w:color w:val="141414"/>
          <w:sz w:val="24"/>
        </w:rPr>
        <w:t>Katie looked at Marcus, Lena, and Raven.</w:t>
      </w:r>
    </w:p>
    <w:p>
      <w:r>
        <w:rPr>
          <w:rFonts w:ascii="IM Fell English" w:hAnsi="IM Fell English"/>
          <w:color w:val="141414"/>
          <w:sz w:val="24"/>
        </w:rPr>
        <w:t>“Jennifer asked for everything. She gets measured the same way Jackie did. Different room. Same purpose.”</w:t>
      </w:r>
    </w:p>
    <w:p>
      <w:r>
        <w:rPr>
          <w:rFonts w:ascii="IM Fell English" w:hAnsi="IM Fell English"/>
          <w:color w:val="141414"/>
          <w:sz w:val="24"/>
        </w:rPr>
        <w:t>Jennifer’s mouth parted slightly.</w:t>
      </w:r>
    </w:p>
    <w:p>
      <w:r>
        <w:rPr>
          <w:rFonts w:ascii="IM Fell English" w:hAnsi="IM Fell English"/>
          <w:color w:val="141414"/>
          <w:sz w:val="24"/>
        </w:rPr>
        <w:t>“Here?”</w:t>
      </w:r>
    </w:p>
    <w:p>
      <w:r>
        <w:rPr>
          <w:rFonts w:ascii="IM Fell English" w:hAnsi="IM Fell English"/>
          <w:color w:val="141414"/>
          <w:sz w:val="24"/>
        </w:rPr>
        <w:t>“Here,” Katie said. “In front of the people who own the work.”</w:t>
      </w:r>
    </w:p>
    <w:p>
      <w:r>
        <w:rPr>
          <w:rFonts w:ascii="IM Fell English" w:hAnsi="IM Fell English"/>
          <w:color w:val="141414"/>
          <w:sz w:val="24"/>
        </w:rPr>
        <w:t>She raised two fingers.</w:t>
      </w:r>
    </w:p>
    <w:p>
      <w:r>
        <w:rPr>
          <w:rFonts w:ascii="IM Fell English" w:hAnsi="IM Fell English"/>
          <w:color w:val="141414"/>
          <w:sz w:val="24"/>
        </w:rPr>
        <w:t>“Rules. One: she stays breathing. Two: you do not create a delay for the film. Broken is acceptable. Unusable is not. If I say stop, you stop.”</w:t>
      </w:r>
    </w:p>
    <w:p>
      <w:r>
        <w:rPr>
          <w:rFonts w:ascii="IM Fell English" w:hAnsi="IM Fell English"/>
          <w:color w:val="141414"/>
          <w:sz w:val="24"/>
        </w:rPr>
        <w:t>Jimmy settled deeper into his chair. Sekhmet set the tablet down. Lilith’s mouth curved. Raven pushed off the wall.</w:t>
      </w:r>
    </w:p>
    <w:p>
      <w:r>
        <w:rPr>
          <w:rFonts w:ascii="IM Fell English" w:hAnsi="IM Fell English"/>
          <w:color w:val="141414"/>
          <w:sz w:val="24"/>
        </w:rPr>
        <w:t>Marcus moved first.</w:t>
      </w:r>
    </w:p>
    <w:p>
      <w:r>
        <w:rPr>
          <w:rFonts w:ascii="IM Fell English" w:hAnsi="IM Fell English"/>
          <w:color w:val="141414"/>
          <w:sz w:val="24"/>
        </w:rPr>
        <w:t>He hauled Jennifer out of her chair by the hair and threw her forward onto the open floor hard enough that her hands slapped the wood. Lena circled right. Raven came in from the left. Jennifer tried to get her knees under her, and Raven kicked them back out.</w:t>
      </w:r>
    </w:p>
    <w:p>
      <w:r>
        <w:rPr>
          <w:rFonts w:ascii="IM Fell English" w:hAnsi="IM Fell English"/>
          <w:color w:val="141414"/>
          <w:sz w:val="24"/>
        </w:rPr>
        <w:t>“Stay down,” Raven said.</w:t>
      </w:r>
    </w:p>
    <w:p>
      <w:r>
        <w:rPr>
          <w:rFonts w:ascii="IM Fell English" w:hAnsi="IM Fell English"/>
          <w:color w:val="141414"/>
          <w:sz w:val="24"/>
        </w:rPr>
        <w:t>Jennifer laughed once, rough and ugly.</w:t>
      </w:r>
    </w:p>
    <w:p>
      <w:r>
        <w:rPr>
          <w:rFonts w:ascii="IM Fell English" w:hAnsi="IM Fell English"/>
          <w:color w:val="141414"/>
          <w:sz w:val="24"/>
        </w:rPr>
        <w:t>“Make me.”</w:t>
      </w:r>
    </w:p>
    <w:p>
      <w:r>
        <w:rPr>
          <w:rFonts w:ascii="IM Fell English" w:hAnsi="IM Fell English"/>
          <w:color w:val="141414"/>
          <w:sz w:val="24"/>
        </w:rPr>
        <w:t>Marcus did.</w:t>
      </w:r>
    </w:p>
    <w:p>
      <w:r>
        <w:rPr>
          <w:rFonts w:ascii="IM Fell English" w:hAnsi="IM Fell English"/>
          <w:color w:val="141414"/>
          <w:sz w:val="24"/>
        </w:rPr>
        <w:t>He dropped onto her, forced her flat, and ripped her pants down just far enough to shove into her cunt in one hard thrust. Jennifer cried out and clawed at the floor. Lena knelt by her head, slapped her across the face, then again harder, then caught both wrists and pinned them.</w:t>
      </w:r>
    </w:p>
    <w:p>
      <w:r>
        <w:rPr>
          <w:rFonts w:ascii="IM Fell English" w:hAnsi="IM Fell English"/>
          <w:color w:val="141414"/>
          <w:sz w:val="24"/>
        </w:rPr>
        <w:t>“Open,” Lena said.</w:t>
      </w:r>
    </w:p>
    <w:p>
      <w:r>
        <w:rPr>
          <w:rFonts w:ascii="IM Fell English" w:hAnsi="IM Fell English"/>
          <w:color w:val="141414"/>
          <w:sz w:val="24"/>
        </w:rPr>
        <w:t>Jennifer opened her mouth on a curse, and Lena forced three fingers past her teeth, hooking her jaw so she had to stay noisy and exposed. Raven punched her in the side — controlled, mean, exact — then again in the same place while Marcus fucked her hard enough to drag her body forward on the floor.</w:t>
      </w:r>
    </w:p>
    <w:p>
      <w:r>
        <w:rPr>
          <w:rFonts w:ascii="IM Fell English" w:hAnsi="IM Fell English"/>
          <w:color w:val="141414"/>
          <w:sz w:val="24"/>
        </w:rPr>
        <w:t>Jackie watched from under Katie’s white heels, breath shallow, ribs throbbing, eyes locked on Jennifer.</w:t>
      </w:r>
    </w:p>
    <w:p>
      <w:r>
        <w:rPr>
          <w:rFonts w:ascii="IM Fell English" w:hAnsi="IM Fell English"/>
          <w:color w:val="141414"/>
          <w:sz w:val="24"/>
        </w:rPr>
        <w:t>Katie looked down at Jackie as if the whole room belonged to her by posture alone.</w:t>
      </w:r>
    </w:p>
    <w:p>
      <w:r>
        <w:rPr>
          <w:rFonts w:ascii="IM Fell English" w:hAnsi="IM Fell English"/>
          <w:color w:val="141414"/>
          <w:sz w:val="24"/>
        </w:rPr>
        <w:t>“Don’t close your eyes.”</w:t>
      </w:r>
    </w:p>
    <w:p>
      <w:r>
        <w:rPr>
          <w:rFonts w:ascii="IM Fell English" w:hAnsi="IM Fell English"/>
          <w:color w:val="141414"/>
          <w:sz w:val="24"/>
        </w:rPr>
        <w:t>Jackie did not close them.</w:t>
      </w:r>
    </w:p>
    <w:p>
      <w:r>
        <w:rPr>
          <w:rFonts w:ascii="IM Fell English" w:hAnsi="IM Fell English"/>
          <w:color w:val="141414"/>
          <w:sz w:val="24"/>
        </w:rPr>
        <w:t>Jennifer took the next punch with a broken sound around Lena’s fingers. Marcus pulled out, flipped her onto her back, and drove back into her. Raven knelt over her chest and started open-hand striking her face in a steady rhythm, not wild, not theatrical — just enough force, again and again, until Jennifer’s mouth was bloody and her eyes were wet.</w:t>
      </w:r>
    </w:p>
    <w:p>
      <w:r>
        <w:rPr>
          <w:rFonts w:ascii="IM Fell English" w:hAnsi="IM Fell English"/>
          <w:color w:val="141414"/>
          <w:sz w:val="24"/>
        </w:rPr>
        <w:t>“Harder,” Jennifer spat.</w:t>
      </w:r>
    </w:p>
    <w:p>
      <w:r>
        <w:rPr>
          <w:rFonts w:ascii="IM Fell English" w:hAnsi="IM Fell English"/>
          <w:color w:val="141414"/>
          <w:sz w:val="24"/>
        </w:rPr>
        <w:t>Katie’s voice cut across the room.</w:t>
      </w:r>
    </w:p>
    <w:p>
      <w:r>
        <w:rPr>
          <w:rFonts w:ascii="IM Fell English" w:hAnsi="IM Fell English"/>
          <w:color w:val="141414"/>
          <w:sz w:val="24"/>
        </w:rPr>
        <w:t>“You don’t give orders in this one.”</w:t>
      </w:r>
    </w:p>
    <w:p>
      <w:r>
        <w:rPr>
          <w:rFonts w:ascii="IM Fell English" w:hAnsi="IM Fell English"/>
          <w:color w:val="141414"/>
          <w:sz w:val="24"/>
        </w:rPr>
        <w:t>Raven hit her again. Lena released her jaw only long enough to spit in her mouth and slap her twice more. Marcus shoved her legs higher and fucked deeper, using her like the question under test was not whether she wanted it, but where she stopped being able to hold it.</w:t>
      </w:r>
    </w:p>
    <w:p>
      <w:r>
        <w:rPr>
          <w:rFonts w:ascii="IM Fell English" w:hAnsi="IM Fell English"/>
          <w:color w:val="141414"/>
          <w:sz w:val="24"/>
        </w:rPr>
        <w:t>Jennifer’s cocky edge started cracking in layers.</w:t>
      </w:r>
    </w:p>
    <w:p>
      <w:r>
        <w:rPr>
          <w:rFonts w:ascii="IM Fell English" w:hAnsi="IM Fell English"/>
          <w:color w:val="141414"/>
          <w:sz w:val="24"/>
        </w:rPr>
        <w:t>First the voice.</w:t>
      </w:r>
      <w:r>
        <w:rPr>
          <w:rFonts w:ascii="IM Fell English" w:hAnsi="IM Fell English"/>
          <w:color w:val="141414"/>
          <w:sz w:val="24"/>
        </w:rPr>
      </w:r>
      <w:r>
        <w:rPr>
          <w:rFonts w:ascii="IM Fell English" w:hAnsi="IM Fell English"/>
          <w:color w:val="141414"/>
          <w:sz w:val="24"/>
        </w:rPr>
        <w:t>Then the breathing.</w:t>
      </w:r>
      <w:r>
        <w:rPr>
          <w:rFonts w:ascii="IM Fell English" w:hAnsi="IM Fell English"/>
          <w:color w:val="141414"/>
          <w:sz w:val="24"/>
        </w:rPr>
      </w:r>
      <w:r>
        <w:rPr>
          <w:rFonts w:ascii="IM Fell English" w:hAnsi="IM Fell English"/>
          <w:color w:val="141414"/>
          <w:sz w:val="24"/>
        </w:rPr>
        <w:t>Then the way her hands stopped fighting and started just trying to exist through the next impact.</w:t>
      </w:r>
    </w:p>
    <w:p>
      <w:r>
        <w:rPr>
          <w:rFonts w:ascii="IM Fell English" w:hAnsi="IM Fell English"/>
          <w:color w:val="141414"/>
          <w:sz w:val="24"/>
        </w:rPr>
        <w:t>Marcus pulled out, nodded once at Raven, and the two of them dragged Jennifer up by the arms just high enough for Lena to punch her clean in the stomach. Jennifer folded. They let her drop. Marcus mounted her from behind the second she hit the floor and forced back into her ass without ceremony. Jennifer screamed into the wood.</w:t>
      </w:r>
    </w:p>
    <w:p>
      <w:r>
        <w:rPr>
          <w:rFonts w:ascii="IM Fell English" w:hAnsi="IM Fell English"/>
          <w:color w:val="141414"/>
          <w:sz w:val="24"/>
        </w:rPr>
        <w:t>Jackie jerked under Katie’s heel.</w:t>
      </w:r>
    </w:p>
    <w:p>
      <w:r>
        <w:rPr>
          <w:rFonts w:ascii="IM Fell English" w:hAnsi="IM Fell English"/>
          <w:color w:val="141414"/>
          <w:sz w:val="24"/>
        </w:rPr>
        <w:t>Katie pressed down a fraction more.</w:t>
      </w:r>
    </w:p>
    <w:p>
      <w:r>
        <w:rPr>
          <w:rFonts w:ascii="IM Fell English" w:hAnsi="IM Fell English"/>
          <w:color w:val="141414"/>
          <w:sz w:val="24"/>
        </w:rPr>
        <w:t>“Still. Your wife asked for this.”</w:t>
      </w:r>
    </w:p>
    <w:p>
      <w:r>
        <w:rPr>
          <w:rFonts w:ascii="IM Fell English" w:hAnsi="IM Fell English"/>
          <w:color w:val="141414"/>
          <w:sz w:val="24"/>
        </w:rPr>
        <w:t>Lena grabbed Jennifer’s hair, lifted her face, and held it so every person in the room could see what was happening to it. Raven kicked her thighs open wider. Marcus kept fucking her in hard, punishing strokes. Every time Jennifer started to recover a scrap of composure, one of them took it away — a punch to the ribs, a slap that snapped her head sideways, a deeper thrust that forced all the air out of her.</w:t>
      </w:r>
    </w:p>
    <w:p>
      <w:r>
        <w:rPr>
          <w:rFonts w:ascii="IM Fell English" w:hAnsi="IM Fell English"/>
          <w:color w:val="141414"/>
          <w:sz w:val="24"/>
        </w:rPr>
        <w:t>Jennifer began shaking.</w:t>
      </w:r>
    </w:p>
    <w:p>
      <w:r>
        <w:rPr>
          <w:rFonts w:ascii="IM Fell English" w:hAnsi="IM Fell English"/>
          <w:color w:val="141414"/>
          <w:sz w:val="24"/>
        </w:rPr>
        <w:t>Not performance shaking.</w:t>
      </w:r>
      <w:r>
        <w:rPr>
          <w:rFonts w:ascii="IM Fell English" w:hAnsi="IM Fell English"/>
          <w:color w:val="141414"/>
          <w:sz w:val="24"/>
        </w:rPr>
      </w:r>
      <w:r>
        <w:rPr>
          <w:rFonts w:ascii="IM Fell English" w:hAnsi="IM Fell English"/>
          <w:color w:val="141414"/>
          <w:sz w:val="24"/>
        </w:rPr>
        <w:t>Real threshold shaking.</w:t>
      </w:r>
    </w:p>
    <w:p>
      <w:r>
        <w:rPr>
          <w:rFonts w:ascii="IM Fell English" w:hAnsi="IM Fell English"/>
          <w:color w:val="141414"/>
          <w:sz w:val="24"/>
        </w:rPr>
        <w:t>“Fuck— wait—” she gasped.</w:t>
      </w:r>
    </w:p>
    <w:p>
      <w:r>
        <w:rPr>
          <w:rFonts w:ascii="IM Fell English" w:hAnsi="IM Fell English"/>
          <w:color w:val="141414"/>
          <w:sz w:val="24"/>
        </w:rPr>
        <w:t>Katie’s eyes brightened slightly.</w:t>
      </w:r>
    </w:p>
    <w:p>
      <w:r>
        <w:rPr>
          <w:rFonts w:ascii="IM Fell English" w:hAnsi="IM Fell English"/>
          <w:color w:val="141414"/>
          <w:sz w:val="24"/>
        </w:rPr>
        <w:t>“There.”</w:t>
      </w:r>
    </w:p>
    <w:p>
      <w:r>
        <w:rPr>
          <w:rFonts w:ascii="IM Fell English" w:hAnsi="IM Fell English"/>
          <w:color w:val="141414"/>
          <w:sz w:val="24"/>
        </w:rPr>
        <w:t>Marcus did not stop. Lena slapped Jennifer hard enough to split the word in half. Raven drove a fist into her side and held pressure there while Marcus kept using her.</w:t>
      </w:r>
    </w:p>
    <w:p>
      <w:r>
        <w:rPr>
          <w:rFonts w:ascii="IM Fell English" w:hAnsi="IM Fell English"/>
          <w:color w:val="141414"/>
          <w:sz w:val="24"/>
        </w:rPr>
        <w:t>Jennifer’s voice broke completely on the next scream. Her elbows gave out. Her face hit the floor. She tried to push up and failed. For a second her body went loose under them, still breathing, still conscious, but no longer organized enough to fight, fuck back, or shape words into attitude.</w:t>
      </w:r>
    </w:p>
    <w:p>
      <w:r>
        <w:rPr>
          <w:rFonts w:ascii="IM Fell English" w:hAnsi="IM Fell English"/>
          <w:color w:val="141414"/>
          <w:sz w:val="24"/>
        </w:rPr>
        <w:t>Marcus looked to Katie.</w:t>
      </w:r>
    </w:p>
    <w:p>
      <w:r>
        <w:rPr>
          <w:rFonts w:ascii="IM Fell English" w:hAnsi="IM Fell English"/>
          <w:color w:val="141414"/>
          <w:sz w:val="24"/>
        </w:rPr>
        <w:t>Katie studied Jennifer for a long moment from above Jackie’s body, white stilettos framing Jackie’s face like a private altar.</w:t>
      </w:r>
    </w:p>
    <w:p>
      <w:r>
        <w:rPr>
          <w:rFonts w:ascii="IM Fell English" w:hAnsi="IM Fell English"/>
          <w:color w:val="141414"/>
          <w:sz w:val="24"/>
        </w:rPr>
        <w:t>Then she said, calmly:</w:t>
      </w:r>
    </w:p>
    <w:p>
      <w:r>
        <w:rPr>
          <w:rFonts w:ascii="IM Fell English" w:hAnsi="IM Fell English"/>
          <w:color w:val="141414"/>
          <w:sz w:val="24"/>
        </w:rPr>
        <w:t>“Stop.”</w:t>
      </w:r>
    </w:p>
    <w:p>
      <w:r>
        <w:rPr>
          <w:rFonts w:ascii="IM Fell English" w:hAnsi="IM Fell English"/>
          <w:color w:val="141414"/>
          <w:sz w:val="24"/>
        </w:rPr>
        <w:t>Marcus pulled out at once. Raven stepped back. Lena released Jennifer’s hair and let her head drop to the floor.</w:t>
      </w:r>
    </w:p>
    <w:p>
      <w:r>
        <w:rPr>
          <w:rFonts w:ascii="IM Fell English" w:hAnsi="IM Fell English"/>
          <w:color w:val="141414"/>
          <w:sz w:val="24"/>
        </w:rPr>
        <w:t>Jennifer lay there wrecked — pants half off, mouth bloody, eyes unfocused, body still breathing in hard broken pulls. Alive. Marked. Measured.</w:t>
      </w:r>
    </w:p>
    <w:p>
      <w:r>
        <w:rPr>
          <w:rFonts w:ascii="IM Fell English" w:hAnsi="IM Fell English"/>
          <w:color w:val="141414"/>
          <w:sz w:val="24"/>
        </w:rPr>
        <w:t>The room held still.</w:t>
      </w:r>
    </w:p>
    <w:p>
      <w:r>
        <w:rPr>
          <w:rFonts w:ascii="IM Fell English" w:hAnsi="IM Fell English"/>
          <w:color w:val="141414"/>
          <w:sz w:val="24"/>
        </w:rPr>
        <w:t>Katie rose from the pressure she had kept on Jackie’s chest, full and deliberate in the white stilettos, using Jackie one last time as the ground under her claim. Then she stepped off her.</w:t>
      </w:r>
    </w:p>
    <w:p>
      <w:r>
        <w:rPr>
          <w:rFonts w:ascii="IM Fell English" w:hAnsi="IM Fell English"/>
          <w:color w:val="141414"/>
          <w:sz w:val="24"/>
        </w:rPr>
        <w:t>“Up.”</w:t>
      </w:r>
    </w:p>
    <w:p>
      <w:r>
        <w:rPr>
          <w:rFonts w:ascii="IM Fell English" w:hAnsi="IM Fell English"/>
          <w:color w:val="141414"/>
          <w:sz w:val="24"/>
        </w:rPr>
        <w:t>Jackie barely had time to move before Katie yanked her to her feet by the hair and kissed her hard on the mouth. It was not comfort. It was possession. Jackie made a broken sound into it, ribs screaming, hands limp at her sides while Katie took the kiss like a brand.</w:t>
      </w:r>
    </w:p>
    <w:p>
      <w:r>
        <w:rPr>
          <w:rFonts w:ascii="IM Fell English" w:hAnsi="IM Fell English"/>
          <w:color w:val="141414"/>
          <w:sz w:val="24"/>
        </w:rPr>
        <w:t>When Katie broke it, she left Jackie standing there marked and claimed.</w:t>
      </w:r>
    </w:p>
    <w:p>
      <w:r>
        <w:rPr>
          <w:rFonts w:ascii="IM Fell English" w:hAnsi="IM Fell English"/>
          <w:color w:val="141414"/>
          <w:sz w:val="24"/>
        </w:rPr>
        <w:t>Then she turned, crossed to Jennifer, and knelt.</w:t>
      </w:r>
    </w:p>
    <w:p>
      <w:r>
        <w:rPr>
          <w:rFonts w:ascii="IM Fell English" w:hAnsi="IM Fell English"/>
          <w:color w:val="141414"/>
          <w:sz w:val="24"/>
        </w:rPr>
        <w:t>That alone changed the air in the room.</w:t>
      </w:r>
    </w:p>
    <w:p>
      <w:r>
        <w:rPr>
          <w:rFonts w:ascii="IM Fell English" w:hAnsi="IM Fell English"/>
          <w:color w:val="141414"/>
          <w:sz w:val="24"/>
        </w:rPr>
        <w:t>Katie gathered Jennifer’s ruined face in one hand and pet her blood-slick cheek with the other, slow and almost reverent. Jennifer blinked hard, trying to focus on her.</w:t>
      </w:r>
    </w:p>
    <w:p>
      <w:r>
        <w:rPr>
          <w:rFonts w:ascii="IM Fell English" w:hAnsi="IM Fell English"/>
          <w:color w:val="141414"/>
          <w:sz w:val="24"/>
        </w:rPr>
        <w:t>“Good girl,” Katie said quietly. “You did everything right. Both of you did.”</w:t>
      </w:r>
    </w:p>
    <w:p>
      <w:r>
        <w:rPr>
          <w:rFonts w:ascii="IM Fell English" w:hAnsi="IM Fell English"/>
          <w:color w:val="141414"/>
          <w:sz w:val="24"/>
        </w:rPr>
        <w:t>Jennifer’s breath hitched.</w:t>
      </w:r>
    </w:p>
    <w:p>
      <w:r>
        <w:rPr>
          <w:rFonts w:ascii="IM Fell English" w:hAnsi="IM Fell English"/>
          <w:color w:val="141414"/>
          <w:sz w:val="24"/>
        </w:rPr>
        <w:t>Katie kept petting her, thumb smearing blood, voice low enough that it still carried to every person watching.</w:t>
      </w:r>
    </w:p>
    <w:p>
      <w:r>
        <w:rPr>
          <w:rFonts w:ascii="IM Fell English" w:hAnsi="IM Fell English"/>
          <w:color w:val="141414"/>
          <w:sz w:val="24"/>
        </w:rPr>
        <w:t>“This was not to break you. If I wanted you broken past use, I would not waste the film on you. I needed your line. I needed hers. Now I have them.”</w:t>
      </w:r>
    </w:p>
    <w:p>
      <w:r>
        <w:rPr>
          <w:rFonts w:ascii="IM Fell English" w:hAnsi="IM Fell English"/>
          <w:color w:val="141414"/>
          <w:sz w:val="24"/>
        </w:rPr>
        <w:t>She looked up once at Lena and Marcus, then back down to Jennifer, and the meaning was unmistakable.</w:t>
      </w:r>
    </w:p>
    <w:p>
      <w:r>
        <w:rPr>
          <w:rFonts w:ascii="IM Fell English" w:hAnsi="IM Fell English"/>
          <w:color w:val="141414"/>
          <w:sz w:val="24"/>
        </w:rPr>
        <w:t>“You do not belong to the hands that handle you. Not to Lena. Not to Marcus. Not to anyone temporarily assigned to use your bodies.”</w:t>
      </w:r>
    </w:p>
    <w:p>
      <w:r>
        <w:rPr>
          <w:rFonts w:ascii="IM Fell English" w:hAnsi="IM Fell English"/>
          <w:color w:val="141414"/>
          <w:sz w:val="24"/>
        </w:rPr>
        <w:t>Katie leaned in closer, forehead nearly against Jennifer’s.</w:t>
      </w:r>
    </w:p>
    <w:p>
      <w:r>
        <w:rPr>
          <w:rFonts w:ascii="IM Fell English" w:hAnsi="IM Fell English"/>
          <w:color w:val="141414"/>
          <w:sz w:val="24"/>
        </w:rPr>
        <w:t>“You belong to me. Both of you. To the one who still knows what real pure sadomasochism snuff work is. To the standard. To your Goddess.”</w:t>
      </w:r>
    </w:p>
    <w:p>
      <w:r>
        <w:rPr>
          <w:rFonts w:ascii="IM Fell English" w:hAnsi="IM Fell English"/>
          <w:color w:val="141414"/>
          <w:sz w:val="24"/>
        </w:rPr>
        <w:t>Jennifer let out a weak, wrecked sound that was almost a sob and almost a laugh.</w:t>
      </w:r>
    </w:p>
    <w:p>
      <w:r>
        <w:rPr>
          <w:rFonts w:ascii="IM Fell English" w:hAnsi="IM Fell English"/>
          <w:color w:val="141414"/>
          <w:sz w:val="24"/>
        </w:rPr>
        <w:t>Jackie stood a few feet away, mouth still wet from Katie’s kiss, and did not argue.</w:t>
      </w:r>
    </w:p>
    <w:p>
      <w:r>
        <w:rPr>
          <w:rFonts w:ascii="IM Fell English" w:hAnsi="IM Fell English"/>
          <w:color w:val="141414"/>
          <w:sz w:val="24"/>
        </w:rPr>
        <w:t>Katie pressed one more slow kiss to Jennifer’s bloody mouth, then rose in a single clean movement, white stilettos gleaming under the low light.</w:t>
      </w:r>
    </w:p>
    <w:p>
      <w:r>
        <w:rPr>
          <w:rFonts w:ascii="IM Fell English" w:hAnsi="IM Fell English"/>
          <w:color w:val="141414"/>
          <w:sz w:val="24"/>
        </w:rPr>
        <w:t>She faced both of them fully now.</w:t>
      </w:r>
    </w:p>
    <w:p>
      <w:r>
        <w:rPr>
          <w:rFonts w:ascii="IM Fell English" w:hAnsi="IM Fell English"/>
          <w:color w:val="141414"/>
          <w:sz w:val="24"/>
        </w:rPr>
        <w:t>“And understand this while your heads are still clear enough to take it in.”</w:t>
      </w:r>
    </w:p>
    <w:p>
      <w:r>
        <w:rPr>
          <w:rFonts w:ascii="IM Fell English" w:hAnsi="IM Fell English"/>
          <w:color w:val="141414"/>
          <w:sz w:val="24"/>
        </w:rPr>
        <w:t>Her voice stayed calm. Absolute.</w:t>
      </w:r>
    </w:p>
    <w:p>
      <w:r>
        <w:rPr>
          <w:rFonts w:ascii="IM Fell English" w:hAnsi="IM Fell English"/>
          <w:color w:val="141414"/>
          <w:sz w:val="24"/>
        </w:rPr>
        <w:t>“It was never Saiya who kept watch over you. She liked the idea of owning the project. She liked the credit. She liked the illusion that she was the one protecting her investment. But it was me. It was always me. Me and the corporation above the noise.”</w:t>
      </w:r>
    </w:p>
    <w:p>
      <w:r>
        <w:rPr>
          <w:rFonts w:ascii="IM Fell English" w:hAnsi="IM Fell English"/>
          <w:color w:val="141414"/>
          <w:sz w:val="24"/>
        </w:rPr>
        <w:t>Jennifer stared up at her, still breathing hard.</w:t>
      </w:r>
    </w:p>
    <w:p>
      <w:r>
        <w:rPr>
          <w:rFonts w:ascii="IM Fell English" w:hAnsi="IM Fell English"/>
          <w:color w:val="141414"/>
          <w:sz w:val="24"/>
        </w:rPr>
        <w:t>Katie continued without softening.</w:t>
      </w:r>
    </w:p>
    <w:p>
      <w:r>
        <w:rPr>
          <w:rFonts w:ascii="IM Fell English" w:hAnsi="IM Fell English"/>
          <w:color w:val="141414"/>
          <w:sz w:val="24"/>
        </w:rPr>
        <w:t>“I watched the last film. I watched the recovery year. I watched every time either of you got close to becoming useless. When I pushed, it was not because I hated you. When I was cruel, it was not an accident. When it looked hateful, it still belonged to the same thing.”</w:t>
      </w:r>
    </w:p>
    <w:p>
      <w:r>
        <w:rPr>
          <w:rFonts w:ascii="IM Fell English" w:hAnsi="IM Fell English"/>
          <w:color w:val="141414"/>
          <w:sz w:val="24"/>
        </w:rPr>
        <w:t>She glanced at Jackie, then back to Jennifer.</w:t>
      </w:r>
    </w:p>
    <w:p>
      <w:r>
        <w:rPr>
          <w:rFonts w:ascii="IM Fell English" w:hAnsi="IM Fell English"/>
          <w:color w:val="141414"/>
          <w:sz w:val="24"/>
        </w:rPr>
        <w:t>“I protect what is mine in the only way I know how. I will make you bleed before I let you get soft. I will hurt you before I let the work, or some idiot handler, or your own mouths destroy what you are. That protection will always look twisted from the outside. Sometimes it will feel like love. Sometimes it will feel like hate. I will never apologize for either.”</w:t>
      </w:r>
    </w:p>
    <w:p>
      <w:r>
        <w:rPr>
          <w:rFonts w:ascii="IM Fell English" w:hAnsi="IM Fell English"/>
          <w:color w:val="141414"/>
          <w:sz w:val="24"/>
        </w:rPr>
        <w:t>The room stayed silent.</w:t>
      </w:r>
    </w:p>
    <w:p>
      <w:r>
        <w:rPr>
          <w:rFonts w:ascii="IM Fell English" w:hAnsi="IM Fell English"/>
          <w:color w:val="141414"/>
          <w:sz w:val="24"/>
        </w:rPr>
        <w:t>Katie’s eyes moved to Lena and Marcus again, just long enough to make the chain of command obvious.</w:t>
      </w:r>
    </w:p>
    <w:p>
      <w:r>
        <w:rPr>
          <w:rFonts w:ascii="IM Fell English" w:hAnsi="IM Fell English"/>
          <w:color w:val="141414"/>
          <w:sz w:val="24"/>
        </w:rPr>
        <w:t>“They can use you. They can train you. They can fuck you under my orders. They do not own you.”</w:t>
      </w:r>
    </w:p>
    <w:p>
      <w:r>
        <w:rPr>
          <w:rFonts w:ascii="IM Fell English" w:hAnsi="IM Fell English"/>
          <w:color w:val="141414"/>
          <w:sz w:val="24"/>
        </w:rPr>
        <w:t>Then, quieter, to Jackie and Jennifer only:</w:t>
      </w:r>
    </w:p>
    <w:p>
      <w:r>
        <w:rPr>
          <w:rFonts w:ascii="IM Fell English" w:hAnsi="IM Fell English"/>
          <w:color w:val="141414"/>
          <w:sz w:val="24"/>
        </w:rPr>
        <w:t>“I do.”</w:t>
      </w:r>
    </w:p>
    <w:p>
      <w:r>
        <w:rPr>
          <w:rFonts w:ascii="IM Fell English" w:hAnsi="IM Fell English"/>
          <w:color w:val="141414"/>
          <w:sz w:val="24"/>
        </w:rPr>
        <w:t>Jennifer swallowed blood and managed a broken, obedient sound. Jackie’s answer was a single nod, hard and immediate.</w:t>
      </w:r>
    </w:p>
    <w:p>
      <w:r>
        <w:rPr>
          <w:rFonts w:ascii="IM Fell English" w:hAnsi="IM Fell English"/>
          <w:color w:val="141414"/>
          <w:sz w:val="24"/>
        </w:rPr>
        <w:t>Katie stepped back and addressed the whole room.</w:t>
      </w:r>
    </w:p>
    <w:p>
      <w:r>
        <w:rPr>
          <w:rFonts w:ascii="IM Fell English" w:hAnsi="IM Fell English"/>
          <w:color w:val="141414"/>
          <w:sz w:val="24"/>
        </w:rPr>
        <w:t>“Training starts tomorrow. Conditioning, rigging, endurance, controlled exposure. We harden the bodies first. The real play belongs on set.”</w:t>
      </w:r>
    </w:p>
    <w:p>
      <w:r>
        <w:rPr>
          <w:rFonts w:ascii="IM Fell English" w:hAnsi="IM Fell English"/>
          <w:color w:val="141414"/>
          <w:sz w:val="24"/>
        </w:rPr>
        <w:t>Her eyes returned to Jackie and Jennifer one last time.</w:t>
      </w:r>
    </w:p>
    <w:p>
      <w:r>
        <w:rPr>
          <w:rFonts w:ascii="IM Fell English" w:hAnsi="IM Fell English"/>
          <w:color w:val="141414"/>
          <w:sz w:val="24"/>
        </w:rPr>
        <w:t>“You both asked for the truth of this house in different ways. Now you have it.”</w:t>
      </w:r>
    </w:p>
    <w:p>
      <w:r>
        <w:rPr>
          <w:rFonts w:ascii="IM Fell English" w:hAnsi="IM Fell English"/>
          <w:color w:val="141414"/>
          <w:sz w:val="24"/>
        </w:rPr>
        <w:t>Jackie answered first, voice rough.</w:t>
      </w:r>
    </w:p>
    <w:p>
      <w:r>
        <w:rPr>
          <w:rFonts w:ascii="IM Fell English" w:hAnsi="IM Fell English"/>
          <w:color w:val="141414"/>
          <w:sz w:val="24"/>
        </w:rPr>
        <w:t>“Understood.”</w:t>
      </w:r>
    </w:p>
    <w:p>
      <w:r>
        <w:rPr>
          <w:rFonts w:ascii="IM Fell English" w:hAnsi="IM Fell English"/>
          <w:color w:val="141414"/>
          <w:sz w:val="24"/>
        </w:rPr>
        <w:t>Jennifer, still on the floor, forced the same word through swollen lips.</w:t>
      </w:r>
    </w:p>
    <w:p>
      <w:r>
        <w:rPr>
          <w:rFonts w:ascii="IM Fell English" w:hAnsi="IM Fell English"/>
          <w:color w:val="141414"/>
          <w:sz w:val="24"/>
        </w:rPr>
        <w:t>“Understood.”</w:t>
      </w:r>
    </w:p>
    <w:p>
      <w:r>
        <w:rPr>
          <w:rFonts w:ascii="IM Fell English" w:hAnsi="IM Fell English"/>
          <w:color w:val="141414"/>
          <w:sz w:val="24"/>
        </w:rPr>
        <w:t>Katie turned back toward the windows.</w:t>
      </w:r>
    </w:p>
    <w:p>
      <w:r>
        <w:rPr>
          <w:rFonts w:ascii="IM Fell English" w:hAnsi="IM Fell English"/>
          <w:color w:val="141414"/>
          <w:sz w:val="24"/>
        </w:rPr>
        <w:t>“That’s enough for tonight.”</w:t>
      </w:r>
    </w:p>
    <w:p>
      <w:r>
        <w:rPr>
          <w:rFonts w:ascii="IM Fell English" w:hAnsi="IM Fell English"/>
          <w:color w:val="141414"/>
          <w:sz w:val="24"/>
        </w:rPr>
        <w:t>The formal meeting was over.</w:t>
      </w:r>
    </w:p>
    <w:p>
      <w:r>
        <w:rPr>
          <w:rFonts w:ascii="IM Fell English" w:hAnsi="IM Fell English"/>
          <w:color w:val="141414"/>
          <w:sz w:val="24"/>
        </w:rPr>
        <w:t>Lena finally moved in and hauled Jennifer up against Jackie’s shoulder. Marcus stayed where he was. Raven wiped blood from his knuckles. Jimmy finished his drink. Sekhmet picked up her tablet. Lilith watched Katie with a private, knowing smile.</w:t>
      </w:r>
    </w:p>
    <w:p>
      <w:r>
        <w:rPr>
          <w:rFonts w:ascii="IM Fell English" w:hAnsi="IM Fell English"/>
          <w:color w:val="141414"/>
          <w:sz w:val="24"/>
        </w:rPr>
        <w:t>No one in the room misunderstood what they had just witnessed.</w:t>
      </w:r>
    </w:p>
    <w:p>
      <w:r>
        <w:rPr>
          <w:rFonts w:ascii="IM Fell English" w:hAnsi="IM Fell English"/>
          <w:color w:val="141414"/>
          <w:sz w:val="24"/>
        </w:rPr>
        <w:t>It had not been random cruelty.</w:t>
      </w:r>
    </w:p>
    <w:p>
      <w:r>
        <w:rPr>
          <w:rFonts w:ascii="IM Fell English" w:hAnsi="IM Fell English"/>
          <w:color w:val="141414"/>
          <w:sz w:val="24"/>
        </w:rPr>
        <w:t>It had been a claim.</w:t>
      </w:r>
    </w:p>
    <w:p>
      <w:r>
        <w:rPr>
          <w:rFonts w:ascii="IM Fell English" w:hAnsi="IM Fell English"/>
          <w:color w:val="141414"/>
          <w:sz w:val="24"/>
        </w:rPr>
        <w:t>And under the claim was the older truth Katie had finally said out loud:</w:t>
      </w:r>
    </w:p>
    <w:p>
      <w:r>
        <w:rPr>
          <w:rFonts w:ascii="IM Fell English" w:hAnsi="IM Fell English"/>
          <w:color w:val="141414"/>
          <w:sz w:val="24"/>
        </w:rPr>
        <w:t>Saiya had never been the one keeping them.</w:t>
      </w:r>
    </w:p>
    <w:p>
      <w:r>
        <w:rPr>
          <w:rFonts w:ascii="IM Fell English" w:hAnsi="IM Fell English"/>
          <w:color w:val="141414"/>
          <w:sz w:val="24"/>
        </w:rPr>
        <w:t>It had always been Katie.</w:t>
      </w:r>
      <w:r>
        <w:rPr>
          <w:rFonts w:ascii="IM Fell English" w:hAnsi="IM Fell English"/>
          <w:color w:val="141414"/>
          <w:sz w:val="24"/>
        </w:rPr>
      </w:r>
      <w:r>
        <w:rPr>
          <w:rFonts w:ascii="IM Fell English" w:hAnsi="IM Fell English"/>
          <w:color w:val="141414"/>
          <w:sz w:val="24"/>
        </w:rPr>
        <w:t>Always the corporation behind her.</w:t>
      </w:r>
      <w:r>
        <w:rPr>
          <w:rFonts w:ascii="IM Fell English" w:hAnsi="IM Fell English"/>
          <w:color w:val="141414"/>
          <w:sz w:val="24"/>
        </w:rPr>
      </w:r>
      <w:r>
        <w:rPr>
          <w:rFonts w:ascii="IM Fell English" w:hAnsi="IM Fell English"/>
          <w:color w:val="141414"/>
          <w:sz w:val="24"/>
        </w:rPr>
        <w:t>Always that twisted, unapologetic protection that could look like devotion one hour and pure hell the next.</w:t>
      </w:r>
    </w:p>
    <w:p>
      <w:r>
        <w:rPr>
          <w:rFonts w:ascii="IM Fell English" w:hAnsi="IM Fell English"/>
          <w:color w:val="141414"/>
          <w:sz w:val="24"/>
        </w:rPr>
        <w:t>Jackie and Jennifer were not Lena’s.</w:t>
      </w:r>
      <w:r>
        <w:rPr>
          <w:rFonts w:ascii="IM Fell English" w:hAnsi="IM Fell English"/>
          <w:color w:val="141414"/>
          <w:sz w:val="24"/>
        </w:rPr>
      </w:r>
      <w:r>
        <w:rPr>
          <w:rFonts w:ascii="IM Fell English" w:hAnsi="IM Fell English"/>
          <w:color w:val="141414"/>
          <w:sz w:val="24"/>
        </w:rPr>
        <w:t>Not Marcus’s.</w:t>
      </w:r>
      <w:r>
        <w:rPr>
          <w:rFonts w:ascii="IM Fell English" w:hAnsi="IM Fell English"/>
          <w:color w:val="141414"/>
          <w:sz w:val="24"/>
        </w:rPr>
      </w:r>
      <w:r>
        <w:rPr>
          <w:rFonts w:ascii="IM Fell English" w:hAnsi="IM Fell English"/>
          <w:color w:val="141414"/>
          <w:sz w:val="24"/>
        </w:rPr>
        <w:t>Not Saiya’s leftovers.</w:t>
      </w:r>
      <w:r>
        <w:rPr>
          <w:rFonts w:ascii="IM Fell English" w:hAnsi="IM Fell English"/>
          <w:color w:val="141414"/>
          <w:sz w:val="24"/>
        </w:rPr>
      </w:r>
      <w:r>
        <w:rPr>
          <w:rFonts w:ascii="IM Fell English" w:hAnsi="IM Fell English"/>
          <w:color w:val="141414"/>
          <w:sz w:val="24"/>
        </w:rPr>
        <w:t>Not interchangeable meat.</w:t>
      </w:r>
    </w:p>
    <w:p>
      <w:r>
        <w:rPr>
          <w:rFonts w:ascii="IM Fell English" w:hAnsi="IM Fell English"/>
          <w:color w:val="141414"/>
          <w:sz w:val="24"/>
        </w:rPr>
        <w:t>They belonged to Katie.</w:t>
      </w:r>
    </w:p>
    <w:p>
      <w:r>
        <w:rPr>
          <w:rFonts w:ascii="IM Fell English" w:hAnsi="IM Fell English"/>
          <w:color w:val="141414"/>
          <w:sz w:val="24"/>
        </w:rPr>
        <w:t>And Katie would never once apologize for what that meant.</w:t>
      </w:r>
    </w:p>
    <w:p>
      <w:pPr>
        <w:pStyle w:val="Heading1"/>
        <w:jc w:val="center"/>
      </w:pPr>
      <w:r>
        <w:rPr>
          <w:rFonts w:ascii="IM Fell English" w:hAnsi="IM Fell English"/>
          <w:color w:val="0D0D0D"/>
        </w:rPr>
        <w:t>CHAPTER 5 — TRAINING BEGINS</w:t>
      </w:r>
    </w:p>
    <w:p>
      <w:r>
        <w:rPr>
          <w:rFonts w:ascii="IM Fell English" w:hAnsi="IM Fell English"/>
          <w:color w:val="141414"/>
          <w:sz w:val="24"/>
        </w:rPr>
        <w:t xml:space="preserve">There had been no promise of a gentle start, and the training reflected that. Lena was already anchored in the lower gym when Jackie and Jennifer arrived in black training gear, their hair secured and their bodies still bearing the vivid map of the previous night’s work. Marcus stood near the training mat with his tablet, reviewing the opening protocols. The air was thick with the scent of rubber, cold steel, and anticipation. </w:t>
      </w:r>
    </w:p>
    <w:p>
      <w:r>
        <w:rPr>
          <w:rFonts w:ascii="IM Fell English" w:hAnsi="IM Fell English"/>
          <w:color w:val="141414"/>
          <w:sz w:val="24"/>
        </w:rPr>
        <w:t>Katie was not there yet.</w:t>
      </w:r>
    </w:p>
    <w:p>
      <w:r>
        <w:rPr>
          <w:rFonts w:ascii="IM Fell English" w:hAnsi="IM Fell English"/>
          <w:color w:val="141414"/>
          <w:sz w:val="24"/>
        </w:rPr>
        <w:t>Jennifer moved stiffly, mouth still swollen, one side of her face darker than the other. Jackie kept her right arm closer to her ribs than usual. Neither of them asked for lighter treatment. After last night, asking would have been pointless.</w:t>
      </w:r>
    </w:p>
    <w:p>
      <w:r>
        <w:rPr>
          <w:rFonts w:ascii="IM Fell English" w:hAnsi="IM Fell English"/>
          <w:color w:val="141414"/>
          <w:sz w:val="24"/>
        </w:rPr>
        <w:t>Lena looked them over once.</w:t>
      </w:r>
    </w:p>
    <w:p>
      <w:r>
        <w:rPr>
          <w:rFonts w:ascii="IM Fell English" w:hAnsi="IM Fell English"/>
          <w:color w:val="141414"/>
          <w:sz w:val="24"/>
        </w:rPr>
        <w:t>“Warm-up. Ten minutes. Then we start.”</w:t>
      </w:r>
    </w:p>
    <w:p>
      <w:r>
        <w:rPr>
          <w:rFonts w:ascii="IM Fell English" w:hAnsi="IM Fell English"/>
          <w:color w:val="141414"/>
          <w:sz w:val="24"/>
        </w:rPr>
        <w:t>They ran it hard. Jump rope. Dynamic stretches. Short sprints down the length of the gym. Every landing pulled at Jackie’s side. Every sharp turn made Jennifer’s face throb. By the time Lena called the switch, both of them were breathing heavier and the sleep was gone from their bodies.</w:t>
      </w:r>
    </w:p>
    <w:p>
      <w:r>
        <w:rPr>
          <w:rFonts w:ascii="IM Fell English" w:hAnsi="IM Fell English"/>
          <w:color w:val="141414"/>
          <w:sz w:val="24"/>
        </w:rPr>
        <w:t>Marcus set the first drill without ceremony.</w:t>
      </w:r>
    </w:p>
    <w:p>
      <w:r>
        <w:rPr>
          <w:rFonts w:ascii="IM Fell English" w:hAnsi="IM Fell English"/>
          <w:color w:val="141414"/>
          <w:sz w:val="24"/>
        </w:rPr>
        <w:t>“Core and impact tolerance. Controlled first. Don’t perform for me. Just do the work.”</w:t>
      </w:r>
    </w:p>
    <w:p>
      <w:r>
        <w:rPr>
          <w:rFonts w:ascii="IM Fell English" w:hAnsi="IM Fell English"/>
          <w:color w:val="141414"/>
          <w:sz w:val="24"/>
        </w:rPr>
        <w:t>They went through it in silence for a while — medicine ball throws, resistance holds, controlled falls onto mats, then back up again. Lena corrected posture with short touches and shorter instructions. Marcus kept count and time. It was not glamorous. It was repetitive on purpose.</w:t>
      </w:r>
    </w:p>
    <w:p>
      <w:r>
        <w:rPr>
          <w:rFonts w:ascii="IM Fell English" w:hAnsi="IM Fell English"/>
          <w:color w:val="141414"/>
          <w:sz w:val="24"/>
        </w:rPr>
        <w:t>After the first rotation, Jennifer wiped sweat from her face with the back of her wrist and winced when her hand brushed the wrong spot.</w:t>
      </w:r>
    </w:p>
    <w:p>
      <w:r>
        <w:rPr>
          <w:rFonts w:ascii="IM Fell English" w:hAnsi="IM Fell English"/>
          <w:color w:val="141414"/>
          <w:sz w:val="24"/>
        </w:rPr>
        <w:t>“This is the softened version,” she said.</w:t>
      </w:r>
    </w:p>
    <w:p>
      <w:r>
        <w:rPr>
          <w:rFonts w:ascii="IM Fell English" w:hAnsi="IM Fell English"/>
          <w:color w:val="141414"/>
          <w:sz w:val="24"/>
        </w:rPr>
        <w:t>Lena looked at her.</w:t>
      </w:r>
    </w:p>
    <w:p>
      <w:r>
        <w:rPr>
          <w:rFonts w:ascii="IM Fell English" w:hAnsi="IM Fell English"/>
          <w:color w:val="141414"/>
          <w:sz w:val="24"/>
        </w:rPr>
        <w:t>“Yes. If you can’t handle this cleanly, you’re not ready for the rest.”</w:t>
      </w:r>
    </w:p>
    <w:p>
      <w:r>
        <w:rPr>
          <w:rFonts w:ascii="IM Fell English" w:hAnsi="IM Fell English"/>
          <w:color w:val="141414"/>
          <w:sz w:val="24"/>
        </w:rPr>
        <w:t>Jackie dropped into the next set without comment. Her body remembered work like this. The year of recovery had not made her soft, but it had made her careful. She could feel that caution being burned off already, even through the damaged ribs.</w:t>
      </w:r>
    </w:p>
    <w:p>
      <w:r>
        <w:rPr>
          <w:rFonts w:ascii="IM Fell English" w:hAnsi="IM Fell English"/>
          <w:color w:val="141414"/>
          <w:sz w:val="24"/>
        </w:rPr>
        <w:t>They moved from impact tolerance into endurance next. Longer intervals. Higher heart rate. Weighted carries down the corridor and back. Stair work until Jackie’s legs started to shake and Jennifer’s breathing turned rough. Marcus did not lower the target numbers. He only watched whether they hit them.</w:t>
      </w:r>
    </w:p>
    <w:p>
      <w:r>
        <w:rPr>
          <w:rFonts w:ascii="IM Fell English" w:hAnsi="IM Fell English"/>
          <w:color w:val="141414"/>
          <w:sz w:val="24"/>
        </w:rPr>
        <w:t>Halfway through the second endurance block, Katie finally arrived.</w:t>
      </w:r>
    </w:p>
    <w:p>
      <w:r>
        <w:rPr>
          <w:rFonts w:ascii="IM Fell English" w:hAnsi="IM Fell English"/>
          <w:color w:val="141414"/>
          <w:sz w:val="24"/>
        </w:rPr>
        <w:t>She walked in like she had all the time in the world, white stilettos exchanged for black training boots, eyes moving over both of them with open assessment. She did not interrupt the drill. She just stood near the wall and watched.</w:t>
      </w:r>
    </w:p>
    <w:p>
      <w:r>
        <w:rPr>
          <w:rFonts w:ascii="IM Fell English" w:hAnsi="IM Fell English"/>
          <w:color w:val="141414"/>
          <w:sz w:val="24"/>
        </w:rPr>
        <w:t>When Lena finally called a break, Jennifer braced her hands on her knees and spat to the side.</w:t>
      </w:r>
    </w:p>
    <w:p>
      <w:r>
        <w:rPr>
          <w:rFonts w:ascii="IM Fell English" w:hAnsi="IM Fell English"/>
          <w:color w:val="141414"/>
          <w:sz w:val="24"/>
        </w:rPr>
        <w:t>Katie’s voice carried easily across the room.</w:t>
      </w:r>
    </w:p>
    <w:p>
      <w:r>
        <w:rPr>
          <w:rFonts w:ascii="IM Fell English" w:hAnsi="IM Fell English"/>
          <w:color w:val="141414"/>
          <w:sz w:val="24"/>
        </w:rPr>
        <w:t>“You asked for everything. This is still the polite part.”</w:t>
      </w:r>
    </w:p>
    <w:p>
      <w:r>
        <w:rPr>
          <w:rFonts w:ascii="IM Fell English" w:hAnsi="IM Fell English"/>
          <w:color w:val="141414"/>
          <w:sz w:val="24"/>
        </w:rPr>
        <w:t>Jennifer lifted her head and smiled without warmth.</w:t>
      </w:r>
    </w:p>
    <w:p>
      <w:r>
        <w:rPr>
          <w:rFonts w:ascii="IM Fell English" w:hAnsi="IM Fell English"/>
          <w:color w:val="141414"/>
          <w:sz w:val="24"/>
        </w:rPr>
        <w:t>“Good.”</w:t>
      </w:r>
    </w:p>
    <w:p>
      <w:r>
        <w:rPr>
          <w:rFonts w:ascii="IM Fell English" w:hAnsi="IM Fell English"/>
          <w:color w:val="141414"/>
          <w:sz w:val="24"/>
        </w:rPr>
        <w:t>Jackie looked between them, then away. Last night was still alive in the room. Jennifer had asked for the full version out loud. Katie had answered on the floor in front of the founders. No one was going to forget that.</w:t>
      </w:r>
    </w:p>
    <w:p>
      <w:r>
        <w:rPr>
          <w:rFonts w:ascii="IM Fell English" w:hAnsi="IM Fell English"/>
          <w:color w:val="141414"/>
          <w:sz w:val="24"/>
        </w:rPr>
        <w:t>Marcus pointed to the rigging frame at the far end of the gym.</w:t>
      </w:r>
    </w:p>
    <w:p>
      <w:r>
        <w:rPr>
          <w:rFonts w:ascii="IM Fell English" w:hAnsi="IM Fell English"/>
          <w:color w:val="141414"/>
          <w:sz w:val="24"/>
        </w:rPr>
        <w:t>“Next. Harness familiarization. You’ll be in and out of hard points for real later. Learn the hardware now.”</w:t>
      </w:r>
    </w:p>
    <w:p>
      <w:r>
        <w:rPr>
          <w:rFonts w:ascii="IM Fell English" w:hAnsi="IM Fell English"/>
          <w:color w:val="141414"/>
          <w:sz w:val="24"/>
        </w:rPr>
        <w:t>They spent the next hour on it. Climbing into harnesses. Checking carabiners. Learning the difference between a clean lock and a lazy one. Lena made them repeat the same clip-in sequence until the motion was automatic. Marcus introduced controlled drops from low height — short, sharp, enough to make the body register the catch.</w:t>
      </w:r>
    </w:p>
    <w:p>
      <w:r>
        <w:rPr>
          <w:rFonts w:ascii="IM Fell English" w:hAnsi="IM Fell English"/>
          <w:color w:val="141414"/>
          <w:sz w:val="24"/>
        </w:rPr>
        <w:t>Jennifer took the first real drop with her jaw set. The harness snapped her short with a hard jolt. She hung for a second, breathing through it, then reached back for the line like she’d done it before.</w:t>
      </w:r>
    </w:p>
    <w:p>
      <w:r>
        <w:rPr>
          <w:rFonts w:ascii="IM Fell English" w:hAnsi="IM Fell English"/>
          <w:color w:val="141414"/>
          <w:sz w:val="24"/>
        </w:rPr>
        <w:t>Katie watched without comment.</w:t>
      </w:r>
    </w:p>
    <w:p>
      <w:r>
        <w:rPr>
          <w:rFonts w:ascii="IM Fell English" w:hAnsi="IM Fell English"/>
          <w:color w:val="141414"/>
          <w:sz w:val="24"/>
        </w:rPr>
        <w:t>Jackie went next. The catch still knocked the breath out of her and lit up her ribs hard enough that her vision narrowed for half a second. When her feet found the floor again, Marcus gave a short nod.</w:t>
      </w:r>
    </w:p>
    <w:p>
      <w:r>
        <w:rPr>
          <w:rFonts w:ascii="IM Fell English" w:hAnsi="IM Fell English"/>
          <w:color w:val="141414"/>
          <w:sz w:val="24"/>
        </w:rPr>
        <w:t>“Again.”</w:t>
      </w:r>
    </w:p>
    <w:p>
      <w:r>
        <w:rPr>
          <w:rFonts w:ascii="IM Fell English" w:hAnsi="IM Fell English"/>
          <w:color w:val="141414"/>
          <w:sz w:val="24"/>
        </w:rPr>
        <w:t>They did it again. And again.</w:t>
      </w:r>
    </w:p>
    <w:p>
      <w:r>
        <w:rPr>
          <w:rFonts w:ascii="IM Fell English" w:hAnsi="IM Fell English"/>
          <w:color w:val="141414"/>
          <w:sz w:val="24"/>
        </w:rPr>
        <w:t xml:space="preserve">By late morning, the gym was thick with the scent of sweat and chalk. Jackie’s shoulders ached from repeated catches, and Jennifer’s wrists were raw. Neither asked to stop. </w:t>
      </w:r>
    </w:p>
    <w:p>
      <w:r>
        <w:rPr>
          <w:rFonts w:ascii="IM Fell English" w:hAnsi="IM Fell English"/>
          <w:color w:val="141414"/>
          <w:sz w:val="24"/>
        </w:rPr>
        <w:t>Lena tossed them water.</w:t>
      </w:r>
    </w:p>
    <w:p>
      <w:r>
        <w:rPr>
          <w:rFonts w:ascii="IM Fell English" w:hAnsi="IM Fell English"/>
          <w:color w:val="141414"/>
          <w:sz w:val="24"/>
        </w:rPr>
        <w:t>“Drink. Then we move to partner load work.”</w:t>
      </w:r>
    </w:p>
    <w:p>
      <w:r>
        <w:rPr>
          <w:rFonts w:ascii="IM Fell English" w:hAnsi="IM Fell English"/>
          <w:color w:val="141414"/>
          <w:sz w:val="24"/>
        </w:rPr>
        <w:t>Partner load work meant carrying, dragging, and resisting each other under instruction. Marcus called the patterns. Lena corrected them when they got sloppy. Katie remained mostly silent, but every so often she would walk a slow circle around them and the air would tighten.</w:t>
      </w:r>
    </w:p>
    <w:p>
      <w:r>
        <w:rPr>
          <w:rFonts w:ascii="IM Fell English" w:hAnsi="IM Fell English"/>
          <w:color w:val="141414"/>
          <w:sz w:val="24"/>
        </w:rPr>
        <w:t>During one drag drill, Jennifer lost footing and hit the mat harder than necessary. She rolled to her feet immediately, jaw clenched, eyes bright with irritation at herself more than anyone else.</w:t>
      </w:r>
    </w:p>
    <w:p>
      <w:r>
        <w:rPr>
          <w:rFonts w:ascii="IM Fell English" w:hAnsi="IM Fell English"/>
          <w:color w:val="141414"/>
          <w:sz w:val="24"/>
        </w:rPr>
        <w:t>Katie stopped in front of her.</w:t>
      </w:r>
    </w:p>
    <w:p>
      <w:r>
        <w:rPr>
          <w:rFonts w:ascii="IM Fell English" w:hAnsi="IM Fell English"/>
          <w:color w:val="141414"/>
          <w:sz w:val="24"/>
        </w:rPr>
        <w:t>“You’re still rushing the recovery.”</w:t>
      </w:r>
    </w:p>
    <w:p>
      <w:r>
        <w:rPr>
          <w:rFonts w:ascii="IM Fell English" w:hAnsi="IM Fell English"/>
          <w:color w:val="141414"/>
          <w:sz w:val="24"/>
        </w:rPr>
        <w:t>Jennifer wiped her mouth.</w:t>
      </w:r>
    </w:p>
    <w:p>
      <w:r>
        <w:rPr>
          <w:rFonts w:ascii="IM Fell English" w:hAnsi="IM Fell English"/>
          <w:color w:val="141414"/>
          <w:sz w:val="24"/>
        </w:rPr>
        <w:t>“I’m fine.”</w:t>
      </w:r>
    </w:p>
    <w:p>
      <w:r>
        <w:rPr>
          <w:rFonts w:ascii="IM Fell English" w:hAnsi="IM Fell English"/>
          <w:color w:val="141414"/>
          <w:sz w:val="24"/>
        </w:rPr>
        <w:t>“I didn’t ask if you were fine,” Katie said. “I said you’re rushing. Make the body finish the movement before you demand the next one from it.”</w:t>
      </w:r>
    </w:p>
    <w:p>
      <w:r>
        <w:rPr>
          <w:rFonts w:ascii="IM Fell English" w:hAnsi="IM Fell English"/>
          <w:color w:val="141414"/>
          <w:sz w:val="24"/>
        </w:rPr>
        <w:t>Jennifer held her gaze for a second longer than necessary, then nodded once.</w:t>
      </w:r>
    </w:p>
    <w:p>
      <w:r>
        <w:rPr>
          <w:rFonts w:ascii="IM Fell English" w:hAnsi="IM Fell English"/>
          <w:color w:val="141414"/>
          <w:sz w:val="24"/>
        </w:rPr>
        <w:t>“Understood.”</w:t>
      </w:r>
    </w:p>
    <w:p>
      <w:r>
        <w:rPr>
          <w:rFonts w:ascii="IM Fell English" w:hAnsi="IM Fell English"/>
          <w:color w:val="141414"/>
          <w:sz w:val="24"/>
        </w:rPr>
        <w:t>Jackie caught the look that passed between them. It wasn’t soft. It wasn’t hostile either. It was recognition. Jennifer had asked to be pushed. Katie was already collecting on that request in increments that did not require another public floor scene to matter.</w:t>
      </w:r>
    </w:p>
    <w:p>
      <w:r>
        <w:rPr>
          <w:rFonts w:ascii="IM Fell English" w:hAnsi="IM Fell English"/>
          <w:color w:val="141414"/>
          <w:sz w:val="24"/>
        </w:rPr>
        <w:t>They broke for food at midday only because Lena enforced it. Protein, water, twenty minutes seated. Marcus reviewed notes on the tablet. Katie stood by the windows and took a call in a low voice. When she came back, she looked at both of them.</w:t>
      </w:r>
    </w:p>
    <w:p>
      <w:r>
        <w:rPr>
          <w:rFonts w:ascii="IM Fell English" w:hAnsi="IM Fell English"/>
          <w:color w:val="141414"/>
          <w:sz w:val="24"/>
        </w:rPr>
        <w:t>“Afternoon block is impact conditioning and breath control under pressure. No theatrics. Hard bodies only. We harden the base first.”</w:t>
      </w:r>
    </w:p>
    <w:p>
      <w:r>
        <w:rPr>
          <w:rFonts w:ascii="IM Fell English" w:hAnsi="IM Fell English"/>
          <w:color w:val="141414"/>
          <w:sz w:val="24"/>
        </w:rPr>
        <w:t>Jennifer leaned back against the wall.</w:t>
      </w:r>
    </w:p>
    <w:p>
      <w:r>
        <w:rPr>
          <w:rFonts w:ascii="IM Fell English" w:hAnsi="IM Fell English"/>
          <w:color w:val="141414"/>
          <w:sz w:val="24"/>
        </w:rPr>
        <w:t>“And when the base is hard enough?”</w:t>
      </w:r>
    </w:p>
    <w:p>
      <w:r>
        <w:rPr>
          <w:rFonts w:ascii="IM Fell English" w:hAnsi="IM Fell English"/>
          <w:color w:val="141414"/>
          <w:sz w:val="24"/>
        </w:rPr>
        <w:t>Katie’s smile was thin.</w:t>
      </w:r>
    </w:p>
    <w:p>
      <w:r>
        <w:rPr>
          <w:rFonts w:ascii="IM Fell English" w:hAnsi="IM Fell English"/>
          <w:color w:val="141414"/>
          <w:sz w:val="24"/>
        </w:rPr>
        <w:t>“Then we put you where polite training ends.”</w:t>
      </w:r>
    </w:p>
    <w:p>
      <w:r>
        <w:rPr>
          <w:rFonts w:ascii="IM Fell English" w:hAnsi="IM Fell English"/>
          <w:color w:val="141414"/>
          <w:sz w:val="24"/>
        </w:rPr>
        <w:t>Jackie finished her water and set the bottle aside.</w:t>
      </w:r>
    </w:p>
    <w:p>
      <w:r>
        <w:rPr>
          <w:rFonts w:ascii="IM Fell English" w:hAnsi="IM Fell English"/>
          <w:color w:val="141414"/>
          <w:sz w:val="24"/>
        </w:rPr>
        <w:t>The work after lunch was uglier in a quiet way. Repeated, controlled hits to the body with pads.  Breath forced out and recovered on command. Holds under strain until the muscles shook. Lena was precise about form. Marcus was precise about duration. Katie only intervened when one of them started performing instead of working.</w:t>
      </w:r>
    </w:p>
    <w:p>
      <w:r>
        <w:rPr>
          <w:rFonts w:ascii="IM Fell English" w:hAnsi="IM Fell English"/>
          <w:color w:val="141414"/>
          <w:sz w:val="24"/>
        </w:rPr>
        <w:t>At one point she stopped Jackie mid-drill with two fingers against her sternum, careful of the damaged side but not gentle.</w:t>
      </w:r>
    </w:p>
    <w:p>
      <w:r>
        <w:rPr>
          <w:rFonts w:ascii="IM Fell English" w:hAnsi="IM Fell English"/>
          <w:color w:val="141414"/>
          <w:sz w:val="24"/>
        </w:rPr>
        <w:t>“You’re bracing like you’re waiting to be hurt,” Katie said. “Stop waiting. Take the hit and stay in it.”</w:t>
      </w:r>
    </w:p>
    <w:p>
      <w:r>
        <w:rPr>
          <w:rFonts w:ascii="IM Fell English" w:hAnsi="IM Fell English"/>
          <w:color w:val="141414"/>
          <w:sz w:val="24"/>
        </w:rPr>
        <w:t>Jackie adjusted and went again.</w:t>
      </w:r>
    </w:p>
    <w:p>
      <w:r>
        <w:rPr>
          <w:rFonts w:ascii="IM Fell English" w:hAnsi="IM Fell English"/>
          <w:color w:val="141414"/>
          <w:sz w:val="24"/>
        </w:rPr>
        <w:t>Later, she stopped Jennifer with the same calm precision.</w:t>
      </w:r>
    </w:p>
    <w:p>
      <w:r>
        <w:rPr>
          <w:rFonts w:ascii="IM Fell English" w:hAnsi="IM Fell English"/>
          <w:color w:val="141414"/>
          <w:sz w:val="24"/>
        </w:rPr>
        <w:t>“You asked me to bring everything. That means you don’t get to half-ass the boring parts. Do it clean.”</w:t>
      </w:r>
    </w:p>
    <w:p>
      <w:r>
        <w:rPr>
          <w:rFonts w:ascii="IM Fell English" w:hAnsi="IM Fell English"/>
          <w:color w:val="141414"/>
          <w:sz w:val="24"/>
        </w:rPr>
        <w:t>Jennifer’s mouth twitched.</w:t>
      </w:r>
    </w:p>
    <w:p>
      <w:r>
        <w:rPr>
          <w:rFonts w:ascii="IM Fell English" w:hAnsi="IM Fell English"/>
          <w:color w:val="141414"/>
          <w:sz w:val="24"/>
        </w:rPr>
        <w:t>“Yes, Mistress.”</w:t>
      </w:r>
    </w:p>
    <w:p>
      <w:r>
        <w:rPr>
          <w:rFonts w:ascii="IM Fell English" w:hAnsi="IM Fell English"/>
          <w:color w:val="141414"/>
          <w:sz w:val="24"/>
        </w:rPr>
        <w:t>Katie’s eyes narrowed slightly in approval, or warning. Maybe both.</w:t>
      </w:r>
    </w:p>
    <w:p>
      <w:r>
        <w:rPr>
          <w:rFonts w:ascii="IM Fell English" w:hAnsi="IM Fell English"/>
          <w:color w:val="141414"/>
          <w:sz w:val="24"/>
        </w:rPr>
        <w:t xml:space="preserve">By the time training ended, the light outside had shifted. Jackie felt worked but not destroyed, while Jennifer sat on the mat, head bowed and sweat-soaked, still wearing the marks of the previous night. </w:t>
      </w:r>
    </w:p>
    <w:p>
      <w:r>
        <w:rPr>
          <w:rFonts w:ascii="IM Fell English" w:hAnsi="IM Fell English"/>
          <w:color w:val="141414"/>
          <w:sz w:val="24"/>
        </w:rPr>
        <w:t>Marcus checked the tablet one last time.</w:t>
      </w:r>
    </w:p>
    <w:p>
      <w:r>
        <w:rPr>
          <w:rFonts w:ascii="IM Fell English" w:hAnsi="IM Fell English"/>
          <w:color w:val="141414"/>
          <w:sz w:val="24"/>
        </w:rPr>
        <w:t>“Tomorrow is harder.”</w:t>
      </w:r>
    </w:p>
    <w:p>
      <w:r>
        <w:rPr>
          <w:rFonts w:ascii="IM Fell English" w:hAnsi="IM Fell English"/>
          <w:color w:val="141414"/>
          <w:sz w:val="24"/>
        </w:rPr>
        <w:t>“Of course it is,” Jennifer muttered.</w:t>
      </w:r>
    </w:p>
    <w:p>
      <w:r>
        <w:rPr>
          <w:rFonts w:ascii="IM Fell English" w:hAnsi="IM Fell English"/>
          <w:color w:val="141414"/>
          <w:sz w:val="24"/>
        </w:rPr>
        <w:t>Katie walked past them toward the door, then paused.</w:t>
      </w:r>
    </w:p>
    <w:p>
      <w:r>
        <w:rPr>
          <w:rFonts w:ascii="IM Fell English" w:hAnsi="IM Fell English"/>
          <w:color w:val="141414"/>
          <w:sz w:val="24"/>
        </w:rPr>
        <w:t>“You both held the work. That’s the only reason I’m still in a good mood.”</w:t>
      </w:r>
    </w:p>
    <w:p>
      <w:r>
        <w:rPr>
          <w:rFonts w:ascii="IM Fell English" w:hAnsi="IM Fell English"/>
          <w:color w:val="141414"/>
          <w:sz w:val="24"/>
        </w:rPr>
        <w:t>She looked at Jennifer specifically, then at Jackie.</w:t>
      </w:r>
    </w:p>
    <w:p>
      <w:r>
        <w:rPr>
          <w:rFonts w:ascii="IM Fell English" w:hAnsi="IM Fell English"/>
          <w:color w:val="141414"/>
          <w:sz w:val="24"/>
        </w:rPr>
        <w:t>“Remember what you belong to when the work gets uglier.”</w:t>
      </w:r>
    </w:p>
    <w:p>
      <w:r>
        <w:rPr>
          <w:rFonts w:ascii="IM Fell English" w:hAnsi="IM Fell English"/>
          <w:color w:val="141414"/>
          <w:sz w:val="24"/>
        </w:rPr>
        <w:t>Neither of them asked what she meant.</w:t>
      </w:r>
    </w:p>
    <w:p>
      <w:r>
        <w:rPr>
          <w:rFonts w:ascii="IM Fell English" w:hAnsi="IM Fell English"/>
          <w:color w:val="141414"/>
          <w:sz w:val="24"/>
        </w:rPr>
        <w:t>They already knew.</w:t>
      </w:r>
    </w:p>
    <w:p>
      <w:r>
        <w:rPr>
          <w:rFonts w:ascii="IM Fell English" w:hAnsi="IM Fell English"/>
          <w:color w:val="141414"/>
          <w:sz w:val="24"/>
        </w:rPr>
        <w:t>“I remember,” Jennifer said.</w:t>
      </w:r>
    </w:p>
    <w:p>
      <w:r>
        <w:rPr>
          <w:rFonts w:ascii="IM Fell English" w:hAnsi="IM Fell English"/>
          <w:color w:val="141414"/>
          <w:sz w:val="24"/>
        </w:rPr>
        <w:t>Jackie nodded once.</w:t>
      </w:r>
    </w:p>
    <w:p>
      <w:r>
        <w:rPr>
          <w:rFonts w:ascii="IM Fell English" w:hAnsi="IM Fell English"/>
          <w:color w:val="141414"/>
          <w:sz w:val="24"/>
        </w:rPr>
        <w:t>“Good.”</w:t>
      </w:r>
    </w:p>
    <w:p>
      <w:r>
        <w:rPr>
          <w:rFonts w:ascii="IM Fell English" w:hAnsi="IM Fell English"/>
          <w:color w:val="141414"/>
          <w:sz w:val="24"/>
        </w:rPr>
        <w:t>Katie left.</w:t>
      </w:r>
    </w:p>
    <w:p>
      <w:r>
        <w:rPr>
          <w:rFonts w:ascii="IM Fell English" w:hAnsi="IM Fell English"/>
          <w:color w:val="141414"/>
          <w:sz w:val="24"/>
        </w:rPr>
        <w:t>Lena tossed towels at both of them.</w:t>
      </w:r>
    </w:p>
    <w:p>
      <w:r>
        <w:rPr>
          <w:rFonts w:ascii="IM Fell English" w:hAnsi="IM Fell English"/>
          <w:color w:val="141414"/>
          <w:sz w:val="24"/>
        </w:rPr>
        <w:t>“Shower. Eat. Sleep. If either of you is late tomorrow, I will make the morning block worse on purpose.”</w:t>
      </w:r>
    </w:p>
    <w:p>
      <w:r>
        <w:rPr>
          <w:rFonts w:ascii="IM Fell English" w:hAnsi="IM Fell English"/>
          <w:color w:val="141414"/>
          <w:sz w:val="24"/>
        </w:rPr>
        <w:t>Jackie caught her towel and wiped her face.</w:t>
      </w:r>
    </w:p>
    <w:p>
      <w:r>
        <w:rPr>
          <w:rFonts w:ascii="IM Fell English" w:hAnsi="IM Fell English"/>
          <w:color w:val="141414"/>
          <w:sz w:val="24"/>
        </w:rPr>
        <w:t>Jennifer stayed seated a second longer, then pushed herself up.</w:t>
      </w:r>
    </w:p>
    <w:p>
      <w:r>
        <w:rPr>
          <w:rFonts w:ascii="IM Fell English" w:hAnsi="IM Fell English"/>
          <w:color w:val="141414"/>
          <w:sz w:val="24"/>
        </w:rPr>
        <w:t>On the way out of the gym, Jackie finally spoke low enough that only Jennifer could hear.</w:t>
      </w:r>
    </w:p>
    <w:p>
      <w:r>
        <w:rPr>
          <w:rFonts w:ascii="IM Fell English" w:hAnsi="IM Fell English"/>
          <w:color w:val="141414"/>
          <w:sz w:val="24"/>
        </w:rPr>
        <w:t>“You really meant it last night.”</w:t>
      </w:r>
    </w:p>
    <w:p>
      <w:r>
        <w:rPr>
          <w:rFonts w:ascii="IM Fell English" w:hAnsi="IM Fell English"/>
          <w:color w:val="141414"/>
          <w:sz w:val="24"/>
        </w:rPr>
        <w:t>Jennifer didn’t pretend otherwise.</w:t>
      </w:r>
    </w:p>
    <w:p>
      <w:r>
        <w:rPr>
          <w:rFonts w:ascii="IM Fell English" w:hAnsi="IM Fell English"/>
          <w:color w:val="141414"/>
          <w:sz w:val="24"/>
        </w:rPr>
        <w:t>“Yes.”</w:t>
      </w:r>
    </w:p>
    <w:p>
      <w:r>
        <w:rPr>
          <w:rFonts w:ascii="IM Fell English" w:hAnsi="IM Fell English"/>
          <w:color w:val="141414"/>
          <w:sz w:val="24"/>
        </w:rPr>
        <w:t>Jackie studied her for a moment.</w:t>
      </w:r>
    </w:p>
    <w:p>
      <w:r>
        <w:rPr>
          <w:rFonts w:ascii="IM Fell English" w:hAnsi="IM Fell English"/>
          <w:color w:val="141414"/>
          <w:sz w:val="24"/>
        </w:rPr>
        <w:t>“She’s going to keep collecting on it.”</w:t>
      </w:r>
    </w:p>
    <w:p>
      <w:r>
        <w:rPr>
          <w:rFonts w:ascii="IM Fell English" w:hAnsi="IM Fell English"/>
          <w:color w:val="141414"/>
          <w:sz w:val="24"/>
        </w:rPr>
        <w:t>Jennifer’s smile was tired and sharp at the same time.</w:t>
      </w:r>
    </w:p>
    <w:p>
      <w:r>
        <w:rPr>
          <w:rFonts w:ascii="IM Fell English" w:hAnsi="IM Fell English"/>
          <w:color w:val="141414"/>
          <w:sz w:val="24"/>
        </w:rPr>
        <w:t>“I know.”</w:t>
      </w:r>
    </w:p>
    <w:p>
      <w:r>
        <w:rPr>
          <w:rFonts w:ascii="IM Fell English" w:hAnsi="IM Fell English"/>
          <w:color w:val="141414"/>
          <w:sz w:val="24"/>
        </w:rPr>
        <w:t>They walked out together toward the showers, bodies already marking the first day of the new standard.</w:t>
      </w:r>
    </w:p>
    <w:p>
      <w:r>
        <w:rPr>
          <w:rFonts w:ascii="IM Fell English" w:hAnsi="IM Fell English"/>
          <w:color w:val="141414"/>
          <w:sz w:val="24"/>
        </w:rPr>
        <w:t>Training had begun.</w:t>
      </w:r>
    </w:p>
    <w:p>
      <w:r>
        <w:rPr>
          <w:rFonts w:ascii="IM Fell English" w:hAnsi="IM Fell English"/>
          <w:color w:val="141414"/>
          <w:sz w:val="24"/>
        </w:rPr>
        <w:t>And the polite version of it would not last long.</w:t>
      </w:r>
    </w:p>
    <w:p>
      <w:pPr>
        <w:pStyle w:val="Heading1"/>
        <w:jc w:val="center"/>
      </w:pPr>
      <w:r>
        <w:rPr>
          <w:rFonts w:ascii="IM Fell English" w:hAnsi="IM Fell English"/>
          <w:color w:val="0D0D0D"/>
        </w:rPr>
        <w:t>CHAPTER 6 — EXTRACTION</w:t>
      </w:r>
    </w:p>
    <w:p>
      <w:r>
        <w:rPr>
          <w:rFonts w:ascii="IM Fell English" w:hAnsi="IM Fell English"/>
          <w:color w:val="141414"/>
          <w:sz w:val="24"/>
        </w:rPr>
        <w:t xml:space="preserve">The day ended with exhaustion so deep no one argued with Lena’s orders. </w:t>
      </w:r>
    </w:p>
    <w:p>
      <w:r>
        <w:rPr>
          <w:rFonts w:ascii="IM Fell English" w:hAnsi="IM Fell English"/>
          <w:color w:val="141414"/>
          <w:sz w:val="24"/>
        </w:rPr>
        <w:t>“Jackie. With me.”</w:t>
      </w:r>
    </w:p>
    <w:p>
      <w:r>
        <w:rPr>
          <w:rFonts w:ascii="IM Fell English" w:hAnsi="IM Fell English"/>
          <w:color w:val="141414"/>
          <w:sz w:val="24"/>
        </w:rPr>
        <w:t>Jennifer glanced over, but Marcus was already steering her toward the second master wing with a hand at the small of her back. No discussion. No shared look long enough to become a question. The house simply split them.</w:t>
      </w:r>
    </w:p>
    <w:p>
      <w:r>
        <w:rPr>
          <w:rFonts w:ascii="IM Fell English" w:hAnsi="IM Fell English"/>
          <w:color w:val="141414"/>
          <w:sz w:val="24"/>
        </w:rPr>
        <w:t>Lena took Jackie upstairs to the main bedroom like it was a reward and a claim at the same time. She didn’t ask if Jackie wanted it. She put her on the bed, used her with controlled roughness, careful of the damaged ribs without becoming soft about them, and kept her there afterward with a hand in her hair and a calm voice telling her to sleep. Jackie did. Her body was heavy from the work, and Lena’s presence made it easy not to think past the next breath.</w:t>
      </w:r>
    </w:p>
    <w:p>
      <w:r>
        <w:rPr>
          <w:rFonts w:ascii="IM Fell English" w:hAnsi="IM Fell English"/>
          <w:color w:val="141414"/>
          <w:sz w:val="24"/>
        </w:rPr>
        <w:t>In the second master bedroom, Jennifer barely got under the covers before exhaustion pulled her under. Marcus stayed in the room. Whether he slept or not, she never found out.</w:t>
      </w:r>
    </w:p>
    <w:p>
      <w:r>
        <w:rPr>
          <w:rFonts w:ascii="IM Fell English" w:hAnsi="IM Fell English"/>
          <w:color w:val="141414"/>
          <w:sz w:val="24"/>
        </w:rPr>
        <w:t>At 3:00 a.m., Marcus woke her with a hand on her shoulder.</w:t>
      </w:r>
    </w:p>
    <w:p>
      <w:r>
        <w:rPr>
          <w:rFonts w:ascii="IM Fell English" w:hAnsi="IM Fell English"/>
          <w:color w:val="141414"/>
          <w:sz w:val="24"/>
        </w:rPr>
        <w:t>“Get up.”</w:t>
      </w:r>
    </w:p>
    <w:p>
      <w:r>
        <w:rPr>
          <w:rFonts w:ascii="IM Fell English" w:hAnsi="IM Fell English"/>
          <w:color w:val="141414"/>
          <w:sz w:val="24"/>
        </w:rPr>
        <w:t>Jennifer squinted into the dark.</w:t>
      </w:r>
    </w:p>
    <w:p>
      <w:r>
        <w:rPr>
          <w:rFonts w:ascii="IM Fell English" w:hAnsi="IM Fell English"/>
          <w:color w:val="141414"/>
          <w:sz w:val="24"/>
        </w:rPr>
        <w:t>“What?”</w:t>
      </w:r>
    </w:p>
    <w:p>
      <w:r>
        <w:rPr>
          <w:rFonts w:ascii="IM Fell English" w:hAnsi="IM Fell English"/>
          <w:color w:val="141414"/>
          <w:sz w:val="24"/>
        </w:rPr>
        <w:t>“Shower. Dress. Pack a suitcase. You have two hours.”</w:t>
      </w:r>
    </w:p>
    <w:p>
      <w:r>
        <w:rPr>
          <w:rFonts w:ascii="IM Fell English" w:hAnsi="IM Fell English"/>
          <w:color w:val="141414"/>
          <w:sz w:val="24"/>
        </w:rPr>
        <w:t>She sat up slowly.</w:t>
      </w:r>
    </w:p>
    <w:p>
      <w:r>
        <w:rPr>
          <w:rFonts w:ascii="IM Fell English" w:hAnsi="IM Fell English"/>
          <w:color w:val="141414"/>
          <w:sz w:val="24"/>
        </w:rPr>
        <w:t>“Where’s Jackie?”</w:t>
      </w:r>
    </w:p>
    <w:p>
      <w:r>
        <w:rPr>
          <w:rFonts w:ascii="IM Fell English" w:hAnsi="IM Fell English"/>
          <w:color w:val="141414"/>
          <w:sz w:val="24"/>
        </w:rPr>
        <w:t>“Not your concern right now.”</w:t>
      </w:r>
    </w:p>
    <w:p>
      <w:r>
        <w:rPr>
          <w:rFonts w:ascii="IM Fell English" w:hAnsi="IM Fell English"/>
          <w:color w:val="141414"/>
          <w:sz w:val="24"/>
        </w:rPr>
        <w:t xml:space="preserve">Jennifer didn't need further explanation. She showered and packed in the silent house, Marcus a silent sentinel at the door. </w:t>
      </w:r>
    </w:p>
    <w:p>
      <w:r>
        <w:rPr>
          <w:rFonts w:ascii="IM Fell English" w:hAnsi="IM Fell English"/>
          <w:color w:val="141414"/>
          <w:sz w:val="24"/>
        </w:rPr>
        <w:t>At 4:50 a.m., he walked her downstairs.</w:t>
      </w:r>
    </w:p>
    <w:p>
      <w:r>
        <w:rPr>
          <w:rFonts w:ascii="IM Fell English" w:hAnsi="IM Fell English"/>
          <w:color w:val="141414"/>
          <w:sz w:val="24"/>
        </w:rPr>
        <w:t>Outside, a black limousine sat in the drive with the engine already running. No luggage handler. No send-off. Marcus opened the rear door.</w:t>
      </w:r>
    </w:p>
    <w:p>
      <w:r>
        <w:rPr>
          <w:rFonts w:ascii="IM Fell English" w:hAnsi="IM Fell English"/>
          <w:color w:val="141414"/>
          <w:sz w:val="24"/>
        </w:rPr>
        <w:t>“Get in.”</w:t>
      </w:r>
    </w:p>
    <w:p>
      <w:r>
        <w:rPr>
          <w:rFonts w:ascii="IM Fell English" w:hAnsi="IM Fell English"/>
          <w:color w:val="141414"/>
          <w:sz w:val="24"/>
        </w:rPr>
        <w:t>Jennifer hesitated only long enough to look back at the house once. Then she climbed in.</w:t>
      </w:r>
    </w:p>
    <w:p>
      <w:r>
        <w:rPr>
          <w:rFonts w:ascii="IM Fell English" w:hAnsi="IM Fell English"/>
          <w:color w:val="141414"/>
          <w:sz w:val="24"/>
        </w:rPr>
        <w:t>The door shut hard behind her.</w:t>
      </w:r>
    </w:p>
    <w:p>
      <w:r>
        <w:rPr>
          <w:rFonts w:ascii="IM Fell English" w:hAnsi="IM Fell English"/>
          <w:color w:val="141414"/>
          <w:sz w:val="24"/>
        </w:rPr>
        <w:t>The interior was dark. A figure sat across from her, dressed entirely in black, posture still and controlled. For a moment Jennifer could not make out the face.</w:t>
      </w:r>
    </w:p>
    <w:p>
      <w:r>
        <w:rPr>
          <w:rFonts w:ascii="IM Fell English" w:hAnsi="IM Fell English"/>
          <w:color w:val="141414"/>
          <w:sz w:val="24"/>
        </w:rPr>
        <w:t>Then the voice came — female, low, and absolute.</w:t>
      </w:r>
    </w:p>
    <w:p>
      <w:r>
        <w:rPr>
          <w:rFonts w:ascii="IM Fell English" w:hAnsi="IM Fell English"/>
          <w:color w:val="141414"/>
          <w:sz w:val="24"/>
        </w:rPr>
        <w:t xml:space="preserve">“We’re returning to the origin of it all, slave. Nevada.” </w:t>
      </w:r>
    </w:p>
    <w:p>
      <w:r>
        <w:rPr>
          <w:rFonts w:ascii="IM Fell English" w:hAnsi="IM Fell English"/>
          <w:color w:val="141414"/>
          <w:sz w:val="24"/>
        </w:rPr>
        <w:t>Jennifer’s spine tightened.</w:t>
      </w:r>
    </w:p>
    <w:p>
      <w:r>
        <w:rPr>
          <w:rFonts w:ascii="IM Fell English" w:hAnsi="IM Fell English"/>
          <w:color w:val="141414"/>
          <w:sz w:val="24"/>
        </w:rPr>
        <w:t>“The killing zone,” the voice continued. “Jackie will stay behind and do the basics. She will work her way up. You grew up in Nevada, but that zone has been locked for a long time. Until now.”</w:t>
      </w:r>
    </w:p>
    <w:p>
      <w:r>
        <w:rPr>
          <w:rFonts w:ascii="IM Fell English" w:hAnsi="IM Fell English"/>
          <w:color w:val="141414"/>
          <w:sz w:val="24"/>
        </w:rPr>
        <w:t>The figure leaned forward.</w:t>
      </w:r>
    </w:p>
    <w:p>
      <w:r>
        <w:rPr>
          <w:rFonts w:ascii="IM Fell English" w:hAnsi="IM Fell English"/>
          <w:color w:val="141414"/>
          <w:sz w:val="24"/>
        </w:rPr>
        <w:t>Katie resolved out of the dark — calm, sharp-eyed, mouth curved like this had already been decided days ago. No theatrics. No costume of power. Just her.</w:t>
      </w:r>
    </w:p>
    <w:p>
      <w:r>
        <w:rPr>
          <w:rFonts w:ascii="IM Fell English" w:hAnsi="IM Fell English"/>
          <w:color w:val="141414"/>
          <w:sz w:val="24"/>
        </w:rPr>
        <w:t>“Lilith reopened it,” Katie said. “Sekhmet is there as well. My sisters want another run at me. Their favorite durable bitch.” She let the words hang, almost amused. “You’re coming with me.”</w:t>
      </w:r>
    </w:p>
    <w:p>
      <w:r>
        <w:rPr>
          <w:rFonts w:ascii="IM Fell English" w:hAnsi="IM Fell English"/>
          <w:color w:val="141414"/>
          <w:sz w:val="24"/>
        </w:rPr>
        <w:t>Jennifer didn’t speak yet.</w:t>
      </w:r>
    </w:p>
    <w:p>
      <w:r>
        <w:rPr>
          <w:rFonts w:ascii="IM Fell English" w:hAnsi="IM Fell English"/>
          <w:color w:val="141414"/>
          <w:sz w:val="24"/>
        </w:rPr>
        <w:t>Katie continued, calm and absolute.</w:t>
      </w:r>
    </w:p>
    <w:p>
      <w:r>
        <w:rPr>
          <w:rFonts w:ascii="IM Fell English" w:hAnsi="IM Fell English"/>
          <w:color w:val="141414"/>
          <w:sz w:val="24"/>
        </w:rPr>
        <w:t>“This is nothing like the last film. There is no safe zone. When you go down, you get put in a cage. Food and a water dish. That is the recovery model. This is the only training I want you to have right now.”</w:t>
      </w:r>
    </w:p>
    <w:p>
      <w:r>
        <w:rPr>
          <w:rFonts w:ascii="IM Fell English" w:hAnsi="IM Fell English"/>
          <w:color w:val="141414"/>
          <w:sz w:val="24"/>
        </w:rPr>
        <w:t>The limo pulled away from the mansion. The estate lights slid past the tinted windows and disappeared.</w:t>
      </w:r>
    </w:p>
    <w:p>
      <w:r>
        <w:rPr>
          <w:rFonts w:ascii="IM Fell English" w:hAnsi="IM Fell English"/>
          <w:color w:val="141414"/>
          <w:sz w:val="24"/>
        </w:rPr>
        <w:t>Katie watched her without blinking.</w:t>
      </w:r>
    </w:p>
    <w:p>
      <w:r>
        <w:rPr>
          <w:rFonts w:ascii="IM Fell English" w:hAnsi="IM Fell English"/>
          <w:color w:val="141414"/>
          <w:sz w:val="24"/>
        </w:rPr>
        <w:t>“Lilith nearly put me down once for real. Married that lethal whore and still am. She still comes for me when the work allows it. You already know the basics. You already know the advanced material. What you need is pressure with no audience and no soft recovery window.”</w:t>
      </w:r>
    </w:p>
    <w:p>
      <w:r>
        <w:rPr>
          <w:rFonts w:ascii="IM Fell English" w:hAnsi="IM Fell English"/>
          <w:color w:val="141414"/>
          <w:sz w:val="24"/>
        </w:rPr>
        <w:t>Jennifer’s hands curled slowly against her thighs.</w:t>
      </w:r>
    </w:p>
    <w:p>
      <w:r>
        <w:rPr>
          <w:rFonts w:ascii="IM Fell English" w:hAnsi="IM Fell English"/>
          <w:color w:val="141414"/>
          <w:sz w:val="24"/>
        </w:rPr>
        <w:t>Katie’s voice dropped a fraction.</w:t>
      </w:r>
    </w:p>
    <w:p>
      <w:r>
        <w:rPr>
          <w:rFonts w:ascii="IM Fell English" w:hAnsi="IM Fell English"/>
          <w:color w:val="141414"/>
          <w:sz w:val="24"/>
        </w:rPr>
        <w:t>“I hope you’re ready to get dropped repeatedly, because that is coming. Looks like I’m back fully on the floor thanks to you. You and that last movie pulled me into active work again.” She smiled, sharp and humorless. “Ready to return to the hellish kingdom of death you hated being Queen of? Just like me.”</w:t>
      </w:r>
    </w:p>
    <w:p>
      <w:r>
        <w:rPr>
          <w:rFonts w:ascii="IM Fell English" w:hAnsi="IM Fell English"/>
          <w:color w:val="141414"/>
          <w:sz w:val="24"/>
        </w:rPr>
        <w:t>The limo turned onto the open road.</w:t>
      </w:r>
    </w:p>
    <w:p>
      <w:r>
        <w:rPr>
          <w:rFonts w:ascii="IM Fell English" w:hAnsi="IM Fell English"/>
          <w:color w:val="141414"/>
          <w:sz w:val="24"/>
        </w:rPr>
        <w:t>Katie sat back slightly, eyes still locked on her.</w:t>
      </w:r>
    </w:p>
    <w:p>
      <w:r>
        <w:rPr>
          <w:rFonts w:ascii="IM Fell English" w:hAnsi="IM Fell English"/>
          <w:color w:val="141414"/>
          <w:sz w:val="24"/>
        </w:rPr>
        <w:t>“Welcome to the pure sadomasochism training grounds, slave.”</w:t>
      </w:r>
    </w:p>
    <w:p>
      <w:r>
        <w:rPr>
          <w:rFonts w:ascii="IM Fell English" w:hAnsi="IM Fell English"/>
          <w:color w:val="141414"/>
          <w:sz w:val="24"/>
        </w:rPr>
        <w:t>Jennifer held her gaze in the dark.</w:t>
      </w:r>
    </w:p>
    <w:p>
      <w:r>
        <w:rPr>
          <w:rFonts w:ascii="IM Fell English" w:hAnsi="IM Fell English"/>
          <w:color w:val="141414"/>
          <w:sz w:val="24"/>
        </w:rPr>
        <w:t>She did not ask about Jackie again.</w:t>
      </w:r>
    </w:p>
    <w:p>
      <w:r>
        <w:rPr>
          <w:rFonts w:ascii="IM Fell English" w:hAnsi="IM Fell English"/>
          <w:color w:val="141414"/>
          <w:sz w:val="24"/>
        </w:rPr>
        <w:t xml:space="preserve">Beyond the windows, the night unfolded toward Nevada—toward a killing zone that had remained dormant until Lilith’s intervention. Sekhmet was already there, prepared for sisters who intended to hunt Katie for sport, and for a brand of training that ignored the body’s desire for survival. </w:t>
      </w:r>
    </w:p>
    <w:p>
      <w:r>
        <w:rPr>
          <w:rFonts w:ascii="IM Fell English" w:hAnsi="IM Fell English"/>
          <w:color w:val="141414"/>
          <w:sz w:val="24"/>
        </w:rPr>
        <w:t>Behind them, in the mansion, Jackie was still asleep under Lena’s claim.</w:t>
      </w:r>
    </w:p>
    <w:p>
      <w:r>
        <w:rPr>
          <w:rFonts w:ascii="IM Fell English" w:hAnsi="IM Fell English"/>
          <w:color w:val="141414"/>
          <w:sz w:val="24"/>
        </w:rPr>
        <w:t>She would wake up to an empty space where Jennifer had been.</w:t>
      </w:r>
    </w:p>
    <w:p>
      <w:r>
        <w:rPr>
          <w:rFonts w:ascii="IM Fell English" w:hAnsi="IM Fell English"/>
          <w:color w:val="141414"/>
          <w:sz w:val="24"/>
        </w:rPr>
        <w:t>And by then, Jennifer would already be gone.</w:t>
      </w:r>
    </w:p>
    <w:p>
      <w:pPr>
        <w:pStyle w:val="Heading1"/>
        <w:jc w:val="center"/>
      </w:pPr>
      <w:r>
        <w:rPr>
          <w:rFonts w:ascii="IM Fell English" w:hAnsi="IM Fell English"/>
          <w:color w:val="0D0D0D"/>
        </w:rPr>
        <w:t>CHAPTER 7 — LEFT BEHIND</w:t>
      </w:r>
    </w:p>
    <w:p>
      <w:r>
        <w:rPr>
          <w:rFonts w:ascii="IM Fell English" w:hAnsi="IM Fell English"/>
          <w:color w:val="141414"/>
          <w:sz w:val="24"/>
        </w:rPr>
        <w:t>Jackie woke up alone.</w:t>
      </w:r>
    </w:p>
    <w:p>
      <w:r>
        <w:rPr>
          <w:rFonts w:ascii="IM Fell English" w:hAnsi="IM Fell English"/>
          <w:color w:val="141414"/>
          <w:sz w:val="24"/>
        </w:rPr>
        <w:t>For a few seconds she didn’t register it. The bed was still warm on Lena’s side, the sheets tangled from the night before, the room dim with early light. Then the quiet settled wrong. Too settled. No second body shifting. No familiar breathing. No Jennifer muttering curses into a pillow.</w:t>
      </w:r>
    </w:p>
    <w:p>
      <w:r>
        <w:rPr>
          <w:rFonts w:ascii="IM Fell English" w:hAnsi="IM Fell English"/>
          <w:color w:val="141414"/>
          <w:sz w:val="24"/>
        </w:rPr>
        <w:t>Jackie sat up.</w:t>
      </w:r>
    </w:p>
    <w:p>
      <w:r>
        <w:rPr>
          <w:rFonts w:ascii="IM Fell English" w:hAnsi="IM Fell English"/>
          <w:color w:val="141414"/>
          <w:sz w:val="24"/>
        </w:rPr>
        <w:t>“Jennifer?”</w:t>
      </w:r>
    </w:p>
    <w:p>
      <w:r>
        <w:rPr>
          <w:rFonts w:ascii="IM Fell English" w:hAnsi="IM Fell English"/>
          <w:color w:val="141414"/>
          <w:sz w:val="24"/>
        </w:rPr>
        <w:t>Nothing.</w:t>
      </w:r>
    </w:p>
    <w:p>
      <w:r>
        <w:rPr>
          <w:rFonts w:ascii="IM Fell English" w:hAnsi="IM Fell English"/>
          <w:color w:val="141414"/>
          <w:sz w:val="24"/>
        </w:rPr>
        <w:t>She got out of bed, pulled on a shirt, and checked the bathroom. Empty. The second master wing next. Also empty. The bed there had been used, but the suitcase Jennifer kept in the corner was gone.</w:t>
      </w:r>
    </w:p>
    <w:p>
      <w:r>
        <w:rPr>
          <w:rFonts w:ascii="IM Fell English" w:hAnsi="IM Fell English"/>
          <w:color w:val="141414"/>
          <w:sz w:val="24"/>
        </w:rPr>
        <w:t>By the time Jackie reached the kitchen, Lena was already there, dressed, coffee poured, expression calm in the way that meant the decision had been made hours ago.</w:t>
      </w:r>
    </w:p>
    <w:p>
      <w:r>
        <w:rPr>
          <w:rFonts w:ascii="IM Fell English" w:hAnsi="IM Fell English"/>
          <w:color w:val="141414"/>
          <w:sz w:val="24"/>
        </w:rPr>
        <w:t>“Where is she?” Jackie asked.</w:t>
      </w:r>
    </w:p>
    <w:p>
      <w:r>
        <w:rPr>
          <w:rFonts w:ascii="IM Fell English" w:hAnsi="IM Fell English"/>
          <w:color w:val="141414"/>
          <w:sz w:val="24"/>
        </w:rPr>
        <w:t>Lena didn’t pretend not to understand.</w:t>
      </w:r>
    </w:p>
    <w:p>
      <w:r>
        <w:rPr>
          <w:rFonts w:ascii="IM Fell English" w:hAnsi="IM Fell English"/>
          <w:color w:val="141414"/>
          <w:sz w:val="24"/>
        </w:rPr>
        <w:t>“Gone.”</w:t>
      </w:r>
    </w:p>
    <w:p>
      <w:r>
        <w:rPr>
          <w:rFonts w:ascii="IM Fell English" w:hAnsi="IM Fell English"/>
          <w:color w:val="141414"/>
          <w:sz w:val="24"/>
        </w:rPr>
        <w:t>“Gone where?”</w:t>
      </w:r>
    </w:p>
    <w:p>
      <w:r>
        <w:rPr>
          <w:rFonts w:ascii="IM Fell English" w:hAnsi="IM Fell English"/>
          <w:color w:val="141414"/>
          <w:sz w:val="24"/>
        </w:rPr>
        <w:t>“Nevada.”</w:t>
      </w:r>
    </w:p>
    <w:p>
      <w:r>
        <w:rPr>
          <w:rFonts w:ascii="IM Fell English" w:hAnsi="IM Fell English"/>
          <w:color w:val="141414"/>
          <w:sz w:val="24"/>
        </w:rPr>
        <w:t>The word landed harder than it should have. Jackie stared at her.</w:t>
      </w:r>
    </w:p>
    <w:p>
      <w:r>
        <w:rPr>
          <w:rFonts w:ascii="IM Fell English" w:hAnsi="IM Fell English"/>
          <w:color w:val="141414"/>
          <w:sz w:val="24"/>
        </w:rPr>
        <w:t>“With who?”</w:t>
      </w:r>
    </w:p>
    <w:p>
      <w:r>
        <w:rPr>
          <w:rFonts w:ascii="IM Fell English" w:hAnsi="IM Fell English"/>
          <w:color w:val="141414"/>
          <w:sz w:val="24"/>
        </w:rPr>
        <w:t>“Katie.”</w:t>
      </w:r>
    </w:p>
    <w:p>
      <w:r>
        <w:rPr>
          <w:rFonts w:ascii="IM Fell English" w:hAnsi="IM Fell English"/>
          <w:color w:val="141414"/>
          <w:sz w:val="24"/>
        </w:rPr>
        <w:t>Silence stretched between them. Marcus came in from the hallway, tablet under one arm, already in training clothes. He glanced once at Jackie’s face and then went to the counter like this was a normal morning.</w:t>
      </w:r>
    </w:p>
    <w:p>
      <w:r>
        <w:rPr>
          <w:rFonts w:ascii="IM Fell English" w:hAnsi="IM Fell English"/>
          <w:color w:val="141414"/>
          <w:sz w:val="24"/>
        </w:rPr>
        <w:t>Jackie’s voice came out tighter.</w:t>
      </w:r>
    </w:p>
    <w:p>
      <w:r>
        <w:rPr>
          <w:rFonts w:ascii="IM Fell English" w:hAnsi="IM Fell English"/>
          <w:color w:val="141414"/>
          <w:sz w:val="24"/>
        </w:rPr>
        <w:t>“You took her in the middle of the night.”</w:t>
      </w:r>
    </w:p>
    <w:p>
      <w:r>
        <w:rPr>
          <w:rFonts w:ascii="IM Fell English" w:hAnsi="IM Fell English"/>
          <w:color w:val="141414"/>
          <w:sz w:val="24"/>
        </w:rPr>
        <w:t>“Yes,” Lena said.</w:t>
      </w:r>
    </w:p>
    <w:p>
      <w:r>
        <w:rPr>
          <w:rFonts w:ascii="IM Fell English" w:hAnsi="IM Fell English"/>
          <w:color w:val="141414"/>
          <w:sz w:val="24"/>
        </w:rPr>
        <w:t>“And no one told me.”</w:t>
      </w:r>
    </w:p>
    <w:p>
      <w:r>
        <w:rPr>
          <w:rFonts w:ascii="IM Fell English" w:hAnsi="IM Fell English"/>
          <w:color w:val="141414"/>
          <w:sz w:val="24"/>
        </w:rPr>
        <w:t>“That’s correct.”</w:t>
      </w:r>
    </w:p>
    <w:p>
      <w:r>
        <w:rPr>
          <w:rFonts w:ascii="IM Fell English" w:hAnsi="IM Fell English"/>
          <w:color w:val="141414"/>
          <w:sz w:val="24"/>
        </w:rPr>
        <w:t>Jackie laughed once, short and ugly.</w:t>
      </w:r>
    </w:p>
    <w:p>
      <w:r>
        <w:rPr>
          <w:rFonts w:ascii="IM Fell English" w:hAnsi="IM Fell English"/>
          <w:color w:val="141414"/>
          <w:sz w:val="24"/>
        </w:rPr>
        <w:t>“Of course it is.”</w:t>
      </w:r>
    </w:p>
    <w:p>
      <w:r>
        <w:rPr>
          <w:rFonts w:ascii="IM Fell English" w:hAnsi="IM Fell English"/>
          <w:color w:val="141414"/>
          <w:sz w:val="24"/>
        </w:rPr>
        <w:t>Lena set her cup down.</w:t>
      </w:r>
    </w:p>
    <w:p>
      <w:r>
        <w:rPr>
          <w:rFonts w:ascii="IM Fell English" w:hAnsi="IM Fell English"/>
          <w:color w:val="141414"/>
          <w:sz w:val="24"/>
        </w:rPr>
        <w:t>“She asked for everything. Katie decided that meant separating your tracks. You stay here and build from the basics. Jennifer goes into the old standard.”</w:t>
      </w:r>
    </w:p>
    <w:p>
      <w:r>
        <w:rPr>
          <w:rFonts w:ascii="IM Fell English" w:hAnsi="IM Fell English"/>
          <w:color w:val="141414"/>
          <w:sz w:val="24"/>
        </w:rPr>
        <w:t>“The killing zone,” Jackie said.</w:t>
      </w:r>
    </w:p>
    <w:p>
      <w:r>
        <w:rPr>
          <w:rFonts w:ascii="IM Fell English" w:hAnsi="IM Fell English"/>
          <w:color w:val="141414"/>
          <w:sz w:val="24"/>
        </w:rPr>
        <w:t>Lena nodded once.</w:t>
      </w:r>
    </w:p>
    <w:p>
      <w:r>
        <w:rPr>
          <w:rFonts w:ascii="IM Fell English" w:hAnsi="IM Fell English"/>
          <w:color w:val="141414"/>
          <w:sz w:val="24"/>
        </w:rPr>
        <w:t>Marcus finally spoke.</w:t>
      </w:r>
    </w:p>
    <w:p>
      <w:r>
        <w:rPr>
          <w:rFonts w:ascii="IM Fell English" w:hAnsi="IM Fell English"/>
          <w:color w:val="141414"/>
          <w:sz w:val="24"/>
        </w:rPr>
        <w:t>“You’re with us today. Training doesn’t stop because your wife got extracted.”</w:t>
      </w:r>
    </w:p>
    <w:p>
      <w:r>
        <w:rPr>
          <w:rFonts w:ascii="IM Fell English" w:hAnsi="IM Fell English"/>
          <w:color w:val="141414"/>
          <w:sz w:val="24"/>
        </w:rPr>
        <w:t>Jackie looked at him for a long moment. Something hot and sharp moved through her chest, then hardened into something more useful.</w:t>
      </w:r>
    </w:p>
    <w:p>
      <w:r>
        <w:rPr>
          <w:rFonts w:ascii="IM Fell English" w:hAnsi="IM Fell English"/>
          <w:color w:val="141414"/>
          <w:sz w:val="24"/>
        </w:rPr>
        <w:t>“Fine.”</w:t>
      </w:r>
    </w:p>
    <w:p>
      <w:r>
        <w:rPr>
          <w:rFonts w:ascii="IM Fell English" w:hAnsi="IM Fell English"/>
          <w:color w:val="141414"/>
          <w:sz w:val="24"/>
        </w:rPr>
        <w:t>The gym was colder than the day before.</w:t>
      </w:r>
    </w:p>
    <w:p>
      <w:r>
        <w:rPr>
          <w:rFonts w:ascii="IM Fell English" w:hAnsi="IM Fell English"/>
          <w:color w:val="141414"/>
          <w:sz w:val="24"/>
        </w:rPr>
        <w:t>Lena ran her through warm-up without conversation. Rope. Mobility. Short explosive work. Marcus set the first block immediately after: foundational strength and impact preparation. Nothing theatrical. Just repetition until the body stopped arguing.</w:t>
      </w:r>
    </w:p>
    <w:p>
      <w:r>
        <w:rPr>
          <w:rFonts w:ascii="IM Fell English" w:hAnsi="IM Fell English"/>
          <w:color w:val="141414"/>
          <w:sz w:val="24"/>
        </w:rPr>
        <w:t>Jackie worked hard on purpose.</w:t>
      </w:r>
    </w:p>
    <w:p>
      <w:r>
        <w:rPr>
          <w:rFonts w:ascii="IM Fell English" w:hAnsi="IM Fell English"/>
          <w:color w:val="141414"/>
          <w:sz w:val="24"/>
        </w:rPr>
        <w:t>Every time her mind reached for Jennifer — the empty bed, the missing suitcase, Nevada — she put more force into the next movement. Deadlifts. Controlled falls. Carry work until her grip failed and she had to reset. Lena corrected her form with short touches and shorter words. Marcus kept the clock.</w:t>
      </w:r>
    </w:p>
    <w:p>
      <w:r>
        <w:rPr>
          <w:rFonts w:ascii="IM Fell English" w:hAnsi="IM Fell English"/>
          <w:color w:val="141414"/>
          <w:sz w:val="24"/>
        </w:rPr>
        <w:t>By mid-morning her shirt was soaked through and her shoulders burned. The damaged ribs from the shower test still pulled under the work, but she refused to give them the center of the day.</w:t>
      </w:r>
    </w:p>
    <w:p>
      <w:r>
        <w:rPr>
          <w:rFonts w:ascii="IM Fell English" w:hAnsi="IM Fell English"/>
          <w:color w:val="141414"/>
          <w:sz w:val="24"/>
        </w:rPr>
        <w:t>During a water break, Lena stood in front of her.</w:t>
      </w:r>
    </w:p>
    <w:p>
      <w:r>
        <w:rPr>
          <w:rFonts w:ascii="IM Fell English" w:hAnsi="IM Fell English"/>
          <w:color w:val="141414"/>
          <w:sz w:val="24"/>
        </w:rPr>
        <w:t>“You’re angry.”</w:t>
      </w:r>
    </w:p>
    <w:p>
      <w:r>
        <w:rPr>
          <w:rFonts w:ascii="IM Fell English" w:hAnsi="IM Fell English"/>
          <w:color w:val="141414"/>
          <w:sz w:val="24"/>
        </w:rPr>
        <w:t>Jackie wiped her mouth.</w:t>
      </w:r>
    </w:p>
    <w:p>
      <w:r>
        <w:rPr>
          <w:rFonts w:ascii="IM Fell English" w:hAnsi="IM Fell English"/>
          <w:color w:val="141414"/>
          <w:sz w:val="24"/>
        </w:rPr>
        <w:t>“Yes.”</w:t>
      </w:r>
    </w:p>
    <w:p>
      <w:r>
        <w:rPr>
          <w:rFonts w:ascii="IM Fell English" w:hAnsi="IM Fell English"/>
          <w:color w:val="141414"/>
          <w:sz w:val="24"/>
        </w:rPr>
        <w:t>“Good. Use it. Don’t bleed it into sloppy work.”</w:t>
      </w:r>
    </w:p>
    <w:p>
      <w:r>
        <w:rPr>
          <w:rFonts w:ascii="IM Fell English" w:hAnsi="IM Fell English"/>
          <w:color w:val="141414"/>
          <w:sz w:val="24"/>
        </w:rPr>
        <w:t>Jackie capped the bottle harder than necessary.</w:t>
      </w:r>
    </w:p>
    <w:p>
      <w:r>
        <w:rPr>
          <w:rFonts w:ascii="IM Fell English" w:hAnsi="IM Fell English"/>
          <w:color w:val="141414"/>
          <w:sz w:val="24"/>
        </w:rPr>
        <w:t>“She’s in the killing zone and I’m here doing beginner blocks.”</w:t>
      </w:r>
    </w:p>
    <w:p>
      <w:r>
        <w:rPr>
          <w:rFonts w:ascii="IM Fell English" w:hAnsi="IM Fell English"/>
          <w:color w:val="141414"/>
          <w:sz w:val="24"/>
        </w:rPr>
        <w:t>“You’re here doing the blocks that keep you alive when the advanced material starts,” Lena said. “Katie didn’t leave you behind to punish you. She left you behind to build you.”</w:t>
      </w:r>
    </w:p>
    <w:p>
      <w:r>
        <w:rPr>
          <w:rFonts w:ascii="IM Fell English" w:hAnsi="IM Fell English"/>
          <w:color w:val="141414"/>
          <w:sz w:val="24"/>
        </w:rPr>
        <w:t>Jackie stared at the floor for a second, then back up.</w:t>
      </w:r>
    </w:p>
    <w:p>
      <w:r>
        <w:rPr>
          <w:rFonts w:ascii="IM Fell English" w:hAnsi="IM Fell English"/>
          <w:color w:val="141414"/>
          <w:sz w:val="24"/>
        </w:rPr>
        <w:t>“And if Jennifer doesn’t come back the same?”</w:t>
      </w:r>
    </w:p>
    <w:p>
      <w:r>
        <w:rPr>
          <w:rFonts w:ascii="IM Fell English" w:hAnsi="IM Fell English"/>
          <w:color w:val="141414"/>
          <w:sz w:val="24"/>
        </w:rPr>
        <w:t>Lena’s answer was calm.</w:t>
      </w:r>
    </w:p>
    <w:p>
      <w:r>
        <w:rPr>
          <w:rFonts w:ascii="IM Fell English" w:hAnsi="IM Fell English"/>
          <w:color w:val="141414"/>
          <w:sz w:val="24"/>
        </w:rPr>
        <w:t>“Then you’ll be strong enough to meet whatever does come back.”</w:t>
      </w:r>
    </w:p>
    <w:p>
      <w:r>
        <w:rPr>
          <w:rFonts w:ascii="IM Fell English" w:hAnsi="IM Fell English"/>
          <w:color w:val="141414"/>
          <w:sz w:val="24"/>
        </w:rPr>
        <w:t>Marcus called them in before Jackie could respond.</w:t>
      </w:r>
    </w:p>
    <w:p>
      <w:r>
        <w:rPr>
          <w:rFonts w:ascii="IM Fell English" w:hAnsi="IM Fell English"/>
          <w:color w:val="141414"/>
          <w:sz w:val="24"/>
        </w:rPr>
        <w:t>The afternoon got uglier in a quiet way.</w:t>
      </w:r>
    </w:p>
    <w:p>
      <w:r>
        <w:rPr>
          <w:rFonts w:ascii="IM Fell English" w:hAnsi="IM Fell English"/>
          <w:color w:val="141414"/>
          <w:sz w:val="24"/>
        </w:rPr>
        <w:t>Breath work under strain. Repeated pad impact until her ribs ached in a deep, practical line. Harness drills from low hard points. Lena made her fail the clip-in sequence on purpose, then run it again until her hands stopped rushing. Marcus introduced longer isometric holds until her legs shook and her jaw clenched against the urge to quit early.</w:t>
      </w:r>
    </w:p>
    <w:p>
      <w:r>
        <w:rPr>
          <w:rFonts w:ascii="IM Fell English" w:hAnsi="IM Fell English"/>
          <w:color w:val="141414"/>
          <w:sz w:val="24"/>
        </w:rPr>
        <w:t>Katie did not appear.</w:t>
      </w:r>
    </w:p>
    <w:p>
      <w:r>
        <w:rPr>
          <w:rFonts w:ascii="IM Fell English" w:hAnsi="IM Fell English"/>
          <w:color w:val="141414"/>
          <w:sz w:val="24"/>
        </w:rPr>
        <w:t>That absence felt intentional.</w:t>
      </w:r>
    </w:p>
    <w:p>
      <w:r>
        <w:rPr>
          <w:rFonts w:ascii="IM Fell English" w:hAnsi="IM Fell English"/>
          <w:color w:val="141414"/>
          <w:sz w:val="24"/>
        </w:rPr>
        <w:t>By the time Lena ended the day, Jackie’s body was heavily worked and her head was clearer than it had been at dawn. Not calmer. Clearer. The anger was still there, but it had been forced into shape.</w:t>
      </w:r>
    </w:p>
    <w:p>
      <w:r>
        <w:rPr>
          <w:rFonts w:ascii="IM Fell English" w:hAnsi="IM Fell English"/>
          <w:color w:val="141414"/>
          <w:sz w:val="24"/>
        </w:rPr>
        <w:t>She sat on the mat with her forearms on her knees while Marcus reviewed numbers on the tablet.</w:t>
      </w:r>
    </w:p>
    <w:p>
      <w:r>
        <w:rPr>
          <w:rFonts w:ascii="IM Fell English" w:hAnsi="IM Fell English"/>
          <w:color w:val="141414"/>
          <w:sz w:val="24"/>
        </w:rPr>
        <w:t>“Tomorrow is harder,” he said.</w:t>
      </w:r>
    </w:p>
    <w:p>
      <w:r>
        <w:rPr>
          <w:rFonts w:ascii="IM Fell English" w:hAnsi="IM Fell English"/>
          <w:color w:val="141414"/>
          <w:sz w:val="24"/>
        </w:rPr>
        <w:t>Jackie huffed a breath.</w:t>
      </w:r>
    </w:p>
    <w:p>
      <w:r>
        <w:rPr>
          <w:rFonts w:ascii="IM Fell English" w:hAnsi="IM Fell English"/>
          <w:color w:val="141414"/>
          <w:sz w:val="24"/>
        </w:rPr>
        <w:t>“Everything is harder now.”</w:t>
      </w:r>
    </w:p>
    <w:p>
      <w:r>
        <w:rPr>
          <w:rFonts w:ascii="IM Fell English" w:hAnsi="IM Fell English"/>
          <w:color w:val="141414"/>
          <w:sz w:val="24"/>
        </w:rPr>
        <w:t>Lena tossed her a towel.</w:t>
      </w:r>
    </w:p>
    <w:p>
      <w:r>
        <w:rPr>
          <w:rFonts w:ascii="IM Fell English" w:hAnsi="IM Fell English"/>
          <w:color w:val="141414"/>
          <w:sz w:val="24"/>
        </w:rPr>
        <w:t>“Shower. Eat. Sleep. If you show up scattered tomorrow, I’ll make the whole block worse.”</w:t>
      </w:r>
    </w:p>
    <w:p>
      <w:r>
        <w:rPr>
          <w:rFonts w:ascii="IM Fell English" w:hAnsi="IM Fell English"/>
          <w:color w:val="141414"/>
          <w:sz w:val="24"/>
        </w:rPr>
        <w:t>Jackie dragged the towel over her face.</w:t>
      </w:r>
    </w:p>
    <w:p>
      <w:r>
        <w:rPr>
          <w:rFonts w:ascii="IM Fell English" w:hAnsi="IM Fell English"/>
          <w:color w:val="141414"/>
          <w:sz w:val="24"/>
        </w:rPr>
        <w:t>“Is she alive?”</w:t>
      </w:r>
    </w:p>
    <w:p>
      <w:r>
        <w:rPr>
          <w:rFonts w:ascii="IM Fell English" w:hAnsi="IM Fell English"/>
          <w:color w:val="141414"/>
          <w:sz w:val="24"/>
        </w:rPr>
        <w:t>Lena didn’t insult her with a soft answer.</w:t>
      </w:r>
    </w:p>
    <w:p>
      <w:r>
        <w:rPr>
          <w:rFonts w:ascii="IM Fell English" w:hAnsi="IM Fell English"/>
          <w:color w:val="141414"/>
          <w:sz w:val="24"/>
        </w:rPr>
        <w:t>“Katie took her. That means she’s being used, not discarded.”</w:t>
      </w:r>
    </w:p>
    <w:p>
      <w:r>
        <w:rPr>
          <w:rFonts w:ascii="IM Fell English" w:hAnsi="IM Fell English"/>
          <w:color w:val="141414"/>
          <w:sz w:val="24"/>
        </w:rPr>
        <w:t>Jackie sat with that for a few seconds, then pushed herself to her feet.</w:t>
      </w:r>
    </w:p>
    <w:p>
      <w:r>
        <w:rPr>
          <w:rFonts w:ascii="IM Fell English" w:hAnsi="IM Fell English"/>
          <w:color w:val="141414"/>
          <w:sz w:val="24"/>
        </w:rPr>
        <w:t>On the way out of the gym she stopped once and looked back at the empty space where Jennifer should have been training beside her.</w:t>
      </w:r>
    </w:p>
    <w:p>
      <w:r>
        <w:rPr>
          <w:rFonts w:ascii="IM Fell English" w:hAnsi="IM Fell English"/>
          <w:color w:val="141414"/>
          <w:sz w:val="24"/>
        </w:rPr>
        <w:t>“She’s going to come back worse,” Jackie said.</w:t>
      </w:r>
    </w:p>
    <w:p>
      <w:r>
        <w:rPr>
          <w:rFonts w:ascii="IM Fell English" w:hAnsi="IM Fell English"/>
          <w:color w:val="141414"/>
          <w:sz w:val="24"/>
        </w:rPr>
        <w:t>Lena’s voice was even behind her.</w:t>
      </w:r>
    </w:p>
    <w:p>
      <w:r>
        <w:rPr>
          <w:rFonts w:ascii="IM Fell English" w:hAnsi="IM Fell English"/>
          <w:color w:val="141414"/>
          <w:sz w:val="24"/>
        </w:rPr>
        <w:t>“Or better. In this house those are often the same thing.”</w:t>
      </w:r>
    </w:p>
    <w:p>
      <w:r>
        <w:rPr>
          <w:rFonts w:ascii="IM Fell English" w:hAnsi="IM Fell English"/>
          <w:color w:val="141414"/>
          <w:sz w:val="24"/>
        </w:rPr>
        <w:t>Jackie didn’t reply.</w:t>
      </w:r>
    </w:p>
    <w:p>
      <w:r>
        <w:rPr>
          <w:rFonts w:ascii="IM Fell English" w:hAnsi="IM Fell English"/>
          <w:color w:val="141414"/>
          <w:sz w:val="24"/>
        </w:rPr>
        <w:t>She went upstairs alone, showered until the water ran cold, and lay down in the main bed that still smelled faintly of Lena and not at all of Jennifer.</w:t>
      </w:r>
    </w:p>
    <w:p>
      <w:r>
        <w:rPr>
          <w:rFonts w:ascii="IM Fell English" w:hAnsi="IM Fell English"/>
          <w:color w:val="141414"/>
          <w:sz w:val="24"/>
        </w:rPr>
        <w:t>Nevada was a long way from the mansion.</w:t>
      </w:r>
    </w:p>
    <w:p>
      <w:r>
        <w:rPr>
          <w:rFonts w:ascii="IM Fell English" w:hAnsi="IM Fell English"/>
          <w:color w:val="141414"/>
          <w:sz w:val="24"/>
        </w:rPr>
        <w:t>And for the first time since the meeting, Jackie understood the separation was not temporary logistics.</w:t>
      </w:r>
    </w:p>
    <w:p>
      <w:r>
        <w:rPr>
          <w:rFonts w:ascii="IM Fell English" w:hAnsi="IM Fell English"/>
          <w:color w:val="141414"/>
          <w:sz w:val="24"/>
        </w:rPr>
        <w:t>It was the point.</w:t>
      </w:r>
    </w:p>
    <w:p>
      <w:pPr>
        <w:pStyle w:val="Heading1"/>
        <w:jc w:val="center"/>
      </w:pPr>
      <w:r>
        <w:rPr>
          <w:rFonts w:ascii="IM Fell English" w:hAnsi="IM Fell English"/>
          <w:color w:val="0D0D0D"/>
        </w:rPr>
        <w:t>CHAPTER 8 — KILLING ZONE</w:t>
      </w:r>
    </w:p>
    <w:p>
      <w:r>
        <w:rPr>
          <w:rFonts w:ascii="IM Fell English" w:hAnsi="IM Fell English"/>
          <w:color w:val="141414"/>
          <w:sz w:val="24"/>
        </w:rPr>
        <w:t>The limo left paved road behind long before dawn finished dying.</w:t>
      </w:r>
    </w:p>
    <w:p>
      <w:r>
        <w:rPr>
          <w:rFonts w:ascii="IM Fell English" w:hAnsi="IM Fell English"/>
          <w:color w:val="141414"/>
          <w:sz w:val="24"/>
        </w:rPr>
        <w:t>When the vehicle finally stopped, Marcus was not there to open the door. A man in unmarked black did it instead and stepped aside without speaking.</w:t>
      </w:r>
    </w:p>
    <w:p>
      <w:r>
        <w:rPr>
          <w:rFonts w:ascii="IM Fell English" w:hAnsi="IM Fell English"/>
          <w:color w:val="141414"/>
          <w:sz w:val="24"/>
        </w:rPr>
        <w:t xml:space="preserve">The heat struck Jennifer first—dry, vast, and shimmering, the kind of intensity that seemed to thin the very air she breathed. </w:t>
      </w:r>
    </w:p>
    <w:p>
      <w:r>
        <w:rPr>
          <w:rFonts w:ascii="IM Fell English" w:hAnsi="IM Fell English"/>
          <w:color w:val="141414"/>
          <w:sz w:val="24"/>
        </w:rPr>
        <w:t>Katie stepped out first.</w:t>
      </w:r>
    </w:p>
    <w:p>
      <w:r>
        <w:rPr>
          <w:rFonts w:ascii="IM Fell English" w:hAnsi="IM Fell English"/>
          <w:color w:val="141414"/>
          <w:sz w:val="24"/>
        </w:rPr>
        <w:t>“Welcome back to Nevada.”</w:t>
      </w:r>
    </w:p>
    <w:p>
      <w:r>
        <w:rPr>
          <w:rFonts w:ascii="IM Fell English" w:hAnsi="IM Fell English"/>
          <w:color w:val="141414"/>
          <w:sz w:val="24"/>
        </w:rPr>
        <w:t>Jennifer followed.</w:t>
      </w:r>
    </w:p>
    <w:p>
      <w:r>
        <w:rPr>
          <w:rFonts w:ascii="IM Fell English" w:hAnsi="IM Fell English"/>
          <w:color w:val="141414"/>
          <w:sz w:val="24"/>
        </w:rPr>
        <w:t>For a second, old memory tried to rise — not specific rooms or faces, just the knowledge that this state had once been hers in a way that never felt like ownership so much as a sentence. She pushed it down.</w:t>
      </w:r>
    </w:p>
    <w:p>
      <w:r>
        <w:rPr>
          <w:rFonts w:ascii="IM Fell English" w:hAnsi="IM Fell English"/>
          <w:color w:val="141414"/>
          <w:sz w:val="24"/>
        </w:rPr>
        <w:t>Two women were waiting near the concrete block.</w:t>
      </w:r>
    </w:p>
    <w:p>
      <w:r>
        <w:rPr>
          <w:rFonts w:ascii="IM Fell English" w:hAnsi="IM Fell English"/>
          <w:color w:val="141414"/>
          <w:sz w:val="24"/>
        </w:rPr>
        <w:t>Lilith stood with her weight on one hip, dark clothes, hair loose, eyes bright with immediate interest. Sekhmet was broader in presence, stiller, a tablet under one arm and a radio at her shoulder. Both looked at Jennifer like she was not a guest.</w:t>
      </w:r>
    </w:p>
    <w:p>
      <w:r>
        <w:rPr>
          <w:rFonts w:ascii="IM Fell English" w:hAnsi="IM Fell English"/>
          <w:color w:val="141414"/>
          <w:sz w:val="24"/>
        </w:rPr>
        <w:t>Lilith smiled first.</w:t>
      </w:r>
    </w:p>
    <w:p>
      <w:r>
        <w:rPr>
          <w:rFonts w:ascii="IM Fell English" w:hAnsi="IM Fell English"/>
          <w:color w:val="141414"/>
          <w:sz w:val="24"/>
        </w:rPr>
        <w:t>“There she is.”</w:t>
      </w:r>
    </w:p>
    <w:p>
      <w:r>
        <w:rPr>
          <w:rFonts w:ascii="IM Fell English" w:hAnsi="IM Fell English"/>
          <w:color w:val="141414"/>
          <w:sz w:val="24"/>
        </w:rPr>
        <w:t>Sekhmet’s gaze moved over Jennifer’s marked face, then to Katie.</w:t>
      </w:r>
    </w:p>
    <w:p>
      <w:r>
        <w:rPr>
          <w:rFonts w:ascii="IM Fell English" w:hAnsi="IM Fell English"/>
          <w:color w:val="141414"/>
          <w:sz w:val="24"/>
        </w:rPr>
        <w:t>“She’s already been started.”</w:t>
      </w:r>
    </w:p>
    <w:p>
      <w:r>
        <w:rPr>
          <w:rFonts w:ascii="IM Fell English" w:hAnsi="IM Fell English"/>
          <w:color w:val="141414"/>
          <w:sz w:val="24"/>
        </w:rPr>
        <w:t>“She’s been measured,” Katie said. “Not finished.”</w:t>
      </w:r>
    </w:p>
    <w:p>
      <w:r>
        <w:rPr>
          <w:rFonts w:ascii="IM Fell English" w:hAnsi="IM Fell English"/>
          <w:color w:val="141414"/>
          <w:sz w:val="24"/>
        </w:rPr>
        <w:t>Jennifer hated that they were talking over her, and hated more that correcting it would have changed nothing.</w:t>
      </w:r>
    </w:p>
    <w:p>
      <w:r>
        <w:rPr>
          <w:rFonts w:ascii="IM Fell English" w:hAnsi="IM Fell English"/>
          <w:color w:val="141414"/>
          <w:sz w:val="24"/>
        </w:rPr>
        <w:t>Katie started walking. Jennifer followed. Lilith fell in on her left. Sekhmet on her right. The man from the limo took the suitcase and disappeared with it toward one of the low buildings. Jennifer noticed, distantly, that no one had asked whether she wanted to keep it with her.</w:t>
      </w:r>
    </w:p>
    <w:p>
      <w:r>
        <w:rPr>
          <w:rFonts w:ascii="IM Fell English" w:hAnsi="IM Fell English"/>
          <w:color w:val="141414"/>
          <w:sz w:val="24"/>
        </w:rPr>
        <w:t>Inside the main block, the air was cooler and smelled of metal, disinfectant, dust, and old sweat. A corridor ran straight back into the structure with numbered doors and no decoration. At the far end, a heavy gate stood open onto a broader yard of packed earth, low walls, and scattered cover objects that looked too intentional to be debris.</w:t>
      </w:r>
    </w:p>
    <w:p>
      <w:r>
        <w:rPr>
          <w:rFonts w:ascii="IM Fell English" w:hAnsi="IM Fell English"/>
          <w:color w:val="141414"/>
          <w:sz w:val="24"/>
        </w:rPr>
        <w:t>Katie stopped at a wall board covered in a simple map of the grounds.</w:t>
      </w:r>
    </w:p>
    <w:p>
      <w:r>
        <w:rPr>
          <w:rFonts w:ascii="IM Fell English" w:hAnsi="IM Fell English"/>
          <w:color w:val="141414"/>
          <w:sz w:val="24"/>
        </w:rPr>
        <w:t>“This is the zone. Outer fence is live. Inner fields are active. There are no green areas. If you stop moving for the wrong reason, you are down.”</w:t>
      </w:r>
    </w:p>
    <w:p>
      <w:r>
        <w:rPr>
          <w:rFonts w:ascii="IM Fell English" w:hAnsi="IM Fell English"/>
          <w:color w:val="141414"/>
          <w:sz w:val="24"/>
        </w:rPr>
        <w:t>Jennifer looked at the map long enough to understand it was less a guide than a warning.</w:t>
      </w:r>
    </w:p>
    <w:p>
      <w:r>
        <w:rPr>
          <w:rFonts w:ascii="IM Fell English" w:hAnsi="IM Fell English"/>
          <w:color w:val="141414"/>
          <w:sz w:val="24"/>
        </w:rPr>
        <w:t>“And when I’m down?”</w:t>
      </w:r>
    </w:p>
    <w:p>
      <w:r>
        <w:rPr>
          <w:rFonts w:ascii="IM Fell English" w:hAnsi="IM Fell English"/>
          <w:color w:val="141414"/>
          <w:sz w:val="24"/>
        </w:rPr>
        <w:t>Sekhmet answered.</w:t>
      </w:r>
    </w:p>
    <w:p>
      <w:r>
        <w:rPr>
          <w:rFonts w:ascii="IM Fell English" w:hAnsi="IM Fell English"/>
          <w:color w:val="141414"/>
          <w:sz w:val="24"/>
        </w:rPr>
        <w:t>“Cage. Water dish. Food when scheduled. You stay there until cleared back into rotation.”</w:t>
      </w:r>
    </w:p>
    <w:p>
      <w:r>
        <w:rPr>
          <w:rFonts w:ascii="IM Fell English" w:hAnsi="IM Fell English"/>
          <w:color w:val="141414"/>
          <w:sz w:val="24"/>
        </w:rPr>
        <w:t>Lilith’s smile widened slightly.</w:t>
      </w:r>
    </w:p>
    <w:p>
      <w:r>
        <w:rPr>
          <w:rFonts w:ascii="IM Fell English" w:hAnsi="IM Fell English"/>
          <w:color w:val="141414"/>
          <w:sz w:val="24"/>
        </w:rPr>
        <w:t>“It’s amazing how quickly people rediscover gratitude for a concrete floor and a bowl.”</w:t>
      </w:r>
    </w:p>
    <w:p>
      <w:r>
        <w:rPr>
          <w:rFonts w:ascii="IM Fell English" w:hAnsi="IM Fell English"/>
          <w:color w:val="141414"/>
          <w:sz w:val="24"/>
        </w:rPr>
        <w:t>Jennifer met her eyes.</w:t>
      </w:r>
    </w:p>
    <w:p>
      <w:r>
        <w:rPr>
          <w:rFonts w:ascii="IM Fell English" w:hAnsi="IM Fell English"/>
          <w:color w:val="141414"/>
          <w:sz w:val="24"/>
        </w:rPr>
        <w:t>“You’re enjoying this.”</w:t>
      </w:r>
    </w:p>
    <w:p>
      <w:r>
        <w:rPr>
          <w:rFonts w:ascii="IM Fell English" w:hAnsi="IM Fell English"/>
          <w:color w:val="141414"/>
          <w:sz w:val="24"/>
        </w:rPr>
        <w:t>“Yes,” Lilith said. “I am.”</w:t>
      </w:r>
    </w:p>
    <w:p>
      <w:r>
        <w:rPr>
          <w:rFonts w:ascii="IM Fell English" w:hAnsi="IM Fell English"/>
          <w:color w:val="141414"/>
          <w:sz w:val="24"/>
        </w:rPr>
        <w:t>Katie turned from the board.</w:t>
      </w:r>
    </w:p>
    <w:p>
      <w:r>
        <w:rPr>
          <w:rFonts w:ascii="IM Fell English" w:hAnsi="IM Fell English"/>
          <w:color w:val="141414"/>
          <w:sz w:val="24"/>
        </w:rPr>
        <w:t>“Strip.”</w:t>
      </w:r>
    </w:p>
    <w:p>
      <w:r>
        <w:rPr>
          <w:rFonts w:ascii="IM Fell English" w:hAnsi="IM Fell English"/>
          <w:color w:val="141414"/>
          <w:sz w:val="24"/>
        </w:rPr>
        <w:t>Jennifer stared at her.</w:t>
      </w:r>
    </w:p>
    <w:p>
      <w:r>
        <w:rPr>
          <w:rFonts w:ascii="IM Fell English" w:hAnsi="IM Fell English"/>
          <w:color w:val="141414"/>
          <w:sz w:val="24"/>
        </w:rPr>
        <w:t>Katie did not repeat herself. She only waited.</w:t>
      </w:r>
    </w:p>
    <w:p>
      <w:r>
        <w:rPr>
          <w:rFonts w:ascii="IM Fell English" w:hAnsi="IM Fell English"/>
          <w:color w:val="141414"/>
          <w:sz w:val="24"/>
        </w:rPr>
        <w:t>Jennifer pulled her shirt off first, then boots, pants, everything else, and left the clothes in a pile on the concrete. The air raised gooseflesh across her skin. Standing naked in front of the three of them should have felt more dramatic than it did. After the mansion floor, after Marcus and Raven and Lena, it mostly felt like continuation.</w:t>
      </w:r>
    </w:p>
    <w:p>
      <w:r>
        <w:rPr>
          <w:rFonts w:ascii="IM Fell English" w:hAnsi="IM Fell English"/>
          <w:color w:val="141414"/>
          <w:sz w:val="24"/>
        </w:rPr>
        <w:t>Sekhmet moved in with a black marker and wrote a number across Jennifer’s upper chest in thick strokes. Then a second mark on the inside of her left thigh. No explanation.</w:t>
      </w:r>
    </w:p>
    <w:p>
      <w:r>
        <w:rPr>
          <w:rFonts w:ascii="IM Fell English" w:hAnsi="IM Fell English"/>
          <w:color w:val="141414"/>
          <w:sz w:val="24"/>
        </w:rPr>
        <w:t>Katie inspected the marks like a final seal.</w:t>
      </w:r>
    </w:p>
    <w:p>
      <w:r>
        <w:rPr>
          <w:rFonts w:ascii="IM Fell English" w:hAnsi="IM Fell English"/>
          <w:color w:val="141414"/>
          <w:sz w:val="24"/>
        </w:rPr>
        <w:t>“You’re not here as Queen of anything,” she said. “You’re here as material under pressure. My sisters are here to run me as much as they are here to run you. That means if I go down, I get the cage too.”</w:t>
      </w:r>
    </w:p>
    <w:p>
      <w:r>
        <w:rPr>
          <w:rFonts w:ascii="IM Fell English" w:hAnsi="IM Fell English"/>
          <w:color w:val="141414"/>
          <w:sz w:val="24"/>
        </w:rPr>
        <w:t>Lilith’s eyes lit at that.</w:t>
      </w:r>
    </w:p>
    <w:p>
      <w:r>
        <w:rPr>
          <w:rFonts w:ascii="IM Fell English" w:hAnsi="IM Fell English"/>
          <w:color w:val="141414"/>
          <w:sz w:val="24"/>
        </w:rPr>
        <w:t>“I’ve been looking forward to it.”</w:t>
      </w:r>
    </w:p>
    <w:p>
      <w:r>
        <w:rPr>
          <w:rFonts w:ascii="IM Fell English" w:hAnsi="IM Fell English"/>
          <w:color w:val="141414"/>
          <w:sz w:val="24"/>
        </w:rPr>
        <w:t>“I know,” Katie said.</w:t>
      </w:r>
    </w:p>
    <w:p>
      <w:r>
        <w:rPr>
          <w:rFonts w:ascii="IM Fell English" w:hAnsi="IM Fell English"/>
          <w:color w:val="141414"/>
          <w:sz w:val="24"/>
        </w:rPr>
        <w:t>Sekhmet checked her watch.</w:t>
      </w:r>
    </w:p>
    <w:p>
      <w:r>
        <w:rPr>
          <w:rFonts w:ascii="IM Fell English" w:hAnsi="IM Fell English"/>
          <w:color w:val="141414"/>
          <w:sz w:val="24"/>
        </w:rPr>
        <w:t>“First cycle starts in ten.”</w:t>
      </w:r>
    </w:p>
    <w:p>
      <w:r>
        <w:rPr>
          <w:rFonts w:ascii="IM Fell English" w:hAnsi="IM Fell English"/>
          <w:color w:val="141414"/>
          <w:sz w:val="24"/>
        </w:rPr>
        <w:t>Katie looked at Jennifer one last time before the work began.</w:t>
      </w:r>
    </w:p>
    <w:p>
      <w:r>
        <w:rPr>
          <w:rFonts w:ascii="IM Fell English" w:hAnsi="IM Fell English"/>
          <w:color w:val="141414"/>
          <w:sz w:val="24"/>
        </w:rPr>
        <w:t>“Remember what you asked for.”</w:t>
      </w:r>
    </w:p>
    <w:p>
      <w:r>
        <w:rPr>
          <w:rFonts w:ascii="IM Fell English" w:hAnsi="IM Fell English"/>
          <w:color w:val="141414"/>
          <w:sz w:val="24"/>
        </w:rPr>
        <w:t>Jennifer’s mouth curved, cracked and defiant.</w:t>
      </w:r>
    </w:p>
    <w:p>
      <w:r>
        <w:rPr>
          <w:rFonts w:ascii="IM Fell English" w:hAnsi="IM Fell English"/>
          <w:color w:val="141414"/>
          <w:sz w:val="24"/>
        </w:rPr>
        <w:t>“I remember.”</w:t>
      </w:r>
    </w:p>
    <w:p>
      <w:r>
        <w:rPr>
          <w:rFonts w:ascii="IM Fell English" w:hAnsi="IM Fell English"/>
          <w:color w:val="141414"/>
          <w:sz w:val="24"/>
        </w:rPr>
        <w:t>“Good.”</w:t>
      </w:r>
    </w:p>
    <w:p>
      <w:r>
        <w:rPr>
          <w:rFonts w:ascii="IM Fell English" w:hAnsi="IM Fell English"/>
          <w:color w:val="141414"/>
          <w:sz w:val="24"/>
        </w:rPr>
        <w:t>They put her out into the yard naked.</w:t>
      </w:r>
    </w:p>
    <w:p>
      <w:r>
        <w:rPr>
          <w:rFonts w:ascii="IM Fell English" w:hAnsi="IM Fell English"/>
          <w:color w:val="141414"/>
          <w:sz w:val="24"/>
        </w:rPr>
        <w:t>No speech. No countdown loud enough to feel fair. One radio click, a gate closing behind her, and movement from the edges of the field.</w:t>
      </w:r>
    </w:p>
    <w:p>
      <w:r>
        <w:rPr>
          <w:rFonts w:ascii="IM Fell English" w:hAnsi="IM Fell English"/>
          <w:color w:val="141414"/>
          <w:sz w:val="24"/>
        </w:rPr>
        <w:t>The first hunters did not introduce themselves.</w:t>
      </w:r>
    </w:p>
    <w:p>
      <w:r>
        <w:rPr>
          <w:rFonts w:ascii="IM Fell English" w:hAnsi="IM Fell English"/>
          <w:color w:val="141414"/>
          <w:sz w:val="24"/>
        </w:rPr>
        <w:t>Two men from the right. One woman from the left. Dark clothes. Gloves. Batons. No cameras she could see, which somehow made it worse. Jennifer ran because standing still was idiotic, cut behind a low wall, and almost made the second cover point before a baton caught her thigh and dropped her into the dirt.</w:t>
      </w:r>
    </w:p>
    <w:p>
      <w:r>
        <w:rPr>
          <w:rFonts w:ascii="IM Fell English" w:hAnsi="IM Fell English"/>
          <w:color w:val="141414"/>
          <w:sz w:val="24"/>
        </w:rPr>
        <w:t>She rolled, kicked, got half up, and the woman hit her in the ribs hard enough to put her back down. One of the men forced her flat on her stomach and shoved into her with no interest in warm-up. The other held her arms. The woman crouched by her head and struck her face every time she tried to dig for leverage.</w:t>
      </w:r>
    </w:p>
    <w:p>
      <w:r>
        <w:rPr>
          <w:rFonts w:ascii="IM Fell English" w:hAnsi="IM Fell English"/>
          <w:color w:val="141414"/>
          <w:sz w:val="24"/>
        </w:rPr>
        <w:t>Jennifer spat dirt and laughed into it.</w:t>
      </w:r>
    </w:p>
    <w:p>
      <w:r>
        <w:rPr>
          <w:rFonts w:ascii="IM Fell English" w:hAnsi="IM Fell English"/>
          <w:color w:val="141414"/>
          <w:sz w:val="24"/>
        </w:rPr>
        <w:t>“That all—”</w:t>
      </w:r>
    </w:p>
    <w:p>
      <w:r>
        <w:rPr>
          <w:rFonts w:ascii="IM Fell English" w:hAnsi="IM Fell English"/>
          <w:color w:val="141414"/>
          <w:sz w:val="24"/>
        </w:rPr>
        <w:t>The next hit shut the rest of the sentence down.</w:t>
      </w:r>
    </w:p>
    <w:p>
      <w:r>
        <w:rPr>
          <w:rFonts w:ascii="IM Fell English" w:hAnsi="IM Fell English"/>
          <w:color w:val="141414"/>
          <w:sz w:val="24"/>
        </w:rPr>
        <w:t>They used her there until her arms shook and her knees scraped raw, then dragged her farther into the field and did it again against a concrete barrier. When she fought, they punished the fight. When she went still, they punished the stillness. The lesson was not complicated: there was no correct posture except surviving the minute she was in.</w:t>
      </w:r>
    </w:p>
    <w:p>
      <w:r>
        <w:rPr>
          <w:rFonts w:ascii="IM Fell English" w:hAnsi="IM Fell English"/>
          <w:color w:val="141414"/>
          <w:sz w:val="24"/>
        </w:rPr>
        <w:t>At some point Katie crossed the same field on a different line, being driven hard by Lilith and two others. Jennifer only caught pieces of it — Katie forced to her knees, Lilith’s hand in her hair, Sekhmet watching the timing like this was both sport and inventory. Seeing Katie hunted under the same rules did something ugly and useful in Jennifer’s chest.</w:t>
      </w:r>
    </w:p>
    <w:p>
      <w:r>
        <w:rPr>
          <w:rFonts w:ascii="IM Fell English" w:hAnsi="IM Fell English"/>
          <w:color w:val="141414"/>
          <w:sz w:val="24"/>
        </w:rPr>
        <w:t>No one here was above the ground.</w:t>
      </w:r>
    </w:p>
    <w:p>
      <w:r>
        <w:rPr>
          <w:rFonts w:ascii="IM Fell English" w:hAnsi="IM Fell English"/>
          <w:color w:val="141414"/>
          <w:sz w:val="24"/>
        </w:rPr>
        <w:t>Jennifer made it maybe forty minutes before her body stopped answering cleanly. A baton across the back of her thighs put her down. A boot between the shoulders kept her there. One of the men finished in her while she was still trying to crawl, and when she finally failed to get up on command, the radio clicked again.</w:t>
      </w:r>
    </w:p>
    <w:p>
      <w:r>
        <w:rPr>
          <w:rFonts w:ascii="IM Fell English" w:hAnsi="IM Fell English"/>
          <w:color w:val="141414"/>
          <w:sz w:val="24"/>
        </w:rPr>
        <w:t>“Down,” Sekhmet said.</w:t>
      </w:r>
    </w:p>
    <w:p>
      <w:r>
        <w:rPr>
          <w:rFonts w:ascii="IM Fell English" w:hAnsi="IM Fell English"/>
          <w:color w:val="141414"/>
          <w:sz w:val="24"/>
        </w:rPr>
        <w:t>They did not drag her far.</w:t>
      </w:r>
    </w:p>
    <w:p>
      <w:r>
        <w:rPr>
          <w:rFonts w:ascii="IM Fell English" w:hAnsi="IM Fell English"/>
          <w:color w:val="141414"/>
          <w:sz w:val="24"/>
        </w:rPr>
        <w:t>The cage was exactly what Katie had promised: concrete base, metal bars, low ceiling, a bolted water dish, and enough room to sit but not forget where she was. They put her inside naked, shut the gate, and left her there with the taste of dirt and blood in her mouth.</w:t>
      </w:r>
    </w:p>
    <w:p>
      <w:r>
        <w:rPr>
          <w:rFonts w:ascii="IM Fell English" w:hAnsi="IM Fell English"/>
          <w:color w:val="141414"/>
          <w:sz w:val="24"/>
        </w:rPr>
        <w:t>Jennifer sat against the bars, breathing hard, legs open because closing them hurt in a different way. The water dish was warm metal and half full. She hated that she drank from it almost immediately.</w:t>
      </w:r>
    </w:p>
    <w:p>
      <w:r>
        <w:rPr>
          <w:rFonts w:ascii="IM Fell English" w:hAnsi="IM Fell English"/>
          <w:color w:val="141414"/>
          <w:sz w:val="24"/>
        </w:rPr>
        <w:t>Across the yard, another cage door slammed. Jennifer lifted her head and saw Katie being put down in a second enclosure thirty yards away, mouth bloodied, eyes bright, Lilith crouched outside the bars saying something too soft to hear from here.</w:t>
      </w:r>
    </w:p>
    <w:p>
      <w:r>
        <w:rPr>
          <w:rFonts w:ascii="IM Fell English" w:hAnsi="IM Fell English"/>
          <w:color w:val="141414"/>
          <w:sz w:val="24"/>
        </w:rPr>
        <w:t>For a second the two of them just looked at each other through heat and distance.</w:t>
      </w:r>
    </w:p>
    <w:p>
      <w:r>
        <w:rPr>
          <w:rFonts w:ascii="IM Fell English" w:hAnsi="IM Fell English"/>
          <w:color w:val="141414"/>
          <w:sz w:val="24"/>
        </w:rPr>
        <w:t>Katie mouthed nothing. She only held Jennifer’s gaze long enough to make the ownership clear even from a cage.</w:t>
      </w:r>
    </w:p>
    <w:p>
      <w:r>
        <w:rPr>
          <w:rFonts w:ascii="IM Fell English" w:hAnsi="IM Fell English"/>
          <w:color w:val="141414"/>
          <w:sz w:val="24"/>
        </w:rPr>
        <w:t>Then Sekhmet’s voice came over the yard speaker, flat and administrative.</w:t>
      </w:r>
    </w:p>
    <w:p>
      <w:r>
        <w:rPr>
          <w:rFonts w:ascii="IM Fell English" w:hAnsi="IM Fell English"/>
          <w:color w:val="141414"/>
          <w:sz w:val="24"/>
        </w:rPr>
        <w:t>“Cycle complete. Recovery window starts now. Next rotation in three hours.”</w:t>
      </w:r>
    </w:p>
    <w:p>
      <w:r>
        <w:rPr>
          <w:rFonts w:ascii="IM Fell English" w:hAnsi="IM Fell English"/>
          <w:color w:val="141414"/>
          <w:sz w:val="24"/>
        </w:rPr>
        <w:t>Jennifer leaned her head back against the bars and shut her eyes.</w:t>
      </w:r>
    </w:p>
    <w:p>
      <w:r>
        <w:rPr>
          <w:rFonts w:ascii="IM Fell English" w:hAnsi="IM Fell English"/>
          <w:color w:val="141414"/>
          <w:sz w:val="24"/>
        </w:rPr>
        <w:t>No soft bed.</w:t>
      </w:r>
      <w:r>
        <w:rPr>
          <w:rFonts w:ascii="IM Fell English" w:hAnsi="IM Fell English"/>
          <w:color w:val="141414"/>
          <w:sz w:val="24"/>
        </w:rPr>
      </w:r>
      <w:r>
        <w:rPr>
          <w:rFonts w:ascii="IM Fell English" w:hAnsi="IM Fell English"/>
          <w:color w:val="141414"/>
          <w:sz w:val="24"/>
        </w:rPr>
        <w:t>No mansion.</w:t>
      </w:r>
      <w:r>
        <w:rPr>
          <w:rFonts w:ascii="IM Fell English" w:hAnsi="IM Fell English"/>
          <w:color w:val="141414"/>
          <w:sz w:val="24"/>
        </w:rPr>
      </w:r>
      <w:r>
        <w:rPr>
          <w:rFonts w:ascii="IM Fell English" w:hAnsi="IM Fell English"/>
          <w:color w:val="141414"/>
          <w:sz w:val="24"/>
        </w:rPr>
        <w:t>No Lena waiting with a towel and a camera.</w:t>
      </w:r>
      <w:r>
        <w:rPr>
          <w:rFonts w:ascii="IM Fell English" w:hAnsi="IM Fell English"/>
          <w:color w:val="141414"/>
          <w:sz w:val="24"/>
        </w:rPr>
      </w:r>
      <w:r>
        <w:rPr>
          <w:rFonts w:ascii="IM Fell English" w:hAnsi="IM Fell English"/>
          <w:color w:val="141414"/>
          <w:sz w:val="24"/>
        </w:rPr>
        <w:t>No Jackie in the next room.</w:t>
      </w:r>
    </w:p>
    <w:p>
      <w:r>
        <w:rPr>
          <w:rFonts w:ascii="IM Fell English" w:hAnsi="IM Fell English"/>
          <w:color w:val="141414"/>
          <w:sz w:val="24"/>
        </w:rPr>
        <w:t>Just the killing zone, the dish, the heat, and the knowledge that when the next rotation started, no one here was going to care what she had already given.</w:t>
      </w:r>
    </w:p>
    <w:p>
      <w:r>
        <w:rPr>
          <w:rFonts w:ascii="IM Fell English" w:hAnsi="IM Fell English"/>
          <w:color w:val="141414"/>
          <w:sz w:val="24"/>
        </w:rPr>
        <w:t>She licked cracked blood from her lip and smiled despite herself.</w:t>
      </w:r>
    </w:p>
    <w:p>
      <w:r>
        <w:rPr>
          <w:rFonts w:ascii="IM Fell English" w:hAnsi="IM Fell English"/>
          <w:color w:val="141414"/>
          <w:sz w:val="24"/>
        </w:rPr>
        <w:t>This was not the film yet.</w:t>
      </w:r>
    </w:p>
    <w:p>
      <w:r>
        <w:rPr>
          <w:rFonts w:ascii="IM Fell English" w:hAnsi="IM Fell English"/>
          <w:color w:val="141414"/>
          <w:sz w:val="24"/>
        </w:rPr>
        <w:t>But this was the standard the film intended to use.</w:t>
      </w:r>
    </w:p>
    <w:p>
      <w:r>
        <w:rPr>
          <w:rFonts w:ascii="IM Fell English" w:hAnsi="IM Fell English"/>
          <w:color w:val="141414"/>
          <w:sz w:val="24"/>
        </w:rPr>
        <w:t>And Katie had been telling the truth.</w:t>
      </w:r>
    </w:p>
    <w:p>
      <w:r>
        <w:rPr>
          <w:rFonts w:ascii="IM Fell English" w:hAnsi="IM Fell English"/>
          <w:color w:val="141414"/>
          <w:sz w:val="24"/>
        </w:rPr>
        <w:t>There was no safe zone.</w:t>
      </w:r>
    </w:p>
    <w:p>
      <w:pPr>
        <w:pStyle w:val="Heading1"/>
        <w:jc w:val="center"/>
      </w:pPr>
      <w:r>
        <w:rPr>
          <w:rFonts w:ascii="IM Fell English" w:hAnsi="IM Fell English"/>
          <w:color w:val="0D0D0D"/>
        </w:rPr>
        <w:t>CHAPTER 9 — FIRST HUNT</w:t>
      </w:r>
    </w:p>
    <w:p>
      <w:r>
        <w:rPr>
          <w:rFonts w:ascii="IM Fell English" w:hAnsi="IM Fell English"/>
          <w:color w:val="141414"/>
          <w:sz w:val="24"/>
        </w:rPr>
        <w:t>Jackie was already on the field when they brought Jennifer out of the cage.</w:t>
      </w:r>
    </w:p>
    <w:p>
      <w:r>
        <w:rPr>
          <w:rFonts w:ascii="IM Fell English" w:hAnsi="IM Fell English"/>
          <w:color w:val="141414"/>
          <w:sz w:val="24"/>
        </w:rPr>
        <w:t>Not close enough to touch. Not close enough to speak without the yard swallowing it. Just close enough that Jennifer felt her before she fully saw her — a marked body in an open harness and collar, numbered, barefoot, standing in the heat with the posture of someone who had not been brought here to watch.</w:t>
      </w:r>
    </w:p>
    <w:p>
      <w:r>
        <w:rPr>
          <w:rFonts w:ascii="IM Fell English" w:hAnsi="IM Fell English"/>
          <w:color w:val="141414"/>
          <w:sz w:val="24"/>
        </w:rPr>
        <w:t>Sekhmet’s radio clicked once.</w:t>
      </w:r>
    </w:p>
    <w:p>
      <w:r>
        <w:rPr>
          <w:rFonts w:ascii="IM Fell English" w:hAnsi="IM Fell English"/>
          <w:color w:val="141414"/>
          <w:sz w:val="24"/>
        </w:rPr>
        <w:t>“Targets live. Hunters live. No green areas.”</w:t>
      </w:r>
    </w:p>
    <w:p>
      <w:r>
        <w:rPr>
          <w:rFonts w:ascii="IM Fell English" w:hAnsi="IM Fell English"/>
          <w:color w:val="141414"/>
          <w:sz w:val="24"/>
        </w:rPr>
        <w:t>Lilith rolled her shoulders like the morning had finally become interesting. Katie stood several yards away, stripped of everything but her numbers and a thin field wrap at the hips, mouth still faintly marked from earlier handling, eyes calm in a way that made the yard feel smaller.</w:t>
      </w:r>
    </w:p>
    <w:p>
      <w:r>
        <w:rPr>
          <w:rFonts w:ascii="IM Fell English" w:hAnsi="IM Fell English"/>
          <w:color w:val="141414"/>
          <w:sz w:val="24"/>
        </w:rPr>
        <w:t>Jennifer’s throat worked against the collar ring.</w:t>
      </w:r>
    </w:p>
    <w:p>
      <w:r>
        <w:rPr>
          <w:rFonts w:ascii="IM Fell English" w:hAnsi="IM Fell English"/>
          <w:color w:val="141414"/>
          <w:sz w:val="24"/>
        </w:rPr>
        <w:t>“So this is it.”</w:t>
      </w:r>
    </w:p>
    <w:p>
      <w:r>
        <w:rPr>
          <w:rFonts w:ascii="IM Fell English" w:hAnsi="IM Fell English"/>
          <w:color w:val="141414"/>
          <w:sz w:val="24"/>
        </w:rPr>
        <w:t>Katie looked over.</w:t>
      </w:r>
    </w:p>
    <w:p>
      <w:r>
        <w:rPr>
          <w:rFonts w:ascii="IM Fell English" w:hAnsi="IM Fell English"/>
          <w:color w:val="141414"/>
          <w:sz w:val="24"/>
        </w:rPr>
        <w:t>“This is it.”</w:t>
      </w:r>
    </w:p>
    <w:p>
      <w:r>
        <w:rPr>
          <w:rFonts w:ascii="IM Fell English" w:hAnsi="IM Fell English"/>
          <w:color w:val="141414"/>
          <w:sz w:val="24"/>
        </w:rPr>
        <w:t>Sekhmet raised one hand.</w:t>
      </w:r>
    </w:p>
    <w:p>
      <w:r>
        <w:rPr>
          <w:rFonts w:ascii="IM Fell English" w:hAnsi="IM Fell English"/>
          <w:color w:val="141414"/>
          <w:sz w:val="24"/>
        </w:rPr>
        <w:t>“Pairs are set. Jackie on Jennifer. Lilith on Katie. If a target goes down, cage protocol holds. If a hunter goes down, they become available until they rise. Remain breathing. Do not become useless.”</w:t>
      </w:r>
    </w:p>
    <w:p>
      <w:r>
        <w:rPr>
          <w:rFonts w:ascii="IM Fell English" w:hAnsi="IM Fell English"/>
          <w:color w:val="141414"/>
          <w:sz w:val="24"/>
        </w:rPr>
        <w:t>Jackie did not look at Sekhmet. She looked only at Jennifer.</w:t>
      </w:r>
    </w:p>
    <w:p>
      <w:r>
        <w:rPr>
          <w:rFonts w:ascii="IM Fell English" w:hAnsi="IM Fell English"/>
          <w:color w:val="141414"/>
          <w:sz w:val="24"/>
        </w:rPr>
        <w:t>Jennifer’s split lip twitched.</w:t>
      </w:r>
    </w:p>
    <w:p>
      <w:r>
        <w:rPr>
          <w:rFonts w:ascii="IM Fell English" w:hAnsi="IM Fell English"/>
          <w:color w:val="141414"/>
          <w:sz w:val="24"/>
        </w:rPr>
        <w:t>“Don’t come in soft.”</w:t>
      </w:r>
    </w:p>
    <w:p>
      <w:r>
        <w:rPr>
          <w:rFonts w:ascii="IM Fell English" w:hAnsi="IM Fell English"/>
          <w:color w:val="141414"/>
          <w:sz w:val="24"/>
        </w:rPr>
        <w:t>Jackie’s answer was almost a smile, and not a kind one.</w:t>
      </w:r>
    </w:p>
    <w:p>
      <w:r>
        <w:rPr>
          <w:rFonts w:ascii="IM Fell English" w:hAnsi="IM Fell English"/>
          <w:color w:val="141414"/>
          <w:sz w:val="24"/>
        </w:rPr>
        <w:t>“I won’t.”</w:t>
      </w:r>
    </w:p>
    <w:p>
      <w:r>
        <w:rPr>
          <w:rFonts w:ascii="IM Fell English" w:hAnsi="IM Fell English"/>
          <w:color w:val="141414"/>
          <w:sz w:val="24"/>
        </w:rPr>
        <w:t>The horn sounded.</w:t>
      </w:r>
    </w:p>
    <w:p>
      <w:r>
        <w:rPr>
          <w:rFonts w:ascii="IM Fell English" w:hAnsi="IM Fell English"/>
          <w:color w:val="141414"/>
          <w:sz w:val="24"/>
        </w:rPr>
        <w:t>Jennifer ran first.</w:t>
      </w:r>
    </w:p>
    <w:p>
      <w:r>
        <w:rPr>
          <w:rFonts w:ascii="IM Fell English" w:hAnsi="IM Fell English"/>
          <w:color w:val="141414"/>
          <w:sz w:val="24"/>
        </w:rPr>
        <w:t>Not because she thought she could win the whole field, but because standing still in front of Jackie would have been a different kind of surrender. She cut left toward the berms, bare feet tearing on grit, lungs already hot. Behind her she heard Jackie move — faster than basic training should have made her,  lower to the ground, no wasted shouting.</w:t>
      </w:r>
    </w:p>
    <w:p>
      <w:r>
        <w:rPr>
          <w:rFonts w:ascii="IM Fell English" w:hAnsi="IM Fell English"/>
          <w:color w:val="141414"/>
          <w:sz w:val="24"/>
        </w:rPr>
        <w:t>Across the yard, Lilith launched at Katie with an open, delighted violence. Katie didn’t try to speech-make. She moved. The two of them crashed toward the trench line in a hard blur of limbs and dust, and for one split second Jennifer wanted to watch.</w:t>
      </w:r>
    </w:p>
    <w:p>
      <w:r>
        <w:rPr>
          <w:rFonts w:ascii="IM Fell English" w:hAnsi="IM Fell English"/>
          <w:color w:val="141414"/>
          <w:sz w:val="24"/>
        </w:rPr>
        <w:t>That second cost her.</w:t>
      </w:r>
    </w:p>
    <w:p>
      <w:r>
        <w:rPr>
          <w:rFonts w:ascii="IM Fell English" w:hAnsi="IM Fell English"/>
          <w:color w:val="141414"/>
          <w:sz w:val="24"/>
        </w:rPr>
        <w:t>Jackie hit her from the right and took her off her feet.</w:t>
      </w:r>
    </w:p>
    <w:p>
      <w:r>
        <w:rPr>
          <w:rFonts w:ascii="IM Fell English" w:hAnsi="IM Fell English"/>
          <w:color w:val="141414"/>
          <w:sz w:val="24"/>
        </w:rPr>
        <w:t>They went down hard behind a low wall. Jennifer drove an elbow back and caught ribs. Jackie hissed, took the pain, and used it — forced Jennifer flat, knee between her thighs, one hand in her hair, the other slamming her wrist into dirt until Jennifer’s fingers opened.</w:t>
      </w:r>
    </w:p>
    <w:p>
      <w:r>
        <w:rPr>
          <w:rFonts w:ascii="IM Fell English" w:hAnsi="IM Fell English"/>
          <w:color w:val="141414"/>
          <w:sz w:val="24"/>
        </w:rPr>
        <w:t>“You left me in that fucking gym,” Jackie snarled against her ear.</w:t>
      </w:r>
    </w:p>
    <w:p>
      <w:r>
        <w:rPr>
          <w:rFonts w:ascii="IM Fell English" w:hAnsi="IM Fell English"/>
          <w:color w:val="141414"/>
          <w:sz w:val="24"/>
        </w:rPr>
        <w:t>Jennifer laughed into the dust, rough and raw.</w:t>
      </w:r>
    </w:p>
    <w:p>
      <w:r>
        <w:rPr>
          <w:rFonts w:ascii="IM Fell English" w:hAnsi="IM Fell English"/>
          <w:color w:val="141414"/>
          <w:sz w:val="24"/>
        </w:rPr>
        <w:t>“You needed the work.”</w:t>
      </w:r>
    </w:p>
    <w:p>
      <w:r>
        <w:rPr>
          <w:rFonts w:ascii="IM Fell English" w:hAnsi="IM Fell English"/>
          <w:color w:val="141414"/>
          <w:sz w:val="24"/>
        </w:rPr>
        <w:t>Jackie punched her in the side for that, controlled and mean, then dragged her up just high enough to shove her face into the wall. Jennifer pushed back, almost made space, and Jackie hooked her ankle and dumped her again. They fought ugly. No polished choreography. Nails. Teeth. Knees. Jackie got a hand around Jennifer’s collar ring and used it to haul her into position, and Jennifer spat blood and still tried to knee her in the thigh.</w:t>
      </w:r>
    </w:p>
    <w:p>
      <w:r>
        <w:rPr>
          <w:rFonts w:ascii="IM Fell English" w:hAnsi="IM Fell English"/>
          <w:color w:val="141414"/>
          <w:sz w:val="24"/>
        </w:rPr>
        <w:t>Jackie forced her legs open and shoved into her cunt in one hard thrust.</w:t>
      </w:r>
    </w:p>
    <w:p>
      <w:r>
        <w:rPr>
          <w:rFonts w:ascii="IM Fell English" w:hAnsi="IM Fell English"/>
          <w:color w:val="141414"/>
          <w:sz w:val="24"/>
        </w:rPr>
        <w:t>Jennifer’s cry broke against the concrete.</w:t>
      </w:r>
    </w:p>
    <w:p>
      <w:r>
        <w:rPr>
          <w:rFonts w:ascii="IM Fell English" w:hAnsi="IM Fell English"/>
          <w:color w:val="141414"/>
          <w:sz w:val="24"/>
        </w:rPr>
        <w:t xml:space="preserve">Jackie used her like the marriage was a weapon—deep, punishing, and relentless. She pinned Jennifer by the collar, answering every attempt at defiance with a fresh blow to her ribs or thighs. Dust coated Jennifer’s mouth and her hands were scraped raw, but she still pushed back, refusing to be passive prey. </w:t>
      </w:r>
    </w:p>
    <w:p>
      <w:r>
        <w:rPr>
          <w:rFonts w:ascii="IM Fell English" w:hAnsi="IM Fell English"/>
          <w:color w:val="141414"/>
          <w:sz w:val="24"/>
        </w:rPr>
        <w:t>“Still fighting,” Jackie muttered.</w:t>
      </w:r>
    </w:p>
    <w:p>
      <w:r>
        <w:rPr>
          <w:rFonts w:ascii="IM Fell English" w:hAnsi="IM Fell English"/>
          <w:color w:val="141414"/>
          <w:sz w:val="24"/>
        </w:rPr>
        <w:t>“Always,” Jennifer forced out. “You’d be bored if I didn’t.”</w:t>
      </w:r>
    </w:p>
    <w:p>
      <w:r>
        <w:rPr>
          <w:rFonts w:ascii="IM Fell English" w:hAnsi="IM Fell English"/>
          <w:color w:val="141414"/>
          <w:sz w:val="24"/>
        </w:rPr>
        <w:t xml:space="preserve">Jackie hit her again and kept using her until Jennifer’s arms shook and her knees lost pride. Then Jackie pulled out, dragged her by the collar toward the vehicle shell, and put her down on metal for the second stage of it — mouth first, then cunt again, one hand braced in Jennifer’s hair, the other counting impact against her ribs in short, ugly reminders. </w:t>
      </w:r>
    </w:p>
    <w:p>
      <w:r>
        <w:rPr>
          <w:rFonts w:ascii="IM Fell English" w:hAnsi="IM Fell English"/>
          <w:color w:val="141414"/>
          <w:sz w:val="24"/>
        </w:rPr>
        <w:t>Jennifer came once from the violence and cursed through it.</w:t>
      </w:r>
    </w:p>
    <w:p>
      <w:r>
        <w:rPr>
          <w:rFonts w:ascii="IM Fell English" w:hAnsi="IM Fell English"/>
          <w:color w:val="141414"/>
          <w:sz w:val="24"/>
        </w:rPr>
        <w:t>Jackie did not stop until Jennifer’s body went from resistance into that narrower state just above collapse — still breathing, still conscious, still able to be moved, but no longer able to dictate terms.</w:t>
      </w:r>
    </w:p>
    <w:p>
      <w:r>
        <w:rPr>
          <w:rFonts w:ascii="IM Fell English" w:hAnsi="IM Fell English"/>
          <w:color w:val="141414"/>
          <w:sz w:val="24"/>
        </w:rPr>
        <w:t>Across the field, Lilith had Katie on her knees in the trench dirt. One of Lilith’s hands was locked in Katie’s hair while she fucked her throat with a strap and used a baton against her thighs in rhythmic punishment. Katie’s eyes stayed open. When Lilith hauled her up and slammed her into the opposite bank, Katie came back with a short, brutal fight  that briefly reversed them — enough to prove she could, not enough to end it. Lilith laughed aloud when she took control again and forced Katie face-down into the trench wall.</w:t>
      </w:r>
    </w:p>
    <w:p>
      <w:r>
        <w:rPr>
          <w:rFonts w:ascii="IM Fell English" w:hAnsi="IM Fell English"/>
          <w:color w:val="141414"/>
          <w:sz w:val="24"/>
        </w:rPr>
        <w:t>Two hunts.</w:t>
      </w:r>
      <w:r>
        <w:rPr>
          <w:rFonts w:ascii="IM Fell English" w:hAnsi="IM Fell English"/>
          <w:color w:val="141414"/>
          <w:sz w:val="24"/>
        </w:rPr>
      </w:r>
      <w:r>
        <w:rPr>
          <w:rFonts w:ascii="IM Fell English" w:hAnsi="IM Fell English"/>
          <w:color w:val="141414"/>
          <w:sz w:val="24"/>
        </w:rPr>
        <w:t>One field.</w:t>
      </w:r>
      <w:r>
        <w:rPr>
          <w:rFonts w:ascii="IM Fell English" w:hAnsi="IM Fell English"/>
          <w:color w:val="141414"/>
          <w:sz w:val="24"/>
        </w:rPr>
      </w:r>
      <w:r>
        <w:rPr>
          <w:rFonts w:ascii="IM Fell English" w:hAnsi="IM Fell English"/>
          <w:color w:val="141414"/>
          <w:sz w:val="24"/>
        </w:rPr>
        <w:t>No comfort.</w:t>
      </w:r>
    </w:p>
    <w:p>
      <w:r>
        <w:rPr>
          <w:rFonts w:ascii="IM Fell English" w:hAnsi="IM Fell English"/>
          <w:color w:val="141414"/>
          <w:sz w:val="24"/>
        </w:rPr>
        <w:t>Jennifer made the mistake of looking for Katie at the wrong time.</w:t>
      </w:r>
    </w:p>
    <w:p>
      <w:r>
        <w:rPr>
          <w:rFonts w:ascii="IM Fell English" w:hAnsi="IM Fell English"/>
          <w:color w:val="141414"/>
          <w:sz w:val="24"/>
        </w:rPr>
        <w:t>Jackie used the opening, hooked an arm around her throat from behind, and ran her forward into open ground just far enough for the whole yard to see the married line of it: hunter-wife driving target-wife by the collar, both numbered, both filthy, both still in it. Jennifer raked Jackie’s forearm hard enough to draw blood. Jackie answered by dumping her, kicking her thighs wide, and mounting her again in the dirt.</w:t>
      </w:r>
    </w:p>
    <w:p>
      <w:r>
        <w:rPr>
          <w:rFonts w:ascii="IM Fell English" w:hAnsi="IM Fell English"/>
          <w:color w:val="141414"/>
          <w:sz w:val="24"/>
        </w:rPr>
        <w:t>“You wanted everything,” Jackie said, voice low and locked. “This is what it looks like when I get put on your map.”</w:t>
      </w:r>
    </w:p>
    <w:p>
      <w:r>
        <w:rPr>
          <w:rFonts w:ascii="IM Fell English" w:hAnsi="IM Fell English"/>
          <w:color w:val="141414"/>
          <w:sz w:val="24"/>
        </w:rPr>
        <w:t>Jennifer’s bloody mouth pulled into a wrecked grin.</w:t>
      </w:r>
    </w:p>
    <w:p>
      <w:r>
        <w:rPr>
          <w:rFonts w:ascii="IM Fell English" w:hAnsi="IM Fell English"/>
          <w:color w:val="141414"/>
          <w:sz w:val="24"/>
        </w:rPr>
        <w:t>“Then hunt harder.”</w:t>
      </w:r>
    </w:p>
    <w:p>
      <w:r>
        <w:rPr>
          <w:rFonts w:ascii="IM Fell English" w:hAnsi="IM Fell English"/>
          <w:color w:val="141414"/>
          <w:sz w:val="24"/>
        </w:rPr>
        <w:t>Jackie did.</w:t>
      </w:r>
    </w:p>
    <w:p>
      <w:r>
        <w:rPr>
          <w:rFonts w:ascii="IM Fell English" w:hAnsi="IM Fell English"/>
          <w:color w:val="141414"/>
          <w:sz w:val="24"/>
        </w:rPr>
        <w:t>She fucked Jennifer until the grin broke, slapped her when she tried to rebuild it, then forced her onto her stomach and took her ass with less patience than before. Jennifer screamed into the dirt and still clawed forward, not toward escape so much as toward the dignity of unfinished resistance. Jackie followed on her hands, never giving enough space for a real crawl away, using one fist in Jennifer’s hair like a handle and the other on her hip to keep the angle vicious.</w:t>
      </w:r>
    </w:p>
    <w:p>
      <w:r>
        <w:rPr>
          <w:rFonts w:ascii="IM Fell English" w:hAnsi="IM Fell English"/>
          <w:color w:val="141414"/>
          <w:sz w:val="24"/>
        </w:rPr>
        <w:t>When Jennifer finally failed to rise on the next command movement, Jackie held her there for three full breaths, checking the line.</w:t>
      </w:r>
    </w:p>
    <w:p>
      <w:r>
        <w:rPr>
          <w:rFonts w:ascii="IM Fell English" w:hAnsi="IM Fell English"/>
          <w:color w:val="141414"/>
          <w:sz w:val="24"/>
        </w:rPr>
        <w:t>Still breathing.</w:t>
      </w:r>
      <w:r>
        <w:rPr>
          <w:rFonts w:ascii="IM Fell English" w:hAnsi="IM Fell English"/>
          <w:color w:val="141414"/>
          <w:sz w:val="24"/>
        </w:rPr>
      </w:r>
      <w:r>
        <w:rPr>
          <w:rFonts w:ascii="IM Fell English" w:hAnsi="IM Fell English"/>
          <w:color w:val="141414"/>
          <w:sz w:val="24"/>
        </w:rPr>
        <w:t>Still conscious.</w:t>
      </w:r>
      <w:r>
        <w:rPr>
          <w:rFonts w:ascii="IM Fell English" w:hAnsi="IM Fell English"/>
          <w:color w:val="141414"/>
          <w:sz w:val="24"/>
        </w:rPr>
      </w:r>
      <w:r>
        <w:rPr>
          <w:rFonts w:ascii="IM Fell English" w:hAnsi="IM Fell English"/>
          <w:color w:val="141414"/>
          <w:sz w:val="24"/>
        </w:rPr>
        <w:t>Not useful enough to keep running.</w:t>
      </w:r>
    </w:p>
    <w:p>
      <w:r>
        <w:rPr>
          <w:rFonts w:ascii="IM Fell English" w:hAnsi="IM Fell English"/>
          <w:color w:val="141414"/>
          <w:sz w:val="24"/>
        </w:rPr>
        <w:t>Jackie lifted her head toward the command side.</w:t>
      </w:r>
    </w:p>
    <w:p>
      <w:r>
        <w:rPr>
          <w:rFonts w:ascii="IM Fell English" w:hAnsi="IM Fell English"/>
          <w:color w:val="141414"/>
          <w:sz w:val="24"/>
        </w:rPr>
        <w:t>Sekhmet’s radio voice cut across the yard.</w:t>
      </w:r>
    </w:p>
    <w:p>
      <w:r>
        <w:rPr>
          <w:rFonts w:ascii="IM Fell English" w:hAnsi="IM Fell English"/>
          <w:color w:val="141414"/>
          <w:sz w:val="24"/>
        </w:rPr>
        <w:t>“Target two down by assigned hunter.”</w:t>
      </w:r>
    </w:p>
    <w:p>
      <w:r>
        <w:rPr>
          <w:rFonts w:ascii="IM Fell English" w:hAnsi="IM Fell English"/>
          <w:color w:val="141414"/>
          <w:sz w:val="24"/>
        </w:rPr>
        <w:t>A second later, from the trench:</w:t>
      </w:r>
    </w:p>
    <w:p>
      <w:r>
        <w:rPr>
          <w:rFonts w:ascii="IM Fell English" w:hAnsi="IM Fell English"/>
          <w:color w:val="141414"/>
          <w:sz w:val="24"/>
        </w:rPr>
        <w:t>“Target one down by Lilith.”</w:t>
      </w:r>
    </w:p>
    <w:p>
      <w:r>
        <w:rPr>
          <w:rFonts w:ascii="IM Fell English" w:hAnsi="IM Fell English"/>
          <w:color w:val="141414"/>
          <w:sz w:val="24"/>
        </w:rPr>
        <w:t>The horn gave a short practical note.</w:t>
      </w:r>
    </w:p>
    <w:p>
      <w:r>
        <w:rPr>
          <w:rFonts w:ascii="IM Fell English" w:hAnsi="IM Fell English"/>
          <w:color w:val="141414"/>
          <w:sz w:val="24"/>
        </w:rPr>
        <w:t>Hands came for both fallen women. Jennifer was dragged, not carried, to the south cages and put through the gate onto concrete. The water dish waited like an insult. The gate slammed. Across the short run, Katie was being locked into her own cage, mouth red, eyes still bright, Lilith crouched outside the bars and murmuring something private and pleased.</w:t>
      </w:r>
    </w:p>
    <w:p>
      <w:r>
        <w:rPr>
          <w:rFonts w:ascii="IM Fell English" w:hAnsi="IM Fell English"/>
          <w:color w:val="141414"/>
          <w:sz w:val="24"/>
        </w:rPr>
        <w:t>Jackie stood in the heat, chest heaving, blood on her forearm, thighs wet, collar number stark against dirty skin. She was still upright. Still organized. Still on the hunter side of the line.</w:t>
      </w:r>
    </w:p>
    <w:p>
      <w:r>
        <w:rPr>
          <w:rFonts w:ascii="IM Fell English" w:hAnsi="IM Fell English"/>
          <w:color w:val="141414"/>
          <w:sz w:val="24"/>
        </w:rPr>
        <w:t>Sekhmet approached her without applause.</w:t>
      </w:r>
    </w:p>
    <w:p>
      <w:r>
        <w:rPr>
          <w:rFonts w:ascii="IM Fell English" w:hAnsi="IM Fell English"/>
          <w:color w:val="141414"/>
          <w:sz w:val="24"/>
        </w:rPr>
        <w:t>“You kept her breathing. You didn’t make her useless. You stayed on your feet.”</w:t>
      </w:r>
    </w:p>
    <w:p>
      <w:r>
        <w:rPr>
          <w:rFonts w:ascii="IM Fell English" w:hAnsi="IM Fell English"/>
          <w:color w:val="141414"/>
          <w:sz w:val="24"/>
        </w:rPr>
        <w:t>Jackie looked past her, through the cage bars, to Jennifer slumped against the metal with one eye open and locked on her.</w:t>
      </w:r>
    </w:p>
    <w:p>
      <w:r>
        <w:rPr>
          <w:rFonts w:ascii="IM Fell English" w:hAnsi="IM Fell English"/>
          <w:color w:val="141414"/>
          <w:sz w:val="24"/>
        </w:rPr>
        <w:t>Jennifer’s scraped voice carried just far enough.</w:t>
      </w:r>
    </w:p>
    <w:p>
      <w:r>
        <w:rPr>
          <w:rFonts w:ascii="IM Fell English" w:hAnsi="IM Fell English"/>
          <w:color w:val="141414"/>
          <w:sz w:val="24"/>
        </w:rPr>
        <w:t>“About fucking time.”</w:t>
      </w:r>
    </w:p>
    <w:p>
      <w:r>
        <w:rPr>
          <w:rFonts w:ascii="IM Fell English" w:hAnsi="IM Fell English"/>
          <w:color w:val="141414"/>
          <w:sz w:val="24"/>
        </w:rPr>
        <w:t>Jackie wiped her mouth with the back of her wrist and answered so only the near distance got it.</w:t>
      </w:r>
    </w:p>
    <w:p>
      <w:r>
        <w:rPr>
          <w:rFonts w:ascii="IM Fell English" w:hAnsi="IM Fell English"/>
          <w:color w:val="141414"/>
          <w:sz w:val="24"/>
        </w:rPr>
        <w:t>“I’m on the map now.”</w:t>
      </w:r>
    </w:p>
    <w:p>
      <w:r>
        <w:rPr>
          <w:rFonts w:ascii="IM Fell English" w:hAnsi="IM Fell English"/>
          <w:color w:val="141414"/>
          <w:sz w:val="24"/>
        </w:rPr>
        <w:t>Katie’s voice came from the other cage, calm despite the ruin.</w:t>
      </w:r>
    </w:p>
    <w:p>
      <w:r>
        <w:rPr>
          <w:rFonts w:ascii="IM Fell English" w:hAnsi="IM Fell English"/>
          <w:color w:val="141414"/>
          <w:sz w:val="24"/>
        </w:rPr>
        <w:t>“Next cycle, we raise it. Maybe both of you hunt. Maybe both of you bleed. Do not embarrass me.”</w:t>
      </w:r>
    </w:p>
    <w:p>
      <w:r>
        <w:rPr>
          <w:rFonts w:ascii="IM Fell English" w:hAnsi="IM Fell English"/>
          <w:color w:val="141414"/>
          <w:sz w:val="24"/>
        </w:rPr>
        <w:t>Jennifer let her head fall back against the bars and started laughing, quiet and broken.</w:t>
      </w:r>
    </w:p>
    <w:p>
      <w:r>
        <w:rPr>
          <w:rFonts w:ascii="IM Fell English" w:hAnsi="IM Fell English"/>
          <w:color w:val="141414"/>
          <w:sz w:val="24"/>
        </w:rPr>
        <w:t>Jackie didn’t laugh.</w:t>
      </w:r>
    </w:p>
    <w:p>
      <w:r>
        <w:rPr>
          <w:rFonts w:ascii="IM Fell English" w:hAnsi="IM Fell English"/>
          <w:color w:val="141414"/>
          <w:sz w:val="24"/>
        </w:rPr>
        <w:t>She stood in the killing-zone heat with her wife caged at her feet-line and Lilith still lingering near Katie like a second marriage made of teeth, and understood the shape of the thing at last.</w:t>
      </w:r>
    </w:p>
    <w:p>
      <w:r>
        <w:rPr>
          <w:rFonts w:ascii="IM Fell English" w:hAnsi="IM Fell English"/>
          <w:color w:val="141414"/>
          <w:sz w:val="24"/>
        </w:rPr>
        <w:t>This wasn’t separation anymore.</w:t>
      </w:r>
    </w:p>
    <w:p>
      <w:r>
        <w:rPr>
          <w:rFonts w:ascii="IM Fell English" w:hAnsi="IM Fell English"/>
          <w:color w:val="141414"/>
          <w:sz w:val="24"/>
        </w:rPr>
        <w:t>This was the field using both of them.</w:t>
      </w:r>
    </w:p>
    <w:p>
      <w:r>
        <w:rPr>
          <w:rFonts w:ascii="IM Fell English" w:hAnsi="IM Fell English"/>
          <w:color w:val="141414"/>
          <w:sz w:val="24"/>
        </w:rPr>
        <w:t>And the next horn would come faster than recovery wanted.</w:t>
      </w:r>
    </w:p>
    <w:p>
      <w:pPr>
        <w:pStyle w:val="Heading1"/>
        <w:jc w:val="center"/>
      </w:pPr>
      <w:r>
        <w:rPr>
          <w:rFonts w:ascii="IM Fell English" w:hAnsi="IM Fell English"/>
          <w:color w:val="0D0D0D"/>
        </w:rPr>
        <w:t>CHAPTER 10 — SECOND CYCLE</w:t>
      </w:r>
    </w:p>
    <w:p>
      <w:r>
        <w:rPr>
          <w:rFonts w:ascii="IM Fell English" w:hAnsi="IM Fell English"/>
          <w:color w:val="141414"/>
          <w:sz w:val="24"/>
        </w:rPr>
        <w:t>Recovery was only long enough to make the next hit mean more.</w:t>
      </w:r>
    </w:p>
    <w:p>
      <w:r>
        <w:rPr>
          <w:rFonts w:ascii="IM Fell English" w:hAnsi="IM Fell English"/>
          <w:color w:val="141414"/>
          <w:sz w:val="24"/>
        </w:rPr>
        <w:t>Jennifer sat against the cage bars with the water dish between her open knees, drinking when pride stopped being more important than thirst. Her body had stiffened in the ugly places again — hips, throat, the deep bruise-line under her ribs where Jackie’s fist had landed while she fucked her into the dirt. Across the short run of cages, Katie remained upright in her own enclosure, eyes open, letting Lilith’s private comments roll off her like heat.</w:t>
      </w:r>
    </w:p>
    <w:p>
      <w:r>
        <w:rPr>
          <w:rFonts w:ascii="IM Fell English" w:hAnsi="IM Fell English"/>
          <w:color w:val="141414"/>
          <w:sz w:val="24"/>
        </w:rPr>
        <w:t>Jackie had not been caged.</w:t>
      </w:r>
    </w:p>
    <w:p>
      <w:r>
        <w:rPr>
          <w:rFonts w:ascii="IM Fell English" w:hAnsi="IM Fell English"/>
          <w:color w:val="141414"/>
          <w:sz w:val="24"/>
        </w:rPr>
        <w:t>That fact sat between all three of them harder than the bars.</w:t>
      </w:r>
    </w:p>
    <w:p>
      <w:r>
        <w:rPr>
          <w:rFonts w:ascii="IM Fell English" w:hAnsi="IM Fell English"/>
          <w:color w:val="141414"/>
          <w:sz w:val="24"/>
        </w:rPr>
        <w:t>She was under hold near command, still collared and numbered, given enough water to stay useful and enough distance from Jennifer to keep the marriage from turning into comfort. Every so often Jackie looked over at the south cages. Every time she did, Jennifer was already looking back.</w:t>
      </w:r>
    </w:p>
    <w:p>
      <w:r>
        <w:rPr>
          <w:rFonts w:ascii="IM Fell English" w:hAnsi="IM Fell English"/>
          <w:color w:val="141414"/>
          <w:sz w:val="24"/>
        </w:rPr>
        <w:t>Sekhmet ended the window without ceremony.</w:t>
      </w:r>
    </w:p>
    <w:p>
      <w:r>
        <w:rPr>
          <w:rFonts w:ascii="IM Fell English" w:hAnsi="IM Fell English"/>
          <w:color w:val="141414"/>
          <w:sz w:val="24"/>
        </w:rPr>
        <w:t>“Up.”</w:t>
      </w:r>
    </w:p>
    <w:p>
      <w:r>
        <w:rPr>
          <w:rFonts w:ascii="IM Fell English" w:hAnsi="IM Fell English"/>
          <w:color w:val="141414"/>
          <w:sz w:val="24"/>
        </w:rPr>
        <w:t>Jennifer’s gate opened. Katie’s too. The heat outside felt heavier than before, as if the yard itself had learned their names. Lilith stretched her arms like a woman walking into a favorite room. Jackie stepped onto the field from the hold line and rolled once through her shoulders, ribs sore, eyes locked on Jennifer.</w:t>
      </w:r>
    </w:p>
    <w:p>
      <w:r>
        <w:rPr>
          <w:rFonts w:ascii="IM Fell English" w:hAnsi="IM Fell English"/>
          <w:color w:val="141414"/>
          <w:sz w:val="24"/>
        </w:rPr>
        <w:t>Sekhmet raised the radio.</w:t>
      </w:r>
    </w:p>
    <w:p>
      <w:r>
        <w:rPr>
          <w:rFonts w:ascii="IM Fell English" w:hAnsi="IM Fell English"/>
          <w:color w:val="141414"/>
          <w:sz w:val="24"/>
        </w:rPr>
        <w:t>“Second cycle. Same pairs. Jackie on Jennifer. Lilith on Katie. No green areas. If the hunter drops, the hunter becomes available. Remain breathing. Do not become useless.”</w:t>
      </w:r>
    </w:p>
    <w:p>
      <w:r>
        <w:rPr>
          <w:rFonts w:ascii="IM Fell English" w:hAnsi="IM Fell English"/>
          <w:color w:val="141414"/>
          <w:sz w:val="24"/>
        </w:rPr>
        <w:t>Jennifer wiped her mouth with a dirty wrist.</w:t>
      </w:r>
    </w:p>
    <w:p>
      <w:r>
        <w:rPr>
          <w:rFonts w:ascii="IM Fell English" w:hAnsi="IM Fell English"/>
          <w:color w:val="141414"/>
          <w:sz w:val="24"/>
        </w:rPr>
        <w:t>“You heard her,” she told Jackie. “Come earn it again.”</w:t>
      </w:r>
    </w:p>
    <w:p>
      <w:r>
        <w:rPr>
          <w:rFonts w:ascii="IM Fell English" w:hAnsi="IM Fell English"/>
          <w:color w:val="141414"/>
          <w:sz w:val="24"/>
        </w:rPr>
        <w:t>Jackie’s stare was flat and hungry.</w:t>
      </w:r>
    </w:p>
    <w:p>
      <w:r>
        <w:rPr>
          <w:rFonts w:ascii="IM Fell English" w:hAnsi="IM Fell English"/>
          <w:color w:val="141414"/>
          <w:sz w:val="24"/>
        </w:rPr>
        <w:t>“I don’t need your coaching.”</w:t>
      </w:r>
    </w:p>
    <w:p>
      <w:r>
        <w:rPr>
          <w:rFonts w:ascii="IM Fell English" w:hAnsi="IM Fell English"/>
          <w:color w:val="141414"/>
          <w:sz w:val="24"/>
        </w:rPr>
        <w:t>“Yes you do,” Jennifer said. “You just hate that it’s true.”</w:t>
      </w:r>
    </w:p>
    <w:p>
      <w:r>
        <w:rPr>
          <w:rFonts w:ascii="IM Fell English" w:hAnsi="IM Fell English"/>
          <w:color w:val="141414"/>
          <w:sz w:val="24"/>
        </w:rPr>
        <w:t>The horn sounded.</w:t>
      </w:r>
    </w:p>
    <w:p>
      <w:r>
        <w:rPr>
          <w:rFonts w:ascii="IM Fell English" w:hAnsi="IM Fell English"/>
          <w:color w:val="141414"/>
          <w:sz w:val="24"/>
        </w:rPr>
        <w:t>Jennifer did not run the same line twice.</w:t>
      </w:r>
    </w:p>
    <w:p>
      <w:r>
        <w:rPr>
          <w:rFonts w:ascii="IM Fell English" w:hAnsi="IM Fell English"/>
          <w:color w:val="141414"/>
          <w:sz w:val="24"/>
        </w:rPr>
        <w:t>She cut for the vehicle shell first, then broke toward the trench as soon as she felt Jackie close the angle. Dust sprayed under bare feet. Somewhere to the right, Lilith and Katie met in a hard collision of bodies and went down exchanging immediate violence — baton, fists, strap, teeth. Katie got one clean reversal early and made Lilith bleed at the mouth for it. Lilith’s answering laugh was loud enough to carry.</w:t>
      </w:r>
    </w:p>
    <w:p>
      <w:r>
        <w:rPr>
          <w:rFonts w:ascii="IM Fell English" w:hAnsi="IM Fell English"/>
          <w:color w:val="141414"/>
          <w:sz w:val="24"/>
        </w:rPr>
        <w:t>Jackie caught Jennifer near the trench lip.</w:t>
      </w:r>
    </w:p>
    <w:p>
      <w:r>
        <w:rPr>
          <w:rFonts w:ascii="IM Fell English" w:hAnsi="IM Fell English"/>
          <w:color w:val="141414"/>
          <w:sz w:val="24"/>
        </w:rPr>
        <w:t>They hit the ground locked together and rolled once toward the drop. Jennifer tried to use the edge against her, almost shoved Jackie over, and got punched under the breast for the attempt. Jackie hauled her back by the collar ring, forced her onto her knees, and drove into her mouth before Jennifer could finish cursing. Jennifer choked, raked Jackie’s thighs, and still took it deep enough that spit ran down her chest in dirty strings.</w:t>
      </w:r>
    </w:p>
    <w:p>
      <w:r>
        <w:rPr>
          <w:rFonts w:ascii="IM Fell English" w:hAnsi="IM Fell English"/>
          <w:color w:val="141414"/>
          <w:sz w:val="24"/>
        </w:rPr>
        <w:t>Jackie pulled free, dragged her sideways, and put her on her back in the grit.</w:t>
      </w:r>
    </w:p>
    <w:p>
      <w:r>
        <w:rPr>
          <w:rFonts w:ascii="IM Fell English" w:hAnsi="IM Fell English"/>
          <w:color w:val="141414"/>
          <w:sz w:val="24"/>
        </w:rPr>
        <w:t>“You looked bored in that cage,” Jackie said.</w:t>
      </w:r>
    </w:p>
    <w:p>
      <w:r>
        <w:rPr>
          <w:rFonts w:ascii="IM Fell English" w:hAnsi="IM Fell English"/>
          <w:color w:val="141414"/>
          <w:sz w:val="24"/>
        </w:rPr>
        <w:t>Jennifer’s ruined grin flashed.</w:t>
      </w:r>
    </w:p>
    <w:p>
      <w:r>
        <w:rPr>
          <w:rFonts w:ascii="IM Fell English" w:hAnsi="IM Fell English"/>
          <w:color w:val="141414"/>
          <w:sz w:val="24"/>
        </w:rPr>
        <w:t>“I was. You’re late to every important thing in my life.”</w:t>
      </w:r>
    </w:p>
    <w:p>
      <w:r>
        <w:rPr>
          <w:rFonts w:ascii="IM Fell English" w:hAnsi="IM Fell English"/>
          <w:color w:val="141414"/>
          <w:sz w:val="24"/>
        </w:rPr>
        <w:t>Jackie shoved into her cunt hard enough to knock the grin apart. Jennifer’s back arched. Her hands shot up for Jackie’s throat, found the collar instead, and yanked. Jackie let her get that one defiance, then slammed Jennifer’s wrists down and fucked her in short vicious strokes while the field noise around them turned into one continuous pressure of heat, impact, and sex.</w:t>
      </w:r>
    </w:p>
    <w:p>
      <w:r>
        <w:rPr>
          <w:rFonts w:ascii="IM Fell English" w:hAnsi="IM Fell English"/>
          <w:color w:val="141414"/>
          <w:sz w:val="24"/>
        </w:rPr>
        <w:t>From the trench, Katie’s voice broke out once — not a scream for help, a sound closer to rage through pleasure — as Lilith pinned her and took her with deliberate public force. Sekhmet did not intervene. No one was above the dirt.</w:t>
      </w:r>
    </w:p>
    <w:p>
      <w:r>
        <w:rPr>
          <w:rFonts w:ascii="IM Fell English" w:hAnsi="IM Fell English"/>
          <w:color w:val="141414"/>
          <w:sz w:val="24"/>
        </w:rPr>
        <w:t>Jennifer got a knee up and almost made space. Jackie trapped it, turned her over, and mounted her from behind. The collar ring became a handle again. Every thrust dragged Jennifer forward in the dust. Every time she tried to rise into a crawl-escape, Jackie forced her chest back down and struck the side of her thigh.</w:t>
      </w:r>
    </w:p>
    <w:p>
      <w:r>
        <w:rPr>
          <w:rFonts w:ascii="IM Fell English" w:hAnsi="IM Fell English"/>
          <w:color w:val="141414"/>
          <w:sz w:val="24"/>
        </w:rPr>
        <w:t>“Stay in it,” Jackie ordered.</w:t>
      </w:r>
    </w:p>
    <w:p>
      <w:r>
        <w:rPr>
          <w:rFonts w:ascii="IM Fell English" w:hAnsi="IM Fell English"/>
          <w:color w:val="141414"/>
          <w:sz w:val="24"/>
        </w:rPr>
        <w:t>Jennifer spat dirt.</w:t>
      </w:r>
    </w:p>
    <w:p>
      <w:r>
        <w:rPr>
          <w:rFonts w:ascii="IM Fell English" w:hAnsi="IM Fell English"/>
          <w:color w:val="141414"/>
          <w:sz w:val="24"/>
        </w:rPr>
        <w:t>“Make me.”</w:t>
      </w:r>
    </w:p>
    <w:p>
      <w:r>
        <w:rPr>
          <w:rFonts w:ascii="IM Fell English" w:hAnsi="IM Fell English"/>
          <w:color w:val="141414"/>
          <w:sz w:val="24"/>
        </w:rPr>
        <w:t>Jackie did.</w:t>
      </w:r>
    </w:p>
    <w:p>
      <w:r>
        <w:rPr>
          <w:rFonts w:ascii="IM Fell English" w:hAnsi="IM Fell English"/>
          <w:color w:val="141414"/>
          <w:sz w:val="24"/>
        </w:rPr>
        <w:t>She fucked Jennifer until the fight in her arms changed quality — still present, no longer structured. Then she pulled out, stood, and forced Jennifer to crawl by the collar toward open ground, not because it was efficient, because it was married and ugly and true. Jennifer crawled, bleeding at the knee, laughing under her breath like hate and lust had become the same weather.</w:t>
      </w:r>
    </w:p>
    <w:p>
      <w:r>
        <w:rPr>
          <w:rFonts w:ascii="IM Fell English" w:hAnsi="IM Fell English"/>
          <w:color w:val="141414"/>
          <w:sz w:val="24"/>
        </w:rPr>
        <w:t>When Jackie finally put her back down, it was near enough to the south cages that Jennifer could see the bars waiting. Jackie took her ass there with less patience than the first cycle and more precision, one hand in her hair, the other counting the failures out of her body one impact at a time.</w:t>
      </w:r>
    </w:p>
    <w:p>
      <w:r>
        <w:rPr>
          <w:rFonts w:ascii="IM Fell English" w:hAnsi="IM Fell English"/>
          <w:color w:val="141414"/>
          <w:sz w:val="24"/>
        </w:rPr>
        <w:t>Jennifer broke into a shaking mess before she went silent enough to count as down.</w:t>
      </w:r>
    </w:p>
    <w:p>
      <w:r>
        <w:rPr>
          <w:rFonts w:ascii="IM Fell English" w:hAnsi="IM Fell English"/>
          <w:color w:val="141414"/>
          <w:sz w:val="24"/>
        </w:rPr>
        <w:t>Jackie held her there, checked her breathing, and only then looked up.</w:t>
      </w:r>
    </w:p>
    <w:p>
      <w:r>
        <w:rPr>
          <w:rFonts w:ascii="IM Fell English" w:hAnsi="IM Fell English"/>
          <w:color w:val="141414"/>
          <w:sz w:val="24"/>
        </w:rPr>
        <w:t>Sekhmet’s voice carried.</w:t>
      </w:r>
    </w:p>
    <w:p>
      <w:r>
        <w:rPr>
          <w:rFonts w:ascii="IM Fell English" w:hAnsi="IM Fell English"/>
          <w:color w:val="141414"/>
          <w:sz w:val="24"/>
        </w:rPr>
        <w:t>“Target two down by assigned hunter.”</w:t>
      </w:r>
    </w:p>
    <w:p>
      <w:r>
        <w:rPr>
          <w:rFonts w:ascii="IM Fell English" w:hAnsi="IM Fell English"/>
          <w:color w:val="141414"/>
          <w:sz w:val="24"/>
        </w:rPr>
        <w:t>A moment later:</w:t>
      </w:r>
    </w:p>
    <w:p>
      <w:r>
        <w:rPr>
          <w:rFonts w:ascii="IM Fell English" w:hAnsi="IM Fell English"/>
          <w:color w:val="141414"/>
          <w:sz w:val="24"/>
        </w:rPr>
        <w:t>“Target one down by Lilith.”</w:t>
      </w:r>
    </w:p>
    <w:p>
      <w:r>
        <w:rPr>
          <w:rFonts w:ascii="IM Fell English" w:hAnsi="IM Fell English"/>
          <w:color w:val="141414"/>
          <w:sz w:val="24"/>
        </w:rPr>
        <w:t>The horn clipped the cycle shut.</w:t>
      </w:r>
    </w:p>
    <w:p>
      <w:r>
        <w:rPr>
          <w:rFonts w:ascii="IM Fell English" w:hAnsi="IM Fell English"/>
          <w:color w:val="141414"/>
          <w:sz w:val="24"/>
        </w:rPr>
        <w:t>They dragged Jennifer to the same cage line and locked her in. Katie was put two units over, mouth redder than before, one eye tightening against swelling, Lilith lingering outside her bars long enough to crouch and murmur, “Still my favorite durable bitch.”</w:t>
      </w:r>
    </w:p>
    <w:p>
      <w:r>
        <w:rPr>
          <w:rFonts w:ascii="IM Fell English" w:hAnsi="IM Fell English"/>
          <w:color w:val="141414"/>
          <w:sz w:val="24"/>
        </w:rPr>
        <w:t>Katie’s answer was a bloody smile.</w:t>
      </w:r>
    </w:p>
    <w:p>
      <w:r>
        <w:rPr>
          <w:rFonts w:ascii="IM Fell English" w:hAnsi="IM Fell English"/>
          <w:color w:val="141414"/>
          <w:sz w:val="24"/>
        </w:rPr>
        <w:t>“Keep working for it.”</w:t>
      </w:r>
    </w:p>
    <w:p>
      <w:r>
        <w:rPr>
          <w:rFonts w:ascii="IM Fell English" w:hAnsi="IM Fell English"/>
          <w:color w:val="141414"/>
          <w:sz w:val="24"/>
        </w:rPr>
        <w:t>Jackie remained upright again.</w:t>
      </w:r>
    </w:p>
    <w:p>
      <w:r>
        <w:rPr>
          <w:rFonts w:ascii="IM Fell English" w:hAnsi="IM Fell English"/>
          <w:color w:val="141414"/>
          <w:sz w:val="24"/>
        </w:rPr>
        <w:t>Not untouched — her forearm was scored, her ribs ached deep, her thighs were wet and streaked with dust — but upright. Organized. Still on the hunter side.</w:t>
      </w:r>
    </w:p>
    <w:p>
      <w:r>
        <w:rPr>
          <w:rFonts w:ascii="IM Fell English" w:hAnsi="IM Fell English"/>
          <w:color w:val="141414"/>
          <w:sz w:val="24"/>
        </w:rPr>
        <w:t>Sekhmet stopped in front of her.</w:t>
      </w:r>
    </w:p>
    <w:p>
      <w:r>
        <w:rPr>
          <w:rFonts w:ascii="IM Fell English" w:hAnsi="IM Fell English"/>
          <w:color w:val="141414"/>
          <w:sz w:val="24"/>
        </w:rPr>
        <w:t>“You’re adapting.”</w:t>
      </w:r>
    </w:p>
    <w:p>
      <w:r>
        <w:rPr>
          <w:rFonts w:ascii="IM Fell English" w:hAnsi="IM Fell English"/>
          <w:color w:val="141414"/>
          <w:sz w:val="24"/>
        </w:rPr>
        <w:t>Jackie kept her eyes on Jennifer’s cage.</w:t>
      </w:r>
    </w:p>
    <w:p>
      <w:r>
        <w:rPr>
          <w:rFonts w:ascii="IM Fell English" w:hAnsi="IM Fell English"/>
          <w:color w:val="141414"/>
          <w:sz w:val="24"/>
        </w:rPr>
        <w:t>“She’s adapting faster.”</w:t>
      </w:r>
    </w:p>
    <w:p>
      <w:r>
        <w:rPr>
          <w:rFonts w:ascii="IM Fell English" w:hAnsi="IM Fell English"/>
          <w:color w:val="141414"/>
          <w:sz w:val="24"/>
        </w:rPr>
        <w:t>“Yes,” Sekhmet said. “That’s why the pair works.”</w:t>
      </w:r>
    </w:p>
    <w:p>
      <w:r>
        <w:rPr>
          <w:rFonts w:ascii="IM Fell English" w:hAnsi="IM Fell English"/>
          <w:color w:val="141414"/>
          <w:sz w:val="24"/>
        </w:rPr>
        <w:t>Jennifer dragged herself up against the bars, one side of her face marked with dirt in a dark print from the last pin. Her voice came out scraped raw.</w:t>
      </w:r>
    </w:p>
    <w:p>
      <w:r>
        <w:rPr>
          <w:rFonts w:ascii="IM Fell English" w:hAnsi="IM Fell English"/>
          <w:color w:val="141414"/>
          <w:sz w:val="24"/>
        </w:rPr>
        <w:t>“If you’re going to keep winning, wife, do it like you mean the vows.”</w:t>
      </w:r>
    </w:p>
    <w:p>
      <w:r>
        <w:rPr>
          <w:rFonts w:ascii="IM Fell English" w:hAnsi="IM Fell English"/>
          <w:color w:val="141414"/>
          <w:sz w:val="24"/>
        </w:rPr>
        <w:t>Jackie walked close enough that only the cage heat sat between them.</w:t>
      </w:r>
    </w:p>
    <w:p>
      <w:r>
        <w:rPr>
          <w:rFonts w:ascii="IM Fell English" w:hAnsi="IM Fell English"/>
          <w:color w:val="141414"/>
          <w:sz w:val="24"/>
        </w:rPr>
        <w:t>“I do mean them.”</w:t>
      </w:r>
    </w:p>
    <w:p>
      <w:r>
        <w:rPr>
          <w:rFonts w:ascii="IM Fell English" w:hAnsi="IM Fell English"/>
          <w:color w:val="141414"/>
          <w:sz w:val="24"/>
        </w:rPr>
        <w:t>Jennifer’s eyes flicked over her face, down to the blood on her arm, then back up.</w:t>
      </w:r>
    </w:p>
    <w:p>
      <w:r>
        <w:rPr>
          <w:rFonts w:ascii="IM Fell English" w:hAnsi="IM Fell English"/>
          <w:color w:val="141414"/>
          <w:sz w:val="24"/>
        </w:rPr>
        <w:t>“Good. Then next time stop leaving me enough breath to talk shit.”</w:t>
      </w:r>
    </w:p>
    <w:p>
      <w:r>
        <w:rPr>
          <w:rFonts w:ascii="IM Fell English" w:hAnsi="IM Fell English"/>
          <w:color w:val="141414"/>
          <w:sz w:val="24"/>
        </w:rPr>
        <w:t>Jackie almost smiled.</w:t>
      </w:r>
    </w:p>
    <w:p>
      <w:r>
        <w:rPr>
          <w:rFonts w:ascii="IM Fell English" w:hAnsi="IM Fell English"/>
          <w:color w:val="141414"/>
          <w:sz w:val="24"/>
        </w:rPr>
        <w:t>“No. I like that part.”</w:t>
      </w:r>
    </w:p>
    <w:p>
      <w:r>
        <w:rPr>
          <w:rFonts w:ascii="IM Fell English" w:hAnsi="IM Fell English"/>
          <w:color w:val="141414"/>
          <w:sz w:val="24"/>
        </w:rPr>
        <w:t>From the command edge, Katie watched both of them with open possession.</w:t>
      </w:r>
    </w:p>
    <w:p>
      <w:r>
        <w:rPr>
          <w:rFonts w:ascii="IM Fell English" w:hAnsi="IM Fell English"/>
          <w:color w:val="141414"/>
          <w:sz w:val="24"/>
        </w:rPr>
        <w:t>“Next cycle gets worse,” she said. “We may cross the pairs. We may strip hunter protection. We may make one of you drag the other in under count. Rest enough to stay useful.”</w:t>
      </w:r>
    </w:p>
    <w:p>
      <w:r>
        <w:rPr>
          <w:rFonts w:ascii="IM Fell English" w:hAnsi="IM Fell English"/>
          <w:color w:val="141414"/>
          <w:sz w:val="24"/>
        </w:rPr>
        <w:t>Jennifer let her forehead touch the bars, eyes still on Jackie.</w:t>
      </w:r>
    </w:p>
    <w:p>
      <w:r>
        <w:rPr>
          <w:rFonts w:ascii="IM Fell English" w:hAnsi="IM Fell English"/>
          <w:color w:val="141414"/>
          <w:sz w:val="24"/>
        </w:rPr>
        <w:t>“You heard the Goddess.”</w:t>
      </w:r>
    </w:p>
    <w:p>
      <w:r>
        <w:rPr>
          <w:rFonts w:ascii="IM Fell English" w:hAnsi="IM Fell English"/>
          <w:color w:val="141414"/>
          <w:sz w:val="24"/>
        </w:rPr>
        <w:t>Jackie stood in the heat and nodded once.</w:t>
      </w:r>
    </w:p>
    <w:p>
      <w:r>
        <w:rPr>
          <w:rFonts w:ascii="IM Fell English" w:hAnsi="IM Fell English"/>
          <w:color w:val="141414"/>
          <w:sz w:val="24"/>
        </w:rPr>
        <w:t>The second cycle was already written into their bodies.</w:t>
      </w:r>
    </w:p>
    <w:p>
      <w:r>
        <w:rPr>
          <w:rFonts w:ascii="IM Fell English" w:hAnsi="IM Fell English"/>
          <w:color w:val="141414"/>
          <w:sz w:val="24"/>
        </w:rPr>
        <w:t>And the field was nowhere near finished with the marriage.</w:t>
      </w:r>
    </w:p>
    <w:p>
      <w:pPr>
        <w:pStyle w:val="Heading1"/>
        <w:jc w:val="center"/>
      </w:pPr>
      <w:r>
        <w:rPr>
          <w:rFonts w:ascii="IM Fell English" w:hAnsi="IM Fell English"/>
          <w:color w:val="0D0D0D"/>
        </w:rPr>
        <w:t>CHAPTER 11 — FIELD LAW</w:t>
      </w:r>
    </w:p>
    <w:p>
      <w:r>
        <w:rPr>
          <w:rFonts w:ascii="IM Fell English" w:hAnsi="IM Fell English"/>
          <w:color w:val="141414"/>
          <w:sz w:val="24"/>
        </w:rPr>
        <w:t>They brought Jimmy onto the yard before the cages opened.</w:t>
      </w:r>
    </w:p>
    <w:p>
      <w:r>
        <w:rPr>
          <w:rFonts w:ascii="IM Fell English" w:hAnsi="IM Fell English"/>
          <w:color w:val="141414"/>
          <w:sz w:val="24"/>
        </w:rPr>
        <w:t>Not for a speech long enough to soften anyone. For a rule.</w:t>
      </w:r>
    </w:p>
    <w:p>
      <w:r>
        <w:rPr>
          <w:rFonts w:ascii="IM Fell English" w:hAnsi="IM Fell English"/>
          <w:color w:val="141414"/>
          <w:sz w:val="24"/>
        </w:rPr>
        <w:t>Jennifer stood inside the south bars, marked and stiff, watching. Katie sat two units over, upright, eyes already on Lilith. Jackie remained on the hold strip — collared, numbered, still on the hunter side — ribs sore from the last cycle, mouth faintly split, attention locked on her wife.</w:t>
      </w:r>
    </w:p>
    <w:p>
      <w:r>
        <w:rPr>
          <w:rFonts w:ascii="IM Fell English" w:hAnsi="IM Fell English"/>
          <w:color w:val="141414"/>
          <w:sz w:val="24"/>
        </w:rPr>
        <w:t>Sekhmet raised one hand and the yard noise dropped to heat and breathing.</w:t>
      </w:r>
    </w:p>
    <w:p>
      <w:r>
        <w:rPr>
          <w:rFonts w:ascii="IM Fell English" w:hAnsi="IM Fell English"/>
          <w:color w:val="141414"/>
          <w:sz w:val="24"/>
        </w:rPr>
        <w:t>Jimmy looked first at Jackie, then at Lilith, then at the rest of the field bodies along the fence line.</w:t>
      </w:r>
    </w:p>
    <w:p>
      <w:r>
        <w:rPr>
          <w:rFonts w:ascii="IM Fell English" w:hAnsi="IM Fell English"/>
          <w:color w:val="141414"/>
          <w:sz w:val="24"/>
        </w:rPr>
        <w:t>“Third cycle. Same pairs. Jackie on Jennifer. Lilith on Katie.”</w:t>
      </w:r>
    </w:p>
    <w:p>
      <w:r>
        <w:rPr>
          <w:rFonts w:ascii="IM Fell English" w:hAnsi="IM Fell English"/>
          <w:color w:val="141414"/>
          <w:sz w:val="24"/>
        </w:rPr>
        <w:t>He let that settle one full second.</w:t>
      </w:r>
    </w:p>
    <w:p>
      <w:r>
        <w:rPr>
          <w:rFonts w:ascii="IM Fell English" w:hAnsi="IM Fell English"/>
          <w:color w:val="141414"/>
          <w:sz w:val="24"/>
        </w:rPr>
        <w:t>“Those are not suggestions. Jennifer is Jackie’s target. If any hunter touches Jennifer for claim, use, or delay-theft, Jackie has my permission to break that hunter’s leg on the spot. The hunter then continues assigned work limping. No argument. No appeal.”</w:t>
      </w:r>
    </w:p>
    <w:p>
      <w:r>
        <w:rPr>
          <w:rFonts w:ascii="IM Fell English" w:hAnsi="IM Fell English"/>
          <w:color w:val="141414"/>
          <w:sz w:val="24"/>
        </w:rPr>
        <w:t>Lilith’s smile thinned.</w:t>
      </w:r>
    </w:p>
    <w:p>
      <w:r>
        <w:rPr>
          <w:rFonts w:ascii="IM Fell English" w:hAnsi="IM Fell English"/>
          <w:color w:val="141414"/>
          <w:sz w:val="24"/>
        </w:rPr>
        <w:t>Jackie did not smile at all.</w:t>
      </w:r>
    </w:p>
    <w:p>
      <w:r>
        <w:rPr>
          <w:rFonts w:ascii="IM Fell English" w:hAnsi="IM Fell English"/>
          <w:color w:val="141414"/>
          <w:sz w:val="24"/>
        </w:rPr>
        <w:t>Jimmy’s eyes stayed on Lilith.</w:t>
      </w:r>
    </w:p>
    <w:p>
      <w:r>
        <w:rPr>
          <w:rFonts w:ascii="IM Fell English" w:hAnsi="IM Fell English"/>
          <w:color w:val="141414"/>
          <w:sz w:val="24"/>
        </w:rPr>
        <w:t>“This is the message for the whole map: Jennifer belongs to Jackie’s hunt. Touch her, and you are at Jackie’s mercy — and the corporation will not save you from it.”</w:t>
      </w:r>
    </w:p>
    <w:p>
      <w:r>
        <w:rPr>
          <w:rFonts w:ascii="IM Fell English" w:hAnsi="IM Fell English"/>
          <w:color w:val="141414"/>
          <w:sz w:val="24"/>
        </w:rPr>
        <w:t>Sekhmet’s radio clicked once.</w:t>
      </w:r>
    </w:p>
    <w:p>
      <w:r>
        <w:rPr>
          <w:rFonts w:ascii="IM Fell English" w:hAnsi="IM Fell English"/>
          <w:color w:val="141414"/>
          <w:sz w:val="24"/>
        </w:rPr>
        <w:t>“Confirmed. Field law active.”</w:t>
      </w:r>
    </w:p>
    <w:p>
      <w:r>
        <w:rPr>
          <w:rFonts w:ascii="IM Fell English" w:hAnsi="IM Fell English"/>
          <w:color w:val="141414"/>
          <w:sz w:val="24"/>
        </w:rPr>
        <w:t>Jennifer’s swollen mouth pulled sideways behind the bars.</w:t>
      </w:r>
    </w:p>
    <w:p>
      <w:r>
        <w:rPr>
          <w:rFonts w:ascii="IM Fell English" w:hAnsi="IM Fell English"/>
          <w:color w:val="141414"/>
          <w:sz w:val="24"/>
        </w:rPr>
        <w:t>“Hear that, wife?”</w:t>
      </w:r>
    </w:p>
    <w:p>
      <w:r>
        <w:rPr>
          <w:rFonts w:ascii="IM Fell English" w:hAnsi="IM Fell English"/>
          <w:color w:val="141414"/>
          <w:sz w:val="24"/>
        </w:rPr>
        <w:t>Jackie stepped forward as Jennifer’s gate unlocked.</w:t>
      </w:r>
    </w:p>
    <w:p>
      <w:r>
        <w:rPr>
          <w:rFonts w:ascii="IM Fell English" w:hAnsi="IM Fell English"/>
          <w:color w:val="141414"/>
          <w:sz w:val="24"/>
        </w:rPr>
        <w:t>“I heard it.”</w:t>
      </w:r>
    </w:p>
    <w:p>
      <w:r>
        <w:rPr>
          <w:rFonts w:ascii="IM Fell English" w:hAnsi="IM Fell English"/>
          <w:color w:val="141414"/>
          <w:sz w:val="24"/>
        </w:rPr>
        <w:t>Katie’s voice carried, calm and pleased.</w:t>
      </w:r>
    </w:p>
    <w:p>
      <w:r>
        <w:rPr>
          <w:rFonts w:ascii="IM Fell English" w:hAnsi="IM Fell English"/>
          <w:color w:val="141414"/>
          <w:sz w:val="24"/>
        </w:rPr>
        <w:t>“Good. Keep your lines clean.”</w:t>
      </w:r>
    </w:p>
    <w:p>
      <w:r>
        <w:rPr>
          <w:rFonts w:ascii="IM Fell English" w:hAnsi="IM Fell English"/>
          <w:color w:val="141414"/>
          <w:sz w:val="24"/>
        </w:rPr>
        <w:t>The horn sounded.</w:t>
      </w:r>
    </w:p>
    <w:p>
      <w:r>
        <w:rPr>
          <w:rFonts w:ascii="IM Fell English" w:hAnsi="IM Fell English"/>
          <w:color w:val="141414"/>
          <w:sz w:val="24"/>
        </w:rPr>
        <w:t>Jennifer ran like she wanted the law tested.</w:t>
      </w:r>
    </w:p>
    <w:p>
      <w:r>
        <w:rPr>
          <w:rFonts w:ascii="IM Fell English" w:hAnsi="IM Fell English"/>
          <w:color w:val="141414"/>
          <w:sz w:val="24"/>
        </w:rPr>
        <w:t>She broke left hard, used the berm, then cut for the vehicle shell with enough speed to force Jackie into a real pursuit. Jackie tracked her low, breath tight against damaged ribs, and closed distance without calling for help. Behind them, Lilith launched at Katie in a separate violent line toward the trench. For the first stretch, the pairs held clean.</w:t>
      </w:r>
    </w:p>
    <w:p>
      <w:r>
        <w:rPr>
          <w:rFonts w:ascii="IM Fell English" w:hAnsi="IM Fell English"/>
          <w:color w:val="141414"/>
          <w:sz w:val="24"/>
        </w:rPr>
        <w:t>Jackie hit Jennifer at the shell wall and took her down in a rough lateral crash. Jennifer drove an elbow into Jackie’s sore side and almost made space. Jackie took it, hooked the collar ring, and hauled her back under control.</w:t>
      </w:r>
    </w:p>
    <w:p>
      <w:r>
        <w:rPr>
          <w:rFonts w:ascii="IM Fell English" w:hAnsi="IM Fell English"/>
          <w:color w:val="141414"/>
          <w:sz w:val="24"/>
        </w:rPr>
        <w:t>“You’re mine to catch,” Jackie said against her ear.</w:t>
      </w:r>
    </w:p>
    <w:p>
      <w:r>
        <w:rPr>
          <w:rFonts w:ascii="IM Fell English" w:hAnsi="IM Fell English"/>
          <w:color w:val="141414"/>
          <w:sz w:val="24"/>
        </w:rPr>
        <w:t>Jennifer laughed into dust.</w:t>
      </w:r>
    </w:p>
    <w:p>
      <w:r>
        <w:rPr>
          <w:rFonts w:ascii="IM Fell English" w:hAnsi="IM Fell English"/>
          <w:color w:val="141414"/>
          <w:sz w:val="24"/>
        </w:rPr>
        <w:t>“Then catch harder.”</w:t>
      </w:r>
    </w:p>
    <w:p>
      <w:r>
        <w:rPr>
          <w:rFonts w:ascii="IM Fell English" w:hAnsi="IM Fell English"/>
          <w:color w:val="141414"/>
          <w:sz w:val="24"/>
        </w:rPr>
        <w:t>Jackie forced her thighs open and shoved into her cunt in one deep thrust, pinning her by collar and weight. Jennifer clawed, cursed, pushed back into the stroke anyway, and made the take a fight instead of a surrender. Jackie fucked her against the wall in short punishing counts, every time Jennifer tried to knee free earning a harder drive and a fist to the thigh.</w:t>
      </w:r>
    </w:p>
    <w:p>
      <w:r>
        <w:rPr>
          <w:rFonts w:ascii="IM Fell English" w:hAnsi="IM Fell English"/>
          <w:color w:val="141414"/>
          <w:sz w:val="24"/>
        </w:rPr>
        <w:t>Across the yard, Lilith had Katie on the trench lip and was working her with baton and body, cleanly on-target. Katie answered with a short reversal and made Lilith bleed at the mouth before losing top position again. That line was legal. That line was theirs.</w:t>
      </w:r>
    </w:p>
    <w:p>
      <w:r>
        <w:rPr>
          <w:rFonts w:ascii="IM Fell English" w:hAnsi="IM Fell English"/>
          <w:color w:val="141414"/>
          <w:sz w:val="24"/>
        </w:rPr>
        <w:t>The break came when Jennifer kicked off Jackie’s hip and made three full yards of open ground.</w:t>
      </w:r>
    </w:p>
    <w:p>
      <w:r>
        <w:rPr>
          <w:rFonts w:ascii="IM Fell English" w:hAnsi="IM Fell English"/>
          <w:color w:val="141414"/>
          <w:sz w:val="24"/>
        </w:rPr>
        <w:t>Jackie recovered half a second late.</w:t>
      </w:r>
    </w:p>
    <w:p>
      <w:r>
        <w:rPr>
          <w:rFonts w:ascii="IM Fell English" w:hAnsi="IM Fell English"/>
          <w:color w:val="141414"/>
          <w:sz w:val="24"/>
        </w:rPr>
        <w:t>Lilith saw the gap — and crossed it.</w:t>
      </w:r>
    </w:p>
    <w:p>
      <w:r>
        <w:rPr>
          <w:rFonts w:ascii="IM Fell English" w:hAnsi="IM Fell English"/>
          <w:color w:val="141414"/>
          <w:sz w:val="24"/>
        </w:rPr>
        <w:t>Not toward Katie.</w:t>
      </w:r>
      <w:r>
        <w:rPr>
          <w:rFonts w:ascii="IM Fell English" w:hAnsi="IM Fell English"/>
          <w:color w:val="141414"/>
          <w:sz w:val="24"/>
        </w:rPr>
      </w:r>
      <w:r>
        <w:rPr>
          <w:rFonts w:ascii="IM Fell English" w:hAnsi="IM Fell English"/>
          <w:color w:val="141414"/>
          <w:sz w:val="24"/>
        </w:rPr>
        <w:t>Toward Jennifer.</w:t>
      </w:r>
    </w:p>
    <w:p>
      <w:r>
        <w:rPr>
          <w:rFonts w:ascii="IM Fell English" w:hAnsi="IM Fell English"/>
          <w:color w:val="141414"/>
          <w:sz w:val="24"/>
        </w:rPr>
        <w:t>She grabbed Jennifer by the harness from the blind side, spun her, and shoved her toward the berm like the assigned hunt was optional. Jennifer snarled and swung at her. Lilith still had hands on Jackie’s target.</w:t>
      </w:r>
    </w:p>
    <w:p>
      <w:r>
        <w:rPr>
          <w:rFonts w:ascii="IM Fell English" w:hAnsi="IM Fell English"/>
          <w:color w:val="141414"/>
          <w:sz w:val="24"/>
        </w:rPr>
        <w:t>Jackie saw it and went cold.</w:t>
      </w:r>
    </w:p>
    <w:p>
      <w:r>
        <w:rPr>
          <w:rFonts w:ascii="IM Fell English" w:hAnsi="IM Fell English"/>
          <w:color w:val="141414"/>
          <w:sz w:val="24"/>
        </w:rPr>
        <w:t>She left the near angle, crossed the dirt at a dead run, and hit Lilith with her full weight. They slammed into the berm hard enough to knock dust up in a sheet. Lilith tried to turn the collision into a clinch. Jackie did not clinch for sport. She drove Lilith flat, trapped the right leg, and brought her boot down across the lower shin with deliberate, authorized force.</w:t>
      </w:r>
    </w:p>
    <w:p>
      <w:r>
        <w:rPr>
          <w:rFonts w:ascii="IM Fell English" w:hAnsi="IM Fell English"/>
          <w:color w:val="141414"/>
          <w:sz w:val="24"/>
        </w:rPr>
        <w:t>The crack was ugly and public.</w:t>
      </w:r>
    </w:p>
    <w:p>
      <w:r>
        <w:rPr>
          <w:rFonts w:ascii="IM Fell English" w:hAnsi="IM Fell English"/>
          <w:color w:val="141414"/>
          <w:sz w:val="24"/>
        </w:rPr>
        <w:t>Lilith’s sound tore out of her on impact. Jackie did not make a speech over it. She leaned down once, close enough for only Lilith and the nearest field bodies to hear.</w:t>
      </w:r>
    </w:p>
    <w:p>
      <w:r>
        <w:rPr>
          <w:rFonts w:ascii="IM Fell English" w:hAnsi="IM Fell English"/>
          <w:color w:val="141414"/>
          <w:sz w:val="24"/>
        </w:rPr>
        <w:t>“She’s mine.”</w:t>
      </w:r>
    </w:p>
    <w:p>
      <w:r>
        <w:rPr>
          <w:rFonts w:ascii="IM Fell English" w:hAnsi="IM Fell English"/>
          <w:color w:val="141414"/>
          <w:sz w:val="24"/>
        </w:rPr>
        <w:t>Then Jackie was already moving back to Jennifer.</w:t>
      </w:r>
    </w:p>
    <w:p>
      <w:r>
        <w:rPr>
          <w:rFonts w:ascii="IM Fell English" w:hAnsi="IM Fell English"/>
          <w:color w:val="141414"/>
          <w:sz w:val="24"/>
        </w:rPr>
        <w:t>Lilith stayed in the dirt long enough for the yard to understand the law had teeth. When she forced herself up, her right leg would not take clean weight. She limped hard, face white with rage and pain, and still turned toward Katie because the pair assignment had not changed. Katie, watching from a temporary hold against the trench wall, bared a bloody grin.</w:t>
      </w:r>
    </w:p>
    <w:p>
      <w:r>
        <w:rPr>
          <w:rFonts w:ascii="IM Fell English" w:hAnsi="IM Fell English"/>
          <w:color w:val="141414"/>
          <w:sz w:val="24"/>
        </w:rPr>
        <w:t>“Looks like the corporation meant it.”</w:t>
      </w:r>
    </w:p>
    <w:p>
      <w:r>
        <w:rPr>
          <w:rFonts w:ascii="IM Fell English" w:hAnsi="IM Fell English"/>
          <w:color w:val="141414"/>
          <w:sz w:val="24"/>
        </w:rPr>
        <w:t>Lilith spat and limped after her anyway.</w:t>
      </w:r>
    </w:p>
    <w:p>
      <w:r>
        <w:rPr>
          <w:rFonts w:ascii="IM Fell English" w:hAnsi="IM Fell English"/>
          <w:color w:val="141414"/>
          <w:sz w:val="24"/>
        </w:rPr>
        <w:t>Jackie reclaimed Jennifer without softness.</w:t>
      </w:r>
    </w:p>
    <w:p>
      <w:r>
        <w:rPr>
          <w:rFonts w:ascii="IM Fell English" w:hAnsi="IM Fell English"/>
          <w:color w:val="141414"/>
          <w:sz w:val="24"/>
        </w:rPr>
        <w:t>She caught her at the berm, dragged her down by the collar ring, and put her on her back in the same dirt Lilith had just left. Jennifer was breathing fast, eyes bright, furious and turned on in equal measure.</w:t>
      </w:r>
    </w:p>
    <w:p>
      <w:r>
        <w:rPr>
          <w:rFonts w:ascii="IM Fell English" w:hAnsi="IM Fell English"/>
          <w:color w:val="141414"/>
          <w:sz w:val="24"/>
        </w:rPr>
        <w:t>“You actually did it.”</w:t>
      </w:r>
    </w:p>
    <w:p>
      <w:r>
        <w:rPr>
          <w:rFonts w:ascii="IM Fell English" w:hAnsi="IM Fell English"/>
          <w:color w:val="141414"/>
          <w:sz w:val="24"/>
        </w:rPr>
        <w:t>Jackie shoved into her hard enough to knock the rest of the sentence apart.</w:t>
      </w:r>
    </w:p>
    <w:p>
      <w:r>
        <w:rPr>
          <w:rFonts w:ascii="IM Fell English" w:hAnsi="IM Fell English"/>
          <w:color w:val="141414"/>
          <w:sz w:val="24"/>
        </w:rPr>
        <w:t>“She touched you.”</w:t>
      </w:r>
    </w:p>
    <w:p>
      <w:r>
        <w:rPr>
          <w:rFonts w:ascii="IM Fell English" w:hAnsi="IM Fell English"/>
          <w:color w:val="141414"/>
          <w:sz w:val="24"/>
        </w:rPr>
        <w:t>Jennifer’s legs locked around her, not gentle, not grateful — matched.</w:t>
      </w:r>
    </w:p>
    <w:p>
      <w:r>
        <w:rPr>
          <w:rFonts w:ascii="IM Fell English" w:hAnsi="IM Fell English"/>
          <w:color w:val="141414"/>
          <w:sz w:val="24"/>
        </w:rPr>
        <w:t>“Good. Now finish your own hunt.”</w:t>
      </w:r>
    </w:p>
    <w:p>
      <w:r>
        <w:rPr>
          <w:rFonts w:ascii="IM Fell English" w:hAnsi="IM Fell English"/>
          <w:color w:val="141414"/>
          <w:sz w:val="24"/>
        </w:rPr>
        <w:t>Jackie did.</w:t>
      </w:r>
    </w:p>
    <w:p>
      <w:r>
        <w:rPr>
          <w:rFonts w:ascii="IM Fell English" w:hAnsi="IM Fell English"/>
          <w:color w:val="141414"/>
          <w:sz w:val="24"/>
        </w:rPr>
        <w:t>She fucked Jennifer in the open where the field could see the ownership restored, one hand locked in her hair, the other braced on her chest. Every time a field body drifted too close, Jackie’s head snapped up with the same cold promise she had used on Lilith. No one else put hands on Jennifer for claim. They watched. They held perimeter. They did not steal the take.</w:t>
      </w:r>
    </w:p>
    <w:p>
      <w:r>
        <w:rPr>
          <w:rFonts w:ascii="IM Fell English" w:hAnsi="IM Fell English"/>
          <w:color w:val="141414"/>
          <w:sz w:val="24"/>
        </w:rPr>
        <w:t>Jennifer fought under her in bursts, got a hand to Jackie’s throat once, and lost it when Jackie struck her thigh and drove deeper. Spit and blood marked both their mouths. The collar ring left a red crescent under Jackie’s grip. Jennifer came once from the violence and cursed through it, then kept her eyes open on Jackie’s face like witness was part of the claim.</w:t>
      </w:r>
    </w:p>
    <w:p>
      <w:r>
        <w:rPr>
          <w:rFonts w:ascii="IM Fell English" w:hAnsi="IM Fell English"/>
          <w:color w:val="141414"/>
          <w:sz w:val="24"/>
        </w:rPr>
        <w:t>“Mine,” Jackie said again, louder this time.</w:t>
      </w:r>
    </w:p>
    <w:p>
      <w:r>
        <w:rPr>
          <w:rFonts w:ascii="IM Fell English" w:hAnsi="IM Fell English"/>
          <w:color w:val="141414"/>
          <w:sz w:val="24"/>
        </w:rPr>
        <w:t>Jennifer scraped out, “Yours to catch. Yours to answer for.”</w:t>
      </w:r>
    </w:p>
    <w:p>
      <w:r>
        <w:rPr>
          <w:rFonts w:ascii="IM Fell English" w:hAnsi="IM Fell English"/>
          <w:color w:val="141414"/>
          <w:sz w:val="24"/>
        </w:rPr>
        <w:t>Near the trench, the second hunt continued at a limp. Lilith still took Katie down, still used strap and fist, still earned every inch the hard way — but the speed was gone. Katie made her pay for the reduced mobility with sharper counters and one near-escape that forced Lilith to drag herself into a brutal short-range clinch. The message held in both lines at once:</w:t>
      </w:r>
    </w:p>
    <w:p>
      <w:r>
        <w:rPr>
          <w:rFonts w:ascii="IM Fell English" w:hAnsi="IM Fell English"/>
          <w:color w:val="141414"/>
          <w:sz w:val="24"/>
        </w:rPr>
        <w:t>Jennifer was Jackie’s.</w:t>
      </w:r>
      <w:r>
        <w:rPr>
          <w:rFonts w:ascii="IM Fell English" w:hAnsi="IM Fell English"/>
          <w:color w:val="141414"/>
          <w:sz w:val="24"/>
        </w:rPr>
      </w:r>
      <w:r>
        <w:rPr>
          <w:rFonts w:ascii="IM Fell English" w:hAnsi="IM Fell English"/>
          <w:color w:val="141414"/>
          <w:sz w:val="24"/>
        </w:rPr>
        <w:t>Interference had a permanent price for the cycle.</w:t>
      </w:r>
      <w:r>
        <w:rPr>
          <w:rFonts w:ascii="IM Fell English" w:hAnsi="IM Fell English"/>
          <w:color w:val="141414"/>
          <w:sz w:val="24"/>
        </w:rPr>
      </w:r>
      <w:r>
        <w:rPr>
          <w:rFonts w:ascii="IM Fell English" w:hAnsi="IM Fell English"/>
          <w:color w:val="141414"/>
          <w:sz w:val="24"/>
        </w:rPr>
        <w:t>Lilith’s war with Katie continued under that price.</w:t>
      </w:r>
    </w:p>
    <w:p>
      <w:r>
        <w:rPr>
          <w:rFonts w:ascii="IM Fell English" w:hAnsi="IM Fell English"/>
          <w:color w:val="141414"/>
          <w:sz w:val="24"/>
        </w:rPr>
        <w:t>Jackie hauled Jennifer up and forced her into a collar-controlled crawl toward the shell, mounting her twice more on the way — cunt, then ass — each time making Jennifer hold posture under count. When Jennifer’s arms started failing, Jackie pulled her back into place by the ring and kept the hunt active until there was no honest run left in her.</w:t>
      </w:r>
    </w:p>
    <w:p>
      <w:r>
        <w:rPr>
          <w:rFonts w:ascii="IM Fell English" w:hAnsi="IM Fell English"/>
          <w:color w:val="141414"/>
          <w:sz w:val="24"/>
        </w:rPr>
        <w:t>Jennifer finally went down after one last failed break, breath still there, body done.</w:t>
      </w:r>
    </w:p>
    <w:p>
      <w:r>
        <w:rPr>
          <w:rFonts w:ascii="IM Fell English" w:hAnsi="IM Fell English"/>
          <w:color w:val="141414"/>
          <w:sz w:val="24"/>
        </w:rPr>
        <w:t>Jackie checked her pulse at the throat, then looked up.</w:t>
      </w:r>
    </w:p>
    <w:p>
      <w:r>
        <w:rPr>
          <w:rFonts w:ascii="IM Fell English" w:hAnsi="IM Fell English"/>
          <w:color w:val="141414"/>
          <w:sz w:val="24"/>
        </w:rPr>
        <w:t>Sekhmet’s radio voice cut the yard.</w:t>
      </w:r>
    </w:p>
    <w:p>
      <w:r>
        <w:rPr>
          <w:rFonts w:ascii="IM Fell English" w:hAnsi="IM Fell English"/>
          <w:color w:val="141414"/>
          <w:sz w:val="24"/>
        </w:rPr>
        <w:t>“Target two down by assigned hunter. Interference penalty completed. Target one still under Lilith — hold for finish.”</w:t>
      </w:r>
    </w:p>
    <w:p>
      <w:r>
        <w:rPr>
          <w:rFonts w:ascii="IM Fell English" w:hAnsi="IM Fell English"/>
          <w:color w:val="141414"/>
          <w:sz w:val="24"/>
        </w:rPr>
        <w:t>A minute later, with Lilith limping and furious over a thoroughly marked Katie:</w:t>
      </w:r>
    </w:p>
    <w:p>
      <w:r>
        <w:rPr>
          <w:rFonts w:ascii="IM Fell English" w:hAnsi="IM Fell English"/>
          <w:color w:val="141414"/>
          <w:sz w:val="24"/>
        </w:rPr>
        <w:t>“Target one down by assigned hunter.”</w:t>
      </w:r>
    </w:p>
    <w:p>
      <w:r>
        <w:rPr>
          <w:rFonts w:ascii="IM Fell English" w:hAnsi="IM Fell English"/>
          <w:color w:val="141414"/>
          <w:sz w:val="24"/>
        </w:rPr>
        <w:t>The horn closed the cycle.</w:t>
      </w:r>
    </w:p>
    <w:p>
      <w:r>
        <w:rPr>
          <w:rFonts w:ascii="IM Fell English" w:hAnsi="IM Fell English"/>
          <w:color w:val="141414"/>
          <w:sz w:val="24"/>
        </w:rPr>
        <w:t>They locked Jennifer into the south cage dirty and shaking, eyes open, mouth wrecked into something like a smile. Katie was put two units over. Lilith remained outside the bars long enough for Sekhmet to note the leg, then was ordered to medical wrap only — no full relief, no erased consequence. She would limp into the next cycle if she stayed on the field.</w:t>
      </w:r>
    </w:p>
    <w:p>
      <w:r>
        <w:rPr>
          <w:rFonts w:ascii="IM Fell English" w:hAnsi="IM Fell English"/>
          <w:color w:val="141414"/>
          <w:sz w:val="24"/>
        </w:rPr>
        <w:t>Jackie remained upright.</w:t>
      </w:r>
    </w:p>
    <w:p>
      <w:r>
        <w:rPr>
          <w:rFonts w:ascii="IM Fell English" w:hAnsi="IM Fell English"/>
          <w:color w:val="141414"/>
          <w:sz w:val="24"/>
        </w:rPr>
        <w:t>Jimmy walked the edge of the cage line once and stopped where every hunter could see him.</w:t>
      </w:r>
    </w:p>
    <w:p>
      <w:r>
        <w:rPr>
          <w:rFonts w:ascii="IM Fell English" w:hAnsi="IM Fell English"/>
          <w:color w:val="141414"/>
          <w:sz w:val="24"/>
        </w:rPr>
        <w:t>“Field law stands. Jennifer remains Jackie’s target. Anyone else who touches her for claim gets the same answer, or worse.”</w:t>
      </w:r>
    </w:p>
    <w:p>
      <w:r>
        <w:rPr>
          <w:rFonts w:ascii="IM Fell English" w:hAnsi="IM Fell English"/>
          <w:color w:val="141414"/>
          <w:sz w:val="24"/>
        </w:rPr>
        <w:t>No one argued.</w:t>
      </w:r>
    </w:p>
    <w:p>
      <w:r>
        <w:rPr>
          <w:rFonts w:ascii="IM Fell English" w:hAnsi="IM Fell English"/>
          <w:color w:val="141414"/>
          <w:sz w:val="24"/>
        </w:rPr>
        <w:t>Jennifer dragged herself up against the bars and looked at Jackie through the heat.</w:t>
      </w:r>
    </w:p>
    <w:p>
      <w:r>
        <w:rPr>
          <w:rFonts w:ascii="IM Fell English" w:hAnsi="IM Fell English"/>
          <w:color w:val="141414"/>
          <w:sz w:val="24"/>
        </w:rPr>
        <w:t>“You broke her leg for me.”</w:t>
      </w:r>
    </w:p>
    <w:p>
      <w:r>
        <w:rPr>
          <w:rFonts w:ascii="IM Fell English" w:hAnsi="IM Fell English"/>
          <w:color w:val="141414"/>
          <w:sz w:val="24"/>
        </w:rPr>
        <w:t>Jackie stood close enough for the metal to throw warmth at both of them.</w:t>
      </w:r>
    </w:p>
    <w:p>
      <w:r>
        <w:rPr>
          <w:rFonts w:ascii="IM Fell English" w:hAnsi="IM Fell English"/>
          <w:color w:val="141414"/>
          <w:sz w:val="24"/>
        </w:rPr>
        <w:t>“I broke it because she broke the line.”</w:t>
      </w:r>
    </w:p>
    <w:p>
      <w:r>
        <w:rPr>
          <w:rFonts w:ascii="IM Fell English" w:hAnsi="IM Fell English"/>
          <w:color w:val="141414"/>
          <w:sz w:val="24"/>
        </w:rPr>
        <w:t>Jennifer’s eyes flicked over her face, down to the blood on her harness, then back up.</w:t>
      </w:r>
    </w:p>
    <w:p>
      <w:r>
        <w:rPr>
          <w:rFonts w:ascii="IM Fell English" w:hAnsi="IM Fell English"/>
          <w:color w:val="141414"/>
          <w:sz w:val="24"/>
        </w:rPr>
        <w:t>“Still counts as romantic in this marriage.”</w:t>
      </w:r>
    </w:p>
    <w:p>
      <w:r>
        <w:rPr>
          <w:rFonts w:ascii="IM Fell English" w:hAnsi="IM Fell English"/>
          <w:color w:val="141414"/>
          <w:sz w:val="24"/>
        </w:rPr>
        <w:t>Jackie almost smiled.</w:t>
      </w:r>
    </w:p>
    <w:p>
      <w:r>
        <w:rPr>
          <w:rFonts w:ascii="IM Fell English" w:hAnsi="IM Fell English"/>
          <w:color w:val="141414"/>
          <w:sz w:val="24"/>
        </w:rPr>
        <w:t>“Next cycle, stay harder to catch. I want the claim clean.”</w:t>
      </w:r>
    </w:p>
    <w:p>
      <w:r>
        <w:rPr>
          <w:rFonts w:ascii="IM Fell English" w:hAnsi="IM Fell English"/>
          <w:color w:val="141414"/>
          <w:sz w:val="24"/>
        </w:rPr>
        <w:t>Jennifer rested her brow to the bars.</w:t>
      </w:r>
    </w:p>
    <w:p>
      <w:r>
        <w:rPr>
          <w:rFonts w:ascii="IM Fell English" w:hAnsi="IM Fell English"/>
          <w:color w:val="141414"/>
          <w:sz w:val="24"/>
        </w:rPr>
        <w:t>“Then come get me clean. No shared hands. No borrowed hunters. You.”</w:t>
      </w:r>
    </w:p>
    <w:p>
      <w:r>
        <w:rPr>
          <w:rFonts w:ascii="IM Fell English" w:hAnsi="IM Fell English"/>
          <w:color w:val="141414"/>
          <w:sz w:val="24"/>
        </w:rPr>
        <w:t>From the next cage, Katie’s voice carried, rough and satisfied.</w:t>
      </w:r>
    </w:p>
    <w:p>
      <w:r>
        <w:rPr>
          <w:rFonts w:ascii="IM Fell English" w:hAnsi="IM Fell English"/>
          <w:color w:val="141414"/>
          <w:sz w:val="24"/>
        </w:rPr>
        <w:t>“Third cycle confirmed the ownership map. Jackie hunts Jennifer. Lilith hunts me. The corporation backs the line.”</w:t>
      </w:r>
    </w:p>
    <w:p>
      <w:r>
        <w:rPr>
          <w:rFonts w:ascii="IM Fell English" w:hAnsi="IM Fell English"/>
          <w:color w:val="141414"/>
          <w:sz w:val="24"/>
        </w:rPr>
        <w:t>Lilith, upright on one strong leg and one ruined one, said nothing. The limp said it for her.</w:t>
      </w:r>
    </w:p>
    <w:p>
      <w:r>
        <w:rPr>
          <w:rFonts w:ascii="IM Fell English" w:hAnsi="IM Fell English"/>
          <w:color w:val="141414"/>
          <w:sz w:val="24"/>
        </w:rPr>
        <w:t>Under Nevada heat, the rule was no longer only spoken.</w:t>
      </w:r>
    </w:p>
    <w:p>
      <w:r>
        <w:rPr>
          <w:rFonts w:ascii="IM Fell English" w:hAnsi="IM Fell English"/>
          <w:color w:val="141414"/>
          <w:sz w:val="24"/>
        </w:rPr>
        <w:t>It had been enforced in bone.</w:t>
      </w:r>
    </w:p>
    <w:p>
      <w:r>
        <w:rPr>
          <w:rFonts w:ascii="IM Fell English" w:hAnsi="IM Fell English"/>
          <w:color w:val="141414"/>
          <w:sz w:val="24"/>
        </w:rPr>
        <w:t>Jackie was still the hunter.</w:t>
      </w:r>
      <w:r>
        <w:rPr>
          <w:rFonts w:ascii="IM Fell English" w:hAnsi="IM Fell English"/>
          <w:color w:val="141414"/>
          <w:sz w:val="24"/>
        </w:rPr>
      </w:r>
      <w:r>
        <w:rPr>
          <w:rFonts w:ascii="IM Fell English" w:hAnsi="IM Fell English"/>
          <w:color w:val="141414"/>
          <w:sz w:val="24"/>
        </w:rPr>
        <w:t>Jennifer was still the target.</w:t>
      </w:r>
      <w:r>
        <w:rPr>
          <w:rFonts w:ascii="IM Fell English" w:hAnsi="IM Fell English"/>
          <w:color w:val="141414"/>
          <w:sz w:val="24"/>
        </w:rPr>
      </w:r>
      <w:r>
        <w:rPr>
          <w:rFonts w:ascii="IM Fell English" w:hAnsi="IM Fell English"/>
          <w:color w:val="141414"/>
          <w:sz w:val="24"/>
        </w:rPr>
        <w:t>And the whole field now knew what mercy looked like if anyone else touched Jackie’s wife.</w:t>
      </w:r>
    </w:p>
    <w:p>
      <w:pPr>
        <w:pStyle w:val="Heading1"/>
        <w:jc w:val="center"/>
      </w:pPr>
      <w:r>
        <w:rPr>
          <w:rFonts w:ascii="IM Fell English" w:hAnsi="IM Fell English"/>
          <w:color w:val="0D0D0D"/>
        </w:rPr>
        <w:t>CHAPTER 12 — LIMP AND CLAIM</w:t>
      </w:r>
    </w:p>
    <w:p>
      <w:r>
        <w:rPr>
          <w:rFonts w:ascii="IM Fell English" w:hAnsi="IM Fell English"/>
          <w:color w:val="141414"/>
          <w:sz w:val="24"/>
        </w:rPr>
        <w:t>Lilith came back onto the yard with her right leg wrapped hard and useless for speed.</w:t>
      </w:r>
    </w:p>
    <w:p>
      <w:r>
        <w:rPr>
          <w:rFonts w:ascii="IM Fell English" w:hAnsi="IM Fell English"/>
          <w:color w:val="141414"/>
          <w:sz w:val="24"/>
        </w:rPr>
        <w:t>No full medical erase. No clean reset. The corporation left the consequence visible on purpose. Every hunter on the fence line saw it. Every target saw it. Jennifer saw it from the south cage and let out a low ruined laugh against the bars.</w:t>
      </w:r>
    </w:p>
    <w:p>
      <w:r>
        <w:rPr>
          <w:rFonts w:ascii="IM Fell English" w:hAnsi="IM Fell English"/>
          <w:color w:val="141414"/>
          <w:sz w:val="24"/>
        </w:rPr>
        <w:t>“She still walks like she owns the place.”</w:t>
      </w:r>
    </w:p>
    <w:p>
      <w:r>
        <w:rPr>
          <w:rFonts w:ascii="IM Fell English" w:hAnsi="IM Fell English"/>
          <w:color w:val="141414"/>
          <w:sz w:val="24"/>
        </w:rPr>
        <w:t>Jackie stood on the hold strip, collared and numbered, eyes on her wife.</w:t>
      </w:r>
    </w:p>
    <w:p>
      <w:r>
        <w:rPr>
          <w:rFonts w:ascii="IM Fell English" w:hAnsi="IM Fell English"/>
          <w:color w:val="141414"/>
          <w:sz w:val="24"/>
        </w:rPr>
        <w:t>“She walks like she remembers the law.”</w:t>
      </w:r>
    </w:p>
    <w:p>
      <w:r>
        <w:rPr>
          <w:rFonts w:ascii="IM Fell English" w:hAnsi="IM Fell English"/>
          <w:color w:val="141414"/>
          <w:sz w:val="24"/>
        </w:rPr>
        <w:t>Sekhmet unlocked Jennifer first, then Katie. The heat was already heavy. Dust clung to old sweat and dried blood on all of them. Jimmy did not reappear for a second speech. He didn’t need to. The broken-leg rule was still live.</w:t>
      </w:r>
    </w:p>
    <w:p>
      <w:r>
        <w:rPr>
          <w:rFonts w:ascii="IM Fell English" w:hAnsi="IM Fell English"/>
          <w:color w:val="141414"/>
          <w:sz w:val="24"/>
        </w:rPr>
        <w:t>Sekhmet raised the radio.</w:t>
      </w:r>
    </w:p>
    <w:p>
      <w:r>
        <w:rPr>
          <w:rFonts w:ascii="IM Fell English" w:hAnsi="IM Fell English"/>
          <w:color w:val="141414"/>
          <w:sz w:val="24"/>
        </w:rPr>
        <w:t>“Fourth cycle. Same pairs. Jackie on Jennifer. Lilith on Katie. Field law unchanged. Touch Jackie’s target for claim, pay in bone. Remain breathing. Do not become useless.”</w:t>
      </w:r>
    </w:p>
    <w:p>
      <w:r>
        <w:rPr>
          <w:rFonts w:ascii="IM Fell English" w:hAnsi="IM Fell English"/>
          <w:color w:val="141414"/>
          <w:sz w:val="24"/>
        </w:rPr>
        <w:t>Katie looked at Lilith’s limp and smiled with split lips.</w:t>
      </w:r>
    </w:p>
    <w:p>
      <w:r>
        <w:rPr>
          <w:rFonts w:ascii="IM Fell English" w:hAnsi="IM Fell English"/>
          <w:color w:val="141414"/>
          <w:sz w:val="24"/>
        </w:rPr>
        <w:t>“Come earn me slow.”</w:t>
      </w:r>
    </w:p>
    <w:p>
      <w:r>
        <w:rPr>
          <w:rFonts w:ascii="IM Fell English" w:hAnsi="IM Fell English"/>
          <w:color w:val="141414"/>
          <w:sz w:val="24"/>
        </w:rPr>
        <w:t>Lilith’s answer was a flat stare and a short nod.</w:t>
      </w:r>
    </w:p>
    <w:p>
      <w:r>
        <w:rPr>
          <w:rFonts w:ascii="IM Fell English" w:hAnsi="IM Fell English"/>
          <w:color w:val="141414"/>
          <w:sz w:val="24"/>
        </w:rPr>
        <w:t>Jennifer rolled her shoulders, winced, then grinned at Jackie anyway.</w:t>
      </w:r>
    </w:p>
    <w:p>
      <w:r>
        <w:rPr>
          <w:rFonts w:ascii="IM Fell English" w:hAnsi="IM Fell English"/>
          <w:color w:val="141414"/>
          <w:sz w:val="24"/>
        </w:rPr>
        <w:t>“No borrowed hands. No shared finish. You.”</w:t>
      </w:r>
    </w:p>
    <w:p>
      <w:r>
        <w:rPr>
          <w:rFonts w:ascii="IM Fell English" w:hAnsi="IM Fell English"/>
          <w:color w:val="141414"/>
          <w:sz w:val="24"/>
        </w:rPr>
        <w:t>Jackie stepped onto the dirt.</w:t>
      </w:r>
    </w:p>
    <w:p>
      <w:r>
        <w:rPr>
          <w:rFonts w:ascii="IM Fell English" w:hAnsi="IM Fell English"/>
          <w:color w:val="141414"/>
          <w:sz w:val="24"/>
        </w:rPr>
        <w:t>“Me.”</w:t>
      </w:r>
    </w:p>
    <w:p>
      <w:r>
        <w:rPr>
          <w:rFonts w:ascii="IM Fell English" w:hAnsi="IM Fell English"/>
          <w:color w:val="141414"/>
          <w:sz w:val="24"/>
        </w:rPr>
        <w:t>The horn sounded.</w:t>
      </w:r>
    </w:p>
    <w:p>
      <w:r>
        <w:rPr>
          <w:rFonts w:ascii="IM Fell English" w:hAnsi="IM Fell English"/>
          <w:color w:val="141414"/>
          <w:sz w:val="24"/>
        </w:rPr>
        <w:t>Jennifer ran for distance like she wanted Jackie’s lungs broken.</w:t>
      </w:r>
    </w:p>
    <w:p>
      <w:r>
        <w:rPr>
          <w:rFonts w:ascii="IM Fell English" w:hAnsi="IM Fell English"/>
          <w:color w:val="141414"/>
          <w:sz w:val="24"/>
        </w:rPr>
        <w:t>She cut berm to shell to open ground, forcing Jackie to spend rib-pain on pursuit. Jackie closed anyway, lower and meaner than the first cycles, and took her down behind the vehicle shell in a hard tackling crash. They rolled once. Jennifer got a knee up into Jackie’s thigh and almost created space. Jackie trapped it, hooked the collar ring, and slammed her flat.</w:t>
      </w:r>
    </w:p>
    <w:p>
      <w:r>
        <w:rPr>
          <w:rFonts w:ascii="IM Fell English" w:hAnsi="IM Fell English"/>
          <w:color w:val="141414"/>
          <w:sz w:val="24"/>
        </w:rPr>
        <w:t>“You’re not getting the gap,” Jackie said.</w:t>
      </w:r>
    </w:p>
    <w:p>
      <w:r>
        <w:rPr>
          <w:rFonts w:ascii="IM Fell English" w:hAnsi="IM Fell English"/>
          <w:color w:val="141414"/>
          <w:sz w:val="24"/>
        </w:rPr>
        <w:t>Jennifer spat blood and laughed.</w:t>
      </w:r>
    </w:p>
    <w:p>
      <w:r>
        <w:rPr>
          <w:rFonts w:ascii="IM Fell English" w:hAnsi="IM Fell English"/>
          <w:color w:val="141414"/>
          <w:sz w:val="24"/>
        </w:rPr>
        <w:t>“Then stop panting and take me.”</w:t>
      </w:r>
    </w:p>
    <w:p>
      <w:r>
        <w:rPr>
          <w:rFonts w:ascii="IM Fell English" w:hAnsi="IM Fell English"/>
          <w:color w:val="141414"/>
          <w:sz w:val="24"/>
        </w:rPr>
        <w:t>Jackie forced her legs wide and shoved into her cunt in one punishing thrust. Jennifer’s back arched off the dirt. Her hands went for Jackie’s throat, found harness straps, and hauled. Jackie fucked her through the resistance, short and deep, one forearm braced across Jennifer’s chest while the field held perimeter and did not touch.</w:t>
      </w:r>
    </w:p>
    <w:p>
      <w:r>
        <w:rPr>
          <w:rFonts w:ascii="IM Fell English" w:hAnsi="IM Fell English"/>
          <w:color w:val="141414"/>
          <w:sz w:val="24"/>
        </w:rPr>
        <w:t>No one drifted in for a free claim.</w:t>
      </w:r>
    </w:p>
    <w:p>
      <w:r>
        <w:rPr>
          <w:rFonts w:ascii="IM Fell English" w:hAnsi="IM Fell English"/>
          <w:color w:val="141414"/>
          <w:sz w:val="24"/>
        </w:rPr>
        <w:t>The law had been written into Lilith’s leg.</w:t>
      </w:r>
    </w:p>
    <w:p>
      <w:r>
        <w:rPr>
          <w:rFonts w:ascii="IM Fell English" w:hAnsi="IM Fell English"/>
          <w:color w:val="141414"/>
          <w:sz w:val="24"/>
        </w:rPr>
        <w:t>Across the yard, Lilith hunted Katie at a limp.</w:t>
      </w:r>
    </w:p>
    <w:p>
      <w:r>
        <w:rPr>
          <w:rFonts w:ascii="IM Fell English" w:hAnsi="IM Fell English"/>
          <w:color w:val="141414"/>
          <w:sz w:val="24"/>
        </w:rPr>
        <w:t>It made everything uglier and more intimate. Katie used the reduced speed without mercy — broke angles, forced short clinches, made Lilith work from close range where a ruined shin mattered less than sheer violence. Lilith caught her near the trench by anticipation rather than chase, dragged her down, and used strap and fist with furious precision. Every time Katie almost slipped the hold, Lilith paid for the recovery in white-hot leg pain and took it out of Katie’s body immediately.</w:t>
      </w:r>
    </w:p>
    <w:p>
      <w:r>
        <w:rPr>
          <w:rFonts w:ascii="IM Fell English" w:hAnsi="IM Fell English"/>
          <w:color w:val="141414"/>
          <w:sz w:val="24"/>
        </w:rPr>
        <w:t>Two hunts.</w:t>
      </w:r>
      <w:r>
        <w:rPr>
          <w:rFonts w:ascii="IM Fell English" w:hAnsi="IM Fell English"/>
          <w:color w:val="141414"/>
          <w:sz w:val="24"/>
        </w:rPr>
      </w:r>
      <w:r>
        <w:rPr>
          <w:rFonts w:ascii="IM Fell English" w:hAnsi="IM Fell English"/>
          <w:color w:val="141414"/>
          <w:sz w:val="24"/>
        </w:rPr>
        <w:t>One field.</w:t>
      </w:r>
      <w:r>
        <w:rPr>
          <w:rFonts w:ascii="IM Fell English" w:hAnsi="IM Fell English"/>
          <w:color w:val="141414"/>
          <w:sz w:val="24"/>
        </w:rPr>
      </w:r>
      <w:r>
        <w:rPr>
          <w:rFonts w:ascii="IM Fell English" w:hAnsi="IM Fell English"/>
          <w:color w:val="141414"/>
          <w:sz w:val="24"/>
        </w:rPr>
        <w:t>Clean ownership lines.</w:t>
      </w:r>
    </w:p>
    <w:p>
      <w:r>
        <w:rPr>
          <w:rFonts w:ascii="IM Fell English" w:hAnsi="IM Fell English"/>
          <w:color w:val="141414"/>
          <w:sz w:val="24"/>
        </w:rPr>
        <w:t>Jackie hauled Jennifer up by the collar and forced her into a controlled crawl toward the berm. Halfway there she mounted her again from behind, one hand in her hair, and fucked her while making her hold posture on shaking arms. Jennifer cursed into the dirt and pushed back onto every thrust.</w:t>
      </w:r>
    </w:p>
    <w:p>
      <w:r>
        <w:rPr>
          <w:rFonts w:ascii="IM Fell English" w:hAnsi="IM Fell English"/>
          <w:color w:val="141414"/>
          <w:sz w:val="24"/>
        </w:rPr>
        <w:t>“Still mine to catch,” Jackie said.</w:t>
      </w:r>
    </w:p>
    <w:p>
      <w:r>
        <w:rPr>
          <w:rFonts w:ascii="IM Fell English" w:hAnsi="IM Fell English"/>
          <w:color w:val="141414"/>
          <w:sz w:val="24"/>
        </w:rPr>
        <w:t>Jennifer’s voice tore out rough.</w:t>
      </w:r>
    </w:p>
    <w:p>
      <w:r>
        <w:rPr>
          <w:rFonts w:ascii="IM Fell English" w:hAnsi="IM Fell English"/>
          <w:color w:val="141414"/>
          <w:sz w:val="24"/>
        </w:rPr>
        <w:t>“Still yours to answer for when I break your ribs doing it.”</w:t>
      </w:r>
    </w:p>
    <w:p>
      <w:r>
        <w:rPr>
          <w:rFonts w:ascii="IM Fell English" w:hAnsi="IM Fell English"/>
          <w:color w:val="141414"/>
          <w:sz w:val="24"/>
        </w:rPr>
        <w:t>Jackie struck her thigh and kept going until Jennifer’s arms folded. Then she dragged her the rest of the way by the ring, put her on her back against the berm wall, and took her mouth first — deep enough to make Jennifer gag and still look up with open defiance. When Jackie finally pushed back into her cunt, she stayed close, forehead nearly against Jennifer’s, and made the claim visible in the rhythm itself.</w:t>
      </w:r>
    </w:p>
    <w:p>
      <w:r>
        <w:rPr>
          <w:rFonts w:ascii="IM Fell English" w:hAnsi="IM Fell English"/>
          <w:color w:val="141414"/>
          <w:sz w:val="24"/>
        </w:rPr>
        <w:t>Not shared.</w:t>
      </w:r>
      <w:r>
        <w:rPr>
          <w:rFonts w:ascii="IM Fell English" w:hAnsi="IM Fell English"/>
          <w:color w:val="141414"/>
          <w:sz w:val="24"/>
        </w:rPr>
      </w:r>
      <w:r>
        <w:rPr>
          <w:rFonts w:ascii="IM Fell English" w:hAnsi="IM Fell English"/>
          <w:color w:val="141414"/>
          <w:sz w:val="24"/>
        </w:rPr>
        <w:t>Not assisted.</w:t>
      </w:r>
      <w:r>
        <w:rPr>
          <w:rFonts w:ascii="IM Fell English" w:hAnsi="IM Fell English"/>
          <w:color w:val="141414"/>
          <w:sz w:val="24"/>
        </w:rPr>
      </w:r>
      <w:r>
        <w:rPr>
          <w:rFonts w:ascii="IM Fell English" w:hAnsi="IM Fell English"/>
          <w:color w:val="141414"/>
          <w:sz w:val="24"/>
        </w:rPr>
        <w:t>Hunter on target.</w:t>
      </w:r>
    </w:p>
    <w:p>
      <w:r>
        <w:rPr>
          <w:rFonts w:ascii="IM Fell English" w:hAnsi="IM Fell English"/>
          <w:color w:val="141414"/>
          <w:sz w:val="24"/>
        </w:rPr>
        <w:t>Jennifer made one real break late in the cycle.</w:t>
      </w:r>
    </w:p>
    <w:p>
      <w:r>
        <w:rPr>
          <w:rFonts w:ascii="IM Fell English" w:hAnsi="IM Fell English"/>
          <w:color w:val="141414"/>
          <w:sz w:val="24"/>
        </w:rPr>
        <w:t>She used a failed hip pin, raked Jackie’s damaged side, and scrambled for the trench line. For three seconds she had open dirt. A field hunter near the fence shifted forward out of reflex — then stopped hard when Jackie’s head snapped toward him with the same cold promise that had put Lilith down.</w:t>
      </w:r>
    </w:p>
    <w:p>
      <w:r>
        <w:rPr>
          <w:rFonts w:ascii="IM Fell English" w:hAnsi="IM Fell English"/>
          <w:color w:val="141414"/>
          <w:sz w:val="24"/>
        </w:rPr>
        <w:t>The man held perimeter.</w:t>
      </w:r>
    </w:p>
    <w:p>
      <w:r>
        <w:rPr>
          <w:rFonts w:ascii="IM Fell English" w:hAnsi="IM Fell English"/>
          <w:color w:val="141414"/>
          <w:sz w:val="24"/>
        </w:rPr>
        <w:t>Jackie ran Jennifer down at the trench lip and dumped her into grit. They fought ugly and close: elbows, teeth, knees, collar metal. Jennifer got Jackie’s forearm in her mouth and bit until skin broke. Jackie snarled, punched her in the side, and forced her face into the dirt long enough to restore control.</w:t>
      </w:r>
    </w:p>
    <w:p>
      <w:r>
        <w:rPr>
          <w:rFonts w:ascii="IM Fell English" w:hAnsi="IM Fell English"/>
          <w:color w:val="141414"/>
          <w:sz w:val="24"/>
        </w:rPr>
        <w:t>“You done performing for the fence?” Jackie asked.</w:t>
      </w:r>
    </w:p>
    <w:p>
      <w:r>
        <w:rPr>
          <w:rFonts w:ascii="IM Fell English" w:hAnsi="IM Fell English"/>
          <w:color w:val="141414"/>
          <w:sz w:val="24"/>
        </w:rPr>
        <w:t>Jennifer turned her ruined mouth enough to speak.</w:t>
      </w:r>
    </w:p>
    <w:p>
      <w:r>
        <w:rPr>
          <w:rFonts w:ascii="IM Fell English" w:hAnsi="IM Fell English"/>
          <w:color w:val="141414"/>
          <w:sz w:val="24"/>
        </w:rPr>
        <w:t>“Not until you finish like a wife.”</w:t>
      </w:r>
    </w:p>
    <w:p>
      <w:r>
        <w:rPr>
          <w:rFonts w:ascii="IM Fell English" w:hAnsi="IM Fell English"/>
          <w:color w:val="141414"/>
          <w:sz w:val="24"/>
        </w:rPr>
        <w:t>Jackie finished her in the trench dirt in full view of the yard: cunt first, then ass, collar ring used as a handle, every attempt Jennifer made to rise answered by impact and deeper force. Jennifer came hard from the violence and still tried to claw forward afterward, not toward escape so much as toward refusing an easy end. Jackie held her there until the fight left her arms and only breath remained.</w:t>
      </w:r>
    </w:p>
    <w:p>
      <w:r>
        <w:rPr>
          <w:rFonts w:ascii="IM Fell English" w:hAnsi="IM Fell English"/>
          <w:color w:val="141414"/>
          <w:sz w:val="24"/>
        </w:rPr>
        <w:t>“Target two down by assigned hunter,” Sekhmet called when Jackie finally looked up.</w:t>
      </w:r>
    </w:p>
    <w:p>
      <w:r>
        <w:rPr>
          <w:rFonts w:ascii="IM Fell English" w:hAnsi="IM Fell English"/>
          <w:color w:val="141414"/>
          <w:sz w:val="24"/>
        </w:rPr>
        <w:t>On the other line, Lilith needed longer.</w:t>
      </w:r>
    </w:p>
    <w:p>
      <w:r>
        <w:rPr>
          <w:rFonts w:ascii="IM Fell English" w:hAnsi="IM Fell English"/>
          <w:color w:val="141414"/>
          <w:sz w:val="24"/>
        </w:rPr>
        <w:t>The limp made Katie expensive. Lilith had to close, lose, close again, and spend pain for every mount. She got Katie face-down near the shell eventually and kept her there by pure mean endurance, fucking her through baton counts while Katie laughed into dust and promised worse later. When Katie’s body finally failed the rise, Sekhmet’s radio sealed it.</w:t>
      </w:r>
    </w:p>
    <w:p>
      <w:r>
        <w:rPr>
          <w:rFonts w:ascii="IM Fell English" w:hAnsi="IM Fell English"/>
          <w:color w:val="141414"/>
          <w:sz w:val="24"/>
        </w:rPr>
        <w:t>“Target one down by assigned hunter.”</w:t>
      </w:r>
    </w:p>
    <w:p>
      <w:r>
        <w:rPr>
          <w:rFonts w:ascii="IM Fell English" w:hAnsi="IM Fell English"/>
          <w:color w:val="141414"/>
          <w:sz w:val="24"/>
        </w:rPr>
        <w:t>The horn cut the cycle shut.</w:t>
      </w:r>
    </w:p>
    <w:p>
      <w:r>
        <w:rPr>
          <w:rFonts w:ascii="IM Fell English" w:hAnsi="IM Fell English"/>
          <w:color w:val="141414"/>
          <w:sz w:val="24"/>
        </w:rPr>
        <w:t>Jennifer was locked in the south cage still shaking, knees wrecked, eyes bright. Katie was put two units over, marked deeper than before, watching Lilith limp through the post-cycle hold with open satisfaction. Jackie remained upright, forearm bleeding from Jennifer’s bite, ribs screaming, still on the hunter side of the law.</w:t>
      </w:r>
    </w:p>
    <w:p>
      <w:r>
        <w:rPr>
          <w:rFonts w:ascii="IM Fell English" w:hAnsi="IM Fell English"/>
          <w:color w:val="141414"/>
          <w:sz w:val="24"/>
        </w:rPr>
        <w:t>Jimmy did not need to restate the rule.</w:t>
      </w:r>
    </w:p>
    <w:p>
      <w:r>
        <w:rPr>
          <w:rFonts w:ascii="IM Fell English" w:hAnsi="IM Fell English"/>
          <w:color w:val="141414"/>
          <w:sz w:val="24"/>
        </w:rPr>
        <w:t>The whole field had watched it hold.</w:t>
      </w:r>
    </w:p>
    <w:p>
      <w:r>
        <w:rPr>
          <w:rFonts w:ascii="IM Fell English" w:hAnsi="IM Fell English"/>
          <w:color w:val="141414"/>
          <w:sz w:val="24"/>
        </w:rPr>
        <w:t>Jennifer dragged herself to the bars and looked at Jackie through heat shimmer.</w:t>
      </w:r>
    </w:p>
    <w:p>
      <w:r>
        <w:rPr>
          <w:rFonts w:ascii="IM Fell English" w:hAnsi="IM Fell English"/>
          <w:color w:val="141414"/>
          <w:sz w:val="24"/>
        </w:rPr>
        <w:t>“You didn’t let anyone touch me.”</w:t>
      </w:r>
    </w:p>
    <w:p>
      <w:r>
        <w:rPr>
          <w:rFonts w:ascii="IM Fell English" w:hAnsi="IM Fell English"/>
          <w:color w:val="141414"/>
          <w:sz w:val="24"/>
        </w:rPr>
        <w:t>Jackie stood close enough for the metal to feel personal.</w:t>
      </w:r>
    </w:p>
    <w:p>
      <w:r>
        <w:rPr>
          <w:rFonts w:ascii="IM Fell English" w:hAnsi="IM Fell English"/>
          <w:color w:val="141414"/>
          <w:sz w:val="24"/>
        </w:rPr>
        <w:t>“They’re not invited.”</w:t>
      </w:r>
    </w:p>
    <w:p>
      <w:r>
        <w:rPr>
          <w:rFonts w:ascii="IM Fell English" w:hAnsi="IM Fell English"/>
          <w:color w:val="141414"/>
          <w:sz w:val="24"/>
        </w:rPr>
        <w:t>Jennifer’s mouth twitched.</w:t>
      </w:r>
    </w:p>
    <w:p>
      <w:r>
        <w:rPr>
          <w:rFonts w:ascii="IM Fell English" w:hAnsi="IM Fell English"/>
          <w:color w:val="141414"/>
          <w:sz w:val="24"/>
        </w:rPr>
        <w:t>“Good. Because when you finally claim me clean enough for vows, I don’t want the yard confused about who did it.”</w:t>
      </w:r>
    </w:p>
    <w:p>
      <w:r>
        <w:rPr>
          <w:rFonts w:ascii="IM Fell English" w:hAnsi="IM Fell English"/>
          <w:color w:val="141414"/>
          <w:sz w:val="24"/>
        </w:rPr>
        <w:t>Jackie rested two fingers on the bar near Jennifer’s hand.</w:t>
      </w:r>
    </w:p>
    <w:p>
      <w:r>
        <w:rPr>
          <w:rFonts w:ascii="IM Fell English" w:hAnsi="IM Fell English"/>
          <w:color w:val="141414"/>
          <w:sz w:val="24"/>
        </w:rPr>
        <w:t>“They won’t be confused.”</w:t>
      </w:r>
    </w:p>
    <w:p>
      <w:r>
        <w:rPr>
          <w:rFonts w:ascii="IM Fell English" w:hAnsi="IM Fell English"/>
          <w:color w:val="141414"/>
          <w:sz w:val="24"/>
        </w:rPr>
        <w:t>From the next cage, Katie spoke without raising her voice.</w:t>
      </w:r>
    </w:p>
    <w:p>
      <w:r>
        <w:rPr>
          <w:rFonts w:ascii="IM Fell English" w:hAnsi="IM Fell English"/>
          <w:color w:val="141414"/>
          <w:sz w:val="24"/>
        </w:rPr>
        <w:t>“Fourth cycle confirmed it. Ownership held under injury. Lilith stayed on her line. Jackie stayed on hers.”</w:t>
      </w:r>
    </w:p>
    <w:p>
      <w:r>
        <w:rPr>
          <w:rFonts w:ascii="IM Fell English" w:hAnsi="IM Fell English"/>
          <w:color w:val="141414"/>
          <w:sz w:val="24"/>
        </w:rPr>
        <w:t>Lilith, standing with most of her weight on the good leg, wiped blood from her mouth and said nothing. The limp was still the loudest sentence on the field.</w:t>
      </w:r>
    </w:p>
    <w:p>
      <w:r>
        <w:rPr>
          <w:rFonts w:ascii="IM Fell English" w:hAnsi="IM Fell English"/>
          <w:color w:val="141414"/>
          <w:sz w:val="24"/>
        </w:rPr>
        <w:t>Jennifer leaned her brow to the bars, eyes locked on Jackie.</w:t>
      </w:r>
    </w:p>
    <w:p>
      <w:r>
        <w:rPr>
          <w:rFonts w:ascii="IM Fell English" w:hAnsi="IM Fell English"/>
          <w:color w:val="141414"/>
          <w:sz w:val="24"/>
        </w:rPr>
        <w:t>“Next one harder.”</w:t>
      </w:r>
    </w:p>
    <w:p>
      <w:r>
        <w:rPr>
          <w:rFonts w:ascii="IM Fell English" w:hAnsi="IM Fell English"/>
          <w:color w:val="141414"/>
          <w:sz w:val="24"/>
        </w:rPr>
        <w:t>Jackie nodded once.</w:t>
      </w:r>
    </w:p>
    <w:p>
      <w:r>
        <w:rPr>
          <w:rFonts w:ascii="IM Fell English" w:hAnsi="IM Fell English"/>
          <w:color w:val="141414"/>
          <w:sz w:val="24"/>
        </w:rPr>
        <w:t>“Next one closer to the claim.”</w:t>
      </w:r>
    </w:p>
    <w:p>
      <w:r>
        <w:rPr>
          <w:rFonts w:ascii="IM Fell English" w:hAnsi="IM Fell English"/>
          <w:color w:val="141414"/>
          <w:sz w:val="24"/>
        </w:rPr>
        <w:t>Under Nevada heat, the marriage map stayed sharp:</w:t>
      </w:r>
    </w:p>
    <w:p>
      <w:r>
        <w:rPr>
          <w:rFonts w:ascii="IM Fell English" w:hAnsi="IM Fell English"/>
          <w:color w:val="141414"/>
          <w:sz w:val="24"/>
        </w:rPr>
        <w:t>Jackie hunted.</w:t>
      </w:r>
      <w:r>
        <w:rPr>
          <w:rFonts w:ascii="IM Fell English" w:hAnsi="IM Fell English"/>
          <w:color w:val="141414"/>
          <w:sz w:val="24"/>
        </w:rPr>
      </w:r>
      <w:r>
        <w:rPr>
          <w:rFonts w:ascii="IM Fell English" w:hAnsi="IM Fell English"/>
          <w:color w:val="141414"/>
          <w:sz w:val="24"/>
        </w:rPr>
        <w:t>Jennifer ran, fought, and got taken.</w:t>
      </w:r>
      <w:r>
        <w:rPr>
          <w:rFonts w:ascii="IM Fell English" w:hAnsi="IM Fell English"/>
          <w:color w:val="141414"/>
          <w:sz w:val="24"/>
        </w:rPr>
      </w:r>
      <w:r>
        <w:rPr>
          <w:rFonts w:ascii="IM Fell English" w:hAnsi="IM Fell English"/>
          <w:color w:val="141414"/>
          <w:sz w:val="24"/>
        </w:rPr>
        <w:t>Lilith limped through her war with Katie.</w:t>
      </w:r>
      <w:r>
        <w:rPr>
          <w:rFonts w:ascii="IM Fell English" w:hAnsi="IM Fell English"/>
          <w:color w:val="141414"/>
          <w:sz w:val="24"/>
        </w:rPr>
      </w:r>
      <w:r>
        <w:rPr>
          <w:rFonts w:ascii="IM Fell English" w:hAnsi="IM Fell English"/>
          <w:color w:val="141414"/>
          <w:sz w:val="24"/>
        </w:rPr>
        <w:t>And no one else put hands on Jackie’s wife for claim.</w:t>
      </w:r>
    </w:p>
    <w:p>
      <w:r>
        <w:rPr>
          <w:rFonts w:ascii="IM Fell English" w:hAnsi="IM Fell English"/>
          <w:color w:val="141414"/>
          <w:sz w:val="24"/>
        </w:rPr>
        <w:t>The date was still pursuit.</w:t>
      </w:r>
      <w:r>
        <w:rPr>
          <w:rFonts w:ascii="IM Fell English" w:hAnsi="IM Fell English"/>
          <w:color w:val="141414"/>
          <w:sz w:val="24"/>
        </w:rPr>
      </w:r>
      <w:r>
        <w:rPr>
          <w:rFonts w:ascii="IM Fell English" w:hAnsi="IM Fell English"/>
          <w:color w:val="141414"/>
          <w:sz w:val="24"/>
        </w:rPr>
        <w:t>The vows were getting closer.</w:t>
      </w:r>
      <w:r>
        <w:rPr>
          <w:rFonts w:ascii="IM Fell English" w:hAnsi="IM Fell English"/>
          <w:color w:val="141414"/>
          <w:sz w:val="24"/>
        </w:rPr>
      </w:r>
      <w:r>
        <w:rPr>
          <w:rFonts w:ascii="IM Fell English" w:hAnsi="IM Fell English"/>
          <w:color w:val="141414"/>
          <w:sz w:val="24"/>
        </w:rPr>
        <w:t>The field had learned to stay out of the way.</w:t>
      </w:r>
    </w:p>
    <w:p>
      <w:pPr>
        <w:pStyle w:val="Heading1"/>
        <w:jc w:val="center"/>
      </w:pPr>
      <w:r>
        <w:rPr>
          <w:rFonts w:ascii="IM Fell English" w:hAnsi="IM Fell English"/>
          <w:color w:val="0D0D0D"/>
        </w:rPr>
        <w:t>CHAPTER 13 — OUT OF THE MAP</w:t>
      </w:r>
    </w:p>
    <w:p>
      <w:r>
        <w:rPr>
          <w:rFonts w:ascii="IM Fell English" w:hAnsi="IM Fell English"/>
          <w:color w:val="141414"/>
          <w:sz w:val="24"/>
        </w:rPr>
        <w:t>They did not open the cages for another full Nevada cycle.</w:t>
      </w:r>
    </w:p>
    <w:p>
      <w:r>
        <w:rPr>
          <w:rFonts w:ascii="IM Fell English" w:hAnsi="IM Fell English"/>
          <w:color w:val="141414"/>
          <w:sz w:val="24"/>
        </w:rPr>
        <w:t>That was the first sign the claim stage was over.</w:t>
      </w:r>
    </w:p>
    <w:p>
      <w:r>
        <w:rPr>
          <w:rFonts w:ascii="IM Fell English" w:hAnsi="IM Fell English"/>
          <w:color w:val="141414"/>
          <w:sz w:val="24"/>
        </w:rPr>
        <w:t>Jennifer sat against the south bars with the water dish between her knees, watching Jackie through heat shimmer. Jackie remained on the hold strip, still collared, still numbered, still on the hunter side of a yard that had finally learned not to touch her target. Katie was upright in the next line over. Lilith stood with her wrapped leg locked and her weight on the good side, saying nothing.</w:t>
      </w:r>
    </w:p>
    <w:p>
      <w:r>
        <w:rPr>
          <w:rFonts w:ascii="IM Fell English" w:hAnsi="IM Fell English"/>
          <w:color w:val="141414"/>
          <w:sz w:val="24"/>
        </w:rPr>
        <w:t>Sekhmet came down the line with Jimmy behind her.</w:t>
      </w:r>
    </w:p>
    <w:p>
      <w:r>
        <w:rPr>
          <w:rFonts w:ascii="IM Fell English" w:hAnsi="IM Fell English"/>
          <w:color w:val="141414"/>
          <w:sz w:val="24"/>
        </w:rPr>
        <w:t>No horn.</w:t>
      </w:r>
      <w:r>
        <w:rPr>
          <w:rFonts w:ascii="IM Fell English" w:hAnsi="IM Fell English"/>
          <w:color w:val="141414"/>
          <w:sz w:val="24"/>
        </w:rPr>
      </w:r>
      <w:r>
        <w:rPr>
          <w:rFonts w:ascii="IM Fell English" w:hAnsi="IM Fell English"/>
          <w:color w:val="141414"/>
          <w:sz w:val="24"/>
        </w:rPr>
        <w:t>No pair reset.</w:t>
      </w:r>
      <w:r>
        <w:rPr>
          <w:rFonts w:ascii="IM Fell English" w:hAnsi="IM Fell English"/>
          <w:color w:val="141414"/>
          <w:sz w:val="24"/>
        </w:rPr>
      </w:r>
      <w:r>
        <w:rPr>
          <w:rFonts w:ascii="IM Fell English" w:hAnsi="IM Fell English"/>
          <w:color w:val="141414"/>
          <w:sz w:val="24"/>
        </w:rPr>
        <w:t>No “harder line” speech for another run at the berm.</w:t>
      </w:r>
    </w:p>
    <w:p>
      <w:r>
        <w:rPr>
          <w:rFonts w:ascii="IM Fell English" w:hAnsi="IM Fell English"/>
          <w:color w:val="141414"/>
          <w:sz w:val="24"/>
        </w:rPr>
        <w:t>Sekhmet stopped at Jennifer’s cage first, then looked at Jackie.</w:t>
      </w:r>
    </w:p>
    <w:p>
      <w:r>
        <w:rPr>
          <w:rFonts w:ascii="IM Fell English" w:hAnsi="IM Fell English"/>
          <w:color w:val="141414"/>
          <w:sz w:val="24"/>
        </w:rPr>
        <w:t>“Nevada claim is complete enough.”</w:t>
      </w:r>
    </w:p>
    <w:p>
      <w:r>
        <w:rPr>
          <w:rFonts w:ascii="IM Fell English" w:hAnsi="IM Fell English"/>
          <w:color w:val="141414"/>
          <w:sz w:val="24"/>
        </w:rPr>
        <w:t>Jennifer’s swollen mouth twitched.</w:t>
      </w:r>
    </w:p>
    <w:p>
      <w:r>
        <w:rPr>
          <w:rFonts w:ascii="IM Fell English" w:hAnsi="IM Fell English"/>
          <w:color w:val="141414"/>
          <w:sz w:val="24"/>
        </w:rPr>
        <w:t>“Complete enough for what?”</w:t>
      </w:r>
    </w:p>
    <w:p>
      <w:r>
        <w:rPr>
          <w:rFonts w:ascii="IM Fell English" w:hAnsi="IM Fell English"/>
          <w:color w:val="141414"/>
          <w:sz w:val="24"/>
        </w:rPr>
        <w:t>Jimmy answered.</w:t>
      </w:r>
    </w:p>
    <w:p>
      <w:r>
        <w:rPr>
          <w:rFonts w:ascii="IM Fell English" w:hAnsi="IM Fell English"/>
          <w:color w:val="141414"/>
          <w:sz w:val="24"/>
        </w:rPr>
        <w:t>“For the next land.”</w:t>
      </w:r>
    </w:p>
    <w:p>
      <w:r>
        <w:rPr>
          <w:rFonts w:ascii="IM Fell English" w:hAnsi="IM Fell English"/>
          <w:color w:val="141414"/>
          <w:sz w:val="24"/>
        </w:rPr>
        <w:t>Katie’s eyes sharpened with interest.</w:t>
      </w:r>
    </w:p>
    <w:p>
      <w:r>
        <w:rPr>
          <w:rFonts w:ascii="IM Fell English" w:hAnsi="IM Fell English"/>
          <w:color w:val="141414"/>
          <w:sz w:val="24"/>
        </w:rPr>
        <w:t>“Rainforest.”</w:t>
      </w:r>
    </w:p>
    <w:p>
      <w:r>
        <w:rPr>
          <w:rFonts w:ascii="IM Fell English" w:hAnsi="IM Fell English"/>
          <w:color w:val="141414"/>
          <w:sz w:val="24"/>
        </w:rPr>
        <w:t>Sekhmet nodded once.</w:t>
      </w:r>
    </w:p>
    <w:p>
      <w:r>
        <w:rPr>
          <w:rFonts w:ascii="IM Fell English" w:hAnsi="IM Fell English"/>
          <w:color w:val="141414"/>
          <w:sz w:val="24"/>
        </w:rPr>
        <w:t>“Vows stage. Not claim. Claim has been established under field law: Jackie hunts Jennifer, ownership held, interference paid in bone. The next sector is closed canopy and wet ground. Different pressure. Different witnesses. Same marriage line.”</w:t>
      </w:r>
    </w:p>
    <w:p>
      <w:r>
        <w:rPr>
          <w:rFonts w:ascii="IM Fell English" w:hAnsi="IM Fell English"/>
          <w:color w:val="141414"/>
          <w:sz w:val="24"/>
        </w:rPr>
        <w:t>Jennifer looked straight at Jackie.</w:t>
      </w:r>
    </w:p>
    <w:p>
      <w:r>
        <w:rPr>
          <w:rFonts w:ascii="IM Fell English" w:hAnsi="IM Fell English"/>
          <w:color w:val="141414"/>
          <w:sz w:val="24"/>
        </w:rPr>
        <w:t>“So you already own the hunt.”</w:t>
      </w:r>
    </w:p>
    <w:p>
      <w:r>
        <w:rPr>
          <w:rFonts w:ascii="IM Fell English" w:hAnsi="IM Fell English"/>
          <w:color w:val="141414"/>
          <w:sz w:val="24"/>
        </w:rPr>
        <w:t>Jackie stepped closer to the bars.</w:t>
      </w:r>
    </w:p>
    <w:p>
      <w:r>
        <w:rPr>
          <w:rFonts w:ascii="IM Fell English" w:hAnsi="IM Fell English"/>
          <w:color w:val="141414"/>
          <w:sz w:val="24"/>
        </w:rPr>
        <w:t>“Yes.”</w:t>
      </w:r>
    </w:p>
    <w:p>
      <w:r>
        <w:rPr>
          <w:rFonts w:ascii="IM Fell English" w:hAnsi="IM Fell English"/>
          <w:color w:val="141414"/>
          <w:sz w:val="24"/>
        </w:rPr>
        <w:t>“And now you take the vows out of the dirt and into something that can rot a body faster.”</w:t>
      </w:r>
    </w:p>
    <w:p>
      <w:r>
        <w:rPr>
          <w:rFonts w:ascii="IM Fell English" w:hAnsi="IM Fell English"/>
          <w:color w:val="141414"/>
          <w:sz w:val="24"/>
        </w:rPr>
        <w:t>Katie’s voice carried, calm and pleased.</w:t>
      </w:r>
    </w:p>
    <w:p>
      <w:r>
        <w:rPr>
          <w:rFonts w:ascii="IM Fell English" w:hAnsi="IM Fell English"/>
          <w:color w:val="141414"/>
          <w:sz w:val="24"/>
        </w:rPr>
        <w:t>“That is the point.”</w:t>
      </w:r>
    </w:p>
    <w:p>
      <w:r>
        <w:rPr>
          <w:rFonts w:ascii="IM Fell English" w:hAnsi="IM Fell English"/>
          <w:color w:val="141414"/>
          <w:sz w:val="24"/>
        </w:rPr>
        <w:t>They extracted them without ceremony.</w:t>
      </w:r>
    </w:p>
    <w:p>
      <w:r>
        <w:rPr>
          <w:rFonts w:ascii="IM Fell English" w:hAnsi="IM Fell English"/>
          <w:color w:val="141414"/>
          <w:sz w:val="24"/>
        </w:rPr>
        <w:t>Jennifer first — collar left on, numbers left on, a thin field wrap thrown over her only for transport heat-shift, not modesty. Jackie next, still treated as hunter: strap control returned to her hand, Jennifer clipped to her by the short black line before they reached the vehicle bay. Lilith was ordered onto the second transport with Katie. The limp stayed visible. No one offered to erase it.</w:t>
      </w:r>
    </w:p>
    <w:p>
      <w:r>
        <w:rPr>
          <w:rFonts w:ascii="IM Fell English" w:hAnsi="IM Fell English"/>
          <w:color w:val="141414"/>
          <w:sz w:val="24"/>
        </w:rPr>
        <w:t>Jackie held the tether short as they crossed the yard.</w:t>
      </w:r>
    </w:p>
    <w:p>
      <w:r>
        <w:rPr>
          <w:rFonts w:ascii="IM Fell English" w:hAnsi="IM Fell English"/>
          <w:color w:val="141414"/>
          <w:sz w:val="24"/>
        </w:rPr>
        <w:t>Jennifer leaned into the pull just enough to make it intimate.</w:t>
      </w:r>
    </w:p>
    <w:p>
      <w:r>
        <w:rPr>
          <w:rFonts w:ascii="IM Fell English" w:hAnsi="IM Fell English"/>
          <w:color w:val="141414"/>
          <w:sz w:val="24"/>
        </w:rPr>
        <w:t>“You nervous?”</w:t>
      </w:r>
    </w:p>
    <w:p>
      <w:r>
        <w:rPr>
          <w:rFonts w:ascii="IM Fell English" w:hAnsi="IM Fell English"/>
          <w:color w:val="141414"/>
          <w:sz w:val="24"/>
        </w:rPr>
        <w:t>“No,” Jackie said.</w:t>
      </w:r>
    </w:p>
    <w:p>
      <w:r>
        <w:rPr>
          <w:rFonts w:ascii="IM Fell English" w:hAnsi="IM Fell English"/>
          <w:color w:val="141414"/>
          <w:sz w:val="24"/>
        </w:rPr>
        <w:t>“Liar.”</w:t>
      </w:r>
    </w:p>
    <w:p>
      <w:r>
        <w:rPr>
          <w:rFonts w:ascii="IM Fell English" w:hAnsi="IM Fell English"/>
          <w:color w:val="141414"/>
          <w:sz w:val="24"/>
        </w:rPr>
        <w:t>Jackie glanced at her.</w:t>
      </w:r>
    </w:p>
    <w:p>
      <w:r>
        <w:rPr>
          <w:rFonts w:ascii="IM Fell English" w:hAnsi="IM Fell English"/>
          <w:color w:val="141414"/>
          <w:sz w:val="24"/>
        </w:rPr>
        <w:t>“I’m not nervous about claiming you. I’m measuring how far you’re going to make me work for the vow.”</w:t>
      </w:r>
    </w:p>
    <w:p>
      <w:r>
        <w:rPr>
          <w:rFonts w:ascii="IM Fell English" w:hAnsi="IM Fell English"/>
          <w:color w:val="141414"/>
          <w:sz w:val="24"/>
        </w:rPr>
        <w:t>Jennifer’s laugh was low and wrecked.</w:t>
      </w:r>
    </w:p>
    <w:p>
      <w:r>
        <w:rPr>
          <w:rFonts w:ascii="IM Fell English" w:hAnsi="IM Fell English"/>
          <w:color w:val="141414"/>
          <w:sz w:val="24"/>
        </w:rPr>
        <w:t>“Good. If you ask me soft under trees, I’ll run until something bites us both.”</w:t>
      </w:r>
    </w:p>
    <w:p>
      <w:r>
        <w:rPr>
          <w:rFonts w:ascii="IM Fell English" w:hAnsi="IM Fell English"/>
          <w:color w:val="141414"/>
          <w:sz w:val="24"/>
        </w:rPr>
        <w:t>They were put into a closed transport with Sekhmet riding opposite them, tablet dark, attention exact. Through a high slit window Jackie watched the Nevada killing zone fall behind: fence line, cage row, trench scar, the cleared dirt circle where ownership had already been proven in pursuit and use. No one called it a wedding. No one needed to. The claim was already in their bodies.</w:t>
      </w:r>
    </w:p>
    <w:p>
      <w:r>
        <w:rPr>
          <w:rFonts w:ascii="IM Fell English" w:hAnsi="IM Fell English"/>
          <w:color w:val="141414"/>
          <w:sz w:val="24"/>
        </w:rPr>
        <w:t>Jennifer sat with her shoulder against Jackie’s arm because the tether gave her no polite distance.</w:t>
      </w:r>
    </w:p>
    <w:p>
      <w:r>
        <w:rPr>
          <w:rFonts w:ascii="IM Fell English" w:hAnsi="IM Fell English"/>
          <w:color w:val="141414"/>
          <w:sz w:val="24"/>
        </w:rPr>
        <w:t>“Say it before we leave the map,” Jennifer murmured.</w:t>
      </w:r>
    </w:p>
    <w:p>
      <w:r>
        <w:rPr>
          <w:rFonts w:ascii="IM Fell English" w:hAnsi="IM Fell English"/>
          <w:color w:val="141414"/>
          <w:sz w:val="24"/>
        </w:rPr>
        <w:t>“Say what?”</w:t>
      </w:r>
    </w:p>
    <w:p>
      <w:r>
        <w:rPr>
          <w:rFonts w:ascii="IM Fell English" w:hAnsi="IM Fell English"/>
          <w:color w:val="141414"/>
          <w:sz w:val="24"/>
        </w:rPr>
        <w:t>“That I’m still your target when the ground changes.”</w:t>
      </w:r>
    </w:p>
    <w:p>
      <w:r>
        <w:rPr>
          <w:rFonts w:ascii="IM Fell English" w:hAnsi="IM Fell English"/>
          <w:color w:val="141414"/>
          <w:sz w:val="24"/>
        </w:rPr>
        <w:t>Jackie tightened the strap one notch.</w:t>
      </w:r>
    </w:p>
    <w:p>
      <w:r>
        <w:rPr>
          <w:rFonts w:ascii="IM Fell English" w:hAnsi="IM Fell English"/>
          <w:color w:val="141414"/>
          <w:sz w:val="24"/>
        </w:rPr>
        <w:t>“You’re my target in every land they put under us.”</w:t>
      </w:r>
    </w:p>
    <w:p>
      <w:r>
        <w:rPr>
          <w:rFonts w:ascii="IM Fell English" w:hAnsi="IM Fell English"/>
          <w:color w:val="141414"/>
          <w:sz w:val="24"/>
        </w:rPr>
        <w:t>Jennifer shut her eyes once, like that sentence hit deeper than another fuck in the dirt would have.</w:t>
      </w:r>
    </w:p>
    <w:p>
      <w:r>
        <w:rPr>
          <w:rFonts w:ascii="IM Fell English" w:hAnsi="IM Fell English"/>
          <w:color w:val="141414"/>
          <w:sz w:val="24"/>
        </w:rPr>
        <w:t>“Then don’t lose me in the trees.”</w:t>
      </w:r>
    </w:p>
    <w:p>
      <w:r>
        <w:rPr>
          <w:rFonts w:ascii="IM Fell English" w:hAnsi="IM Fell English"/>
          <w:color w:val="141414"/>
          <w:sz w:val="24"/>
        </w:rPr>
        <w:t>“I won’t.”</w:t>
      </w:r>
    </w:p>
    <w:p>
      <w:r>
        <w:rPr>
          <w:rFonts w:ascii="IM Fell English" w:hAnsi="IM Fell English"/>
          <w:color w:val="141414"/>
          <w:sz w:val="24"/>
        </w:rPr>
        <w:t>The move took long enough to feel like a border crossing between kinds of cruelty.</w:t>
      </w:r>
    </w:p>
    <w:p>
      <w:r>
        <w:rPr>
          <w:rFonts w:ascii="IM Fell English" w:hAnsi="IM Fell English"/>
          <w:color w:val="141414"/>
          <w:sz w:val="24"/>
        </w:rPr>
        <w:t>Dry heat bled out of the air. Recycled cold took its place. Someone checked Jennifer’s hydration and the mark-depth on Jackie’s ribs without asking either of them for preference. At one transfer point Lilith was walked past their vehicle window, Katie collared beside her, and Lilith’s bad leg made each step a public reminder that corporation law still traveled with them.</w:t>
      </w:r>
    </w:p>
    <w:p>
      <w:r>
        <w:rPr>
          <w:rFonts w:ascii="IM Fell English" w:hAnsi="IM Fell English"/>
          <w:color w:val="141414"/>
          <w:sz w:val="24"/>
        </w:rPr>
        <w:t>Jennifer watched until they were gone.</w:t>
      </w:r>
    </w:p>
    <w:p>
      <w:r>
        <w:rPr>
          <w:rFonts w:ascii="IM Fell English" w:hAnsi="IM Fell English"/>
          <w:color w:val="141414"/>
          <w:sz w:val="24"/>
        </w:rPr>
        <w:t>“She’s still limping.”</w:t>
      </w:r>
    </w:p>
    <w:p>
      <w:r>
        <w:rPr>
          <w:rFonts w:ascii="IM Fell English" w:hAnsi="IM Fell English"/>
          <w:color w:val="141414"/>
          <w:sz w:val="24"/>
        </w:rPr>
        <w:t>“She touched you,” Jackie said.</w:t>
      </w:r>
    </w:p>
    <w:p>
      <w:r>
        <w:rPr>
          <w:rFonts w:ascii="IM Fell English" w:hAnsi="IM Fell English"/>
          <w:color w:val="141414"/>
          <w:sz w:val="24"/>
        </w:rPr>
        <w:t>“I know. I’m not complaining.”</w:t>
      </w:r>
    </w:p>
    <w:p>
      <w:r>
        <w:rPr>
          <w:rFonts w:ascii="IM Fell English" w:hAnsi="IM Fell English"/>
          <w:color w:val="141414"/>
          <w:sz w:val="24"/>
        </w:rPr>
        <w:t>Sekhmet spoke without looking up.</w:t>
      </w:r>
    </w:p>
    <w:p>
      <w:r>
        <w:rPr>
          <w:rFonts w:ascii="IM Fell English" w:hAnsi="IM Fell English"/>
          <w:color w:val="141414"/>
          <w:sz w:val="24"/>
        </w:rPr>
        <w:t>“Rainforest sector rules will be given on arrival. Core line remains: Jackie on Jennifer. Lilith on Katie. Field law travels. Vow pressure begins after insertion.”</w:t>
      </w:r>
    </w:p>
    <w:p>
      <w:r>
        <w:rPr>
          <w:rFonts w:ascii="IM Fell English" w:hAnsi="IM Fell English"/>
          <w:color w:val="141414"/>
          <w:sz w:val="24"/>
        </w:rPr>
        <w:t>Jennifer turned her head.</w:t>
      </w:r>
    </w:p>
    <w:p>
      <w:r>
        <w:rPr>
          <w:rFonts w:ascii="IM Fell English" w:hAnsi="IM Fell English"/>
          <w:color w:val="141414"/>
          <w:sz w:val="24"/>
        </w:rPr>
        <w:t>“Vow pressure.”</w:t>
      </w:r>
    </w:p>
    <w:p>
      <w:r>
        <w:rPr>
          <w:rFonts w:ascii="IM Fell English" w:hAnsi="IM Fell English"/>
          <w:color w:val="141414"/>
          <w:sz w:val="24"/>
        </w:rPr>
        <w:t>“Yes,” Sekhmet said. “You claimed ownership in desert. Now you speak and hold under canopy, wet rot, insects, and limited sight lines. If the vow fails, the hunt continues until it doesn’t.”</w:t>
      </w:r>
    </w:p>
    <w:p>
      <w:r>
        <w:rPr>
          <w:rFonts w:ascii="IM Fell English" w:hAnsi="IM Fell English"/>
          <w:color w:val="141414"/>
          <w:sz w:val="24"/>
        </w:rPr>
        <w:t>Jackie rested her thumb against the tether clip on Jennifer’s collar.</w:t>
      </w:r>
    </w:p>
    <w:p>
      <w:r>
        <w:rPr>
          <w:rFonts w:ascii="IM Fell English" w:hAnsi="IM Fell English"/>
          <w:color w:val="141414"/>
          <w:sz w:val="24"/>
        </w:rPr>
        <w:t>“It won’t fail.”</w:t>
      </w:r>
    </w:p>
    <w:p>
      <w:r>
        <w:rPr>
          <w:rFonts w:ascii="IM Fell English" w:hAnsi="IM Fell English"/>
          <w:color w:val="141414"/>
          <w:sz w:val="24"/>
        </w:rPr>
        <w:t>Jennifer’s smile was all appetite and no softness.</w:t>
      </w:r>
    </w:p>
    <w:p>
      <w:r>
        <w:rPr>
          <w:rFonts w:ascii="IM Fell English" w:hAnsi="IM Fell English"/>
          <w:color w:val="141414"/>
          <w:sz w:val="24"/>
        </w:rPr>
        <w:t>“Then you better listen when I make the sin lines ugly.”</w:t>
      </w:r>
    </w:p>
    <w:p>
      <w:r>
        <w:rPr>
          <w:rFonts w:ascii="IM Fell English" w:hAnsi="IM Fell English"/>
          <w:color w:val="141414"/>
          <w:sz w:val="24"/>
        </w:rPr>
        <w:t xml:space="preserve">They reached their destination under a green-black sky, greeted by rain that felt unnervingly warm. </w:t>
      </w:r>
    </w:p>
    <w:p>
      <w:r>
        <w:rPr>
          <w:rFonts w:ascii="IM Fell English" w:hAnsi="IM Fell English"/>
          <w:color w:val="141414"/>
          <w:sz w:val="24"/>
        </w:rPr>
        <w:t>The transport doors opened onto a narrow cleared strip cut into dense rainforest — mud, root, netting, distant generator hum under insect roar. No open berms. No long sight lines. No wide yard where a runner could be admired from the fence. The air was thick, wet, and full of living noise. Something cried out far off in the canopy and did not sound like a person.</w:t>
      </w:r>
    </w:p>
    <w:p>
      <w:r>
        <w:rPr>
          <w:rFonts w:ascii="IM Fell English" w:hAnsi="IM Fell English"/>
          <w:color w:val="141414"/>
          <w:sz w:val="24"/>
        </w:rPr>
        <w:t>Jennifer stood first because Jackie’s strap tug told her to.</w:t>
      </w:r>
    </w:p>
    <w:p>
      <w:r>
        <w:rPr>
          <w:rFonts w:ascii="IM Fell English" w:hAnsi="IM Fell English"/>
          <w:color w:val="141414"/>
          <w:sz w:val="24"/>
        </w:rPr>
        <w:t>Mud took her ankles at once.</w:t>
      </w:r>
    </w:p>
    <w:p>
      <w:r>
        <w:rPr>
          <w:rFonts w:ascii="IM Fell English" w:hAnsi="IM Fell English"/>
          <w:color w:val="141414"/>
          <w:sz w:val="24"/>
        </w:rPr>
        <w:t>Jackie stepped down behind her and kept the tether short. For a second both of them just breathed the new map in: heat with moisture, leaf-stink, the sense of being watched by more than corporation eyes. Katie and Lilith were unloaded from the second vehicle farther up the strip. Lilith’s limp looked worse on soft ground. Katie looked alive with interest.</w:t>
      </w:r>
    </w:p>
    <w:p>
      <w:r>
        <w:rPr>
          <w:rFonts w:ascii="IM Fell English" w:hAnsi="IM Fell English"/>
          <w:color w:val="141414"/>
          <w:sz w:val="24"/>
        </w:rPr>
        <w:t>Sekhmet faced Jackie and Jennifer under the rain.</w:t>
      </w:r>
    </w:p>
    <w:p>
      <w:r>
        <w:rPr>
          <w:rFonts w:ascii="IM Fell English" w:hAnsi="IM Fell English"/>
          <w:color w:val="141414"/>
          <w:sz w:val="24"/>
        </w:rPr>
        <w:t>“This is vow ground. You will be inserted as a pair under active hunter control. No chapel language. No clean witnesses required. You will move, hunt, take, and speak binding sin-vows under pressure. The canopy does not care about your marriage. That is why you are here.”</w:t>
      </w:r>
    </w:p>
    <w:p>
      <w:r>
        <w:rPr>
          <w:rFonts w:ascii="IM Fell English" w:hAnsi="IM Fell English"/>
          <w:color w:val="141414"/>
          <w:sz w:val="24"/>
        </w:rPr>
        <w:t>Jennifer lifted her face to the rain and let it run through blood-stiff hair.</w:t>
      </w:r>
    </w:p>
    <w:p>
      <w:r>
        <w:rPr>
          <w:rFonts w:ascii="IM Fell English" w:hAnsi="IM Fell English"/>
          <w:color w:val="141414"/>
          <w:sz w:val="24"/>
        </w:rPr>
        <w:t>“I like it already.”</w:t>
      </w:r>
    </w:p>
    <w:p>
      <w:r>
        <w:rPr>
          <w:rFonts w:ascii="IM Fell English" w:hAnsi="IM Fell English"/>
          <w:color w:val="141414"/>
          <w:sz w:val="24"/>
        </w:rPr>
        <w:t>Jackie watched the tree line the way she had watched Nevada fence posts.</w:t>
      </w:r>
    </w:p>
    <w:p>
      <w:r>
        <w:rPr>
          <w:rFonts w:ascii="IM Fell English" w:hAnsi="IM Fell English"/>
          <w:color w:val="141414"/>
          <w:sz w:val="24"/>
        </w:rPr>
        <w:t>“Boundaries?”</w:t>
      </w:r>
    </w:p>
    <w:p>
      <w:r>
        <w:rPr>
          <w:rFonts w:ascii="IM Fell English" w:hAnsi="IM Fell English"/>
          <w:color w:val="141414"/>
          <w:sz w:val="24"/>
        </w:rPr>
        <w:t>“Live zone markers on the black stakes,” Sekhmet said. “Outside them, worse things than our hunters. Inside them, you remain ours. Jackie keeps target control. If she loses Jennifer past recovery count, both suffer the reset.”</w:t>
      </w:r>
    </w:p>
    <w:p>
      <w:r>
        <w:rPr>
          <w:rFonts w:ascii="IM Fell English" w:hAnsi="IM Fell English"/>
          <w:color w:val="141414"/>
          <w:sz w:val="24"/>
        </w:rPr>
        <w:t>Jackie nodded once.</w:t>
      </w:r>
    </w:p>
    <w:p>
      <w:r>
        <w:rPr>
          <w:rFonts w:ascii="IM Fell English" w:hAnsi="IM Fell English"/>
          <w:color w:val="141414"/>
          <w:sz w:val="24"/>
        </w:rPr>
        <w:t>Jennifer leaned back against the strap until her shoulder touched Jackie’s chest.</w:t>
      </w:r>
    </w:p>
    <w:p>
      <w:r>
        <w:rPr>
          <w:rFonts w:ascii="IM Fell English" w:hAnsi="IM Fell English"/>
          <w:color w:val="141414"/>
          <w:sz w:val="24"/>
        </w:rPr>
        <w:t>“Last desert claim is done,” she said quietly. “Next time you put me down, I want a vow in my mouth while you do it.”</w:t>
      </w:r>
    </w:p>
    <w:p>
      <w:r>
        <w:rPr>
          <w:rFonts w:ascii="IM Fell English" w:hAnsi="IM Fell English"/>
          <w:color w:val="141414"/>
          <w:sz w:val="24"/>
        </w:rPr>
        <w:t>Jackie set her lips near Jennifer’s ear, rain dripping off both of them.</w:t>
      </w:r>
    </w:p>
    <w:p>
      <w:r>
        <w:rPr>
          <w:rFonts w:ascii="IM Fell English" w:hAnsi="IM Fell English"/>
          <w:color w:val="141414"/>
          <w:sz w:val="24"/>
        </w:rPr>
        <w:t>“You’ll get it.”</w:t>
      </w:r>
    </w:p>
    <w:p>
      <w:r>
        <w:rPr>
          <w:rFonts w:ascii="IM Fell English" w:hAnsi="IM Fell English"/>
          <w:color w:val="141414"/>
          <w:sz w:val="24"/>
        </w:rPr>
        <w:t>Katie’s voice came from up the strip, almost cheerful under the downpour.</w:t>
      </w:r>
    </w:p>
    <w:p>
      <w:r>
        <w:rPr>
          <w:rFonts w:ascii="IM Fell English" w:hAnsi="IM Fell English"/>
          <w:color w:val="141414"/>
          <w:sz w:val="24"/>
        </w:rPr>
        <w:t>“Welcome to the part where the map tries to eat the marriage.”</w:t>
      </w:r>
    </w:p>
    <w:p>
      <w:r>
        <w:rPr>
          <w:rFonts w:ascii="IM Fell English" w:hAnsi="IM Fell English"/>
          <w:color w:val="141414"/>
          <w:sz w:val="24"/>
        </w:rPr>
        <w:t>Lilith said nothing. She only adjusted her weight off the bad leg and looked into the trees like she was already calculating short-range violence on unstable ground.</w:t>
      </w:r>
    </w:p>
    <w:p>
      <w:r>
        <w:rPr>
          <w:rFonts w:ascii="IM Fell English" w:hAnsi="IM Fell English"/>
          <w:color w:val="141414"/>
          <w:sz w:val="24"/>
        </w:rPr>
        <w:t>Sekhmet raised her hand.</w:t>
      </w:r>
    </w:p>
    <w:p>
      <w:r>
        <w:rPr>
          <w:rFonts w:ascii="IM Fell English" w:hAnsi="IM Fell English"/>
          <w:color w:val="141414"/>
          <w:sz w:val="24"/>
        </w:rPr>
        <w:t>“Hold through the night on tether. First vow run at first usable light.”</w:t>
      </w:r>
    </w:p>
    <w:p>
      <w:r>
        <w:rPr>
          <w:rFonts w:ascii="IM Fell English" w:hAnsi="IM Fell English"/>
          <w:color w:val="141414"/>
          <w:sz w:val="24"/>
        </w:rPr>
        <w:t>Jackie did not ask for a dry room or a softer sentence. She walked Jennifer toward the marked pair-shelter at the strip edge — open sides, raised platform, enough cover to keep rain off the worst of the wounds, not enough to pretend they had left the hunt. She clipped the tether to a fixed ring, then to her own harness, and sat with Jennifer pulled close because the line made distance dishonest.</w:t>
      </w:r>
    </w:p>
    <w:p>
      <w:r>
        <w:rPr>
          <w:rFonts w:ascii="IM Fell English" w:hAnsi="IM Fell English"/>
          <w:color w:val="141414"/>
          <w:sz w:val="24"/>
        </w:rPr>
        <w:t>Jennifer settled against her, wet and sore and smiling into the dark.</w:t>
      </w:r>
    </w:p>
    <w:p>
      <w:r>
        <w:rPr>
          <w:rFonts w:ascii="IM Fell English" w:hAnsi="IM Fell English"/>
          <w:color w:val="141414"/>
          <w:sz w:val="24"/>
        </w:rPr>
        <w:t>“Nevada was the claim.”</w:t>
      </w:r>
    </w:p>
    <w:p>
      <w:r>
        <w:rPr>
          <w:rFonts w:ascii="IM Fell English" w:hAnsi="IM Fell English"/>
          <w:color w:val="141414"/>
          <w:sz w:val="24"/>
        </w:rPr>
        <w:t>“Yes,” Jackie said.</w:t>
      </w:r>
    </w:p>
    <w:p>
      <w:r>
        <w:rPr>
          <w:rFonts w:ascii="IM Fell English" w:hAnsi="IM Fell English"/>
          <w:color w:val="141414"/>
          <w:sz w:val="24"/>
        </w:rPr>
        <w:t>“This is where we sin it into place.”</w:t>
      </w:r>
    </w:p>
    <w:p>
      <w:r>
        <w:rPr>
          <w:rFonts w:ascii="IM Fell English" w:hAnsi="IM Fell English"/>
          <w:color w:val="141414"/>
          <w:sz w:val="24"/>
        </w:rPr>
        <w:t>Jackie looked past her into the rainforest wall, where wet leaves moved without wind.</w:t>
      </w:r>
    </w:p>
    <w:p>
      <w:r>
        <w:rPr>
          <w:rFonts w:ascii="IM Fell English" w:hAnsi="IM Fell English"/>
          <w:color w:val="141414"/>
          <w:sz w:val="24"/>
        </w:rPr>
        <w:t>“Yes.”</w:t>
      </w:r>
    </w:p>
    <w:p>
      <w:r>
        <w:rPr>
          <w:rFonts w:ascii="IM Fell English" w:hAnsi="IM Fell English"/>
          <w:color w:val="141414"/>
          <w:sz w:val="24"/>
        </w:rPr>
        <w:t>Behind them, the desert map was already gone.</w:t>
      </w:r>
    </w:p>
    <w:p>
      <w:r>
        <w:rPr>
          <w:rFonts w:ascii="IM Fell English" w:hAnsi="IM Fell English"/>
          <w:color w:val="141414"/>
          <w:sz w:val="24"/>
        </w:rPr>
        <w:t>In front of them, the trees waited like a second field — denser, older, and ready to hear vows that would never survive a chapel.</w:t>
      </w:r>
    </w:p>
    <w:p>
      <w:pPr>
        <w:pStyle w:val="Heading1"/>
        <w:jc w:val="center"/>
      </w:pPr>
      <w:r>
        <w:rPr>
          <w:rFonts w:ascii="IM Fell English" w:hAnsi="IM Fell English"/>
          <w:color w:val="0D0D0D"/>
        </w:rPr>
        <w:t>CHAPTER 14 — UNDER CANOPY</w:t>
      </w:r>
    </w:p>
    <w:p>
      <w:r>
        <w:rPr>
          <w:rFonts w:ascii="IM Fell English" w:hAnsi="IM Fell English"/>
          <w:color w:val="141414"/>
          <w:sz w:val="24"/>
        </w:rPr>
        <w:t>First usable light in the rainforest was not real morning.</w:t>
      </w:r>
    </w:p>
    <w:p>
      <w:r>
        <w:rPr>
          <w:rFonts w:ascii="IM Fell English" w:hAnsi="IM Fell English"/>
          <w:color w:val="141414"/>
          <w:sz w:val="24"/>
        </w:rPr>
        <w:t>Sekhmet did not waste time.</w:t>
      </w:r>
    </w:p>
    <w:p>
      <w:r>
        <w:rPr>
          <w:rFonts w:ascii="IM Fell English" w:hAnsi="IM Fell English"/>
          <w:color w:val="141414"/>
          <w:sz w:val="24"/>
        </w:rPr>
        <w:t>“First vow run. Pair insertion. Jackie on Jennifer. Live stakes mark the usable zone. Outside them, no recovery promise. Field law holds. Lilith and Katie run a parallel line west of the black creek markers.”</w:t>
      </w:r>
    </w:p>
    <w:p>
      <w:r>
        <w:rPr>
          <w:rFonts w:ascii="IM Fell English" w:hAnsi="IM Fell English"/>
          <w:color w:val="141414"/>
          <w:sz w:val="24"/>
        </w:rPr>
        <w:t>Jackie sat up, ribs stiff, and checked the strap clip on Jennifer’s collar by feel.</w:t>
      </w:r>
    </w:p>
    <w:p>
      <w:r>
        <w:rPr>
          <w:rFonts w:ascii="IM Fell English" w:hAnsi="IM Fell English"/>
          <w:color w:val="141414"/>
          <w:sz w:val="24"/>
        </w:rPr>
        <w:t>Jennifer’s voice was rough from sleep and old damage.</w:t>
      </w:r>
    </w:p>
    <w:p>
      <w:r>
        <w:rPr>
          <w:rFonts w:ascii="IM Fell English" w:hAnsi="IM Fell English"/>
          <w:color w:val="141414"/>
          <w:sz w:val="24"/>
        </w:rPr>
        <w:t>“Rules for the vow.”</w:t>
      </w:r>
    </w:p>
    <w:p>
      <w:r>
        <w:rPr>
          <w:rFonts w:ascii="IM Fell English" w:hAnsi="IM Fell English"/>
          <w:color w:val="141414"/>
          <w:sz w:val="24"/>
        </w:rPr>
        <w:t>Sekhmet looked at her through mist.</w:t>
      </w:r>
    </w:p>
    <w:p>
      <w:r>
        <w:rPr>
          <w:rFonts w:ascii="IM Fell English" w:hAnsi="IM Fell English"/>
          <w:color w:val="141414"/>
          <w:sz w:val="24"/>
        </w:rPr>
        <w:t>“Hunter pursues and controls. Under active control, both speak sin-vow lines. No chapel phrasing. No soft future promises. You vow what you are to each other under hunger, wet ground, and harm. Incomplete lines reset the run. Down ends the run only after the vow is accepted.”</w:t>
      </w:r>
    </w:p>
    <w:p>
      <w:r>
        <w:rPr>
          <w:rFonts w:ascii="IM Fell English" w:hAnsi="IM Fell English"/>
          <w:color w:val="141414"/>
          <w:sz w:val="24"/>
        </w:rPr>
        <w:t>Jennifer smiled without softness.</w:t>
      </w:r>
    </w:p>
    <w:p>
      <w:r>
        <w:rPr>
          <w:rFonts w:ascii="IM Fell English" w:hAnsi="IM Fell English"/>
          <w:color w:val="141414"/>
          <w:sz w:val="24"/>
        </w:rPr>
        <w:t>“Good.”</w:t>
      </w:r>
    </w:p>
    <w:p>
      <w:r>
        <w:rPr>
          <w:rFonts w:ascii="IM Fell English" w:hAnsi="IM Fell English"/>
          <w:color w:val="141414"/>
          <w:sz w:val="24"/>
        </w:rPr>
        <w:t xml:space="preserve">Jackie rose, hauling Jennifer up by the control strap. The mud claimed their feet the moment they stepped from the platform. The air was heavy, almost palpable. Deep within the canopy, the sound of something large moving through the brush broke the silence—a sound that was unmistakably not human. </w:t>
      </w:r>
    </w:p>
    <w:p>
      <w:r>
        <w:rPr>
          <w:rFonts w:ascii="IM Fell English" w:hAnsi="IM Fell English"/>
          <w:color w:val="141414"/>
          <w:sz w:val="24"/>
        </w:rPr>
        <w:t>Katie and Lilith were already being walked to the west marker line. Lilith’s limp made the soft ground look personal. Katie glanced back once, rain beading on her lashes, and said nothing. She didn’t need to. The whole insertion had the shape of a test designed by someone who wanted marriage proven where comfort could not survive.</w:t>
      </w:r>
    </w:p>
    <w:p>
      <w:r>
        <w:rPr>
          <w:rFonts w:ascii="IM Fell English" w:hAnsi="IM Fell English"/>
          <w:color w:val="141414"/>
          <w:sz w:val="24"/>
        </w:rPr>
        <w:t>Sekhmet raised her hand.</w:t>
      </w:r>
    </w:p>
    <w:p>
      <w:r>
        <w:rPr>
          <w:rFonts w:ascii="IM Fell English" w:hAnsi="IM Fell English"/>
          <w:color w:val="141414"/>
          <w:sz w:val="24"/>
        </w:rPr>
        <w:t>“Begin.”</w:t>
      </w:r>
    </w:p>
    <w:p>
      <w:r>
        <w:rPr>
          <w:rFonts w:ascii="IM Fell English" w:hAnsi="IM Fell English"/>
          <w:color w:val="141414"/>
          <w:sz w:val="24"/>
        </w:rPr>
        <w:t>Jennifer ran into the trees like she belonged to them.</w:t>
      </w:r>
    </w:p>
    <w:p>
      <w:r>
        <w:rPr>
          <w:rFonts w:ascii="IM Fell English" w:hAnsi="IM Fell English"/>
          <w:color w:val="141414"/>
          <w:sz w:val="24"/>
        </w:rPr>
        <w:t>Not blind panic. Short cuts, low branches, root traps, places where the strap would snag if Jackie got lazy. Jackie stayed on her through mud and ferns, taking wet leaves across the face, keeping the line short enough that Jennifer never fully vanished into green. The rainforest swallowed footsteps differently than Nevada. Everything came back softer, closer, more intimate.</w:t>
      </w:r>
    </w:p>
    <w:p>
      <w:r>
        <w:rPr>
          <w:rFonts w:ascii="IM Fell English" w:hAnsi="IM Fell English"/>
          <w:color w:val="141414"/>
          <w:sz w:val="24"/>
        </w:rPr>
        <w:t>Jackie caught her the first time against a wide root-buttress.</w:t>
      </w:r>
    </w:p>
    <w:p>
      <w:r>
        <w:rPr>
          <w:rFonts w:ascii="IM Fell English" w:hAnsi="IM Fell English"/>
          <w:color w:val="141414"/>
          <w:sz w:val="24"/>
        </w:rPr>
        <w:t>They hit hard. Jennifer used the slick bark and almost slipped the angle. Jackie drove her chest into the root, clipped any slack out of the tether, and forced her to her knees in the mud.</w:t>
      </w:r>
    </w:p>
    <w:p>
      <w:r>
        <w:rPr>
          <w:rFonts w:ascii="IM Fell English" w:hAnsi="IM Fell English"/>
          <w:color w:val="141414"/>
          <w:sz w:val="24"/>
        </w:rPr>
        <w:t>“Under control,” Jackie said, breathing hard.</w:t>
      </w:r>
    </w:p>
    <w:p>
      <w:r>
        <w:rPr>
          <w:rFonts w:ascii="IM Fell English" w:hAnsi="IM Fell English"/>
          <w:color w:val="141414"/>
          <w:sz w:val="24"/>
        </w:rPr>
        <w:t>Jennifer laughed up through mist and hair stuck to her mouth.</w:t>
      </w:r>
    </w:p>
    <w:p>
      <w:r>
        <w:rPr>
          <w:rFonts w:ascii="IM Fell English" w:hAnsi="IM Fell English"/>
          <w:color w:val="141414"/>
          <w:sz w:val="24"/>
        </w:rPr>
        <w:t>“Then say it while you take me.”</w:t>
      </w:r>
    </w:p>
    <w:p>
      <w:r>
        <w:rPr>
          <w:rFonts w:ascii="IM Fell English" w:hAnsi="IM Fell English"/>
          <w:color w:val="141414"/>
          <w:sz w:val="24"/>
        </w:rPr>
        <w:t>Jackie shoved into her cunt from behind in one deep wet thrust. The sound of it was raw against insect roar. Jennifer’s hands slid in mud. She pushed back anyway. Jackie fucked her in short punishing counts, one fist in her hair, strap taut from harness to collar, and spoke through clenched teeth.</w:t>
      </w:r>
    </w:p>
    <w:p>
      <w:r>
        <w:rPr>
          <w:rFonts w:ascii="IM Fell English" w:hAnsi="IM Fell English"/>
          <w:color w:val="141414"/>
          <w:sz w:val="24"/>
        </w:rPr>
        <w:t>“I vow to hunt you in every land they give us. I vow to claim your fight, not your obedience. I vow to keep you when the ground turns against both of us.”</w:t>
      </w:r>
    </w:p>
    <w:p>
      <w:r>
        <w:rPr>
          <w:rFonts w:ascii="IM Fell English" w:hAnsi="IM Fell English"/>
          <w:color w:val="141414"/>
          <w:sz w:val="24"/>
        </w:rPr>
        <w:t>Jennifer’s reply broke on a moan and came out viciously clear.</w:t>
      </w:r>
    </w:p>
    <w:p>
      <w:r>
        <w:rPr>
          <w:rFonts w:ascii="IM Fell English" w:hAnsi="IM Fell English"/>
          <w:color w:val="141414"/>
          <w:sz w:val="24"/>
        </w:rPr>
        <w:t>“I vow to run hard enough to make your ownership real. I vow to take your claim in dirt, rot, and blood. I vow not to ask for a clean marriage.”</w:t>
      </w:r>
    </w:p>
    <w:p>
      <w:r>
        <w:rPr>
          <w:rFonts w:ascii="IM Fell English" w:hAnsi="IM Fell English"/>
          <w:color w:val="141414"/>
          <w:sz w:val="24"/>
        </w:rPr>
        <w:t>Jackie held deep and waited for the canopy to feel it.</w:t>
      </w:r>
    </w:p>
    <w:p>
      <w:r>
        <w:rPr>
          <w:rFonts w:ascii="IM Fell English" w:hAnsi="IM Fell English"/>
          <w:color w:val="141414"/>
          <w:sz w:val="24"/>
        </w:rPr>
        <w:t>From somewhere behind the mist-line, Sekhmet’s voice carried faintly:</w:t>
      </w:r>
    </w:p>
    <w:p>
      <w:r>
        <w:rPr>
          <w:rFonts w:ascii="IM Fell English" w:hAnsi="IM Fell English"/>
          <w:color w:val="141414"/>
          <w:sz w:val="24"/>
        </w:rPr>
        <w:t>“First exchange accepted. Continue.”</w:t>
      </w:r>
    </w:p>
    <w:p>
      <w:r>
        <w:rPr>
          <w:rFonts w:ascii="IM Fell English" w:hAnsi="IM Fell English"/>
          <w:color w:val="141414"/>
          <w:sz w:val="24"/>
        </w:rPr>
        <w:t>Jennifer turned her head enough to show a filthy grin.</w:t>
      </w:r>
    </w:p>
    <w:p>
      <w:r>
        <w:rPr>
          <w:rFonts w:ascii="IM Fell English" w:hAnsi="IM Fell English"/>
          <w:color w:val="141414"/>
          <w:sz w:val="24"/>
        </w:rPr>
        <w:t>“One exchange isn’t a wedding.”</w:t>
      </w:r>
    </w:p>
    <w:p>
      <w:r>
        <w:rPr>
          <w:rFonts w:ascii="IM Fell English" w:hAnsi="IM Fell English"/>
          <w:color w:val="141414"/>
          <w:sz w:val="24"/>
        </w:rPr>
        <w:t>Jackie dragged her upright by the strap.</w:t>
      </w:r>
    </w:p>
    <w:p>
      <w:r>
        <w:rPr>
          <w:rFonts w:ascii="IM Fell English" w:hAnsi="IM Fell English"/>
          <w:color w:val="141414"/>
          <w:sz w:val="24"/>
        </w:rPr>
        <w:t>“Good.”</w:t>
      </w:r>
    </w:p>
    <w:p>
      <w:r>
        <w:rPr>
          <w:rFonts w:ascii="IM Fell English" w:hAnsi="IM Fell English"/>
          <w:color w:val="141414"/>
          <w:sz w:val="24"/>
        </w:rPr>
        <w:t>They moved deeper.</w:t>
      </w:r>
    </w:p>
    <w:p>
      <w:r>
        <w:rPr>
          <w:rFonts w:ascii="IM Fell English" w:hAnsi="IM Fell English"/>
          <w:color w:val="141414"/>
          <w:sz w:val="24"/>
        </w:rPr>
        <w:t>The rainforest did not stay scenic. Gnats found the open scrapes on Jackie’s forearm and the raw collar line on Jennifer’s throat. A column of ants forced them around a fallen trunk. Once, something heavy slid off to their left in the undergrowth and both women froze for half a second before Jennifer yanked the line forward on purpose, as if daring the unseen animal to make the marriage more interesting.</w:t>
      </w:r>
    </w:p>
    <w:p>
      <w:r>
        <w:rPr>
          <w:rFonts w:ascii="IM Fell English" w:hAnsi="IM Fell English"/>
          <w:color w:val="141414"/>
          <w:sz w:val="24"/>
        </w:rPr>
        <w:t>Jackie jerked her back hard.</w:t>
      </w:r>
    </w:p>
    <w:p>
      <w:r>
        <w:rPr>
          <w:rFonts w:ascii="IM Fell English" w:hAnsi="IM Fell English"/>
          <w:color w:val="141414"/>
          <w:sz w:val="24"/>
        </w:rPr>
        <w:t>“You don’t get killed for theater.”</w:t>
      </w:r>
    </w:p>
    <w:p>
      <w:r>
        <w:rPr>
          <w:rFonts w:ascii="IM Fell English" w:hAnsi="IM Fell English"/>
          <w:color w:val="141414"/>
          <w:sz w:val="24"/>
        </w:rPr>
        <w:t>Jennifer’s eyes were bright.</w:t>
      </w:r>
    </w:p>
    <w:p>
      <w:r>
        <w:rPr>
          <w:rFonts w:ascii="IM Fell English" w:hAnsi="IM Fell English"/>
          <w:color w:val="141414"/>
          <w:sz w:val="24"/>
        </w:rPr>
        <w:t>“Then keep me closer.”</w:t>
      </w:r>
    </w:p>
    <w:p>
      <w:r>
        <w:rPr>
          <w:rFonts w:ascii="IM Fell English" w:hAnsi="IM Fell English"/>
          <w:color w:val="141414"/>
          <w:sz w:val="24"/>
        </w:rPr>
        <w:t>Jackie did.</w:t>
      </w:r>
    </w:p>
    <w:p>
      <w:r>
        <w:rPr>
          <w:rFonts w:ascii="IM Fell English" w:hAnsi="IM Fell English"/>
          <w:color w:val="141414"/>
          <w:sz w:val="24"/>
        </w:rPr>
        <w:t>She ran Jennifer down a second time in a shallow wet depression where the mud was ankle-deep and cold under the surface heat. They went down together. Jennifer got a hand free and raked Jackie’s side. Jackie answered by forcing her onto her back, shoving her thighs wide in the muck, and mounting her with the strap pinned under one palm.</w:t>
      </w:r>
    </w:p>
    <w:p>
      <w:r>
        <w:rPr>
          <w:rFonts w:ascii="IM Fell English" w:hAnsi="IM Fell English"/>
          <w:color w:val="141414"/>
          <w:sz w:val="24"/>
        </w:rPr>
        <w:t>The fuck was slower only because the ground stole speed. Every thrust planted them deeper into wet earth. Jennifer’s shoulders sank. Her mouth opened under fine rain. Jackie kept her eyes open on her wife’s face and made the second vow exchange land between impacts.</w:t>
      </w:r>
    </w:p>
    <w:p>
      <w:r>
        <w:rPr>
          <w:rFonts w:ascii="IM Fell English" w:hAnsi="IM Fell English"/>
          <w:color w:val="141414"/>
          <w:sz w:val="24"/>
        </w:rPr>
        <w:t>“I vow to use you as my wife, not my pause. I vow that your pain stays inside the marriage when I am the one giving it.”</w:t>
      </w:r>
    </w:p>
    <w:p>
      <w:r>
        <w:rPr>
          <w:rFonts w:ascii="IM Fell English" w:hAnsi="IM Fell English"/>
          <w:color w:val="141414"/>
          <w:sz w:val="24"/>
        </w:rPr>
        <w:t>Jennifer locked both legs around her and pulled her in harder.</w:t>
      </w:r>
    </w:p>
    <w:p>
      <w:r>
        <w:rPr>
          <w:rFonts w:ascii="IM Fell English" w:hAnsi="IM Fell English"/>
          <w:color w:val="141414"/>
          <w:sz w:val="24"/>
        </w:rPr>
        <w:t>“I vow to meet you at your worst and not call it abuse. I vow to remain your target after the words are done. I vow my body as the place you prove the line.”</w:t>
      </w:r>
    </w:p>
    <w:p>
      <w:r>
        <w:rPr>
          <w:rFonts w:ascii="IM Fell English" w:hAnsi="IM Fell English"/>
          <w:color w:val="141414"/>
          <w:sz w:val="24"/>
        </w:rPr>
        <w:t>Jackie kissed her once, hard and muddy, more seal than comfort.</w:t>
      </w:r>
    </w:p>
    <w:p>
      <w:r>
        <w:rPr>
          <w:rFonts w:ascii="IM Fell English" w:hAnsi="IM Fell English"/>
          <w:color w:val="141414"/>
          <w:sz w:val="24"/>
        </w:rPr>
        <w:t>From the west, far off, a short cry cut through trees — Katie’s line, still live, still separate. Jackie did not look away from Jennifer long enough to lose control.</w:t>
      </w:r>
    </w:p>
    <w:p>
      <w:r>
        <w:rPr>
          <w:rFonts w:ascii="IM Fell English" w:hAnsi="IM Fell English"/>
          <w:color w:val="141414"/>
          <w:sz w:val="24"/>
        </w:rPr>
        <w:t>Sekhmet’s acceptance came again, distant and exact.</w:t>
      </w:r>
    </w:p>
    <w:p>
      <w:r>
        <w:rPr>
          <w:rFonts w:ascii="IM Fell English" w:hAnsi="IM Fell English"/>
          <w:color w:val="141414"/>
          <w:sz w:val="24"/>
        </w:rPr>
        <w:t>“Second exchange accepted.”</w:t>
      </w:r>
    </w:p>
    <w:p>
      <w:r>
        <w:rPr>
          <w:rFonts w:ascii="IM Fell English" w:hAnsi="IM Fell English"/>
          <w:color w:val="141414"/>
          <w:sz w:val="24"/>
        </w:rPr>
        <w:t>Jennifer spat mud and laughed.</w:t>
      </w:r>
    </w:p>
    <w:p>
      <w:r>
        <w:rPr>
          <w:rFonts w:ascii="IM Fell English" w:hAnsi="IM Fell English"/>
          <w:color w:val="141414"/>
          <w:sz w:val="24"/>
        </w:rPr>
        <w:t>“She’s going to make us do this until the trees get bored.”</w:t>
      </w:r>
    </w:p>
    <w:p>
      <w:r>
        <w:rPr>
          <w:rFonts w:ascii="IM Fell English" w:hAnsi="IM Fell English"/>
          <w:color w:val="141414"/>
          <w:sz w:val="24"/>
        </w:rPr>
        <w:t>Jackie hauled her up.</w:t>
      </w:r>
    </w:p>
    <w:p>
      <w:r>
        <w:rPr>
          <w:rFonts w:ascii="IM Fell English" w:hAnsi="IM Fell English"/>
          <w:color w:val="141414"/>
          <w:sz w:val="24"/>
        </w:rPr>
        <w:t>“The trees don’t get bored.”</w:t>
      </w:r>
    </w:p>
    <w:p>
      <w:r>
        <w:rPr>
          <w:rFonts w:ascii="IM Fell English" w:hAnsi="IM Fell English"/>
          <w:color w:val="141414"/>
          <w:sz w:val="24"/>
        </w:rPr>
        <w:t>The third exchange cost more because Jennifer decided the vow only counted if she almost broke free.</w:t>
      </w:r>
    </w:p>
    <w:p>
      <w:r>
        <w:rPr>
          <w:rFonts w:ascii="IM Fell English" w:hAnsi="IM Fell English"/>
          <w:color w:val="141414"/>
          <w:sz w:val="24"/>
        </w:rPr>
        <w:t>She waited until a vine wall forced Jackie to turn sideways, then dropped her weight, twisted, and bolted through a gap on pure meanness. The strap snapped taut and nearly took both of them off their feet. Jackie had to choose between letting the clip tear at Jennifer’s throat and driving forward into the tangle after her.</w:t>
      </w:r>
    </w:p>
    <w:p>
      <w:r>
        <w:rPr>
          <w:rFonts w:ascii="IM Fell English" w:hAnsi="IM Fell English"/>
          <w:color w:val="141414"/>
          <w:sz w:val="24"/>
        </w:rPr>
        <w:t>She drove forward.</w:t>
      </w:r>
    </w:p>
    <w:p>
      <w:r>
        <w:rPr>
          <w:rFonts w:ascii="IM Fell English" w:hAnsi="IM Fell English"/>
          <w:color w:val="141414"/>
          <w:sz w:val="24"/>
        </w:rPr>
        <w:t>Branches stripped thin lines across Jackie’s arms. Jennifer made it ten hard yards before Jackie caught the strap, climbed it hand-over-hand like a rope, and dumped her into a bed of wet leaves and root knuckles. Jennifer came up swinging. Jackie took the hit on the mouth, tasted fresh blood, and forced Jennifer face-down under her knee long enough to restore the line.</w:t>
      </w:r>
    </w:p>
    <w:p>
      <w:r>
        <w:rPr>
          <w:rFonts w:ascii="IM Fell English" w:hAnsi="IM Fell English"/>
          <w:color w:val="141414"/>
          <w:sz w:val="24"/>
        </w:rPr>
        <w:t>“That all you got?” Jennifer rasped.</w:t>
      </w:r>
    </w:p>
    <w:p>
      <w:r>
        <w:rPr>
          <w:rFonts w:ascii="IM Fell English" w:hAnsi="IM Fell English"/>
          <w:color w:val="141414"/>
          <w:sz w:val="24"/>
        </w:rPr>
        <w:t>Jackie shoved into her ass in answer, deep enough to make Jennifer’s next insult collapse into sound. She fucked her there under dripping canopy while insects found every new scrape, while the rainforest filled with the wet slap of claim, while the tether kept Jennifer from turning the almost-escape into a real one.</w:t>
      </w:r>
    </w:p>
    <w:p>
      <w:r>
        <w:rPr>
          <w:rFonts w:ascii="IM Fell English" w:hAnsi="IM Fell English"/>
          <w:color w:val="141414"/>
          <w:sz w:val="24"/>
        </w:rPr>
        <w:t>Jackie’s voice came out raw.</w:t>
      </w:r>
    </w:p>
    <w:p>
      <w:r>
        <w:rPr>
          <w:rFonts w:ascii="IM Fell English" w:hAnsi="IM Fell English"/>
          <w:color w:val="141414"/>
          <w:sz w:val="24"/>
        </w:rPr>
        <w:t>“I vow to catch you when you make it ugly. I vow that freedom between us is something I take apart with my hands. I vow you as wife under sin, not under blessing.”</w:t>
      </w:r>
    </w:p>
    <w:p>
      <w:r>
        <w:rPr>
          <w:rFonts w:ascii="IM Fell English" w:hAnsi="IM Fell English"/>
          <w:color w:val="141414"/>
          <w:sz w:val="24"/>
        </w:rPr>
        <w:t>Jennifer’s hands clawed leaves into fists.</w:t>
      </w:r>
    </w:p>
    <w:p>
      <w:r>
        <w:rPr>
          <w:rFonts w:ascii="IM Fell English" w:hAnsi="IM Fell English"/>
          <w:color w:val="141414"/>
          <w:sz w:val="24"/>
        </w:rPr>
        <w:t>“I vow to sin with you in public and private maps. I vow no god in this. I vow only the hunt, the take, and the fact I still want you when it hurts.”</w:t>
      </w:r>
    </w:p>
    <w:p>
      <w:r>
        <w:rPr>
          <w:rFonts w:ascii="IM Fell English" w:hAnsi="IM Fell English"/>
          <w:color w:val="141414"/>
          <w:sz w:val="24"/>
        </w:rPr>
        <w:t>Jackie held her through the final counted thrusts until Jennifer’s arms failed and her breath became the only organized thing left. Then she stayed inside the control posture, strap tight, mouth at Jennifer’s ear.</w:t>
      </w:r>
    </w:p>
    <w:p>
      <w:r>
        <w:rPr>
          <w:rFonts w:ascii="IM Fell English" w:hAnsi="IM Fell English"/>
          <w:color w:val="141414"/>
          <w:sz w:val="24"/>
        </w:rPr>
        <w:t>“Vow complete on my side.”</w:t>
      </w:r>
    </w:p>
    <w:p>
      <w:r>
        <w:rPr>
          <w:rFonts w:ascii="IM Fell English" w:hAnsi="IM Fell English"/>
          <w:color w:val="141414"/>
          <w:sz w:val="24"/>
        </w:rPr>
        <w:t>Jennifer, shaking, forced out, “Complete on mine.”</w:t>
      </w:r>
    </w:p>
    <w:p>
      <w:r>
        <w:rPr>
          <w:rFonts w:ascii="IM Fell English" w:hAnsi="IM Fell English"/>
          <w:color w:val="141414"/>
          <w:sz w:val="24"/>
        </w:rPr>
        <w:t>Silence held for one long wet second.</w:t>
      </w:r>
    </w:p>
    <w:p>
      <w:r>
        <w:rPr>
          <w:rFonts w:ascii="IM Fell English" w:hAnsi="IM Fell English"/>
          <w:color w:val="141414"/>
          <w:sz w:val="24"/>
        </w:rPr>
        <w:t>Then Sekhmet’s voice reached them from the marker track:</w:t>
      </w:r>
    </w:p>
    <w:p>
      <w:r>
        <w:rPr>
          <w:rFonts w:ascii="IM Fell English" w:hAnsi="IM Fell English"/>
          <w:color w:val="141414"/>
          <w:sz w:val="24"/>
        </w:rPr>
        <w:t>“Third exchange accepted. First vow run complete. Hold control into extraction point.”</w:t>
      </w:r>
    </w:p>
    <w:p>
      <w:r>
        <w:rPr>
          <w:rFonts w:ascii="IM Fell English" w:hAnsi="IM Fell English"/>
          <w:color w:val="141414"/>
          <w:sz w:val="24"/>
        </w:rPr>
        <w:t>Jackie did not pull out of the ownership. She hauled Jennifer up, kept the strap short, and walked her back through mud and root toward the black stakes. Jennifer leaned into the line when her knees went unreliable, not asking, just using the marriage as structure.</w:t>
      </w:r>
    </w:p>
    <w:p>
      <w:r>
        <w:rPr>
          <w:rFonts w:ascii="IM Fell English" w:hAnsi="IM Fell English"/>
          <w:color w:val="141414"/>
          <w:sz w:val="24"/>
        </w:rPr>
        <w:t>At the strip edge, Katie was already back on one knee under a low tarp, marked with fresh canopy scrapes, Lilith standing over her with the bad leg trembling from soft-ground work. Both pairs had survived first insertion. Both still belonged to the same corporate geometry.</w:t>
      </w:r>
    </w:p>
    <w:p>
      <w:r>
        <w:rPr>
          <w:rFonts w:ascii="IM Fell English" w:hAnsi="IM Fell English"/>
          <w:color w:val="141414"/>
          <w:sz w:val="24"/>
        </w:rPr>
        <w:t>Sekhmet looked at the tether between Jackie and Jennifer, then at the mud caked to their thighs and mouths.</w:t>
      </w:r>
    </w:p>
    <w:p>
      <w:r>
        <w:rPr>
          <w:rFonts w:ascii="IM Fell English" w:hAnsi="IM Fell English"/>
          <w:color w:val="141414"/>
          <w:sz w:val="24"/>
        </w:rPr>
        <w:t>“You can speak under rot. Good. Tomorrow the run goes longer.”</w:t>
      </w:r>
    </w:p>
    <w:p>
      <w:r>
        <w:rPr>
          <w:rFonts w:ascii="IM Fell English" w:hAnsi="IM Fell English"/>
          <w:color w:val="141414"/>
          <w:sz w:val="24"/>
        </w:rPr>
        <w:t>Jennifer, filthy and smiling, rested her brow against Jackie’s collarbone because the strap left her no prettier place to put it.</w:t>
      </w:r>
    </w:p>
    <w:p>
      <w:r>
        <w:rPr>
          <w:rFonts w:ascii="IM Fell English" w:hAnsi="IM Fell English"/>
          <w:color w:val="141414"/>
          <w:sz w:val="24"/>
        </w:rPr>
        <w:t>“Nevada was claim,” she murmured.</w:t>
      </w:r>
    </w:p>
    <w:p>
      <w:r>
        <w:rPr>
          <w:rFonts w:ascii="IM Fell English" w:hAnsi="IM Fell English"/>
          <w:color w:val="141414"/>
          <w:sz w:val="24"/>
        </w:rPr>
        <w:t>Jackie kept one hand hard on the line.</w:t>
      </w:r>
    </w:p>
    <w:p>
      <w:r>
        <w:rPr>
          <w:rFonts w:ascii="IM Fell English" w:hAnsi="IM Fell English"/>
          <w:color w:val="141414"/>
          <w:sz w:val="24"/>
        </w:rPr>
        <w:t>“This is the vow.”</w:t>
      </w:r>
    </w:p>
    <w:p>
      <w:r>
        <w:rPr>
          <w:rFonts w:ascii="IM Fell English" w:hAnsi="IM Fell English"/>
          <w:color w:val="141414"/>
          <w:sz w:val="24"/>
        </w:rPr>
        <w:t>Rain thickened again in the canopy above them, as if the rainforest itself had accepted the first lines and wanted more.</w:t>
      </w:r>
    </w:p>
    <w:p>
      <w:pPr>
        <w:pStyle w:val="Heading1"/>
        <w:jc w:val="center"/>
      </w:pPr>
      <w:r>
        <w:rPr>
          <w:rFonts w:ascii="IM Fell English" w:hAnsi="IM Fell English"/>
          <w:color w:val="0D0D0D"/>
        </w:rPr>
        <w:t>CHAPTER 15 — FAIR GROUND</w:t>
      </w:r>
    </w:p>
    <w:p>
      <w:r>
        <w:rPr>
          <w:rFonts w:ascii="IM Fell English" w:hAnsi="IM Fell English"/>
          <w:color w:val="141414"/>
          <w:sz w:val="24"/>
        </w:rPr>
        <w:t>They brought Lilith to the medic tarp at first light while the canopy was still dripping.</w:t>
      </w:r>
    </w:p>
    <w:p>
      <w:r>
        <w:rPr>
          <w:rFonts w:ascii="IM Fell English" w:hAnsi="IM Fell English"/>
          <w:color w:val="141414"/>
          <w:sz w:val="24"/>
        </w:rPr>
        <w:t>Jackie made them do it in the open.</w:t>
      </w:r>
    </w:p>
    <w:p>
      <w:r>
        <w:rPr>
          <w:rFonts w:ascii="IM Fell English" w:hAnsi="IM Fell English"/>
          <w:color w:val="141414"/>
          <w:sz w:val="24"/>
        </w:rPr>
        <w:t>Jennifer sat tethered to the platform ring, eating ration paste with two fingers, watching. Katie stood under the edge of the tarp with her arms folded, marked from the first vow run, expression unreadable. Sekhmet waited for the order to come from the hunter who had created the injury under corporation law.</w:t>
      </w:r>
    </w:p>
    <w:p>
      <w:r>
        <w:rPr>
          <w:rFonts w:ascii="IM Fell English" w:hAnsi="IM Fell English"/>
          <w:color w:val="141414"/>
          <w:sz w:val="24"/>
        </w:rPr>
        <w:t>Jackie stopped in front of Lilith and looked at the wrapped leg without flinching.</w:t>
      </w:r>
    </w:p>
    <w:p>
      <w:r>
        <w:rPr>
          <w:rFonts w:ascii="IM Fell English" w:hAnsi="IM Fell English"/>
          <w:color w:val="141414"/>
          <w:sz w:val="24"/>
        </w:rPr>
        <w:t>“Set it. Repair it. Full function.”</w:t>
      </w:r>
    </w:p>
    <w:p>
      <w:r>
        <w:rPr>
          <w:rFonts w:ascii="IM Fell English" w:hAnsi="IM Fell English"/>
          <w:color w:val="141414"/>
          <w:sz w:val="24"/>
        </w:rPr>
        <w:t>The medic glanced at Sekhmet.</w:t>
      </w:r>
    </w:p>
    <w:p>
      <w:r>
        <w:rPr>
          <w:rFonts w:ascii="IM Fell English" w:hAnsi="IM Fell English"/>
          <w:color w:val="141414"/>
          <w:sz w:val="24"/>
        </w:rPr>
        <w:t>Sekhmet looked at Jackie.</w:t>
      </w:r>
    </w:p>
    <w:p>
      <w:r>
        <w:rPr>
          <w:rFonts w:ascii="IM Fell English" w:hAnsi="IM Fell English"/>
          <w:color w:val="141414"/>
          <w:sz w:val="24"/>
        </w:rPr>
        <w:t>“You’re rescinding the field consequence?”</w:t>
      </w:r>
    </w:p>
    <w:p>
      <w:r>
        <w:rPr>
          <w:rFonts w:ascii="IM Fell English" w:hAnsi="IM Fell English"/>
          <w:color w:val="141414"/>
          <w:sz w:val="24"/>
        </w:rPr>
        <w:t>“I’m ending it,” Jackie said. “The point is made. Jennifer is my target. Anyone who touches her for claim pays. Lilith already paid. I don’t need her limping through the next lands to prove it again.”</w:t>
      </w:r>
    </w:p>
    <w:p>
      <w:r>
        <w:rPr>
          <w:rFonts w:ascii="IM Fell English" w:hAnsi="IM Fell English"/>
          <w:color w:val="141414"/>
          <w:sz w:val="24"/>
        </w:rPr>
        <w:t>Lilith’s eyes lifted, hard and bright with pain and pride.</w:t>
      </w:r>
    </w:p>
    <w:p>
      <w:r>
        <w:rPr>
          <w:rFonts w:ascii="IM Fell English" w:hAnsi="IM Fell English"/>
          <w:color w:val="141414"/>
          <w:sz w:val="24"/>
        </w:rPr>
        <w:t>“If this is pity, keep your hands off me.”</w:t>
      </w:r>
    </w:p>
    <w:p>
      <w:r>
        <w:rPr>
          <w:rFonts w:ascii="IM Fell English" w:hAnsi="IM Fell English"/>
          <w:color w:val="141414"/>
          <w:sz w:val="24"/>
        </w:rPr>
        <w:t>Jackie leaned in just enough for the whole tarp line to hear.</w:t>
      </w:r>
    </w:p>
    <w:p>
      <w:r>
        <w:rPr>
          <w:rFonts w:ascii="IM Fell English" w:hAnsi="IM Fell English"/>
          <w:color w:val="141414"/>
          <w:sz w:val="24"/>
        </w:rPr>
        <w:t>“It isn’t pity. It’s fairness. I want you whole when you stay on your own line. If you cross onto mine again, I won’t stop at one leg.”</w:t>
      </w:r>
    </w:p>
    <w:p>
      <w:r>
        <w:rPr>
          <w:rFonts w:ascii="IM Fell English" w:hAnsi="IM Fell English"/>
          <w:color w:val="141414"/>
          <w:sz w:val="24"/>
        </w:rPr>
        <w:t>Jennifer let out a low laugh from the platform.</w:t>
      </w:r>
    </w:p>
    <w:p>
      <w:r>
        <w:rPr>
          <w:rFonts w:ascii="IM Fell English" w:hAnsi="IM Fell English"/>
          <w:color w:val="141414"/>
          <w:sz w:val="24"/>
        </w:rPr>
        <w:t>“There she is.”</w:t>
      </w:r>
    </w:p>
    <w:p>
      <w:r>
        <w:rPr>
          <w:rFonts w:ascii="IM Fell English" w:hAnsi="IM Fell English"/>
          <w:color w:val="141414"/>
          <w:sz w:val="24"/>
        </w:rPr>
        <w:t>Katie’s mouth curved.</w:t>
      </w:r>
    </w:p>
    <w:p>
      <w:r>
        <w:rPr>
          <w:rFonts w:ascii="IM Fell English" w:hAnsi="IM Fell English"/>
          <w:color w:val="141414"/>
          <w:sz w:val="24"/>
        </w:rPr>
        <w:t>“Good. A broken hunter makes for a boring map.”</w:t>
      </w:r>
    </w:p>
    <w:p>
      <w:r>
        <w:rPr>
          <w:rFonts w:ascii="IM Fell English" w:hAnsi="IM Fell English"/>
          <w:color w:val="141414"/>
          <w:sz w:val="24"/>
        </w:rPr>
        <w:t>Jackie nodded once to the medic.</w:t>
      </w:r>
    </w:p>
    <w:p>
      <w:r>
        <w:rPr>
          <w:rFonts w:ascii="IM Fell English" w:hAnsi="IM Fell English"/>
          <w:color w:val="141414"/>
          <w:sz w:val="24"/>
        </w:rPr>
        <w:t>“Do it.”</w:t>
      </w:r>
    </w:p>
    <w:p>
      <w:r>
        <w:rPr>
          <w:rFonts w:ascii="IM Fell English" w:hAnsi="IM Fell English"/>
          <w:color w:val="141414"/>
          <w:sz w:val="24"/>
        </w:rPr>
        <w:t>They set the leg under field conditions — brace, pressure, forced alignment, the ugly practical work of making a body useful again. Lilith took it in silence until the worst pass, then exhaled through her teeth and stared past Jackie into the trees. When it was done, the medic locked a walking support for short use and cleared her for progressive full weight.</w:t>
      </w:r>
    </w:p>
    <w:p>
      <w:r>
        <w:rPr>
          <w:rFonts w:ascii="IM Fell English" w:hAnsi="IM Fell English"/>
          <w:color w:val="141414"/>
          <w:sz w:val="24"/>
        </w:rPr>
        <w:t>Sekhmet marked the change on her tablet.</w:t>
      </w:r>
    </w:p>
    <w:p>
      <w:r>
        <w:rPr>
          <w:rFonts w:ascii="IM Fell English" w:hAnsi="IM Fell English"/>
          <w:color w:val="141414"/>
          <w:sz w:val="24"/>
        </w:rPr>
        <w:t>“Consequence closed by assigned hunter authority. Field law remains active.”</w:t>
      </w:r>
    </w:p>
    <w:p>
      <w:r>
        <w:rPr>
          <w:rFonts w:ascii="IM Fell English" w:hAnsi="IM Fell English"/>
          <w:color w:val="141414"/>
          <w:sz w:val="24"/>
        </w:rPr>
        <w:t>Jackie turned away before Lilith could turn it into a longer exchange.</w:t>
      </w:r>
    </w:p>
    <w:p>
      <w:r>
        <w:rPr>
          <w:rFonts w:ascii="IM Fell English" w:hAnsi="IM Fell English"/>
          <w:color w:val="141414"/>
          <w:sz w:val="24"/>
        </w:rPr>
        <w:t>“Good. Then we start even.”</w:t>
      </w:r>
    </w:p>
    <w:p>
      <w:r>
        <w:rPr>
          <w:rFonts w:ascii="IM Fell English" w:hAnsi="IM Fell English"/>
          <w:color w:val="141414"/>
          <w:sz w:val="24"/>
        </w:rPr>
        <w:t>Second vow run began with both pairs at full threat posture.</w:t>
      </w:r>
    </w:p>
    <w:p>
      <w:r>
        <w:rPr>
          <w:rFonts w:ascii="IM Fell English" w:hAnsi="IM Fell English"/>
          <w:color w:val="141414"/>
          <w:sz w:val="24"/>
        </w:rPr>
        <w:t>The rainforest had thickened overnight. Mist hung low. Every leaf surface shone. Jackie clipped the control strap to Jennifer’s collar at the marker stake and felt Jennifer lean into the tension at once, testing it like a dare.</w:t>
      </w:r>
    </w:p>
    <w:p>
      <w:r>
        <w:rPr>
          <w:rFonts w:ascii="IM Fell English" w:hAnsi="IM Fell English"/>
          <w:color w:val="141414"/>
          <w:sz w:val="24"/>
        </w:rPr>
        <w:t>“You fixed your rival’s leg,” Jennifer said.</w:t>
      </w:r>
    </w:p>
    <w:p>
      <w:r>
        <w:rPr>
          <w:rFonts w:ascii="IM Fell English" w:hAnsi="IM Fell English"/>
          <w:color w:val="141414"/>
          <w:sz w:val="24"/>
        </w:rPr>
        <w:t>“She’s not my rival.”</w:t>
      </w:r>
    </w:p>
    <w:p>
      <w:r>
        <w:rPr>
          <w:rFonts w:ascii="IM Fell English" w:hAnsi="IM Fell English"/>
          <w:color w:val="141414"/>
          <w:sz w:val="24"/>
        </w:rPr>
        <w:t>“She put hands on me.”</w:t>
      </w:r>
    </w:p>
    <w:p>
      <w:r>
        <w:rPr>
          <w:rFonts w:ascii="IM Fell English" w:hAnsi="IM Fell English"/>
          <w:color w:val="141414"/>
          <w:sz w:val="24"/>
        </w:rPr>
        <w:t>“And paid,” Jackie said. “Now she can chase Katie without borrowing my marriage for advantage.”</w:t>
      </w:r>
    </w:p>
    <w:p>
      <w:r>
        <w:rPr>
          <w:rFonts w:ascii="IM Fell English" w:hAnsi="IM Fell English"/>
          <w:color w:val="141414"/>
          <w:sz w:val="24"/>
        </w:rPr>
        <w:t>Jennifer’s eyes flashed.</w:t>
      </w:r>
    </w:p>
    <w:p>
      <w:r>
        <w:rPr>
          <w:rFonts w:ascii="IM Fell English" w:hAnsi="IM Fell English"/>
          <w:color w:val="141414"/>
          <w:sz w:val="24"/>
        </w:rPr>
        <w:t>“Say the ugly part.”</w:t>
      </w:r>
    </w:p>
    <w:p>
      <w:r>
        <w:rPr>
          <w:rFonts w:ascii="IM Fell English" w:hAnsi="IM Fell English"/>
          <w:color w:val="141414"/>
          <w:sz w:val="24"/>
        </w:rPr>
        <w:t>Jackie held the strap short.</w:t>
      </w:r>
    </w:p>
    <w:p>
      <w:r>
        <w:rPr>
          <w:rFonts w:ascii="IM Fell English" w:hAnsi="IM Fell English"/>
          <w:color w:val="141414"/>
          <w:sz w:val="24"/>
        </w:rPr>
        <w:t>“I don’t need her weakened to keep you.”</w:t>
      </w:r>
    </w:p>
    <w:p>
      <w:r>
        <w:rPr>
          <w:rFonts w:ascii="IM Fell English" w:hAnsi="IM Fell English"/>
          <w:color w:val="141414"/>
          <w:sz w:val="24"/>
        </w:rPr>
        <w:t>Jennifer kissed her once, hard and brief, all teeth and approval.</w:t>
      </w:r>
    </w:p>
    <w:p>
      <w:r>
        <w:rPr>
          <w:rFonts w:ascii="IM Fell English" w:hAnsi="IM Fell English"/>
          <w:color w:val="141414"/>
          <w:sz w:val="24"/>
        </w:rPr>
        <w:t>“Then hunt.”</w:t>
      </w:r>
    </w:p>
    <w:p>
      <w:r>
        <w:rPr>
          <w:rFonts w:ascii="IM Fell English" w:hAnsi="IM Fell English"/>
          <w:color w:val="141414"/>
          <w:sz w:val="24"/>
        </w:rPr>
        <w:t>Sekhmet’s hand dropped.</w:t>
      </w:r>
    </w:p>
    <w:p>
      <w:r>
        <w:rPr>
          <w:rFonts w:ascii="IM Fell English" w:hAnsi="IM Fell English"/>
          <w:color w:val="141414"/>
          <w:sz w:val="24"/>
        </w:rPr>
        <w:t>They went into the green.</w:t>
      </w:r>
    </w:p>
    <w:p>
      <w:r>
        <w:rPr>
          <w:rFonts w:ascii="IM Fell English" w:hAnsi="IM Fell English"/>
          <w:color w:val="141414"/>
          <w:sz w:val="24"/>
        </w:rPr>
        <w:t>Jennifer ran differently when she knew Lilith was whole again.</w:t>
      </w:r>
    </w:p>
    <w:p>
      <w:r>
        <w:rPr>
          <w:rFonts w:ascii="IM Fell English" w:hAnsi="IM Fell English"/>
          <w:color w:val="141414"/>
          <w:sz w:val="24"/>
        </w:rPr>
        <w:t>Not scared — sharpened. She took tighter lines, used lower cover, forced Jackie through root tangles and slick declines where a long strap would become a liability. Jackie kept her close anyway, refusing the kind of distance that turned vow work into a simple chase. The canopy closed overhead until the insertion strip disappeared and there was only wet bark, mud, and the continuous insect scream.</w:t>
      </w:r>
    </w:p>
    <w:p>
      <w:r>
        <w:rPr>
          <w:rFonts w:ascii="IM Fell English" w:hAnsi="IM Fell English"/>
          <w:color w:val="141414"/>
          <w:sz w:val="24"/>
        </w:rPr>
        <w:t>Jackie took her first against a mossed trunk.</w:t>
      </w:r>
    </w:p>
    <w:p>
      <w:r>
        <w:rPr>
          <w:rFonts w:ascii="IM Fell English" w:hAnsi="IM Fell English"/>
          <w:color w:val="141414"/>
          <w:sz w:val="24"/>
        </w:rPr>
        <w:t>Jennifer hit the wood hard, twisted, and almost created enough slack to slip sideways into ferns. Jackie climbed the strap, forced her chest to bark, and shoved into her cunt from behind with one thrust that knocked a raw sound out of her. Rainwater shook down from the leaves above them with every impact.</w:t>
      </w:r>
    </w:p>
    <w:p>
      <w:r>
        <w:rPr>
          <w:rFonts w:ascii="IM Fell English" w:hAnsi="IM Fell English"/>
          <w:color w:val="141414"/>
          <w:sz w:val="24"/>
        </w:rPr>
        <w:t>“Under control,” Jackie said.</w:t>
      </w:r>
    </w:p>
    <w:p>
      <w:r>
        <w:rPr>
          <w:rFonts w:ascii="IM Fell English" w:hAnsi="IM Fell English"/>
          <w:color w:val="141414"/>
          <w:sz w:val="24"/>
        </w:rPr>
        <w:t>Jennifer pushed back onto her, laughing through it.</w:t>
      </w:r>
    </w:p>
    <w:p>
      <w:r>
        <w:rPr>
          <w:rFonts w:ascii="IM Fell English" w:hAnsi="IM Fell English"/>
          <w:color w:val="141414"/>
          <w:sz w:val="24"/>
        </w:rPr>
        <w:t>“Then vow while you fuck it into me.”</w:t>
      </w:r>
    </w:p>
    <w:p>
      <w:r>
        <w:rPr>
          <w:rFonts w:ascii="IM Fell English" w:hAnsi="IM Fell English"/>
          <w:color w:val="141414"/>
          <w:sz w:val="24"/>
        </w:rPr>
        <w:t>Jackie set a hard rhythm and spoke against her shoulder.</w:t>
      </w:r>
    </w:p>
    <w:p>
      <w:r>
        <w:rPr>
          <w:rFonts w:ascii="IM Fell English" w:hAnsi="IM Fell English"/>
          <w:color w:val="141414"/>
          <w:sz w:val="24"/>
        </w:rPr>
        <w:t>“I vow to keep the line fair when the lesson is finished. I vow to hold you without needing the rest of the map crippled. I vow that my claim is strong enough to stand on open legs.”</w:t>
      </w:r>
    </w:p>
    <w:p>
      <w:r>
        <w:rPr>
          <w:rFonts w:ascii="IM Fell English" w:hAnsi="IM Fell English"/>
          <w:color w:val="141414"/>
          <w:sz w:val="24"/>
        </w:rPr>
        <w:t>Jennifer’s fingers tore moss from the trunk.</w:t>
      </w:r>
    </w:p>
    <w:p>
      <w:r>
        <w:rPr>
          <w:rFonts w:ascii="IM Fell English" w:hAnsi="IM Fell English"/>
          <w:color w:val="141414"/>
          <w:sz w:val="24"/>
        </w:rPr>
        <w:t>“I vow to test that claim until it shakes. I vow to remain your target when every hunter around us is healthy. I vow my run as proof, not decoration.”</w:t>
      </w:r>
    </w:p>
    <w:p>
      <w:r>
        <w:rPr>
          <w:rFonts w:ascii="IM Fell English" w:hAnsi="IM Fell English"/>
          <w:color w:val="141414"/>
          <w:sz w:val="24"/>
        </w:rPr>
        <w:t>From the marker track, delayed by dense air:</w:t>
      </w:r>
    </w:p>
    <w:p>
      <w:r>
        <w:rPr>
          <w:rFonts w:ascii="IM Fell English" w:hAnsi="IM Fell English"/>
          <w:color w:val="141414"/>
          <w:sz w:val="24"/>
        </w:rPr>
        <w:t>“Exchange accepted. Continue.”</w:t>
      </w:r>
    </w:p>
    <w:p>
      <w:r>
        <w:rPr>
          <w:rFonts w:ascii="IM Fell English" w:hAnsi="IM Fell English"/>
          <w:color w:val="141414"/>
          <w:sz w:val="24"/>
        </w:rPr>
        <w:t>Jackie did not finish her there. Extended vow pressure meant control held longer than Nevada down-counts. She pulled out, hauled Jennifer by the collar deeper into the zone, and made her move while still open and shaking.</w:t>
      </w:r>
    </w:p>
    <w:p>
      <w:r>
        <w:rPr>
          <w:rFonts w:ascii="IM Fell English" w:hAnsi="IM Fell English"/>
          <w:color w:val="141414"/>
          <w:sz w:val="24"/>
        </w:rPr>
        <w:t>West of the black creek markers, Lilith ran Katie on a repaired leg.</w:t>
      </w:r>
    </w:p>
    <w:p>
      <w:r>
        <w:rPr>
          <w:rFonts w:ascii="IM Fell English" w:hAnsi="IM Fell English"/>
          <w:color w:val="141414"/>
          <w:sz w:val="24"/>
        </w:rPr>
        <w:t>The difference was immediate. No limp-forced clinching only. Real pursuit angles returned. Katie used the restored speed against her anyway, made Lilith miss once on purpose, then paid for the provocation when Lilith caught her in a short violent crash through low palms. Their sounds carried in broken pieces through the trees — separate marriage, separate hunt, restored standard.</w:t>
      </w:r>
    </w:p>
    <w:p>
      <w:r>
        <w:rPr>
          <w:rFonts w:ascii="IM Fell English" w:hAnsi="IM Fell English"/>
          <w:color w:val="141414"/>
          <w:sz w:val="24"/>
        </w:rPr>
        <w:t>Jackie heard just enough to know the fairness had teeth both ways.</w:t>
      </w:r>
    </w:p>
    <w:p>
      <w:r>
        <w:rPr>
          <w:rFonts w:ascii="IM Fell English" w:hAnsi="IM Fell English"/>
          <w:color w:val="141414"/>
          <w:sz w:val="24"/>
        </w:rPr>
        <w:t>She lost Jennifer briefly in a bamboo-thick patch where the strap snagged and Jennifer dropped flat, crawling under the tangle instead of through it. Jackie had to go to her knees in mud and haul her out by the harness ring hand over hand. Jennifer came up filthy and delighted, swung on her, and got slammed onto her back in a puddle deep enough to splash both their mouths.</w:t>
      </w:r>
    </w:p>
    <w:p>
      <w:r>
        <w:rPr>
          <w:rFonts w:ascii="IM Fell English" w:hAnsi="IM Fell English"/>
          <w:color w:val="141414"/>
          <w:sz w:val="24"/>
        </w:rPr>
        <w:t>Jackie mounted her in the water and pushed in hard.</w:t>
      </w:r>
    </w:p>
    <w:p>
      <w:r>
        <w:rPr>
          <w:rFonts w:ascii="IM Fell English" w:hAnsi="IM Fell English"/>
          <w:color w:val="141414"/>
          <w:sz w:val="24"/>
        </w:rPr>
        <w:t>“Stay with me.”</w:t>
      </w:r>
    </w:p>
    <w:p>
      <w:r>
        <w:rPr>
          <w:rFonts w:ascii="IM Fell English" w:hAnsi="IM Fell English"/>
          <w:color w:val="141414"/>
          <w:sz w:val="24"/>
        </w:rPr>
        <w:t>Jennifer spat pond-scum and blood.</w:t>
      </w:r>
    </w:p>
    <w:p>
      <w:r>
        <w:rPr>
          <w:rFonts w:ascii="IM Fell English" w:hAnsi="IM Fell English"/>
          <w:color w:val="141414"/>
          <w:sz w:val="24"/>
        </w:rPr>
        <w:t>“Make the vow worth the mud.”</w:t>
      </w:r>
    </w:p>
    <w:p>
      <w:r>
        <w:rPr>
          <w:rFonts w:ascii="IM Fell English" w:hAnsi="IM Fell English"/>
          <w:color w:val="141414"/>
          <w:sz w:val="24"/>
        </w:rPr>
        <w:t>Jackie fucked her in slow heavy strokes that disturbed the whole puddle, one hand on her throat hard enough to keep attention, the other locked in the strap.</w:t>
      </w:r>
    </w:p>
    <w:p>
      <w:r>
        <w:rPr>
          <w:rFonts w:ascii="IM Fell English" w:hAnsi="IM Fell English"/>
          <w:color w:val="141414"/>
          <w:sz w:val="24"/>
        </w:rPr>
        <w:t>“I vow to take you in places that try to erase soft meaning. I vow that our marriage is the control strap, the hunt, and the refusal to outsource either.”</w:t>
      </w:r>
    </w:p>
    <w:p>
      <w:r>
        <w:rPr>
          <w:rFonts w:ascii="IM Fell English" w:hAnsi="IM Fell English"/>
          <w:color w:val="141414"/>
          <w:sz w:val="24"/>
        </w:rPr>
        <w:t>Jennifer’s legs clamped around her.</w:t>
      </w:r>
    </w:p>
    <w:p>
      <w:r>
        <w:rPr>
          <w:rFonts w:ascii="IM Fell English" w:hAnsi="IM Fell English"/>
          <w:color w:val="141414"/>
          <w:sz w:val="24"/>
        </w:rPr>
        <w:t>“I vow to give you no easy yes. I vow that every acceptance you get from me is dragged out under pressure. I vow to want you more when fairness makes the field harsher, not safer.”</w:t>
      </w:r>
    </w:p>
    <w:p>
      <w:r>
        <w:rPr>
          <w:rFonts w:ascii="IM Fell English" w:hAnsi="IM Fell English"/>
          <w:color w:val="141414"/>
          <w:sz w:val="24"/>
        </w:rPr>
        <w:t>Jackie kissed her muddy mouth because the line between vow and hunger had already collapsed.</w:t>
      </w:r>
    </w:p>
    <w:p>
      <w:r>
        <w:rPr>
          <w:rFonts w:ascii="IM Fell English" w:hAnsi="IM Fell English"/>
          <w:color w:val="141414"/>
          <w:sz w:val="24"/>
        </w:rPr>
        <w:t>Acceptance came again from the track.</w:t>
      </w:r>
    </w:p>
    <w:p>
      <w:r>
        <w:rPr>
          <w:rFonts w:ascii="IM Fell English" w:hAnsi="IM Fell English"/>
          <w:color w:val="141414"/>
          <w:sz w:val="24"/>
        </w:rPr>
        <w:t>Then the rainforest tried to collect its own tax.</w:t>
      </w:r>
    </w:p>
    <w:p>
      <w:r>
        <w:rPr>
          <w:rFonts w:ascii="IM Fell English" w:hAnsi="IM Fell English"/>
          <w:color w:val="141414"/>
          <w:sz w:val="24"/>
        </w:rPr>
        <w:t>A snake moved along a low branch to their right — thick, patterned, too close. Jennifer saw it first and went still under Jackie in a way that was not submission. Jackie followed her eyes, kept the strap tight, and eased them both sideways without panic, never fully withdrawing control from Jennifer’s body. When they cleared the immediate branch line, Jennifer started laughing under her breath.</w:t>
      </w:r>
    </w:p>
    <w:p>
      <w:r>
        <w:rPr>
          <w:rFonts w:ascii="IM Fell English" w:hAnsi="IM Fell English"/>
          <w:color w:val="141414"/>
          <w:sz w:val="24"/>
        </w:rPr>
        <w:t>“Romantic.”</w:t>
      </w:r>
    </w:p>
    <w:p>
      <w:r>
        <w:rPr>
          <w:rFonts w:ascii="IM Fell English" w:hAnsi="IM Fell English"/>
          <w:color w:val="141414"/>
          <w:sz w:val="24"/>
        </w:rPr>
        <w:t>“Quiet,” Jackie said, and thrust deep enough to turn the laugh into a broken sound.</w:t>
      </w:r>
    </w:p>
    <w:p>
      <w:r>
        <w:rPr>
          <w:rFonts w:ascii="IM Fell English" w:hAnsi="IM Fell English"/>
          <w:color w:val="141414"/>
          <w:sz w:val="24"/>
        </w:rPr>
        <w:t>She kept Jennifer there through a long controlled sequence — cunt, then mouth, then cunt again — until the vow run’s required third exchange could be spoken without either of them pretending the danger had been abstract.</w:t>
      </w:r>
    </w:p>
    <w:p>
      <w:r>
        <w:rPr>
          <w:rFonts w:ascii="IM Fell English" w:hAnsi="IM Fell English"/>
          <w:color w:val="141414"/>
          <w:sz w:val="24"/>
        </w:rPr>
        <w:t>Jackie, still inside her, forehead against Jennifer’s:</w:t>
      </w:r>
    </w:p>
    <w:p>
      <w:r>
        <w:rPr>
          <w:rFonts w:ascii="IM Fell English" w:hAnsi="IM Fell English"/>
          <w:color w:val="141414"/>
          <w:sz w:val="24"/>
        </w:rPr>
        <w:t>“I vow you as my wife under canopy law. No blessing. No rescue fantasy. Only the hunt I keep choosing.”</w:t>
      </w:r>
    </w:p>
    <w:p>
      <w:r>
        <w:rPr>
          <w:rFonts w:ascii="IM Fell English" w:hAnsi="IM Fell English"/>
          <w:color w:val="141414"/>
          <w:sz w:val="24"/>
        </w:rPr>
        <w:t>Jennifer, shaking, eyes open on hers:</w:t>
      </w:r>
    </w:p>
    <w:p>
      <w:r>
        <w:rPr>
          <w:rFonts w:ascii="IM Fell English" w:hAnsi="IM Fell English"/>
          <w:color w:val="141414"/>
          <w:sz w:val="24"/>
        </w:rPr>
        <w:t>“I vow you as my wife under canopy law. No purity. No soft altar. Only the target I keep choosing to be.”</w:t>
      </w:r>
    </w:p>
    <w:p>
      <w:r>
        <w:rPr>
          <w:rFonts w:ascii="IM Fell English" w:hAnsi="IM Fell English"/>
          <w:color w:val="141414"/>
          <w:sz w:val="24"/>
        </w:rPr>
        <w:t>This time Sekhmet’s acceptance was closer. The extraction track had moved in.</w:t>
      </w:r>
    </w:p>
    <w:p>
      <w:r>
        <w:rPr>
          <w:rFonts w:ascii="IM Fell English" w:hAnsi="IM Fell English"/>
          <w:color w:val="141414"/>
          <w:sz w:val="24"/>
        </w:rPr>
        <w:t>“Third exchange accepted. Second vow run complete. Hold to strip.”</w:t>
      </w:r>
    </w:p>
    <w:p>
      <w:r>
        <w:rPr>
          <w:rFonts w:ascii="IM Fell English" w:hAnsi="IM Fell English"/>
          <w:color w:val="141414"/>
          <w:sz w:val="24"/>
        </w:rPr>
        <w:t>Jackie hauled Jennifer up and walked her out through dripping green, strap short, both of them coated in mud and sex and leaf rot. At the west markers, Lilith was already returning with Katie under control, her repaired leg muddy but working, her face set in something like restored pride. She met Jackie’s eyes once across the strip.</w:t>
      </w:r>
    </w:p>
    <w:p>
      <w:r>
        <w:rPr>
          <w:rFonts w:ascii="IM Fell English" w:hAnsi="IM Fell English"/>
          <w:color w:val="141414"/>
          <w:sz w:val="24"/>
        </w:rPr>
        <w:t>No thanks.</w:t>
      </w:r>
      <w:r>
        <w:rPr>
          <w:rFonts w:ascii="IM Fell English" w:hAnsi="IM Fell English"/>
          <w:color w:val="141414"/>
          <w:sz w:val="24"/>
        </w:rPr>
      </w:r>
      <w:r>
        <w:rPr>
          <w:rFonts w:ascii="IM Fell English" w:hAnsi="IM Fell English"/>
          <w:color w:val="141414"/>
          <w:sz w:val="24"/>
        </w:rPr>
        <w:t>No apology.</w:t>
      </w:r>
      <w:r>
        <w:rPr>
          <w:rFonts w:ascii="IM Fell English" w:hAnsi="IM Fell English"/>
          <w:color w:val="141414"/>
          <w:sz w:val="24"/>
        </w:rPr>
      </w:r>
      <w:r>
        <w:rPr>
          <w:rFonts w:ascii="IM Fell English" w:hAnsi="IM Fell English"/>
          <w:color w:val="141414"/>
          <w:sz w:val="24"/>
        </w:rPr>
        <w:t>Just recognition of standard.</w:t>
      </w:r>
    </w:p>
    <w:p>
      <w:r>
        <w:rPr>
          <w:rFonts w:ascii="IM Fell English" w:hAnsi="IM Fell English"/>
          <w:color w:val="141414"/>
          <w:sz w:val="24"/>
        </w:rPr>
        <w:t>Jackie gave her a short nod and nothing more.</w:t>
      </w:r>
    </w:p>
    <w:p>
      <w:r>
        <w:rPr>
          <w:rFonts w:ascii="IM Fell English" w:hAnsi="IM Fell English"/>
          <w:color w:val="141414"/>
          <w:sz w:val="24"/>
        </w:rPr>
        <w:t>Under the platform tarp, Jennifer slumped against Jackie’s legs while a medic rinsed the worst ant bites and scrapes. The control strap stayed clipped. Katie sat nearby getting her own cuts cleaned. Lilith stood through a mobility check and passed it.</w:t>
      </w:r>
    </w:p>
    <w:p>
      <w:r>
        <w:rPr>
          <w:rFonts w:ascii="IM Fell English" w:hAnsi="IM Fell English"/>
          <w:color w:val="141414"/>
          <w:sz w:val="24"/>
        </w:rPr>
        <w:t>Sekhmet recorded the run.</w:t>
      </w:r>
    </w:p>
    <w:p>
      <w:r>
        <w:rPr>
          <w:rFonts w:ascii="IM Fell English" w:hAnsi="IM Fell English"/>
          <w:color w:val="141414"/>
          <w:sz w:val="24"/>
        </w:rPr>
        <w:t>“Fair ground established. Vow content holding under restored threat. Next run goes overnight.”</w:t>
      </w:r>
    </w:p>
    <w:p>
      <w:r>
        <w:rPr>
          <w:rFonts w:ascii="IM Fell English" w:hAnsi="IM Fell English"/>
          <w:color w:val="141414"/>
          <w:sz w:val="24"/>
        </w:rPr>
        <w:t>Jennifer tipped her head back to look at Jackie upside down, filthy and pleased.</w:t>
      </w:r>
    </w:p>
    <w:p>
      <w:r>
        <w:rPr>
          <w:rFonts w:ascii="IM Fell English" w:hAnsi="IM Fell English"/>
          <w:color w:val="141414"/>
          <w:sz w:val="24"/>
        </w:rPr>
        <w:t>“You really weren’t being kind.”</w:t>
      </w:r>
    </w:p>
    <w:p>
      <w:r>
        <w:rPr>
          <w:rFonts w:ascii="IM Fell English" w:hAnsi="IM Fell English"/>
          <w:color w:val="141414"/>
          <w:sz w:val="24"/>
        </w:rPr>
        <w:t>“No,” Jackie said.</w:t>
      </w:r>
    </w:p>
    <w:p>
      <w:r>
        <w:rPr>
          <w:rFonts w:ascii="IM Fell English" w:hAnsi="IM Fell English"/>
          <w:color w:val="141414"/>
          <w:sz w:val="24"/>
        </w:rPr>
        <w:t>“Good. Kindness would’ve ruined it.”</w:t>
      </w:r>
    </w:p>
    <w:p>
      <w:r>
        <w:rPr>
          <w:rFonts w:ascii="IM Fell English" w:hAnsi="IM Fell English"/>
          <w:color w:val="141414"/>
          <w:sz w:val="24"/>
        </w:rPr>
        <w:t>Jackie ran a thumb along the wet edge of Jennifer’s collar ring.</w:t>
      </w:r>
    </w:p>
    <w:p>
      <w:r>
        <w:rPr>
          <w:rFonts w:ascii="IM Fell English" w:hAnsi="IM Fell English"/>
          <w:color w:val="141414"/>
          <w:sz w:val="24"/>
        </w:rPr>
        <w:t>“Nevada proved ownership. This place proves the vow can stand when the other hunters are whole.”</w:t>
      </w:r>
    </w:p>
    <w:p>
      <w:r>
        <w:rPr>
          <w:rFonts w:ascii="IM Fell English" w:hAnsi="IM Fell English"/>
          <w:color w:val="141414"/>
          <w:sz w:val="24"/>
        </w:rPr>
        <w:t>Jennifer’s eyes half-closed.</w:t>
      </w:r>
    </w:p>
    <w:p>
      <w:r>
        <w:rPr>
          <w:rFonts w:ascii="IM Fell English" w:hAnsi="IM Fell English"/>
          <w:color w:val="141414"/>
          <w:sz w:val="24"/>
        </w:rPr>
        <w:t>“And Brazil?”</w:t>
      </w:r>
    </w:p>
    <w:p>
      <w:r>
        <w:rPr>
          <w:rFonts w:ascii="IM Fell English" w:hAnsi="IM Fell English"/>
          <w:color w:val="141414"/>
          <w:sz w:val="24"/>
        </w:rPr>
        <w:t>Katie answered from the side without being asked.</w:t>
      </w:r>
    </w:p>
    <w:p>
      <w:r>
        <w:rPr>
          <w:rFonts w:ascii="IM Fell English" w:hAnsi="IM Fell English"/>
          <w:color w:val="141414"/>
          <w:sz w:val="24"/>
        </w:rPr>
        <w:t>“Brazil is where you say it in public and jump.”</w:t>
      </w:r>
    </w:p>
    <w:p>
      <w:r>
        <w:rPr>
          <w:rFonts w:ascii="IM Fell English" w:hAnsi="IM Fell English"/>
          <w:color w:val="141414"/>
          <w:sz w:val="24"/>
        </w:rPr>
        <w:t>Jennifer smiled with a split lip.</w:t>
      </w:r>
    </w:p>
    <w:p>
      <w:r>
        <w:rPr>
          <w:rFonts w:ascii="IM Fell English" w:hAnsi="IM Fell English"/>
          <w:color w:val="141414"/>
          <w:sz w:val="24"/>
        </w:rPr>
        <w:t>“Can’t wait.”</w:t>
      </w:r>
    </w:p>
    <w:p>
      <w:r>
        <w:rPr>
          <w:rFonts w:ascii="IM Fell English" w:hAnsi="IM Fell English"/>
          <w:color w:val="141414"/>
          <w:sz w:val="24"/>
        </w:rPr>
        <w:t>Jackie kept the strap in her fist and watched the tree line breathe.</w:t>
      </w:r>
    </w:p>
    <w:p>
      <w:r>
        <w:rPr>
          <w:rFonts w:ascii="IM Fell English" w:hAnsi="IM Fell English"/>
          <w:color w:val="141414"/>
          <w:sz w:val="24"/>
        </w:rPr>
        <w:t>The leg was fixed.</w:t>
      </w:r>
      <w:r>
        <w:rPr>
          <w:rFonts w:ascii="IM Fell English" w:hAnsi="IM Fell English"/>
          <w:color w:val="141414"/>
          <w:sz w:val="24"/>
        </w:rPr>
      </w:r>
      <w:r>
        <w:rPr>
          <w:rFonts w:ascii="IM Fell English" w:hAnsi="IM Fell English"/>
          <w:color w:val="141414"/>
          <w:sz w:val="24"/>
        </w:rPr>
        <w:t>The law remained.</w:t>
      </w:r>
      <w:r>
        <w:rPr>
          <w:rFonts w:ascii="IM Fell English" w:hAnsi="IM Fell English"/>
          <w:color w:val="141414"/>
          <w:sz w:val="24"/>
        </w:rPr>
      </w:r>
      <w:r>
        <w:rPr>
          <w:rFonts w:ascii="IM Fell English" w:hAnsi="IM Fell English"/>
          <w:color w:val="141414"/>
          <w:sz w:val="24"/>
        </w:rPr>
        <w:t>The marriage had just held on fair ground.</w:t>
      </w:r>
    </w:p>
    <w:p>
      <w:r>
        <w:rPr>
          <w:rFonts w:ascii="IM Fell English" w:hAnsi="IM Fell English"/>
          <w:color w:val="141414"/>
          <w:sz w:val="24"/>
        </w:rPr>
        <w:t>And the rainforest still had more vow left to take.</w:t>
      </w:r>
    </w:p>
    <w:p>
      <w:pPr>
        <w:pStyle w:val="Heading1"/>
        <w:jc w:val="center"/>
      </w:pPr>
      <w:r>
        <w:rPr>
          <w:rFonts w:ascii="IM Fell English" w:hAnsi="IM Fell English"/>
          <w:color w:val="0D0D0D"/>
        </w:rPr>
        <w:t>CHAPTER 16 — OVERNIGHT VOW</w:t>
      </w:r>
    </w:p>
    <w:p>
      <w:r>
        <w:rPr>
          <w:rFonts w:ascii="IM Fell English" w:hAnsi="IM Fell English"/>
          <w:color w:val="141414"/>
          <w:sz w:val="24"/>
        </w:rPr>
        <w:t>They sent them in at last light on purpose.</w:t>
      </w:r>
    </w:p>
    <w:p>
      <w:r>
        <w:rPr>
          <w:rFonts w:ascii="IM Fell English" w:hAnsi="IM Fell English"/>
          <w:color w:val="141414"/>
          <w:sz w:val="24"/>
        </w:rPr>
        <w:t>Not full dark. That blue-green collapse between day and night when the rainforest changes voices — insects first, then frogs, then larger things moving farther off with no interest in corporation markers. Jackie stood at the stake line with the control strap already clipped to Jennifer’s collar. Jennifer was bare under a thin field smear of mud and old bruises, hair tied back with a strip of cloth because falling hair in night vines was a liability.</w:t>
      </w:r>
    </w:p>
    <w:p>
      <w:r>
        <w:rPr>
          <w:rFonts w:ascii="IM Fell English" w:hAnsi="IM Fell English"/>
          <w:color w:val="141414"/>
          <w:sz w:val="24"/>
        </w:rPr>
        <w:t>Sekhmet kept the briefing short.</w:t>
      </w:r>
    </w:p>
    <w:p>
      <w:r>
        <w:rPr>
          <w:rFonts w:ascii="IM Fell English" w:hAnsi="IM Fell English"/>
          <w:color w:val="141414"/>
          <w:sz w:val="24"/>
        </w:rPr>
        <w:t>“Overnight vow run. Same pairs. No extraction until third exchange and sustained control hold after. Black-stake zone still applies. Outside it, no promise. Lilith and Katie take the west creek line. Radio contact minimal.”</w:t>
      </w:r>
    </w:p>
    <w:p>
      <w:r>
        <w:rPr>
          <w:rFonts w:ascii="IM Fell English" w:hAnsi="IM Fell English"/>
          <w:color w:val="141414"/>
          <w:sz w:val="24"/>
        </w:rPr>
        <w:t>Jennifer tested the strap with one lean of her throat.</w:t>
      </w:r>
    </w:p>
    <w:p>
      <w:r>
        <w:rPr>
          <w:rFonts w:ascii="IM Fell English" w:hAnsi="IM Fell English"/>
          <w:color w:val="141414"/>
          <w:sz w:val="24"/>
        </w:rPr>
        <w:t>“If I sleep, do it inside me.”</w:t>
      </w:r>
    </w:p>
    <w:p>
      <w:r>
        <w:rPr>
          <w:rFonts w:ascii="IM Fell English" w:hAnsi="IM Fell English"/>
          <w:color w:val="141414"/>
          <w:sz w:val="24"/>
        </w:rPr>
        <w:t>Jackie looked into the darkening trees.</w:t>
      </w:r>
    </w:p>
    <w:p>
      <w:r>
        <w:rPr>
          <w:rFonts w:ascii="IM Fell English" w:hAnsi="IM Fell English"/>
          <w:color w:val="141414"/>
          <w:sz w:val="24"/>
        </w:rPr>
        <w:t>“You won’t sleep.”</w:t>
      </w:r>
    </w:p>
    <w:p>
      <w:r>
        <w:rPr>
          <w:rFonts w:ascii="IM Fell English" w:hAnsi="IM Fell English"/>
          <w:color w:val="141414"/>
          <w:sz w:val="24"/>
        </w:rPr>
        <w:t>Katie, already at the west marker with Lilith whole beside her, called low across the strip:</w:t>
      </w:r>
    </w:p>
    <w:p>
      <w:r>
        <w:rPr>
          <w:rFonts w:ascii="IM Fell English" w:hAnsi="IM Fell English"/>
          <w:color w:val="141414"/>
          <w:sz w:val="24"/>
        </w:rPr>
        <w:t>“Don’t die for poetry.”</w:t>
      </w:r>
    </w:p>
    <w:p>
      <w:r>
        <w:rPr>
          <w:rFonts w:ascii="IM Fell English" w:hAnsi="IM Fell English"/>
          <w:color w:val="141414"/>
          <w:sz w:val="24"/>
        </w:rPr>
        <w:t>Jennifer answered without turning.</w:t>
      </w:r>
    </w:p>
    <w:p>
      <w:r>
        <w:rPr>
          <w:rFonts w:ascii="IM Fell English" w:hAnsi="IM Fell English"/>
          <w:color w:val="141414"/>
          <w:sz w:val="24"/>
        </w:rPr>
        <w:t>“Wouldn’t dream of it.”</w:t>
      </w:r>
    </w:p>
    <w:p>
      <w:r>
        <w:rPr>
          <w:rFonts w:ascii="IM Fell English" w:hAnsi="IM Fell English"/>
          <w:color w:val="141414"/>
          <w:sz w:val="24"/>
        </w:rPr>
        <w:t>Sekhmet’s hand fell.</w:t>
      </w:r>
    </w:p>
    <w:p>
      <w:r>
        <w:rPr>
          <w:rFonts w:ascii="IM Fell English" w:hAnsi="IM Fell English"/>
          <w:color w:val="141414"/>
          <w:sz w:val="24"/>
        </w:rPr>
        <w:t>They entered the canopy as the last gray light died out of the leaves.</w:t>
      </w:r>
    </w:p>
    <w:p>
      <w:r>
        <w:rPr>
          <w:rFonts w:ascii="IM Fell English" w:hAnsi="IM Fell English"/>
          <w:color w:val="141414"/>
          <w:sz w:val="24"/>
        </w:rPr>
        <w:t>Night made the hunt smaller and worse.</w:t>
      </w:r>
    </w:p>
    <w:p>
      <w:r>
        <w:rPr>
          <w:rFonts w:ascii="IM Fell English" w:hAnsi="IM Fell English"/>
          <w:color w:val="141414"/>
          <w:sz w:val="24"/>
        </w:rPr>
        <w:t>Jackie kept Jennifer on a shorter line than daylight runs, close enough that every step telegraphed through the strap. Roots became invisible arguments. Wet fronds slapped across mouths and open scrapes. The air thickened until breathing itself felt like work. Jennifer tried two early breaks anyway — one down a slick decline, one through a stand of pale trunks — and Jackie ended both with hard takedowns that left them muddy and locked together on the forest floor.</w:t>
      </w:r>
    </w:p>
    <w:p>
      <w:r>
        <w:rPr>
          <w:rFonts w:ascii="IM Fell English" w:hAnsi="IM Fell English"/>
          <w:color w:val="141414"/>
          <w:sz w:val="24"/>
        </w:rPr>
        <w:t>The first time, Jackie forced Jennifer’s chest into wet leaves and shoved into her cunt from behind before Jennifer finished cursing.</w:t>
      </w:r>
    </w:p>
    <w:p>
      <w:r>
        <w:rPr>
          <w:rFonts w:ascii="IM Fell English" w:hAnsi="IM Fell English"/>
          <w:color w:val="141414"/>
          <w:sz w:val="24"/>
        </w:rPr>
        <w:t>“Under control.”</w:t>
      </w:r>
    </w:p>
    <w:p>
      <w:r>
        <w:rPr>
          <w:rFonts w:ascii="IM Fell English" w:hAnsi="IM Fell English"/>
          <w:color w:val="141414"/>
          <w:sz w:val="24"/>
        </w:rPr>
        <w:t>Jennifer pushed back, voice rough.</w:t>
      </w:r>
    </w:p>
    <w:p>
      <w:r>
        <w:rPr>
          <w:rFonts w:ascii="IM Fell English" w:hAnsi="IM Fell English"/>
          <w:color w:val="141414"/>
          <w:sz w:val="24"/>
        </w:rPr>
        <w:t>“Then start the overnight properly.”</w:t>
      </w:r>
    </w:p>
    <w:p>
      <w:r>
        <w:rPr>
          <w:rFonts w:ascii="IM Fell English" w:hAnsi="IM Fell English"/>
          <w:color w:val="141414"/>
          <w:sz w:val="24"/>
        </w:rPr>
        <w:t>Jackie fucked her in a steady mean rhythm while the dark filled with insect roar. She did not rush the vow. Overnight meant the words had to survive exhaustion, not just adrenaline. When she spoke, it was into the back of Jennifer’s neck.</w:t>
      </w:r>
    </w:p>
    <w:p>
      <w:r>
        <w:rPr>
          <w:rFonts w:ascii="IM Fell English" w:hAnsi="IM Fell English"/>
          <w:color w:val="141414"/>
          <w:sz w:val="24"/>
        </w:rPr>
        <w:t>“I vow to keep you through the hours that strip performance off a body. I vow to hold the line when no one is watching closely enough to clap.”</w:t>
      </w:r>
    </w:p>
    <w:p>
      <w:r>
        <w:rPr>
          <w:rFonts w:ascii="IM Fell English" w:hAnsi="IM Fell English"/>
          <w:color w:val="141414"/>
          <w:sz w:val="24"/>
        </w:rPr>
        <w:t>Jennifer’s hands dug leaf-rot.</w:t>
      </w:r>
    </w:p>
    <w:p>
      <w:r>
        <w:rPr>
          <w:rFonts w:ascii="IM Fell English" w:hAnsi="IM Fell English"/>
          <w:color w:val="141414"/>
          <w:sz w:val="24"/>
        </w:rPr>
        <w:t>“I vow to stay awake in the claim even when my legs want out. I vow that night does not make me softer property.”</w:t>
      </w:r>
    </w:p>
    <w:p>
      <w:r>
        <w:rPr>
          <w:rFonts w:ascii="IM Fell English" w:hAnsi="IM Fell English"/>
          <w:color w:val="141414"/>
          <w:sz w:val="24"/>
        </w:rPr>
        <w:t>Jackie finished that phase without granting down, hauled her up, and moved them deeper.</w:t>
      </w:r>
    </w:p>
    <w:p>
      <w:r>
        <w:rPr>
          <w:rFonts w:ascii="IM Fell English" w:hAnsi="IM Fell English"/>
          <w:color w:val="141414"/>
          <w:sz w:val="24"/>
        </w:rPr>
        <w:t>Far west, a branch cracked hard and Katie’s voice cut once through trees — anger, not distress — before the canopy swallowed the rest. Lilith was whole and using it. Fair ground held.</w:t>
      </w:r>
    </w:p>
    <w:p>
      <w:r>
        <w:rPr>
          <w:rFonts w:ascii="IM Fell English" w:hAnsi="IM Fell English"/>
          <w:color w:val="141414"/>
          <w:sz w:val="24"/>
        </w:rPr>
        <w:t>By true dark they were both operating on sound and touch.</w:t>
      </w:r>
    </w:p>
    <w:p>
      <w:r>
        <w:rPr>
          <w:rFonts w:ascii="IM Fell English" w:hAnsi="IM Fell English"/>
          <w:color w:val="141414"/>
          <w:sz w:val="24"/>
        </w:rPr>
        <w:t>Jackie used the strap like a nerve. If Jennifer slowed, she felt it. If Jennifer gathered for a break, she felt that too. When Jennifer finally made a serious night escape attempt — dropping to her knees, reversing under Jackie’s arm, trying to crawl off-line into black undergrowth — Jackie went down with her and they fought flat on the forest floor like animals that already knew each other’s tells.</w:t>
      </w:r>
    </w:p>
    <w:p>
      <w:r>
        <w:rPr>
          <w:rFonts w:ascii="IM Fell English" w:hAnsi="IM Fell English"/>
          <w:color w:val="141414"/>
          <w:sz w:val="24"/>
        </w:rPr>
        <w:t>Jennifer got an elbow into Jackie’s damaged ribs.</w:t>
      </w:r>
    </w:p>
    <w:p>
      <w:r>
        <w:rPr>
          <w:rFonts w:ascii="IM Fell English" w:hAnsi="IM Fell English"/>
          <w:color w:val="141414"/>
          <w:sz w:val="24"/>
        </w:rPr>
        <w:t>Jackie got a forearm across Jennifer’s throat hard enough to stop the cleverness.</w:t>
      </w:r>
    </w:p>
    <w:p>
      <w:r>
        <w:rPr>
          <w:rFonts w:ascii="IM Fell English" w:hAnsi="IM Fell English"/>
          <w:color w:val="141414"/>
          <w:sz w:val="24"/>
        </w:rPr>
        <w:t>Then Jackie had her on her back over a wide root, shoved inside her, and kept her there through a long sequence while moisture from the canopy dripped onto both their faces. Jennifer tried to turn it into a wrestle and failed in inches. The wet sound of the take became the only nearby human noise.</w:t>
      </w:r>
    </w:p>
    <w:p>
      <w:r>
        <w:rPr>
          <w:rFonts w:ascii="IM Fell English" w:hAnsi="IM Fell English"/>
          <w:color w:val="141414"/>
          <w:sz w:val="24"/>
        </w:rPr>
        <w:t>Jackie spoke through clenched teeth.</w:t>
      </w:r>
    </w:p>
    <w:p>
      <w:r>
        <w:rPr>
          <w:rFonts w:ascii="IM Fell English" w:hAnsi="IM Fell English"/>
          <w:color w:val="141414"/>
          <w:sz w:val="24"/>
        </w:rPr>
        <w:t>“I vow to catch you in the version of you that waits for dark to get dishonest. I vow my marriage as continuous control, not daylight theater.”</w:t>
      </w:r>
    </w:p>
    <w:p>
      <w:r>
        <w:rPr>
          <w:rFonts w:ascii="IM Fell English" w:hAnsi="IM Fell English"/>
          <w:color w:val="141414"/>
          <w:sz w:val="24"/>
        </w:rPr>
        <w:t>Jennifer’s laugh broke into a moan.</w:t>
      </w:r>
    </w:p>
    <w:p>
      <w:r>
        <w:rPr>
          <w:rFonts w:ascii="IM Fell English" w:hAnsi="IM Fell English"/>
          <w:color w:val="141414"/>
          <w:sz w:val="24"/>
        </w:rPr>
        <w:t>“I vow to use dark to test you. I vow to run uglier when the witnesses thin. I vow my dishonesty as part of the dowry.”</w:t>
      </w:r>
    </w:p>
    <w:p>
      <w:r>
        <w:rPr>
          <w:rFonts w:ascii="IM Fell English" w:hAnsi="IM Fell English"/>
          <w:color w:val="141414"/>
          <w:sz w:val="24"/>
        </w:rPr>
        <w:t>Jackie bit her mouth and held the thrust deep until Jennifer’s legs shook around her.</w:t>
      </w:r>
    </w:p>
    <w:p>
      <w:r>
        <w:rPr>
          <w:rFonts w:ascii="IM Fell English" w:hAnsi="IM Fell English"/>
          <w:color w:val="141414"/>
          <w:sz w:val="24"/>
        </w:rPr>
        <w:t>No immediate acceptance call came. Overnight minimal radio. They both knew the exchange would be marked on extraction if they made it back under order. That made the vow feel less administered and more real — spoken into trees that would not stamp a form.</w:t>
      </w:r>
    </w:p>
    <w:p>
      <w:r>
        <w:rPr>
          <w:rFonts w:ascii="IM Fell English" w:hAnsi="IM Fell English"/>
          <w:color w:val="141414"/>
          <w:sz w:val="24"/>
        </w:rPr>
        <w:t>Jackie pulled Jennifer up anyway and forced her to walk.</w:t>
      </w:r>
    </w:p>
    <w:p>
      <w:r>
        <w:rPr>
          <w:rFonts w:ascii="IM Fell English" w:hAnsi="IM Fell English"/>
          <w:color w:val="141414"/>
          <w:sz w:val="24"/>
        </w:rPr>
        <w:t>“Two more hours minimum.”</w:t>
      </w:r>
    </w:p>
    <w:p>
      <w:r>
        <w:rPr>
          <w:rFonts w:ascii="IM Fell English" w:hAnsi="IM Fell English"/>
          <w:color w:val="141414"/>
          <w:sz w:val="24"/>
        </w:rPr>
        <w:t>Jennifer leaned into the strap, panting.</w:t>
      </w:r>
    </w:p>
    <w:p>
      <w:r>
        <w:rPr>
          <w:rFonts w:ascii="IM Fell English" w:hAnsi="IM Fell English"/>
          <w:color w:val="141414"/>
          <w:sz w:val="24"/>
        </w:rPr>
        <w:t>“Romantic bitch.”</w:t>
      </w:r>
    </w:p>
    <w:p>
      <w:r>
        <w:rPr>
          <w:rFonts w:ascii="IM Fell English" w:hAnsi="IM Fell English"/>
          <w:color w:val="141414"/>
          <w:sz w:val="24"/>
        </w:rPr>
        <w:t>Sometime past the middle of the night, the rainforest put a living body in their path.</w:t>
      </w:r>
    </w:p>
    <w:p>
      <w:r>
        <w:rPr>
          <w:rFonts w:ascii="IM Fell English" w:hAnsi="IM Fell English"/>
          <w:color w:val="141414"/>
          <w:sz w:val="24"/>
        </w:rPr>
        <w:t>They heard it before they saw it: heavy, low, moving across their line with the unbothered rhythm of something that did not care about vows. Jackie stopped Jennifer with a hard backward pull on the collar and both women went still. A large shape passed beyond a screen of leaves — close enough that the smell of wet animal and turned earth hit them, close enough that Jennifer’s hand found Jackie’s wrist without being asked.</w:t>
      </w:r>
    </w:p>
    <w:p>
      <w:r>
        <w:rPr>
          <w:rFonts w:ascii="IM Fell English" w:hAnsi="IM Fell English"/>
          <w:color w:val="141414"/>
          <w:sz w:val="24"/>
        </w:rPr>
        <w:t>It passed.</w:t>
      </w:r>
    </w:p>
    <w:p>
      <w:r>
        <w:rPr>
          <w:rFonts w:ascii="IM Fell English" w:hAnsi="IM Fell English"/>
          <w:color w:val="141414"/>
          <w:sz w:val="24"/>
        </w:rPr>
        <w:t>Jennifer exhaled a near-silent laugh.</w:t>
      </w:r>
    </w:p>
    <w:p>
      <w:r>
        <w:rPr>
          <w:rFonts w:ascii="IM Fell English" w:hAnsi="IM Fell English"/>
          <w:color w:val="141414"/>
          <w:sz w:val="24"/>
        </w:rPr>
        <w:t>“Still want a chapel?”</w:t>
      </w:r>
    </w:p>
    <w:p>
      <w:r>
        <w:rPr>
          <w:rFonts w:ascii="IM Fell English" w:hAnsi="IM Fell English"/>
          <w:color w:val="141414"/>
          <w:sz w:val="24"/>
        </w:rPr>
        <w:t>“No,” Jackie said, and dragged her off-line away from the passage tracks.</w:t>
      </w:r>
    </w:p>
    <w:p>
      <w:r>
        <w:rPr>
          <w:rFonts w:ascii="IM Fell English" w:hAnsi="IM Fell English"/>
          <w:color w:val="141414"/>
          <w:sz w:val="24"/>
        </w:rPr>
        <w:t>She put Jennifer down near a leaning trunk once the ground felt empty again and took her mouth first, deep and controlled, one fist wound into her wet hair. Jennifer gagged, recovered, took it deeper, and used the moment to claw Jackie’s thighs in open demand. When Jackie pushed her onto her side and entered her cunt again, the third exchange came out between harder breaths.</w:t>
      </w:r>
    </w:p>
    <w:p>
      <w:r>
        <w:rPr>
          <w:rFonts w:ascii="IM Fell English" w:hAnsi="IM Fell English"/>
          <w:color w:val="141414"/>
          <w:sz w:val="24"/>
        </w:rPr>
        <w:t>Jackie:</w:t>
      </w:r>
    </w:p>
    <w:p>
      <w:r>
        <w:rPr>
          <w:rFonts w:ascii="IM Fell English" w:hAnsi="IM Fell English"/>
          <w:color w:val="141414"/>
          <w:sz w:val="24"/>
        </w:rPr>
        <w:t>“I vow you as my wife in the hours with no audience value. I vow the hunt through fear, fatigue, and the kind of dark that makes people bargain.”</w:t>
      </w:r>
    </w:p>
    <w:p>
      <w:r>
        <w:rPr>
          <w:rFonts w:ascii="IM Fell English" w:hAnsi="IM Fell English"/>
          <w:color w:val="141414"/>
          <w:sz w:val="24"/>
        </w:rPr>
        <w:t>Jennifer:</w:t>
      </w:r>
    </w:p>
    <w:p>
      <w:r>
        <w:rPr>
          <w:rFonts w:ascii="IM Fell English" w:hAnsi="IM Fell English"/>
          <w:color w:val="141414"/>
          <w:sz w:val="24"/>
        </w:rPr>
        <w:t>“I vow you as my wife without bargaining. I vow no rescue prayer. I vow only this strap, this take, and the fact I still move toward you when I could crawl away.”</w:t>
      </w:r>
    </w:p>
    <w:p>
      <w:r>
        <w:rPr>
          <w:rFonts w:ascii="IM Fell English" w:hAnsi="IM Fell English"/>
          <w:color w:val="141414"/>
          <w:sz w:val="24"/>
        </w:rPr>
        <w:t>Jackie kept her under through the long hold after — the required sustained control — fucking her in paced waves whenever Jennifer’s body tried to drift toward collapse too early. Every time Jennifer’s arms failed, Jackie restored posture by strap and fist. Every time Jennifer mouthed a curse, Jackie made the next stroke answer it. Night stretched. Their world narrowed to mud, skin, breath, and the line between collar and harness.</w:t>
      </w:r>
    </w:p>
    <w:p>
      <w:r>
        <w:rPr>
          <w:rFonts w:ascii="IM Fell English" w:hAnsi="IM Fell English"/>
          <w:color w:val="141414"/>
          <w:sz w:val="24"/>
        </w:rPr>
        <w:t>When Jackie finally allowed the down, it was after Jennifer had stopped trying to negotiate the timing of it.</w:t>
      </w:r>
    </w:p>
    <w:p>
      <w:r>
        <w:rPr>
          <w:rFonts w:ascii="IM Fell English" w:hAnsi="IM Fell English"/>
          <w:color w:val="141414"/>
          <w:sz w:val="24"/>
        </w:rPr>
        <w:t>Jackie stayed over her, fingers at her throat, counting breath against her own pulse.</w:t>
      </w:r>
    </w:p>
    <w:p>
      <w:r>
        <w:rPr>
          <w:rFonts w:ascii="IM Fell English" w:hAnsi="IM Fell English"/>
          <w:color w:val="141414"/>
          <w:sz w:val="24"/>
        </w:rPr>
        <w:t>Still there.</w:t>
      </w:r>
    </w:p>
    <w:p>
      <w:r>
        <w:rPr>
          <w:rFonts w:ascii="IM Fell English" w:hAnsi="IM Fell English"/>
          <w:color w:val="141414"/>
          <w:sz w:val="24"/>
        </w:rPr>
        <w:t>Only then did she haul Jennifer up and begin the slow, ugly navigation back toward the black stakes by memory and marker reflectors.</w:t>
      </w:r>
    </w:p>
    <w:p>
      <w:r>
        <w:rPr>
          <w:rFonts w:ascii="IM Fell English" w:hAnsi="IM Fell English"/>
          <w:color w:val="141414"/>
          <w:sz w:val="24"/>
        </w:rPr>
        <w:t>Extraction light was a thin silver mess through the canopy when they reached the strip.</w:t>
      </w:r>
    </w:p>
    <w:p>
      <w:r>
        <w:rPr>
          <w:rFonts w:ascii="IM Fell English" w:hAnsi="IM Fell English"/>
          <w:color w:val="141414"/>
          <w:sz w:val="24"/>
        </w:rPr>
        <w:t>Both of them were cut, bitten by insects, coated in dried mud and sex. Jennifer’s knees looked ruined. Jackie’s ribs had gone from sore to openly punishing. Sekhmet took one look at the tether, the state of them, and the way Jackie still held the line short, and nodded once.</w:t>
      </w:r>
    </w:p>
    <w:p>
      <w:r>
        <w:rPr>
          <w:rFonts w:ascii="IM Fell English" w:hAnsi="IM Fell English"/>
          <w:color w:val="141414"/>
          <w:sz w:val="24"/>
        </w:rPr>
        <w:t>“Overnight vow run complete. Three exchanges held. Sustained control held.”</w:t>
      </w:r>
    </w:p>
    <w:p>
      <w:r>
        <w:rPr>
          <w:rFonts w:ascii="IM Fell English" w:hAnsi="IM Fell English"/>
          <w:color w:val="141414"/>
          <w:sz w:val="24"/>
        </w:rPr>
        <w:t>Jennifer slumped against Jackie and spoke into her shoulder.</w:t>
      </w:r>
    </w:p>
    <w:p>
      <w:r>
        <w:rPr>
          <w:rFonts w:ascii="IM Fell English" w:hAnsi="IM Fell English"/>
          <w:color w:val="141414"/>
          <w:sz w:val="24"/>
        </w:rPr>
        <w:t>“I want water and your fingers in me while I drink it.”</w:t>
      </w:r>
    </w:p>
    <w:p>
      <w:r>
        <w:rPr>
          <w:rFonts w:ascii="IM Fell English" w:hAnsi="IM Fell English"/>
          <w:color w:val="141414"/>
          <w:sz w:val="24"/>
        </w:rPr>
        <w:t>Jackie passed her the canteen first.</w:t>
      </w:r>
    </w:p>
    <w:p>
      <w:r>
        <w:rPr>
          <w:rFonts w:ascii="IM Fell English" w:hAnsi="IM Fell English"/>
          <w:color w:val="141414"/>
          <w:sz w:val="24"/>
        </w:rPr>
        <w:t>“Water. Then we see what you still get.”</w:t>
      </w:r>
    </w:p>
    <w:p>
      <w:r>
        <w:rPr>
          <w:rFonts w:ascii="IM Fell English" w:hAnsi="IM Fell English"/>
          <w:color w:val="141414"/>
          <w:sz w:val="24"/>
        </w:rPr>
        <w:t>West markers returned Lilith and Katie a few minutes later — both marked hard, both upright, Lilith’s repaired leg trembling from use but functional. Katie’s eyes found Jennifer and Jackie and flicked over the strap with proprietary satisfaction.</w:t>
      </w:r>
    </w:p>
    <w:p>
      <w:r>
        <w:rPr>
          <w:rFonts w:ascii="IM Fell English" w:hAnsi="IM Fell English"/>
          <w:color w:val="141414"/>
          <w:sz w:val="24"/>
        </w:rPr>
        <w:t>“You look married,” Katie said.</w:t>
      </w:r>
    </w:p>
    <w:p>
      <w:r>
        <w:rPr>
          <w:rFonts w:ascii="IM Fell English" w:hAnsi="IM Fell English"/>
          <w:color w:val="141414"/>
          <w:sz w:val="24"/>
        </w:rPr>
        <w:t>Jennifer, without lifting her head fully, answered, “We sound married too.”</w:t>
      </w:r>
    </w:p>
    <w:p>
      <w:r>
        <w:rPr>
          <w:rFonts w:ascii="IM Fell English" w:hAnsi="IM Fell English"/>
          <w:color w:val="141414"/>
          <w:sz w:val="24"/>
        </w:rPr>
        <w:t>Sekhmet made notes.</w:t>
      </w:r>
    </w:p>
    <w:p>
      <w:r>
        <w:rPr>
          <w:rFonts w:ascii="IM Fell English" w:hAnsi="IM Fell English"/>
          <w:color w:val="141414"/>
          <w:sz w:val="24"/>
        </w:rPr>
        <w:t>“One more canopy run. Then Brazil.”</w:t>
      </w:r>
    </w:p>
    <w:p>
      <w:r>
        <w:rPr>
          <w:rFonts w:ascii="IM Fell English" w:hAnsi="IM Fell English"/>
          <w:color w:val="141414"/>
          <w:sz w:val="24"/>
        </w:rPr>
        <w:t>Jackie wiped mud from Jennifer’s mouth with her thumb and kept the strap in her fist.</w:t>
      </w:r>
    </w:p>
    <w:p>
      <w:r>
        <w:rPr>
          <w:rFonts w:ascii="IM Fell English" w:hAnsi="IM Fell English"/>
          <w:color w:val="141414"/>
          <w:sz w:val="24"/>
        </w:rPr>
        <w:t>The night had taken their third exchange and not given it back cheap.</w:t>
      </w:r>
    </w:p>
    <w:p>
      <w:r>
        <w:rPr>
          <w:rFonts w:ascii="IM Fell English" w:hAnsi="IM Fell English"/>
          <w:color w:val="141414"/>
          <w:sz w:val="24"/>
        </w:rPr>
        <w:t>Under the rainforest’s thinning dark, the vow no longer belonged only to daylight performance.</w:t>
      </w:r>
    </w:p>
    <w:p>
      <w:r>
        <w:rPr>
          <w:rFonts w:ascii="IM Fell English" w:hAnsi="IM Fell English"/>
          <w:color w:val="141414"/>
          <w:sz w:val="24"/>
        </w:rPr>
        <w:t>It had survived the hours with no audience.</w:t>
      </w:r>
    </w:p>
    <w:p>
      <w:pPr>
        <w:pStyle w:val="Heading1"/>
        <w:jc w:val="center"/>
      </w:pPr>
      <w:r>
        <w:rPr>
          <w:rFonts w:ascii="IM Fell English" w:hAnsi="IM Fell English"/>
          <w:color w:val="0D0D0D"/>
        </w:rPr>
        <w:t>CHAPTER 17 — VOW SEAL</w:t>
      </w:r>
    </w:p>
    <w:p>
      <w:r>
        <w:rPr>
          <w:rFonts w:ascii="IM Fell English" w:hAnsi="IM Fell English"/>
          <w:color w:val="141414"/>
          <w:sz w:val="24"/>
        </w:rPr>
        <w:t>They scheduled the last canopy run in hard rain on purpose.</w:t>
      </w:r>
    </w:p>
    <w:p>
      <w:r>
        <w:rPr>
          <w:rFonts w:ascii="IM Fell English" w:hAnsi="IM Fell English"/>
          <w:color w:val="141414"/>
          <w:sz w:val="24"/>
        </w:rPr>
        <w:t>Not mist. Full warm downpour that turned the insertion strip into paste and made every leaf a bright falling blade. Jackie stood at the black stakes with the control strap already live on Jennifer’s collar. Jennifer was mud to the thighs before they even stepped off the boards, hair plastered down, eyes sharp.</w:t>
      </w:r>
    </w:p>
    <w:p>
      <w:r>
        <w:rPr>
          <w:rFonts w:ascii="IM Fell English" w:hAnsi="IM Fell English"/>
          <w:color w:val="141414"/>
          <w:sz w:val="24"/>
        </w:rPr>
        <w:t>Sekhmet kept water off her tablet with one hand.</w:t>
      </w:r>
    </w:p>
    <w:p>
      <w:r>
        <w:rPr>
          <w:rFonts w:ascii="IM Fell English" w:hAnsi="IM Fell English"/>
          <w:color w:val="141414"/>
          <w:sz w:val="24"/>
        </w:rPr>
        <w:t>“Final vow run. Same pairs. This one seals canopy stage. After acceptance and down, extraction begins for Brazil transfer. No incomplete lines. No early collapse before seal exchange.”</w:t>
      </w:r>
    </w:p>
    <w:p>
      <w:r>
        <w:rPr>
          <w:rFonts w:ascii="IM Fell English" w:hAnsi="IM Fell English"/>
          <w:color w:val="141414"/>
          <w:sz w:val="24"/>
        </w:rPr>
        <w:t>Jennifer tipped her face into the rain and let it run through blood-cleaned cuts.</w:t>
      </w:r>
    </w:p>
    <w:p>
      <w:r>
        <w:rPr>
          <w:rFonts w:ascii="IM Fell English" w:hAnsi="IM Fell English"/>
          <w:color w:val="141414"/>
          <w:sz w:val="24"/>
        </w:rPr>
        <w:t>“Brazil.”</w:t>
      </w:r>
    </w:p>
    <w:p>
      <w:r>
        <w:rPr>
          <w:rFonts w:ascii="IM Fell English" w:hAnsi="IM Fell English"/>
          <w:color w:val="141414"/>
          <w:sz w:val="24"/>
        </w:rPr>
        <w:t>“Public wedding pressure,” Sekhmet said. “Roof law. Later. First you finish what this place was for.”</w:t>
      </w:r>
    </w:p>
    <w:p>
      <w:r>
        <w:rPr>
          <w:rFonts w:ascii="IM Fell English" w:hAnsi="IM Fell English"/>
          <w:color w:val="141414"/>
          <w:sz w:val="24"/>
        </w:rPr>
        <w:t>Katie and Lilith waited at the west line, both already soaked, Lilith’s repaired leg braced for soft-ground work. Katie looked over once and raised her voice through the rain.</w:t>
      </w:r>
    </w:p>
    <w:p>
      <w:r>
        <w:rPr>
          <w:rFonts w:ascii="IM Fell English" w:hAnsi="IM Fell English"/>
          <w:color w:val="141414"/>
          <w:sz w:val="24"/>
        </w:rPr>
        <w:t>“Seal it clean. I don’t want weak vows entering a city.”</w:t>
      </w:r>
    </w:p>
    <w:p>
      <w:r>
        <w:rPr>
          <w:rFonts w:ascii="IM Fell English" w:hAnsi="IM Fell English"/>
          <w:color w:val="141414"/>
          <w:sz w:val="24"/>
        </w:rPr>
        <w:t>Jennifer answered without looking away from Jackie.</w:t>
      </w:r>
    </w:p>
    <w:p>
      <w:r>
        <w:rPr>
          <w:rFonts w:ascii="IM Fell English" w:hAnsi="IM Fell English"/>
          <w:color w:val="141414"/>
          <w:sz w:val="24"/>
        </w:rPr>
        <w:t>“Then come watch the mud version.”</w:t>
      </w:r>
    </w:p>
    <w:p>
      <w:r>
        <w:rPr>
          <w:rFonts w:ascii="IM Fell English" w:hAnsi="IM Fell English"/>
          <w:color w:val="141414"/>
          <w:sz w:val="24"/>
        </w:rPr>
        <w:t>Jackie shortened the strap.</w:t>
      </w:r>
    </w:p>
    <w:p>
      <w:r>
        <w:rPr>
          <w:rFonts w:ascii="IM Fell English" w:hAnsi="IM Fell English"/>
          <w:color w:val="141414"/>
          <w:sz w:val="24"/>
        </w:rPr>
        <w:t>“Run.”</w:t>
      </w:r>
    </w:p>
    <w:p>
      <w:r>
        <w:rPr>
          <w:rFonts w:ascii="IM Fell English" w:hAnsi="IM Fell English"/>
          <w:color w:val="141414"/>
          <w:sz w:val="24"/>
        </w:rPr>
        <w:t>The canopy took them in under noise so constant it became a kind of silence.</w:t>
      </w:r>
    </w:p>
    <w:p>
      <w:r>
        <w:rPr>
          <w:rFonts w:ascii="IM Fell English" w:hAnsi="IM Fell English"/>
          <w:color w:val="141414"/>
          <w:sz w:val="24"/>
        </w:rPr>
        <w:t>Jennifer fought the seal like she wanted it earned to the bone.</w:t>
      </w:r>
    </w:p>
    <w:p>
      <w:r>
        <w:rPr>
          <w:rFonts w:ascii="IM Fell English" w:hAnsi="IM Fell English"/>
          <w:color w:val="141414"/>
          <w:sz w:val="24"/>
        </w:rPr>
        <w:t>She used the rain’s reduced sight, broke low along a flooded root channel, then climbed a short embankment where the strap had to be managed or it would hang her up. Jackie stayed on her, slipped once, caught the line, and dragged Jennifer back down the embankment into knee-deep brown water. They hit hard. Water went up both their mouths. Jennifer came up swinging and laughing.</w:t>
      </w:r>
    </w:p>
    <w:p>
      <w:r>
        <w:rPr>
          <w:rFonts w:ascii="IM Fell English" w:hAnsi="IM Fell English"/>
          <w:color w:val="141414"/>
          <w:sz w:val="24"/>
        </w:rPr>
        <w:t>Jackie put her against a half-submerged log and shoved into her cunt under the rain with no warm-up.</w:t>
      </w:r>
    </w:p>
    <w:p>
      <w:r>
        <w:rPr>
          <w:rFonts w:ascii="IM Fell English" w:hAnsi="IM Fell English"/>
          <w:color w:val="141414"/>
          <w:sz w:val="24"/>
        </w:rPr>
        <w:t>“Under control.”</w:t>
      </w:r>
    </w:p>
    <w:p>
      <w:r>
        <w:rPr>
          <w:rFonts w:ascii="IM Fell English" w:hAnsi="IM Fell English"/>
          <w:color w:val="141414"/>
          <w:sz w:val="24"/>
        </w:rPr>
        <w:t>Jennifer locked both legs around her despite the awkward depth.</w:t>
      </w:r>
    </w:p>
    <w:p>
      <w:r>
        <w:rPr>
          <w:rFonts w:ascii="IM Fell English" w:hAnsi="IM Fell English"/>
          <w:color w:val="141414"/>
          <w:sz w:val="24"/>
        </w:rPr>
        <w:t>“Then seal me.”</w:t>
      </w:r>
    </w:p>
    <w:p>
      <w:r>
        <w:rPr>
          <w:rFonts w:ascii="IM Fell English" w:hAnsi="IM Fell English"/>
          <w:color w:val="141414"/>
          <w:sz w:val="24"/>
        </w:rPr>
        <w:t>Jackie fucked her in the flooded channel while rain hammered the surface into continuous white noise. Every thrust sent water out in dirty shocks. Jennifer’s back scraped bark. Her mouth opened under downpour. Jackie held the strap high and made the first seal exchange land with their bodies joined and shaking.</w:t>
      </w:r>
    </w:p>
    <w:p>
      <w:r>
        <w:rPr>
          <w:rFonts w:ascii="IM Fell English" w:hAnsi="IM Fell English"/>
          <w:color w:val="141414"/>
          <w:sz w:val="24"/>
        </w:rPr>
        <w:t>“I vow the canopy complete. I vow you claimed under wet rot, night, and fair ground. I vow this marriage already true before any city sees it.”</w:t>
      </w:r>
    </w:p>
    <w:p>
      <w:r>
        <w:rPr>
          <w:rFonts w:ascii="IM Fell English" w:hAnsi="IM Fell English"/>
          <w:color w:val="141414"/>
          <w:sz w:val="24"/>
        </w:rPr>
        <w:t>Jennifer’s nails bit into Jackie’s shoulders.</w:t>
      </w:r>
    </w:p>
    <w:p>
      <w:r>
        <w:rPr>
          <w:rFonts w:ascii="IM Fell English" w:hAnsi="IM Fell English"/>
          <w:color w:val="141414"/>
          <w:sz w:val="24"/>
        </w:rPr>
        <w:t>“I vow the canopy complete. I vow my run finished as your target. I vow no soft rewrite when the map turns public.”</w:t>
      </w:r>
    </w:p>
    <w:p>
      <w:r>
        <w:rPr>
          <w:rFonts w:ascii="IM Fell English" w:hAnsi="IM Fell English"/>
          <w:color w:val="141414"/>
          <w:sz w:val="24"/>
        </w:rPr>
        <w:t>They both heard no acceptance call over the rain and didn’t need it yet. Final run meant the seal exchange had to be unmistakable at extraction. Jackie pulled Jennifer out of the channel by the collar and forced her deeper toward the old interior marker trees, where the ground rose and the water fell off their legs in sheets.</w:t>
      </w:r>
    </w:p>
    <w:p>
      <w:r>
        <w:rPr>
          <w:rFonts w:ascii="IM Fell English" w:hAnsi="IM Fell English"/>
          <w:color w:val="141414"/>
          <w:sz w:val="24"/>
        </w:rPr>
        <w:t>West of the creek line, Lilith and Katie ran their own last canopy violence through the downpour.</w:t>
      </w:r>
    </w:p>
    <w:p>
      <w:r>
        <w:rPr>
          <w:rFonts w:ascii="IM Fell English" w:hAnsi="IM Fell English"/>
          <w:color w:val="141414"/>
          <w:sz w:val="24"/>
        </w:rPr>
        <w:t>Full-leg Lilith made Katie work for every break. Their track sounded in fragments between rain-roar — impact, curse, short pursuit. Jackie kept it in her peripheral attention only. The fair-ground rule still mattered. Parallel lines. No borrowed targets.</w:t>
      </w:r>
    </w:p>
    <w:p>
      <w:r>
        <w:rPr>
          <w:rFonts w:ascii="IM Fell English" w:hAnsi="IM Fell English"/>
          <w:color w:val="141414"/>
          <w:sz w:val="24"/>
        </w:rPr>
        <w:t>Jennifer almost stole a real gap near a fallen giant trunk where rain poured off the wood like a wall. She went under it. Jackie had to choose the long way or the wet crawl. She crawled, caught the strap end in the dark space beneath, and hauled Jennifer out by the throat-ring into open mud on the far side. Jennifer spat, rolled, and tried to mount a counter-pin.</w:t>
      </w:r>
    </w:p>
    <w:p>
      <w:r>
        <w:rPr>
          <w:rFonts w:ascii="IM Fell English" w:hAnsi="IM Fell English"/>
          <w:color w:val="141414"/>
          <w:sz w:val="24"/>
        </w:rPr>
        <w:t>Jackie took the counter, forced her face into the mud for one controlled second, then turned her and entered her ass hard enough to end the argument.</w:t>
      </w:r>
    </w:p>
    <w:p>
      <w:r>
        <w:rPr>
          <w:rFonts w:ascii="IM Fell English" w:hAnsi="IM Fell English"/>
          <w:color w:val="141414"/>
          <w:sz w:val="24"/>
        </w:rPr>
        <w:t>Jennifer’s scream went up into rain and came back as a broken laugh.</w:t>
      </w:r>
    </w:p>
    <w:p>
      <w:r>
        <w:rPr>
          <w:rFonts w:ascii="IM Fell English" w:hAnsi="IM Fell English"/>
          <w:color w:val="141414"/>
          <w:sz w:val="24"/>
        </w:rPr>
        <w:t>“Yes — seal it — don’t you dare get gentle now —”</w:t>
      </w:r>
    </w:p>
    <w:p>
      <w:r>
        <w:rPr>
          <w:rFonts w:ascii="IM Fell English" w:hAnsi="IM Fell English"/>
          <w:color w:val="141414"/>
          <w:sz w:val="24"/>
        </w:rPr>
        <w:t>Jackie set a punishing rhythm and spoke through it, mouth at Jennifer’s ear.</w:t>
      </w:r>
    </w:p>
    <w:p>
      <w:r>
        <w:rPr>
          <w:rFonts w:ascii="IM Fell English" w:hAnsi="IM Fell English"/>
          <w:color w:val="141414"/>
          <w:sz w:val="24"/>
        </w:rPr>
        <w:t>“I vow that public later does not undo private now. I vow the strap as our first ring. I vow to hunt you after the words are accepted the same as before.”</w:t>
      </w:r>
    </w:p>
    <w:p>
      <w:r>
        <w:rPr>
          <w:rFonts w:ascii="IM Fell English" w:hAnsi="IM Fell English"/>
          <w:color w:val="141414"/>
          <w:sz w:val="24"/>
        </w:rPr>
        <w:t>Jennifer, shaking, forced her answer into the mud:</w:t>
      </w:r>
    </w:p>
    <w:p>
      <w:r>
        <w:rPr>
          <w:rFonts w:ascii="IM Fell English" w:hAnsi="IM Fell English"/>
          <w:color w:val="141414"/>
          <w:sz w:val="24"/>
        </w:rPr>
        <w:t>“I vow that private now is the real marriage. I vow the city gets a ceremony, not a first claim. I vow to arrive in Brazil already yours.”</w:t>
      </w:r>
    </w:p>
    <w:p>
      <w:r>
        <w:rPr>
          <w:rFonts w:ascii="IM Fell English" w:hAnsi="IM Fell English"/>
          <w:color w:val="141414"/>
          <w:sz w:val="24"/>
        </w:rPr>
        <w:t>Jackie kept her there through the long hold after, rain washing fresh sweat and filth down both of them, insects driven into the same sheltered angles as their bodies. When Jennifer’s arms failed, Jackie restored her once. When Jennifer’s voice started sliding into pure sound, Jackie made her repeat the last line clean. Only then did she allow the body to go heavy under full control.</w:t>
      </w:r>
    </w:p>
    <w:p>
      <w:r>
        <w:rPr>
          <w:rFonts w:ascii="IM Fell English" w:hAnsi="IM Fell English"/>
          <w:color w:val="141414"/>
          <w:sz w:val="24"/>
        </w:rPr>
        <w:t>Fingers at the throat.</w:t>
      </w:r>
    </w:p>
    <w:p>
      <w:r>
        <w:rPr>
          <w:rFonts w:ascii="IM Fell English" w:hAnsi="IM Fell English"/>
          <w:color w:val="141414"/>
          <w:sz w:val="24"/>
        </w:rPr>
        <w:t>Breath present.</w:t>
      </w:r>
    </w:p>
    <w:p>
      <w:r>
        <w:rPr>
          <w:rFonts w:ascii="IM Fell English" w:hAnsi="IM Fell English"/>
          <w:color w:val="141414"/>
          <w:sz w:val="24"/>
        </w:rPr>
        <w:t>Seal held in flesh.</w:t>
      </w:r>
    </w:p>
    <w:p>
      <w:r>
        <w:rPr>
          <w:rFonts w:ascii="IM Fell English" w:hAnsi="IM Fell English"/>
          <w:color w:val="141414"/>
          <w:sz w:val="24"/>
        </w:rPr>
        <w:t>Jackie dragged her wife up and began the slow return through pouring green.</w:t>
      </w:r>
    </w:p>
    <w:p>
      <w:r>
        <w:rPr>
          <w:rFonts w:ascii="IM Fell English" w:hAnsi="IM Fell English"/>
          <w:color w:val="141414"/>
          <w:sz w:val="24"/>
        </w:rPr>
        <w:t>At the strip, Sekhmet was already waiting under a hard canopy fly with transport engines warm behind her.</w:t>
      </w:r>
    </w:p>
    <w:p>
      <w:r>
        <w:rPr>
          <w:rFonts w:ascii="IM Fell English" w:hAnsi="IM Fell English"/>
          <w:color w:val="141414"/>
          <w:sz w:val="24"/>
        </w:rPr>
        <w:t>Jackie walked Jennifer in on a short line, both of them streaming rain and mud. Katie and Lilith returned from the west markers minutes later, equally soaked, Katie’s mouth cut fresh, Lilith’s repaired leg caked to the knee but carrying weight. The four of them stood in the same weather while Sekhmet inspected the tether and the state of the pair.</w:t>
      </w:r>
    </w:p>
    <w:p>
      <w:r>
        <w:rPr>
          <w:rFonts w:ascii="IM Fell English" w:hAnsi="IM Fell English"/>
          <w:color w:val="141414"/>
          <w:sz w:val="24"/>
        </w:rPr>
        <w:t>“Final canopy exchanges held?”</w:t>
      </w:r>
    </w:p>
    <w:p>
      <w:r>
        <w:rPr>
          <w:rFonts w:ascii="IM Fell English" w:hAnsi="IM Fell English"/>
          <w:color w:val="141414"/>
          <w:sz w:val="24"/>
        </w:rPr>
        <w:t>Jackie said, “Held.”</w:t>
      </w:r>
    </w:p>
    <w:p>
      <w:r>
        <w:rPr>
          <w:rFonts w:ascii="IM Fell English" w:hAnsi="IM Fell English"/>
          <w:color w:val="141414"/>
          <w:sz w:val="24"/>
        </w:rPr>
        <w:t>Jennifer, hoarse, said, “Held.”</w:t>
      </w:r>
    </w:p>
    <w:p>
      <w:r>
        <w:rPr>
          <w:rFonts w:ascii="IM Fell English" w:hAnsi="IM Fell English"/>
          <w:color w:val="141414"/>
          <w:sz w:val="24"/>
        </w:rPr>
        <w:t>Sekhmet marked the tablet.</w:t>
      </w:r>
    </w:p>
    <w:p>
      <w:r>
        <w:rPr>
          <w:rFonts w:ascii="IM Fell English" w:hAnsi="IM Fell English"/>
          <w:color w:val="141414"/>
          <w:sz w:val="24"/>
        </w:rPr>
        <w:t>“Rainforest vow stage complete. Claim remains from Nevada. Vow seal logged under canopy law. Brazil transfer begins within the hour.”</w:t>
      </w:r>
    </w:p>
    <w:p>
      <w:r>
        <w:rPr>
          <w:rFonts w:ascii="IM Fell English" w:hAnsi="IM Fell English"/>
          <w:color w:val="141414"/>
          <w:sz w:val="24"/>
        </w:rPr>
        <w:t>Jennifer leaned her forehead into Jackie’s wet collarbone and closed her eyes for the first real second of surrender all morning.</w:t>
      </w:r>
    </w:p>
    <w:p>
      <w:r>
        <w:rPr>
          <w:rFonts w:ascii="IM Fell English" w:hAnsi="IM Fell English"/>
          <w:color w:val="141414"/>
          <w:sz w:val="24"/>
        </w:rPr>
        <w:t>“So the trees are done with us.”</w:t>
      </w:r>
    </w:p>
    <w:p>
      <w:r>
        <w:rPr>
          <w:rFonts w:ascii="IM Fell English" w:hAnsi="IM Fell English"/>
          <w:color w:val="141414"/>
          <w:sz w:val="24"/>
        </w:rPr>
        <w:t>Katie wiped rain from her face and smiled without warmth.</w:t>
      </w:r>
    </w:p>
    <w:p>
      <w:r>
        <w:rPr>
          <w:rFonts w:ascii="IM Fell English" w:hAnsi="IM Fell English"/>
          <w:color w:val="141414"/>
          <w:sz w:val="24"/>
        </w:rPr>
        <w:t>“The trees got what they were for. The city wants witnesses and altitude.”</w:t>
      </w:r>
    </w:p>
    <w:p>
      <w:r>
        <w:rPr>
          <w:rFonts w:ascii="IM Fell English" w:hAnsi="IM Fell English"/>
          <w:color w:val="141414"/>
          <w:sz w:val="24"/>
        </w:rPr>
        <w:t>Lilith said nothing. She only flexed the repaired leg once in the mud, as if confirming it would be ready for whatever public map came next.</w:t>
      </w:r>
    </w:p>
    <w:p>
      <w:r>
        <w:rPr>
          <w:rFonts w:ascii="IM Fell English" w:hAnsi="IM Fell English"/>
          <w:color w:val="141414"/>
          <w:sz w:val="24"/>
        </w:rPr>
        <w:t>Jackie unclipped the control strap from the platform ring but left it on Jennifer’s collar for transport. Ownership did not end because a stage did.</w:t>
      </w:r>
    </w:p>
    <w:p>
      <w:r>
        <w:rPr>
          <w:rFonts w:ascii="IM Fell English" w:hAnsi="IM Fell English"/>
          <w:color w:val="141414"/>
          <w:sz w:val="24"/>
        </w:rPr>
        <w:t>Jennifer noticed and huffed a tired laugh.</w:t>
      </w:r>
    </w:p>
    <w:p>
      <w:r>
        <w:rPr>
          <w:rFonts w:ascii="IM Fell English" w:hAnsi="IM Fell English"/>
          <w:color w:val="141414"/>
          <w:sz w:val="24"/>
        </w:rPr>
        <w:t>“Still target.”</w:t>
      </w:r>
    </w:p>
    <w:p>
      <w:r>
        <w:rPr>
          <w:rFonts w:ascii="IM Fell English" w:hAnsi="IM Fell English"/>
          <w:color w:val="141414"/>
          <w:sz w:val="24"/>
        </w:rPr>
        <w:t>“Always,” Jackie said.</w:t>
      </w:r>
    </w:p>
    <w:p>
      <w:r>
        <w:rPr>
          <w:rFonts w:ascii="IM Fell English" w:hAnsi="IM Fell English"/>
          <w:color w:val="141414"/>
          <w:sz w:val="24"/>
        </w:rPr>
        <w:t>They were loaded into closed vehicles with the rainforest still hammering the roofs. Through a slit window Jennifer watched the black stakes vanish into green. Jackie watched Jennifer instead — the collar, the strap, the mud drying already in the air-conditioned cold, the wife she had hunted through desert claim and canopy vow.</w:t>
      </w:r>
    </w:p>
    <w:p>
      <w:r>
        <w:rPr>
          <w:rFonts w:ascii="IM Fell English" w:hAnsi="IM Fell English"/>
          <w:color w:val="141414"/>
          <w:sz w:val="24"/>
        </w:rPr>
        <w:t>Sekhmet spoke one last time before the convoy moved.</w:t>
      </w:r>
    </w:p>
    <w:p>
      <w:r>
        <w:rPr>
          <w:rFonts w:ascii="IM Fell English" w:hAnsi="IM Fell English"/>
          <w:color w:val="141414"/>
          <w:sz w:val="24"/>
        </w:rPr>
        <w:t>“In Brazil, the ceremony is vertical. You will understand on arrival.”</w:t>
      </w:r>
    </w:p>
    <w:p>
      <w:r>
        <w:rPr>
          <w:rFonts w:ascii="IM Fell English" w:hAnsi="IM Fell English"/>
          <w:color w:val="141414"/>
          <w:sz w:val="24"/>
        </w:rPr>
        <w:t>Jennifer, eyes half-shut against Jackie’s shoulder, murmured, “If she throws me, you better claim the scream as part of the vows.”</w:t>
      </w:r>
    </w:p>
    <w:p>
      <w:r>
        <w:rPr>
          <w:rFonts w:ascii="IM Fell English" w:hAnsi="IM Fell English"/>
          <w:color w:val="141414"/>
          <w:sz w:val="24"/>
        </w:rPr>
        <w:t>Jackie tightened the line between them by one notch.</w:t>
      </w:r>
    </w:p>
    <w:p>
      <w:r>
        <w:rPr>
          <w:rFonts w:ascii="IM Fell English" w:hAnsi="IM Fell English"/>
          <w:color w:val="141414"/>
          <w:sz w:val="24"/>
        </w:rPr>
        <w:t>“I’ll claim all of it.”</w:t>
      </w:r>
    </w:p>
    <w:p>
      <w:r>
        <w:rPr>
          <w:rFonts w:ascii="IM Fell English" w:hAnsi="IM Fell English"/>
          <w:color w:val="141414"/>
          <w:sz w:val="24"/>
        </w:rPr>
        <w:t>The rainforest fell behind in sheets of water and dark leaves.</w:t>
      </w:r>
    </w:p>
    <w:p>
      <w:r>
        <w:rPr>
          <w:rFonts w:ascii="IM Fell English" w:hAnsi="IM Fell English"/>
          <w:color w:val="141414"/>
          <w:sz w:val="24"/>
        </w:rPr>
        <w:t>Nevada had been ownership.</w:t>
      </w:r>
      <w:r>
        <w:rPr>
          <w:rFonts w:ascii="IM Fell English" w:hAnsi="IM Fell English"/>
          <w:color w:val="141414"/>
          <w:sz w:val="24"/>
        </w:rPr>
      </w:r>
      <w:r>
        <w:rPr>
          <w:rFonts w:ascii="IM Fell English" w:hAnsi="IM Fell English"/>
          <w:color w:val="141414"/>
          <w:sz w:val="24"/>
        </w:rPr>
        <w:t>The canopy had been the vow.</w:t>
      </w:r>
      <w:r>
        <w:rPr>
          <w:rFonts w:ascii="IM Fell English" w:hAnsi="IM Fell English"/>
          <w:color w:val="141414"/>
          <w:sz w:val="24"/>
        </w:rPr>
      </w:r>
      <w:r>
        <w:rPr>
          <w:rFonts w:ascii="IM Fell English" w:hAnsi="IM Fell English"/>
          <w:color w:val="141414"/>
          <w:sz w:val="24"/>
        </w:rPr>
        <w:t>Ahead of them, a city waited with a roof.</w:t>
      </w:r>
    </w:p>
    <w:p>
      <w:pPr>
        <w:pStyle w:val="Heading1"/>
        <w:jc w:val="center"/>
      </w:pPr>
      <w:r>
        <w:rPr>
          <w:rFonts w:ascii="IM Fell English" w:hAnsi="IM Fell English"/>
          <w:color w:val="0D0D0D"/>
        </w:rPr>
        <w:t>CHAPTER 18 — VERTICAL CITY</w:t>
      </w:r>
    </w:p>
    <w:p>
      <w:r>
        <w:rPr>
          <w:rFonts w:ascii="IM Fell English" w:hAnsi="IM Fell English"/>
          <w:color w:val="141414"/>
          <w:sz w:val="24"/>
        </w:rPr>
        <w:t>Brazil hit them as heat, noise, and height.</w:t>
      </w:r>
    </w:p>
    <w:p>
      <w:r>
        <w:rPr>
          <w:rFonts w:ascii="IM Fell English" w:hAnsi="IM Fell English"/>
          <w:color w:val="141414"/>
          <w:sz w:val="24"/>
        </w:rPr>
        <w:t>Not rainforest heat. City heat — exhaust, wet concrete after rain, sun flashed off glass. The convoy entered a closed industrial waterfront sector first: fences inside fences, corporation badges, no public crowd at ground level. Then the route turned inland and climbed toward a black high-rise that stood alone inside a locked perimeter like a blade left in the skyline.</w:t>
      </w:r>
    </w:p>
    <w:p>
      <w:r>
        <w:rPr>
          <w:rFonts w:ascii="IM Fell English" w:hAnsi="IM Fell English"/>
          <w:color w:val="141414"/>
          <w:sz w:val="24"/>
        </w:rPr>
        <w:t>Jennifer watched it through the transport slit with her collar still on.</w:t>
      </w:r>
    </w:p>
    <w:p>
      <w:r>
        <w:rPr>
          <w:rFonts w:ascii="IM Fell English" w:hAnsi="IM Fell English"/>
          <w:color w:val="141414"/>
          <w:sz w:val="24"/>
        </w:rPr>
        <w:t>“That the chapel?”</w:t>
      </w:r>
    </w:p>
    <w:p>
      <w:r>
        <w:rPr>
          <w:rFonts w:ascii="IM Fell English" w:hAnsi="IM Fell English"/>
          <w:color w:val="141414"/>
          <w:sz w:val="24"/>
        </w:rPr>
        <w:t>Jackie followed her gaze.</w:t>
      </w:r>
    </w:p>
    <w:p>
      <w:r>
        <w:rPr>
          <w:rFonts w:ascii="IM Fell English" w:hAnsi="IM Fell English"/>
          <w:color w:val="141414"/>
          <w:sz w:val="24"/>
        </w:rPr>
        <w:t>“That’s the drop.”</w:t>
      </w:r>
    </w:p>
    <w:p>
      <w:r>
        <w:rPr>
          <w:rFonts w:ascii="IM Fell English" w:hAnsi="IM Fell English"/>
          <w:color w:val="141414"/>
          <w:sz w:val="24"/>
        </w:rPr>
        <w:t>Sekhmet did not correct either of them.</w:t>
      </w:r>
    </w:p>
    <w:p>
      <w:r>
        <w:rPr>
          <w:rFonts w:ascii="IM Fell English" w:hAnsi="IM Fell English"/>
          <w:color w:val="141414"/>
          <w:sz w:val="24"/>
        </w:rPr>
        <w:t>They unloaded into a private garage under the building. Katie stepped out of the second vehicle already scanning exits and angles. Lilith came after her on the repaired leg, full weight, face set. Corporation security formed a corridor without touching Jennifer. They had all learned the ownership map.</w:t>
      </w:r>
    </w:p>
    <w:p>
      <w:r>
        <w:rPr>
          <w:rFonts w:ascii="IM Fell English" w:hAnsi="IM Fell English"/>
          <w:color w:val="141414"/>
          <w:sz w:val="24"/>
        </w:rPr>
        <w:t>Jimmy was waiting by a service bank of elevators with two officers in formal dark uniforms that looked almost like real city police until you saw the corporation pins at the throat.</w:t>
      </w:r>
    </w:p>
    <w:p>
      <w:r>
        <w:rPr>
          <w:rFonts w:ascii="IM Fell English" w:hAnsi="IM Fell English"/>
          <w:color w:val="141414"/>
          <w:sz w:val="24"/>
        </w:rPr>
        <w:t>He nodded once to Jackie.</w:t>
      </w:r>
    </w:p>
    <w:p>
      <w:r>
        <w:rPr>
          <w:rFonts w:ascii="IM Fell English" w:hAnsi="IM Fell English"/>
          <w:color w:val="141414"/>
          <w:sz w:val="24"/>
        </w:rPr>
        <w:t>“Wedding stage begins here. Public to our witnesses. Closed to the outside city. The building is ours for the next five days.”</w:t>
      </w:r>
    </w:p>
    <w:p>
      <w:r>
        <w:rPr>
          <w:rFonts w:ascii="IM Fell English" w:hAnsi="IM Fell English"/>
          <w:color w:val="141414"/>
          <w:sz w:val="24"/>
        </w:rPr>
        <w:t>Jennifer lifted her brows.</w:t>
      </w:r>
    </w:p>
    <w:p>
      <w:r>
        <w:rPr>
          <w:rFonts w:ascii="IM Fell English" w:hAnsi="IM Fell English"/>
          <w:color w:val="141414"/>
          <w:sz w:val="24"/>
        </w:rPr>
        <w:t>“Five days for a ceremony?”</w:t>
      </w:r>
    </w:p>
    <w:p>
      <w:r>
        <w:rPr>
          <w:rFonts w:ascii="IM Fell English" w:hAnsi="IM Fell English"/>
          <w:color w:val="141414"/>
          <w:sz w:val="24"/>
        </w:rPr>
        <w:t>“For a ceremony that includes ordeal,” Jimmy said. “You don’t walk an aisle. You climb a claim route. Jackie waits at roof law. You arrive under control or you repeat the vertical until you do.”</w:t>
      </w:r>
    </w:p>
    <w:p>
      <w:r>
        <w:rPr>
          <w:rFonts w:ascii="IM Fell English" w:hAnsi="IM Fell English"/>
          <w:color w:val="141414"/>
          <w:sz w:val="24"/>
        </w:rPr>
        <w:t>Jackie shifted closer to Jennifer without thinking, strap still in her fist.</w:t>
      </w:r>
    </w:p>
    <w:p>
      <w:r>
        <w:rPr>
          <w:rFonts w:ascii="IM Fell English" w:hAnsi="IM Fell English"/>
          <w:color w:val="141414"/>
          <w:sz w:val="24"/>
        </w:rPr>
        <w:t>“Define roof law.”</w:t>
      </w:r>
    </w:p>
    <w:p>
      <w:r>
        <w:rPr>
          <w:rFonts w:ascii="IM Fell English" w:hAnsi="IM Fell English"/>
          <w:color w:val="141414"/>
          <w:sz w:val="24"/>
        </w:rPr>
        <w:t>One of the officers answered, female, hard-eyed, voice almost bored.</w:t>
      </w:r>
    </w:p>
    <w:p>
      <w:r>
        <w:rPr>
          <w:rFonts w:ascii="IM Fell English" w:hAnsi="IM Fell English"/>
          <w:color w:val="141414"/>
          <w:sz w:val="24"/>
        </w:rPr>
        <w:t>“I am Officer Vale. I pronounce under corporation wedding authority. At roof level, once the bride-target is presented bound, vow lines are taken under active condition. Failure of response, collapse, or refusal resets the climb. Controlled drops are part of the rite when ordered by the claiming wife.”</w:t>
      </w:r>
    </w:p>
    <w:p>
      <w:r>
        <w:rPr>
          <w:rFonts w:ascii="IM Fell English" w:hAnsi="IM Fell English"/>
          <w:color w:val="141414"/>
          <w:sz w:val="24"/>
        </w:rPr>
        <w:t>Jennifer’s mouth slowly stretched into a ruined grin.</w:t>
      </w:r>
    </w:p>
    <w:p>
      <w:r>
        <w:rPr>
          <w:rFonts w:ascii="IM Fell English" w:hAnsi="IM Fell English"/>
          <w:color w:val="141414"/>
          <w:sz w:val="24"/>
        </w:rPr>
        <w:t>“Controlled drops.”</w:t>
      </w:r>
    </w:p>
    <w:p>
      <w:r>
        <w:rPr>
          <w:rFonts w:ascii="IM Fell English" w:hAnsi="IM Fell English"/>
          <w:color w:val="141414"/>
          <w:sz w:val="24"/>
        </w:rPr>
        <w:t>Vale looked at her directly.</w:t>
      </w:r>
    </w:p>
    <w:p>
      <w:r>
        <w:rPr>
          <w:rFonts w:ascii="IM Fell English" w:hAnsi="IM Fell English"/>
          <w:color w:val="141414"/>
          <w:sz w:val="24"/>
        </w:rPr>
        <w:t>Vale’s hard-eyed gaze settled on her. the east face. Safety continuity remains corporation responsibility. Your body will not be permitted to become useless on the pavement. Your fear is still required.”</w:t>
      </w:r>
    </w:p>
    <w:p>
      <w:r>
        <w:rPr>
          <w:rFonts w:ascii="IM Fell English" w:hAnsi="IM Fell English"/>
          <w:color w:val="141414"/>
          <w:sz w:val="24"/>
        </w:rPr>
        <w:t>Katie exhaled a short laugh.</w:t>
      </w:r>
    </w:p>
    <w:p>
      <w:r>
        <w:rPr>
          <w:rFonts w:ascii="IM Fell English" w:hAnsi="IM Fell English"/>
          <w:color w:val="141414"/>
          <w:sz w:val="24"/>
        </w:rPr>
        <w:t>“There it is.”</w:t>
      </w:r>
    </w:p>
    <w:p>
      <w:r>
        <w:rPr>
          <w:rFonts w:ascii="IM Fell English" w:hAnsi="IM Fell English"/>
          <w:color w:val="141414"/>
          <w:sz w:val="24"/>
        </w:rPr>
        <w:t>They took Jennifer upward first through a closed service route, not the public lobby.</w:t>
      </w:r>
    </w:p>
    <w:p>
      <w:r>
        <w:rPr>
          <w:rFonts w:ascii="IM Fell English" w:hAnsi="IM Fell English"/>
          <w:color w:val="141414"/>
          <w:sz w:val="24"/>
        </w:rPr>
        <w:t>The building’s interior was stripped to concrete, cable, and marked floor numbers painted huge on stairwell walls. Between certain levels, the “claim route” opened into staged floors — rooms and corridors where selected hard men waited under orders. Not thousands. Counted stations. Each station had a purpose: delay, use, mark, and force Jennifer upward with Jackie’s ownership still legally intact.</w:t>
      </w:r>
    </w:p>
    <w:p>
      <w:r>
        <w:rPr>
          <w:rFonts w:ascii="IM Fell English" w:hAnsi="IM Fell English"/>
          <w:color w:val="141414"/>
          <w:sz w:val="24"/>
        </w:rPr>
        <w:t>Sekhmet stopped them on a transfer landing and faced Jackie.</w:t>
      </w:r>
    </w:p>
    <w:p>
      <w:r>
        <w:rPr>
          <w:rFonts w:ascii="IM Fell English" w:hAnsi="IM Fell English"/>
          <w:color w:val="141414"/>
          <w:sz w:val="24"/>
        </w:rPr>
        <w:t>“Core law travels. Jennifer remains your target-wife. Station men may use her as ordeal pressure on the climb. They may not finish a claim. They may not remove your collar-line. If they try ownership language, you break them.”</w:t>
      </w:r>
    </w:p>
    <w:p>
      <w:r>
        <w:rPr>
          <w:rFonts w:ascii="IM Fell English" w:hAnsi="IM Fell English"/>
          <w:color w:val="141414"/>
          <w:sz w:val="24"/>
        </w:rPr>
        <w:t>Jackie nodded once.</w:t>
      </w:r>
    </w:p>
    <w:p>
      <w:r>
        <w:rPr>
          <w:rFonts w:ascii="IM Fell English" w:hAnsi="IM Fell English"/>
          <w:color w:val="141414"/>
          <w:sz w:val="24"/>
        </w:rPr>
        <w:t>“And the drops?”</w:t>
      </w:r>
    </w:p>
    <w:p>
      <w:r>
        <w:rPr>
          <w:rFonts w:ascii="IM Fell English" w:hAnsi="IM Fell English"/>
          <w:color w:val="141414"/>
          <w:sz w:val="24"/>
        </w:rPr>
        <w:t>“At roof,” Vale said. “After presentation. You may order one during vow pressure. You may order another if she mouths off hard enough to earn it. She climbs back under bound conditions.”</w:t>
      </w:r>
    </w:p>
    <w:p>
      <w:r>
        <w:rPr>
          <w:rFonts w:ascii="IM Fell English" w:hAnsi="IM Fell English"/>
          <w:color w:val="141414"/>
          <w:sz w:val="24"/>
        </w:rPr>
        <w:t>Jennifer leaned into the strap until her shoulder hit Jackie’s chest.</w:t>
      </w:r>
    </w:p>
    <w:p>
      <w:r>
        <w:rPr>
          <w:rFonts w:ascii="IM Fell English" w:hAnsi="IM Fell English"/>
          <w:color w:val="141414"/>
          <w:sz w:val="24"/>
        </w:rPr>
        <w:t>“You’re going to throw me.”</w:t>
      </w:r>
    </w:p>
    <w:p>
      <w:r>
        <w:rPr>
          <w:rFonts w:ascii="IM Fell English" w:hAnsi="IM Fell English"/>
          <w:color w:val="141414"/>
          <w:sz w:val="24"/>
        </w:rPr>
        <w:t>Jackie looked down at her.</w:t>
      </w:r>
    </w:p>
    <w:p>
      <w:r>
        <w:rPr>
          <w:rFonts w:ascii="IM Fell English" w:hAnsi="IM Fell English"/>
          <w:color w:val="141414"/>
          <w:sz w:val="24"/>
        </w:rPr>
        <w:t>“If the ceremony needs it.”</w:t>
      </w:r>
    </w:p>
    <w:p>
      <w:r>
        <w:rPr>
          <w:rFonts w:ascii="IM Fell English" w:hAnsi="IM Fell English"/>
          <w:color w:val="141414"/>
          <w:sz w:val="24"/>
        </w:rPr>
        <w:t>“Say you’ll enjoy it.”</w:t>
      </w:r>
    </w:p>
    <w:p>
      <w:r>
        <w:rPr>
          <w:rFonts w:ascii="IM Fell English" w:hAnsi="IM Fell English"/>
          <w:color w:val="141414"/>
          <w:sz w:val="24"/>
        </w:rPr>
        <w:t>Jackie didn’t bother lying.</w:t>
      </w:r>
    </w:p>
    <w:p>
      <w:r>
        <w:rPr>
          <w:rFonts w:ascii="IM Fell English" w:hAnsi="IM Fell English"/>
          <w:color w:val="141414"/>
          <w:sz w:val="24"/>
        </w:rPr>
        <w:t>“I’ll enjoy the part where you climb back to me.”</w:t>
      </w:r>
    </w:p>
    <w:p>
      <w:r>
        <w:rPr>
          <w:rFonts w:ascii="IM Fell English" w:hAnsi="IM Fell English"/>
          <w:color w:val="141414"/>
          <w:sz w:val="24"/>
        </w:rPr>
        <w:t>Jennifer’s eyes shone.</w:t>
      </w:r>
    </w:p>
    <w:p>
      <w:r>
        <w:rPr>
          <w:rFonts w:ascii="IM Fell English" w:hAnsi="IM Fell English"/>
          <w:color w:val="141414"/>
          <w:sz w:val="24"/>
        </w:rPr>
        <w:t>“Good wife.”</w:t>
      </w:r>
    </w:p>
    <w:p>
      <w:r>
        <w:rPr>
          <w:rFonts w:ascii="IM Fell English" w:hAnsi="IM Fell English"/>
          <w:color w:val="141414"/>
          <w:sz w:val="24"/>
        </w:rPr>
        <w:t>Lilith and Katie split off at level ten for parallel preparation — Katie’s role in the public rite was witness-authority, Lilith’s was enforcement shadow. Jackie kept Jennifer on the short line and walked her into the first claim-route corridor.</w:t>
      </w:r>
    </w:p>
    <w:p>
      <w:r>
        <w:rPr>
          <w:rFonts w:ascii="IM Fell English" w:hAnsi="IM Fell English"/>
          <w:color w:val="141414"/>
          <w:sz w:val="24"/>
        </w:rPr>
        <w:t>Station one was a bare concrete room with four men and a bolted bench.</w:t>
      </w:r>
    </w:p>
    <w:p>
      <w:r>
        <w:rPr>
          <w:rFonts w:ascii="IM Fell English" w:hAnsi="IM Fell English"/>
          <w:color w:val="141414"/>
          <w:sz w:val="24"/>
        </w:rPr>
        <w:t>They did not ask Jackie for permission beyond the corporation brief already given. They waited for her nod. Jackie gave it once, cold, and clipped the strap to a wall ring long enough for them to work without stealing the whole body out of her control.</w:t>
      </w:r>
    </w:p>
    <w:p>
      <w:r>
        <w:rPr>
          <w:rFonts w:ascii="IM Fell English" w:hAnsi="IM Fell English"/>
          <w:color w:val="141414"/>
          <w:sz w:val="24"/>
        </w:rPr>
        <w:t>Jennifer was put over the bench and used hard — mouth, cunt, then mouth again — while Jackie stood two feet away and watched every angle for ownership creep. One man got too familiar with the collar and Jackie stepped in, twisted his wrist off it, and put him on the floor without raising her voice.</w:t>
      </w:r>
    </w:p>
    <w:p>
      <w:r>
        <w:rPr>
          <w:rFonts w:ascii="IM Fell English" w:hAnsi="IM Fell English"/>
          <w:color w:val="141414"/>
          <w:sz w:val="24"/>
        </w:rPr>
        <w:t>“You use what you’re given. You don’t handle the ring.”</w:t>
      </w:r>
    </w:p>
    <w:p>
      <w:r>
        <w:rPr>
          <w:rFonts w:ascii="IM Fell English" w:hAnsi="IM Fell English"/>
          <w:color w:val="141414"/>
          <w:sz w:val="24"/>
        </w:rPr>
        <w:t>The man stayed down.</w:t>
      </w:r>
    </w:p>
    <w:p>
      <w:r>
        <w:rPr>
          <w:rFonts w:ascii="IM Fell English" w:hAnsi="IM Fell English"/>
          <w:color w:val="141414"/>
          <w:sz w:val="24"/>
        </w:rPr>
        <w:t>Jennifer, spit-stringed and panting over the bench, laughed.</w:t>
      </w:r>
    </w:p>
    <w:p>
      <w:r>
        <w:rPr>
          <w:rFonts w:ascii="IM Fell English" w:hAnsi="IM Fell English"/>
          <w:color w:val="141414"/>
          <w:sz w:val="24"/>
        </w:rPr>
        <w:t>“He’s learning.”</w:t>
      </w:r>
    </w:p>
    <w:p>
      <w:r>
        <w:rPr>
          <w:rFonts w:ascii="IM Fell English" w:hAnsi="IM Fell English"/>
          <w:color w:val="141414"/>
          <w:sz w:val="24"/>
        </w:rPr>
        <w:t>They made her finish the station under Jackie’s eyes, then shoved her upright and pointed her to the stair spur painted with a black arrow. Jackie reclaimed the strap at once, shortened it, and walked her wife up the next flight while Jennifer’s thighs shook from the first ordeal mark.</w:t>
      </w:r>
    </w:p>
    <w:p>
      <w:r>
        <w:rPr>
          <w:rFonts w:ascii="IM Fell English" w:hAnsi="IM Fell English"/>
          <w:color w:val="141414"/>
          <w:sz w:val="24"/>
        </w:rPr>
        <w:t>Station two was worse for posture: two men, a standing frame, Jennifer’s wrists locked high while they took her from front and behind in turns. Jackie stayed close enough to hold the collar line. Every time Jennifer’s legs failed, Jackie ordered them to keep her upright rather than drop her into passive heap. Wedding ordeal, not disposal.</w:t>
      </w:r>
    </w:p>
    <w:p>
      <w:r>
        <w:rPr>
          <w:rFonts w:ascii="IM Fell English" w:hAnsi="IM Fell English"/>
          <w:color w:val="141414"/>
          <w:sz w:val="24"/>
        </w:rPr>
        <w:t>Jennifer forced her head toward Jackie between impacts.</w:t>
      </w:r>
    </w:p>
    <w:p>
      <w:r>
        <w:rPr>
          <w:rFonts w:ascii="IM Fell English" w:hAnsi="IM Fell English"/>
          <w:color w:val="141414"/>
          <w:sz w:val="24"/>
        </w:rPr>
        <w:t>“Still mine?”</w:t>
      </w:r>
    </w:p>
    <w:p>
      <w:r>
        <w:rPr>
          <w:rFonts w:ascii="IM Fell English" w:hAnsi="IM Fell English"/>
          <w:color w:val="141414"/>
          <w:sz w:val="24"/>
        </w:rPr>
        <w:t>“Still mine,” Jackie said.</w:t>
      </w:r>
    </w:p>
    <w:p>
      <w:r>
        <w:rPr>
          <w:rFonts w:ascii="IM Fell English" w:hAnsi="IM Fell English"/>
          <w:color w:val="141414"/>
          <w:sz w:val="24"/>
        </w:rPr>
        <w:t>“Then don’t look away.”</w:t>
      </w:r>
    </w:p>
    <w:p>
      <w:r>
        <w:rPr>
          <w:rFonts w:ascii="IM Fell English" w:hAnsi="IM Fell English"/>
          <w:color w:val="141414"/>
          <w:sz w:val="24"/>
        </w:rPr>
        <w:t>“I’m not.”</w:t>
      </w:r>
    </w:p>
    <w:p>
      <w:r>
        <w:rPr>
          <w:rFonts w:ascii="IM Fell English" w:hAnsi="IM Fell English"/>
          <w:color w:val="141414"/>
          <w:sz w:val="24"/>
        </w:rPr>
        <w:t>By station three, Jennifer’s mouth was swollen again and her voice had gone raw. The men there were quieter, more professional, which somehow made the use colder. Jackie let them mark her wife’s body for the climb and still stepped in when one of them tried to speak a possessive phrase into Jennifer’s ear. A short punch under the ribs ended that sentence forever for the night.</w:t>
      </w:r>
    </w:p>
    <w:p>
      <w:r>
        <w:rPr>
          <w:rFonts w:ascii="IM Fell English" w:hAnsi="IM Fell English"/>
          <w:color w:val="141414"/>
          <w:sz w:val="24"/>
        </w:rPr>
        <w:t>Sekhmet observed from a stair camera landing and did not interfere.</w:t>
      </w:r>
    </w:p>
    <w:p>
      <w:r>
        <w:rPr>
          <w:rFonts w:ascii="IM Fell English" w:hAnsi="IM Fell English"/>
          <w:color w:val="141414"/>
          <w:sz w:val="24"/>
        </w:rPr>
        <w:t>They reached a mid-level transfer terrace open to evening air before roof.</w:t>
      </w:r>
    </w:p>
    <w:p>
      <w:r>
        <w:rPr>
          <w:rFonts w:ascii="IM Fell English" w:hAnsi="IM Fell English"/>
          <w:color w:val="141414"/>
          <w:sz w:val="24"/>
        </w:rPr>
        <w:t>The city spread below in lights. The east face dropped clean and vertical into a corporation-controlled catch zone far below — nets and platforms hidden from casual sight lines, enough to keep the rite from becoming an actual corpse event, not enough to make the drop feel fake from the edge. Jennifer walked to the low wall under Jackie’s strap and looked down for a long second.</w:t>
      </w:r>
    </w:p>
    <w:p>
      <w:r>
        <w:rPr>
          <w:rFonts w:ascii="IM Fell English" w:hAnsi="IM Fell English"/>
          <w:color w:val="141414"/>
          <w:sz w:val="24"/>
        </w:rPr>
        <w:t>“Two hundred fifty.”</w:t>
      </w:r>
    </w:p>
    <w:p>
      <w:r>
        <w:rPr>
          <w:rFonts w:ascii="IM Fell English" w:hAnsi="IM Fell English"/>
          <w:color w:val="141414"/>
          <w:sz w:val="24"/>
        </w:rPr>
        <w:t>“Yes,” Jackie said.</w:t>
      </w:r>
    </w:p>
    <w:p>
      <w:r>
        <w:rPr>
          <w:rFonts w:ascii="IM Fell English" w:hAnsi="IM Fell English"/>
          <w:color w:val="141414"/>
          <w:sz w:val="24"/>
        </w:rPr>
        <w:t>Jennifer’s smile was shaky and hungry.</w:t>
      </w:r>
    </w:p>
    <w:p>
      <w:r>
        <w:rPr>
          <w:rFonts w:ascii="IM Fell English" w:hAnsi="IM Fell English"/>
          <w:color w:val="141414"/>
          <w:sz w:val="24"/>
        </w:rPr>
        <w:t>“If I scream, you better make a joke.”</w:t>
      </w:r>
    </w:p>
    <w:p>
      <w:r>
        <w:rPr>
          <w:rFonts w:ascii="IM Fell English" w:hAnsi="IM Fell English"/>
          <w:color w:val="141414"/>
          <w:sz w:val="24"/>
        </w:rPr>
        <w:t>Jackie stood beside her and followed the drop with her eyes.</w:t>
      </w:r>
    </w:p>
    <w:p>
      <w:r>
        <w:rPr>
          <w:rFonts w:ascii="IM Fell English" w:hAnsi="IM Fell English"/>
          <w:color w:val="141414"/>
          <w:sz w:val="24"/>
        </w:rPr>
        <w:t>“I’ll tell you to bring my ass back up the long way.”</w:t>
      </w:r>
    </w:p>
    <w:p>
      <w:r>
        <w:rPr>
          <w:rFonts w:ascii="IM Fell English" w:hAnsi="IM Fell English"/>
          <w:color w:val="141414"/>
          <w:sz w:val="24"/>
        </w:rPr>
        <w:t>Jennifer snorted despite everything.</w:t>
      </w:r>
    </w:p>
    <w:p>
      <w:r>
        <w:rPr>
          <w:rFonts w:ascii="IM Fell English" w:hAnsi="IM Fell English"/>
          <w:color w:val="141414"/>
          <w:sz w:val="24"/>
        </w:rPr>
        <w:t>“Romantic.”</w:t>
      </w:r>
    </w:p>
    <w:p>
      <w:r>
        <w:rPr>
          <w:rFonts w:ascii="IM Fell English" w:hAnsi="IM Fell English"/>
          <w:color w:val="141414"/>
          <w:sz w:val="24"/>
        </w:rPr>
        <w:t>Officer Vale joined them with two bridesmaid handlers in black — corporation women, gloved, carrying soft-cord binding sets designed to present a body without cutting circulation into true uselessness. They waited for Jackie’s signal and only then began binding Jennifer’s arms behind her in a clean, cruel harness line that left her chest open and her balance dependent on whoever held the lead.</w:t>
      </w:r>
    </w:p>
    <w:p>
      <w:r>
        <w:rPr>
          <w:rFonts w:ascii="IM Fell English" w:hAnsi="IM Fell English"/>
          <w:color w:val="141414"/>
          <w:sz w:val="24"/>
        </w:rPr>
        <w:t>Jennifer tested the ties and breathed out slowly.</w:t>
      </w:r>
    </w:p>
    <w:p>
      <w:r>
        <w:rPr>
          <w:rFonts w:ascii="IM Fell English" w:hAnsi="IM Fell English"/>
          <w:color w:val="141414"/>
          <w:sz w:val="24"/>
        </w:rPr>
        <w:t>“So this is the aisle.”</w:t>
      </w:r>
    </w:p>
    <w:p>
      <w:r>
        <w:rPr>
          <w:rFonts w:ascii="IM Fell English" w:hAnsi="IM Fell English"/>
          <w:color w:val="141414"/>
          <w:sz w:val="24"/>
        </w:rPr>
        <w:t>Vale checked the knots with professional indifference.</w:t>
      </w:r>
    </w:p>
    <w:p>
      <w:r>
        <w:rPr>
          <w:rFonts w:ascii="IM Fell English" w:hAnsi="IM Fell English"/>
          <w:color w:val="141414"/>
          <w:sz w:val="24"/>
        </w:rPr>
        <w:t>“This is the presentation. Roof next. Vow lines under condition. Drop may be ordered after first exchange or upon claiming-wife discretion.”</w:t>
      </w:r>
    </w:p>
    <w:p>
      <w:r>
        <w:rPr>
          <w:rFonts w:ascii="IM Fell English" w:hAnsi="IM Fell English"/>
          <w:color w:val="141414"/>
          <w:sz w:val="24"/>
        </w:rPr>
        <w:t>Jackie took the lead cord herself.</w:t>
      </w:r>
    </w:p>
    <w:p>
      <w:r>
        <w:rPr>
          <w:rFonts w:ascii="IM Fell English" w:hAnsi="IM Fell English"/>
          <w:color w:val="141414"/>
          <w:sz w:val="24"/>
        </w:rPr>
        <w:t>Not a bridesmaid.</w:t>
      </w:r>
      <w:r>
        <w:rPr>
          <w:rFonts w:ascii="IM Fell English" w:hAnsi="IM Fell English"/>
          <w:color w:val="141414"/>
          <w:sz w:val="24"/>
        </w:rPr>
      </w:r>
      <w:r>
        <w:rPr>
          <w:rFonts w:ascii="IM Fell English" w:hAnsi="IM Fell English"/>
          <w:color w:val="141414"/>
          <w:sz w:val="24"/>
        </w:rPr>
        <w:t>Not a handler.</w:t>
      </w:r>
      <w:r>
        <w:rPr>
          <w:rFonts w:ascii="IM Fell English" w:hAnsi="IM Fell English"/>
          <w:color w:val="141414"/>
          <w:sz w:val="24"/>
        </w:rPr>
      </w:r>
      <w:r>
        <w:rPr>
          <w:rFonts w:ascii="IM Fell English" w:hAnsi="IM Fell English"/>
          <w:color w:val="141414"/>
          <w:sz w:val="24"/>
        </w:rPr>
        <w:t>The wife.</w:t>
      </w:r>
    </w:p>
    <w:p>
      <w:r>
        <w:rPr>
          <w:rFonts w:ascii="IM Fell English" w:hAnsi="IM Fell English"/>
          <w:color w:val="141414"/>
          <w:sz w:val="24"/>
        </w:rPr>
        <w:t>Jennifer leaned her brow into Jackie’s jaw because her hands were no longer available for contact.</w:t>
      </w:r>
    </w:p>
    <w:p>
      <w:r>
        <w:rPr>
          <w:rFonts w:ascii="IM Fell English" w:hAnsi="IM Fell English"/>
          <w:color w:val="141414"/>
          <w:sz w:val="24"/>
        </w:rPr>
        <w:t>“Nevada was claim,” she whispered.</w:t>
      </w:r>
    </w:p>
    <w:p>
      <w:r>
        <w:rPr>
          <w:rFonts w:ascii="IM Fell English" w:hAnsi="IM Fell English"/>
          <w:color w:val="141414"/>
          <w:sz w:val="24"/>
        </w:rPr>
        <w:t>“Canopy was vow,” Jackie said.</w:t>
      </w:r>
    </w:p>
    <w:p>
      <w:r>
        <w:rPr>
          <w:rFonts w:ascii="IM Fell English" w:hAnsi="IM Fell English"/>
          <w:color w:val="141414"/>
          <w:sz w:val="24"/>
        </w:rPr>
        <w:t>Jennifer’s lips brushed her skin.</w:t>
      </w:r>
    </w:p>
    <w:p>
      <w:r>
        <w:rPr>
          <w:rFonts w:ascii="IM Fell English" w:hAnsi="IM Fell English"/>
          <w:color w:val="141414"/>
          <w:sz w:val="24"/>
        </w:rPr>
        <w:t>“This is where we make it witnessed.”</w:t>
      </w:r>
    </w:p>
    <w:p>
      <w:r>
        <w:rPr>
          <w:rFonts w:ascii="IM Fell English" w:hAnsi="IM Fell English"/>
          <w:color w:val="141414"/>
          <w:sz w:val="24"/>
        </w:rPr>
        <w:t>Jackie shortened the lead and walked her toward the final interior stair to the roof.</w:t>
      </w:r>
    </w:p>
    <w:p>
      <w:r>
        <w:rPr>
          <w:rFonts w:ascii="IM Fell English" w:hAnsi="IM Fell English"/>
          <w:color w:val="141414"/>
          <w:sz w:val="24"/>
        </w:rPr>
        <w:t>Behind them, city noise rose up the east face like a distant living thing. Ahead of them, night air and open height waited for a ceremony that would never pass a church.</w:t>
      </w:r>
    </w:p>
    <w:p>
      <w:r>
        <w:rPr>
          <w:rFonts w:ascii="IM Fell English" w:hAnsi="IM Fell English"/>
          <w:color w:val="141414"/>
          <w:sz w:val="24"/>
        </w:rPr>
        <w:t>At the top door, Katie was already waiting with Lilith in shadow, both marked by preparation of their own. Katie looked at Jennifer bound under Jackie’s hand and nodded once, satisfied.</w:t>
      </w:r>
    </w:p>
    <w:p>
      <w:r>
        <w:rPr>
          <w:rFonts w:ascii="IM Fell English" w:hAnsi="IM Fell English"/>
          <w:color w:val="141414"/>
          <w:sz w:val="24"/>
        </w:rPr>
        <w:t>“She’s ready to be married publicly.”</w:t>
      </w:r>
    </w:p>
    <w:p>
      <w:r>
        <w:rPr>
          <w:rFonts w:ascii="IM Fell English" w:hAnsi="IM Fell English"/>
          <w:color w:val="141414"/>
          <w:sz w:val="24"/>
        </w:rPr>
        <w:t>Jennifer, flushed and wrecked, answered, “She’s ready to be thrown if she mouths off.”</w:t>
      </w:r>
    </w:p>
    <w:p>
      <w:r>
        <w:rPr>
          <w:rFonts w:ascii="IM Fell English" w:hAnsi="IM Fell English"/>
          <w:color w:val="141414"/>
          <w:sz w:val="24"/>
        </w:rPr>
        <w:t>Jackie pushed the roof door open with her free hand.</w:t>
      </w:r>
    </w:p>
    <w:p>
      <w:r>
        <w:rPr>
          <w:rFonts w:ascii="IM Fell English" w:hAnsi="IM Fell English"/>
          <w:color w:val="141414"/>
          <w:sz w:val="24"/>
        </w:rPr>
        <w:t>Wind hit them at once.</w:t>
      </w:r>
    </w:p>
    <w:p>
      <w:r>
        <w:rPr>
          <w:rFonts w:ascii="IM Fell English" w:hAnsi="IM Fell English"/>
          <w:color w:val="141414"/>
          <w:sz w:val="24"/>
        </w:rPr>
        <w:t xml:space="preserve">The ceremony pad was a non-slip black surface at the roof's edge, open to the night wind and the city's distant roar. Corporation witnesses formed a silent semicircle, with Katie and Lilith watching from the shadows as Officer Vale took her place. The drop at the rim waited like a silent witness to the contract. </w:t>
      </w:r>
    </w:p>
    <w:p>
      <w:r>
        <w:rPr>
          <w:rFonts w:ascii="IM Fell English" w:hAnsi="IM Fell English"/>
          <w:color w:val="141414"/>
          <w:sz w:val="24"/>
        </w:rPr>
        <w:t>Jackie walked Jennifer into the wind on the lead cord and stopped her at the mark painted underfoot.</w:t>
      </w:r>
    </w:p>
    <w:p>
      <w:r>
        <w:rPr>
          <w:rFonts w:ascii="IM Fell English" w:hAnsi="IM Fell English"/>
          <w:color w:val="141414"/>
          <w:sz w:val="24"/>
        </w:rPr>
        <w:t>Below them, two hundred fifty feet of night.</w:t>
      </w:r>
    </w:p>
    <w:p>
      <w:r>
        <w:rPr>
          <w:rFonts w:ascii="IM Fell English" w:hAnsi="IM Fell English"/>
          <w:color w:val="141414"/>
          <w:sz w:val="24"/>
        </w:rPr>
        <w:t>Above them, nothing but sky.</w:t>
      </w:r>
    </w:p>
    <w:p>
      <w:r>
        <w:rPr>
          <w:rFonts w:ascii="IM Fell English" w:hAnsi="IM Fell English"/>
          <w:color w:val="141414"/>
          <w:sz w:val="24"/>
        </w:rPr>
        <w:t>Jackie kept the line tight and spoke only for Jennifer.</w:t>
      </w:r>
    </w:p>
    <w:p>
      <w:r>
        <w:rPr>
          <w:rFonts w:ascii="IM Fell English" w:hAnsi="IM Fell English"/>
          <w:color w:val="141414"/>
          <w:sz w:val="24"/>
        </w:rPr>
        <w:t>“When she asks, you answer as my wife.”</w:t>
      </w:r>
    </w:p>
    <w:p>
      <w:r>
        <w:rPr>
          <w:rFonts w:ascii="IM Fell English" w:hAnsi="IM Fell English"/>
          <w:color w:val="141414"/>
          <w:sz w:val="24"/>
        </w:rPr>
        <w:t>Jennifer stared at the edge, then at Jackie, eyes wet from wind and want.</w:t>
      </w:r>
    </w:p>
    <w:p>
      <w:r>
        <w:rPr>
          <w:rFonts w:ascii="IM Fell English" w:hAnsi="IM Fell English"/>
          <w:color w:val="141414"/>
          <w:sz w:val="24"/>
        </w:rPr>
        <w:t>“And when you throw me?”</w:t>
      </w:r>
    </w:p>
    <w:p>
      <w:r>
        <w:rPr>
          <w:rFonts w:ascii="IM Fell English" w:hAnsi="IM Fell English"/>
          <w:color w:val="141414"/>
          <w:sz w:val="24"/>
        </w:rPr>
        <w:t>Jackie almost smiled.</w:t>
      </w:r>
    </w:p>
    <w:p>
      <w:r>
        <w:rPr>
          <w:rFonts w:ascii="IM Fell English" w:hAnsi="IM Fell English"/>
          <w:color w:val="141414"/>
          <w:sz w:val="24"/>
        </w:rPr>
        <w:t>“You climb back. That’s the ring.”</w:t>
      </w:r>
    </w:p>
    <w:p>
      <w:r>
        <w:rPr>
          <w:rFonts w:ascii="IM Fell English" w:hAnsi="IM Fell English"/>
          <w:color w:val="141414"/>
          <w:sz w:val="24"/>
        </w:rPr>
        <w:t>Officer Vale opened her hands for silence the field already understood.</w:t>
      </w:r>
    </w:p>
    <w:p>
      <w:r>
        <w:rPr>
          <w:rFonts w:ascii="IM Fell English" w:hAnsi="IM Fell English"/>
          <w:color w:val="141414"/>
          <w:sz w:val="24"/>
        </w:rPr>
        <w:t>The vertical wedding had reached the roof.</w:t>
      </w:r>
    </w:p>
    <w:p>
      <w:pPr>
        <w:pStyle w:val="Heading1"/>
        <w:jc w:val="center"/>
      </w:pPr>
      <w:r>
        <w:rPr>
          <w:rFonts w:ascii="IM Fell English" w:hAnsi="IM Fell English"/>
          <w:color w:val="0D0D0D"/>
        </w:rPr>
        <w:t>CHAPTER 19 — FIRST FALL</w:t>
      </w:r>
    </w:p>
    <w:p>
      <w:r>
        <w:rPr>
          <w:rFonts w:ascii="IM Fell English" w:hAnsi="IM Fell English"/>
          <w:color w:val="141414"/>
          <w:sz w:val="24"/>
        </w:rPr>
        <w:t>The wind on the roof tried to tear the ceremony open before it started.</w:t>
      </w:r>
    </w:p>
    <w:p>
      <w:r>
        <w:rPr>
          <w:rFonts w:ascii="IM Fell English" w:hAnsi="IM Fell English"/>
          <w:color w:val="141414"/>
          <w:sz w:val="24"/>
        </w:rPr>
        <w:t>Jennifer stood naked at the east rim, arms bound hard behind her by the bridesmaids, ankles hobbled just enough to steal clean balance. Collar on. Lead cord in Jackie’s fist. City light crawled up the building in dirty sheets. Corporation witnesses held a hard line back from the edge. Katie watched from the nearest mark. Lilith stood behind her. Officer Vale took center pad with a thin book she never bothered to open.</w:t>
      </w:r>
    </w:p>
    <w:p>
      <w:r>
        <w:rPr>
          <w:rFonts w:ascii="IM Fell English" w:hAnsi="IM Fell English"/>
          <w:color w:val="141414"/>
          <w:sz w:val="24"/>
        </w:rPr>
        <w:t>Jackie kept Jennifer’s toes on the last solid inch of black roof and looked only at her.</w:t>
      </w:r>
    </w:p>
    <w:p>
      <w:r>
        <w:rPr>
          <w:rFonts w:ascii="IM Fell English" w:hAnsi="IM Fell English"/>
          <w:color w:val="141414"/>
          <w:sz w:val="24"/>
        </w:rPr>
        <w:t>“When she asks, you answer me — not the drop.”</w:t>
      </w:r>
    </w:p>
    <w:p>
      <w:r>
        <w:rPr>
          <w:rFonts w:ascii="IM Fell English" w:hAnsi="IM Fell English"/>
          <w:color w:val="141414"/>
          <w:sz w:val="24"/>
        </w:rPr>
        <w:t>Jennifer’s split mouth twitched.</w:t>
      </w:r>
    </w:p>
    <w:p>
      <w:r>
        <w:rPr>
          <w:rFonts w:ascii="IM Fell English" w:hAnsi="IM Fell English"/>
          <w:color w:val="141414"/>
          <w:sz w:val="24"/>
        </w:rPr>
        <w:t>“If I look down too long, I get wet before you touch me.”</w:t>
      </w:r>
    </w:p>
    <w:p>
      <w:r>
        <w:rPr>
          <w:rFonts w:ascii="IM Fell English" w:hAnsi="IM Fell English"/>
          <w:color w:val="141414"/>
          <w:sz w:val="24"/>
        </w:rPr>
        <w:t>Katie’s voice cut across the wind.</w:t>
      </w:r>
    </w:p>
    <w:p>
      <w:r>
        <w:rPr>
          <w:rFonts w:ascii="IM Fell English" w:hAnsi="IM Fell English"/>
          <w:color w:val="141414"/>
          <w:sz w:val="24"/>
        </w:rPr>
        <w:t>“Begin before she turns the whole pad into a joke.”</w:t>
      </w:r>
    </w:p>
    <w:p>
      <w:r>
        <w:rPr>
          <w:rFonts w:ascii="IM Fell English" w:hAnsi="IM Fell English"/>
          <w:color w:val="141414"/>
          <w:sz w:val="24"/>
        </w:rPr>
        <w:t>Vale raised one hand.</w:t>
      </w:r>
    </w:p>
    <w:p>
      <w:r>
        <w:rPr>
          <w:rFonts w:ascii="IM Fell English" w:hAnsi="IM Fell English"/>
          <w:color w:val="141414"/>
          <w:sz w:val="24"/>
        </w:rPr>
        <w:t>“Under corporation wedding authority. Claiming wife holds the target-wife at roof law. Vow lines under active condition.”</w:t>
      </w:r>
    </w:p>
    <w:p>
      <w:r>
        <w:rPr>
          <w:rFonts w:ascii="IM Fell English" w:hAnsi="IM Fell English"/>
          <w:color w:val="141414"/>
          <w:sz w:val="24"/>
        </w:rPr>
        <w:t>She turned to Jackie first.</w:t>
      </w:r>
    </w:p>
    <w:p>
      <w:r>
        <w:rPr>
          <w:rFonts w:ascii="IM Fell English" w:hAnsi="IM Fell English"/>
          <w:color w:val="141414"/>
          <w:sz w:val="24"/>
        </w:rPr>
        <w:t>“State your claim.”</w:t>
      </w:r>
    </w:p>
    <w:p>
      <w:r>
        <w:rPr>
          <w:rFonts w:ascii="IM Fell English" w:hAnsi="IM Fell English"/>
          <w:color w:val="141414"/>
          <w:sz w:val="24"/>
        </w:rPr>
        <w:t>Jackie shortened the lead until Jennifer had to lean a half-inch closer to empty air.</w:t>
      </w:r>
    </w:p>
    <w:p>
      <w:r>
        <w:rPr>
          <w:rFonts w:ascii="IM Fell English" w:hAnsi="IM Fell English"/>
          <w:color w:val="141414"/>
          <w:sz w:val="24"/>
        </w:rPr>
        <w:t>“I claim Jennifer as my wife. I hunted her in desert. I sealed her under canopy. Here I take her publicly. Her body, her run, her mouth, her down count. No one else finishes her. No one else throws her. No one else brings her back.”</w:t>
      </w:r>
    </w:p>
    <w:p>
      <w:r>
        <w:rPr>
          <w:rFonts w:ascii="IM Fell English" w:hAnsi="IM Fell English"/>
          <w:color w:val="141414"/>
          <w:sz w:val="24"/>
        </w:rPr>
        <w:t>Vale nodded once and looked at Jennifer.</w:t>
      </w:r>
    </w:p>
    <w:p>
      <w:r>
        <w:rPr>
          <w:rFonts w:ascii="IM Fell English" w:hAnsi="IM Fell English"/>
          <w:color w:val="141414"/>
          <w:sz w:val="24"/>
        </w:rPr>
        <w:t>“Do you take this woman as your wife under roof law?”</w:t>
      </w:r>
    </w:p>
    <w:p>
      <w:r>
        <w:rPr>
          <w:rFonts w:ascii="IM Fell English" w:hAnsi="IM Fell English"/>
          <w:color w:val="141414"/>
          <w:sz w:val="24"/>
        </w:rPr>
        <w:t>Jennifer opened her mouth.</w:t>
      </w:r>
    </w:p>
    <w:p>
      <w:r>
        <w:rPr>
          <w:rFonts w:ascii="IM Fell English" w:hAnsi="IM Fell English"/>
          <w:color w:val="141414"/>
          <w:sz w:val="24"/>
        </w:rPr>
        <w:t>Jackie leaned back.</w:t>
      </w:r>
    </w:p>
    <w:p>
      <w:r>
        <w:rPr>
          <w:rFonts w:ascii="IM Fell English" w:hAnsi="IM Fell English"/>
          <w:color w:val="141414"/>
          <w:sz w:val="24"/>
        </w:rPr>
        <w:t>Not a speech. Not a counted shove. She simply put her weight into Jennifer like Jennifer was a post at the edge, casual and exact, and Jennifer’s bound body went over the rim into black air.</w:t>
      </w:r>
    </w:p>
    <w:p>
      <w:r>
        <w:rPr>
          <w:rFonts w:ascii="IM Fell English" w:hAnsi="IM Fell English"/>
          <w:color w:val="141414"/>
          <w:sz w:val="24"/>
        </w:rPr>
        <w:t>Jennifer’s scream ripped down the east face — raw, furious, alive — and kept falling after her.</w:t>
      </w:r>
    </w:p>
    <w:p>
      <w:r>
        <w:rPr>
          <w:rFonts w:ascii="IM Fell English" w:hAnsi="IM Fell English"/>
          <w:color w:val="141414"/>
          <w:sz w:val="24"/>
        </w:rPr>
        <w:t>Jackie turned with the sound, looked over the edge, and called into the dark loud enough for the whole pad:</w:t>
      </w:r>
    </w:p>
    <w:p>
      <w:r>
        <w:rPr>
          <w:rFonts w:ascii="IM Fell English" w:hAnsi="IM Fell English"/>
          <w:color w:val="141414"/>
          <w:sz w:val="24"/>
        </w:rPr>
        <w:t>“You motherfucking whore, get back up here. You’re not getting out of marrying my psychopathic ass that easy. Oh — almost forgot — there are a thousand-plus bastards waiting to fuck you on the way back up. Now, slave.”</w:t>
      </w:r>
    </w:p>
    <w:p>
      <w:r>
        <w:rPr>
          <w:rFonts w:ascii="IM Fell English" w:hAnsi="IM Fell English"/>
          <w:color w:val="141414"/>
          <w:sz w:val="24"/>
        </w:rPr>
        <w:t>A couple of witnesses made short shocked sounds. Katie’s mouth curved. Lilith shook her head once, almost impressed. Vale only marked the time like this was expected weather.</w:t>
      </w:r>
    </w:p>
    <w:p>
      <w:r>
        <w:rPr>
          <w:rFonts w:ascii="IM Fell English" w:hAnsi="IM Fell English"/>
          <w:color w:val="141414"/>
          <w:sz w:val="24"/>
        </w:rPr>
        <w:t>Below, ground crew cut Jennifer free while she was still shaking and freshly wrecked from the fall, then threw her back into the building like cargo with floors to earn.</w:t>
      </w:r>
    </w:p>
    <w:p>
      <w:r>
        <w:rPr>
          <w:rFonts w:ascii="IM Fell English" w:hAnsi="IM Fell English"/>
          <w:color w:val="141414"/>
          <w:sz w:val="24"/>
        </w:rPr>
        <w:t>The climb back was the first real verse of the wedding.</w:t>
      </w:r>
    </w:p>
    <w:p>
      <w:r>
        <w:rPr>
          <w:rFonts w:ascii="IM Fell English" w:hAnsi="IM Fell English"/>
          <w:color w:val="141414"/>
          <w:sz w:val="24"/>
        </w:rPr>
        <w:t>Jennifer hit the lower interior on her hands and knees, arms still tied, breath smashed out of shape. A handler cut the ankle hobble only and left the arm bindings on so she could move without fighting clean. The first men took her against concrete before she fully found her feet — one in her mouth, one in her cunt, no questions, no warm-up. Jennifer cursed around the cock in her throat and still pushed back onto the one behind her because that was how her body answered.</w:t>
      </w:r>
    </w:p>
    <w:p>
      <w:r>
        <w:rPr>
          <w:rFonts w:ascii="IM Fell English" w:hAnsi="IM Fell English"/>
          <w:color w:val="141414"/>
          <w:sz w:val="24"/>
        </w:rPr>
        <w:t>Someone higher in the stair spat down:</w:t>
      </w:r>
    </w:p>
    <w:p>
      <w:r>
        <w:rPr>
          <w:rFonts w:ascii="IM Fell English" w:hAnsi="IM Fell English"/>
          <w:color w:val="141414"/>
          <w:sz w:val="24"/>
        </w:rPr>
        <w:t>“Roof’s waiting, bride.”</w:t>
      </w:r>
    </w:p>
    <w:p>
      <w:r>
        <w:rPr>
          <w:rFonts w:ascii="IM Fell English" w:hAnsi="IM Fell English"/>
          <w:color w:val="141414"/>
          <w:sz w:val="24"/>
        </w:rPr>
        <w:t>They finished hard and shoved her toward the next flight.</w:t>
      </w:r>
    </w:p>
    <w:p>
      <w:r>
        <w:rPr>
          <w:rFonts w:ascii="IM Fell English" w:hAnsi="IM Fell English"/>
          <w:color w:val="141414"/>
          <w:sz w:val="24"/>
        </w:rPr>
        <w:t>Floor by floor, the building used her.</w:t>
      </w:r>
    </w:p>
    <w:p>
      <w:r>
        <w:rPr>
          <w:rFonts w:ascii="IM Fell English" w:hAnsi="IM Fell English"/>
          <w:color w:val="141414"/>
          <w:sz w:val="24"/>
        </w:rPr>
        <w:t>One landing was a bolted bench and three men. They put her over it and took turns until spit and cum ran down her thighs and her bound wrists went numb. Another was a standing frame, two at once, front and back, while a third held her hair and made her look up the stairwell toward the wife who had leaned her into open air. Jennifer’s fall-scream still lived in her throat as broken sound. Every time she tried to go quiet, someone fucked the noise back out of her.</w:t>
      </w:r>
    </w:p>
    <w:p>
      <w:r>
        <w:rPr>
          <w:rFonts w:ascii="IM Fell English" w:hAnsi="IM Fell English"/>
          <w:color w:val="141414"/>
          <w:sz w:val="24"/>
        </w:rPr>
        <w:t>She climbed anyway.</w:t>
      </w:r>
    </w:p>
    <w:p>
      <w:r>
        <w:rPr>
          <w:rFonts w:ascii="IM Fell English" w:hAnsi="IM Fell English"/>
          <w:color w:val="141414"/>
          <w:sz w:val="24"/>
        </w:rPr>
        <w:t>Blood from fresh scrapes mixed with other wetness on her skin. Her knees left marks on concrete. When her legs failed, they hauled her upright by the bridesmaid harness line and kept her moving. No one called it rescue. It was delivery.</w:t>
      </w:r>
    </w:p>
    <w:p>
      <w:r>
        <w:rPr>
          <w:rFonts w:ascii="IM Fell English" w:hAnsi="IM Fell English"/>
          <w:color w:val="141414"/>
          <w:sz w:val="24"/>
        </w:rPr>
        <w:t>Jackie remained on the roof in the wind and waited.</w:t>
      </w:r>
    </w:p>
    <w:p>
      <w:r>
        <w:rPr>
          <w:rFonts w:ascii="IM Fell English" w:hAnsi="IM Fell English"/>
          <w:color w:val="141414"/>
          <w:sz w:val="24"/>
        </w:rPr>
        <w:t>She did not pace.</w:t>
      </w:r>
      <w:r>
        <w:rPr>
          <w:rFonts w:ascii="IM Fell English" w:hAnsi="IM Fell English"/>
          <w:color w:val="141414"/>
          <w:sz w:val="24"/>
        </w:rPr>
      </w:r>
      <w:r>
        <w:rPr>
          <w:rFonts w:ascii="IM Fell English" w:hAnsi="IM Fell English"/>
          <w:color w:val="141414"/>
          <w:sz w:val="24"/>
        </w:rPr>
        <w:t>She watched the stair door.</w:t>
      </w:r>
    </w:p>
    <w:p>
      <w:r>
        <w:rPr>
          <w:rFonts w:ascii="IM Fell English" w:hAnsi="IM Fell English"/>
          <w:color w:val="141414"/>
          <w:sz w:val="24"/>
        </w:rPr>
        <w:t>When Jennifer finally reappeared, she was shaking so hard the bridesmaids had to steady her before retying her arms clean and tighter than the first time. They put her back on the painted mark at the east rim and placed the lead in Jackie’s hand.</w:t>
      </w:r>
    </w:p>
    <w:p>
      <w:r>
        <w:rPr>
          <w:rFonts w:ascii="IM Fell English" w:hAnsi="IM Fell English"/>
          <w:color w:val="141414"/>
          <w:sz w:val="24"/>
        </w:rPr>
        <w:t>Jennifer’s first words came out destroyed.</w:t>
      </w:r>
    </w:p>
    <w:p>
      <w:r>
        <w:rPr>
          <w:rFonts w:ascii="IM Fell English" w:hAnsi="IM Fell English"/>
          <w:color w:val="141414"/>
          <w:sz w:val="24"/>
        </w:rPr>
        <w:t>“You leaned on me.”</w:t>
      </w:r>
    </w:p>
    <w:p>
      <w:r>
        <w:rPr>
          <w:rFonts w:ascii="IM Fell English" w:hAnsi="IM Fell English"/>
          <w:color w:val="141414"/>
          <w:sz w:val="24"/>
        </w:rPr>
        <w:t>Jackie pulled her close enough that their mouths almost touched.</w:t>
      </w:r>
    </w:p>
    <w:p>
      <w:r>
        <w:rPr>
          <w:rFonts w:ascii="IM Fell English" w:hAnsi="IM Fell English"/>
          <w:color w:val="141414"/>
          <w:sz w:val="24"/>
        </w:rPr>
        <w:t>“You were standing where furniture belongs.”</w:t>
      </w:r>
    </w:p>
    <w:p>
      <w:r>
        <w:rPr>
          <w:rFonts w:ascii="IM Fell English" w:hAnsi="IM Fell English"/>
          <w:color w:val="141414"/>
          <w:sz w:val="24"/>
        </w:rPr>
        <w:t>Jennifer let out a broken laugh that turned into a cough.</w:t>
      </w:r>
    </w:p>
    <w:p>
      <w:r>
        <w:rPr>
          <w:rFonts w:ascii="IM Fell English" w:hAnsi="IM Fell English"/>
          <w:color w:val="141414"/>
          <w:sz w:val="24"/>
        </w:rPr>
        <w:t>“I screamed like a fucking tourist.”</w:t>
      </w:r>
    </w:p>
    <w:p>
      <w:r>
        <w:rPr>
          <w:rFonts w:ascii="IM Fell English" w:hAnsi="IM Fell English"/>
          <w:color w:val="141414"/>
          <w:sz w:val="24"/>
        </w:rPr>
        <w:t>“You did.”</w:t>
      </w:r>
    </w:p>
    <w:p>
      <w:r>
        <w:rPr>
          <w:rFonts w:ascii="IM Fell English" w:hAnsi="IM Fell English"/>
          <w:color w:val="141414"/>
          <w:sz w:val="24"/>
        </w:rPr>
        <w:t>“Dark joke. Now.”</w:t>
      </w:r>
    </w:p>
    <w:p>
      <w:r>
        <w:rPr>
          <w:rFonts w:ascii="IM Fell English" w:hAnsi="IM Fell English"/>
          <w:color w:val="141414"/>
          <w:sz w:val="24"/>
        </w:rPr>
        <w:t>Jackie looked past her at the drop, then back into her eyes, voice carrying for the pad:</w:t>
      </w:r>
    </w:p>
    <w:p>
      <w:r>
        <w:rPr>
          <w:rFonts w:ascii="IM Fell English" w:hAnsi="IM Fell English"/>
          <w:color w:val="141414"/>
          <w:sz w:val="24"/>
        </w:rPr>
        <w:t>“Next time keep your balance when your wife leans back, slave. The city doesn’t care. I do. And those bastards downstairs still have floors left if you answer wrong.”</w:t>
      </w:r>
    </w:p>
    <w:p>
      <w:r>
        <w:rPr>
          <w:rFonts w:ascii="IM Fell English" w:hAnsi="IM Fell English"/>
          <w:color w:val="141414"/>
          <w:sz w:val="24"/>
        </w:rPr>
        <w:t>Jennifer’s ruined smile came back, shaky and bright.</w:t>
      </w:r>
    </w:p>
    <w:p>
      <w:r>
        <w:rPr>
          <w:rFonts w:ascii="IM Fell English" w:hAnsi="IM Fell English"/>
          <w:color w:val="141414"/>
          <w:sz w:val="24"/>
        </w:rPr>
        <w:t>“Ask me again.”</w:t>
      </w:r>
    </w:p>
    <w:p>
      <w:r>
        <w:rPr>
          <w:rFonts w:ascii="IM Fell English" w:hAnsi="IM Fell English"/>
          <w:color w:val="141414"/>
          <w:sz w:val="24"/>
        </w:rPr>
        <w:t>Vale stepped in.</w:t>
      </w:r>
    </w:p>
    <w:p>
      <w:r>
        <w:rPr>
          <w:rFonts w:ascii="IM Fell English" w:hAnsi="IM Fell English"/>
          <w:color w:val="141414"/>
          <w:sz w:val="24"/>
        </w:rPr>
        <w:t>“Second attempt. Do you take this woman as your wife under roof law?”</w:t>
      </w:r>
    </w:p>
    <w:p>
      <w:r>
        <w:rPr>
          <w:rFonts w:ascii="IM Fell English" w:hAnsi="IM Fell English"/>
          <w:color w:val="141414"/>
          <w:sz w:val="24"/>
        </w:rPr>
        <w:t>Jennifer’s mouth opened.</w:t>
      </w:r>
    </w:p>
    <w:p>
      <w:r>
        <w:rPr>
          <w:rFonts w:ascii="IM Fell English" w:hAnsi="IM Fell English"/>
          <w:color w:val="141414"/>
          <w:sz w:val="24"/>
        </w:rPr>
        <w:t>Jackie did not lean.</w:t>
      </w:r>
    </w:p>
    <w:p>
      <w:r>
        <w:rPr>
          <w:rFonts w:ascii="IM Fell English" w:hAnsi="IM Fell English"/>
          <w:color w:val="141414"/>
          <w:sz w:val="24"/>
        </w:rPr>
        <w:t>She also did not let the line complete.</w:t>
      </w:r>
    </w:p>
    <w:p>
      <w:r>
        <w:rPr>
          <w:rFonts w:ascii="IM Fell English" w:hAnsi="IM Fell English"/>
          <w:color w:val="141414"/>
          <w:sz w:val="24"/>
        </w:rPr>
        <w:t>She put two fingers under Jennifer’s chin, held her at the rim, and spoke first, cold and amused:</w:t>
      </w:r>
    </w:p>
    <w:p>
      <w:r>
        <w:rPr>
          <w:rFonts w:ascii="IM Fell English" w:hAnsi="IM Fell English"/>
          <w:color w:val="141414"/>
          <w:sz w:val="24"/>
        </w:rPr>
        <w:t>“Not tonight. You fell on the first ask like a cheap scream. You climb cleaner tomorrow. You answer cleaner tomorrow. If you mouth off between now and then, I lean again.”</w:t>
      </w:r>
    </w:p>
    <w:p>
      <w:r>
        <w:rPr>
          <w:rFonts w:ascii="IM Fell English" w:hAnsi="IM Fell English"/>
          <w:color w:val="141414"/>
          <w:sz w:val="24"/>
        </w:rPr>
        <w:t>Jennifer stared at her, chest heaving, bound arms tight behind her back.</w:t>
      </w:r>
    </w:p>
    <w:p>
      <w:r>
        <w:rPr>
          <w:rFonts w:ascii="IM Fell English" w:hAnsi="IM Fell English"/>
          <w:color w:val="141414"/>
          <w:sz w:val="24"/>
        </w:rPr>
        <w:t>“You’re dragging out my wedding.”</w:t>
      </w:r>
    </w:p>
    <w:p>
      <w:r>
        <w:rPr>
          <w:rFonts w:ascii="IM Fell English" w:hAnsi="IM Fell English"/>
          <w:color w:val="141414"/>
          <w:sz w:val="24"/>
        </w:rPr>
        <w:t>Jackie kissed her hard enough to hurt.</w:t>
      </w:r>
    </w:p>
    <w:p>
      <w:r>
        <w:rPr>
          <w:rFonts w:ascii="IM Fell English" w:hAnsi="IM Fell English"/>
          <w:color w:val="141414"/>
          <w:sz w:val="24"/>
        </w:rPr>
        <w:t>“I’m making you earn it.”</w:t>
      </w:r>
    </w:p>
    <w:p>
      <w:r>
        <w:rPr>
          <w:rFonts w:ascii="IM Fell English" w:hAnsi="IM Fell English"/>
          <w:color w:val="141414"/>
          <w:sz w:val="24"/>
        </w:rPr>
        <w:t>Jennifer’s forehead dropped to Jackie’s for one second.</w:t>
      </w:r>
    </w:p>
    <w:p>
      <w:r>
        <w:rPr>
          <w:rFonts w:ascii="IM Fell English" w:hAnsi="IM Fell English"/>
          <w:color w:val="141414"/>
          <w:sz w:val="24"/>
        </w:rPr>
        <w:t>“Good. I’d have been disappointed if you sealed it after one drop.”</w:t>
      </w:r>
    </w:p>
    <w:p>
      <w:r>
        <w:rPr>
          <w:rFonts w:ascii="IM Fell English" w:hAnsi="IM Fell English"/>
          <w:color w:val="141414"/>
          <w:sz w:val="24"/>
        </w:rPr>
        <w:t>Katie approached the mark and looked over both of them like unfinished product under night air.</w:t>
      </w:r>
    </w:p>
    <w:p>
      <w:r>
        <w:rPr>
          <w:rFonts w:ascii="IM Fell English" w:hAnsi="IM Fell English"/>
          <w:color w:val="141414"/>
          <w:sz w:val="24"/>
        </w:rPr>
        <w:t>“First fall complete,” she said. “She’s not married yet. Good. Brazil has days left.”</w:t>
      </w:r>
    </w:p>
    <w:p>
      <w:r>
        <w:rPr>
          <w:rFonts w:ascii="IM Fell English" w:hAnsi="IM Fell English"/>
          <w:color w:val="141414"/>
          <w:sz w:val="24"/>
        </w:rPr>
        <w:t>Lilith glanced at the east rim.</w:t>
      </w:r>
    </w:p>
    <w:p>
      <w:r>
        <w:rPr>
          <w:rFonts w:ascii="IM Fell English" w:hAnsi="IM Fell English"/>
          <w:color w:val="141414"/>
          <w:sz w:val="24"/>
        </w:rPr>
        <w:t>“Public. Vertical. Mean. Keep repeating it until it sticks.”</w:t>
      </w:r>
    </w:p>
    <w:p>
      <w:r>
        <w:rPr>
          <w:rFonts w:ascii="IM Fell English" w:hAnsi="IM Fell English"/>
          <w:color w:val="141414"/>
          <w:sz w:val="24"/>
        </w:rPr>
        <w:t>Jackie didn’t answer them.</w:t>
      </w:r>
    </w:p>
    <w:p>
      <w:r>
        <w:rPr>
          <w:rFonts w:ascii="IM Fell English" w:hAnsi="IM Fell English"/>
          <w:color w:val="141414"/>
          <w:sz w:val="24"/>
        </w:rPr>
        <w:t>She walked Jennifer off the roof toward the interior door, lead short, city noise rising behind them, the first fall already locked into the marriage as unfinished fact.</w:t>
      </w:r>
    </w:p>
    <w:p>
      <w:r>
        <w:rPr>
          <w:rFonts w:ascii="IM Fell English" w:hAnsi="IM Fell English"/>
          <w:color w:val="141414"/>
          <w:sz w:val="24"/>
        </w:rPr>
        <w:t>Nevada had given them ownership.</w:t>
      </w:r>
      <w:r>
        <w:rPr>
          <w:rFonts w:ascii="IM Fell English" w:hAnsi="IM Fell English"/>
          <w:color w:val="141414"/>
          <w:sz w:val="24"/>
        </w:rPr>
      </w:r>
      <w:r>
        <w:rPr>
          <w:rFonts w:ascii="IM Fell English" w:hAnsi="IM Fell English"/>
          <w:color w:val="141414"/>
          <w:sz w:val="24"/>
        </w:rPr>
        <w:t>The rainforest had given them vows.</w:t>
      </w:r>
      <w:r>
        <w:rPr>
          <w:rFonts w:ascii="IM Fell English" w:hAnsi="IM Fell English"/>
          <w:color w:val="141414"/>
          <w:sz w:val="24"/>
        </w:rPr>
      </w:r>
      <w:r>
        <w:rPr>
          <w:rFonts w:ascii="IM Fell English" w:hAnsi="IM Fell English"/>
          <w:color w:val="141414"/>
          <w:sz w:val="24"/>
        </w:rPr>
        <w:t>Brazil had taken its first scream.</w:t>
      </w:r>
    </w:p>
    <w:p>
      <w:r>
        <w:rPr>
          <w:rFonts w:ascii="IM Fell English" w:hAnsi="IM Fell English"/>
          <w:color w:val="141414"/>
          <w:sz w:val="24"/>
        </w:rPr>
        <w:t>And the high-rise still had more empty air to spend.</w:t>
      </w:r>
    </w:p>
    <w:p>
      <w:pPr>
        <w:pStyle w:val="Heading1"/>
        <w:jc w:val="center"/>
      </w:pPr>
      <w:r>
        <w:rPr>
          <w:rFonts w:ascii="IM Fell English" w:hAnsi="IM Fell English"/>
          <w:color w:val="0D0D0D"/>
        </w:rPr>
        <w:t>CHAPTER 20 — SECOND FALL</w:t>
      </w:r>
    </w:p>
    <w:p>
      <w:r>
        <w:rPr>
          <w:rFonts w:ascii="IM Fell English" w:hAnsi="IM Fell English"/>
          <w:color w:val="141414"/>
          <w:sz w:val="24"/>
        </w:rPr>
        <w:t>They brought Jennifer back to the east rim at evening like unfinished business.</w:t>
      </w:r>
    </w:p>
    <w:p>
      <w:r>
        <w:rPr>
          <w:rFonts w:ascii="IM Fell English" w:hAnsi="IM Fell English"/>
          <w:color w:val="141414"/>
          <w:sz w:val="24"/>
        </w:rPr>
        <w:t>Same building. Same wind. Same painted mark. The bridesmaids bound her naked again — arms hard behind her, chest open, ankles hobbled just enough to make the rim dishonest. Collar on. Lead in Jackie’s fist. Witnesses returned to their line. Katie took her place. Lilith stood in shadow. Officer Vale waited with the same unopened book.</w:t>
      </w:r>
    </w:p>
    <w:p>
      <w:r>
        <w:rPr>
          <w:rFonts w:ascii="IM Fell English" w:hAnsi="IM Fell English"/>
          <w:color w:val="141414"/>
          <w:sz w:val="24"/>
        </w:rPr>
        <w:t>Jennifer’s body already carried the first fall and the climb: scrapes, deep bruises, dried mess on her thighs, a stiffness in her knees that made every step look borrowed. She still smiled when Jackie stopped her on the last inch of roof.</w:t>
      </w:r>
    </w:p>
    <w:p>
      <w:r>
        <w:rPr>
          <w:rFonts w:ascii="IM Fell English" w:hAnsi="IM Fell English"/>
          <w:color w:val="141414"/>
          <w:sz w:val="24"/>
        </w:rPr>
        <w:t>“You going to lean again?”</w:t>
      </w:r>
    </w:p>
    <w:p>
      <w:r>
        <w:rPr>
          <w:rFonts w:ascii="IM Fell English" w:hAnsi="IM Fell English"/>
          <w:color w:val="141414"/>
          <w:sz w:val="24"/>
        </w:rPr>
        <w:t>Jackie looked at the drop, then at her wife.</w:t>
      </w:r>
    </w:p>
    <w:p>
      <w:r>
        <w:rPr>
          <w:rFonts w:ascii="IM Fell English" w:hAnsi="IM Fell English"/>
          <w:color w:val="141414"/>
          <w:sz w:val="24"/>
        </w:rPr>
        <w:t>“You going to mouth off again?”</w:t>
      </w:r>
    </w:p>
    <w:p>
      <w:r>
        <w:rPr>
          <w:rFonts w:ascii="IM Fell English" w:hAnsi="IM Fell English"/>
          <w:color w:val="141414"/>
          <w:sz w:val="24"/>
        </w:rPr>
        <w:t>Jennifer’s answer was immediate.</w:t>
      </w:r>
    </w:p>
    <w:p>
      <w:r>
        <w:rPr>
          <w:rFonts w:ascii="IM Fell English" w:hAnsi="IM Fell English"/>
          <w:color w:val="141414"/>
          <w:sz w:val="24"/>
        </w:rPr>
        <w:t>“Yes.”</w:t>
      </w:r>
    </w:p>
    <w:p>
      <w:r>
        <w:rPr>
          <w:rFonts w:ascii="IM Fell English" w:hAnsi="IM Fell English"/>
          <w:color w:val="141414"/>
          <w:sz w:val="24"/>
        </w:rPr>
        <w:t>Katie exhaled through her teeth.</w:t>
      </w:r>
    </w:p>
    <w:p>
      <w:r>
        <w:rPr>
          <w:rFonts w:ascii="IM Fell English" w:hAnsi="IM Fell English"/>
          <w:color w:val="141414"/>
          <w:sz w:val="24"/>
        </w:rPr>
        <w:t>“Good. Second fall should cost more than the first.”</w:t>
      </w:r>
    </w:p>
    <w:p>
      <w:r>
        <w:rPr>
          <w:rFonts w:ascii="IM Fell English" w:hAnsi="IM Fell English"/>
          <w:color w:val="141414"/>
          <w:sz w:val="24"/>
        </w:rPr>
        <w:t>Vale raised her hand.</w:t>
      </w:r>
    </w:p>
    <w:p>
      <w:r>
        <w:rPr>
          <w:rFonts w:ascii="IM Fell English" w:hAnsi="IM Fell English"/>
          <w:color w:val="141414"/>
          <w:sz w:val="24"/>
        </w:rPr>
        <w:t>“Roof law continues. Claiming wife holds target-wife. Vow lines under active condition.”</w:t>
      </w:r>
    </w:p>
    <w:p>
      <w:r>
        <w:rPr>
          <w:rFonts w:ascii="IM Fell English" w:hAnsi="IM Fell English"/>
          <w:color w:val="141414"/>
          <w:sz w:val="24"/>
        </w:rPr>
        <w:t>She turned to Jackie.</w:t>
      </w:r>
    </w:p>
    <w:p>
      <w:r>
        <w:rPr>
          <w:rFonts w:ascii="IM Fell English" w:hAnsi="IM Fell English"/>
          <w:color w:val="141414"/>
          <w:sz w:val="24"/>
        </w:rPr>
        <w:t>“Restate claim.”</w:t>
      </w:r>
    </w:p>
    <w:p>
      <w:r>
        <w:rPr>
          <w:rFonts w:ascii="IM Fell English" w:hAnsi="IM Fell English"/>
          <w:color w:val="141414"/>
          <w:sz w:val="24"/>
        </w:rPr>
        <w:t>Jackie shortened the lead until Jennifer’s heels felt the empty air behind them.</w:t>
      </w:r>
    </w:p>
    <w:p>
      <w:r>
        <w:rPr>
          <w:rFonts w:ascii="IM Fell English" w:hAnsi="IM Fell English"/>
          <w:color w:val="141414"/>
          <w:sz w:val="24"/>
        </w:rPr>
        <w:t>“I claim Jennifer as my wife. Desert. Canopy. This roof. Her scream is mine. Her climb is mine. Her answer comes when I say it comes.”</w:t>
      </w:r>
    </w:p>
    <w:p>
      <w:r>
        <w:rPr>
          <w:rFonts w:ascii="IM Fell English" w:hAnsi="IM Fell English"/>
          <w:color w:val="141414"/>
          <w:sz w:val="24"/>
        </w:rPr>
        <w:t>Vale looked at Jennifer.</w:t>
      </w:r>
    </w:p>
    <w:p>
      <w:r>
        <w:rPr>
          <w:rFonts w:ascii="IM Fell English" w:hAnsi="IM Fell English"/>
          <w:color w:val="141414"/>
          <w:sz w:val="24"/>
        </w:rPr>
        <w:t>“Do you take this woman as your wife under roof law?”</w:t>
      </w:r>
    </w:p>
    <w:p>
      <w:r>
        <w:rPr>
          <w:rFonts w:ascii="IM Fell English" w:hAnsi="IM Fell English"/>
          <w:color w:val="141414"/>
          <w:sz w:val="24"/>
        </w:rPr>
        <w:t>Jennifer opened her mouth with pure bad intent.</w:t>
      </w:r>
    </w:p>
    <w:p>
      <w:r>
        <w:rPr>
          <w:rFonts w:ascii="IM Fell English" w:hAnsi="IM Fell English"/>
          <w:color w:val="141414"/>
          <w:sz w:val="24"/>
        </w:rPr>
        <w:t>“I take—”</w:t>
      </w:r>
    </w:p>
    <w:p>
      <w:r>
        <w:rPr>
          <w:rFonts w:ascii="IM Fell English" w:hAnsi="IM Fell English"/>
          <w:color w:val="141414"/>
          <w:sz w:val="24"/>
        </w:rPr>
        <w:t>Jackie leaned back.</w:t>
      </w:r>
    </w:p>
    <w:p>
      <w:r>
        <w:rPr>
          <w:rFonts w:ascii="IM Fell English" w:hAnsi="IM Fell English"/>
          <w:color w:val="141414"/>
          <w:sz w:val="24"/>
        </w:rPr>
        <w:t>Jennifer went over hard, bound body cutting into black air, scream ripping down the east face louder and angrier than the first time. The sound slapped off glass and concrete and kept falling.</w:t>
      </w:r>
    </w:p>
    <w:p>
      <w:r>
        <w:rPr>
          <w:rFonts w:ascii="IM Fell English" w:hAnsi="IM Fell English"/>
          <w:color w:val="141414"/>
          <w:sz w:val="24"/>
        </w:rPr>
        <w:t>Jackie turned with it and called after her, almost cheerful:</w:t>
      </w:r>
    </w:p>
    <w:p>
      <w:r>
        <w:rPr>
          <w:rFonts w:ascii="IM Fell English" w:hAnsi="IM Fell English"/>
          <w:color w:val="141414"/>
          <w:sz w:val="24"/>
        </w:rPr>
        <w:t>“That’s two, you motherfucking whore. Bring my property back up. And if any of those bastards downstairs finish in you before I do, they better leave enough of your cunt working to climb. Now, slave.”</w:t>
      </w:r>
    </w:p>
    <w:p>
      <w:r>
        <w:rPr>
          <w:rFonts w:ascii="IM Fell English" w:hAnsi="IM Fell English"/>
          <w:color w:val="141414"/>
          <w:sz w:val="24"/>
        </w:rPr>
        <w:t>Ground crew cut her free at the bottom while she was still convulsing from impact and shock, then threw her into the building again.</w:t>
      </w:r>
    </w:p>
    <w:p>
      <w:r>
        <w:rPr>
          <w:rFonts w:ascii="IM Fell English" w:hAnsi="IM Fell English"/>
          <w:color w:val="141414"/>
          <w:sz w:val="24"/>
        </w:rPr>
        <w:t>The second climb was meaner on purpose.</w:t>
      </w:r>
    </w:p>
    <w:p>
      <w:r>
        <w:rPr>
          <w:rFonts w:ascii="IM Fell English" w:hAnsi="IM Fell English"/>
          <w:color w:val="141414"/>
          <w:sz w:val="24"/>
        </w:rPr>
        <w:t>Station density increased. Less corridor between use. Jennifer hit the first interior level and got taken on the floor before she could stand — two men, then a third, mouth and cunt and ass rotated like the building itself had a schedule. Her bound arms left her no clean brace. Every time she tried to curl away, someone dragged her back by the harness line and kept her open.</w:t>
      </w:r>
    </w:p>
    <w:p>
      <w:r>
        <w:rPr>
          <w:rFonts w:ascii="IM Fell English" w:hAnsi="IM Fell English"/>
          <w:color w:val="141414"/>
          <w:sz w:val="24"/>
        </w:rPr>
        <w:t>A handler farther up the stair laughed down:</w:t>
      </w:r>
    </w:p>
    <w:p>
      <w:r>
        <w:rPr>
          <w:rFonts w:ascii="IM Fell English" w:hAnsi="IM Fell English"/>
          <w:color w:val="141414"/>
          <w:sz w:val="24"/>
        </w:rPr>
        <w:t>“Roof wife says don’t finish the marriage without her.”</w:t>
      </w:r>
    </w:p>
    <w:p>
      <w:r>
        <w:rPr>
          <w:rFonts w:ascii="IM Fell English" w:hAnsi="IM Fell English"/>
          <w:color w:val="141414"/>
          <w:sz w:val="24"/>
        </w:rPr>
        <w:t>Jennifer spat blood and someone else’s mess and snarled,</w:t>
      </w:r>
    </w:p>
    <w:p>
      <w:r>
        <w:rPr>
          <w:rFonts w:ascii="IM Fell English" w:hAnsi="IM Fell English"/>
          <w:color w:val="141414"/>
          <w:sz w:val="24"/>
        </w:rPr>
        <w:t>“Tell my wife she can come fuck me herself if she’s lonely.”</w:t>
      </w:r>
    </w:p>
    <w:p>
      <w:r>
        <w:rPr>
          <w:rFonts w:ascii="IM Fell English" w:hAnsi="IM Fell English"/>
          <w:color w:val="141414"/>
          <w:sz w:val="24"/>
        </w:rPr>
        <w:t>They answered that by putting her over a railing and using her until her voice broke.</w:t>
      </w:r>
    </w:p>
    <w:p>
      <w:r>
        <w:rPr>
          <w:rFonts w:ascii="IM Fell English" w:hAnsi="IM Fell English"/>
          <w:color w:val="141414"/>
          <w:sz w:val="24"/>
        </w:rPr>
        <w:t>Floor by floor, the ordeal tightened.</w:t>
      </w:r>
    </w:p>
    <w:p>
      <w:r>
        <w:rPr>
          <w:rFonts w:ascii="IM Fell English" w:hAnsi="IM Fell English"/>
          <w:color w:val="141414"/>
          <w:sz w:val="24"/>
        </w:rPr>
        <w:t>One level was a narrow hall and five men in sequence, each forcing her to thank Jackie out loud before they spent in her. Another was a concrete room with a frame and a belt; they strapped her chest to the frame and took her from behind while the belt worked her thighs and she counted under order. When her legs folded, they held her up by the arm bindings and kept going until she could take stairs again on rage alone.</w:t>
      </w:r>
    </w:p>
    <w:p>
      <w:r>
        <w:rPr>
          <w:rFonts w:ascii="IM Fell English" w:hAnsi="IM Fell English"/>
          <w:color w:val="141414"/>
          <w:sz w:val="24"/>
        </w:rPr>
        <w:t>She climbed with cum on her stomach, rope-burn ghosts on her wrists, and a mouth that no longer made clean words on the first try.</w:t>
      </w:r>
    </w:p>
    <w:p>
      <w:r>
        <w:rPr>
          <w:rFonts w:ascii="IM Fell English" w:hAnsi="IM Fell English"/>
          <w:color w:val="141414"/>
          <w:sz w:val="24"/>
        </w:rPr>
        <w:t>Jackie waited on the roof and watched the stair door like a hunter at a hole.</w:t>
      </w:r>
    </w:p>
    <w:p>
      <w:r>
        <w:rPr>
          <w:rFonts w:ascii="IM Fell English" w:hAnsi="IM Fell English"/>
          <w:color w:val="141414"/>
          <w:sz w:val="24"/>
        </w:rPr>
        <w:t>No pacing.</w:t>
      </w:r>
      <w:r>
        <w:rPr>
          <w:rFonts w:ascii="IM Fell English" w:hAnsi="IM Fell English"/>
          <w:color w:val="141414"/>
          <w:sz w:val="24"/>
        </w:rPr>
      </w:r>
      <w:r>
        <w:rPr>
          <w:rFonts w:ascii="IM Fell English" w:hAnsi="IM Fell English"/>
          <w:color w:val="141414"/>
          <w:sz w:val="24"/>
        </w:rPr>
        <w:t>No soft worry.</w:t>
      </w:r>
      <w:r>
        <w:rPr>
          <w:rFonts w:ascii="IM Fell English" w:hAnsi="IM Fell English"/>
          <w:color w:val="141414"/>
          <w:sz w:val="24"/>
        </w:rPr>
      </w:r>
      <w:r>
        <w:rPr>
          <w:rFonts w:ascii="IM Fell English" w:hAnsi="IM Fell English"/>
          <w:color w:val="141414"/>
          <w:sz w:val="24"/>
        </w:rPr>
        <w:t>Just ownership in the wind.</w:t>
      </w:r>
    </w:p>
    <w:p>
      <w:r>
        <w:rPr>
          <w:rFonts w:ascii="IM Fell English" w:hAnsi="IM Fell English"/>
          <w:color w:val="141414"/>
          <w:sz w:val="24"/>
        </w:rPr>
        <w:t>When Jennifer finally came back through, she was shaking so hard the bridesmaids had to retie her from scratch. They cinched the arm bindings tighter, reset the hobble, and put her on the mark. Jackie took the lead.</w:t>
      </w:r>
    </w:p>
    <w:p>
      <w:r>
        <w:rPr>
          <w:rFonts w:ascii="IM Fell English" w:hAnsi="IM Fell English"/>
          <w:color w:val="141414"/>
          <w:sz w:val="24"/>
        </w:rPr>
        <w:t>Jennifer’s voice was almost gone.</w:t>
      </w:r>
    </w:p>
    <w:p>
      <w:r>
        <w:rPr>
          <w:rFonts w:ascii="IM Fell English" w:hAnsi="IM Fell English"/>
          <w:color w:val="141414"/>
          <w:sz w:val="24"/>
        </w:rPr>
        <w:t>“You leaned harder.”</w:t>
      </w:r>
    </w:p>
    <w:p>
      <w:r>
        <w:rPr>
          <w:rFonts w:ascii="IM Fell English" w:hAnsi="IM Fell English"/>
          <w:color w:val="141414"/>
          <w:sz w:val="24"/>
        </w:rPr>
        <w:t>Jackie pulled her in.</w:t>
      </w:r>
    </w:p>
    <w:p>
      <w:r>
        <w:rPr>
          <w:rFonts w:ascii="IM Fell English" w:hAnsi="IM Fell English"/>
          <w:color w:val="141414"/>
          <w:sz w:val="24"/>
        </w:rPr>
        <w:t>“You talked faster.”</w:t>
      </w:r>
    </w:p>
    <w:p>
      <w:r>
        <w:rPr>
          <w:rFonts w:ascii="IM Fell English" w:hAnsi="IM Fell English"/>
          <w:color w:val="141414"/>
          <w:sz w:val="24"/>
        </w:rPr>
        <w:t>Jennifer let out a ruined laugh.</w:t>
      </w:r>
    </w:p>
    <w:p>
      <w:r>
        <w:rPr>
          <w:rFonts w:ascii="IM Fell English" w:hAnsi="IM Fell English"/>
          <w:color w:val="141414"/>
          <w:sz w:val="24"/>
        </w:rPr>
        <w:t>“I hate how much that gets me off.”</w:t>
      </w:r>
    </w:p>
    <w:p>
      <w:r>
        <w:rPr>
          <w:rFonts w:ascii="IM Fell English" w:hAnsi="IM Fell English"/>
          <w:color w:val="141414"/>
          <w:sz w:val="24"/>
        </w:rPr>
        <w:t>“I know.”</w:t>
      </w:r>
    </w:p>
    <w:p>
      <w:r>
        <w:rPr>
          <w:rFonts w:ascii="IM Fell English" w:hAnsi="IM Fell English"/>
          <w:color w:val="141414"/>
          <w:sz w:val="24"/>
        </w:rPr>
        <w:t>“Dark joke.”</w:t>
      </w:r>
    </w:p>
    <w:p>
      <w:r>
        <w:rPr>
          <w:rFonts w:ascii="IM Fell English" w:hAnsi="IM Fell English"/>
          <w:color w:val="141414"/>
          <w:sz w:val="24"/>
        </w:rPr>
        <w:t>Jackie looked over the east rim, then back, and said loud enough for the pad:</w:t>
      </w:r>
    </w:p>
    <w:p>
      <w:r>
        <w:rPr>
          <w:rFonts w:ascii="IM Fell English" w:hAnsi="IM Fell English"/>
          <w:color w:val="141414"/>
          <w:sz w:val="24"/>
        </w:rPr>
        <w:t>“You’re getting better at screaming, slave. Still shit at standing still when your wife leans on the furniture. Tomorrow I want less tourist and more wife on the way up.”</w:t>
      </w:r>
    </w:p>
    <w:p>
      <w:r>
        <w:rPr>
          <w:rFonts w:ascii="IM Fell English" w:hAnsi="IM Fell English"/>
          <w:color w:val="141414"/>
          <w:sz w:val="24"/>
        </w:rPr>
        <w:t>Jennifer’s forehead hit Jackie’s shoulder for one second.</w:t>
      </w:r>
    </w:p>
    <w:p>
      <w:r>
        <w:rPr>
          <w:rFonts w:ascii="IM Fell English" w:hAnsi="IM Fell English"/>
          <w:color w:val="141414"/>
          <w:sz w:val="24"/>
        </w:rPr>
        <w:t>“Ask me.”</w:t>
      </w:r>
    </w:p>
    <w:p>
      <w:r>
        <w:rPr>
          <w:rFonts w:ascii="IM Fell English" w:hAnsi="IM Fell English"/>
          <w:color w:val="141414"/>
          <w:sz w:val="24"/>
        </w:rPr>
        <w:t>Vale stepped forward.</w:t>
      </w:r>
    </w:p>
    <w:p>
      <w:r>
        <w:rPr>
          <w:rFonts w:ascii="IM Fell English" w:hAnsi="IM Fell English"/>
          <w:color w:val="141414"/>
          <w:sz w:val="24"/>
        </w:rPr>
        <w:t>“Third attempt. Do you take this woman as your wife under roof law?”</w:t>
      </w:r>
    </w:p>
    <w:p>
      <w:r>
        <w:rPr>
          <w:rFonts w:ascii="IM Fell English" w:hAnsi="IM Fell English"/>
          <w:color w:val="141414"/>
          <w:sz w:val="24"/>
        </w:rPr>
        <w:t>Jennifer swallowed and tried.</w:t>
      </w:r>
    </w:p>
    <w:p>
      <w:r>
        <w:rPr>
          <w:rFonts w:ascii="IM Fell English" w:hAnsi="IM Fell English"/>
          <w:color w:val="141414"/>
          <w:sz w:val="24"/>
        </w:rPr>
        <w:t>“I take Jackie as my—”</w:t>
      </w:r>
    </w:p>
    <w:p>
      <w:r>
        <w:rPr>
          <w:rFonts w:ascii="IM Fell English" w:hAnsi="IM Fell English"/>
          <w:color w:val="141414"/>
          <w:sz w:val="24"/>
        </w:rPr>
        <w:t>Jackie lifted two fingers and stopped her mouth without leaning.</w:t>
      </w:r>
    </w:p>
    <w:p>
      <w:r>
        <w:rPr>
          <w:rFonts w:ascii="IM Fell English" w:hAnsi="IM Fell English"/>
          <w:color w:val="141414"/>
          <w:sz w:val="24"/>
        </w:rPr>
        <w:t>“No.”</w:t>
      </w:r>
    </w:p>
    <w:p>
      <w:r>
        <w:rPr>
          <w:rFonts w:ascii="IM Fell English" w:hAnsi="IM Fell English"/>
          <w:color w:val="141414"/>
          <w:sz w:val="24"/>
        </w:rPr>
        <w:t>Jennifer’s eyes flashed, wet and furious.</w:t>
      </w:r>
    </w:p>
    <w:p>
      <w:r>
        <w:rPr>
          <w:rFonts w:ascii="IM Fell English" w:hAnsi="IM Fell English"/>
          <w:color w:val="141414"/>
          <w:sz w:val="24"/>
        </w:rPr>
        <w:t>“You can’t keep stealing my line.”</w:t>
      </w:r>
    </w:p>
    <w:p>
      <w:r>
        <w:rPr>
          <w:rFonts w:ascii="IM Fell English" w:hAnsi="IM Fell English"/>
          <w:color w:val="141414"/>
          <w:sz w:val="24"/>
        </w:rPr>
        <w:t>Jackie kissed the corner of her bound-and-ruined mouth.</w:t>
      </w:r>
    </w:p>
    <w:p>
      <w:r>
        <w:rPr>
          <w:rFonts w:ascii="IM Fell English" w:hAnsi="IM Fell English"/>
          <w:color w:val="141414"/>
          <w:sz w:val="24"/>
        </w:rPr>
        <w:t>“I can until the climb matches the claim. You fell twice. You still sound like you think the answer is free.”</w:t>
      </w:r>
    </w:p>
    <w:p>
      <w:r>
        <w:rPr>
          <w:rFonts w:ascii="IM Fell English" w:hAnsi="IM Fell English"/>
          <w:color w:val="141414"/>
          <w:sz w:val="24"/>
        </w:rPr>
        <w:t>Jennifer breathed hard through her nose.</w:t>
      </w:r>
    </w:p>
    <w:p>
      <w:r>
        <w:rPr>
          <w:rFonts w:ascii="IM Fell English" w:hAnsi="IM Fell English"/>
          <w:color w:val="141414"/>
          <w:sz w:val="24"/>
        </w:rPr>
        <w:t>“Then throw me a third time and stop teasing.”</w:t>
      </w:r>
    </w:p>
    <w:p>
      <w:r>
        <w:rPr>
          <w:rFonts w:ascii="IM Fell English" w:hAnsi="IM Fell English"/>
          <w:color w:val="141414"/>
          <w:sz w:val="24"/>
        </w:rPr>
        <w:t>Jackie almost smiled.</w:t>
      </w:r>
    </w:p>
    <w:p>
      <w:r>
        <w:rPr>
          <w:rFonts w:ascii="IM Fell English" w:hAnsi="IM Fell English"/>
          <w:color w:val="141414"/>
          <w:sz w:val="24"/>
        </w:rPr>
        <w:t>“Tomorrow.”</w:t>
      </w:r>
    </w:p>
    <w:p>
      <w:r>
        <w:rPr>
          <w:rFonts w:ascii="IM Fell English" w:hAnsi="IM Fell English"/>
          <w:color w:val="141414"/>
          <w:sz w:val="24"/>
        </w:rPr>
        <w:t>Katie came to the mark and inspected Jennifer’s fresh state like inventory.</w:t>
      </w:r>
    </w:p>
    <w:p>
      <w:r>
        <w:rPr>
          <w:rFonts w:ascii="IM Fell English" w:hAnsi="IM Fell English"/>
          <w:color w:val="141414"/>
          <w:sz w:val="24"/>
        </w:rPr>
        <w:t>“Second fall complete. Still unfinished. Good. She’s starting to understand altitude is part of the dowry.”</w:t>
      </w:r>
    </w:p>
    <w:p>
      <w:r>
        <w:rPr>
          <w:rFonts w:ascii="IM Fell English" w:hAnsi="IM Fell English"/>
          <w:color w:val="141414"/>
          <w:sz w:val="24"/>
        </w:rPr>
        <w:t>Lilith eyed the drop.</w:t>
      </w:r>
    </w:p>
    <w:p>
      <w:r>
        <w:rPr>
          <w:rFonts w:ascii="IM Fell English" w:hAnsi="IM Fell English"/>
          <w:color w:val="141414"/>
          <w:sz w:val="24"/>
        </w:rPr>
        <w:t>“Make the third one public enough that even the lower floors hear the vow fail.”</w:t>
      </w:r>
    </w:p>
    <w:p>
      <w:r>
        <w:rPr>
          <w:rFonts w:ascii="IM Fell English" w:hAnsi="IM Fell English"/>
          <w:color w:val="141414"/>
          <w:sz w:val="24"/>
        </w:rPr>
        <w:t>Jackie walked Jennifer off the roof on a short lead, city noise rising behind them, both falls now sitting in the marriage like open accounts.</w:t>
      </w:r>
    </w:p>
    <w:p>
      <w:r>
        <w:rPr>
          <w:rFonts w:ascii="IM Fell English" w:hAnsi="IM Fell English"/>
          <w:color w:val="141414"/>
          <w:sz w:val="24"/>
        </w:rPr>
        <w:t>Nevada was claim.</w:t>
      </w:r>
      <w:r>
        <w:rPr>
          <w:rFonts w:ascii="IM Fell English" w:hAnsi="IM Fell English"/>
          <w:color w:val="141414"/>
          <w:sz w:val="24"/>
        </w:rPr>
      </w:r>
      <w:r>
        <w:rPr>
          <w:rFonts w:ascii="IM Fell English" w:hAnsi="IM Fell English"/>
          <w:color w:val="141414"/>
          <w:sz w:val="24"/>
        </w:rPr>
        <w:t>Canopy was vow.</w:t>
      </w:r>
      <w:r>
        <w:rPr>
          <w:rFonts w:ascii="IM Fell English" w:hAnsi="IM Fell English"/>
          <w:color w:val="141414"/>
          <w:sz w:val="24"/>
        </w:rPr>
      </w:r>
      <w:r>
        <w:rPr>
          <w:rFonts w:ascii="IM Fell English" w:hAnsi="IM Fell English"/>
          <w:color w:val="141414"/>
          <w:sz w:val="24"/>
        </w:rPr>
        <w:t>Brazil was becoming a collection of screams that still hadn’t been allowed to turn into yes.</w:t>
      </w:r>
    </w:p>
    <w:p>
      <w:r>
        <w:rPr>
          <w:rFonts w:ascii="IM Fell English" w:hAnsi="IM Fell English"/>
          <w:color w:val="141414"/>
          <w:sz w:val="24"/>
        </w:rPr>
        <w:t>And the building still had empty air left to spend.</w:t>
      </w:r>
    </w:p>
    <w:p>
      <w:pPr>
        <w:pStyle w:val="Heading1"/>
        <w:jc w:val="center"/>
      </w:pPr>
      <w:r>
        <w:rPr>
          <w:rFonts w:ascii="IM Fell English" w:hAnsi="IM Fell English"/>
          <w:color w:val="0D0D0D"/>
        </w:rPr>
        <w:t>CHAPTER 21 — THIRD FALL</w:t>
      </w:r>
    </w:p>
    <w:p>
      <w:r>
        <w:rPr>
          <w:rFonts w:ascii="IM Fell English" w:hAnsi="IM Fell English"/>
          <w:color w:val="141414"/>
          <w:sz w:val="24"/>
        </w:rPr>
        <w:t>They did the third one in harder wind, at full dark, with more witnesses on the pad.</w:t>
      </w:r>
    </w:p>
    <w:p>
      <w:r>
        <w:rPr>
          <w:rFonts w:ascii="IM Fell English" w:hAnsi="IM Fell English"/>
          <w:color w:val="141414"/>
          <w:sz w:val="24"/>
        </w:rPr>
        <w:t>Jennifer was already a map of the first two falls when the bridesmaids bound her naked at the east rim again — arms locked behind, hobble set mean, collar bright under roof light. Lead in Jackie’s fist. Katie at the mark. Lilith in shadow. Vale in center with the same dead book. The city below looked farther away for no honest reason except that Jennifer’s body now expected the lean.</w:t>
      </w:r>
    </w:p>
    <w:p>
      <w:r>
        <w:rPr>
          <w:rFonts w:ascii="IM Fell English" w:hAnsi="IM Fell English"/>
          <w:color w:val="141414"/>
          <w:sz w:val="24"/>
        </w:rPr>
        <w:t>Jackie stopped her on the last inch and studied her face.</w:t>
      </w:r>
    </w:p>
    <w:p>
      <w:r>
        <w:rPr>
          <w:rFonts w:ascii="IM Fell English" w:hAnsi="IM Fell English"/>
          <w:color w:val="141414"/>
          <w:sz w:val="24"/>
        </w:rPr>
        <w:t>“You’re shaking.”</w:t>
      </w:r>
    </w:p>
    <w:p>
      <w:r>
        <w:rPr>
          <w:rFonts w:ascii="IM Fell English" w:hAnsi="IM Fell English"/>
          <w:color w:val="141414"/>
          <w:sz w:val="24"/>
        </w:rPr>
        <w:t>Jennifer bared her teeth.</w:t>
      </w:r>
    </w:p>
    <w:p>
      <w:r>
        <w:rPr>
          <w:rFonts w:ascii="IM Fell English" w:hAnsi="IM Fell English"/>
          <w:color w:val="141414"/>
          <w:sz w:val="24"/>
        </w:rPr>
        <w:t>“I’m wet. Don’t confuse them.”</w:t>
      </w:r>
    </w:p>
    <w:p>
      <w:r>
        <w:rPr>
          <w:rFonts w:ascii="IM Fell English" w:hAnsi="IM Fell English"/>
          <w:color w:val="141414"/>
          <w:sz w:val="24"/>
        </w:rPr>
        <w:t>“I’m not.”</w:t>
      </w:r>
    </w:p>
    <w:p>
      <w:r>
        <w:rPr>
          <w:rFonts w:ascii="IM Fell English" w:hAnsi="IM Fell English"/>
          <w:color w:val="141414"/>
          <w:sz w:val="24"/>
        </w:rPr>
        <w:t>Jennifer leaned her bound chest into Jackie’s for half a second.</w:t>
      </w:r>
    </w:p>
    <w:p>
      <w:r>
        <w:rPr>
          <w:rFonts w:ascii="IM Fell English" w:hAnsi="IM Fell English"/>
          <w:color w:val="141414"/>
          <w:sz w:val="24"/>
        </w:rPr>
        <w:t>“If you steal my line again after this one, I’m going to bite your fucking tongue off when I get back.”</w:t>
      </w:r>
    </w:p>
    <w:p>
      <w:r>
        <w:rPr>
          <w:rFonts w:ascii="IM Fell English" w:hAnsi="IM Fell English"/>
          <w:color w:val="141414"/>
          <w:sz w:val="24"/>
        </w:rPr>
        <w:t>Jackie kissed her once, brief and hard.</w:t>
      </w:r>
    </w:p>
    <w:p>
      <w:r>
        <w:rPr>
          <w:rFonts w:ascii="IM Fell English" w:hAnsi="IM Fell English"/>
          <w:color w:val="141414"/>
          <w:sz w:val="24"/>
        </w:rPr>
        <w:t>“Get back first.”</w:t>
      </w:r>
    </w:p>
    <w:p>
      <w:r>
        <w:rPr>
          <w:rFonts w:ascii="IM Fell English" w:hAnsi="IM Fell English"/>
          <w:color w:val="141414"/>
          <w:sz w:val="24"/>
        </w:rPr>
        <w:t>Katie’s voice cut the wind.</w:t>
      </w:r>
    </w:p>
    <w:p>
      <w:r>
        <w:rPr>
          <w:rFonts w:ascii="IM Fell English" w:hAnsi="IM Fell English"/>
          <w:color w:val="141414"/>
          <w:sz w:val="24"/>
        </w:rPr>
        <w:t>“Third fall. Make it expensive.”</w:t>
      </w:r>
    </w:p>
    <w:p>
      <w:r>
        <w:rPr>
          <w:rFonts w:ascii="IM Fell English" w:hAnsi="IM Fell English"/>
          <w:color w:val="141414"/>
          <w:sz w:val="24"/>
        </w:rPr>
        <w:t>Vale raised her hand.</w:t>
      </w:r>
    </w:p>
    <w:p>
      <w:r>
        <w:rPr>
          <w:rFonts w:ascii="IM Fell English" w:hAnsi="IM Fell English"/>
          <w:color w:val="141414"/>
          <w:sz w:val="24"/>
        </w:rPr>
        <w:t>“Roof law continues. Claiming wife holds target-wife. Vow lines under active condition.”</w:t>
      </w:r>
    </w:p>
    <w:p>
      <w:r>
        <w:rPr>
          <w:rFonts w:ascii="IM Fell English" w:hAnsi="IM Fell English"/>
          <w:color w:val="141414"/>
          <w:sz w:val="24"/>
        </w:rPr>
        <w:t>She turned to Jackie.</w:t>
      </w:r>
    </w:p>
    <w:p>
      <w:r>
        <w:rPr>
          <w:rFonts w:ascii="IM Fell English" w:hAnsi="IM Fell English"/>
          <w:color w:val="141414"/>
          <w:sz w:val="24"/>
        </w:rPr>
        <w:t>“Claim.”</w:t>
      </w:r>
    </w:p>
    <w:p>
      <w:r>
        <w:rPr>
          <w:rFonts w:ascii="IM Fell English" w:hAnsi="IM Fell English"/>
          <w:color w:val="141414"/>
          <w:sz w:val="24"/>
        </w:rPr>
        <w:t>Jackie shortened the lead until Jennifer’s balance belonged entirely to her.</w:t>
      </w:r>
    </w:p>
    <w:p>
      <w:r>
        <w:rPr>
          <w:rFonts w:ascii="IM Fell English" w:hAnsi="IM Fell English"/>
          <w:color w:val="141414"/>
          <w:sz w:val="24"/>
        </w:rPr>
        <w:t>“I claim Jennifer as my wife. Her scream, her climb, her ruined mouth, her no. Desert. Canopy. This roof. No one else leans her into air. No one else collects her answer.”</w:t>
      </w:r>
    </w:p>
    <w:p>
      <w:r>
        <w:rPr>
          <w:rFonts w:ascii="IM Fell English" w:hAnsi="IM Fell English"/>
          <w:color w:val="141414"/>
          <w:sz w:val="24"/>
        </w:rPr>
        <w:t>Vale looked at Jennifer.</w:t>
      </w:r>
    </w:p>
    <w:p>
      <w:r>
        <w:rPr>
          <w:rFonts w:ascii="IM Fell English" w:hAnsi="IM Fell English"/>
          <w:color w:val="141414"/>
          <w:sz w:val="24"/>
        </w:rPr>
        <w:t>“Do you take this woman as your wife under roof law?”</w:t>
      </w:r>
    </w:p>
    <w:p>
      <w:r>
        <w:rPr>
          <w:rFonts w:ascii="IM Fell English" w:hAnsi="IM Fell English"/>
          <w:color w:val="141414"/>
          <w:sz w:val="24"/>
        </w:rPr>
        <w:t>Jennifer sucked in breath like she meant to force the whole line through before Jackie could move.</w:t>
      </w:r>
    </w:p>
    <w:p>
      <w:r>
        <w:rPr>
          <w:rFonts w:ascii="IM Fell English" w:hAnsi="IM Fell English"/>
          <w:color w:val="141414"/>
          <w:sz w:val="24"/>
        </w:rPr>
        <w:t>“I take Jackie as my wife under roof law, I take the—”</w:t>
      </w:r>
    </w:p>
    <w:p>
      <w:r>
        <w:rPr>
          <w:rFonts w:ascii="IM Fell English" w:hAnsi="IM Fell English"/>
          <w:color w:val="141414"/>
          <w:sz w:val="24"/>
        </w:rPr>
        <w:t>Jackie leaned back.</w:t>
      </w:r>
    </w:p>
    <w:p>
      <w:r>
        <w:rPr>
          <w:rFonts w:ascii="IM Fell English" w:hAnsi="IM Fell English"/>
          <w:color w:val="141414"/>
          <w:sz w:val="24"/>
        </w:rPr>
        <w:t>Jennifer went over with a scream that tore uglier than the first two, pure rage and arousal braided together, body bound and helpless in black air. The sound fell down the east face and slapped off the building in broken echoes.</w:t>
      </w:r>
    </w:p>
    <w:p>
      <w:r>
        <w:rPr>
          <w:rFonts w:ascii="IM Fell English" w:hAnsi="IM Fell English"/>
          <w:color w:val="141414"/>
          <w:sz w:val="24"/>
        </w:rPr>
        <w:t>Jackie turned with it and called after her, almost sweet:</w:t>
      </w:r>
    </w:p>
    <w:p>
      <w:r>
        <w:rPr>
          <w:rFonts w:ascii="IM Fell English" w:hAnsi="IM Fell English"/>
          <w:color w:val="141414"/>
          <w:sz w:val="24"/>
        </w:rPr>
        <w:t>“That’s three, you motherfucking whore. Stop trying to marry me in midair. Climb. Fuck. Bleed. Then ask permission to finish a sentence. And tell every bastard downstairs that if they split you open before I do, they answer to me. Now, slave.”</w:t>
      </w:r>
    </w:p>
    <w:p>
      <w:r>
        <w:rPr>
          <w:rFonts w:ascii="IM Fell English" w:hAnsi="IM Fell English"/>
          <w:color w:val="141414"/>
          <w:sz w:val="24"/>
        </w:rPr>
        <w:t>Ground crew cut her free at the bottom while she was still jerking from the fall and threw her into the building like the rite had never paused.</w:t>
      </w:r>
    </w:p>
    <w:p>
      <w:r>
        <w:rPr>
          <w:rFonts w:ascii="IM Fell English" w:hAnsi="IM Fell English"/>
          <w:color w:val="141414"/>
          <w:sz w:val="24"/>
        </w:rPr>
        <w:t>The third climb was built to punish speed.</w:t>
      </w:r>
    </w:p>
    <w:p>
      <w:r>
        <w:rPr>
          <w:rFonts w:ascii="IM Fell English" w:hAnsi="IM Fell English"/>
          <w:color w:val="141414"/>
          <w:sz w:val="24"/>
        </w:rPr>
        <w:t>They wanted her slower. More used. Less able to arrive at the roof with a clean throat and a clever mouth. Station men hit her earlier and closer together. Jennifer got dragged into a concrete recess off the first stair and taken by four in rotation until she couldn’t hold her head up without a fist in her hair. Someone made her repeat Jackie’s name between thrusts. Someone else made her thank the fall.</w:t>
      </w:r>
    </w:p>
    <w:p>
      <w:r>
        <w:rPr>
          <w:rFonts w:ascii="IM Fell English" w:hAnsi="IM Fell English"/>
          <w:color w:val="141414"/>
          <w:sz w:val="24"/>
        </w:rPr>
        <w:t>She did both with spit running off her chin.</w:t>
      </w:r>
    </w:p>
    <w:p>
      <w:r>
        <w:rPr>
          <w:rFonts w:ascii="IM Fell English" w:hAnsi="IM Fell English"/>
          <w:color w:val="141414"/>
          <w:sz w:val="24"/>
        </w:rPr>
        <w:t>Higher up, a hall of doors turned into a sequence of rooms: bench, frame, wall, floor. In one room they used a belt across her already-bruised thighs while fucking her mouth. In another they held her open over a railing above an interior drop that wasn’t the east face but still made her stomach pitch. Jennifer cursed Jackie through all of it and still pushed back onto every cock like refusal and hunger had become the same muscle.</w:t>
      </w:r>
    </w:p>
    <w:p>
      <w:r>
        <w:rPr>
          <w:rFonts w:ascii="IM Fell English" w:hAnsi="IM Fell English"/>
          <w:color w:val="141414"/>
          <w:sz w:val="24"/>
        </w:rPr>
        <w:t>A man on a landing laughed as he finished on her stomach.</w:t>
      </w:r>
    </w:p>
    <w:p>
      <w:r>
        <w:rPr>
          <w:rFonts w:ascii="IM Fell English" w:hAnsi="IM Fell English"/>
          <w:color w:val="141414"/>
          <w:sz w:val="24"/>
        </w:rPr>
        <w:t>“Roof bitch still waiting?”</w:t>
      </w:r>
    </w:p>
    <w:p>
      <w:r>
        <w:rPr>
          <w:rFonts w:ascii="IM Fell English" w:hAnsi="IM Fell English"/>
          <w:color w:val="141414"/>
          <w:sz w:val="24"/>
        </w:rPr>
        <w:t>Jennifer, shaking, eyes bright with hate and want, scraped out:</w:t>
      </w:r>
    </w:p>
    <w:p>
      <w:r>
        <w:rPr>
          <w:rFonts w:ascii="IM Fell English" w:hAnsi="IM Fell English"/>
          <w:color w:val="141414"/>
          <w:sz w:val="24"/>
        </w:rPr>
        <w:t>“She’s my wife. Point me at the stairs.”</w:t>
      </w:r>
    </w:p>
    <w:p>
      <w:r>
        <w:rPr>
          <w:rFonts w:ascii="IM Fell English" w:hAnsi="IM Fell English"/>
          <w:color w:val="141414"/>
          <w:sz w:val="24"/>
        </w:rPr>
        <w:t>They pointed her with hands and impact.</w:t>
      </w:r>
    </w:p>
    <w:p>
      <w:r>
        <w:rPr>
          <w:rFonts w:ascii="IM Fell English" w:hAnsi="IM Fell English"/>
          <w:color w:val="141414"/>
          <w:sz w:val="24"/>
        </w:rPr>
        <w:t>By the upper third of the building her legs were unreliable. Handlers kept her moving by the harness line. Cum, blood, and dirty water from a washed floor streaked her. Her voice was a ruined instrument. Every floor cost more than the last, and she climbed anyway because the only other option was failing the marriage in a stairwell, and Jennifer would rather die on the rim than quit in a corridor.</w:t>
      </w:r>
    </w:p>
    <w:p>
      <w:r>
        <w:rPr>
          <w:rFonts w:ascii="IM Fell English" w:hAnsi="IM Fell English"/>
          <w:color w:val="141414"/>
          <w:sz w:val="24"/>
        </w:rPr>
        <w:t>Jackie waited on the roof with the wind in her mouth and the lead empty in her fist.</w:t>
      </w:r>
    </w:p>
    <w:p>
      <w:r>
        <w:rPr>
          <w:rFonts w:ascii="IM Fell English" w:hAnsi="IM Fell English"/>
          <w:color w:val="141414"/>
          <w:sz w:val="24"/>
        </w:rPr>
        <w:t>When the stair door finally banged open, Jennifer could barely stand. The bridesmaids caught her, retied her arms from scratch, cinched everything tighter, reset the hobble, and delivered her to the mark like a package that refused to stay unbroken.</w:t>
      </w:r>
    </w:p>
    <w:p>
      <w:r>
        <w:rPr>
          <w:rFonts w:ascii="IM Fell English" w:hAnsi="IM Fell English"/>
          <w:color w:val="141414"/>
          <w:sz w:val="24"/>
        </w:rPr>
        <w:t>Jackie took the lead and pulled her close.</w:t>
      </w:r>
    </w:p>
    <w:p>
      <w:r>
        <w:rPr>
          <w:rFonts w:ascii="IM Fell English" w:hAnsi="IM Fell English"/>
          <w:color w:val="141414"/>
          <w:sz w:val="24"/>
        </w:rPr>
        <w:t>Jennifer’s voice was almost not a voice.</w:t>
      </w:r>
    </w:p>
    <w:p>
      <w:r>
        <w:rPr>
          <w:rFonts w:ascii="IM Fell English" w:hAnsi="IM Fell English"/>
          <w:color w:val="141414"/>
          <w:sz w:val="24"/>
        </w:rPr>
        <w:t>“Three.”</w:t>
      </w:r>
    </w:p>
    <w:p>
      <w:r>
        <w:rPr>
          <w:rFonts w:ascii="IM Fell English" w:hAnsi="IM Fell English"/>
          <w:color w:val="141414"/>
          <w:sz w:val="24"/>
        </w:rPr>
        <w:t>“Three,” Jackie agreed.</w:t>
      </w:r>
    </w:p>
    <w:p>
      <w:r>
        <w:rPr>
          <w:rFonts w:ascii="IM Fell English" w:hAnsi="IM Fell English"/>
          <w:color w:val="141414"/>
          <w:sz w:val="24"/>
        </w:rPr>
        <w:t>“I bit through my own lip on the second landing.”</w:t>
      </w:r>
    </w:p>
    <w:p>
      <w:r>
        <w:rPr>
          <w:rFonts w:ascii="IM Fell English" w:hAnsi="IM Fell English"/>
          <w:color w:val="141414"/>
          <w:sz w:val="24"/>
        </w:rPr>
        <w:t>“I can see that.”</w:t>
      </w:r>
    </w:p>
    <w:p>
      <w:r>
        <w:rPr>
          <w:rFonts w:ascii="IM Fell English" w:hAnsi="IM Fell English"/>
          <w:color w:val="141414"/>
          <w:sz w:val="24"/>
        </w:rPr>
        <w:t>“Dark joke.”</w:t>
      </w:r>
    </w:p>
    <w:p>
      <w:r>
        <w:rPr>
          <w:rFonts w:ascii="IM Fell English" w:hAnsi="IM Fell English"/>
          <w:color w:val="141414"/>
          <w:sz w:val="24"/>
        </w:rPr>
        <w:t>Jackie looked at the east rim, then at her wrecked wife, and said loud enough for every witness:</w:t>
      </w:r>
    </w:p>
    <w:p>
      <w:r>
        <w:rPr>
          <w:rFonts w:ascii="IM Fell English" w:hAnsi="IM Fell English"/>
          <w:color w:val="141414"/>
          <w:sz w:val="24"/>
        </w:rPr>
        <w:t>“You’re starting to look married, slave. Still answer like a thief when the question comes. One more clean climb and maybe I let you finish the word wife without eating sky first.”</w:t>
      </w:r>
    </w:p>
    <w:p>
      <w:r>
        <w:rPr>
          <w:rFonts w:ascii="IM Fell English" w:hAnsi="IM Fell English"/>
          <w:color w:val="141414"/>
          <w:sz w:val="24"/>
        </w:rPr>
        <w:t>Jennifer’s laugh was pure broken glass.</w:t>
      </w:r>
    </w:p>
    <w:p>
      <w:r>
        <w:rPr>
          <w:rFonts w:ascii="IM Fell English" w:hAnsi="IM Fell English"/>
          <w:color w:val="141414"/>
          <w:sz w:val="24"/>
        </w:rPr>
        <w:t>“Ask me.”</w:t>
      </w:r>
    </w:p>
    <w:p>
      <w:r>
        <w:rPr>
          <w:rFonts w:ascii="IM Fell English" w:hAnsi="IM Fell English"/>
          <w:color w:val="141414"/>
          <w:sz w:val="24"/>
        </w:rPr>
        <w:t>Vale stepped in.</w:t>
      </w:r>
    </w:p>
    <w:p>
      <w:r>
        <w:rPr>
          <w:rFonts w:ascii="IM Fell English" w:hAnsi="IM Fell English"/>
          <w:color w:val="141414"/>
          <w:sz w:val="24"/>
        </w:rPr>
        <w:t>“Fourth attempt. Do you take this woman as your wife under roof law?”</w:t>
      </w:r>
    </w:p>
    <w:p>
      <w:r>
        <w:rPr>
          <w:rFonts w:ascii="IM Fell English" w:hAnsi="IM Fell English"/>
          <w:color w:val="141414"/>
          <w:sz w:val="24"/>
        </w:rPr>
        <w:t>Jennifer forced air into the shape of the line.</w:t>
      </w:r>
    </w:p>
    <w:p>
      <w:r>
        <w:rPr>
          <w:rFonts w:ascii="IM Fell English" w:hAnsi="IM Fell English"/>
          <w:color w:val="141414"/>
          <w:sz w:val="24"/>
        </w:rPr>
        <w:t>“I take Jackie as my wife under—”</w:t>
      </w:r>
    </w:p>
    <w:p>
      <w:r>
        <w:rPr>
          <w:rFonts w:ascii="IM Fell English" w:hAnsi="IM Fell English"/>
          <w:color w:val="141414"/>
          <w:sz w:val="24"/>
        </w:rPr>
        <w:t>Jackie stopped her with a hand at her throat, not squeezing hard, just owning the sentence.</w:t>
      </w:r>
    </w:p>
    <w:p>
      <w:r>
        <w:rPr>
          <w:rFonts w:ascii="IM Fell English" w:hAnsi="IM Fell English"/>
          <w:color w:val="141414"/>
          <w:sz w:val="24"/>
        </w:rPr>
        <w:t>“No.”</w:t>
      </w:r>
    </w:p>
    <w:p>
      <w:r>
        <w:rPr>
          <w:rFonts w:ascii="IM Fell English" w:hAnsi="IM Fell English"/>
          <w:color w:val="141414"/>
          <w:sz w:val="24"/>
        </w:rPr>
        <w:t>Jennifer’s eyes flooded with fury.</w:t>
      </w:r>
    </w:p>
    <w:p>
      <w:r>
        <w:rPr>
          <w:rFonts w:ascii="IM Fell English" w:hAnsi="IM Fell English"/>
          <w:color w:val="141414"/>
          <w:sz w:val="24"/>
        </w:rPr>
        <w:t>“Jackie.”</w:t>
      </w:r>
    </w:p>
    <w:p>
      <w:r>
        <w:rPr>
          <w:rFonts w:ascii="IM Fell English" w:hAnsi="IM Fell English"/>
          <w:color w:val="141414"/>
          <w:sz w:val="24"/>
        </w:rPr>
        <w:t>“Tomorrow,” Jackie said. “You still climbed like you were trying to win an argument. I want you climbing like you already belong to the fall.”</w:t>
      </w:r>
    </w:p>
    <w:p>
      <w:r>
        <w:rPr>
          <w:rFonts w:ascii="IM Fell English" w:hAnsi="IM Fell English"/>
          <w:color w:val="141414"/>
          <w:sz w:val="24"/>
        </w:rPr>
        <w:t>Jennifer leaned her bloody mouth near Jackie’s ear.</w:t>
      </w:r>
    </w:p>
    <w:p>
      <w:r>
        <w:rPr>
          <w:rFonts w:ascii="IM Fell English" w:hAnsi="IM Fell English"/>
          <w:color w:val="141414"/>
          <w:sz w:val="24"/>
        </w:rPr>
        <w:t>“Then lean on me tomorrow like you mean the rest of my life.”</w:t>
      </w:r>
    </w:p>
    <w:p>
      <w:r>
        <w:rPr>
          <w:rFonts w:ascii="IM Fell English" w:hAnsi="IM Fell English"/>
          <w:color w:val="141414"/>
          <w:sz w:val="24"/>
        </w:rPr>
        <w:t>Jackie kissed her, copper and spit.</w:t>
      </w:r>
    </w:p>
    <w:p>
      <w:r>
        <w:rPr>
          <w:rFonts w:ascii="IM Fell English" w:hAnsi="IM Fell English"/>
          <w:color w:val="141414"/>
          <w:sz w:val="24"/>
        </w:rPr>
        <w:t>“I will.”</w:t>
      </w:r>
    </w:p>
    <w:p>
      <w:r>
        <w:rPr>
          <w:rFonts w:ascii="IM Fell English" w:hAnsi="IM Fell English"/>
          <w:color w:val="141414"/>
          <w:sz w:val="24"/>
        </w:rPr>
        <w:t>Katie came to the mark and looked Jennifer over with dark approval.</w:t>
      </w:r>
    </w:p>
    <w:p>
      <w:r>
        <w:rPr>
          <w:rFonts w:ascii="IM Fell English" w:hAnsi="IM Fell English"/>
          <w:color w:val="141414"/>
          <w:sz w:val="24"/>
        </w:rPr>
        <w:t>“Third fall complete. Still unfinished. Perfect. She’s starting to understand the roof doesn’t care how many times she’s said yes in her head.”</w:t>
      </w:r>
    </w:p>
    <w:p>
      <w:r>
        <w:rPr>
          <w:rFonts w:ascii="IM Fell English" w:hAnsi="IM Fell English"/>
          <w:color w:val="141414"/>
          <w:sz w:val="24"/>
        </w:rPr>
        <w:t>Lilith glanced down the east face.</w:t>
      </w:r>
    </w:p>
    <w:p>
      <w:r>
        <w:rPr>
          <w:rFonts w:ascii="IM Fell English" w:hAnsi="IM Fell English"/>
          <w:color w:val="141414"/>
          <w:sz w:val="24"/>
        </w:rPr>
        <w:t>“One more. Then seal it before the city gets bored.”</w:t>
      </w:r>
    </w:p>
    <w:p>
      <w:r>
        <w:rPr>
          <w:rFonts w:ascii="IM Fell English" w:hAnsi="IM Fell English"/>
          <w:color w:val="141414"/>
          <w:sz w:val="24"/>
        </w:rPr>
        <w:t>Jackie walked Jennifer off the roof on a short lead, both of them wind-cut and silent for a stretch, the three falls now stacked in the marriage like unpaid debts.</w:t>
      </w:r>
    </w:p>
    <w:p>
      <w:r>
        <w:rPr>
          <w:rFonts w:ascii="IM Fell English" w:hAnsi="IM Fell English"/>
          <w:color w:val="141414"/>
          <w:sz w:val="24"/>
        </w:rPr>
        <w:t>Behind them, Brazil still had empty air.</w:t>
      </w:r>
    </w:p>
    <w:p>
      <w:r>
        <w:rPr>
          <w:rFonts w:ascii="IM Fell English" w:hAnsi="IM Fell English"/>
          <w:color w:val="141414"/>
          <w:sz w:val="24"/>
        </w:rPr>
        <w:t>Ahead of them, one last climb waited to decide whether the vow would finally be allowed to stand on solid roof.</w:t>
      </w:r>
    </w:p>
    <w:p>
      <w:pPr>
        <w:pStyle w:val="Heading1"/>
        <w:jc w:val="center"/>
      </w:pPr>
      <w:r>
        <w:rPr>
          <w:rFonts w:ascii="IM Fell English" w:hAnsi="IM Fell English"/>
          <w:color w:val="0D0D0D"/>
        </w:rPr>
        <w:t>CHAPTER 22 — FINAL FALL</w:t>
      </w:r>
    </w:p>
    <w:p>
      <w:r>
        <w:rPr>
          <w:rFonts w:ascii="IM Fell English" w:hAnsi="IM Fell English"/>
          <w:color w:val="141414"/>
          <w:sz w:val="24"/>
        </w:rPr>
        <w:t>They saved the last one for late wind and a full pad.</w:t>
      </w:r>
    </w:p>
    <w:p>
      <w:r>
        <w:rPr>
          <w:rFonts w:ascii="IM Fell English" w:hAnsi="IM Fell English"/>
          <w:color w:val="141414"/>
          <w:sz w:val="24"/>
        </w:rPr>
        <w:t>Jennifer was almost past looking human in the pretty sense when the bridesmaids bound her naked at the east rim for the fourth time — arms locked, hobble set, collar on, body mapped with three falls and three climbs. Scrapes. Deep bruises. Rope ghosts at her wrists. Dried mess on her thighs. A stiffness that made standing its own ordeal. She still put her toes on the last inch of roof like she owned the drop as much as it owned her.</w:t>
      </w:r>
    </w:p>
    <w:p>
      <w:r>
        <w:rPr>
          <w:rFonts w:ascii="IM Fell English" w:hAnsi="IM Fell English"/>
          <w:color w:val="141414"/>
          <w:sz w:val="24"/>
        </w:rPr>
        <w:t>Jackie held the lead and looked at her for a long second.</w:t>
      </w:r>
    </w:p>
    <w:p>
      <w:r>
        <w:rPr>
          <w:rFonts w:ascii="IM Fell English" w:hAnsi="IM Fell English"/>
          <w:color w:val="141414"/>
          <w:sz w:val="24"/>
        </w:rPr>
        <w:t>“This is the last lean.”</w:t>
      </w:r>
    </w:p>
    <w:p>
      <w:r>
        <w:rPr>
          <w:rFonts w:ascii="IM Fell English" w:hAnsi="IM Fell English"/>
          <w:color w:val="141414"/>
          <w:sz w:val="24"/>
        </w:rPr>
        <w:t>Jennifer’s ruined mouth twitched.</w:t>
      </w:r>
    </w:p>
    <w:p>
      <w:r>
        <w:rPr>
          <w:rFonts w:ascii="IM Fell English" w:hAnsi="IM Fell English"/>
          <w:color w:val="141414"/>
          <w:sz w:val="24"/>
        </w:rPr>
        <w:t>“Then don’t miss.”</w:t>
      </w:r>
    </w:p>
    <w:p>
      <w:r>
        <w:rPr>
          <w:rFonts w:ascii="IM Fell English" w:hAnsi="IM Fell English"/>
          <w:color w:val="141414"/>
          <w:sz w:val="24"/>
        </w:rPr>
        <w:t>“I won’t.”</w:t>
      </w:r>
    </w:p>
    <w:p>
      <w:r>
        <w:rPr>
          <w:rFonts w:ascii="IM Fell English" w:hAnsi="IM Fell English"/>
          <w:color w:val="141414"/>
          <w:sz w:val="24"/>
        </w:rPr>
        <w:t>Jennifer leaned her bound forehead to Jackie’s for one hard breath.</w:t>
      </w:r>
    </w:p>
    <w:p>
      <w:r>
        <w:rPr>
          <w:rFonts w:ascii="IM Fell English" w:hAnsi="IM Fell English"/>
          <w:color w:val="141414"/>
          <w:sz w:val="24"/>
        </w:rPr>
        <w:t>“If you steal my line after this climb, I’m pushing you next.”</w:t>
      </w:r>
    </w:p>
    <w:p>
      <w:r>
        <w:rPr>
          <w:rFonts w:ascii="IM Fell English" w:hAnsi="IM Fell English"/>
          <w:color w:val="141414"/>
          <w:sz w:val="24"/>
        </w:rPr>
        <w:t>Jackie kissed the blood-crack in her lip.</w:t>
      </w:r>
    </w:p>
    <w:p>
      <w:r>
        <w:rPr>
          <w:rFonts w:ascii="IM Fell English" w:hAnsi="IM Fell English"/>
          <w:color w:val="141414"/>
          <w:sz w:val="24"/>
        </w:rPr>
        <w:t>“Get back first.”</w:t>
      </w:r>
    </w:p>
    <w:p>
      <w:r>
        <w:rPr>
          <w:rFonts w:ascii="IM Fell English" w:hAnsi="IM Fell English"/>
          <w:color w:val="141414"/>
          <w:sz w:val="24"/>
        </w:rPr>
        <w:t>Katie’s voice cut across the pad.</w:t>
      </w:r>
    </w:p>
    <w:p>
      <w:r>
        <w:rPr>
          <w:rFonts w:ascii="IM Fell English" w:hAnsi="IM Fell English"/>
          <w:color w:val="141414"/>
          <w:sz w:val="24"/>
        </w:rPr>
        <w:t>“Final fall. Then seal it. Brazil is finished after this.”</w:t>
      </w:r>
    </w:p>
    <w:p>
      <w:r>
        <w:rPr>
          <w:rFonts w:ascii="IM Fell English" w:hAnsi="IM Fell English"/>
          <w:color w:val="141414"/>
          <w:sz w:val="24"/>
        </w:rPr>
        <w:t>Vale raised her hand.</w:t>
      </w:r>
    </w:p>
    <w:p>
      <w:r>
        <w:rPr>
          <w:rFonts w:ascii="IM Fell English" w:hAnsi="IM Fell English"/>
          <w:color w:val="141414"/>
          <w:sz w:val="24"/>
        </w:rPr>
        <w:t>“Roof law continues. Claiming wife holds target-wife. Final vow lines under active condition.”</w:t>
      </w:r>
    </w:p>
    <w:p>
      <w:r>
        <w:rPr>
          <w:rFonts w:ascii="IM Fell English" w:hAnsi="IM Fell English"/>
          <w:color w:val="141414"/>
          <w:sz w:val="24"/>
        </w:rPr>
        <w:t>She turned to Jackie.</w:t>
      </w:r>
    </w:p>
    <w:p>
      <w:r>
        <w:rPr>
          <w:rFonts w:ascii="IM Fell English" w:hAnsi="IM Fell English"/>
          <w:color w:val="141414"/>
          <w:sz w:val="24"/>
        </w:rPr>
        <w:t>“Claim.”</w:t>
      </w:r>
    </w:p>
    <w:p>
      <w:r>
        <w:rPr>
          <w:rFonts w:ascii="IM Fell English" w:hAnsi="IM Fell English"/>
          <w:color w:val="141414"/>
          <w:sz w:val="24"/>
        </w:rPr>
        <w:t>Jackie shortened the lead until Jennifer’s balance was only hers.</w:t>
      </w:r>
    </w:p>
    <w:p>
      <w:r>
        <w:rPr>
          <w:rFonts w:ascii="IM Fell English" w:hAnsi="IM Fell English"/>
          <w:color w:val="141414"/>
          <w:sz w:val="24"/>
        </w:rPr>
        <w:t>“I claim Jennifer as my wife. Desert. Canopy. This roof. Her first scream, her third, this one. Her climb through every bastard in the building. Her answer when I allow it. No one else finishes her. No one else leans her into air.”</w:t>
      </w:r>
    </w:p>
    <w:p>
      <w:r>
        <w:rPr>
          <w:rFonts w:ascii="IM Fell English" w:hAnsi="IM Fell English"/>
          <w:color w:val="141414"/>
          <w:sz w:val="24"/>
        </w:rPr>
        <w:t>Vale looked at Jennifer.</w:t>
      </w:r>
    </w:p>
    <w:p>
      <w:r>
        <w:rPr>
          <w:rFonts w:ascii="IM Fell English" w:hAnsi="IM Fell English"/>
          <w:color w:val="141414"/>
          <w:sz w:val="24"/>
        </w:rPr>
        <w:t>“Do you take this woman as your wife under roof law?”</w:t>
      </w:r>
    </w:p>
    <w:p>
      <w:r>
        <w:rPr>
          <w:rFonts w:ascii="IM Fell English" w:hAnsi="IM Fell English"/>
          <w:color w:val="141414"/>
          <w:sz w:val="24"/>
        </w:rPr>
        <w:t>Jennifer dragged in enough air to fight for the whole sentence.</w:t>
      </w:r>
    </w:p>
    <w:p>
      <w:r>
        <w:rPr>
          <w:rFonts w:ascii="IM Fell English" w:hAnsi="IM Fell English"/>
          <w:color w:val="141414"/>
          <w:sz w:val="24"/>
        </w:rPr>
        <w:t>“I take Jackie as my wife under roof law—”</w:t>
      </w:r>
    </w:p>
    <w:p>
      <w:r>
        <w:rPr>
          <w:rFonts w:ascii="IM Fell English" w:hAnsi="IM Fell English"/>
          <w:color w:val="141414"/>
          <w:sz w:val="24"/>
        </w:rPr>
        <w:t>Jackie leaned back.</w:t>
      </w:r>
    </w:p>
    <w:p>
      <w:r>
        <w:rPr>
          <w:rFonts w:ascii="IM Fell English" w:hAnsi="IM Fell English"/>
          <w:color w:val="141414"/>
          <w:sz w:val="24"/>
        </w:rPr>
        <w:t>Jennifer went over with a scream that sounded less like surprise than like a final furious marriage vow torn out of her by empty air. The sound fell down the east face, hit glass and concrete, and kept going.</w:t>
      </w:r>
    </w:p>
    <w:p>
      <w:r>
        <w:rPr>
          <w:rFonts w:ascii="IM Fell English" w:hAnsi="IM Fell English"/>
          <w:color w:val="141414"/>
          <w:sz w:val="24"/>
        </w:rPr>
        <w:t>Jackie turned with it and called into the dark, clear and sharp:</w:t>
      </w:r>
    </w:p>
    <w:p>
      <w:r>
        <w:rPr>
          <w:rFonts w:ascii="IM Fell English" w:hAnsi="IM Fell English"/>
          <w:color w:val="141414"/>
          <w:sz w:val="24"/>
        </w:rPr>
        <w:t>“That’s the last one, you motherfucking whore. Bring my wife back up. Anyone downstairs who slows her down answers to me. Fuck her, mark her, don’t you dare keep her. She has a line to finish on this roof. Now, slave.”</w:t>
      </w:r>
    </w:p>
    <w:p>
      <w:r>
        <w:rPr>
          <w:rFonts w:ascii="IM Fell English" w:hAnsi="IM Fell English"/>
          <w:color w:val="141414"/>
          <w:sz w:val="24"/>
        </w:rPr>
        <w:t>Ground crew cut her free at the bottom while she was still locked in the fall-shock and threw her into the building one final time.</w:t>
      </w:r>
    </w:p>
    <w:p>
      <w:r>
        <w:rPr>
          <w:rFonts w:ascii="IM Fell English" w:hAnsi="IM Fell English"/>
          <w:color w:val="141414"/>
          <w:sz w:val="24"/>
        </w:rPr>
        <w:t>The last climb was pure extraction through use.</w:t>
      </w:r>
    </w:p>
    <w:p>
      <w:r>
        <w:rPr>
          <w:rFonts w:ascii="IM Fell English" w:hAnsi="IM Fell English"/>
          <w:color w:val="141414"/>
          <w:sz w:val="24"/>
        </w:rPr>
        <w:t>No wasted corridor. No soft station. Jennifer got taken hard at the first interior level — mouth, cunt, ass, rotated until she couldn’t tell where one man ended and the next began — then shoved onto stairs with her own mess running down her legs. She climbed with her arms still bound, shoulder-to-wall for balance, knees screaming, throat wrecked from the scream and the cocks that followed it.</w:t>
      </w:r>
    </w:p>
    <w:p>
      <w:r>
        <w:rPr>
          <w:rFonts w:ascii="IM Fell English" w:hAnsi="IM Fell English"/>
          <w:color w:val="141414"/>
          <w:sz w:val="24"/>
        </w:rPr>
        <w:t>On a mid landing someone tried to hold her too long.</w:t>
      </w:r>
    </w:p>
    <w:p>
      <w:r>
        <w:rPr>
          <w:rFonts w:ascii="IM Fell English" w:hAnsi="IM Fell English"/>
          <w:color w:val="141414"/>
          <w:sz w:val="24"/>
        </w:rPr>
        <w:t>Jennifer turned her bloody face and scraped out,</w:t>
      </w:r>
    </w:p>
    <w:p>
      <w:r>
        <w:rPr>
          <w:rFonts w:ascii="IM Fell English" w:hAnsi="IM Fell English"/>
          <w:color w:val="141414"/>
          <w:sz w:val="24"/>
        </w:rPr>
        <w:t>“My wife is on the roof. Finish or move.”</w:t>
      </w:r>
    </w:p>
    <w:p>
      <w:r>
        <w:rPr>
          <w:rFonts w:ascii="IM Fell English" w:hAnsi="IM Fell English"/>
          <w:color w:val="141414"/>
          <w:sz w:val="24"/>
        </w:rPr>
        <w:t>They finished fast and moved.</w:t>
      </w:r>
    </w:p>
    <w:p>
      <w:r>
        <w:rPr>
          <w:rFonts w:ascii="IM Fell English" w:hAnsi="IM Fell English"/>
          <w:color w:val="141414"/>
          <w:sz w:val="24"/>
        </w:rPr>
        <w:t>Higher floors got uglier because she was slower. Handlers hauled her by the harness line when her legs went unreliable. A belt found her thighs in one room. A fist found her hair in another. She thanked Jackie when ordered and cursed Jackie when she had enough breath, and both versions sounded like love in the only dialect either of them trusted.</w:t>
      </w:r>
    </w:p>
    <w:p>
      <w:r>
        <w:rPr>
          <w:rFonts w:ascii="IM Fell English" w:hAnsi="IM Fell English"/>
          <w:color w:val="141414"/>
          <w:sz w:val="24"/>
        </w:rPr>
        <w:t>By the upper third she was making sounds more than words. By the last stair she was being delivered as much as climbing. The bridesmaids met her at the top door, cut nothing important, retied her arms clean and hard, reset the hobble, and put her on the painted mark with the city wind slamming into her ruined body.</w:t>
      </w:r>
    </w:p>
    <w:p>
      <w:r>
        <w:rPr>
          <w:rFonts w:ascii="IM Fell English" w:hAnsi="IM Fell English"/>
          <w:color w:val="141414"/>
          <w:sz w:val="24"/>
        </w:rPr>
        <w:t>Jackie took the lead.</w:t>
      </w:r>
    </w:p>
    <w:p>
      <w:r>
        <w:rPr>
          <w:rFonts w:ascii="IM Fell English" w:hAnsi="IM Fell English"/>
          <w:color w:val="141414"/>
          <w:sz w:val="24"/>
        </w:rPr>
        <w:t>For a second neither of them spoke.</w:t>
      </w:r>
    </w:p>
    <w:p>
      <w:r>
        <w:rPr>
          <w:rFonts w:ascii="IM Fell English" w:hAnsi="IM Fell English"/>
          <w:color w:val="141414"/>
          <w:sz w:val="24"/>
        </w:rPr>
        <w:t>Jennifer’s voice came out like it had been dragged up the building behind her.</w:t>
      </w:r>
    </w:p>
    <w:p>
      <w:r>
        <w:rPr>
          <w:rFonts w:ascii="IM Fell English" w:hAnsi="IM Fell English"/>
          <w:color w:val="141414"/>
          <w:sz w:val="24"/>
        </w:rPr>
        <w:t>“Four.”</w:t>
      </w:r>
    </w:p>
    <w:p>
      <w:r>
        <w:rPr>
          <w:rFonts w:ascii="IM Fell English" w:hAnsi="IM Fell English"/>
          <w:color w:val="141414"/>
          <w:sz w:val="24"/>
        </w:rPr>
        <w:t>“Four,” Jackie said.</w:t>
      </w:r>
    </w:p>
    <w:p>
      <w:r>
        <w:rPr>
          <w:rFonts w:ascii="IM Fell English" w:hAnsi="IM Fell English"/>
          <w:color w:val="141414"/>
          <w:sz w:val="24"/>
        </w:rPr>
        <w:t>“I can’t feel my fingers.”</w:t>
      </w:r>
    </w:p>
    <w:p>
      <w:r>
        <w:rPr>
          <w:rFonts w:ascii="IM Fell English" w:hAnsi="IM Fell English"/>
          <w:color w:val="141414"/>
          <w:sz w:val="24"/>
        </w:rPr>
        <w:t>“You won’t need them for the line.”</w:t>
      </w:r>
    </w:p>
    <w:p>
      <w:r>
        <w:rPr>
          <w:rFonts w:ascii="IM Fell English" w:hAnsi="IM Fell English"/>
          <w:color w:val="141414"/>
          <w:sz w:val="24"/>
        </w:rPr>
        <w:t>Jennifer’s eyes were wet and blazing.</w:t>
      </w:r>
    </w:p>
    <w:p>
      <w:r>
        <w:rPr>
          <w:rFonts w:ascii="IM Fell English" w:hAnsi="IM Fell English"/>
          <w:color w:val="141414"/>
          <w:sz w:val="24"/>
        </w:rPr>
        <w:t>“Dark joke.”</w:t>
      </w:r>
    </w:p>
    <w:p>
      <w:r>
        <w:rPr>
          <w:rFonts w:ascii="IM Fell English" w:hAnsi="IM Fell English"/>
          <w:color w:val="141414"/>
          <w:sz w:val="24"/>
        </w:rPr>
        <w:t>Jackie looked at the east rim, then at her, and said loud enough for the whole pad:</w:t>
      </w:r>
    </w:p>
    <w:p>
      <w:r>
        <w:rPr>
          <w:rFonts w:ascii="IM Fell English" w:hAnsi="IM Fell English"/>
          <w:color w:val="141414"/>
          <w:sz w:val="24"/>
        </w:rPr>
        <w:t>“No more sky for you tonight, slave. You fell enough to marry me properly. Say it while you can still stand.”</w:t>
      </w:r>
    </w:p>
    <w:p>
      <w:r>
        <w:rPr>
          <w:rFonts w:ascii="IM Fell English" w:hAnsi="IM Fell English"/>
          <w:color w:val="141414"/>
          <w:sz w:val="24"/>
        </w:rPr>
        <w:t>Vale stepped in at once.</w:t>
      </w:r>
    </w:p>
    <w:p>
      <w:r>
        <w:rPr>
          <w:rFonts w:ascii="IM Fell English" w:hAnsi="IM Fell English"/>
          <w:color w:val="141414"/>
          <w:sz w:val="24"/>
        </w:rPr>
        <w:t>“Final attempt. Do you take this woman as your wife under roof law?”</w:t>
      </w:r>
    </w:p>
    <w:p>
      <w:r>
        <w:rPr>
          <w:rFonts w:ascii="IM Fell English" w:hAnsi="IM Fell English"/>
          <w:color w:val="141414"/>
          <w:sz w:val="24"/>
        </w:rPr>
        <w:t>Jennifer didn’t rush it this time.</w:t>
      </w:r>
    </w:p>
    <w:p>
      <w:r>
        <w:rPr>
          <w:rFonts w:ascii="IM Fell English" w:hAnsi="IM Fell English"/>
          <w:color w:val="141414"/>
          <w:sz w:val="24"/>
        </w:rPr>
        <w:t>She held Jackie’s eyes, bound at the edge, body shaking, and made every word land.</w:t>
      </w:r>
    </w:p>
    <w:p>
      <w:r>
        <w:rPr>
          <w:rFonts w:ascii="IM Fell English" w:hAnsi="IM Fell English"/>
          <w:color w:val="141414"/>
          <w:sz w:val="24"/>
        </w:rPr>
        <w:t>“I take Jackie as my wife under roof law. I take the hunt, the falls, the climbs, and the fact she can lean me into empty air whenever I forget who I belong to. I don’t want a clean yes. I want this one.”</w:t>
      </w:r>
    </w:p>
    <w:p>
      <w:r>
        <w:rPr>
          <w:rFonts w:ascii="IM Fell English" w:hAnsi="IM Fell English"/>
          <w:color w:val="141414"/>
          <w:sz w:val="24"/>
        </w:rPr>
        <w:t>Jackie pulled her in by the lead and kissed her like a seal, then put her over the low roof bench still bound and shoved into her cunt from behind in full view of the witnesses. Jennifer’s cry went out over the city and did not fall this time. It stayed on the roof.</w:t>
      </w:r>
    </w:p>
    <w:p>
      <w:r>
        <w:rPr>
          <w:rFonts w:ascii="IM Fell English" w:hAnsi="IM Fell English"/>
          <w:color w:val="141414"/>
          <w:sz w:val="24"/>
        </w:rPr>
        <w:t>Jackie fucked her through the final lines.</w:t>
      </w:r>
    </w:p>
    <w:p>
      <w:r>
        <w:rPr>
          <w:rFonts w:ascii="IM Fell English" w:hAnsi="IM Fell English"/>
          <w:color w:val="141414"/>
          <w:sz w:val="24"/>
        </w:rPr>
        <w:t>“I marry you under roof law. Desert claim. Canopy vow. Four falls. You’re mine at every altitude.”</w:t>
      </w:r>
    </w:p>
    <w:p>
      <w:r>
        <w:rPr>
          <w:rFonts w:ascii="IM Fell English" w:hAnsi="IM Fell English"/>
          <w:color w:val="141414"/>
          <w:sz w:val="24"/>
        </w:rPr>
        <w:t>Jennifer, face to the pad, voice breaking open:</w:t>
      </w:r>
    </w:p>
    <w:p>
      <w:r>
        <w:rPr>
          <w:rFonts w:ascii="IM Fell English" w:hAnsi="IM Fell English"/>
          <w:color w:val="141414"/>
          <w:sz w:val="24"/>
        </w:rPr>
        <w:t>“I marry you under roof law. I climb back when you send me down. I stay your target after the witnesses leave.”</w:t>
      </w:r>
    </w:p>
    <w:p>
      <w:r>
        <w:rPr>
          <w:rFonts w:ascii="IM Fell English" w:hAnsi="IM Fell English"/>
          <w:color w:val="141414"/>
          <w:sz w:val="24"/>
        </w:rPr>
        <w:t>“Seal accepted,” Vale said. “Wedding stage complete.”</w:t>
      </w:r>
    </w:p>
    <w:p>
      <w:r>
        <w:rPr>
          <w:rFonts w:ascii="IM Fell English" w:hAnsi="IM Fell English"/>
          <w:color w:val="141414"/>
          <w:sz w:val="24"/>
        </w:rPr>
        <w:t>Jackie stayed inside her until the shakes changed shape, then pulled out of Jennifer and hauled her upright by the lead. For a second the pad only held wind and the fact of the marriage.</w:t>
      </w:r>
    </w:p>
    <w:p>
      <w:r>
        <w:rPr>
          <w:rFonts w:ascii="IM Fell English" w:hAnsi="IM Fell English"/>
          <w:color w:val="141414"/>
          <w:sz w:val="24"/>
        </w:rPr>
        <w:t>Jennifer rested her wrecked brow against Jackie’s mouth.</w:t>
      </w:r>
    </w:p>
    <w:p>
      <w:r>
        <w:rPr>
          <w:rFonts w:ascii="IM Fell English" w:hAnsi="IM Fell English"/>
          <w:color w:val="141414"/>
          <w:sz w:val="24"/>
        </w:rPr>
        <w:t>“About fucking time.”</w:t>
      </w:r>
    </w:p>
    <w:p>
      <w:r>
        <w:rPr>
          <w:rFonts w:ascii="IM Fell English" w:hAnsi="IM Fell English"/>
          <w:color w:val="141414"/>
          <w:sz w:val="24"/>
        </w:rPr>
        <w:t>Jackie almost smiled.</w:t>
      </w:r>
    </w:p>
    <w:p>
      <w:r>
        <w:rPr>
          <w:rFonts w:ascii="IM Fell English" w:hAnsi="IM Fell English"/>
          <w:color w:val="141414"/>
          <w:sz w:val="24"/>
        </w:rPr>
        <w:t>“You needed four.”</w:t>
      </w:r>
    </w:p>
    <w:p>
      <w:r>
        <w:rPr>
          <w:rFonts w:ascii="IM Fell English" w:hAnsi="IM Fell English"/>
          <w:color w:val="141414"/>
          <w:sz w:val="24"/>
        </w:rPr>
        <w:t>“You needed four.”</w:t>
      </w:r>
    </w:p>
    <w:p>
      <w:r>
        <w:rPr>
          <w:rFonts w:ascii="IM Fell English" w:hAnsi="IM Fell English"/>
          <w:color w:val="141414"/>
          <w:sz w:val="24"/>
        </w:rPr>
        <w:t>“Same thing.”</w:t>
      </w:r>
    </w:p>
    <w:p>
      <w:r>
        <w:rPr>
          <w:rFonts w:ascii="IM Fell English" w:hAnsi="IM Fell English"/>
          <w:color w:val="141414"/>
          <w:sz w:val="24"/>
        </w:rPr>
        <w:t>“She’s married. Properly. Public. Vertical. Mean.”</w:t>
      </w:r>
    </w:p>
    <w:p>
      <w:r>
        <w:rPr>
          <w:rFonts w:ascii="IM Fell English" w:hAnsi="IM Fell English"/>
          <w:color w:val="141414"/>
          <w:sz w:val="24"/>
        </w:rPr>
        <w:t>Lilith glanced at the east rim one last time.</w:t>
      </w:r>
    </w:p>
    <w:p>
      <w:r>
        <w:rPr>
          <w:rFonts w:ascii="IM Fell English" w:hAnsi="IM Fell English"/>
          <w:color w:val="141414"/>
          <w:sz w:val="24"/>
        </w:rPr>
        <w:t>“City got what it was for.”</w:t>
      </w:r>
    </w:p>
    <w:p>
      <w:r>
        <w:rPr>
          <w:rFonts w:ascii="IM Fell English" w:hAnsi="IM Fell English"/>
          <w:color w:val="141414"/>
          <w:sz w:val="24"/>
        </w:rPr>
        <w:t>Sekhmet’s voice came from the interior door line.</w:t>
      </w:r>
    </w:p>
    <w:p>
      <w:r>
        <w:rPr>
          <w:rFonts w:ascii="IM Fell English" w:hAnsi="IM Fell English"/>
          <w:color w:val="141414"/>
          <w:sz w:val="24"/>
        </w:rPr>
        <w:t>“Extraction begins at first light. Danakil next. Honeymoon pressure.”</w:t>
      </w:r>
    </w:p>
    <w:p>
      <w:r>
        <w:rPr>
          <w:rFonts w:ascii="IM Fell English" w:hAnsi="IM Fell English"/>
          <w:color w:val="141414"/>
          <w:sz w:val="24"/>
        </w:rPr>
        <w:t>Jackie turned Jennifer toward the witnesses for the official rim shot — the corporation’s idea of a wedding picture: bound bride, claiming wife, city drop behind them. Jackie shifted her weight as she looked toward the cameras and the hard semicircle of witnesses.</w:t>
      </w:r>
    </w:p>
    <w:p>
      <w:r>
        <w:rPr>
          <w:rFonts w:ascii="IM Fell English" w:hAnsi="IM Fell English"/>
          <w:color w:val="141414"/>
          <w:sz w:val="24"/>
        </w:rPr>
        <w:t>Jennifer, still tied at the edge, tipped.</w:t>
      </w:r>
    </w:p>
    <w:p>
      <w:r>
        <w:rPr>
          <w:rFonts w:ascii="IM Fell English" w:hAnsi="IM Fell English"/>
          <w:color w:val="141414"/>
          <w:sz w:val="24"/>
        </w:rPr>
        <w:t>She went over with a raw scream and a stream of cursing that slapped down the east face all over again.</w:t>
      </w:r>
    </w:p>
    <w:p>
      <w:r>
        <w:rPr>
          <w:rFonts w:ascii="IM Fell English" w:hAnsi="IM Fell English"/>
          <w:color w:val="141414"/>
          <w:sz w:val="24"/>
        </w:rPr>
        <w:t>Jackie smacked her own forehead, leaned over the rim, and yelled down to the ground crew:</w:t>
      </w:r>
    </w:p>
    <w:p>
      <w:r>
        <w:rPr>
          <w:rFonts w:ascii="IM Fell English" w:hAnsi="IM Fell English"/>
          <w:color w:val="141414"/>
          <w:sz w:val="24"/>
        </w:rPr>
        <w:t>“Boys, leave her fully bound and enjoy that accident-prone sadomasochistic cheating whore until I get down there and toss her soft ass in the van for our first honeymoon vacation. Treat her as rough as you want — I’ve got a thousand-plus bastards to pay on the way down for a job well done.”</w:t>
      </w:r>
    </w:p>
    <w:p>
      <w:r>
        <w:rPr>
          <w:rFonts w:ascii="IM Fell English" w:hAnsi="IM Fell English"/>
          <w:color w:val="141414"/>
          <w:sz w:val="24"/>
        </w:rPr>
        <w:t>Jennifer’s voice ripped back up the building, furious and ruined:</w:t>
      </w:r>
    </w:p>
    <w:p>
      <w:r>
        <w:rPr>
          <w:rFonts w:ascii="IM Fell English" w:hAnsi="IM Fell English"/>
          <w:color w:val="141414"/>
          <w:sz w:val="24"/>
        </w:rPr>
        <w:t>“Are you fucking kidding me, you piece of shit? You marry me and I only get two boys while you get the whole damn building and every bitch up there with you?”</w:t>
      </w:r>
    </w:p>
    <w:p>
      <w:r>
        <w:rPr>
          <w:rFonts w:ascii="IM Fell English" w:hAnsi="IM Fell English"/>
          <w:color w:val="141414"/>
          <w:sz w:val="24"/>
        </w:rPr>
        <w:t>Jackie called down, almost cheerful:</w:t>
      </w:r>
    </w:p>
    <w:p>
      <w:r>
        <w:rPr>
          <w:rFonts w:ascii="IM Fell English" w:hAnsi="IM Fell English"/>
          <w:color w:val="141414"/>
          <w:sz w:val="24"/>
        </w:rPr>
        <w:t>“Feel free to shut the ugly whore up. And don’t forget who’s up here with me — our snuff-film goddess and Mistress Lilith. They can do what they want to me… except toss me off this roof. I still need to walk, dumbass.”</w:t>
      </w:r>
    </w:p>
    <w:p>
      <w:r>
        <w:rPr>
          <w:rFonts w:ascii="IM Fell English" w:hAnsi="IM Fell English"/>
          <w:color w:val="141414"/>
          <w:sz w:val="24"/>
        </w:rPr>
        <w:t>Below, the crew took Jackie at her word and put bound Jennifer to use against the ground-level concrete while she kept trying to shout herself hoarse. On the roof, Katie stepped in first and took Jackie’s mouth with zero ceremony. Lilith followed with hands and impact, keeping Jackie upright and on the pad, using her hard enough to make the point without sending her over the rim.</w:t>
      </w:r>
    </w:p>
    <w:p>
      <w:r>
        <w:rPr>
          <w:rFonts w:ascii="IM Fell English" w:hAnsi="IM Fell English"/>
          <w:color w:val="141414"/>
          <w:sz w:val="24"/>
        </w:rPr>
        <w:t>Jackie took it with her eyes still on the east drop, listening to her brand-new wife scream and curse through another round of other people’s hands.</w:t>
      </w:r>
    </w:p>
    <w:p>
      <w:r>
        <w:rPr>
          <w:rFonts w:ascii="IM Fell English" w:hAnsi="IM Fell English"/>
          <w:color w:val="141414"/>
          <w:sz w:val="24"/>
        </w:rPr>
        <w:t>When they finally brought Jackie down, Jennifer was still bound, still shaking, still spitting mad and wet from the ground crew’s work. Jackie grabbed her by the collar harness, kissed her bloody mouth once, and shoved her toward the open van.</w:t>
      </w:r>
    </w:p>
    <w:p>
      <w:r>
        <w:rPr>
          <w:rFonts w:ascii="IM Fell English" w:hAnsi="IM Fell English"/>
          <w:color w:val="141414"/>
          <w:sz w:val="24"/>
        </w:rPr>
        <w:t xml:space="preserve">“Honeymoon, wife,” Jackie declared. </w:t>
      </w:r>
    </w:p>
    <w:p>
      <w:r>
        <w:rPr>
          <w:rFonts w:ascii="IM Fell English" w:hAnsi="IM Fell English"/>
          <w:color w:val="141414"/>
          <w:sz w:val="24"/>
        </w:rPr>
        <w:t>Jennifer snarled as they threw her in.</w:t>
      </w:r>
    </w:p>
    <w:p>
      <w:r>
        <w:rPr>
          <w:rFonts w:ascii="IM Fell English" w:hAnsi="IM Fell English"/>
          <w:color w:val="141414"/>
          <w:sz w:val="24"/>
        </w:rPr>
        <w:t>“You’re paying for that lean the rest of your life.”</w:t>
      </w:r>
    </w:p>
    <w:p>
      <w:r>
        <w:rPr>
          <w:rFonts w:ascii="IM Fell English" w:hAnsi="IM Fell English"/>
          <w:color w:val="141414"/>
          <w:sz w:val="24"/>
        </w:rPr>
        <w:t>Jackie climbed in after her, sat on the lead cord, and smirked through a split lip.</w:t>
      </w:r>
    </w:p>
    <w:p>
      <w:r>
        <w:rPr>
          <w:rFonts w:ascii="IM Fell English" w:hAnsi="IM Fell English"/>
          <w:color w:val="141414"/>
          <w:sz w:val="24"/>
        </w:rPr>
        <w:t>“I’m counting on it.”</w:t>
      </w:r>
    </w:p>
    <w:p>
      <w:r>
        <w:rPr>
          <w:rFonts w:ascii="IM Fell English" w:hAnsi="IM Fell English"/>
          <w:color w:val="141414"/>
          <w:sz w:val="24"/>
        </w:rPr>
        <w:t>Nevada had been claim.</w:t>
      </w:r>
      <w:r>
        <w:rPr>
          <w:rFonts w:ascii="IM Fell English" w:hAnsi="IM Fell English"/>
          <w:color w:val="141414"/>
          <w:sz w:val="24"/>
        </w:rPr>
      </w:r>
      <w:r>
        <w:rPr>
          <w:rFonts w:ascii="IM Fell English" w:hAnsi="IM Fell English"/>
          <w:color w:val="141414"/>
          <w:sz w:val="24"/>
        </w:rPr>
        <w:t>The rainforest had been vows.</w:t>
      </w:r>
      <w:r>
        <w:rPr>
          <w:rFonts w:ascii="IM Fell English" w:hAnsi="IM Fell English"/>
          <w:color w:val="141414"/>
          <w:sz w:val="24"/>
        </w:rPr>
      </w:r>
      <w:r>
        <w:rPr>
          <w:rFonts w:ascii="IM Fell English" w:hAnsi="IM Fell English"/>
          <w:color w:val="141414"/>
          <w:sz w:val="24"/>
        </w:rPr>
        <w:t>Brazil had been the wedding — falls, climbs, seal, and one last stupid beautiful accident.</w:t>
      </w:r>
    </w:p>
    <w:p>
      <w:r>
        <w:rPr>
          <w:rFonts w:ascii="IM Fell English" w:hAnsi="IM Fell English"/>
          <w:color w:val="141414"/>
          <w:sz w:val="24"/>
        </w:rPr>
        <w:t>Ahead of them waited Danakil heat, salt, and a honeymoon that would not care about roofs.</w:t>
      </w:r>
    </w:p>
    <w:p>
      <w:pPr>
        <w:pStyle w:val="Heading1"/>
        <w:jc w:val="center"/>
      </w:pPr>
      <w:r>
        <w:rPr>
          <w:rFonts w:ascii="IM Fell English" w:hAnsi="IM Fell English"/>
          <w:color w:val="0D0D0D"/>
        </w:rPr>
        <w:t>CHAPTER 23 — SALT AND LAW</w:t>
      </w:r>
    </w:p>
    <w:p>
      <w:r>
        <w:rPr>
          <w:rFonts w:ascii="IM Fell English" w:hAnsi="IM Fell English"/>
          <w:color w:val="141414"/>
          <w:sz w:val="24"/>
        </w:rPr>
        <w:t>Danakil did not greet them like a resort.</w:t>
      </w:r>
    </w:p>
    <w:p>
      <w:r>
        <w:rPr>
          <w:rFonts w:ascii="IM Fell English" w:hAnsi="IM Fell English"/>
          <w:color w:val="141414"/>
          <w:sz w:val="24"/>
        </w:rPr>
        <w:t>It greeted them like an open oven lined with salt and old blood-colored earth. Heat hit the transport doors in a solid sheet when they opened. The air tasted mineral and wrong. White crusts ran out in broken sheets toward distant sulfur haze. Nothing about the place suggested recovery from Brazil.</w:t>
      </w:r>
    </w:p>
    <w:p>
      <w:r>
        <w:rPr>
          <w:rFonts w:ascii="IM Fell English" w:hAnsi="IM Fell English"/>
          <w:color w:val="141414"/>
          <w:sz w:val="24"/>
        </w:rPr>
        <w:t>Jennifer was pulled out first, still marked by four falls and the final ground-crew use, collar on, wrists cuffed in front for transport only. Jackie stepped down after her with the lead already short. Katie and Sekhmet followed under Lilith and Jimmy, both upright, both cleaner than Jennifer by deliberate contrast. Sekhmet’s tablet was gone. Here she was not coordinator first. Here she was already becoming inventory.</w:t>
      </w:r>
    </w:p>
    <w:p>
      <w:r>
        <w:rPr>
          <w:rFonts w:ascii="IM Fell English" w:hAnsi="IM Fell English"/>
          <w:color w:val="141414"/>
          <w:sz w:val="24"/>
        </w:rPr>
        <w:t>A local corporation handler waited with black stake markers and a low salt-brick platform.</w:t>
      </w:r>
    </w:p>
    <w:p>
      <w:r>
        <w:rPr>
          <w:rFonts w:ascii="IM Fell English" w:hAnsi="IM Fell English"/>
          <w:color w:val="141414"/>
          <w:sz w:val="24"/>
        </w:rPr>
        <w:t>“Honeymoon sector,” he said. “Desert law active. Primary bride-target under claiming-wife authority. Side offerings under their presenters. Priestess reception later.”</w:t>
      </w:r>
    </w:p>
    <w:p>
      <w:r>
        <w:rPr>
          <w:rFonts w:ascii="IM Fell English" w:hAnsi="IM Fell English"/>
          <w:color w:val="141414"/>
          <w:sz w:val="24"/>
        </w:rPr>
        <w:t>Jennifer squinted into the glare and rasped,</w:t>
      </w:r>
    </w:p>
    <w:p>
      <w:r>
        <w:rPr>
          <w:rFonts w:ascii="IM Fell English" w:hAnsi="IM Fell English"/>
          <w:color w:val="141414"/>
          <w:sz w:val="24"/>
        </w:rPr>
        <w:t>“If this is the honeymoon suite, the review is getting one star.”</w:t>
      </w:r>
    </w:p>
    <w:p>
      <w:r>
        <w:rPr>
          <w:rFonts w:ascii="IM Fell English" w:hAnsi="IM Fell English"/>
          <w:color w:val="141414"/>
          <w:sz w:val="24"/>
        </w:rPr>
        <w:t>Jackie tugged the lead and made her kneel on salt hot enough to bite bare skin.</w:t>
      </w:r>
    </w:p>
    <w:p>
      <w:r>
        <w:rPr>
          <w:rFonts w:ascii="IM Fell English" w:hAnsi="IM Fell English"/>
          <w:color w:val="141414"/>
          <w:sz w:val="24"/>
        </w:rPr>
        <w:t>“You get stars when you earn water.”</w:t>
      </w:r>
    </w:p>
    <w:p>
      <w:r>
        <w:rPr>
          <w:rFonts w:ascii="IM Fell English" w:hAnsi="IM Fell English"/>
          <w:color w:val="141414"/>
          <w:sz w:val="24"/>
        </w:rPr>
        <w:t>Jennifer hissed through her teeth and still smiled.</w:t>
      </w:r>
    </w:p>
    <w:p>
      <w:r>
        <w:rPr>
          <w:rFonts w:ascii="IM Fell English" w:hAnsi="IM Fell English"/>
          <w:color w:val="141414"/>
          <w:sz w:val="24"/>
        </w:rPr>
        <w:t>“There she is. Married less than a day and already running hotel policy.”</w:t>
      </w:r>
    </w:p>
    <w:p>
      <w:r>
        <w:rPr>
          <w:rFonts w:ascii="IM Fell English" w:hAnsi="IM Fell English"/>
          <w:color w:val="141414"/>
          <w:sz w:val="24"/>
        </w:rPr>
        <w:t>They did not take Jennifer to shade.</w:t>
      </w:r>
    </w:p>
    <w:p>
      <w:r>
        <w:rPr>
          <w:rFonts w:ascii="IM Fell English" w:hAnsi="IM Fell English"/>
          <w:color w:val="141414"/>
          <w:sz w:val="24"/>
        </w:rPr>
        <w:t>Jackie walked her out onto a cleared salt pan marked with a black ring and forced her down onto all fours in the center. Katie and Sekhmet were kept at the ring’s edge under Lilith and Jimmy — present, watching, not yet put through Jennifer’s level of handling. The distinction was public on purpose.</w:t>
      </w:r>
    </w:p>
    <w:p>
      <w:r>
        <w:rPr>
          <w:rFonts w:ascii="IM Fell English" w:hAnsi="IM Fell English"/>
          <w:color w:val="141414"/>
          <w:sz w:val="24"/>
        </w:rPr>
        <w:t>Jackie stood over Jennifer and spoke for the sector record and for her wife.</w:t>
      </w:r>
    </w:p>
    <w:p>
      <w:r>
        <w:rPr>
          <w:rFonts w:ascii="IM Fell English" w:hAnsi="IM Fell English"/>
          <w:color w:val="141414"/>
          <w:sz w:val="24"/>
        </w:rPr>
        <w:t>“Honeymoon rules. Jennifer remains my target-wife. She does not eat food here. She does not drink clean water here. Intake is what she is given from bodies: piss when ordered, shit when ordered. That is her communion for this land. She speaks dark if she wants. She does not refuse the rule.”</w:t>
      </w:r>
    </w:p>
    <w:p>
      <w:r>
        <w:rPr>
          <w:rFonts w:ascii="IM Fell English" w:hAnsi="IM Fell English"/>
          <w:color w:val="141414"/>
          <w:sz w:val="24"/>
        </w:rPr>
        <w:t>Jennifer looked up from the salt, cheeks already burning with heat.</w:t>
      </w:r>
    </w:p>
    <w:p>
      <w:r>
        <w:rPr>
          <w:rFonts w:ascii="IM Fell English" w:hAnsi="IM Fell English"/>
          <w:color w:val="141414"/>
          <w:sz w:val="24"/>
        </w:rPr>
        <w:t>“So my wedding breakfast is a toilet. Romantic.”</w:t>
      </w:r>
    </w:p>
    <w:p>
      <w:r>
        <w:rPr>
          <w:rFonts w:ascii="IM Fell English" w:hAnsi="IM Fell English"/>
          <w:color w:val="141414"/>
          <w:sz w:val="24"/>
        </w:rPr>
        <w:t>Jackie slapped her mouth hard enough to turn her head.</w:t>
      </w:r>
    </w:p>
    <w:p>
      <w:r>
        <w:rPr>
          <w:rFonts w:ascii="IM Fell English" w:hAnsi="IM Fell English"/>
          <w:color w:val="141414"/>
          <w:sz w:val="24"/>
        </w:rPr>
        <w:t>“Yes.”</w:t>
      </w:r>
    </w:p>
    <w:p>
      <w:r>
        <w:rPr>
          <w:rFonts w:ascii="IM Fell English" w:hAnsi="IM Fell English"/>
          <w:color w:val="141414"/>
          <w:sz w:val="24"/>
        </w:rPr>
        <w:t>Jennifer licked blood from her lip and laughed once.</w:t>
      </w:r>
    </w:p>
    <w:p>
      <w:r>
        <w:rPr>
          <w:rFonts w:ascii="IM Fell English" w:hAnsi="IM Fell English"/>
          <w:color w:val="141414"/>
          <w:sz w:val="24"/>
        </w:rPr>
        <w:t>“I take it back. Two stars. For honesty.”</w:t>
      </w:r>
    </w:p>
    <w:p>
      <w:r>
        <w:rPr>
          <w:rFonts w:ascii="IM Fell English" w:hAnsi="IM Fell English"/>
          <w:color w:val="141414"/>
          <w:sz w:val="24"/>
        </w:rPr>
        <w:t>Lilith’s mouth twitched. Jimmy only watched. Katie’s eyes stayed bright and interested. Sekhmet’s face was unreadable under the heat shimmer.</w:t>
      </w:r>
    </w:p>
    <w:p>
      <w:r>
        <w:rPr>
          <w:rFonts w:ascii="IM Fell English" w:hAnsi="IM Fell English"/>
          <w:color w:val="141414"/>
          <w:sz w:val="24"/>
        </w:rPr>
        <w:t>Jackie nodded to the first pair of desert handlers.</w:t>
      </w:r>
    </w:p>
    <w:p>
      <w:r>
        <w:rPr>
          <w:rFonts w:ascii="IM Fell English" w:hAnsi="IM Fell English"/>
          <w:color w:val="141414"/>
          <w:sz w:val="24"/>
        </w:rPr>
        <w:t>“Begin BDSM protocol. Not free chaos. Structured destruction. She stays conscious. She stays usable for later offering.”</w:t>
      </w:r>
    </w:p>
    <w:p>
      <w:r>
        <w:rPr>
          <w:rFonts w:ascii="IM Fell English" w:hAnsi="IM Fell English"/>
          <w:color w:val="141414"/>
          <w:sz w:val="24"/>
        </w:rPr>
        <w:t>They put Jennifer in a desert restraint frame bolted into salt crust: wrists high, ankles spread, spine forced into an arch that made every breath work against heat. No elegant dungeon leather. Sun-heated metal and rope that scraped. Jackie stayed in front of her with the lead clipped short to the collar so every movement Jennifer made tugged ownership first.</w:t>
      </w:r>
    </w:p>
    <w:p>
      <w:r>
        <w:rPr>
          <w:rFonts w:ascii="IM Fell English" w:hAnsi="IM Fell English"/>
          <w:color w:val="141414"/>
          <w:sz w:val="24"/>
        </w:rPr>
        <w:t>Impact started measured and ugly.</w:t>
      </w:r>
    </w:p>
    <w:p>
      <w:r>
        <w:rPr>
          <w:rFonts w:ascii="IM Fell English" w:hAnsi="IM Fell English"/>
          <w:color w:val="141414"/>
          <w:sz w:val="24"/>
        </w:rPr>
        <w:t>Belt across thighs. Strap across breasts. Open hand and closed fist in counted passes while the salt threw white glare into Jennifer’s eyes. She cursed, moaned, made jokes between hits because silence would have been a different kind of surrender.</w:t>
      </w:r>
    </w:p>
    <w:p>
      <w:r>
        <w:rPr>
          <w:rFonts w:ascii="IM Fell English" w:hAnsi="IM Fell English"/>
          <w:color w:val="141414"/>
          <w:sz w:val="24"/>
        </w:rPr>
        <w:t>“Harder,” she scraped out after a full pass. “If Melinda’s real, I don’t want to meet her looking freshly moisturized.”</w:t>
      </w:r>
    </w:p>
    <w:p>
      <w:r>
        <w:rPr>
          <w:rFonts w:ascii="IM Fell English" w:hAnsi="IM Fell English"/>
          <w:color w:val="141414"/>
          <w:sz w:val="24"/>
        </w:rPr>
        <w:t>Jackie caught her jaw.</w:t>
      </w:r>
    </w:p>
    <w:p>
      <w:r>
        <w:rPr>
          <w:rFonts w:ascii="IM Fell English" w:hAnsi="IM Fell English"/>
          <w:color w:val="141414"/>
          <w:sz w:val="24"/>
        </w:rPr>
        <w:t>“You don’t get to decide when you look ready.”</w:t>
      </w:r>
    </w:p>
    <w:p>
      <w:r>
        <w:rPr>
          <w:rFonts w:ascii="IM Fell English" w:hAnsi="IM Fell English"/>
          <w:color w:val="141414"/>
          <w:sz w:val="24"/>
        </w:rPr>
        <w:t>Then Jackie stepped aside just enough for a handler to piss into Jennifer’s open mouth on order. Jennifer choked, swallowed under command, and came up gagging with her eyes streaming from heat and force.</w:t>
      </w:r>
    </w:p>
    <w:p>
      <w:r>
        <w:rPr>
          <w:rFonts w:ascii="IM Fell English" w:hAnsi="IM Fell English"/>
          <w:color w:val="141414"/>
          <w:sz w:val="24"/>
        </w:rPr>
        <w:t>“Breakfast,” Jackie said.</w:t>
      </w:r>
    </w:p>
    <w:p>
      <w:r>
        <w:rPr>
          <w:rFonts w:ascii="IM Fell English" w:hAnsi="IM Fell English"/>
          <w:color w:val="141414"/>
          <w:sz w:val="24"/>
        </w:rPr>
        <w:t>Jennifer spat once, was slapped for it, swallowed the rest, and rasped,</w:t>
      </w:r>
    </w:p>
    <w:p>
      <w:r>
        <w:rPr>
          <w:rFonts w:ascii="IM Fell English" w:hAnsi="IM Fell English"/>
          <w:color w:val="141414"/>
          <w:sz w:val="24"/>
        </w:rPr>
        <w:t>“Complimentary.”</w:t>
      </w:r>
    </w:p>
    <w:p>
      <w:r>
        <w:rPr>
          <w:rFonts w:ascii="IM Fell English" w:hAnsi="IM Fell English"/>
          <w:color w:val="141414"/>
          <w:sz w:val="24"/>
        </w:rPr>
        <w:t>They made her hold position while the sun moved a notch. Sweat ran into every rope burn. The frame’s metal grew meaner. Katie was allowed water at the edge. Sekhmet was allowed shade cloth for five minutes. Jennifer watched both and grinned like the unfairness was part of the dowry.</w:t>
      </w:r>
    </w:p>
    <w:p>
      <w:r>
        <w:rPr>
          <w:rFonts w:ascii="IM Fell English" w:hAnsi="IM Fell English"/>
          <w:color w:val="141414"/>
          <w:sz w:val="24"/>
        </w:rPr>
        <w:t>“Favoritism,” she croaked.</w:t>
      </w:r>
    </w:p>
    <w:p>
      <w:r>
        <w:rPr>
          <w:rFonts w:ascii="IM Fell English" w:hAnsi="IM Fell English"/>
          <w:color w:val="141414"/>
          <w:sz w:val="24"/>
        </w:rPr>
        <w:t>Lilith answered flatly,</w:t>
      </w:r>
    </w:p>
    <w:p>
      <w:r>
        <w:rPr>
          <w:rFonts w:ascii="IM Fell English" w:hAnsi="IM Fell English"/>
          <w:color w:val="141414"/>
          <w:sz w:val="24"/>
        </w:rPr>
        <w:t>“Hierarchy.”</w:t>
      </w:r>
    </w:p>
    <w:p>
      <w:r>
        <w:rPr>
          <w:rFonts w:ascii="IM Fell English" w:hAnsi="IM Fell English"/>
          <w:color w:val="141414"/>
          <w:sz w:val="24"/>
        </w:rPr>
        <w:t>Midday turned the pan into punishment by itself.</w:t>
      </w:r>
    </w:p>
    <w:p>
      <w:r>
        <w:rPr>
          <w:rFonts w:ascii="IM Fell English" w:hAnsi="IM Fell English"/>
          <w:color w:val="141414"/>
          <w:sz w:val="24"/>
        </w:rPr>
        <w:t>They took Jennifer down from the frame only to put her through forced movement: crawling the black ring on hands and knees while Jackie walked the lead, stopping her at each quarter-mark for use. Mouth. Cunt. Ass. Not romantic honeymoon sex. Protocol sex — counted, supervised, aimed at breaking residual Brazil pride out of her muscles. Jennifer took it, spat jokes when she could, and bit a handler hard enough once that Jackie punished her with a full minute of throat use until her eyes went glassy.</w:t>
      </w:r>
    </w:p>
    <w:p>
      <w:r>
        <w:rPr>
          <w:rFonts w:ascii="IM Fell English" w:hAnsi="IM Fell English"/>
          <w:color w:val="141414"/>
          <w:sz w:val="24"/>
        </w:rPr>
        <w:t>At the third quarter-mark Jackie forced Jennifer’s face into a shallow trench dug in the salt and held her there while another handler did the second intake rule — not prolonged spectacle, just hard enforcement. Jennifer gagged, fought, submitted under the lead, and came up filthy and furious and laughing in broken sounds.</w:t>
      </w:r>
    </w:p>
    <w:p>
      <w:r>
        <w:rPr>
          <w:rFonts w:ascii="IM Fell English" w:hAnsi="IM Fell English"/>
          <w:color w:val="141414"/>
          <w:sz w:val="24"/>
        </w:rPr>
        <w:t>“If my mother asks how the honeymoon was,” she croaked, “I’m telling her we did wellness.”</w:t>
      </w:r>
    </w:p>
    <w:p>
      <w:r>
        <w:rPr>
          <w:rFonts w:ascii="IM Fell English" w:hAnsi="IM Fell English"/>
          <w:color w:val="141414"/>
          <w:sz w:val="24"/>
        </w:rPr>
        <w:t>Jackie wiped her mouth with a rough cloth that was not kindness and shoved three fingers into her cunt where she knelt.</w:t>
      </w:r>
    </w:p>
    <w:p>
      <w:r>
        <w:rPr>
          <w:rFonts w:ascii="IM Fell English" w:hAnsi="IM Fell English"/>
          <w:color w:val="141414"/>
          <w:sz w:val="24"/>
        </w:rPr>
        <w:t>“Your mother isn’t here. Melinda will be.”</w:t>
      </w:r>
    </w:p>
    <w:p>
      <w:r>
        <w:rPr>
          <w:rFonts w:ascii="IM Fell English" w:hAnsi="IM Fell English"/>
          <w:color w:val="141414"/>
          <w:sz w:val="24"/>
        </w:rPr>
        <w:t>Jennifer’s hips jerked despite everything.</w:t>
      </w:r>
    </w:p>
    <w:p>
      <w:r>
        <w:rPr>
          <w:rFonts w:ascii="IM Fell English" w:hAnsi="IM Fell English"/>
          <w:color w:val="141414"/>
          <w:sz w:val="24"/>
        </w:rPr>
        <w:t>“Then stop teasing and ruin me properly for the goddess.”</w:t>
      </w:r>
    </w:p>
    <w:p>
      <w:r>
        <w:rPr>
          <w:rFonts w:ascii="IM Fell English" w:hAnsi="IM Fell English"/>
          <w:color w:val="141414"/>
          <w:sz w:val="24"/>
        </w:rPr>
        <w:t>Jackie did — fist-deep work under desert sun until Jennifer’s arms failed and she hung from the lead, drooling salt grit and tears, still trying to smirk.</w:t>
      </w:r>
    </w:p>
    <w:p>
      <w:r>
        <w:rPr>
          <w:rFonts w:ascii="IM Fell English" w:hAnsi="IM Fell English"/>
          <w:color w:val="141414"/>
          <w:sz w:val="24"/>
        </w:rPr>
        <w:t>Katie watched from the edge with her own wrists loosely bound in presentation style, not pain style. Sekhmet stood under Jimmy’s hand the same way. Side offerings in waiting. Primary bride in active destruction.</w:t>
      </w:r>
    </w:p>
    <w:p>
      <w:r>
        <w:rPr>
          <w:rFonts w:ascii="IM Fell English" w:hAnsi="IM Fell English"/>
          <w:color w:val="141414"/>
          <w:sz w:val="24"/>
        </w:rPr>
        <w:t>When Jackie finally let Jennifer collapse onto her side on the hot crust, she did not give her water. She gave her shade for sixty counted seconds by standing over her, then dragged her back to the ring center and clipped her to a low salt-stake on short collar line.</w:t>
      </w:r>
    </w:p>
    <w:p>
      <w:r>
        <w:rPr>
          <w:rFonts w:ascii="IM Fell English" w:hAnsi="IM Fell English"/>
          <w:color w:val="141414"/>
          <w:sz w:val="24"/>
        </w:rPr>
        <w:t>Sekhmet spoke for the first time since arrival, voice dry.</w:t>
      </w:r>
    </w:p>
    <w:p>
      <w:r>
        <w:rPr>
          <w:rFonts w:ascii="IM Fell English" w:hAnsi="IM Fell English"/>
          <w:color w:val="141414"/>
          <w:sz w:val="24"/>
        </w:rPr>
        <w:t>“She’ll cook if you leave her exposed too long.”</w:t>
      </w:r>
    </w:p>
    <w:p>
      <w:r>
        <w:rPr>
          <w:rFonts w:ascii="IM Fell English" w:hAnsi="IM Fell English"/>
          <w:color w:val="141414"/>
          <w:sz w:val="24"/>
        </w:rPr>
        <w:t>Jackie didn’t look up from checking the stake.</w:t>
      </w:r>
    </w:p>
    <w:p>
      <w:r>
        <w:rPr>
          <w:rFonts w:ascii="IM Fell English" w:hAnsi="IM Fell English"/>
          <w:color w:val="141414"/>
          <w:sz w:val="24"/>
        </w:rPr>
        <w:t>“She’ll cook either way. This land is the honeymoon.”</w:t>
      </w:r>
    </w:p>
    <w:p>
      <w:r>
        <w:rPr>
          <w:rFonts w:ascii="IM Fell English" w:hAnsi="IM Fell English"/>
          <w:color w:val="141414"/>
          <w:sz w:val="24"/>
        </w:rPr>
        <w:t>Jennifer, face pressed to salt, mumbled,</w:t>
      </w:r>
    </w:p>
    <w:p>
      <w:r>
        <w:rPr>
          <w:rFonts w:ascii="IM Fell English" w:hAnsi="IM Fell English"/>
          <w:color w:val="141414"/>
          <w:sz w:val="24"/>
        </w:rPr>
        <w:t>“Put that on the invitation.”</w:t>
      </w:r>
    </w:p>
    <w:p>
      <w:r>
        <w:rPr>
          <w:rFonts w:ascii="IM Fell English" w:hAnsi="IM Fell English"/>
          <w:color w:val="141414"/>
          <w:sz w:val="24"/>
        </w:rPr>
        <w:t>By first evening the sector lights came on in ugly yellow pools.</w:t>
      </w:r>
    </w:p>
    <w:p>
      <w:r>
        <w:rPr>
          <w:rFonts w:ascii="IM Fell English" w:hAnsi="IM Fell English"/>
          <w:color w:val="141414"/>
          <w:sz w:val="24"/>
        </w:rPr>
        <w:t xml:space="preserve">By evening, Jennifer was a map of rope marks, impacts, and sunburn. Despite being used, denied water, and kept subordinate all day, she remained conscious and defiant. Still Jennifer. </w:t>
      </w:r>
    </w:p>
    <w:p>
      <w:r>
        <w:rPr>
          <w:rFonts w:ascii="IM Fell English" w:hAnsi="IM Fell English"/>
          <w:color w:val="141414"/>
          <w:sz w:val="24"/>
        </w:rPr>
        <w:t>Jackie crouched beside her with a canteen she did not offer and spoke low.</w:t>
      </w:r>
    </w:p>
    <w:p>
      <w:r>
        <w:rPr>
          <w:rFonts w:ascii="IM Fell English" w:hAnsi="IM Fell English"/>
          <w:color w:val="141414"/>
          <w:sz w:val="24"/>
        </w:rPr>
        <w:t>“Rules hold through the night. Sleep if you can. Tomorrow the protocol hardens.”</w:t>
      </w:r>
    </w:p>
    <w:p>
      <w:r>
        <w:rPr>
          <w:rFonts w:ascii="IM Fell English" w:hAnsi="IM Fell English"/>
          <w:color w:val="141414"/>
          <w:sz w:val="24"/>
        </w:rPr>
        <w:t>Jennifer squinted up at her.</w:t>
      </w:r>
    </w:p>
    <w:p>
      <w:r>
        <w:rPr>
          <w:rFonts w:ascii="IM Fell English" w:hAnsi="IM Fell English"/>
          <w:color w:val="141414"/>
          <w:sz w:val="24"/>
        </w:rPr>
        <w:t>“You enjoying our honeymoon, wife?”</w:t>
      </w:r>
    </w:p>
    <w:p>
      <w:r>
        <w:rPr>
          <w:rFonts w:ascii="IM Fell English" w:hAnsi="IM Fell English"/>
          <w:color w:val="141414"/>
          <w:sz w:val="24"/>
        </w:rPr>
        <w:t>Jackie touched the collar ring with one thumb.</w:t>
      </w:r>
    </w:p>
    <w:p>
      <w:r>
        <w:rPr>
          <w:rFonts w:ascii="IM Fell English" w:hAnsi="IM Fell English"/>
          <w:color w:val="141414"/>
          <w:sz w:val="24"/>
        </w:rPr>
        <w:t>“I’m preparing my offering.”</w:t>
      </w:r>
    </w:p>
    <w:p>
      <w:r>
        <w:rPr>
          <w:rFonts w:ascii="IM Fell English" w:hAnsi="IM Fell English"/>
          <w:color w:val="141414"/>
          <w:sz w:val="24"/>
        </w:rPr>
        <w:t>Jennifer’s smile was cracked and real.</w:t>
      </w:r>
    </w:p>
    <w:p>
      <w:r>
        <w:rPr>
          <w:rFonts w:ascii="IM Fell English" w:hAnsi="IM Fell English"/>
          <w:color w:val="141414"/>
          <w:sz w:val="24"/>
        </w:rPr>
        <w:t>“Good. I’d be insulted if you went soft now that we’re married.”</w:t>
      </w:r>
    </w:p>
    <w:p>
      <w:r>
        <w:rPr>
          <w:rFonts w:ascii="IM Fell English" w:hAnsi="IM Fell English"/>
          <w:color w:val="141414"/>
          <w:sz w:val="24"/>
        </w:rPr>
        <w:t>Across the pan, Lilith short-leashed Katie toward a cleaner restraint post for overnight presentation. Jimmy moved Sekhmet to a second post the same way. Neither of them was clean of the desert, but neither of them had been fed from the trench or kept on all-fours communion rules. The difference remained visible under the yellow lights.</w:t>
      </w:r>
    </w:p>
    <w:p>
      <w:r>
        <w:rPr>
          <w:rFonts w:ascii="IM Fell English" w:hAnsi="IM Fell English"/>
          <w:color w:val="141414"/>
          <w:sz w:val="24"/>
        </w:rPr>
        <w:t>Jackie stood, looked out into the dark where salt met sulfur haze, and said to the sector more than to anyone living:</w:t>
      </w:r>
    </w:p>
    <w:p>
      <w:r>
        <w:rPr>
          <w:rFonts w:ascii="IM Fell English" w:hAnsi="IM Fell English"/>
          <w:color w:val="141414"/>
          <w:sz w:val="24"/>
        </w:rPr>
        <w:t>“Desert Goddess can have her later. Tonight she stays mine to break.”</w:t>
      </w:r>
    </w:p>
    <w:p>
      <w:r>
        <w:rPr>
          <w:rFonts w:ascii="IM Fell English" w:hAnsi="IM Fell English"/>
          <w:color w:val="141414"/>
          <w:sz w:val="24"/>
        </w:rPr>
        <w:t>Jennifer laughed once against the stake, hoarse and happy in the wrong way.</w:t>
      </w:r>
    </w:p>
    <w:p>
      <w:r>
        <w:rPr>
          <w:rFonts w:ascii="IM Fell English" w:hAnsi="IM Fell English"/>
          <w:color w:val="141414"/>
          <w:sz w:val="24"/>
        </w:rPr>
        <w:t>“Honeymoon in hell. Four stars. Lost one for no ice machine.”</w:t>
      </w:r>
    </w:p>
    <w:p>
      <w:r>
        <w:rPr>
          <w:rFonts w:ascii="IM Fell English" w:hAnsi="IM Fell English"/>
          <w:color w:val="141414"/>
          <w:sz w:val="24"/>
        </w:rPr>
        <w:t>Jackie left her clipped there with the heat still radiating up out of the salt, the first Danakil day locked into the marriage as law rather than recovery.</w:t>
      </w:r>
    </w:p>
    <w:p>
      <w:r>
        <w:rPr>
          <w:rFonts w:ascii="IM Fell English" w:hAnsi="IM Fell English"/>
          <w:color w:val="141414"/>
          <w:sz w:val="24"/>
        </w:rPr>
        <w:t>Brazil had given them falls.</w:t>
      </w:r>
      <w:r>
        <w:rPr>
          <w:rFonts w:ascii="IM Fell English" w:hAnsi="IM Fell English"/>
          <w:color w:val="141414"/>
          <w:sz w:val="24"/>
        </w:rPr>
      </w:r>
      <w:r>
        <w:rPr>
          <w:rFonts w:ascii="IM Fell English" w:hAnsi="IM Fell English"/>
          <w:color w:val="141414"/>
          <w:sz w:val="24"/>
        </w:rPr>
        <w:t>Danakil had started taking everything else.</w:t>
      </w:r>
    </w:p>
    <w:p>
      <w:r>
        <w:rPr>
          <w:rFonts w:ascii="IM Fell English" w:hAnsi="IM Fell English"/>
          <w:color w:val="141414"/>
          <w:sz w:val="24"/>
        </w:rPr>
        <w:t>And somewhere under the hot crust of the land, something older than the corporation was already listening for the offering to be made ready.</w:t>
      </w:r>
    </w:p>
    <w:p>
      <w:pPr>
        <w:pStyle w:val="Heading1"/>
        <w:jc w:val="center"/>
      </w:pPr>
      <w:r>
        <w:rPr>
          <w:rFonts w:ascii="IM Fell English" w:hAnsi="IM Fell English"/>
          <w:color w:val="0D0D0D"/>
        </w:rPr>
        <w:t>CHAPTER 24 — PROTOCOL</w:t>
      </w:r>
    </w:p>
    <w:p>
      <w:r>
        <w:rPr>
          <w:rFonts w:ascii="IM Fell English" w:hAnsi="IM Fell English"/>
          <w:color w:val="141414"/>
          <w:sz w:val="24"/>
        </w:rPr>
        <w:t>Second day in Danakil began before the sun cleared the haze.</w:t>
      </w:r>
    </w:p>
    <w:p>
      <w:r>
        <w:rPr>
          <w:rFonts w:ascii="IM Fell English" w:hAnsi="IM Fell English"/>
          <w:color w:val="141414"/>
          <w:sz w:val="24"/>
        </w:rPr>
        <w:t>Jackie had Jennifer unclipped from the overnight stake while the salt was still holding night heat underneath. Jennifer’s skin had cooked in patches where she’d been forced to stay down. Rope ghosts ringed her wrists and ankles. Her mouth was cracked. She still lifted her head when Jackie shortened the lead and spat a dry joke through split lips.</w:t>
      </w:r>
    </w:p>
    <w:p>
      <w:r>
        <w:rPr>
          <w:rFonts w:ascii="IM Fell English" w:hAnsi="IM Fell English"/>
          <w:color w:val="141414"/>
          <w:sz w:val="24"/>
        </w:rPr>
        <w:t>“Room service is late.”</w:t>
      </w:r>
    </w:p>
    <w:p>
      <w:r>
        <w:rPr>
          <w:rFonts w:ascii="IM Fell English" w:hAnsi="IM Fell English"/>
          <w:color w:val="141414"/>
          <w:sz w:val="24"/>
        </w:rPr>
        <w:t>Jackie hauled her upright.</w:t>
      </w:r>
    </w:p>
    <w:p>
      <w:r>
        <w:rPr>
          <w:rFonts w:ascii="IM Fell English" w:hAnsi="IM Fell English"/>
          <w:color w:val="141414"/>
          <w:sz w:val="24"/>
        </w:rPr>
        <w:t>“You’re the service.”</w:t>
      </w:r>
    </w:p>
    <w:p>
      <w:r>
        <w:rPr>
          <w:rFonts w:ascii="IM Fell English" w:hAnsi="IM Fell English"/>
          <w:color w:val="141414"/>
          <w:sz w:val="24"/>
        </w:rPr>
        <w:t>Across the pan, Katie and Sekhmet were taken off their cleaner presentation posts, given measured water, and walked under Lilith and Jimmy to the observation line. Not equals. Not free. Still visibly above Jennifer’s treatment. Jennifer watched them drink and made a raw sound that might have been a laugh.</w:t>
      </w:r>
    </w:p>
    <w:p>
      <w:r>
        <w:rPr>
          <w:rFonts w:ascii="IM Fell English" w:hAnsi="IM Fell English"/>
          <w:color w:val="141414"/>
          <w:sz w:val="24"/>
        </w:rPr>
        <w:t>“Hierarchy tastes like piss here anyway.”</w:t>
      </w:r>
    </w:p>
    <w:p>
      <w:r>
        <w:rPr>
          <w:rFonts w:ascii="IM Fell English" w:hAnsi="IM Fell English"/>
          <w:color w:val="141414"/>
          <w:sz w:val="24"/>
        </w:rPr>
        <w:t>Jackie slapped her mouth.</w:t>
      </w:r>
    </w:p>
    <w:p>
      <w:r>
        <w:rPr>
          <w:rFonts w:ascii="IM Fell English" w:hAnsi="IM Fell English"/>
          <w:color w:val="141414"/>
          <w:sz w:val="24"/>
        </w:rPr>
        <w:t>“Save the poetry for protocol.”</w:t>
      </w:r>
    </w:p>
    <w:p>
      <w:r>
        <w:rPr>
          <w:rFonts w:ascii="IM Fell English" w:hAnsi="IM Fell English"/>
          <w:color w:val="141414"/>
          <w:sz w:val="24"/>
        </w:rPr>
        <w:t>They built the day’s destruction in stations around the black ring.</w:t>
      </w:r>
    </w:p>
    <w:p>
      <w:r>
        <w:rPr>
          <w:rFonts w:ascii="IM Fell English" w:hAnsi="IM Fell English"/>
          <w:color w:val="141414"/>
          <w:sz w:val="24"/>
        </w:rPr>
        <w:t>No rainforest vines. No Brazil stairwells. Just salt, metal, rope, heat, and counted work. Jackie kept the lead herself and made every station answer to marriage authority, not random cruelty.</w:t>
      </w:r>
    </w:p>
    <w:p>
      <w:r>
        <w:rPr>
          <w:rFonts w:ascii="IM Fell English" w:hAnsi="IM Fell English"/>
          <w:b/>
          <w:color w:val="141414"/>
          <w:sz w:val="24"/>
        </w:rPr>
        <w:t>Station one was posture.</w:t>
      </w:r>
    </w:p>
    <w:p>
      <w:r>
        <w:rPr>
          <w:rFonts w:ascii="IM Fell English" w:hAnsi="IM Fell English"/>
          <w:color w:val="141414"/>
          <w:sz w:val="24"/>
        </w:rPr>
        <w:t>Jennifer’s wrists were hauled high on a desert frame until only the balls of her feet found salt. Spine forced into an arch. Collar clipped so short she couldn’t drop her head without choking herself against ownership. Jackie worked her with a heavy belt in measured passes — thighs, ass, breasts, belly — while handlers timed intervals by the sun’s crawl. Jennifer cursed, moaned, counted when ordered, and threw dark lines whenever she could steal breath.</w:t>
      </w:r>
    </w:p>
    <w:p>
      <w:r>
        <w:rPr>
          <w:rFonts w:ascii="IM Fell English" w:hAnsi="IM Fell English"/>
          <w:color w:val="141414"/>
          <w:sz w:val="24"/>
        </w:rPr>
        <w:t>“If this is couples therapy,” she rasped, “we’re cured.”</w:t>
      </w:r>
    </w:p>
    <w:p>
      <w:r>
        <w:rPr>
          <w:rFonts w:ascii="IM Fell English" w:hAnsi="IM Fell English"/>
          <w:color w:val="141414"/>
          <w:sz w:val="24"/>
        </w:rPr>
        <w:t>Jackie put the belt under her chin and lifted her face into white glare.</w:t>
      </w:r>
    </w:p>
    <w:p>
      <w:r>
        <w:rPr>
          <w:rFonts w:ascii="IM Fell English" w:hAnsi="IM Fell English"/>
          <w:color w:val="141414"/>
          <w:sz w:val="24"/>
        </w:rPr>
        <w:t>“You’re not cured. You’re being prepared.”</w:t>
      </w:r>
    </w:p>
    <w:p>
      <w:r>
        <w:rPr>
          <w:rFonts w:ascii="IM Fell English" w:hAnsi="IM Fell English"/>
          <w:color w:val="141414"/>
          <w:sz w:val="24"/>
        </w:rPr>
        <w:t>At the end of the station a handler pissed into Jennifer’s mouth on Jackie’s nod. Jennifer swallowed under command, gagged, swallowed again, and grinned with wet lips.</w:t>
      </w:r>
    </w:p>
    <w:p>
      <w:r>
        <w:rPr>
          <w:rFonts w:ascii="IM Fell English" w:hAnsi="IM Fell English"/>
          <w:color w:val="141414"/>
          <w:sz w:val="24"/>
        </w:rPr>
        <w:t>“Complimentary hydration.”</w:t>
      </w:r>
    </w:p>
    <w:p>
      <w:r>
        <w:rPr>
          <w:rFonts w:ascii="IM Fell English" w:hAnsi="IM Fell English"/>
          <w:color w:val="141414"/>
          <w:sz w:val="24"/>
        </w:rPr>
        <w:t>Katie, at the edge with her own wrists bound forward in presentation cuffs, watched without flinching. Sekhmet stood under Jimmy’s hand and did not look away either. Side offerings learning the primary’s standard the hard way.</w:t>
      </w:r>
    </w:p>
    <w:p>
      <w:r>
        <w:rPr>
          <w:rFonts w:ascii="IM Fell English" w:hAnsi="IM Fell English"/>
          <w:b/>
          <w:color w:val="141414"/>
          <w:sz w:val="24"/>
        </w:rPr>
        <w:t>Station two was use.</w:t>
      </w:r>
    </w:p>
    <w:p>
      <w:r>
        <w:rPr>
          <w:rFonts w:ascii="IM Fell English" w:hAnsi="IM Fell English"/>
          <w:color w:val="141414"/>
          <w:sz w:val="24"/>
        </w:rPr>
        <w:t>They took Jennifer down only far enough to bend her over a salt-brick block. Jackie held the lead and ordered sequence: mouth, cunt, ass, repeat. Not chaos. Protocol. Each man finished on or in her by instruction, then moved. Jennifer’s bound hands stayed useless at the small of her back. Every time her knees buckled, Jackie had them haul her back into position by the collar and start the count over.</w:t>
      </w:r>
    </w:p>
    <w:p>
      <w:r>
        <w:rPr>
          <w:rFonts w:ascii="IM Fell English" w:hAnsi="IM Fell English"/>
          <w:color w:val="141414"/>
          <w:sz w:val="24"/>
        </w:rPr>
        <w:t>Jennifer spat a thick string and muttered,</w:t>
      </w:r>
    </w:p>
    <w:p>
      <w:r>
        <w:rPr>
          <w:rFonts w:ascii="IM Fell English" w:hAnsi="IM Fell English"/>
          <w:color w:val="141414"/>
          <w:sz w:val="24"/>
        </w:rPr>
        <w:t>“Married one day and my wife’s already running a drive-through.”</w:t>
      </w:r>
    </w:p>
    <w:p>
      <w:r>
        <w:rPr>
          <w:rFonts w:ascii="IM Fell English" w:hAnsi="IM Fell English"/>
          <w:color w:val="141414"/>
          <w:sz w:val="24"/>
        </w:rPr>
        <w:t>Jackie stepped in front of her, forced her mouth open, and used her throat until Jennifer’s eyes streamed and her hands twitched against the rope.</w:t>
      </w:r>
    </w:p>
    <w:p>
      <w:r>
        <w:rPr>
          <w:rFonts w:ascii="IM Fell English" w:hAnsi="IM Fell English"/>
          <w:color w:val="141414"/>
          <w:sz w:val="24"/>
        </w:rPr>
        <w:t>“Comment again.”</w:t>
      </w:r>
    </w:p>
    <w:p>
      <w:r>
        <w:rPr>
          <w:rFonts w:ascii="IM Fell English" w:hAnsi="IM Fell English"/>
          <w:color w:val="141414"/>
          <w:sz w:val="24"/>
        </w:rPr>
        <w:t>Jennifer, when she could breathe, croaked,</w:t>
      </w:r>
    </w:p>
    <w:p>
      <w:r>
        <w:rPr>
          <w:rFonts w:ascii="IM Fell English" w:hAnsi="IM Fell English"/>
          <w:color w:val="141414"/>
          <w:sz w:val="24"/>
        </w:rPr>
        <w:t>“Love you too.”</w:t>
      </w:r>
    </w:p>
    <w:p>
      <w:r>
        <w:rPr>
          <w:rFonts w:ascii="IM Fell English" w:hAnsi="IM Fell English"/>
          <w:color w:val="141414"/>
          <w:sz w:val="24"/>
        </w:rPr>
        <w:t>Jackie kissed her forehead once, hard and unkind, then gave the station back to the line.</w:t>
      </w:r>
    </w:p>
    <w:p>
      <w:r>
        <w:rPr>
          <w:rFonts w:ascii="IM Fell English" w:hAnsi="IM Fell English"/>
          <w:color w:val="141414"/>
          <w:sz w:val="24"/>
        </w:rPr>
        <w:t>At the edge, Lilith made Katie kneel in clean presentation for the same duration without being touched the same way. Jimmy made Sekhmet hold a still kneel with a water dish she was not yet allowed to use. Better treatment. Still ownership. Jennifer saw both and laughed into the next cock like unfairness was an inside joke she had married on purpose.</w:t>
      </w:r>
    </w:p>
    <w:p>
      <w:r>
        <w:rPr>
          <w:rFonts w:ascii="IM Fell English" w:hAnsi="IM Fell English"/>
          <w:b/>
          <w:color w:val="141414"/>
          <w:sz w:val="24"/>
        </w:rPr>
        <w:t>Station three was impact until speech changed shape.</w:t>
      </w:r>
    </w:p>
    <w:p>
      <w:r>
        <w:rPr>
          <w:rFonts w:ascii="IM Fell English" w:hAnsi="IM Fell English"/>
          <w:color w:val="141414"/>
          <w:sz w:val="24"/>
        </w:rPr>
        <w:t>They put Jennifer on her back on a tilted board staked into crust, ankles spread high, wrists locked above her head. Sun on her face. Jackie worked between her legs with a thick desert strap-on, deep and relentless, while a second handler kept rhythm on her breasts and stomach with open-hand and closed-fist passes. The point was not a quick down. The point was sustained protocol until Jennifer’s jokes came out broken and her body stopped trying to set terms.</w:t>
      </w:r>
    </w:p>
    <w:p>
      <w:r>
        <w:rPr>
          <w:rFonts w:ascii="IM Fell English" w:hAnsi="IM Fell English"/>
          <w:color w:val="141414"/>
          <w:sz w:val="24"/>
        </w:rPr>
        <w:t>Jennifer lasted longer than the first handlers expected.</w:t>
      </w:r>
    </w:p>
    <w:p>
      <w:r>
        <w:rPr>
          <w:rFonts w:ascii="IM Fell English" w:hAnsi="IM Fell English"/>
          <w:color w:val="141414"/>
          <w:sz w:val="24"/>
        </w:rPr>
        <w:t>“Harder,” she scraped. “If Melinda wants meat, stop serving salad.”</w:t>
      </w:r>
    </w:p>
    <w:p>
      <w:r>
        <w:rPr>
          <w:rFonts w:ascii="IM Fell English" w:hAnsi="IM Fell English"/>
          <w:color w:val="141414"/>
          <w:sz w:val="24"/>
        </w:rPr>
        <w:t>Jackie covered her mouth with one hand and fucked her through the muffled sound until Jennifer’s hips only jerked in reflex. When Jackie finally pulled out, Jennifer was drooling salt grit and tears, chest blotched, thighs shaking.</w:t>
      </w:r>
    </w:p>
    <w:p>
      <w:r>
        <w:rPr>
          <w:rFonts w:ascii="IM Fell English" w:hAnsi="IM Fell English"/>
          <w:color w:val="141414"/>
          <w:sz w:val="24"/>
        </w:rPr>
        <w:t>Jackie checked her pupils, her pulse, her ability to track a finger.</w:t>
      </w:r>
    </w:p>
    <w:p>
      <w:r>
        <w:rPr>
          <w:rFonts w:ascii="IM Fell English" w:hAnsi="IM Fell English"/>
          <w:color w:val="141414"/>
          <w:sz w:val="24"/>
        </w:rPr>
        <w:t>Still conscious.</w:t>
      </w:r>
      <w:r>
        <w:rPr>
          <w:rFonts w:ascii="IM Fell English" w:hAnsi="IM Fell English"/>
          <w:color w:val="141414"/>
          <w:sz w:val="24"/>
        </w:rPr>
      </w:r>
      <w:r>
        <w:rPr>
          <w:rFonts w:ascii="IM Fell English" w:hAnsi="IM Fell English"/>
          <w:color w:val="141414"/>
          <w:sz w:val="24"/>
        </w:rPr>
        <w:t>Still usable.</w:t>
      </w:r>
      <w:r>
        <w:rPr>
          <w:rFonts w:ascii="IM Fell English" w:hAnsi="IM Fell English"/>
          <w:color w:val="141414"/>
          <w:sz w:val="24"/>
        </w:rPr>
      </w:r>
      <w:r>
        <w:rPr>
          <w:rFonts w:ascii="IM Fell English" w:hAnsi="IM Fell English"/>
          <w:color w:val="141414"/>
          <w:sz w:val="24"/>
        </w:rPr>
        <w:t>Still mouthy by a thread.</w:t>
      </w:r>
    </w:p>
    <w:p>
      <w:r>
        <w:rPr>
          <w:rFonts w:ascii="IM Fell English" w:hAnsi="IM Fell English"/>
          <w:color w:val="141414"/>
          <w:sz w:val="24"/>
        </w:rPr>
        <w:t>“Intake,” Jackie said.</w:t>
      </w:r>
    </w:p>
    <w:p>
      <w:r>
        <w:rPr>
          <w:rFonts w:ascii="IM Fell English" w:hAnsi="IM Fell English"/>
          <w:color w:val="141414"/>
          <w:sz w:val="24"/>
        </w:rPr>
        <w:t>This time it was the second rule, enforced hard and short at the side of the board while Jackie held Jennifer’s head by the hair. Jennifer fought, gagged, submitted, and came up furious and wrecked.</w:t>
      </w:r>
    </w:p>
    <w:p>
      <w:r>
        <w:rPr>
          <w:rFonts w:ascii="IM Fell English" w:hAnsi="IM Fell English"/>
          <w:color w:val="141414"/>
          <w:sz w:val="24"/>
        </w:rPr>
        <w:t>She spat nothing. She had learned that lesson.</w:t>
      </w:r>
    </w:p>
    <w:p>
      <w:r>
        <w:rPr>
          <w:rFonts w:ascii="IM Fell English" w:hAnsi="IM Fell English"/>
          <w:color w:val="141414"/>
          <w:sz w:val="24"/>
        </w:rPr>
        <w:t>“Three stars,” she croaked. “Lost two for presentation.”</w:t>
      </w:r>
    </w:p>
    <w:p>
      <w:r>
        <w:rPr>
          <w:rFonts w:ascii="IM Fell English" w:hAnsi="IM Fell English"/>
          <w:color w:val="141414"/>
          <w:sz w:val="24"/>
        </w:rPr>
        <w:t>Lilith’s voice carried from the edge.</w:t>
      </w:r>
    </w:p>
    <w:p>
      <w:r>
        <w:rPr>
          <w:rFonts w:ascii="IM Fell English" w:hAnsi="IM Fell English"/>
          <w:color w:val="141414"/>
          <w:sz w:val="24"/>
        </w:rPr>
        <w:t>“She still talking?”</w:t>
      </w:r>
    </w:p>
    <w:p>
      <w:r>
        <w:rPr>
          <w:rFonts w:ascii="IM Fell English" w:hAnsi="IM Fell English"/>
          <w:color w:val="141414"/>
          <w:sz w:val="24"/>
        </w:rPr>
        <w:t>Jackie didn’t look away from her wife.</w:t>
      </w:r>
    </w:p>
    <w:p>
      <w:r>
        <w:rPr>
          <w:rFonts w:ascii="IM Fell English" w:hAnsi="IM Fell English"/>
          <w:color w:val="141414"/>
          <w:sz w:val="24"/>
        </w:rPr>
        <w:t>“Until the desert takes it.”</w:t>
      </w:r>
    </w:p>
    <w:p>
      <w:r>
        <w:rPr>
          <w:rFonts w:ascii="IM Fell English" w:hAnsi="IM Fell English"/>
          <w:color w:val="141414"/>
          <w:sz w:val="24"/>
        </w:rPr>
        <w:t>Afternoon was movement under load.</w:t>
      </w:r>
    </w:p>
    <w:p>
      <w:r>
        <w:rPr>
          <w:rFonts w:ascii="IM Fell English" w:hAnsi="IM Fell English"/>
          <w:color w:val="141414"/>
          <w:sz w:val="24"/>
        </w:rPr>
        <w:t>They made Jennifer crawl the full ring with a weight strap around her hips and a short lead to Jackie’s fist, stopping at each quarter for punishment-use whenever her form broke. Katie and Sekhmet were walked the same ring on their feet under Lilith and Jimmy as visible contrast — presenters’ offerings kept cleaner for Melinda’s later eye. Jennifer watched their shadows move beside her and muttered down into the salt:</w:t>
      </w:r>
    </w:p>
    <w:p>
      <w:r>
        <w:rPr>
          <w:rFonts w:ascii="IM Fell English" w:hAnsi="IM Fell English"/>
          <w:color w:val="141414"/>
          <w:sz w:val="24"/>
        </w:rPr>
        <w:t>“I’m going to haunt both of you as a sunburn.”</w:t>
      </w:r>
    </w:p>
    <w:p>
      <w:r>
        <w:rPr>
          <w:rFonts w:ascii="IM Fell English" w:hAnsi="IM Fell English"/>
          <w:color w:val="141414"/>
          <w:sz w:val="24"/>
        </w:rPr>
        <w:t>Jackie jerked the lead.</w:t>
      </w:r>
    </w:p>
    <w:p>
      <w:r>
        <w:rPr>
          <w:rFonts w:ascii="IM Fell English" w:hAnsi="IM Fell English"/>
          <w:color w:val="141414"/>
          <w:sz w:val="24"/>
        </w:rPr>
        <w:t>“Haunt later. Crawl now.”</w:t>
      </w:r>
    </w:p>
    <w:p>
      <w:r>
        <w:rPr>
          <w:rFonts w:ascii="IM Fell English" w:hAnsi="IM Fell English"/>
          <w:color w:val="141414"/>
          <w:sz w:val="24"/>
        </w:rPr>
        <w:t>By the fourth circuit Jennifer’s palms were shredded and her knees looked ruined. Jackie still did not give clean water. She gave shade in fragments: standing over her, blocking sun with her own body for counted seconds, then making her move again. Ownership as weather.</w:t>
      </w:r>
    </w:p>
    <w:p>
      <w:r>
        <w:rPr>
          <w:rFonts w:ascii="IM Fell English" w:hAnsi="IM Fell English"/>
          <w:color w:val="141414"/>
          <w:sz w:val="24"/>
        </w:rPr>
        <w:t>At the final quarter Jackie forced Jennifer onto her side and put two fingers into her cunt while asking, almost conversational,</w:t>
      </w:r>
    </w:p>
    <w:p>
      <w:r>
        <w:rPr>
          <w:rFonts w:ascii="IM Fell English" w:hAnsi="IM Fell English"/>
          <w:color w:val="141414"/>
          <w:sz w:val="24"/>
        </w:rPr>
        <w:t>“You understand what this land is for?”</w:t>
      </w:r>
    </w:p>
    <w:p>
      <w:r>
        <w:rPr>
          <w:rFonts w:ascii="IM Fell English" w:hAnsi="IM Fell English"/>
          <w:color w:val="141414"/>
          <w:sz w:val="24"/>
        </w:rPr>
        <w:t>Jennifer’s eyes were bloodshot and bright.</w:t>
      </w:r>
    </w:p>
    <w:p>
      <w:r>
        <w:rPr>
          <w:rFonts w:ascii="IM Fell English" w:hAnsi="IM Fell English"/>
          <w:color w:val="141414"/>
          <w:sz w:val="24"/>
        </w:rPr>
        <w:t>“Honeymoon.”</w:t>
      </w:r>
    </w:p>
    <w:p>
      <w:r>
        <w:rPr>
          <w:rFonts w:ascii="IM Fell English" w:hAnsi="IM Fell English"/>
          <w:color w:val="141414"/>
          <w:sz w:val="24"/>
        </w:rPr>
        <w:t>“And?”</w:t>
      </w:r>
    </w:p>
    <w:p>
      <w:r>
        <w:rPr>
          <w:rFonts w:ascii="IM Fell English" w:hAnsi="IM Fell English"/>
          <w:color w:val="141414"/>
          <w:sz w:val="24"/>
        </w:rPr>
        <w:t>“Offering.”</w:t>
      </w:r>
    </w:p>
    <w:p>
      <w:r>
        <w:rPr>
          <w:rFonts w:ascii="IM Fell English" w:hAnsi="IM Fell English"/>
          <w:color w:val="141414"/>
          <w:sz w:val="24"/>
        </w:rPr>
        <w:t>“And?”</w:t>
      </w:r>
    </w:p>
    <w:p>
      <w:r>
        <w:rPr>
          <w:rFonts w:ascii="IM Fell English" w:hAnsi="IM Fell English"/>
          <w:color w:val="141414"/>
          <w:sz w:val="24"/>
        </w:rPr>
        <w:t>Jennifer swallowed grit.</w:t>
      </w:r>
    </w:p>
    <w:p>
      <w:r>
        <w:rPr>
          <w:rFonts w:ascii="IM Fell English" w:hAnsi="IM Fell English"/>
          <w:color w:val="141414"/>
          <w:sz w:val="24"/>
        </w:rPr>
        <w:t>“Me.”</w:t>
      </w:r>
    </w:p>
    <w:p>
      <w:r>
        <w:rPr>
          <w:rFonts w:ascii="IM Fell English" w:hAnsi="IM Fell English"/>
          <w:color w:val="141414"/>
          <w:sz w:val="24"/>
        </w:rPr>
        <w:t>Jackie pushed deeper and made her say it again until the word stopped sounding like a joke.</w:t>
      </w:r>
    </w:p>
    <w:p>
      <w:r>
        <w:rPr>
          <w:rFonts w:ascii="IM Fell English" w:hAnsi="IM Fell English"/>
          <w:color w:val="141414"/>
          <w:sz w:val="24"/>
        </w:rPr>
        <w:t>Evening protocol closed with presentation.</w:t>
      </w:r>
    </w:p>
    <w:p>
      <w:r>
        <w:rPr>
          <w:rFonts w:ascii="IM Fell English" w:hAnsi="IM Fell English"/>
          <w:color w:val="141414"/>
          <w:sz w:val="24"/>
        </w:rPr>
        <w:t>Jennifer was washed with a single rough bucket of brackish water — not kindness, just salt and blood moved around — then bound upright to a central stake facing the dark haze. Katie and Sekhmet were bound to lower side stakes, upright too, but with water allowed in measured sips and no intake rules on them. The picture was exact:</w:t>
      </w:r>
    </w:p>
    <w:p>
      <w:r>
        <w:rPr>
          <w:rFonts w:ascii="IM Fell English" w:hAnsi="IM Fell English"/>
          <w:color w:val="141414"/>
          <w:sz w:val="24"/>
        </w:rPr>
        <w:t>Primary bride destroyed center.</w:t>
      </w:r>
      <w:r>
        <w:rPr>
          <w:rFonts w:ascii="IM Fell English" w:hAnsi="IM Fell English"/>
          <w:color w:val="141414"/>
          <w:sz w:val="24"/>
        </w:rPr>
      </w:r>
      <w:r>
        <w:rPr>
          <w:rFonts w:ascii="IM Fell English" w:hAnsi="IM Fell English"/>
          <w:color w:val="141414"/>
          <w:sz w:val="24"/>
        </w:rPr>
        <w:t>Side offerings intact enough to be elegant later.</w:t>
      </w:r>
    </w:p>
    <w:p>
      <w:r>
        <w:rPr>
          <w:rFonts w:ascii="IM Fell English" w:hAnsi="IM Fell English"/>
          <w:color w:val="141414"/>
          <w:sz w:val="24"/>
        </w:rPr>
        <w:t>Jackie stood before Jennifer and spoke low enough that it stayed between marriages.</w:t>
      </w:r>
    </w:p>
    <w:p>
      <w:r>
        <w:rPr>
          <w:rFonts w:ascii="IM Fell English" w:hAnsi="IM Fell English"/>
          <w:color w:val="141414"/>
          <w:sz w:val="24"/>
        </w:rPr>
        <w:t>“Tomorrow you move. Procession rules. You don’t walk like a free wife. You get taken toward the place Melinda will rise.”</w:t>
      </w:r>
    </w:p>
    <w:p>
      <w:r>
        <w:rPr>
          <w:rFonts w:ascii="IM Fell English" w:hAnsi="IM Fell English"/>
          <w:color w:val="141414"/>
          <w:sz w:val="24"/>
        </w:rPr>
        <w:t>Jennifer’s head lolled once and came back up.</w:t>
      </w:r>
    </w:p>
    <w:p>
      <w:r>
        <w:rPr>
          <w:rFonts w:ascii="IM Fell English" w:hAnsi="IM Fell English"/>
          <w:color w:val="141414"/>
          <w:sz w:val="24"/>
        </w:rPr>
        <w:t>“She really coming out of the ground?”</w:t>
      </w:r>
    </w:p>
    <w:p>
      <w:r>
        <w:rPr>
          <w:rFonts w:ascii="IM Fell English" w:hAnsi="IM Fell English"/>
          <w:color w:val="141414"/>
          <w:sz w:val="24"/>
        </w:rPr>
        <w:t>“Yes.”</w:t>
      </w:r>
    </w:p>
    <w:p>
      <w:r>
        <w:rPr>
          <w:rFonts w:ascii="IM Fell English" w:hAnsi="IM Fell English"/>
          <w:color w:val="141414"/>
          <w:sz w:val="24"/>
        </w:rPr>
        <w:t>Jennifer’s cracked smile showed up like a miracle that had no business surviving the day.</w:t>
      </w:r>
    </w:p>
    <w:p>
      <w:r>
        <w:rPr>
          <w:rFonts w:ascii="IM Fell English" w:hAnsi="IM Fell English"/>
          <w:color w:val="141414"/>
          <w:sz w:val="24"/>
        </w:rPr>
        <w:t>“Then I better still be able to make a joke when she does. Otherwise the honeymoon’s wasted.”</w:t>
      </w:r>
    </w:p>
    <w:p>
      <w:r>
        <w:rPr>
          <w:rFonts w:ascii="IM Fell English" w:hAnsi="IM Fell English"/>
          <w:color w:val="141414"/>
          <w:sz w:val="24"/>
        </w:rPr>
        <w:t>Jackie touched the collar ring, then Jennifer’s lower lip.</w:t>
      </w:r>
    </w:p>
    <w:p>
      <w:r>
        <w:rPr>
          <w:rFonts w:ascii="IM Fell English" w:hAnsi="IM Fell English"/>
          <w:color w:val="141414"/>
          <w:sz w:val="24"/>
        </w:rPr>
        <w:t>“You will. That’s why I’m not finishing you yet.”</w:t>
      </w:r>
    </w:p>
    <w:p>
      <w:r>
        <w:rPr>
          <w:rFonts w:ascii="IM Fell English" w:hAnsi="IM Fell English"/>
          <w:color w:val="141414"/>
          <w:sz w:val="24"/>
        </w:rPr>
        <w:t>Across the pan, Jimmy set a hand on Sekhmet’s shoulder in quiet claim. Lilith did the same to Katie. Three presenters. Three offerings. One desert listening.</w:t>
      </w:r>
    </w:p>
    <w:p>
      <w:r>
        <w:rPr>
          <w:rFonts w:ascii="IM Fell English" w:hAnsi="IM Fell English"/>
          <w:color w:val="141414"/>
          <w:sz w:val="24"/>
        </w:rPr>
        <w:t>Jennifer rested her cheek against the stake and whispered into the heat still rising off the salt,</w:t>
      </w:r>
    </w:p>
    <w:p>
      <w:r>
        <w:rPr>
          <w:rFonts w:ascii="IM Fell English" w:hAnsi="IM Fell English"/>
          <w:color w:val="141414"/>
          <w:sz w:val="24"/>
        </w:rPr>
        <w:t>“Four falls in Brazil. Protocol in hell. If this is married life, don’t ever take me to a beach.”</w:t>
      </w:r>
    </w:p>
    <w:p>
      <w:r>
        <w:rPr>
          <w:rFonts w:ascii="IM Fell English" w:hAnsi="IM Fell English"/>
          <w:color w:val="141414"/>
          <w:sz w:val="24"/>
        </w:rPr>
        <w:t>Jackie turned away toward the sector lights and left her there under Danakil dark, second day locked in, body prepared one layer deeper for the goddess still under the sand.</w:t>
      </w:r>
    </w:p>
    <w:p>
      <w:pPr>
        <w:pStyle w:val="Heading1"/>
        <w:jc w:val="center"/>
      </w:pPr>
      <w:r>
        <w:rPr>
          <w:rFonts w:ascii="IM Fell English" w:hAnsi="IM Fell English"/>
          <w:color w:val="0D0D0D"/>
        </w:rPr>
        <w:t>CHAPTER 25 — PROCESSION</w:t>
      </w:r>
    </w:p>
    <w:p>
      <w:r>
        <w:rPr>
          <w:rFonts w:ascii="IM Fell English" w:hAnsi="IM Fell English"/>
          <w:color w:val="141414"/>
          <w:sz w:val="24"/>
        </w:rPr>
        <w:t>Third day began with movement.</w:t>
      </w:r>
    </w:p>
    <w:p>
      <w:r>
        <w:rPr>
          <w:rFonts w:ascii="IM Fell English" w:hAnsi="IM Fell English"/>
          <w:color w:val="141414"/>
          <w:sz w:val="24"/>
        </w:rPr>
        <w:t>Not escape. Not recovery. Procession.</w:t>
      </w:r>
    </w:p>
    <w:p>
      <w:r>
        <w:rPr>
          <w:rFonts w:ascii="IM Fell English" w:hAnsi="IM Fell English"/>
          <w:color w:val="141414"/>
          <w:sz w:val="24"/>
        </w:rPr>
        <w:t>Jackie had Jennifer taken off the center stake at first heat and forced onto her hands and knees while the bridesmaid-handlers of the desert sector — corporation women in black wraps — painted her body with salt-paste marks: collar ring highlighted, breasts barred, stomach crossed, inner thighs striped. Not decoration for beauty. Marking for offering. Jennifer endured it with her head down and her mouth already working.</w:t>
      </w:r>
    </w:p>
    <w:p>
      <w:r>
        <w:rPr>
          <w:rFonts w:ascii="IM Fell English" w:hAnsi="IM Fell English"/>
          <w:color w:val="141414"/>
          <w:sz w:val="24"/>
        </w:rPr>
        <w:t>“If this is makeup,” she rasped, “the artist should be fired.”</w:t>
      </w:r>
    </w:p>
    <w:p>
      <w:r>
        <w:rPr>
          <w:rFonts w:ascii="IM Fell English" w:hAnsi="IM Fell English"/>
          <w:color w:val="141414"/>
          <w:sz w:val="24"/>
        </w:rPr>
        <w:t>Jackie stood over her with the lead.</w:t>
      </w:r>
    </w:p>
    <w:p>
      <w:r>
        <w:rPr>
          <w:rFonts w:ascii="IM Fell English" w:hAnsi="IM Fell English"/>
          <w:color w:val="141414"/>
          <w:sz w:val="24"/>
        </w:rPr>
        <w:t>“It’s inventory.”</w:t>
      </w:r>
    </w:p>
    <w:p>
      <w:r>
        <w:rPr>
          <w:rFonts w:ascii="IM Fell English" w:hAnsi="IM Fell English"/>
          <w:color w:val="141414"/>
          <w:sz w:val="24"/>
        </w:rPr>
        <w:t>Across the pan, Lilith had Katie marked cleaner — fewer stripes, more formal lines, water-washed skin under the paint. Jimmy had Sekhmet marked the same way. Side offerings. Presentable. Jennifer remained the ruined centerpiece on purpose.</w:t>
      </w:r>
    </w:p>
    <w:p>
      <w:r>
        <w:rPr>
          <w:rFonts w:ascii="IM Fell English" w:hAnsi="IM Fell English"/>
          <w:color w:val="141414"/>
          <w:sz w:val="24"/>
        </w:rPr>
        <w:t>Jennifer glanced sideways at them and snorted grit.</w:t>
      </w:r>
    </w:p>
    <w:p>
      <w:r>
        <w:rPr>
          <w:rFonts w:ascii="IM Fell English" w:hAnsi="IM Fell English"/>
          <w:color w:val="141414"/>
          <w:sz w:val="24"/>
        </w:rPr>
        <w:t>“They look like invitations. I look like the meal.”</w:t>
      </w:r>
    </w:p>
    <w:p>
      <w:r>
        <w:rPr>
          <w:rFonts w:ascii="IM Fell English" w:hAnsi="IM Fell English"/>
          <w:color w:val="141414"/>
          <w:sz w:val="24"/>
        </w:rPr>
        <w:t>Jackie jerked the lead and started walking.</w:t>
      </w:r>
    </w:p>
    <w:p>
      <w:r>
        <w:rPr>
          <w:rFonts w:ascii="IM Fell English" w:hAnsi="IM Fell English"/>
          <w:color w:val="141414"/>
          <w:sz w:val="24"/>
        </w:rPr>
        <w:t>“Correct.”</w:t>
      </w:r>
    </w:p>
    <w:p>
      <w:r>
        <w:rPr>
          <w:rFonts w:ascii="IM Fell English" w:hAnsi="IM Fell English"/>
          <w:color w:val="141414"/>
          <w:sz w:val="24"/>
        </w:rPr>
        <w:t>The procession route ran from the overnight ring across broken salt flats toward a wider basin where the crust turned yellow-white and the air stank of sulfur and metal. Black stakes marked the path every fifty yards. At each stake, the procession stopped and Jennifer paid.</w:t>
      </w:r>
    </w:p>
    <w:p>
      <w:r>
        <w:rPr>
          <w:rFonts w:ascii="IM Fell English" w:hAnsi="IM Fell English"/>
          <w:b/>
          <w:color w:val="141414"/>
          <w:sz w:val="24"/>
        </w:rPr>
        <w:t>First stake: mouth tax.</w:t>
      </w:r>
    </w:p>
    <w:p>
      <w:r>
        <w:rPr>
          <w:rFonts w:ascii="IM Fell English" w:hAnsi="IM Fell English"/>
          <w:color w:val="141414"/>
          <w:sz w:val="24"/>
        </w:rPr>
        <w:t>Jackie held the lead short while two handlers used Jennifer’s throat until she drooled onto the salt. She was required to thank her wife after each one. She did it with theatrical sweetness that fooled no one.</w:t>
      </w:r>
    </w:p>
    <w:p>
      <w:r>
        <w:rPr>
          <w:rFonts w:ascii="IM Fell English" w:hAnsi="IM Fell English"/>
          <w:color w:val="141414"/>
          <w:sz w:val="24"/>
        </w:rPr>
        <w:t>“Thank you, beloved psychopath.”</w:t>
      </w:r>
    </w:p>
    <w:p>
      <w:r>
        <w:rPr>
          <w:rFonts w:ascii="IM Fell English" w:hAnsi="IM Fell English"/>
          <w:color w:val="141414"/>
          <w:sz w:val="24"/>
        </w:rPr>
        <w:t>Jackie wiped her chin with a rough cloth.</w:t>
      </w:r>
    </w:p>
    <w:p>
      <w:r>
        <w:rPr>
          <w:rFonts w:ascii="IM Fell English" w:hAnsi="IM Fell English"/>
          <w:color w:val="141414"/>
          <w:sz w:val="24"/>
        </w:rPr>
        <w:t>“Again.”</w:t>
      </w:r>
    </w:p>
    <w:p>
      <w:r>
        <w:rPr>
          <w:rFonts w:ascii="IM Fell English" w:hAnsi="IM Fell English"/>
          <w:color w:val="141414"/>
          <w:sz w:val="24"/>
        </w:rPr>
        <w:t>Jennifer did it again without the sweetness.</w:t>
      </w:r>
    </w:p>
    <w:p>
      <w:r>
        <w:rPr>
          <w:rFonts w:ascii="IM Fell English" w:hAnsi="IM Fell English"/>
          <w:color w:val="141414"/>
          <w:sz w:val="24"/>
        </w:rPr>
        <w:t>“Thank you.”</w:t>
      </w:r>
    </w:p>
    <w:p>
      <w:r>
        <w:rPr>
          <w:rFonts w:ascii="IM Fell English" w:hAnsi="IM Fell English"/>
          <w:color w:val="141414"/>
          <w:sz w:val="24"/>
        </w:rPr>
        <w:t>Katie and Sekhmet stood through it on their feet, wrists bound forward, watching. Lilith’s hand rested on Katie’s nape. Jimmy’s hand rested on Sekhmet’s shoulder. Presenters walking their offerings beside the primary wreck.</w:t>
      </w:r>
    </w:p>
    <w:p>
      <w:r>
        <w:rPr>
          <w:rFonts w:ascii="IM Fell English" w:hAnsi="IM Fell English"/>
          <w:b/>
          <w:color w:val="141414"/>
          <w:sz w:val="24"/>
        </w:rPr>
        <w:t>Second stake: impact tax.</w:t>
      </w:r>
    </w:p>
    <w:p>
      <w:r>
        <w:rPr>
          <w:rFonts w:ascii="IM Fell English" w:hAnsi="IM Fell English"/>
          <w:color w:val="141414"/>
          <w:sz w:val="24"/>
        </w:rPr>
        <w:t>Jennifer was bent over a low salt block and given twenty with a desert belt while Jackie counted. At ten, Jennifer started laughing between hits. At sixteen, the laugh broke. At twenty, she hung on the lead and muttered:</w:t>
      </w:r>
    </w:p>
    <w:p>
      <w:r>
        <w:rPr>
          <w:rFonts w:ascii="IM Fell English" w:hAnsi="IM Fell English"/>
          <w:color w:val="141414"/>
          <w:sz w:val="24"/>
        </w:rPr>
        <w:t>“Please tell me Melinda likes them pre-tenderized.”</w:t>
      </w:r>
    </w:p>
    <w:p>
      <w:r>
        <w:rPr>
          <w:rFonts w:ascii="IM Fell English" w:hAnsi="IM Fell English"/>
          <w:color w:val="141414"/>
          <w:sz w:val="24"/>
        </w:rPr>
        <w:t>Jackie hauled her forward.</w:t>
      </w:r>
    </w:p>
    <w:p>
      <w:r>
        <w:rPr>
          <w:rFonts w:ascii="IM Fell English" w:hAnsi="IM Fell English"/>
          <w:color w:val="141414"/>
          <w:sz w:val="24"/>
        </w:rPr>
        <w:t>“She likes them honest.”</w:t>
      </w:r>
    </w:p>
    <w:p>
      <w:r>
        <w:rPr>
          <w:rFonts w:ascii="IM Fell English" w:hAnsi="IM Fell English"/>
          <w:b/>
          <w:color w:val="141414"/>
          <w:sz w:val="24"/>
        </w:rPr>
        <w:t>Third stake: intake tax.</w:t>
      </w:r>
    </w:p>
    <w:p>
      <w:r>
        <w:rPr>
          <w:rFonts w:ascii="IM Fell English" w:hAnsi="IM Fell English"/>
          <w:color w:val="141414"/>
          <w:sz w:val="24"/>
        </w:rPr>
        <w:t>No long spectacle. Hard enforcement of both rules in sequence under the open sun while the side offerings were allowed to turn their faces slightly — not in mercy, in hierarchy. Jennifer came up choking, eyes streaming, and still found a line:</w:t>
      </w:r>
    </w:p>
    <w:p>
      <w:r>
        <w:rPr>
          <w:rFonts w:ascii="IM Fell English" w:hAnsi="IM Fell English"/>
          <w:color w:val="141414"/>
          <w:sz w:val="24"/>
        </w:rPr>
        <w:t>“Communion complete. Pass the collection plate.”</w:t>
      </w:r>
    </w:p>
    <w:p>
      <w:r>
        <w:rPr>
          <w:rFonts w:ascii="IM Fell English" w:hAnsi="IM Fell English"/>
          <w:color w:val="141414"/>
          <w:sz w:val="24"/>
        </w:rPr>
        <w:t>Jackie slapped her mouth and clipped her closer.</w:t>
      </w:r>
    </w:p>
    <w:p>
      <w:r>
        <w:rPr>
          <w:rFonts w:ascii="IM Fell English" w:hAnsi="IM Fell English"/>
          <w:color w:val="141414"/>
          <w:sz w:val="24"/>
        </w:rPr>
        <w:t>“Move.”</w:t>
      </w:r>
    </w:p>
    <w:p>
      <w:r>
        <w:rPr>
          <w:rFonts w:ascii="IM Fell English" w:hAnsi="IM Fell English"/>
          <w:color w:val="141414"/>
          <w:sz w:val="24"/>
        </w:rPr>
        <w:t>Mid-route the basin came into view: a pale amphitheater of crust and heat shimmer, empty at center, ringed with distant stakes already set like waiting teeth. The place had the feel of a stage that had always been there under the land. Jennifer stopped crawling for half a second until the lead taught her the cost of pause.</w:t>
      </w:r>
    </w:p>
    <w:p>
      <w:r>
        <w:rPr>
          <w:rFonts w:ascii="IM Fell English" w:hAnsi="IM Fell English"/>
          <w:color w:val="141414"/>
          <w:sz w:val="24"/>
        </w:rPr>
        <w:t>“That it?” she whispered.</w:t>
      </w:r>
    </w:p>
    <w:p>
      <w:r>
        <w:rPr>
          <w:rFonts w:ascii="IM Fell English" w:hAnsi="IM Fell English"/>
          <w:color w:val="141414"/>
          <w:sz w:val="24"/>
        </w:rPr>
        <w:t>Jackie looked out over the basin.</w:t>
      </w:r>
    </w:p>
    <w:p>
      <w:r>
        <w:rPr>
          <w:rFonts w:ascii="IM Fell English" w:hAnsi="IM Fell English"/>
          <w:color w:val="141414"/>
          <w:sz w:val="24"/>
        </w:rPr>
        <w:t>“Where she rises.”</w:t>
      </w:r>
    </w:p>
    <w:p>
      <w:r>
        <w:rPr>
          <w:rFonts w:ascii="IM Fell English" w:hAnsi="IM Fell English"/>
          <w:color w:val="141414"/>
          <w:sz w:val="24"/>
        </w:rPr>
        <w:t>Jennifer’s cracked lips moved into something like awe and hunger together.</w:t>
      </w:r>
    </w:p>
    <w:p>
      <w:r>
        <w:rPr>
          <w:rFonts w:ascii="IM Fell English" w:hAnsi="IM Fell English"/>
          <w:color w:val="141414"/>
          <w:sz w:val="24"/>
        </w:rPr>
        <w:t>“Then stop crawling me like a tourist and wreck me like a bride.”</w:t>
      </w:r>
    </w:p>
    <w:p>
      <w:r>
        <w:rPr>
          <w:rFonts w:ascii="IM Fell English" w:hAnsi="IM Fell English"/>
          <w:color w:val="141414"/>
          <w:sz w:val="24"/>
        </w:rPr>
        <w:t>Jackie did — right there on the path, strap-on driven into her cunt while desert handlers held her elbows and the salt burned her knees. Procession sex. Public. Married. Mean. Jennifer’s sounds carried across the empty basin and came back thin. When Jackie finished the count she left Jennifer open and dripping into the crust and forced her to crawl again with it still running down her thighs.</w:t>
      </w:r>
    </w:p>
    <w:p>
      <w:r>
        <w:rPr>
          <w:rFonts w:ascii="IM Fell English" w:hAnsi="IM Fell English"/>
          <w:color w:val="141414"/>
          <w:sz w:val="24"/>
        </w:rPr>
        <w:t>Lilith watched Katie’s face during it.</w:t>
      </w:r>
      <w:r>
        <w:rPr>
          <w:rFonts w:ascii="IM Fell English" w:hAnsi="IM Fell English"/>
          <w:color w:val="141414"/>
          <w:sz w:val="24"/>
        </w:rPr>
      </w:r>
      <w:r>
        <w:rPr>
          <w:rFonts w:ascii="IM Fell English" w:hAnsi="IM Fell English"/>
          <w:color w:val="141414"/>
          <w:sz w:val="24"/>
        </w:rPr>
        <w:t>Jimmy watched Sekhmet’s.</w:t>
      </w:r>
      <w:r>
        <w:rPr>
          <w:rFonts w:ascii="IM Fell English" w:hAnsi="IM Fell English"/>
          <w:color w:val="141414"/>
          <w:sz w:val="24"/>
        </w:rPr>
      </w:r>
      <w:r>
        <w:rPr>
          <w:rFonts w:ascii="IM Fell English" w:hAnsi="IM Fell English"/>
          <w:color w:val="141414"/>
          <w:sz w:val="24"/>
        </w:rPr>
        <w:t>Neither side offering was touched at that level. The difference remained the point.</w:t>
      </w:r>
    </w:p>
    <w:p>
      <w:r>
        <w:rPr>
          <w:rFonts w:ascii="IM Fell English" w:hAnsi="IM Fell English"/>
          <w:color w:val="141414"/>
          <w:sz w:val="24"/>
        </w:rPr>
        <w:t>Jennifer spat blood and grit and said, almost fond,</w:t>
      </w:r>
    </w:p>
    <w:p>
      <w:r>
        <w:rPr>
          <w:rFonts w:ascii="IM Fell English" w:hAnsi="IM Fell English"/>
          <w:color w:val="141414"/>
          <w:sz w:val="24"/>
        </w:rPr>
        <w:t>“You two are getting the soft honeymoon. I’m getting the religion.”</w:t>
      </w:r>
    </w:p>
    <w:p>
      <w:r>
        <w:rPr>
          <w:rFonts w:ascii="IM Fell English" w:hAnsi="IM Fell English"/>
          <w:color w:val="141414"/>
          <w:sz w:val="24"/>
        </w:rPr>
        <w:t>Sekhmet’s voice, dry as the air:</w:t>
      </w:r>
    </w:p>
    <w:p>
      <w:r>
        <w:rPr>
          <w:rFonts w:ascii="IM Fell English" w:hAnsi="IM Fell English"/>
          <w:color w:val="141414"/>
          <w:sz w:val="24"/>
        </w:rPr>
        <w:t>“You’re getting what Jackie offered.”</w:t>
      </w:r>
    </w:p>
    <w:p>
      <w:r>
        <w:rPr>
          <w:rFonts w:ascii="IM Fell English" w:hAnsi="IM Fell English"/>
          <w:color w:val="141414"/>
          <w:sz w:val="24"/>
        </w:rPr>
        <w:t>Jennifer grinned without looking back.</w:t>
      </w:r>
    </w:p>
    <w:p>
      <w:r>
        <w:rPr>
          <w:rFonts w:ascii="IM Fell English" w:hAnsi="IM Fell English"/>
          <w:color w:val="141414"/>
          <w:sz w:val="24"/>
        </w:rPr>
        <w:t>“Same thing.”</w:t>
      </w:r>
    </w:p>
    <w:p>
      <w:r>
        <w:rPr>
          <w:rFonts w:ascii="IM Fell English" w:hAnsi="IM Fell English"/>
          <w:color w:val="141414"/>
          <w:sz w:val="24"/>
        </w:rPr>
        <w:t>Near the basin rim they stopped for preparation proper.</w:t>
      </w:r>
    </w:p>
    <w:p>
      <w:r>
        <w:rPr>
          <w:rFonts w:ascii="IM Fell English" w:hAnsi="IM Fell English"/>
          <w:color w:val="141414"/>
          <w:sz w:val="24"/>
        </w:rPr>
        <w:t>Jennifer was hauled upright, arms bound behind, and washed with a single bucket that turned pink-gray off her body. Then the desert women reapplied the salt-paste marks over clean-wet skin and added a final symbol at her sternum: a rough cross-line Jackie inspected and approved with one nod. A heavy presentation collar replaced the field collar. The lead clipped to it looked ceremonial and still functioned like a leash.</w:t>
      </w:r>
    </w:p>
    <w:p>
      <w:r>
        <w:rPr>
          <w:rFonts w:ascii="IM Fell English" w:hAnsi="IM Fell English"/>
          <w:color w:val="141414"/>
          <w:sz w:val="24"/>
        </w:rPr>
        <w:t>Katie received a lighter collar and cleaner marks.</w:t>
      </w:r>
      <w:r>
        <w:rPr>
          <w:rFonts w:ascii="IM Fell English" w:hAnsi="IM Fell English"/>
          <w:color w:val="141414"/>
          <w:sz w:val="24"/>
        </w:rPr>
      </w:r>
      <w:r>
        <w:rPr>
          <w:rFonts w:ascii="IM Fell English" w:hAnsi="IM Fell English"/>
          <w:color w:val="141414"/>
          <w:sz w:val="24"/>
        </w:rPr>
        <w:t>Sekhmet the same.</w:t>
      </w:r>
    </w:p>
    <w:p>
      <w:r>
        <w:rPr>
          <w:rFonts w:ascii="IM Fell English" w:hAnsi="IM Fell English"/>
          <w:color w:val="141414"/>
          <w:sz w:val="24"/>
        </w:rPr>
        <w:t>Three offerings in a row under white noon:</w:t>
      </w:r>
    </w:p>
    <w:p>
      <w:r>
        <w:rPr>
          <w:rFonts w:ascii="IM Fell English" w:hAnsi="IM Fell English"/>
          <w:color w:val="141414"/>
          <w:sz w:val="24"/>
        </w:rPr>
        <w:t>Jennifer ruined and marked center.</w:t>
      </w:r>
      <w:r>
        <w:rPr>
          <w:rFonts w:ascii="IM Fell English" w:hAnsi="IM Fell English"/>
          <w:color w:val="141414"/>
          <w:sz w:val="24"/>
        </w:rPr>
      </w:r>
      <w:r>
        <w:rPr>
          <w:rFonts w:ascii="IM Fell English" w:hAnsi="IM Fell English"/>
          <w:color w:val="141414"/>
          <w:sz w:val="24"/>
        </w:rPr>
        <w:t>Katie intact enough to shine.</w:t>
      </w:r>
      <w:r>
        <w:rPr>
          <w:rFonts w:ascii="IM Fell English" w:hAnsi="IM Fell English"/>
          <w:color w:val="141414"/>
          <w:sz w:val="24"/>
        </w:rPr>
      </w:r>
      <w:r>
        <w:rPr>
          <w:rFonts w:ascii="IM Fell English" w:hAnsi="IM Fell English"/>
          <w:color w:val="141414"/>
          <w:sz w:val="24"/>
        </w:rPr>
        <w:t>Sekhmet intact enough to shine.</w:t>
      </w:r>
    </w:p>
    <w:p>
      <w:r>
        <w:rPr>
          <w:rFonts w:ascii="IM Fell English" w:hAnsi="IM Fell English"/>
          <w:color w:val="141414"/>
          <w:sz w:val="24"/>
        </w:rPr>
        <w:t>Jackie stood before Jennifer and spoke the procession close.</w:t>
      </w:r>
    </w:p>
    <w:p>
      <w:r>
        <w:rPr>
          <w:rFonts w:ascii="IM Fell English" w:hAnsi="IM Fell English"/>
          <w:color w:val="141414"/>
          <w:sz w:val="24"/>
        </w:rPr>
        <w:t>“Tonight you sleep at the basin edge. Tomorrow the presenters offer. I offer you first.”</w:t>
      </w:r>
    </w:p>
    <w:p>
      <w:r>
        <w:rPr>
          <w:rFonts w:ascii="IM Fell English" w:hAnsi="IM Fell English"/>
          <w:color w:val="141414"/>
          <w:sz w:val="24"/>
        </w:rPr>
        <w:t>Jennifer’s eyes were fever-bright.</w:t>
      </w:r>
    </w:p>
    <w:p>
      <w:r>
        <w:rPr>
          <w:rFonts w:ascii="IM Fell English" w:hAnsi="IM Fell English"/>
          <w:color w:val="141414"/>
          <w:sz w:val="24"/>
        </w:rPr>
        <w:t>“You going to say pretty words when you hand me over?”</w:t>
      </w:r>
    </w:p>
    <w:p>
      <w:r>
        <w:rPr>
          <w:rFonts w:ascii="IM Fell English" w:hAnsi="IM Fell English"/>
          <w:color w:val="141414"/>
          <w:sz w:val="24"/>
        </w:rPr>
        <w:t>“No.”</w:t>
      </w:r>
    </w:p>
    <w:p>
      <w:r>
        <w:rPr>
          <w:rFonts w:ascii="IM Fell English" w:hAnsi="IM Fell English"/>
          <w:color w:val="141414"/>
          <w:sz w:val="24"/>
        </w:rPr>
        <w:t>“Good. I’d divorce you.”</w:t>
      </w:r>
    </w:p>
    <w:p>
      <w:r>
        <w:rPr>
          <w:rFonts w:ascii="IM Fell English" w:hAnsi="IM Fell English"/>
          <w:color w:val="141414"/>
          <w:sz w:val="24"/>
        </w:rPr>
        <w:t>Jackie touched the new collar ring.</w:t>
      </w:r>
    </w:p>
    <w:p>
      <w:r>
        <w:rPr>
          <w:rFonts w:ascii="IM Fell English" w:hAnsi="IM Fell English"/>
          <w:color w:val="141414"/>
          <w:sz w:val="24"/>
        </w:rPr>
        <w:t>“You can’t. You’re already the honeymoon.”</w:t>
      </w:r>
    </w:p>
    <w:p>
      <w:r>
        <w:rPr>
          <w:rFonts w:ascii="IM Fell English" w:hAnsi="IM Fell English"/>
          <w:color w:val="141414"/>
          <w:sz w:val="24"/>
        </w:rPr>
        <w:t>Jennifer leaned into the lead until her forehead met Jackie’s mouth.</w:t>
      </w:r>
    </w:p>
    <w:p>
      <w:r>
        <w:rPr>
          <w:rFonts w:ascii="IM Fell English" w:hAnsi="IM Fell English"/>
          <w:color w:val="141414"/>
          <w:sz w:val="24"/>
        </w:rPr>
        <w:t>“Then when she comes out of the sand, don’t you dare look soft. I want my wife watching while a goddess decides if I’m worth the dirt.”</w:t>
      </w:r>
    </w:p>
    <w:p>
      <w:r>
        <w:rPr>
          <w:rFonts w:ascii="IM Fell English" w:hAnsi="IM Fell English"/>
          <w:color w:val="141414"/>
          <w:sz w:val="24"/>
        </w:rPr>
        <w:t>Jackie held her there a second longer than protocol required.</w:t>
      </w:r>
    </w:p>
    <w:p>
      <w:r>
        <w:rPr>
          <w:rFonts w:ascii="IM Fell English" w:hAnsi="IM Fell English"/>
          <w:color w:val="141414"/>
          <w:sz w:val="24"/>
        </w:rPr>
        <w:t>“I’ll watch.”</w:t>
      </w:r>
    </w:p>
    <w:p>
      <w:r>
        <w:rPr>
          <w:rFonts w:ascii="IM Fell English" w:hAnsi="IM Fell English"/>
          <w:color w:val="141414"/>
          <w:sz w:val="24"/>
        </w:rPr>
        <w:t>Lilith brought Katie up to the rim and stopped at Jackie’s left. Jimmy brought Sekhmet to the right. Three presenters. Three offerings. The basin below them sat empty and shimmering, crust unbroken, heat making the air ripple like something underneath was already breathing.</w:t>
      </w:r>
    </w:p>
    <w:p>
      <w:r>
        <w:rPr>
          <w:rFonts w:ascii="IM Fell English" w:hAnsi="IM Fell English"/>
          <w:color w:val="141414"/>
          <w:sz w:val="24"/>
        </w:rPr>
        <w:t>A corporation marker post at the rim read only:</w:t>
      </w:r>
    </w:p>
    <w:p>
      <w:r>
        <w:rPr>
          <w:rFonts w:ascii="IM Fell English" w:hAnsi="IM Fell English"/>
          <w:color w:val="141414"/>
          <w:sz w:val="24"/>
        </w:rPr>
        <w:t>OFFERING GROUND</w:t>
      </w:r>
      <w:r>
        <w:rPr>
          <w:rFonts w:ascii="IM Fell English" w:hAnsi="IM Fell English"/>
          <w:color w:val="141414"/>
          <w:sz w:val="24"/>
        </w:rPr>
      </w:r>
      <w:r>
        <w:rPr>
          <w:rFonts w:ascii="IM Fell English" w:hAnsi="IM Fell English"/>
          <w:color w:val="141414"/>
          <w:sz w:val="24"/>
        </w:rPr>
        <w:t>PRIESTESS RECEPTION AT FIRST TRUE HEAT</w:t>
      </w:r>
    </w:p>
    <w:p>
      <w:r>
        <w:rPr>
          <w:rFonts w:ascii="IM Fell English" w:hAnsi="IM Fell English"/>
          <w:color w:val="141414"/>
          <w:sz w:val="24"/>
        </w:rPr>
        <w:t>Jennifer read it upside down from where she was forced to kneel and laughed once, hoarse and delighted.</w:t>
      </w:r>
    </w:p>
    <w:p>
      <w:r>
        <w:rPr>
          <w:rFonts w:ascii="IM Fell English" w:hAnsi="IM Fell English"/>
          <w:color w:val="141414"/>
          <w:sz w:val="24"/>
        </w:rPr>
        <w:t>“First true heat. Cute. The last two days were what, practice?”</w:t>
      </w:r>
    </w:p>
    <w:p>
      <w:r>
        <w:rPr>
          <w:rFonts w:ascii="IM Fell English" w:hAnsi="IM Fell English"/>
          <w:color w:val="141414"/>
          <w:sz w:val="24"/>
        </w:rPr>
        <w:t>Jackie shortened the lead and forced her face toward the empty center.</w:t>
      </w:r>
    </w:p>
    <w:p>
      <w:r>
        <w:rPr>
          <w:rFonts w:ascii="IM Fell English" w:hAnsi="IM Fell English"/>
          <w:color w:val="141414"/>
          <w:sz w:val="24"/>
        </w:rPr>
        <w:t>“Look at it.”</w:t>
      </w:r>
    </w:p>
    <w:p>
      <w:r>
        <w:rPr>
          <w:rFonts w:ascii="IM Fell English" w:hAnsi="IM Fell English"/>
          <w:color w:val="141414"/>
          <w:sz w:val="24"/>
        </w:rPr>
        <w:t>Jennifer looked.</w:t>
      </w:r>
    </w:p>
    <w:p>
      <w:r>
        <w:rPr>
          <w:rFonts w:ascii="IM Fell English" w:hAnsi="IM Fell English"/>
          <w:color w:val="141414"/>
          <w:sz w:val="24"/>
        </w:rPr>
        <w:t>“I’m going to make a joke when she rises,” she whispered. “If I don’t, assume I’m dead.”</w:t>
      </w:r>
    </w:p>
    <w:p>
      <w:r>
        <w:rPr>
          <w:rFonts w:ascii="IM Fell English" w:hAnsi="IM Fell English"/>
          <w:color w:val="141414"/>
          <w:sz w:val="24"/>
        </w:rPr>
        <w:t>Jackie stood behind her with the lead wrapped twice around her fist and the desert wind scraping salt across all three offerings.</w:t>
      </w:r>
    </w:p>
    <w:p>
      <w:r>
        <w:rPr>
          <w:rFonts w:ascii="IM Fell English" w:hAnsi="IM Fell English"/>
          <w:color w:val="141414"/>
          <w:sz w:val="24"/>
        </w:rPr>
        <w:t>“You’re not dying tomorrow.”</w:t>
      </w:r>
    </w:p>
    <w:p>
      <w:r>
        <w:rPr>
          <w:rFonts w:ascii="IM Fell English" w:hAnsi="IM Fell English"/>
          <w:color w:val="141414"/>
          <w:sz w:val="24"/>
        </w:rPr>
        <w:t>Jennifer’s smile was pure wrong devotion.</w:t>
      </w:r>
    </w:p>
    <w:p>
      <w:r>
        <w:rPr>
          <w:rFonts w:ascii="IM Fell English" w:hAnsi="IM Fell English"/>
          <w:color w:val="141414"/>
          <w:sz w:val="24"/>
        </w:rPr>
        <w:t>“No. I’m getting married again. To the ground.”</w:t>
      </w:r>
    </w:p>
    <w:p>
      <w:r>
        <w:rPr>
          <w:rFonts w:ascii="IM Fell English" w:hAnsi="IM Fell English"/>
          <w:color w:val="141414"/>
          <w:sz w:val="24"/>
        </w:rPr>
        <w:t>Behind them, the procession route lay marked in disturbed crust and body-sign. Ahead of them, the basin waited with its unbroken skin.</w:t>
      </w:r>
    </w:p>
    <w:p>
      <w:r>
        <w:rPr>
          <w:rFonts w:ascii="IM Fell English" w:hAnsi="IM Fell English"/>
          <w:color w:val="141414"/>
          <w:sz w:val="24"/>
        </w:rPr>
        <w:t>Brazil had taken screams from a roof.</w:t>
      </w:r>
      <w:r>
        <w:rPr>
          <w:rFonts w:ascii="IM Fell English" w:hAnsi="IM Fell English"/>
          <w:color w:val="141414"/>
          <w:sz w:val="24"/>
        </w:rPr>
      </w:r>
      <w:r>
        <w:rPr>
          <w:rFonts w:ascii="IM Fell English" w:hAnsi="IM Fell English"/>
          <w:color w:val="141414"/>
          <w:sz w:val="24"/>
        </w:rPr>
        <w:t>Danakil was about to take a bride from a wife’s hands and pull a goddess out of hell’s floor to receive her.</w:t>
      </w:r>
    </w:p>
    <w:p>
      <w:r>
        <w:rPr>
          <w:rFonts w:ascii="IM Fell English" w:hAnsi="IM Fell English"/>
          <w:color w:val="141414"/>
          <w:sz w:val="24"/>
        </w:rPr>
        <w:t>Night came down hard and white-starred over the salt.</w:t>
      </w:r>
    </w:p>
    <w:p>
      <w:r>
        <w:rPr>
          <w:rFonts w:ascii="IM Fell English" w:hAnsi="IM Fell English"/>
          <w:color w:val="141414"/>
          <w:sz w:val="24"/>
        </w:rPr>
        <w:t>Jennifer slept kneeling because the lead did not allow better.</w:t>
      </w:r>
      <w:r>
        <w:rPr>
          <w:rFonts w:ascii="IM Fell English" w:hAnsi="IM Fell English"/>
          <w:color w:val="141414"/>
          <w:sz w:val="24"/>
        </w:rPr>
      </w:r>
      <w:r>
        <w:rPr>
          <w:rFonts w:ascii="IM Fell English" w:hAnsi="IM Fell English"/>
          <w:color w:val="141414"/>
          <w:sz w:val="24"/>
        </w:rPr>
        <w:t>Katie and Sekhmet slept sitting under their presenters’ watch.</w:t>
      </w:r>
      <w:r>
        <w:rPr>
          <w:rFonts w:ascii="IM Fell English" w:hAnsi="IM Fell English"/>
          <w:color w:val="141414"/>
          <w:sz w:val="24"/>
        </w:rPr>
      </w:r>
      <w:r>
        <w:rPr>
          <w:rFonts w:ascii="IM Fell English" w:hAnsi="IM Fell English"/>
          <w:color w:val="141414"/>
          <w:sz w:val="24"/>
        </w:rPr>
        <w:t>Jackie did not sleep much at all.</w:t>
      </w:r>
    </w:p>
    <w:p>
      <w:r>
        <w:rPr>
          <w:rFonts w:ascii="IM Fell English" w:hAnsi="IM Fell English"/>
          <w:color w:val="141414"/>
          <w:sz w:val="24"/>
        </w:rPr>
        <w:t>She watched the basin as if the sand might rise early and steal the offering before the words were spoken.</w:t>
      </w:r>
    </w:p>
    <w:p>
      <w:pPr>
        <w:pStyle w:val="Heading1"/>
        <w:jc w:val="center"/>
      </w:pPr>
      <w:r>
        <w:rPr>
          <w:rFonts w:ascii="IM Fell English" w:hAnsi="IM Fell English"/>
          <w:color w:val="0D0D0D"/>
        </w:rPr>
        <w:t>CHAPTER 26 — THE DESERT GODDESS</w:t>
      </w:r>
    </w:p>
    <w:p>
      <w:r>
        <w:rPr>
          <w:rFonts w:ascii="IM Fell English" w:hAnsi="IM Fell English"/>
          <w:color w:val="141414"/>
          <w:sz w:val="24"/>
        </w:rPr>
        <w:t>First true heat came up like a blade.</w:t>
      </w:r>
    </w:p>
    <w:p>
      <w:r>
        <w:rPr>
          <w:rFonts w:ascii="IM Fell English" w:hAnsi="IM Fell English"/>
          <w:color w:val="141414"/>
          <w:sz w:val="24"/>
        </w:rPr>
        <w:t>The basin was already shimmering when Jackie walked Jennifer down from the rim on a short lead. Jennifer crawled until Jackie ordered her upright for the last steps, bound arms behind her, presentation collar bright against sunburned skin, salt-paste marks dusted into the cracks of her body. Katie came next under Lilith, cleaner, steadier. Sekhmet came under Jimmy the same way. Three offerings. Three presenters. No corporation speech board. No tablet. Only desert law and the unbroken crust at center.</w:t>
      </w:r>
    </w:p>
    <w:p>
      <w:r>
        <w:rPr>
          <w:rFonts w:ascii="IM Fell English" w:hAnsi="IM Fell English"/>
          <w:color w:val="141414"/>
          <w:sz w:val="24"/>
        </w:rPr>
        <w:t>Jennifer’s voice was sandpaper and joy.</w:t>
      </w:r>
    </w:p>
    <w:p>
      <w:r>
        <w:rPr>
          <w:rFonts w:ascii="IM Fell English" w:hAnsi="IM Fell English"/>
          <w:color w:val="141414"/>
          <w:sz w:val="24"/>
        </w:rPr>
        <w:t>“If she oversleeps, I’m billing the honeymoon package.”</w:t>
      </w:r>
    </w:p>
    <w:p>
      <w:r>
        <w:rPr>
          <w:rFonts w:ascii="IM Fell English" w:hAnsi="IM Fell English"/>
          <w:color w:val="141414"/>
          <w:sz w:val="24"/>
        </w:rPr>
        <w:t>Jackie did not smile.</w:t>
      </w:r>
    </w:p>
    <w:p>
      <w:r>
        <w:rPr>
          <w:rFonts w:ascii="IM Fell English" w:hAnsi="IM Fell English"/>
          <w:color w:val="141414"/>
          <w:sz w:val="24"/>
        </w:rPr>
        <w:t>“Quiet.”</w:t>
      </w:r>
    </w:p>
    <w:p>
      <w:r>
        <w:rPr>
          <w:rFonts w:ascii="IM Fell English" w:hAnsi="IM Fell English"/>
          <w:color w:val="141414"/>
          <w:sz w:val="24"/>
        </w:rPr>
        <w:t>They stopped at the black ring staked in the basin floor. Heat punched through the soles of their feet. The air stank of sulfur and hot mineral. Far off, the salt flats cracked under expanding sun. Jackie put Jennifer on her knees in the center and kept the lead wound around her fist. Lilith placed Katie kneeling to Jennifer’s left, one pace back. Jimmy placed Sekhmet to Jennifer’s right, one pace back. Hierarchy written in position.</w:t>
      </w:r>
    </w:p>
    <w:p>
      <w:r>
        <w:rPr>
          <w:rFonts w:ascii="IM Fell English" w:hAnsi="IM Fell English"/>
          <w:color w:val="141414"/>
          <w:sz w:val="24"/>
        </w:rPr>
        <w:t>Jackie raised her face to the empty basin.</w:t>
      </w:r>
    </w:p>
    <w:p>
      <w:r>
        <w:rPr>
          <w:rFonts w:ascii="IM Fell English" w:hAnsi="IM Fell English"/>
          <w:color w:val="141414"/>
          <w:sz w:val="24"/>
        </w:rPr>
        <w:t>“Desert Goddess. Priestess Melinda. The honeymoon offering is ready.”</w:t>
      </w:r>
    </w:p>
    <w:p>
      <w:r>
        <w:rPr>
          <w:rFonts w:ascii="IM Fell English" w:hAnsi="IM Fell English"/>
          <w:color w:val="141414"/>
          <w:sz w:val="24"/>
        </w:rPr>
        <w:t>Nothing moved.</w:t>
      </w:r>
    </w:p>
    <w:p>
      <w:r>
        <w:rPr>
          <w:rFonts w:ascii="IM Fell English" w:hAnsi="IM Fell English"/>
          <w:color w:val="141414"/>
          <w:sz w:val="24"/>
        </w:rPr>
        <w:t>Jennifer whispered, barely audible,</w:t>
      </w:r>
    </w:p>
    <w:p>
      <w:r>
        <w:rPr>
          <w:rFonts w:ascii="IM Fell English" w:hAnsi="IM Fell English"/>
          <w:color w:val="141414"/>
          <w:sz w:val="24"/>
        </w:rPr>
        <w:t>“Knock harder.”</w:t>
      </w:r>
    </w:p>
    <w:p>
      <w:r>
        <w:rPr>
          <w:rFonts w:ascii="IM Fell English" w:hAnsi="IM Fell English"/>
          <w:color w:val="141414"/>
          <w:sz w:val="24"/>
        </w:rPr>
        <w:t>The crust under Jennifer’s knees shuddered.</w:t>
      </w:r>
    </w:p>
    <w:p>
      <w:r>
        <w:rPr>
          <w:rFonts w:ascii="IM Fell English" w:hAnsi="IM Fell English"/>
          <w:color w:val="141414"/>
          <w:sz w:val="24"/>
        </w:rPr>
        <w:t>Sand did not explode.</w:t>
      </w:r>
    </w:p>
    <w:p>
      <w:r>
        <w:rPr>
          <w:rFonts w:ascii="IM Fell English" w:hAnsi="IM Fell English"/>
          <w:color w:val="141414"/>
          <w:sz w:val="24"/>
        </w:rPr>
        <w:t>It sank first — a slow inward breath around the ring — then split in a long uneven seam. Heat rolled out in a thicker wave. Salt dust lifted and hung. A hand came through first: dark with mineral stain, fingers ringed in old metal, palm scored with ritual scars that looked older than the corporation. Then a forearm. Then Melinda rose from the Danakil floor as if the desert had been wearing her underneath the whole time.</w:t>
      </w:r>
    </w:p>
    <w:p>
      <w:r>
        <w:rPr>
          <w:rFonts w:ascii="IM Fell English" w:hAnsi="IM Fell English"/>
          <w:color w:val="141414"/>
          <w:sz w:val="24"/>
        </w:rPr>
        <w:t>She came up coated in salt and yellow dust, naked under a skirt of cracked leather and bone beads, hair matted into thick cords, eyes the color of heat haze over black rock. She did not stumble. She stood to full height in the basin center and the temperature felt like it leaned toward her.</w:t>
      </w:r>
    </w:p>
    <w:p>
      <w:r>
        <w:rPr>
          <w:rFonts w:ascii="IM Fell English" w:hAnsi="IM Fell English"/>
          <w:color w:val="141414"/>
          <w:sz w:val="24"/>
        </w:rPr>
        <w:t>Jennifer looked up, bound and ruined, and exhaled a broken laugh.</w:t>
      </w:r>
    </w:p>
    <w:p>
      <w:r>
        <w:rPr>
          <w:rFonts w:ascii="IM Fell English" w:hAnsi="IM Fell English"/>
          <w:color w:val="141414"/>
          <w:sz w:val="24"/>
        </w:rPr>
        <w:t>“Okay. That’s a fucking entrance.”</w:t>
      </w:r>
    </w:p>
    <w:p>
      <w:r>
        <w:rPr>
          <w:rFonts w:ascii="IM Fell English" w:hAnsi="IM Fell English"/>
          <w:color w:val="141414"/>
          <w:sz w:val="24"/>
        </w:rPr>
        <w:t>Melinda’s gaze found her first and stayed there long enough to make the joke thin out.</w:t>
      </w:r>
    </w:p>
    <w:p>
      <w:r>
        <w:rPr>
          <w:rFonts w:ascii="IM Fell English" w:hAnsi="IM Fell English"/>
          <w:color w:val="141414"/>
          <w:sz w:val="24"/>
        </w:rPr>
        <w:t>Jackie did not kneel. Presenters stood in this land. She shortened the lead and spoke clean.</w:t>
      </w:r>
    </w:p>
    <w:p>
      <w:r>
        <w:rPr>
          <w:rFonts w:ascii="IM Fell English" w:hAnsi="IM Fell English"/>
          <w:color w:val="141414"/>
          <w:sz w:val="24"/>
        </w:rPr>
        <w:t>“I am Jackie. Claiming wife. This is Jennifer, my target-wife, my honeymoon bride. I offer her to you, Priestess Melinda, Desert Goddess of Pure Hell. Primary offering. Body already broken under marriage law. Intake ruled. Protocol complete. Take her.”</w:t>
      </w:r>
    </w:p>
    <w:p>
      <w:r>
        <w:rPr>
          <w:rFonts w:ascii="IM Fell English" w:hAnsi="IM Fell English"/>
          <w:color w:val="141414"/>
          <w:sz w:val="24"/>
        </w:rPr>
        <w:t>Melinda stepped close and took Jennifer’s chin with sand-grit fingers. She turned Jennifer’s face left, right, inspected teeth, throat, the collar ring, the cross-line on her sternum. Jennifer held still and still managed, hoarse:</w:t>
      </w:r>
    </w:p>
    <w:p>
      <w:r>
        <w:rPr>
          <w:rFonts w:ascii="IM Fell English" w:hAnsi="IM Fell English"/>
          <w:color w:val="141414"/>
          <w:sz w:val="24"/>
        </w:rPr>
        <w:t>“If you’re checking for warranty, it’s void.”</w:t>
      </w:r>
    </w:p>
    <w:p>
      <w:r>
        <w:rPr>
          <w:rFonts w:ascii="IM Fell English" w:hAnsi="IM Fell English"/>
          <w:color w:val="141414"/>
          <w:sz w:val="24"/>
        </w:rPr>
        <w:t>Melinda’s mouth moved in something like a smile that had no kindness in it.</w:t>
      </w:r>
    </w:p>
    <w:p>
      <w:r>
        <w:rPr>
          <w:rFonts w:ascii="IM Fell English" w:hAnsi="IM Fell English"/>
          <w:color w:val="141414"/>
          <w:sz w:val="24"/>
        </w:rPr>
        <w:t>“She still speaks.”</w:t>
      </w:r>
    </w:p>
    <w:p>
      <w:r>
        <w:rPr>
          <w:rFonts w:ascii="IM Fell English" w:hAnsi="IM Fell English"/>
          <w:color w:val="141414"/>
          <w:sz w:val="24"/>
        </w:rPr>
        <w:t>“Yes,” Jackie said.</w:t>
      </w:r>
    </w:p>
    <w:p>
      <w:r>
        <w:rPr>
          <w:rFonts w:ascii="IM Fell English" w:hAnsi="IM Fell English"/>
          <w:color w:val="141414"/>
          <w:sz w:val="24"/>
        </w:rPr>
        <w:t>“Good.”</w:t>
      </w:r>
    </w:p>
    <w:p>
      <w:r>
        <w:rPr>
          <w:rFonts w:ascii="IM Fell English" w:hAnsi="IM Fell English"/>
          <w:color w:val="141414"/>
          <w:sz w:val="24"/>
        </w:rPr>
        <w:t>Melinda released Jennifer’s chin and looked at Jackie.</w:t>
      </w:r>
    </w:p>
    <w:p>
      <w:r>
        <w:rPr>
          <w:rFonts w:ascii="IM Fell English" w:hAnsi="IM Fell English"/>
          <w:color w:val="141414"/>
          <w:sz w:val="24"/>
        </w:rPr>
        <w:t>“You offer her freely?”</w:t>
      </w:r>
    </w:p>
    <w:p>
      <w:r>
        <w:rPr>
          <w:rFonts w:ascii="IM Fell English" w:hAnsi="IM Fell English"/>
          <w:color w:val="141414"/>
          <w:sz w:val="24"/>
        </w:rPr>
        <w:t>“I offer her as my wife.”</w:t>
      </w:r>
    </w:p>
    <w:p>
      <w:r>
        <w:rPr>
          <w:rFonts w:ascii="IM Fell English" w:hAnsi="IM Fell English"/>
          <w:color w:val="141414"/>
          <w:sz w:val="24"/>
        </w:rPr>
        <w:t>“Then she remains yours after I take her.”</w:t>
      </w:r>
    </w:p>
    <w:p>
      <w:r>
        <w:rPr>
          <w:rFonts w:ascii="IM Fell English" w:hAnsi="IM Fell English"/>
          <w:color w:val="141414"/>
          <w:sz w:val="24"/>
        </w:rPr>
        <w:t>Jackie’s answer was immediate.</w:t>
      </w:r>
    </w:p>
    <w:p>
      <w:r>
        <w:rPr>
          <w:rFonts w:ascii="IM Fell English" w:hAnsi="IM Fell English"/>
          <w:color w:val="141414"/>
          <w:sz w:val="24"/>
        </w:rPr>
        <w:t>“Always.”</w:t>
      </w:r>
    </w:p>
    <w:p>
      <w:r>
        <w:rPr>
          <w:rFonts w:ascii="IM Fell English" w:hAnsi="IM Fell English"/>
          <w:color w:val="141414"/>
          <w:sz w:val="24"/>
        </w:rPr>
        <w:t>Melinda nodded once, as if that was the only correct religion, and turned her head slightly.</w:t>
      </w:r>
    </w:p>
    <w:p>
      <w:r>
        <w:rPr>
          <w:rFonts w:ascii="IM Fell English" w:hAnsi="IM Fell English"/>
          <w:color w:val="141414"/>
          <w:sz w:val="24"/>
        </w:rPr>
        <w:t>Lilith stepped forward with Katie’s lead.</w:t>
      </w:r>
    </w:p>
    <w:p>
      <w:r>
        <w:rPr>
          <w:rFonts w:ascii="IM Fell English" w:hAnsi="IM Fell English"/>
          <w:color w:val="141414"/>
          <w:sz w:val="24"/>
        </w:rPr>
        <w:t>“I am Lilith. I offer Katie to you, Desert Goddess. Side offering. Willing under my hand.”</w:t>
      </w:r>
    </w:p>
    <w:p>
      <w:r>
        <w:rPr>
          <w:rFonts w:ascii="IM Fell English" w:hAnsi="IM Fell English"/>
          <w:color w:val="141414"/>
          <w:sz w:val="24"/>
        </w:rPr>
        <w:t>Katie kept her eyes down until Melinda lifted her face and examined her with a shorter, cooler inspection. A touch at the collar. A press at the shoulder. Acceptance without the same hunger.</w:t>
      </w:r>
    </w:p>
    <w:p>
      <w:r>
        <w:rPr>
          <w:rFonts w:ascii="IM Fell English" w:hAnsi="IM Fell English"/>
          <w:color w:val="141414"/>
          <w:sz w:val="24"/>
        </w:rPr>
        <w:t>Jimmy brought Sekhmet forward.</w:t>
      </w:r>
    </w:p>
    <w:p>
      <w:r>
        <w:rPr>
          <w:rFonts w:ascii="IM Fell English" w:hAnsi="IM Fell English"/>
          <w:color w:val="141414"/>
          <w:sz w:val="24"/>
        </w:rPr>
        <w:t>“I am Jimmy. I offer Sekhmet to you, Desert Goddess. Side offering. Willing under my hand.”</w:t>
      </w:r>
    </w:p>
    <w:p>
      <w:r>
        <w:rPr>
          <w:rFonts w:ascii="IM Fell English" w:hAnsi="IM Fell English"/>
          <w:color w:val="141414"/>
          <w:sz w:val="24"/>
        </w:rPr>
        <w:t>Melinda inspected Sekhmet the same way — precise, not primary. Then she stepped back until all three offerings were in her sight at once: Jennifer ruined at center, Katie and Sekhmet cleaner at the flanks.</w:t>
      </w:r>
    </w:p>
    <w:p>
      <w:r>
        <w:rPr>
          <w:rFonts w:ascii="IM Fell English" w:hAnsi="IM Fell English"/>
          <w:color w:val="141414"/>
          <w:sz w:val="24"/>
        </w:rPr>
        <w:t>“Three offered. One crowned in damage.” Melinda’s voice carried like heat over metal. “The desert accepts.”</w:t>
      </w:r>
    </w:p>
    <w:p>
      <w:r>
        <w:rPr>
          <w:rFonts w:ascii="IM Fell English" w:hAnsi="IM Fell English"/>
          <w:color w:val="141414"/>
          <w:sz w:val="24"/>
        </w:rPr>
        <w:t>Jennifer’s shoulders shook with a silent laugh that became sound.</w:t>
      </w:r>
    </w:p>
    <w:p>
      <w:r>
        <w:rPr>
          <w:rFonts w:ascii="IM Fell English" w:hAnsi="IM Fell English"/>
          <w:color w:val="141414"/>
          <w:sz w:val="24"/>
        </w:rPr>
        <w:t>“Crowned in damage. Put that on my headstone.”</w:t>
      </w:r>
    </w:p>
    <w:p>
      <w:r>
        <w:rPr>
          <w:rFonts w:ascii="IM Fell English" w:hAnsi="IM Fell English"/>
          <w:color w:val="141414"/>
          <w:sz w:val="24"/>
        </w:rPr>
        <w:t>Melinda looked down at her.</w:t>
      </w:r>
    </w:p>
    <w:p>
      <w:r>
        <w:rPr>
          <w:rFonts w:ascii="IM Fell English" w:hAnsi="IM Fell English"/>
          <w:color w:val="141414"/>
          <w:sz w:val="24"/>
        </w:rPr>
        <w:t>“You will not need a headstone yet.”</w:t>
      </w:r>
    </w:p>
    <w:p>
      <w:r>
        <w:rPr>
          <w:rFonts w:ascii="IM Fell English" w:hAnsi="IM Fell English"/>
          <w:color w:val="141414"/>
          <w:sz w:val="24"/>
        </w:rPr>
        <w:t>Acceptance was not symbolic only.</w:t>
      </w:r>
    </w:p>
    <w:p>
      <w:r>
        <w:rPr>
          <w:rFonts w:ascii="IM Fell English" w:hAnsi="IM Fell English"/>
          <w:color w:val="141414"/>
          <w:sz w:val="24"/>
        </w:rPr>
        <w:t>Melinda took Jennifer first on the basin floor while the presenters held station and the side offerings remained kneeling. No privacy. No soft transition. She used Jennifer with the calm of a rite: mouth first, then cunt, then ass, hands braced in salt, body still half-dusted from rising. Jackie held the lead the entire time so every motion Jennifer made still answered to marriage ownership inside the goddess’s claim. Jennifer’s jokes died into raw noise and then came back in fragments between impacts.</w:t>
      </w:r>
    </w:p>
    <w:p>
      <w:r>
        <w:rPr>
          <w:rFonts w:ascii="IM Fell English" w:hAnsi="IM Fell English"/>
          <w:color w:val="141414"/>
          <w:sz w:val="24"/>
        </w:rPr>
        <w:t>“H-honeymoon— upgraded—”</w:t>
      </w:r>
    </w:p>
    <w:p>
      <w:r>
        <w:rPr>
          <w:rFonts w:ascii="IM Fell English" w:hAnsi="IM Fell English"/>
          <w:color w:val="141414"/>
          <w:sz w:val="24"/>
        </w:rPr>
        <w:t>Melinda put her down harder for that and made her swallow desert intake from her own body as part of reception — not long, not theatrical, exact. Jennifer gagged and took it because the rule had already been married into her for two days. When Melinda finally rose from her, Jennifer was shaking on her side in the crust, unable to find a clean breath, eyes open on Jackie like the lead was the only fixed point left.</w:t>
      </w:r>
    </w:p>
    <w:p>
      <w:r>
        <w:rPr>
          <w:rFonts w:ascii="IM Fell English" w:hAnsi="IM Fell English"/>
          <w:color w:val="141414"/>
          <w:sz w:val="24"/>
        </w:rPr>
        <w:t>Melinda wiped her mouth with the back of her hand and nodded to Lilith and Jimmy.</w:t>
      </w:r>
    </w:p>
    <w:p>
      <w:r>
        <w:rPr>
          <w:rFonts w:ascii="IM Fell English" w:hAnsi="IM Fell English"/>
          <w:color w:val="141414"/>
          <w:sz w:val="24"/>
        </w:rPr>
        <w:t>“Side offerings. Lesser use. They remain intact for the wood.”</w:t>
      </w:r>
    </w:p>
    <w:p>
      <w:r>
        <w:rPr>
          <w:rFonts w:ascii="IM Fell English" w:hAnsi="IM Fell English"/>
          <w:color w:val="141414"/>
          <w:sz w:val="24"/>
        </w:rPr>
        <w:t>Lilith and Jimmy presented Katie and Sekhmet in turn. Melinda used each with controlled severity — enough to mark acceptance, not enough to equal Jennifer’s ruin. Katie took it in silence with her jaw locked. Sekhmet took it with her eyes open on the empty air above Melinda’s shoulder. When it was done, both were returned to their knees one pace behind Jennifer’s line, breathing harder, still clearly secondary.</w:t>
      </w:r>
    </w:p>
    <w:p>
      <w:r>
        <w:rPr>
          <w:rFonts w:ascii="IM Fell English" w:hAnsi="IM Fell English"/>
          <w:color w:val="141414"/>
          <w:sz w:val="24"/>
        </w:rPr>
        <w:t>Melinda faced the three presenters.</w:t>
      </w:r>
    </w:p>
    <w:p>
      <w:r>
        <w:rPr>
          <w:rFonts w:ascii="IM Fell English" w:hAnsi="IM Fell English"/>
          <w:color w:val="141414"/>
          <w:sz w:val="24"/>
        </w:rPr>
        <w:t>“At last heat before dark, the crosses go up. Primary in center. Side offerings left and right. Nails. Stacked feet on the primary. The feast happens below in the dirt while they hang.”</w:t>
      </w:r>
    </w:p>
    <w:p>
      <w:r>
        <w:rPr>
          <w:rFonts w:ascii="IM Fell English" w:hAnsi="IM Fell English"/>
          <w:color w:val="141414"/>
          <w:sz w:val="24"/>
        </w:rPr>
        <w:t>Jennifer, cheek in salt, whispered,</w:t>
      </w:r>
    </w:p>
    <w:p>
      <w:r>
        <w:rPr>
          <w:rFonts w:ascii="IM Fell English" w:hAnsi="IM Fell English"/>
          <w:color w:val="141414"/>
          <w:sz w:val="24"/>
        </w:rPr>
        <w:t>“There it is.”</w:t>
      </w:r>
    </w:p>
    <w:p>
      <w:r>
        <w:rPr>
          <w:rFonts w:ascii="IM Fell English" w:hAnsi="IM Fell English"/>
          <w:color w:val="141414"/>
          <w:sz w:val="24"/>
        </w:rPr>
        <w:t>Jackie did not flinch.</w:t>
      </w:r>
    </w:p>
    <w:p>
      <w:r>
        <w:rPr>
          <w:rFonts w:ascii="IM Fell English" w:hAnsi="IM Fell English"/>
          <w:color w:val="141414"/>
          <w:sz w:val="24"/>
        </w:rPr>
        <w:t>“My wife remains mine while she hangs.”</w:t>
      </w:r>
    </w:p>
    <w:p>
      <w:r>
        <w:rPr>
          <w:rFonts w:ascii="IM Fell English" w:hAnsi="IM Fell English"/>
          <w:color w:val="141414"/>
          <w:sz w:val="24"/>
        </w:rPr>
        <w:t>Melinda’s heat-haze eyes slid to Jackie.</w:t>
      </w:r>
    </w:p>
    <w:p>
      <w:r>
        <w:rPr>
          <w:rFonts w:ascii="IM Fell English" w:hAnsi="IM Fell English"/>
          <w:color w:val="141414"/>
          <w:sz w:val="24"/>
        </w:rPr>
        <w:t>“Then you stand under her and keep your claim visible.”</w:t>
      </w:r>
    </w:p>
    <w:p>
      <w:r>
        <w:rPr>
          <w:rFonts w:ascii="IM Fell English" w:hAnsi="IM Fell English"/>
          <w:color w:val="141414"/>
          <w:sz w:val="24"/>
        </w:rPr>
        <w:t>“I will.”</w:t>
      </w:r>
    </w:p>
    <w:p>
      <w:r>
        <w:rPr>
          <w:rFonts w:ascii="IM Fell English" w:hAnsi="IM Fell English"/>
          <w:color w:val="141414"/>
          <w:sz w:val="24"/>
        </w:rPr>
        <w:t>Melinda looked over Jennifer one more time, almost approving.</w:t>
      </w:r>
    </w:p>
    <w:p>
      <w:r>
        <w:rPr>
          <w:rFonts w:ascii="IM Fell English" w:hAnsi="IM Fell English"/>
          <w:color w:val="141414"/>
          <w:sz w:val="24"/>
        </w:rPr>
        <w:t>“She will joke until the nails take the breath. That is why she is center.”</w:t>
      </w:r>
    </w:p>
    <w:p>
      <w:r>
        <w:rPr>
          <w:rFonts w:ascii="IM Fell English" w:hAnsi="IM Fell English"/>
          <w:color w:val="141414"/>
          <w:sz w:val="24"/>
        </w:rPr>
        <w:t>Jennifer forced one more line upward, thin and bright:</w:t>
      </w:r>
    </w:p>
    <w:p>
      <w:r>
        <w:rPr>
          <w:rFonts w:ascii="IM Fell English" w:hAnsi="IM Fell English"/>
          <w:color w:val="141414"/>
          <w:sz w:val="24"/>
        </w:rPr>
        <w:t>“If I pass out mid-joke, tell everyone it was intentional.”</w:t>
      </w:r>
    </w:p>
    <w:p>
      <w:r>
        <w:rPr>
          <w:rFonts w:ascii="IM Fell English" w:hAnsi="IM Fell English"/>
          <w:color w:val="141414"/>
          <w:sz w:val="24"/>
        </w:rPr>
        <w:t>Jackie crouched, wound the lead around her fist, and kissed Jennifer’s filthy mouth in front of the goddess.</w:t>
      </w:r>
    </w:p>
    <w:p>
      <w:r>
        <w:rPr>
          <w:rFonts w:ascii="IM Fell English" w:hAnsi="IM Fell English"/>
          <w:color w:val="141414"/>
          <w:sz w:val="24"/>
        </w:rPr>
        <w:t>“Stay awake long enough to hate me properly.”</w:t>
      </w:r>
    </w:p>
    <w:p>
      <w:r>
        <w:rPr>
          <w:rFonts w:ascii="IM Fell English" w:hAnsi="IM Fell English"/>
          <w:color w:val="141414"/>
          <w:sz w:val="24"/>
        </w:rPr>
        <w:t>Jennifer’s eyes fluttered and held.</w:t>
      </w:r>
    </w:p>
    <w:p>
      <w:r>
        <w:rPr>
          <w:rFonts w:ascii="IM Fell English" w:hAnsi="IM Fell English"/>
          <w:color w:val="141414"/>
          <w:sz w:val="24"/>
        </w:rPr>
        <w:t>“Always.”</w:t>
      </w:r>
    </w:p>
    <w:p>
      <w:r>
        <w:rPr>
          <w:rFonts w:ascii="IM Fell English" w:hAnsi="IM Fell English"/>
          <w:color w:val="141414"/>
          <w:sz w:val="24"/>
        </w:rPr>
        <w:t>They left the basin center marked by bodies and disturbed sand where Melinda had risen. The seam in the crust did not close all the way. It remained a darker wound in the white, as if the desert intended to watch.</w:t>
      </w:r>
    </w:p>
    <w:p>
      <w:r>
        <w:rPr>
          <w:rFonts w:ascii="IM Fell English" w:hAnsi="IM Fell English"/>
          <w:color w:val="141414"/>
          <w:sz w:val="24"/>
        </w:rPr>
        <w:t>Handlers began assembling wood at the far stakes as the sun climbed. Three crossbeams. Three uprights. Nails in a covered tray that no one made elegant. Jennifer was kept on her knees in the ring with Jackie’s lead short. Katie and Sekhmet remained at her flanks under Lilith and Jimmy. Melinda stood apart in the heat shimmer, dust still falling from her hair, a goddess who had not bothered to wash the ground off because the ground was her body.</w:t>
      </w:r>
    </w:p>
    <w:p>
      <w:r>
        <w:rPr>
          <w:rFonts w:ascii="IM Fell English" w:hAnsi="IM Fell English"/>
          <w:color w:val="141414"/>
          <w:sz w:val="24"/>
        </w:rPr>
        <w:t>Jennifer stared at the forming crosses and rasped,</w:t>
      </w:r>
    </w:p>
    <w:p>
      <w:r>
        <w:rPr>
          <w:rFonts w:ascii="IM Fell English" w:hAnsi="IM Fell English"/>
          <w:color w:val="141414"/>
          <w:sz w:val="24"/>
        </w:rPr>
        <w:t>“Nevada was claim. Trees were vows. Brazil was the wedding.”</w:t>
      </w:r>
    </w:p>
    <w:p>
      <w:r>
        <w:rPr>
          <w:rFonts w:ascii="IM Fell English" w:hAnsi="IM Fell English"/>
          <w:color w:val="141414"/>
          <w:sz w:val="24"/>
        </w:rPr>
        <w:t>Jackie followed her gaze.</w:t>
      </w:r>
    </w:p>
    <w:p>
      <w:r>
        <w:rPr>
          <w:rFonts w:ascii="IM Fell English" w:hAnsi="IM Fell English"/>
          <w:color w:val="141414"/>
          <w:sz w:val="24"/>
        </w:rPr>
        <w:t>“And this?”</w:t>
      </w:r>
    </w:p>
    <w:p>
      <w:r>
        <w:rPr>
          <w:rFonts w:ascii="IM Fell English" w:hAnsi="IM Fell English"/>
          <w:color w:val="141414"/>
          <w:sz w:val="24"/>
        </w:rPr>
        <w:t>Jennifer’s cracked smile came back one last clean time before the afternoon hardened.</w:t>
      </w:r>
    </w:p>
    <w:p>
      <w:r>
        <w:rPr>
          <w:rFonts w:ascii="IM Fell English" w:hAnsi="IM Fell English"/>
          <w:color w:val="141414"/>
          <w:sz w:val="24"/>
        </w:rPr>
        <w:t>“This is where the honeymoon stops pretending it isn’t a sacrifice.”</w:t>
      </w:r>
    </w:p>
    <w:p>
      <w:r>
        <w:rPr>
          <w:rFonts w:ascii="IM Fell English" w:hAnsi="IM Fell English"/>
          <w:color w:val="141414"/>
          <w:sz w:val="24"/>
        </w:rPr>
        <w:t>Melinda’s voice reached them without effort.</w:t>
      </w:r>
    </w:p>
    <w:p>
      <w:r>
        <w:rPr>
          <w:rFonts w:ascii="IM Fell English" w:hAnsi="IM Fell English"/>
          <w:color w:val="141414"/>
          <w:sz w:val="24"/>
        </w:rPr>
        <w:t>“At last heat. Bring them to the wood.”</w:t>
      </w:r>
    </w:p>
    <w:p>
      <w:r>
        <w:rPr>
          <w:rFonts w:ascii="IM Fell English" w:hAnsi="IM Fell English"/>
          <w:color w:val="141414"/>
          <w:sz w:val="24"/>
        </w:rPr>
        <w:t>Jackie stood, lead tight, wife at her feet, desert open in every direction, and the three crosses rising like a marriage certificate written in timber and iron.</w:t>
      </w:r>
    </w:p>
    <w:p>
      <w:r>
        <w:rPr>
          <w:rFonts w:ascii="IM Fell English" w:hAnsi="IM Fell English"/>
          <w:color w:val="141414"/>
          <w:sz w:val="24"/>
        </w:rPr>
        <w:t>Under the sand, the seam kept breathing.</w:t>
      </w:r>
    </w:p>
    <w:p>
      <w:r>
        <w:rPr>
          <w:rFonts w:ascii="IM Fell English" w:hAnsi="IM Fell English"/>
          <w:color w:val="141414"/>
          <w:sz w:val="24"/>
        </w:rPr>
        <w:t>Above it, the offerings waited for nails.</w:t>
      </w:r>
    </w:p>
    <w:p>
      <w:pPr>
        <w:pStyle w:val="Heading1"/>
        <w:jc w:val="center"/>
      </w:pPr>
      <w:r>
        <w:rPr>
          <w:rFonts w:ascii="IM Fell English" w:hAnsi="IM Fell English"/>
          <w:color w:val="0D0D0D"/>
        </w:rPr>
        <w:t>CHAPTER 27 — THREE CROSSES</w:t>
      </w:r>
    </w:p>
    <w:p>
      <w:r>
        <w:rPr>
          <w:rFonts w:ascii="IM Fell English" w:hAnsi="IM Fell English"/>
          <w:color w:val="141414"/>
          <w:sz w:val="24"/>
        </w:rPr>
        <w:t>They raised the wood at 6:00 a.m. when the basin was already bleeding heat.</w:t>
      </w:r>
    </w:p>
    <w:p>
      <w:r>
        <w:rPr>
          <w:rFonts w:ascii="IM Fell English" w:hAnsi="IM Fell English"/>
          <w:color w:val="141414"/>
          <w:sz w:val="24"/>
        </w:rPr>
        <w:t>Three uprights. Three crossbeams. Nails in an open tray. Melinda stood barefoot on the salt crust with dust still in her hair from rising and watched the presenters bring their offerings forward like the desert had been waiting on paperwork.</w:t>
      </w:r>
    </w:p>
    <w:p>
      <w:r>
        <w:rPr>
          <w:rFonts w:ascii="IM Fell English" w:hAnsi="IM Fell English"/>
          <w:color w:val="141414"/>
          <w:sz w:val="24"/>
        </w:rPr>
        <w:t>Jennifer was first.</w:t>
      </w:r>
    </w:p>
    <w:p>
      <w:r>
        <w:rPr>
          <w:rFonts w:ascii="IM Fell English" w:hAnsi="IM Fell English"/>
          <w:color w:val="141414"/>
          <w:sz w:val="24"/>
        </w:rPr>
        <w:t>Jackie walked her to the center cross on a short lead, presentation collar still on, body a wreck of protocol marks, sun, and two days of enforced communion. Jennifer looked up at the beam and rasped,</w:t>
      </w:r>
    </w:p>
    <w:p>
      <w:r>
        <w:rPr>
          <w:rFonts w:ascii="IM Fell English" w:hAnsi="IM Fell English"/>
          <w:color w:val="141414"/>
          <w:sz w:val="24"/>
        </w:rPr>
        <w:t>“If this is the honeymoon suite upgrade, the ladder better count as romance.”</w:t>
      </w:r>
    </w:p>
    <w:p>
      <w:r>
        <w:rPr>
          <w:rFonts w:ascii="IM Fell English" w:hAnsi="IM Fell English"/>
          <w:color w:val="141414"/>
          <w:sz w:val="24"/>
        </w:rPr>
        <w:t>Jackie kissed her bloody mouth once.</w:t>
      </w:r>
    </w:p>
    <w:p>
      <w:r>
        <w:rPr>
          <w:rFonts w:ascii="IM Fell English" w:hAnsi="IM Fell English"/>
          <w:color w:val="141414"/>
          <w:sz w:val="24"/>
        </w:rPr>
        <w:t>“Arms out.”</w:t>
      </w:r>
    </w:p>
    <w:p>
      <w:r>
        <w:rPr>
          <w:rFonts w:ascii="IM Fell English" w:hAnsi="IM Fell English"/>
          <w:color w:val="141414"/>
          <w:sz w:val="24"/>
        </w:rPr>
        <w:t>They stretched Jennifer onto the center cross and drove a nail through each hand. Jennifer’s scream tore across the basin and broke into a broken laugh before it finished. When they stacked her feet and put the third nail through both, her whole body jerked and then hung, shaking, eyes wide open on Jackie.</w:t>
      </w:r>
    </w:p>
    <w:p>
      <w:r>
        <w:rPr>
          <w:rFonts w:ascii="IM Fell English" w:hAnsi="IM Fell English"/>
          <w:color w:val="141414"/>
          <w:sz w:val="24"/>
        </w:rPr>
        <w:t>“Fuck— okay— that’s intimate—”</w:t>
      </w:r>
    </w:p>
    <w:p>
      <w:r>
        <w:rPr>
          <w:rFonts w:ascii="IM Fell English" w:hAnsi="IM Fell English"/>
          <w:color w:val="141414"/>
          <w:sz w:val="24"/>
        </w:rPr>
        <w:t>Katie went up on the left cross under Lilith’s hand. Sekhmet went up on the right under Jimmy’s. Their nails went in hard and clean. They cried out. They did not get Jennifer’s center place and did not get Jennifer’s mouth. Side offerings. Supporting wood.</w:t>
      </w:r>
    </w:p>
    <w:p>
      <w:r>
        <w:rPr>
          <w:rFonts w:ascii="IM Fell English" w:hAnsi="IM Fell English"/>
          <w:color w:val="141414"/>
          <w:sz w:val="24"/>
        </w:rPr>
        <w:t>Melinda looked at the three of them hanging against first light and nodded once.</w:t>
      </w:r>
    </w:p>
    <w:p>
      <w:r>
        <w:rPr>
          <w:rFonts w:ascii="IM Fell English" w:hAnsi="IM Fell English"/>
          <w:color w:val="141414"/>
          <w:sz w:val="24"/>
        </w:rPr>
        <w:t>“Begin the feast.”</w:t>
      </w:r>
    </w:p>
    <w:p>
      <w:r>
        <w:rPr>
          <w:rFonts w:ascii="IM Fell English" w:hAnsi="IM Fell English"/>
          <w:color w:val="141414"/>
          <w:sz w:val="24"/>
        </w:rPr>
        <w:t>The dirt under the crosses filled with bodies.</w:t>
      </w:r>
    </w:p>
    <w:p>
      <w:r>
        <w:rPr>
          <w:rFonts w:ascii="IM Fell English" w:hAnsi="IM Fell English"/>
          <w:color w:val="141414"/>
          <w:sz w:val="24"/>
        </w:rPr>
        <w:t>Handlers, presenters’ men, desert crew, anyone assigned to the rite — a fuck feast in extreme heat directly beneath the hanging offerings. Jackie was pulled into it at once by Melinda’s order and did not resist. If her wife was going to hang as the Sadomasochism Christ, Jackie was going to be used under her where Jennifer could see every thrust and still know the lead had only changed shape.</w:t>
      </w:r>
    </w:p>
    <w:p>
      <w:r>
        <w:rPr>
          <w:rFonts w:ascii="IM Fell English" w:hAnsi="IM Fell English"/>
          <w:color w:val="141414"/>
          <w:sz w:val="24"/>
        </w:rPr>
        <w:t>Jennifer watched from the center cross through sweat and pain and started talking almost as soon as she could breathe around it.</w:t>
      </w:r>
    </w:p>
    <w:p>
      <w:r>
        <w:rPr>
          <w:rFonts w:ascii="IM Fell English" w:hAnsi="IM Fell English"/>
          <w:color w:val="141414"/>
          <w:sz w:val="24"/>
        </w:rPr>
        <w:t>“That’s it, wife. Take it like you paid for the room.”</w:t>
      </w:r>
    </w:p>
    <w:p>
      <w:r>
        <w:rPr>
          <w:rFonts w:ascii="IM Fell English" w:hAnsi="IM Fell English"/>
          <w:color w:val="141414"/>
          <w:sz w:val="24"/>
        </w:rPr>
        <w:t>A man under her laughed and got shoved harder into whoever he was mounting for the joke. Jackie, on her hands and knees in salt dirt with someone’s fist in her hair, lifted her eyes to Jennifer and mouthed something filthy that made Jennifer grin through pink teeth.</w:t>
      </w:r>
    </w:p>
    <w:p>
      <w:r>
        <w:rPr>
          <w:rFonts w:ascii="IM Fell English" w:hAnsi="IM Fell English"/>
          <w:color w:val="141414"/>
          <w:sz w:val="24"/>
        </w:rPr>
        <w:t>Katie hung to the left, breathing hard, blood running from her palms in thin dark lines down the wood. Sekhmet hung to the right, jaw locked, body tight against the nails. Neither of them was center. Neither of them had to carry the whole basin’s attention. Jennifer carried it for them and refused to shut up.</w:t>
      </w:r>
    </w:p>
    <w:p>
      <w:r>
        <w:rPr>
          <w:rFonts w:ascii="IM Fell English" w:hAnsi="IM Fell English"/>
          <w:color w:val="141414"/>
          <w:sz w:val="24"/>
        </w:rPr>
        <w:t>“Left side looks professional,” she croaked. “Right side looks like policy. Center is the whore who married for this.”</w:t>
      </w:r>
    </w:p>
    <w:p>
      <w:r>
        <w:rPr>
          <w:rFonts w:ascii="IM Fell English" w:hAnsi="IM Fell English"/>
          <w:color w:val="141414"/>
          <w:sz w:val="24"/>
        </w:rPr>
        <w:t>Melinda walked the line of the feast without joining at first, inspecting rhythm, heat, the way the hanging bodies twitched when noise rose. When she stopped under Jennifer she reached up and pressed two fingers into the nail-wound of Jennifer’s left hand until Jennifer’s voice broke.</w:t>
      </w:r>
    </w:p>
    <w:p>
      <w:r>
        <w:rPr>
          <w:rFonts w:ascii="IM Fell English" w:hAnsi="IM Fell English"/>
          <w:color w:val="141414"/>
          <w:sz w:val="24"/>
        </w:rPr>
        <w:t>“Still joking.”</w:t>
      </w:r>
    </w:p>
    <w:p>
      <w:r>
        <w:rPr>
          <w:rFonts w:ascii="IM Fell English" w:hAnsi="IM Fell English"/>
          <w:color w:val="141414"/>
          <w:sz w:val="24"/>
        </w:rPr>
        <w:t>“Until I can’t,” Jennifer gasped. “That’s the product.”</w:t>
      </w:r>
    </w:p>
    <w:p>
      <w:r>
        <w:rPr>
          <w:rFonts w:ascii="IM Fell English" w:hAnsi="IM Fell English"/>
          <w:color w:val="141414"/>
          <w:sz w:val="24"/>
        </w:rPr>
        <w:t>Melinda left her hanging and turned back to the dirt.</w:t>
      </w:r>
    </w:p>
    <w:p>
      <w:r>
        <w:rPr>
          <w:rFonts w:ascii="IM Fell English" w:hAnsi="IM Fell English"/>
          <w:color w:val="141414"/>
          <w:sz w:val="24"/>
        </w:rPr>
        <w:t>By late morning the basin stank of sex, blood, and hot mineral.</w:t>
      </w:r>
    </w:p>
    <w:p>
      <w:r>
        <w:rPr>
          <w:rFonts w:ascii="IM Fell English" w:hAnsi="IM Fell English"/>
          <w:color w:val="141414"/>
          <w:sz w:val="24"/>
        </w:rPr>
        <w:t>Jackie had been used in every hole under the crosses, passed around, put on her back in salt, put on her knees, put under Katie’s cross and then Sekhmet’s so the side offerings had to watch the claiming wife get wrecked while they hung. Jackie took it with open eyes whenever she could force them toward Jennifer. Marriage remained a sightline.</w:t>
      </w:r>
    </w:p>
    <w:p>
      <w:r>
        <w:rPr>
          <w:rFonts w:ascii="IM Fell English" w:hAnsi="IM Fell English"/>
          <w:color w:val="141414"/>
          <w:sz w:val="24"/>
        </w:rPr>
        <w:t>Jennifer kept cutting the feast with lines whenever the pain loosened enough to allow air.</w:t>
      </w:r>
    </w:p>
    <w:p>
      <w:r>
        <w:rPr>
          <w:rFonts w:ascii="IM Fell English" w:hAnsi="IM Fell English"/>
          <w:color w:val="141414"/>
          <w:sz w:val="24"/>
        </w:rPr>
        <w:t>“Someone check left and right. If they nap on company time, Melinda bills them.”</w:t>
      </w:r>
    </w:p>
    <w:p>
      <w:r>
        <w:rPr>
          <w:rFonts w:ascii="IM Fell English" w:hAnsi="IM Fell English"/>
          <w:color w:val="141414"/>
          <w:sz w:val="24"/>
        </w:rPr>
        <w:t>“Jackie — if you cum before I pass out, I’m haunting your ass specifically.”</w:t>
      </w:r>
    </w:p>
    <w:p>
      <w:r>
        <w:rPr>
          <w:rFonts w:ascii="IM Fell English" w:hAnsi="IM Fell English"/>
          <w:color w:val="141414"/>
          <w:sz w:val="24"/>
        </w:rPr>
        <w:t>“This is why people elope.”</w:t>
      </w:r>
    </w:p>
    <w:p>
      <w:r>
        <w:rPr>
          <w:rFonts w:ascii="IM Fell English" w:hAnsi="IM Fell English"/>
          <w:color w:val="141414"/>
          <w:sz w:val="24"/>
        </w:rPr>
        <w:t>The men below learned to laugh without stopping. Melinda allowed it. The rite was not solemn in the soft sense. It was solemn like a slaughterhouse that knew jokes kept the meat awake.</w:t>
      </w:r>
    </w:p>
    <w:p>
      <w:r>
        <w:rPr>
          <w:rFonts w:ascii="IM Fell English" w:hAnsi="IM Fell English"/>
          <w:color w:val="141414"/>
          <w:sz w:val="24"/>
        </w:rPr>
        <w:t>At noon the sun became a weapon. Blood dried in black tracks on the wood. Jennifer’s voice roughened into gravel. Katie’s head began to droop and jerk back up. Sekhmet’s breathing went careful and small. Jennifer noticed before anyone called it and rasped toward the left cross,</w:t>
      </w:r>
    </w:p>
    <w:p>
      <w:r>
        <w:rPr>
          <w:rFonts w:ascii="IM Fell English" w:hAnsi="IM Fell English"/>
          <w:color w:val="141414"/>
          <w:sz w:val="24"/>
        </w:rPr>
        <w:t>“Don’t you dare clock out early, Miss Black. I need the competition.”</w:t>
      </w:r>
    </w:p>
    <w:p>
      <w:r>
        <w:rPr>
          <w:rFonts w:ascii="IM Fell English" w:hAnsi="IM Fell English"/>
          <w:color w:val="141414"/>
          <w:sz w:val="24"/>
        </w:rPr>
        <w:t>Katie’s mouth moved. No clean words. A thin sound that might have been a curse.</w:t>
      </w:r>
    </w:p>
    <w:p>
      <w:r>
        <w:rPr>
          <w:rFonts w:ascii="IM Fell English" w:hAnsi="IM Fell English"/>
          <w:color w:val="141414"/>
          <w:sz w:val="24"/>
        </w:rPr>
        <w:t>Toward the right Jennifer added,</w:t>
      </w:r>
    </w:p>
    <w:p>
      <w:r>
        <w:rPr>
          <w:rFonts w:ascii="IM Fell English" w:hAnsi="IM Fell English"/>
          <w:color w:val="141414"/>
          <w:sz w:val="24"/>
        </w:rPr>
        <w:t>“Sekhmet — policy doesn’t get to die first. That’s embarrassing.”</w:t>
      </w:r>
    </w:p>
    <w:p>
      <w:r>
        <w:rPr>
          <w:rFonts w:ascii="IM Fell English" w:hAnsi="IM Fell English"/>
          <w:color w:val="141414"/>
          <w:sz w:val="24"/>
        </w:rPr>
        <w:t>Sekhmet’s eyes opened once, bright with heat and hate and something like respect, then unfocused again.</w:t>
      </w:r>
    </w:p>
    <w:p>
      <w:r>
        <w:rPr>
          <w:rFonts w:ascii="IM Fell English" w:hAnsi="IM Fell English"/>
          <w:color w:val="141414"/>
          <w:sz w:val="24"/>
        </w:rPr>
        <w:t>At 2:00 p.m. the side offerings went still.</w:t>
      </w:r>
    </w:p>
    <w:p>
      <w:r>
        <w:rPr>
          <w:rFonts w:ascii="IM Fell English" w:hAnsi="IM Fell English"/>
          <w:color w:val="141414"/>
          <w:sz w:val="24"/>
        </w:rPr>
        <w:t>Katie took her last breath first — a short wet sound, body sagging hard against the nails, head dropping forward for good. Lilith stood under her without crying, one hand on the wood, presenter’s claim held through death. Minutes later Sekhmet followed, breath thinning out until Jimmy’s hand on the upright was the only steady thing on that side. The right cross stopped moving.</w:t>
      </w:r>
    </w:p>
    <w:p>
      <w:r>
        <w:rPr>
          <w:rFonts w:ascii="IM Fell English" w:hAnsi="IM Fell English"/>
          <w:color w:val="141414"/>
          <w:sz w:val="24"/>
        </w:rPr>
        <w:t>Jennifer stared from center, face running with sweat and blood from where she had bitten through her own lip, and after a long second she started laughing like the desert had told her a perfect joke.</w:t>
      </w:r>
    </w:p>
    <w:p>
      <w:r>
        <w:rPr>
          <w:rFonts w:ascii="IM Fell English" w:hAnsi="IM Fell English"/>
          <w:color w:val="141414"/>
          <w:sz w:val="24"/>
        </w:rPr>
        <w:t>“There it is. Side offerings closed early. Center stays open late. Classic hierarchy.”</w:t>
      </w:r>
    </w:p>
    <w:p>
      <w:r>
        <w:rPr>
          <w:rFonts w:ascii="IM Fell English" w:hAnsi="IM Fell English"/>
          <w:color w:val="141414"/>
          <w:sz w:val="24"/>
        </w:rPr>
        <w:t>The feast under her stuttered only long enough for people to register the deaths, then Melinda’s voice carried:</w:t>
      </w:r>
    </w:p>
    <w:p>
      <w:r>
        <w:rPr>
          <w:rFonts w:ascii="IM Fell English" w:hAnsi="IM Fell English"/>
          <w:color w:val="141414"/>
          <w:sz w:val="24"/>
        </w:rPr>
        <w:t>“Leave them up. Continue.”</w:t>
      </w:r>
    </w:p>
    <w:p>
      <w:r>
        <w:rPr>
          <w:rFonts w:ascii="IM Fell English" w:hAnsi="IM Fell English"/>
          <w:color w:val="141414"/>
          <w:sz w:val="24"/>
        </w:rPr>
        <w:t>So Katie and Sekhmet remained on their crosses in the heat, dead weight and witness, while Jennifer hung alive between them and the dirt kept moving with bodies. Jackie was on her back in the salt when it happened, someone’s hips slamming into her, and she turned her head to watch both side crosses go quiet. Her mouth tightened. Then she looked up at Jennifer and held the look while she was fucked through the fact of it.</w:t>
      </w:r>
    </w:p>
    <w:p>
      <w:r>
        <w:rPr>
          <w:rFonts w:ascii="IM Fell English" w:hAnsi="IM Fell English"/>
          <w:color w:val="141414"/>
          <w:sz w:val="24"/>
        </w:rPr>
        <w:t>Jennifer called down, voice shredded:</w:t>
      </w:r>
    </w:p>
    <w:p>
      <w:r>
        <w:rPr>
          <w:rFonts w:ascii="IM Fell English" w:hAnsi="IM Fell English"/>
          <w:color w:val="141414"/>
          <w:sz w:val="24"/>
        </w:rPr>
        <w:t>“Don’t you get soft under me now, wife. They’re napping. We still have a shift.”</w:t>
      </w:r>
    </w:p>
    <w:p>
      <w:r>
        <w:rPr>
          <w:rFonts w:ascii="IM Fell English" w:hAnsi="IM Fell English"/>
          <w:color w:val="141414"/>
          <w:sz w:val="24"/>
        </w:rPr>
        <w:t>Jackie spat salt and someone else’s sweat and answered, rough:</w:t>
      </w:r>
    </w:p>
    <w:p>
      <w:r>
        <w:rPr>
          <w:rFonts w:ascii="IM Fell English" w:hAnsi="IM Fell English"/>
          <w:color w:val="141414"/>
          <w:sz w:val="24"/>
        </w:rPr>
        <w:t>“Then keep running your mouth so I know which cross to watch.”</w:t>
      </w:r>
    </w:p>
    <w:p>
      <w:r>
        <w:rPr>
          <w:rFonts w:ascii="IM Fell English" w:hAnsi="IM Fell English"/>
          <w:color w:val="141414"/>
          <w:sz w:val="24"/>
        </w:rPr>
        <w:t>Afternoon became evening without mercy.</w:t>
      </w:r>
    </w:p>
    <w:p>
      <w:r>
        <w:rPr>
          <w:rFonts w:ascii="IM Fell English" w:hAnsi="IM Fell English"/>
          <w:color w:val="141414"/>
          <w:sz w:val="24"/>
        </w:rPr>
        <w:t>Jennifer hung through the change of light talking in broken reels whenever she could. Some jokes landed. Some died into moans when the nails bit harder under her own weight. The feast rotated fresh bodies under her. Melinda used Jackie once at dusk in full view of the center cross, slow and claiming, while Jennifer watched and whispered,</w:t>
      </w:r>
    </w:p>
    <w:p>
      <w:r>
        <w:rPr>
          <w:rFonts w:ascii="IM Fell English" w:hAnsi="IM Fell English"/>
          <w:color w:val="141414"/>
          <w:sz w:val="24"/>
        </w:rPr>
        <w:t>“That’s right. Goddess gets the wife. Christ stays on the clock.”</w:t>
      </w:r>
    </w:p>
    <w:p>
      <w:r>
        <w:rPr>
          <w:rFonts w:ascii="IM Fell English" w:hAnsi="IM Fell English"/>
          <w:color w:val="141414"/>
          <w:sz w:val="24"/>
        </w:rPr>
        <w:t>Night in Danakil was not cool. It was a different kind of burn. Torches and work lights made the three crosses into a stage. Katie and Sekhmet hung dead on either side. Jennifer’s head tipped and jerked through the hours, still forcing sound, still refusing to give the basin a quiet center.</w:t>
      </w:r>
    </w:p>
    <w:p>
      <w:r>
        <w:rPr>
          <w:rFonts w:ascii="IM Fell English" w:hAnsi="IM Fell English"/>
          <w:color w:val="141414"/>
          <w:sz w:val="24"/>
        </w:rPr>
        <w:t>“Honeymoon review,” she muttered near midnight to no one and everyone. “Five stars for authenticity. Zero for customer service. Would die here again.”</w:t>
      </w:r>
    </w:p>
    <w:p>
      <w:r>
        <w:rPr>
          <w:rFonts w:ascii="IM Fell English" w:hAnsi="IM Fell English"/>
          <w:color w:val="141414"/>
          <w:sz w:val="24"/>
        </w:rPr>
        <w:t>Jackie, bruised and used and still in the dirt, laughed under a man and got slapped for the rhythm break. She took the slap and kept her eyes on Jennifer.</w:t>
      </w:r>
    </w:p>
    <w:p>
      <w:r>
        <w:rPr>
          <w:rFonts w:ascii="IM Fell English" w:hAnsi="IM Fell English"/>
          <w:color w:val="141414"/>
          <w:sz w:val="24"/>
        </w:rPr>
        <w:t>Melinda walked past the center upright and checked Jennifer’s pulse at the ankle above the stacked feet. Still there. Still mean. Melinda left her up.</w:t>
      </w:r>
    </w:p>
    <w:p>
      <w:r>
        <w:rPr>
          <w:rFonts w:ascii="IM Fell English" w:hAnsi="IM Fell English"/>
          <w:color w:val="141414"/>
          <w:sz w:val="24"/>
        </w:rPr>
        <w:t>At 6:00 a.m. on the second morning, the feast was finally thinning.</w:t>
      </w:r>
    </w:p>
    <w:p>
      <w:r>
        <w:rPr>
          <w:rFonts w:ascii="IM Fell English" w:hAnsi="IM Fell English"/>
          <w:color w:val="141414"/>
          <w:sz w:val="24"/>
        </w:rPr>
        <w:t>Bodies spent. Heat returning in first true rise. Katie and Sekhmet still hanging where they had died at 2:00 the day before. Jennifer’s voice had gone to almost nothing except occasional scraped fragments. Jackie was on her knees in the salt with a man finishing in her ass when Jennifer’s chest lifted once, hard, and then did not find the next lift cleanly.</w:t>
      </w:r>
    </w:p>
    <w:p>
      <w:r>
        <w:rPr>
          <w:rFonts w:ascii="IM Fell English" w:hAnsi="IM Fell English"/>
          <w:color w:val="141414"/>
          <w:sz w:val="24"/>
        </w:rPr>
        <w:t>Jennifer’s last breath went out of her at 6:00 a.m. exactly.</w:t>
      </w:r>
    </w:p>
    <w:p>
      <w:r>
        <w:rPr>
          <w:rFonts w:ascii="IM Fell English" w:hAnsi="IM Fell English"/>
          <w:color w:val="141414"/>
          <w:sz w:val="24"/>
        </w:rPr>
        <w:t>The basin felt the absence before people named it. The center cross stopped answering. The Sadomasochism Christ hung quiet between two dead side offerings while the fuck feast’s last motions continued out of momentum and ritual stubbornness.</w:t>
      </w:r>
    </w:p>
    <w:p>
      <w:r>
        <w:rPr>
          <w:rFonts w:ascii="IM Fell English" w:hAnsi="IM Fell English"/>
          <w:color w:val="141414"/>
          <w:sz w:val="24"/>
        </w:rPr>
        <w:t>Jackie did not moan when the man behind her finished.</w:t>
      </w:r>
    </w:p>
    <w:p>
      <w:r>
        <w:rPr>
          <w:rFonts w:ascii="IM Fell English" w:hAnsi="IM Fell English"/>
          <w:color w:val="141414"/>
          <w:sz w:val="24"/>
        </w:rPr>
        <w:t>She stared up at Jennifer’s still body and said, hoarse and almost admiring:</w:t>
      </w:r>
    </w:p>
    <w:p>
      <w:r>
        <w:rPr>
          <w:rFonts w:ascii="IM Fell English" w:hAnsi="IM Fell English"/>
          <w:color w:val="141414"/>
          <w:sz w:val="24"/>
        </w:rPr>
        <w:t>“Goddamn… I never thought that bitch would ever shut the hell up.”</w:t>
      </w:r>
    </w:p>
    <w:p>
      <w:r>
        <w:rPr>
          <w:rFonts w:ascii="IM Fell English" w:hAnsi="IM Fell English"/>
          <w:color w:val="141414"/>
          <w:sz w:val="24"/>
        </w:rPr>
        <w:t>For a second the basin only held heat and the line.</w:t>
      </w:r>
    </w:p>
    <w:p>
      <w:r>
        <w:rPr>
          <w:rFonts w:ascii="IM Fell English" w:hAnsi="IM Fell English"/>
          <w:color w:val="141414"/>
          <w:sz w:val="24"/>
        </w:rPr>
        <w:t>Then someone laughed.</w:t>
      </w:r>
    </w:p>
    <w:p>
      <w:r>
        <w:rPr>
          <w:rFonts w:ascii="IM Fell English" w:hAnsi="IM Fell English"/>
          <w:color w:val="141414"/>
          <w:sz w:val="24"/>
        </w:rPr>
        <w:t>Then another.</w:t>
      </w:r>
    </w:p>
    <w:p>
      <w:r>
        <w:rPr>
          <w:rFonts w:ascii="IM Fell English" w:hAnsi="IM Fell English"/>
          <w:color w:val="141414"/>
          <w:sz w:val="24"/>
        </w:rPr>
        <w:t>The laugh went through the remaining bodies under the crosses like a crack in glass — ugly, relieved, worshipful, wrong. Melinda’s mouth curved. Jimmy exhaled. Lilith shook her head once with blood still dried on her fingers from Katie’s wood. The feast’s last hands kept moving a moment longer while the sound spread, men and women laughing under three corpses as if the punchline had been the whole religion.</w:t>
      </w:r>
    </w:p>
    <w:p>
      <w:r>
        <w:rPr>
          <w:rFonts w:ascii="IM Fell English" w:hAnsi="IM Fell English"/>
          <w:color w:val="141414"/>
          <w:sz w:val="24"/>
        </w:rPr>
        <w:t>Jackie stayed on her knees in the salt, looking up at her wife’s quiet cross, and let the laughter happen around her without correcting it.</w:t>
      </w:r>
    </w:p>
    <w:p>
      <w:r>
        <w:rPr>
          <w:rFonts w:ascii="IM Fell English" w:hAnsi="IM Fell English"/>
          <w:color w:val="141414"/>
          <w:sz w:val="24"/>
        </w:rPr>
        <w:t>Nevada had been claim.</w:t>
      </w:r>
      <w:r>
        <w:rPr>
          <w:rFonts w:ascii="IM Fell English" w:hAnsi="IM Fell English"/>
          <w:color w:val="141414"/>
          <w:sz w:val="24"/>
        </w:rPr>
      </w:r>
      <w:r>
        <w:rPr>
          <w:rFonts w:ascii="IM Fell English" w:hAnsi="IM Fell English"/>
          <w:color w:val="141414"/>
          <w:sz w:val="24"/>
        </w:rPr>
        <w:t>The rainforest had been vows.</w:t>
      </w:r>
      <w:r>
        <w:rPr>
          <w:rFonts w:ascii="IM Fell English" w:hAnsi="IM Fell English"/>
          <w:color w:val="141414"/>
          <w:sz w:val="24"/>
        </w:rPr>
      </w:r>
      <w:r>
        <w:rPr>
          <w:rFonts w:ascii="IM Fell English" w:hAnsi="IM Fell English"/>
          <w:color w:val="141414"/>
          <w:sz w:val="24"/>
        </w:rPr>
        <w:t>Brazil had been the wedding.</w:t>
      </w:r>
      <w:r>
        <w:rPr>
          <w:rFonts w:ascii="IM Fell English" w:hAnsi="IM Fell English"/>
          <w:color w:val="141414"/>
          <w:sz w:val="24"/>
        </w:rPr>
      </w:r>
      <w:r>
        <w:rPr>
          <w:rFonts w:ascii="IM Fell English" w:hAnsi="IM Fell English"/>
          <w:color w:val="141414"/>
          <w:sz w:val="24"/>
        </w:rPr>
        <w:t>Danakil had been the honeymoon carried all the way to wood, nails, and silence.</w:t>
      </w:r>
    </w:p>
    <w:p>
      <w:r>
        <w:rPr>
          <w:rFonts w:ascii="IM Fell English" w:hAnsi="IM Fell English"/>
          <w:color w:val="141414"/>
          <w:sz w:val="24"/>
        </w:rPr>
        <w:t>Below them, the desert kept the sound of people laughing like they had been given a gift.</w:t>
      </w:r>
    </w:p>
    <w:p>
      <w:pPr>
        <w:pStyle w:val="Heading1"/>
        <w:jc w:val="center"/>
      </w:pPr>
      <w:r>
        <w:rPr>
          <w:rFonts w:ascii="IM Fell English" w:hAnsi="IM Fell English"/>
          <w:color w:val="0D0D0D"/>
        </w:rPr>
        <w:t>CHAPTER 28 — THE WRAP</w:t>
      </w:r>
    </w:p>
    <w:p>
      <w:r>
        <w:rPr>
          <w:rFonts w:ascii="IM Fell English" w:hAnsi="IM Fell English"/>
          <w:color w:val="141414"/>
          <w:sz w:val="24"/>
        </w:rPr>
        <w:t>The laughter did not stop when the machines powered down.</w:t>
      </w:r>
    </w:p>
    <w:p>
      <w:r>
        <w:rPr>
          <w:rFonts w:ascii="IM Fell English" w:hAnsi="IM Fell English"/>
          <w:color w:val="141414"/>
          <w:sz w:val="24"/>
        </w:rPr>
        <w:t>It changed shape.</w:t>
      </w:r>
    </w:p>
    <w:p>
      <w:r>
        <w:rPr>
          <w:rFonts w:ascii="IM Fell English" w:hAnsi="IM Fell English"/>
          <w:color w:val="141414"/>
          <w:sz w:val="24"/>
        </w:rPr>
        <w:t xml:space="preserve">The heat lamps cut out, and the sulfur scent faded into stage smoke. The endless Danakil basin resolved into black flooring and painted salt; the illusion of hell gave way to the hard edges of a soundstage as the crew moved in with medical kits. </w:t>
      </w:r>
    </w:p>
    <w:p>
      <w:r>
        <w:rPr>
          <w:rFonts w:ascii="IM Fell English" w:hAnsi="IM Fell English"/>
          <w:color w:val="141414"/>
          <w:sz w:val="24"/>
        </w:rPr>
        <w:t>On the three crosses, nothing moved for one held breath.</w:t>
      </w:r>
    </w:p>
    <w:p>
      <w:r>
        <w:rPr>
          <w:rFonts w:ascii="IM Fell English" w:hAnsi="IM Fell English"/>
          <w:color w:val="141414"/>
          <w:sz w:val="24"/>
        </w:rPr>
        <w:t>Then Jennifer’s mouth twitched.</w:t>
      </w:r>
    </w:p>
    <w:p>
      <w:r>
        <w:rPr>
          <w:rFonts w:ascii="IM Fell English" w:hAnsi="IM Fell English"/>
          <w:color w:val="141414"/>
          <w:sz w:val="24"/>
        </w:rPr>
        <w:t>Then Katie snorted once through her nose.</w:t>
      </w:r>
    </w:p>
    <w:p>
      <w:r>
        <w:rPr>
          <w:rFonts w:ascii="IM Fell English" w:hAnsi="IM Fell English"/>
          <w:color w:val="141414"/>
          <w:sz w:val="24"/>
        </w:rPr>
        <w:t>Then Sekhmet let out a sound that was definitely not a last breath.</w:t>
      </w:r>
    </w:p>
    <w:p>
      <w:r>
        <w:rPr>
          <w:rFonts w:ascii="IM Fell English" w:hAnsi="IM Fell English"/>
          <w:color w:val="141414"/>
          <w:sz w:val="24"/>
        </w:rPr>
        <w:t>Jennifer broke first — a raw, wrecked laugh that turned into a curse as her weight pulled on the practical nail-rigs and bruise-packed harness hidden under makeup and blood. Katie followed, shaking on the left cross. Sekhmet went third, careful because her ribs were truly hurt, still unable to stop the grin cracking through desert paint.</w:t>
      </w:r>
    </w:p>
    <w:p>
      <w:r>
        <w:rPr>
          <w:rFonts w:ascii="IM Fell English" w:hAnsi="IM Fell English"/>
          <w:color w:val="141414"/>
          <w:sz w:val="24"/>
        </w:rPr>
        <w:t>“Fuck—” Jennifer gasped, laughing harder. “Fuck, my hands— who tightened the center plate? I couldn’t feel my ring finger since yesterday’s call.”</w:t>
      </w:r>
    </w:p>
    <w:p>
      <w:r>
        <w:rPr>
          <w:rFonts w:ascii="IM Fell English" w:hAnsi="IM Fell English"/>
          <w:color w:val="141414"/>
          <w:sz w:val="24"/>
        </w:rPr>
        <w:t>Katie tipped her head back against the beam and howled once in pure mean joy.</w:t>
      </w:r>
    </w:p>
    <w:p>
      <w:r>
        <w:rPr>
          <w:rFonts w:ascii="IM Fell English" w:hAnsi="IM Fell English"/>
          <w:color w:val="141414"/>
          <w:sz w:val="24"/>
        </w:rPr>
        <w:t>“You talked for eighteen hours, you psychopath.”</w:t>
      </w:r>
    </w:p>
    <w:p>
      <w:r>
        <w:rPr>
          <w:rFonts w:ascii="IM Fell English" w:hAnsi="IM Fell English"/>
          <w:color w:val="141414"/>
          <w:sz w:val="24"/>
        </w:rPr>
        <w:t>Sekhmet, voice dry as the fake flats, managed:</w:t>
      </w:r>
    </w:p>
    <w:p>
      <w:r>
        <w:rPr>
          <w:rFonts w:ascii="IM Fell English" w:hAnsi="IM Fell English"/>
          <w:color w:val="141414"/>
          <w:sz w:val="24"/>
        </w:rPr>
        <w:t>“I died on schedule. Some of us are professionals.”</w:t>
      </w:r>
    </w:p>
    <w:p>
      <w:r>
        <w:rPr>
          <w:rFonts w:ascii="IM Fell English" w:hAnsi="IM Fell English"/>
          <w:color w:val="141414"/>
          <w:sz w:val="24"/>
        </w:rPr>
        <w:t>From below, Jackie pushed herself up on sore knees, still streaked with stage blood and real use-marks, and pointed up at Jennifer without standing steady yet.</w:t>
      </w:r>
    </w:p>
    <w:p>
      <w:r>
        <w:rPr>
          <w:rFonts w:ascii="IM Fell English" w:hAnsi="IM Fell English"/>
          <w:color w:val="141414"/>
          <w:sz w:val="24"/>
        </w:rPr>
        <w:t>“Goddamn,” she repeated, louder for the whole stage, “I never thought that bitch would ever shut the hell up.”</w:t>
      </w:r>
    </w:p>
    <w:p>
      <w:r>
        <w:rPr>
          <w:rFonts w:ascii="IM Fell English" w:hAnsi="IM Fell English"/>
          <w:color w:val="141414"/>
          <w:sz w:val="24"/>
        </w:rPr>
        <w:t>The crew laughed. The extras laughed. Someone in the effects bay clapped once and got told to cut it out. Jennifer glared down through real tears of pain and laughter mixed.</w:t>
      </w:r>
    </w:p>
    <w:p>
      <w:r>
        <w:rPr>
          <w:rFonts w:ascii="IM Fell English" w:hAnsi="IM Fell English"/>
          <w:color w:val="141414"/>
          <w:sz w:val="24"/>
        </w:rPr>
        <w:t>“Come up here and say that with a nail plate in your palm, wife.”</w:t>
      </w:r>
    </w:p>
    <w:p>
      <w:r>
        <w:rPr>
          <w:rFonts w:ascii="IM Fell English" w:hAnsi="IM Fell English"/>
          <w:color w:val="141414"/>
          <w:sz w:val="24"/>
        </w:rPr>
        <w:t>“I will,” Jackie said, “after somebody gets me a water and a divorce lawyer.”</w:t>
      </w:r>
    </w:p>
    <w:p>
      <w:r>
        <w:rPr>
          <w:rFonts w:ascii="IM Fell English" w:hAnsi="IM Fell English"/>
          <w:color w:val="141414"/>
          <w:sz w:val="24"/>
        </w:rPr>
        <w:t>“Too late,” Jennifer shot back. “Camera caught the vows.”</w:t>
      </w:r>
    </w:p>
    <w:p>
      <w:r>
        <w:rPr>
          <w:rFonts w:ascii="IM Fell English" w:hAnsi="IM Fell English"/>
          <w:color w:val="141414"/>
          <w:sz w:val="24"/>
        </w:rPr>
        <w:t>“Cut.”</w:t>
      </w:r>
    </w:p>
    <w:p>
      <w:r>
        <w:rPr>
          <w:rFonts w:ascii="IM Fell English" w:hAnsi="IM Fell English"/>
          <w:color w:val="141414"/>
          <w:sz w:val="24"/>
        </w:rPr>
        <w:t>The word came from the shadows near the basin rim set piece, calm and pleased.</w:t>
      </w:r>
    </w:p>
    <w:p>
      <w:r>
        <w:rPr>
          <w:rFonts w:ascii="IM Fell English" w:hAnsi="IM Fell English"/>
          <w:color w:val="141414"/>
          <w:sz w:val="24"/>
        </w:rPr>
        <w:t>Saiya Voss walked into the light like she had never been overseas a day in her life.</w:t>
      </w:r>
    </w:p>
    <w:p>
      <w:r>
        <w:rPr>
          <w:rFonts w:ascii="IM Fell English" w:hAnsi="IM Fell English"/>
          <w:color w:val="141414"/>
          <w:sz w:val="24"/>
        </w:rPr>
        <w:t>Black shirt. Headset around her neck. No dust of exile on her. She looked up at the three crosses with the expression of a woman inspecting a finished weapon. Behind her, Jimmy was already accepting a tablet from an assistant. Lilith was peeling blood-cracked gloves off with theatrical disgust. Melinda — no longer rising from sand, just stepping down off a recessed lift platform under the crust plates — accepted a robe from a handler and drank real water like a goddess off clock.</w:t>
      </w:r>
    </w:p>
    <w:p>
      <w:r>
        <w:rPr>
          <w:rFonts w:ascii="IM Fell English" w:hAnsi="IM Fell English"/>
          <w:color w:val="141414"/>
          <w:sz w:val="24"/>
        </w:rPr>
        <w:t>Jennifer’s laugh died into a stare.</w:t>
      </w:r>
    </w:p>
    <w:p>
      <w:r>
        <w:rPr>
          <w:rFonts w:ascii="IM Fell English" w:hAnsi="IM Fell English"/>
          <w:color w:val="141414"/>
          <w:sz w:val="24"/>
        </w:rPr>
        <w:t>“You’ve got to be fucking kidding me.”</w:t>
      </w:r>
    </w:p>
    <w:p>
      <w:r>
        <w:rPr>
          <w:rFonts w:ascii="IM Fell English" w:hAnsi="IM Fell English"/>
          <w:color w:val="141414"/>
          <w:sz w:val="24"/>
        </w:rPr>
        <w:t>Saiya stopped under the center cross and smiled up at her daughter.</w:t>
      </w:r>
    </w:p>
    <w:p>
      <w:r>
        <w:rPr>
          <w:rFonts w:ascii="IM Fell English" w:hAnsi="IM Fell English"/>
          <w:color w:val="141414"/>
          <w:sz w:val="24"/>
        </w:rPr>
        <w:t>“Welcome back to the living, baby.”</w:t>
      </w:r>
    </w:p>
    <w:p>
      <w:r>
        <w:rPr>
          <w:rFonts w:ascii="IM Fell English" w:hAnsi="IM Fell English"/>
          <w:color w:val="141414"/>
          <w:sz w:val="24"/>
        </w:rPr>
        <w:t>Jennifer’s voice went sharp over the residual laughter.</w:t>
      </w:r>
    </w:p>
    <w:p>
      <w:r>
        <w:rPr>
          <w:rFonts w:ascii="IM Fell English" w:hAnsi="IM Fell English"/>
          <w:color w:val="141414"/>
          <w:sz w:val="24"/>
        </w:rPr>
        <w:t>“You were sent away. Corporate took the last film off you. Liability. Recklessness. The whole sermon.”</w:t>
      </w:r>
    </w:p>
    <w:p>
      <w:r>
        <w:rPr>
          <w:rFonts w:ascii="IM Fell English" w:hAnsi="IM Fell English"/>
          <w:color w:val="141414"/>
          <w:sz w:val="24"/>
        </w:rPr>
        <w:t>Saiya tilted her head.</w:t>
      </w:r>
    </w:p>
    <w:p>
      <w:r>
        <w:rPr>
          <w:rFonts w:ascii="IM Fell English" w:hAnsi="IM Fell English"/>
          <w:color w:val="141414"/>
          <w:sz w:val="24"/>
        </w:rPr>
        <w:t>“And you believed it hard enough to let them put you on wood. Perfect.”</w:t>
      </w:r>
    </w:p>
    <w:p>
      <w:r>
        <w:rPr>
          <w:rFonts w:ascii="IM Fell English" w:hAnsi="IM Fell English"/>
          <w:color w:val="141414"/>
          <w:sz w:val="24"/>
        </w:rPr>
        <w:t>Jackie, still on the floor, wiped her mouth with the back of her wrist and squinted at Saiya.</w:t>
      </w:r>
    </w:p>
    <w:p>
      <w:r>
        <w:rPr>
          <w:rFonts w:ascii="IM Fell English" w:hAnsi="IM Fell English"/>
          <w:color w:val="141414"/>
          <w:sz w:val="24"/>
        </w:rPr>
        <w:t>“I told her the overseas story was too neat.”</w:t>
      </w:r>
    </w:p>
    <w:p>
      <w:r>
        <w:rPr>
          <w:rFonts w:ascii="IM Fell English" w:hAnsi="IM Fell English"/>
          <w:color w:val="141414"/>
          <w:sz w:val="24"/>
        </w:rPr>
        <w:t>“You told me that after take three of the roof lean,” Jennifer snapped.</w:t>
      </w:r>
    </w:p>
    <w:p>
      <w:r>
        <w:rPr>
          <w:rFonts w:ascii="IM Fell English" w:hAnsi="IM Fell English"/>
          <w:color w:val="141414"/>
          <w:sz w:val="24"/>
        </w:rPr>
        <w:t>“I’m slow when I’m horny.”</w:t>
      </w:r>
    </w:p>
    <w:p>
      <w:r>
        <w:rPr>
          <w:rFonts w:ascii="IM Fell English" w:hAnsi="IM Fell English"/>
          <w:color w:val="141414"/>
          <w:sz w:val="24"/>
        </w:rPr>
        <w:t>Crew had already started working the release points on the crosses. Practical nail plates opened. Hidden supports took weight. Katie came down first into Lilith’s hands, cursing in a low continuous stream. Sekhmet came down into Jimmy’s, pale and furious and proud. Jennifer came down last into Jackie’s arms and immediately tried to punch her in the shoulder with a half-dead hand.</w:t>
      </w:r>
    </w:p>
    <w:p>
      <w:r>
        <w:rPr>
          <w:rFonts w:ascii="IM Fell English" w:hAnsi="IM Fell English"/>
          <w:color w:val="141414"/>
          <w:sz w:val="24"/>
        </w:rPr>
        <w:t>“You leaned on me in Brazil.”</w:t>
      </w:r>
    </w:p>
    <w:p>
      <w:r>
        <w:rPr>
          <w:rFonts w:ascii="IM Fell English" w:hAnsi="IM Fell English"/>
          <w:color w:val="141414"/>
          <w:sz w:val="24"/>
        </w:rPr>
        <w:t>“You asked for witnessed.”</w:t>
      </w:r>
    </w:p>
    <w:p>
      <w:r>
        <w:rPr>
          <w:rFonts w:ascii="IM Fell English" w:hAnsi="IM Fell English"/>
          <w:color w:val="141414"/>
          <w:sz w:val="24"/>
        </w:rPr>
        <w:t>“You leaned on me for the wedding picture.”</w:t>
      </w:r>
    </w:p>
    <w:p>
      <w:r>
        <w:rPr>
          <w:rFonts w:ascii="IM Fell English" w:hAnsi="IM Fell English"/>
          <w:color w:val="141414"/>
          <w:sz w:val="24"/>
        </w:rPr>
        <w:t>“You fell like a professional.”</w:t>
      </w:r>
    </w:p>
    <w:p>
      <w:r>
        <w:rPr>
          <w:rFonts w:ascii="IM Fell English" w:hAnsi="IM Fell English"/>
          <w:color w:val="141414"/>
          <w:sz w:val="24"/>
        </w:rPr>
        <w:t>Jennifer’s forehead dropped against Jackie’s with a bloody laugh.</w:t>
      </w:r>
    </w:p>
    <w:p>
      <w:r>
        <w:rPr>
          <w:rFonts w:ascii="IM Fell English" w:hAnsi="IM Fell English"/>
          <w:color w:val="141414"/>
          <w:sz w:val="24"/>
        </w:rPr>
        <w:t>“I hate this job.”</w:t>
      </w:r>
    </w:p>
    <w:p>
      <w:r>
        <w:rPr>
          <w:rFonts w:ascii="IM Fell English" w:hAnsi="IM Fell English"/>
          <w:color w:val="141414"/>
          <w:sz w:val="24"/>
        </w:rPr>
        <w:t>“You love this job.”</w:t>
      </w:r>
    </w:p>
    <w:p>
      <w:r>
        <w:rPr>
          <w:rFonts w:ascii="IM Fell English" w:hAnsi="IM Fell English"/>
          <w:color w:val="141414"/>
          <w:sz w:val="24"/>
        </w:rPr>
        <w:t>“I love you. The job can eat shit.”</w:t>
      </w:r>
    </w:p>
    <w:p>
      <w:r>
        <w:rPr>
          <w:rFonts w:ascii="IM Fell English" w:hAnsi="IM Fell English"/>
          <w:color w:val="141414"/>
          <w:sz w:val="24"/>
        </w:rPr>
        <w:t>Jackie kissed her carefully around the split lip.</w:t>
      </w:r>
    </w:p>
    <w:p>
      <w:r>
        <w:rPr>
          <w:rFonts w:ascii="IM Fell English" w:hAnsi="IM Fell English"/>
          <w:color w:val="141414"/>
          <w:sz w:val="24"/>
        </w:rPr>
        <w:t>“That’s our honeymoon review.”</w:t>
      </w:r>
    </w:p>
    <w:p>
      <w:r>
        <w:rPr>
          <w:rFonts w:ascii="IM Fell English" w:hAnsi="IM Fell English"/>
          <w:color w:val="141414"/>
          <w:sz w:val="24"/>
        </w:rPr>
        <w:t>Saiya waited until all three women were on chairs at the edge of the set, medics moving around them, before she gave the real wrap speech.</w:t>
      </w:r>
    </w:p>
    <w:p>
      <w:r>
        <w:rPr>
          <w:rFonts w:ascii="IM Fell English" w:hAnsi="IM Fell English"/>
          <w:color w:val="141414"/>
          <w:sz w:val="24"/>
        </w:rPr>
        <w:t>“The liability story was bait,” she said plainly. “Weak investors use that word when they’re scared of the product. We used it because Jennifer needed a reason to stop protecting the work and start feeding it. The founders’ takeover, the demotion talk, the safety sermons — packaging. Corporate loved the last film. They wanted the next one meaner. Wedding and honeymoon. Claim, vow, falls, desert, wood. You delivered.”</w:t>
      </w:r>
    </w:p>
    <w:p>
      <w:r>
        <w:rPr>
          <w:rFonts w:ascii="IM Fell English" w:hAnsi="IM Fell English"/>
          <w:color w:val="141414"/>
          <w:sz w:val="24"/>
        </w:rPr>
        <w:t>Jennifer stared at her, sore and gleaming with sweat.</w:t>
      </w:r>
    </w:p>
    <w:p>
      <w:r>
        <w:rPr>
          <w:rFonts w:ascii="IM Fell English" w:hAnsi="IM Fell English"/>
          <w:color w:val="141414"/>
          <w:sz w:val="24"/>
        </w:rPr>
        <w:t>“You played your own daughter.”</w:t>
      </w:r>
    </w:p>
    <w:p>
      <w:r>
        <w:rPr>
          <w:rFonts w:ascii="IM Fell English" w:hAnsi="IM Fell English"/>
          <w:color w:val="141414"/>
          <w:sz w:val="24"/>
        </w:rPr>
        <w:t>Saiya’s smile didn’t soften.</w:t>
      </w:r>
    </w:p>
    <w:p>
      <w:r>
        <w:rPr>
          <w:rFonts w:ascii="IM Fell English" w:hAnsi="IM Fell English"/>
          <w:color w:val="141414"/>
          <w:sz w:val="24"/>
        </w:rPr>
        <w:t>“I directed her.”</w:t>
      </w:r>
    </w:p>
    <w:p>
      <w:r>
        <w:rPr>
          <w:rFonts w:ascii="IM Fell English" w:hAnsi="IM Fell English"/>
          <w:color w:val="141414"/>
          <w:sz w:val="24"/>
        </w:rPr>
        <w:t>Katie, holding an ice pack to her palm, snorted.</w:t>
      </w:r>
    </w:p>
    <w:p>
      <w:r>
        <w:rPr>
          <w:rFonts w:ascii="IM Fell English" w:hAnsi="IM Fell English"/>
          <w:color w:val="141414"/>
          <w:sz w:val="24"/>
        </w:rPr>
        <w:t>“I knew Melinda’s entrance was too pretty.”</w:t>
      </w:r>
    </w:p>
    <w:p>
      <w:r>
        <w:rPr>
          <w:rFonts w:ascii="IM Fell English" w:hAnsi="IM Fell English"/>
          <w:color w:val="141414"/>
          <w:sz w:val="24"/>
        </w:rPr>
        <w:t>Melinda, in the robe, raised her water bottle in a dry toast.</w:t>
      </w:r>
    </w:p>
    <w:p>
      <w:r>
        <w:rPr>
          <w:rFonts w:ascii="IM Fell English" w:hAnsi="IM Fell English"/>
          <w:color w:val="141414"/>
          <w:sz w:val="24"/>
        </w:rPr>
        <w:t>“The sand lift is older than half the crew. Respect it.”</w:t>
      </w:r>
    </w:p>
    <w:p>
      <w:r>
        <w:rPr>
          <w:rFonts w:ascii="IM Fell English" w:hAnsi="IM Fell English"/>
          <w:color w:val="141414"/>
          <w:sz w:val="24"/>
        </w:rPr>
        <w:t>Sekhmet accepted a tablet with stiff fingers and already started checking shot logs like death had been a lunch break.</w:t>
      </w:r>
    </w:p>
    <w:p>
      <w:r>
        <w:rPr>
          <w:rFonts w:ascii="IM Fell English" w:hAnsi="IM Fell English"/>
          <w:color w:val="141414"/>
          <w:sz w:val="24"/>
        </w:rPr>
        <w:t>“We keep the raw. No one cuts Jennifer’s last joke before the final breath. That line sells.”</w:t>
      </w:r>
    </w:p>
    <w:p>
      <w:r>
        <w:rPr>
          <w:rFonts w:ascii="IM Fell English" w:hAnsi="IM Fell English"/>
          <w:color w:val="141414"/>
          <w:sz w:val="24"/>
        </w:rPr>
        <w:t>Jennifer pointed at her without looking fully upright.</w:t>
      </w:r>
    </w:p>
    <w:p>
      <w:r>
        <w:rPr>
          <w:rFonts w:ascii="IM Fell English" w:hAnsi="IM Fell English"/>
          <w:color w:val="141414"/>
          <w:sz w:val="24"/>
        </w:rPr>
        <w:t>“I want a bonus for dying slower than both of you.”</w:t>
      </w:r>
    </w:p>
    <w:p>
      <w:r>
        <w:rPr>
          <w:rFonts w:ascii="IM Fell English" w:hAnsi="IM Fell English"/>
          <w:color w:val="141414"/>
          <w:sz w:val="24"/>
        </w:rPr>
        <w:t>“You want a bonus for not shutting up,” Jackie said.</w:t>
      </w:r>
    </w:p>
    <w:p>
      <w:r>
        <w:rPr>
          <w:rFonts w:ascii="IM Fell English" w:hAnsi="IM Fell English"/>
          <w:color w:val="141414"/>
          <w:sz w:val="24"/>
        </w:rPr>
        <w:t>“Same thing.”</w:t>
      </w:r>
    </w:p>
    <w:p>
      <w:r>
        <w:rPr>
          <w:rFonts w:ascii="IM Fell English" w:hAnsi="IM Fell English"/>
          <w:color w:val="141414"/>
          <w:sz w:val="24"/>
        </w:rPr>
        <w:t>Saiya looked over the three of them — daughter, stepdaughter-by-marriage chaos, family weapons still laughing under dried fake blood and real bruises — and nodded once to the first AD.</w:t>
      </w:r>
    </w:p>
    <w:p>
      <w:r>
        <w:rPr>
          <w:rFonts w:ascii="IM Fell English" w:hAnsi="IM Fell English"/>
          <w:color w:val="141414"/>
          <w:sz w:val="24"/>
        </w:rPr>
        <w:t>“Print. Lock the raw. Standard recovery window. No press near the stage until these three can walk without advertising the crucifixion.”</w:t>
      </w:r>
    </w:p>
    <w:p>
      <w:r>
        <w:rPr>
          <w:rFonts w:ascii="IM Fell English" w:hAnsi="IM Fell English"/>
          <w:color w:val="141414"/>
          <w:sz w:val="24"/>
        </w:rPr>
        <w:t>She paused, then added, almost fond:</w:t>
      </w:r>
    </w:p>
    <w:p>
      <w:r>
        <w:rPr>
          <w:rFonts w:ascii="IM Fell English" w:hAnsi="IM Fell English"/>
          <w:color w:val="141414"/>
          <w:sz w:val="24"/>
        </w:rPr>
        <w:t>“And somebody get my daughter a contract copy before she throws another water bottle. She likes reading the part where she agreed to this.”</w:t>
      </w:r>
    </w:p>
    <w:p>
      <w:r>
        <w:rPr>
          <w:rFonts w:ascii="IM Fell English" w:hAnsi="IM Fell English"/>
          <w:color w:val="141414"/>
          <w:sz w:val="24"/>
        </w:rPr>
        <w:t>Jennifer flipped her off with a trembling hand.</w:t>
      </w:r>
    </w:p>
    <w:p>
      <w:r>
        <w:rPr>
          <w:rFonts w:ascii="IM Fell English" w:hAnsi="IM Fell English"/>
          <w:color w:val="141414"/>
          <w:sz w:val="24"/>
        </w:rPr>
        <w:t>“I agreed to a honeymoon.”</w:t>
      </w:r>
    </w:p>
    <w:p>
      <w:r>
        <w:rPr>
          <w:rFonts w:ascii="IM Fell English" w:hAnsi="IM Fell English"/>
          <w:color w:val="141414"/>
          <w:sz w:val="24"/>
        </w:rPr>
        <w:t>Saiya was already turning away.</w:t>
      </w:r>
    </w:p>
    <w:p>
      <w:r>
        <w:rPr>
          <w:rFonts w:ascii="IM Fell English" w:hAnsi="IM Fell English"/>
          <w:color w:val="141414"/>
          <w:sz w:val="24"/>
        </w:rPr>
        <w:t>“Same thing.”</w:t>
      </w:r>
    </w:p>
    <w:p>
      <w:r>
        <w:rPr>
          <w:rFonts w:ascii="IM Fell English" w:hAnsi="IM Fell English"/>
          <w:color w:val="141414"/>
          <w:sz w:val="24"/>
        </w:rPr>
        <w:t>Later, when the crosses were being broken down and the painted salt was being swept into bins, Jackie sat on the tailgate of a production cart with Jennifer between her knees, both of them too sore to pretend dignity. Katie dozed against Lilith’s shoulder in a folding chair. Sekhmet argued quietly with Jimmy about pickup shots that did not exist because she needed to argue with someone.</w:t>
      </w:r>
    </w:p>
    <w:p>
      <w:r>
        <w:rPr>
          <w:rFonts w:ascii="IM Fell English" w:hAnsi="IM Fell English"/>
          <w:color w:val="141414"/>
          <w:sz w:val="24"/>
        </w:rPr>
        <w:t>Jennifer spoke into Jackie’s collarbone, voice gone quiet.</w:t>
      </w:r>
    </w:p>
    <w:p>
      <w:r>
        <w:rPr>
          <w:rFonts w:ascii="IM Fell English" w:hAnsi="IM Fell English"/>
          <w:color w:val="141414"/>
          <w:sz w:val="24"/>
        </w:rPr>
        <w:t>“Nevada was claim.”</w:t>
      </w:r>
    </w:p>
    <w:p>
      <w:r>
        <w:rPr>
          <w:rFonts w:ascii="IM Fell English" w:hAnsi="IM Fell English"/>
          <w:color w:val="141414"/>
          <w:sz w:val="24"/>
        </w:rPr>
        <w:t>“Mm.”</w:t>
      </w:r>
    </w:p>
    <w:p>
      <w:r>
        <w:rPr>
          <w:rFonts w:ascii="IM Fell English" w:hAnsi="IM Fell English"/>
          <w:color w:val="141414"/>
          <w:sz w:val="24"/>
        </w:rPr>
        <w:t>“Trees were vows.”</w:t>
      </w:r>
    </w:p>
    <w:p>
      <w:r>
        <w:rPr>
          <w:rFonts w:ascii="IM Fell English" w:hAnsi="IM Fell English"/>
          <w:color w:val="141414"/>
          <w:sz w:val="24"/>
        </w:rPr>
        <w:t>“Mm.”</w:t>
      </w:r>
    </w:p>
    <w:p>
      <w:r>
        <w:rPr>
          <w:rFonts w:ascii="IM Fell English" w:hAnsi="IM Fell English"/>
          <w:color w:val="141414"/>
          <w:sz w:val="24"/>
        </w:rPr>
        <w:t>“Brazil was the wedding.”</w:t>
      </w:r>
    </w:p>
    <w:p>
      <w:r>
        <w:rPr>
          <w:rFonts w:ascii="IM Fell English" w:hAnsi="IM Fell English"/>
          <w:color w:val="141414"/>
          <w:sz w:val="24"/>
        </w:rPr>
        <w:t>Jackie rested her mouth in Jennifer’s filthy hair.</w:t>
      </w:r>
    </w:p>
    <w:p>
      <w:r>
        <w:rPr>
          <w:rFonts w:ascii="IM Fell English" w:hAnsi="IM Fell English"/>
          <w:color w:val="141414"/>
          <w:sz w:val="24"/>
        </w:rPr>
        <w:t>“Danakil was the honeymoon.”</w:t>
      </w:r>
    </w:p>
    <w:p>
      <w:r>
        <w:rPr>
          <w:rFonts w:ascii="IM Fell English" w:hAnsi="IM Fell English"/>
          <w:color w:val="141414"/>
          <w:sz w:val="24"/>
        </w:rPr>
        <w:t>Jennifer huffed a final small laugh.</w:t>
      </w:r>
    </w:p>
    <w:p>
      <w:r>
        <w:rPr>
          <w:rFonts w:ascii="IM Fell English" w:hAnsi="IM Fell English"/>
          <w:color w:val="141414"/>
          <w:sz w:val="24"/>
        </w:rPr>
        <w:t>“And Saiya was never gone.”</w:t>
      </w:r>
    </w:p>
    <w:p>
      <w:r>
        <w:rPr>
          <w:rFonts w:ascii="IM Fell English" w:hAnsi="IM Fell English"/>
          <w:color w:val="141414"/>
          <w:sz w:val="24"/>
        </w:rPr>
        <w:t>Jackie looked across the stage to where Saiya stood in conference with Melinda and the effects lead, perfectly at home in the machine she had pretended to be removed from.</w:t>
      </w:r>
    </w:p>
    <w:p>
      <w:r>
        <w:rPr>
          <w:rFonts w:ascii="IM Fell English" w:hAnsi="IM Fell English"/>
          <w:color w:val="141414"/>
          <w:sz w:val="24"/>
        </w:rPr>
        <w:t>“No,” Jackie said. “She was producing the whole time.”</w:t>
      </w:r>
    </w:p>
    <w:p>
      <w:r>
        <w:rPr>
          <w:rFonts w:ascii="IM Fell English" w:hAnsi="IM Fell English"/>
          <w:color w:val="141414"/>
          <w:sz w:val="24"/>
        </w:rPr>
        <w:t>Jennifer’s fingers found Jackie’s wrist and held on.</w:t>
      </w:r>
    </w:p>
    <w:p>
      <w:r>
        <w:rPr>
          <w:rFonts w:ascii="IM Fell English" w:hAnsi="IM Fell English"/>
          <w:color w:val="141414"/>
          <w:sz w:val="24"/>
        </w:rPr>
        <w:t>“Next one better not have nails.”</w:t>
      </w:r>
    </w:p>
    <w:p>
      <w:r>
        <w:rPr>
          <w:rFonts w:ascii="IM Fell English" w:hAnsi="IM Fell English"/>
          <w:color w:val="141414"/>
          <w:sz w:val="24"/>
        </w:rPr>
        <w:t>Jackie smiled against her hair, eyes hard and warm at once.</w:t>
      </w:r>
    </w:p>
    <w:p>
      <w:r>
        <w:rPr>
          <w:rFonts w:ascii="IM Fell English" w:hAnsi="IM Fell English"/>
          <w:color w:val="141414"/>
          <w:sz w:val="24"/>
        </w:rPr>
        <w:t>“Next one will have something worse. That’s how we know it’s ours.”</w:t>
      </w:r>
    </w:p>
    <w:p>
      <w:r>
        <w:rPr>
          <w:rFonts w:ascii="IM Fell English" w:hAnsi="IM Fell English"/>
          <w:color w:val="141414"/>
          <w:sz w:val="24"/>
        </w:rPr>
        <w:t>On the far side of the soundstage, a crew member killed the last heat lamp.</w:t>
      </w:r>
    </w:p>
    <w:p>
      <w:r>
        <w:rPr>
          <w:rFonts w:ascii="IM Fell English" w:hAnsi="IM Fell English"/>
          <w:color w:val="141414"/>
          <w:sz w:val="24"/>
        </w:rPr>
        <w:t xml:space="preserve">The simulated desert lights flickered and died. </w:t>
      </w:r>
    </w:p>
    <w:p>
      <w:r>
        <w:rPr>
          <w:rFonts w:ascii="IM Fell English" w:hAnsi="IM Fell English"/>
          <w:color w:val="141414"/>
          <w:sz w:val="24"/>
        </w:rPr>
        <w:t xml:space="preserve">The marriage, however, remained resolute. </w:t>
      </w:r>
    </w:p>
    <w:p>
      <w:pPr>
        <w:pStyle w:val="Heading1"/>
        <w:jc w:val="center"/>
      </w:pPr>
      <w:r>
        <w:rPr>
          <w:rFonts w:ascii="IM Fell English" w:hAnsi="IM Fell English"/>
          <w:color w:val="0D0D0D"/>
        </w:rPr>
        <w:t>CHAPTER 29 — HOME AND COMPLAINTS</w:t>
      </w:r>
    </w:p>
    <w:p>
      <w:r>
        <w:rPr>
          <w:rFonts w:ascii="IM Fell English" w:hAnsi="IM Fell English"/>
          <w:color w:val="141414"/>
          <w:sz w:val="24"/>
        </w:rPr>
        <w:t xml:space="preserve">They got home two days after the wrap because medical insisted and Saiya signed off with a smile that meant </w:t>
      </w:r>
      <w:r>
        <w:rPr>
          <w:rFonts w:ascii="IM Fell English" w:hAnsi="IM Fell English"/>
          <w:i/>
          <w:color w:val="141414"/>
          <w:sz w:val="24"/>
        </w:rPr>
        <w:t>don’t make me fake another exile</w:t>
      </w:r>
      <w:r>
        <w:rPr>
          <w:rFonts w:ascii="IM Fell English" w:hAnsi="IM Fell English"/>
          <w:color w:val="141414"/>
          <w:sz w:val="24"/>
        </w:rPr>
        <w:t>.</w:t>
      </w:r>
    </w:p>
    <w:p>
      <w:r>
        <w:rPr>
          <w:rFonts w:ascii="IM Fell English" w:hAnsi="IM Fell English"/>
          <w:color w:val="141414"/>
          <w:sz w:val="24"/>
        </w:rPr>
        <w:t>The mansion felt too quiet after Danakil’s staged heat and Brazil’s wind. Jackie pushed the front door open with her shoulder, hands still stiff from holding leads and getting used under crosses. Jennifer walked in behind her like every step was a lawsuit she hadn’t filed yet.</w:t>
      </w:r>
    </w:p>
    <w:p>
      <w:r>
        <w:rPr>
          <w:rFonts w:ascii="IM Fell English" w:hAnsi="IM Fell English"/>
          <w:color w:val="141414"/>
          <w:sz w:val="24"/>
        </w:rPr>
        <w:t>Lena and Marcus were already there.</w:t>
      </w:r>
    </w:p>
    <w:p>
      <w:r>
        <w:rPr>
          <w:rFonts w:ascii="IM Fell English" w:hAnsi="IM Fell English"/>
          <w:color w:val="141414"/>
          <w:sz w:val="24"/>
        </w:rPr>
        <w:t>Not guests. Not surprises. Keys on the counter, freezer stocked, dungeon checked, the particular domestic claim of people who had built the house’s worst rooms and reserved the right to use what they built. Lena took one look at Jennifer’s bandaged palms and started the kettle without asking. Marcus took one look at Jackie’s gait and pointed at the couch.</w:t>
      </w:r>
    </w:p>
    <w:p>
      <w:r>
        <w:rPr>
          <w:rFonts w:ascii="IM Fell English" w:hAnsi="IM Fell English"/>
          <w:color w:val="141414"/>
          <w:sz w:val="24"/>
        </w:rPr>
        <w:t>“Sit before you fall and blame a roof again.”</w:t>
      </w:r>
    </w:p>
    <w:p>
      <w:r>
        <w:rPr>
          <w:rFonts w:ascii="IM Fell English" w:hAnsi="IM Fell English"/>
          <w:color w:val="141414"/>
          <w:sz w:val="24"/>
        </w:rPr>
        <w:t>Jackie sat.</w:t>
      </w:r>
    </w:p>
    <w:p>
      <w:r>
        <w:rPr>
          <w:rFonts w:ascii="IM Fell English" w:hAnsi="IM Fell English"/>
          <w:color w:val="141414"/>
          <w:sz w:val="24"/>
        </w:rPr>
        <w:t>Jennifer did not sit. She stood in the middle of the living room and opened her hands like evidence.</w:t>
      </w:r>
    </w:p>
    <w:p>
      <w:r>
        <w:rPr>
          <w:rFonts w:ascii="IM Fell English" w:hAnsi="IM Fell English"/>
          <w:color w:val="141414"/>
          <w:sz w:val="24"/>
        </w:rPr>
        <w:t>“I was crucified.”</w:t>
      </w:r>
    </w:p>
    <w:p>
      <w:r>
        <w:rPr>
          <w:rFonts w:ascii="IM Fell English" w:hAnsi="IM Fell English"/>
          <w:color w:val="141414"/>
          <w:sz w:val="24"/>
        </w:rPr>
        <w:t>Lena didn’t turn around.</w:t>
      </w:r>
    </w:p>
    <w:p>
      <w:r>
        <w:rPr>
          <w:rFonts w:ascii="IM Fell English" w:hAnsi="IM Fell English"/>
          <w:color w:val="141414"/>
          <w:sz w:val="24"/>
        </w:rPr>
        <w:t>“We saw the raw.”</w:t>
      </w:r>
    </w:p>
    <w:p>
      <w:r>
        <w:rPr>
          <w:rFonts w:ascii="IM Fell English" w:hAnsi="IM Fell English"/>
          <w:color w:val="141414"/>
          <w:sz w:val="24"/>
        </w:rPr>
        <w:t>“In hell.”</w:t>
      </w:r>
    </w:p>
    <w:p>
      <w:r>
        <w:rPr>
          <w:rFonts w:ascii="IM Fell English" w:hAnsi="IM Fell English"/>
          <w:color w:val="141414"/>
          <w:sz w:val="24"/>
        </w:rPr>
        <w:t>Marcus nodded once.</w:t>
      </w:r>
    </w:p>
    <w:p>
      <w:r>
        <w:rPr>
          <w:rFonts w:ascii="IM Fell English" w:hAnsi="IM Fell English"/>
          <w:color w:val="141414"/>
          <w:sz w:val="24"/>
        </w:rPr>
        <w:t>“Danakil set. Good work.”</w:t>
      </w:r>
    </w:p>
    <w:p>
      <w:r>
        <w:rPr>
          <w:rFonts w:ascii="IM Fell English" w:hAnsi="IM Fell English"/>
          <w:color w:val="141414"/>
          <w:sz w:val="24"/>
        </w:rPr>
        <w:t>Jennifer stared at them both.</w:t>
      </w:r>
    </w:p>
    <w:p>
      <w:r>
        <w:rPr>
          <w:rFonts w:ascii="IM Fell English" w:hAnsi="IM Fell English"/>
          <w:color w:val="141414"/>
          <w:sz w:val="24"/>
        </w:rPr>
        <w:t>“You’re supposed to be appalled.”</w:t>
      </w:r>
    </w:p>
    <w:p>
      <w:r>
        <w:rPr>
          <w:rFonts w:ascii="IM Fell English" w:hAnsi="IM Fell English"/>
          <w:color w:val="141414"/>
          <w:sz w:val="24"/>
        </w:rPr>
        <w:t>Lena brought two mugs over, set one near Jackie, held the other until Jennifer finally took it with a wince.</w:t>
      </w:r>
    </w:p>
    <w:p>
      <w:r>
        <w:rPr>
          <w:rFonts w:ascii="IM Fell English" w:hAnsi="IM Fell English"/>
          <w:color w:val="141414"/>
          <w:sz w:val="24"/>
        </w:rPr>
        <w:t>“We’re appalled you still have the energy to litigate your own honeymoon.”</w:t>
      </w:r>
    </w:p>
    <w:p>
      <w:r>
        <w:rPr>
          <w:rFonts w:ascii="IM Fell English" w:hAnsi="IM Fell English"/>
          <w:color w:val="141414"/>
          <w:sz w:val="24"/>
        </w:rPr>
        <w:t>Jackie accepted the mug carefully and muttered,</w:t>
      </w:r>
    </w:p>
    <w:p>
      <w:r>
        <w:rPr>
          <w:rFonts w:ascii="IM Fell English" w:hAnsi="IM Fell English"/>
          <w:color w:val="141414"/>
          <w:sz w:val="24"/>
        </w:rPr>
        <w:t>“She’s been like this since the cart ride off stage.”</w:t>
      </w:r>
    </w:p>
    <w:p>
      <w:r>
        <w:rPr>
          <w:rFonts w:ascii="IM Fell English" w:hAnsi="IM Fell English"/>
          <w:color w:val="141414"/>
          <w:sz w:val="24"/>
        </w:rPr>
        <w:t xml:space="preserve">“I was </w:t>
      </w:r>
      <w:r>
        <w:rPr>
          <w:rFonts w:ascii="IM Fell English" w:hAnsi="IM Fell English"/>
          <w:i/>
          <w:color w:val="141414"/>
          <w:sz w:val="24"/>
        </w:rPr>
        <w:t>nailed</w:t>
      </w:r>
      <w:r>
        <w:rPr>
          <w:rFonts w:ascii="IM Fell English" w:hAnsi="IM Fell English"/>
          <w:color w:val="141414"/>
          <w:sz w:val="24"/>
        </w:rPr>
        <w:t>,” Jennifer said. “Through the feet. Stacked. Do you understand stacked? That’s not a scene. That’s a theological event.”</w:t>
      </w:r>
    </w:p>
    <w:p>
      <w:r>
        <w:rPr>
          <w:rFonts w:ascii="IM Fell English" w:hAnsi="IM Fell English"/>
          <w:color w:val="141414"/>
          <w:sz w:val="24"/>
        </w:rPr>
        <w:t>Marcus leaned against the wall, arms crossed, almost smiling.</w:t>
      </w:r>
    </w:p>
    <w:p>
      <w:r>
        <w:rPr>
          <w:rFonts w:ascii="IM Fell English" w:hAnsi="IM Fell English"/>
          <w:color w:val="141414"/>
          <w:sz w:val="24"/>
        </w:rPr>
        <w:t>“You asked for worse than Brazil.”</w:t>
      </w:r>
    </w:p>
    <w:p>
      <w:r>
        <w:rPr>
          <w:rFonts w:ascii="IM Fell English" w:hAnsi="IM Fell English"/>
          <w:color w:val="141414"/>
          <w:sz w:val="24"/>
        </w:rPr>
        <w:t>“I asked for a honeymoon.”</w:t>
      </w:r>
    </w:p>
    <w:p>
      <w:r>
        <w:rPr>
          <w:rFonts w:ascii="IM Fell English" w:hAnsi="IM Fell English"/>
          <w:color w:val="141414"/>
          <w:sz w:val="24"/>
        </w:rPr>
        <w:t>Jackie sipped and watched her over the rim.</w:t>
      </w:r>
    </w:p>
    <w:p>
      <w:r>
        <w:rPr>
          <w:rFonts w:ascii="IM Fell English" w:hAnsi="IM Fell English"/>
          <w:color w:val="141414"/>
          <w:sz w:val="24"/>
        </w:rPr>
        <w:t>“You got four falls, a desert protocol, a goddess out of the floor, and center cross. That’s a honeymoon in this family.”</w:t>
      </w:r>
    </w:p>
    <w:p>
      <w:r>
        <w:rPr>
          <w:rFonts w:ascii="IM Fell English" w:hAnsi="IM Fell English"/>
          <w:color w:val="141414"/>
          <w:sz w:val="24"/>
        </w:rPr>
        <w:t>Jennifer pointed at her with the mug.</w:t>
      </w:r>
    </w:p>
    <w:p>
      <w:r>
        <w:rPr>
          <w:rFonts w:ascii="IM Fell English" w:hAnsi="IM Fell English"/>
          <w:color w:val="141414"/>
          <w:sz w:val="24"/>
        </w:rPr>
        <w:t>“You leaned on me.”</w:t>
      </w:r>
    </w:p>
    <w:p>
      <w:r>
        <w:rPr>
          <w:rFonts w:ascii="IM Fell English" w:hAnsi="IM Fell English"/>
          <w:color w:val="141414"/>
          <w:sz w:val="24"/>
        </w:rPr>
        <w:t>“You were standing where furniture belongs.”</w:t>
      </w:r>
    </w:p>
    <w:p>
      <w:r>
        <w:rPr>
          <w:rFonts w:ascii="IM Fell English" w:hAnsi="IM Fell English"/>
          <w:color w:val="141414"/>
          <w:sz w:val="24"/>
        </w:rPr>
        <w:t>“You got fucked under my cross while I did the religious labor.”</w:t>
      </w:r>
    </w:p>
    <w:p>
      <w:r>
        <w:rPr>
          <w:rFonts w:ascii="IM Fell English" w:hAnsi="IM Fell English"/>
          <w:color w:val="141414"/>
          <w:sz w:val="24"/>
        </w:rPr>
        <w:t>Jackie didn’t deny it.</w:t>
      </w:r>
    </w:p>
    <w:p>
      <w:r>
        <w:rPr>
          <w:rFonts w:ascii="IM Fell English" w:hAnsi="IM Fell English"/>
          <w:color w:val="141414"/>
          <w:sz w:val="24"/>
        </w:rPr>
        <w:t>“I kept eye contact.”</w:t>
      </w:r>
    </w:p>
    <w:p>
      <w:r>
        <w:rPr>
          <w:rFonts w:ascii="IM Fell English" w:hAnsi="IM Fell English"/>
          <w:color w:val="141414"/>
          <w:sz w:val="24"/>
        </w:rPr>
        <w:t>Lena laughed once, quiet and mean in the soft way only she could manage in this house.</w:t>
      </w:r>
    </w:p>
    <w:p>
      <w:r>
        <w:rPr>
          <w:rFonts w:ascii="IM Fell English" w:hAnsi="IM Fell English"/>
          <w:color w:val="141414"/>
          <w:sz w:val="24"/>
        </w:rPr>
        <w:t>“Both of you upstairs. Shower. Then food. Then you can resume the divorce arguments we all know aren’t real.”</w:t>
      </w:r>
    </w:p>
    <w:p>
      <w:r>
        <w:rPr>
          <w:rFonts w:ascii="IM Fell English" w:hAnsi="IM Fell English"/>
          <w:color w:val="141414"/>
          <w:sz w:val="24"/>
        </w:rPr>
        <w:t>Jennifer scowled.</w:t>
      </w:r>
    </w:p>
    <w:p>
      <w:r>
        <w:rPr>
          <w:rFonts w:ascii="IM Fell English" w:hAnsi="IM Fell English"/>
          <w:color w:val="141414"/>
          <w:sz w:val="24"/>
        </w:rPr>
        <w:t>“You’re not the boss of my recovery.”</w:t>
      </w:r>
    </w:p>
    <w:p>
      <w:r>
        <w:rPr>
          <w:rFonts w:ascii="IM Fell English" w:hAnsi="IM Fell English"/>
          <w:color w:val="141414"/>
          <w:sz w:val="24"/>
        </w:rPr>
        <w:t>Marcus’s voice stayed mild.</w:t>
      </w:r>
    </w:p>
    <w:p>
      <w:r>
        <w:rPr>
          <w:rFonts w:ascii="IM Fell English" w:hAnsi="IM Fell English"/>
          <w:color w:val="141414"/>
          <w:sz w:val="24"/>
        </w:rPr>
        <w:t>“In this house, when your hands look like that, we are. Move.”</w:t>
      </w:r>
    </w:p>
    <w:p>
      <w:r>
        <w:rPr>
          <w:rFonts w:ascii="IM Fell English" w:hAnsi="IM Fell English"/>
          <w:color w:val="141414"/>
          <w:sz w:val="24"/>
        </w:rPr>
        <w:t>Jackie stood first because her pride had different bruises. Jennifer followed because the alternative was standing in the living room alone with her own outrage, and even she got bored of that without an audience.</w:t>
      </w:r>
    </w:p>
    <w:p>
      <w:r>
        <w:rPr>
          <w:rFonts w:ascii="IM Fell English" w:hAnsi="IM Fell English"/>
          <w:color w:val="141414"/>
          <w:sz w:val="24"/>
        </w:rPr>
        <w:t>The shower was slow and ugly with tenderness.</w:t>
      </w:r>
    </w:p>
    <w:p>
      <w:r>
        <w:rPr>
          <w:rFonts w:ascii="IM Fell English" w:hAnsi="IM Fell English"/>
          <w:color w:val="141414"/>
          <w:sz w:val="24"/>
        </w:rPr>
        <w:t>Jackie washed Jennifer’s hair because Jennifer’s palms couldn’t take the pressure. Jennifer leaned her forehead on tile and kept talking through the water like silence might make the nails real again.</w:t>
      </w:r>
    </w:p>
    <w:p>
      <w:r>
        <w:rPr>
          <w:rFonts w:ascii="IM Fell English" w:hAnsi="IM Fell English"/>
          <w:color w:val="141414"/>
          <w:sz w:val="24"/>
        </w:rPr>
        <w:t>“Fifty times off a building in the last film was bad. Brazil was personal. But the cross—”</w:t>
      </w:r>
    </w:p>
    <w:p>
      <w:r>
        <w:rPr>
          <w:rFonts w:ascii="IM Fell English" w:hAnsi="IM Fell English"/>
          <w:color w:val="141414"/>
          <w:sz w:val="24"/>
        </w:rPr>
        <w:t>“Was your mother’s idea of romance,” Jackie finished.</w:t>
      </w:r>
    </w:p>
    <w:p>
      <w:r>
        <w:rPr>
          <w:rFonts w:ascii="IM Fell English" w:hAnsi="IM Fell English"/>
          <w:color w:val="141414"/>
          <w:sz w:val="24"/>
        </w:rPr>
        <w:t>Jennifer made a wounded noise.</w:t>
      </w:r>
    </w:p>
    <w:p>
      <w:r>
        <w:rPr>
          <w:rFonts w:ascii="IM Fell English" w:hAnsi="IM Fell English"/>
          <w:color w:val="141414"/>
          <w:sz w:val="24"/>
        </w:rPr>
        <w:t>“Don’t say mother while you’re soaping my ass. It confuses the trauma.”</w:t>
      </w:r>
    </w:p>
    <w:p>
      <w:r>
        <w:rPr>
          <w:rFonts w:ascii="IM Fell English" w:hAnsi="IM Fell English"/>
          <w:color w:val="141414"/>
          <w:sz w:val="24"/>
        </w:rPr>
        <w:t>Jackie soaped her ass anyway, careful around sunburn edges and impact marks that weren’t all makeup. Lena and Marcus had left clean clothes on the counter and a note in Lena’s handwriting:</w:t>
      </w:r>
    </w:p>
    <w:p>
      <w:r>
        <w:rPr>
          <w:rFonts w:ascii="IM Fell English" w:hAnsi="IM Fell English"/>
          <w:i/>
          <w:color w:val="141414"/>
          <w:sz w:val="24"/>
        </w:rPr>
        <w:t>Kitchen in twenty. If Jennifer is still on the crucifixion monologue, Marcus gets to gag her with dinner rolls.</w:t>
      </w:r>
    </w:p>
    <w:p>
      <w:r>
        <w:rPr>
          <w:rFonts w:ascii="IM Fell English" w:hAnsi="IM Fell English"/>
          <w:color w:val="141414"/>
          <w:sz w:val="24"/>
        </w:rPr>
        <w:t>Jennifer read it through steam and barked a laugh that hurt her ribs.</w:t>
      </w:r>
    </w:p>
    <w:p>
      <w:r>
        <w:rPr>
          <w:rFonts w:ascii="IM Fell English" w:hAnsi="IM Fell English"/>
          <w:color w:val="141414"/>
          <w:sz w:val="24"/>
        </w:rPr>
        <w:t>“I like them.”</w:t>
      </w:r>
    </w:p>
    <w:p>
      <w:r>
        <w:rPr>
          <w:rFonts w:ascii="IM Fell English" w:hAnsi="IM Fell English"/>
          <w:color w:val="141414"/>
          <w:sz w:val="24"/>
        </w:rPr>
        <w:t>“You like anyone who lets you complain and then fucks you about it.”</w:t>
      </w:r>
    </w:p>
    <w:p>
      <w:r>
        <w:rPr>
          <w:rFonts w:ascii="IM Fell English" w:hAnsi="IM Fell English"/>
          <w:color w:val="141414"/>
          <w:sz w:val="24"/>
        </w:rPr>
        <w:t>“That’s marriage.”</w:t>
      </w:r>
    </w:p>
    <w:p>
      <w:r>
        <w:rPr>
          <w:rFonts w:ascii="IM Fell English" w:hAnsi="IM Fell English"/>
          <w:color w:val="141414"/>
          <w:sz w:val="24"/>
        </w:rPr>
        <w:t>Jackie turned her under the water and kissed her once, soft around the split lip.</w:t>
      </w:r>
    </w:p>
    <w:p>
      <w:r>
        <w:rPr>
          <w:rFonts w:ascii="IM Fell English" w:hAnsi="IM Fell English"/>
          <w:color w:val="141414"/>
          <w:sz w:val="24"/>
        </w:rPr>
        <w:t>“That’s us.”</w:t>
      </w:r>
    </w:p>
    <w:p>
      <w:r>
        <w:rPr>
          <w:rFonts w:ascii="IM Fell English" w:hAnsi="IM Fell English"/>
          <w:color w:val="141414"/>
          <w:sz w:val="24"/>
        </w:rPr>
        <w:t>Dinner was simple and brutal in the way of people who had been living on stage blood and adrenaline: real food, salt that didn’t come from a crust pan, water no one had to earn with their mouth. Jennifer ate like she resented needing to. Jackie ate like she was refueling for the next argument.</w:t>
      </w:r>
    </w:p>
    <w:p>
      <w:r>
        <w:rPr>
          <w:rFonts w:ascii="IM Fell English" w:hAnsi="IM Fell English"/>
          <w:color w:val="141414"/>
          <w:sz w:val="24"/>
        </w:rPr>
        <w:t>Halfway through, Jennifer set her fork down.</w:t>
      </w:r>
    </w:p>
    <w:p>
      <w:r>
        <w:rPr>
          <w:rFonts w:ascii="IM Fell English" w:hAnsi="IM Fell English"/>
          <w:color w:val="141414"/>
          <w:sz w:val="24"/>
        </w:rPr>
        <w:t>“I want it on record that Katie died on time and still looked smug.”</w:t>
      </w:r>
    </w:p>
    <w:p>
      <w:r>
        <w:rPr>
          <w:rFonts w:ascii="IM Fell English" w:hAnsi="IM Fell English"/>
          <w:color w:val="141414"/>
          <w:sz w:val="24"/>
        </w:rPr>
        <w:t>Marcus nodded.</w:t>
      </w:r>
    </w:p>
    <w:p>
      <w:r>
        <w:rPr>
          <w:rFonts w:ascii="IM Fell English" w:hAnsi="IM Fell English"/>
          <w:color w:val="141414"/>
          <w:sz w:val="24"/>
        </w:rPr>
        <w:t>“She always does.”</w:t>
      </w:r>
    </w:p>
    <w:p>
      <w:r>
        <w:rPr>
          <w:rFonts w:ascii="IM Fell English" w:hAnsi="IM Fell English"/>
          <w:color w:val="141414"/>
          <w:sz w:val="24"/>
        </w:rPr>
        <w:t>“And Sekhmet died like she was approving her own paperwork.”</w:t>
      </w:r>
    </w:p>
    <w:p>
      <w:r>
        <w:rPr>
          <w:rFonts w:ascii="IM Fell English" w:hAnsi="IM Fell English"/>
          <w:color w:val="141414"/>
          <w:sz w:val="24"/>
        </w:rPr>
        <w:t>Lena refilled Jennifer’s glass.</w:t>
      </w:r>
    </w:p>
    <w:p>
      <w:r>
        <w:rPr>
          <w:rFonts w:ascii="IM Fell English" w:hAnsi="IM Fell English"/>
          <w:color w:val="141414"/>
          <w:sz w:val="24"/>
        </w:rPr>
        <w:t>“And you died late because you couldn’t stop doing commentary.”</w:t>
      </w:r>
    </w:p>
    <w:p>
      <w:r>
        <w:rPr>
          <w:rFonts w:ascii="IM Fell English" w:hAnsi="IM Fell English"/>
          <w:color w:val="141414"/>
          <w:sz w:val="24"/>
        </w:rPr>
        <w:t>Jennifer pointed at Lena with a bandaged hand.</w:t>
      </w:r>
    </w:p>
    <w:p>
      <w:r>
        <w:rPr>
          <w:rFonts w:ascii="IM Fell English" w:hAnsi="IM Fell English"/>
          <w:color w:val="141414"/>
          <w:sz w:val="24"/>
        </w:rPr>
        <w:t>“Exactly. Center has responsibilities.”</w:t>
      </w:r>
    </w:p>
    <w:p>
      <w:r>
        <w:rPr>
          <w:rFonts w:ascii="IM Fell English" w:hAnsi="IM Fell English"/>
          <w:color w:val="141414"/>
          <w:sz w:val="24"/>
        </w:rPr>
        <w:t>Jackie leaned back in her chair, sore and fond and exhausted.</w:t>
      </w:r>
    </w:p>
    <w:p>
      <w:r>
        <w:rPr>
          <w:rFonts w:ascii="IM Fell English" w:hAnsi="IM Fell English"/>
          <w:color w:val="141414"/>
          <w:sz w:val="24"/>
        </w:rPr>
        <w:t>“Tomorrow you’re not allowed to say the word nail until noon.”</w:t>
      </w:r>
    </w:p>
    <w:p>
      <w:r>
        <w:rPr>
          <w:rFonts w:ascii="IM Fell English" w:hAnsi="IM Fell English"/>
          <w:color w:val="141414"/>
          <w:sz w:val="24"/>
        </w:rPr>
        <w:t>“You can’t police my vocabulary.”</w:t>
      </w:r>
    </w:p>
    <w:p>
      <w:r>
        <w:rPr>
          <w:rFonts w:ascii="IM Fell English" w:hAnsi="IM Fell English"/>
          <w:color w:val="141414"/>
          <w:sz w:val="24"/>
        </w:rPr>
        <w:t>Lena’s eyes flicked to Marcus, then back to Jennifer.</w:t>
      </w:r>
    </w:p>
    <w:p>
      <w:r>
        <w:rPr>
          <w:rFonts w:ascii="IM Fell English" w:hAnsi="IM Fell English"/>
          <w:color w:val="141414"/>
          <w:sz w:val="24"/>
        </w:rPr>
        <w:t>“Watch us.”</w:t>
      </w:r>
    </w:p>
    <w:p>
      <w:r>
        <w:rPr>
          <w:rFonts w:ascii="IM Fell English" w:hAnsi="IM Fell English"/>
          <w:color w:val="141414"/>
          <w:sz w:val="24"/>
        </w:rPr>
        <w:t>The house settled around the four of them in layers: the quiet of off-clock, the residual heat of a finished film, the old contract between couples that said recovery was temporary and ownership never was. Jennifer’s complaints kept coming in smaller waves — Brazil’s lean, the wedding picture fall, the stacked feet, Saiya never leaving — and every wave hit the table and turned into dark humor instead of real exit.</w:t>
      </w:r>
    </w:p>
    <w:p>
      <w:r>
        <w:rPr>
          <w:rFonts w:ascii="IM Fell English" w:hAnsi="IM Fell English"/>
          <w:color w:val="141414"/>
          <w:sz w:val="24"/>
        </w:rPr>
        <w:t>At one point Jennifer muttered into her plate,</w:t>
      </w:r>
    </w:p>
    <w:p>
      <w:r>
        <w:rPr>
          <w:rFonts w:ascii="IM Fell English" w:hAnsi="IM Fell English"/>
          <w:color w:val="141414"/>
          <w:sz w:val="24"/>
        </w:rPr>
        <w:t>“Next novel better open on a couch.”</w:t>
      </w:r>
    </w:p>
    <w:p>
      <w:r>
        <w:rPr>
          <w:rFonts w:ascii="IM Fell English" w:hAnsi="IM Fell English"/>
          <w:color w:val="141414"/>
          <w:sz w:val="24"/>
        </w:rPr>
        <w:t>Jackie didn’t ask what novel.</w:t>
      </w:r>
    </w:p>
    <w:p>
      <w:r>
        <w:rPr>
          <w:rFonts w:ascii="IM Fell English" w:hAnsi="IM Fell English"/>
          <w:color w:val="141414"/>
          <w:sz w:val="24"/>
        </w:rPr>
        <w:t>She only said,</w:t>
      </w:r>
    </w:p>
    <w:p>
      <w:r>
        <w:rPr>
          <w:rFonts w:ascii="IM Fell English" w:hAnsi="IM Fell English"/>
          <w:color w:val="141414"/>
          <w:sz w:val="24"/>
        </w:rPr>
        <w:t>“It’ll open on whatever gets you wet and furious.”</w:t>
      </w:r>
    </w:p>
    <w:p>
      <w:r>
        <w:rPr>
          <w:rFonts w:ascii="IM Fell English" w:hAnsi="IM Fell English"/>
          <w:color w:val="141414"/>
          <w:sz w:val="24"/>
        </w:rPr>
        <w:t>Jennifer’s mouth curled despite herself.</w:t>
      </w:r>
    </w:p>
    <w:p>
      <w:r>
        <w:rPr>
          <w:rFonts w:ascii="IM Fell English" w:hAnsi="IM Fell English"/>
          <w:color w:val="141414"/>
          <w:sz w:val="24"/>
        </w:rPr>
        <w:t>“So… a roof.”</w:t>
      </w:r>
    </w:p>
    <w:p>
      <w:r>
        <w:rPr>
          <w:rFonts w:ascii="IM Fell English" w:hAnsi="IM Fell English"/>
          <w:color w:val="141414"/>
          <w:sz w:val="24"/>
        </w:rPr>
        <w:t>Marcus laughed into his drink.</w:t>
      </w:r>
    </w:p>
    <w:p>
      <w:r>
        <w:rPr>
          <w:rFonts w:ascii="IM Fell English" w:hAnsi="IM Fell English"/>
          <w:color w:val="141414"/>
          <w:sz w:val="24"/>
        </w:rPr>
        <w:t>Lena stood and collected plates.</w:t>
      </w:r>
    </w:p>
    <w:p>
      <w:r>
        <w:rPr>
          <w:rFonts w:ascii="IM Fell English" w:hAnsi="IM Fell English"/>
          <w:color w:val="141414"/>
          <w:sz w:val="24"/>
        </w:rPr>
        <w:t>“Couch now. No dungeon until those hands stop looking like evidence. Jackie, you help her. Marcus, you help Jackie. If either of you starts a scene before I say, I’m calling Saiya and telling her the honeymoon needs reshoots.”</w:t>
      </w:r>
    </w:p>
    <w:p>
      <w:r>
        <w:rPr>
          <w:rFonts w:ascii="IM Fell English" w:hAnsi="IM Fell English"/>
          <w:color w:val="141414"/>
          <w:sz w:val="24"/>
        </w:rPr>
        <w:t>Jennifer looked genuinely alarmed for the first time all night.</w:t>
      </w:r>
    </w:p>
    <w:p>
      <w:r>
        <w:rPr>
          <w:rFonts w:ascii="IM Fell English" w:hAnsi="IM Fell English"/>
          <w:color w:val="141414"/>
          <w:sz w:val="24"/>
        </w:rPr>
        <w:t>“You wouldn’t.”</w:t>
      </w:r>
    </w:p>
    <w:p>
      <w:r>
        <w:rPr>
          <w:rFonts w:ascii="IM Fell English" w:hAnsi="IM Fell English"/>
          <w:color w:val="141414"/>
          <w:sz w:val="24"/>
        </w:rPr>
        <w:t>Lena smiled.</w:t>
      </w:r>
    </w:p>
    <w:p>
      <w:r>
        <w:rPr>
          <w:rFonts w:ascii="IM Fell English" w:hAnsi="IM Fell English"/>
          <w:color w:val="141414"/>
          <w:sz w:val="24"/>
        </w:rPr>
        <w:t>“Try me, Christ.”</w:t>
      </w:r>
    </w:p>
    <w:p>
      <w:r>
        <w:rPr>
          <w:rFonts w:ascii="IM Fell English" w:hAnsi="IM Fell English"/>
          <w:color w:val="141414"/>
          <w:sz w:val="24"/>
        </w:rPr>
        <w:t>Jackie stood, offered Jennifer an arm like a mock formal escort, and walked her toward the living room while Jennifer started a new complaint under her breath about blasphemy, side offerings, and the injustice of dying on camera only to wake up to housework.</w:t>
      </w:r>
    </w:p>
    <w:p>
      <w:r>
        <w:rPr>
          <w:rFonts w:ascii="IM Fell English" w:hAnsi="IM Fell English"/>
          <w:color w:val="141414"/>
          <w:sz w:val="24"/>
        </w:rPr>
        <w:t>Behind them, Marcus killed the kitchen light.</w:t>
      </w:r>
    </w:p>
    <w:p>
      <w:r>
        <w:rPr>
          <w:rFonts w:ascii="IM Fell English" w:hAnsi="IM Fell English"/>
          <w:color w:val="141414"/>
          <w:sz w:val="24"/>
        </w:rPr>
        <w:t>Outside, the night was ordinary.</w:t>
      </w:r>
    </w:p>
    <w:p>
      <w:r>
        <w:rPr>
          <w:rFonts w:ascii="IM Fell English" w:hAnsi="IM Fell English"/>
          <w:color w:val="141414"/>
          <w:sz w:val="24"/>
        </w:rPr>
        <w:t>Inside, the marriage was still in one piece — bruised, loud, and already looking for the next place to lean.</w:t>
      </w:r>
    </w:p>
    <w:p>
      <w:pPr>
        <w:pStyle w:val="Heading1"/>
        <w:jc w:val="center"/>
      </w:pPr>
      <w:r>
        <w:rPr>
          <w:rFonts w:ascii="IM Fell English" w:hAnsi="IM Fell English"/>
          <w:color w:val="0D0D0D"/>
        </w:rPr>
        <w:t>CHAPTER 30 — NO NAILS UNTIL NOON</w:t>
      </w:r>
    </w:p>
    <w:p>
      <w:r>
        <w:rPr>
          <w:rFonts w:ascii="IM Fell English" w:hAnsi="IM Fell English"/>
          <w:color w:val="141414"/>
          <w:sz w:val="24"/>
        </w:rPr>
        <w:t>Jennifer made it to 10:47 a.m. before she said the word.</w:t>
      </w:r>
    </w:p>
    <w:p>
      <w:r>
        <w:rPr>
          <w:rFonts w:ascii="IM Fell English" w:hAnsi="IM Fell English"/>
          <w:color w:val="141414"/>
          <w:sz w:val="24"/>
        </w:rPr>
        <w:t>Jackie was on the couch with an ice pack over her ribs. Lena was cross-legged in the armchair going through a supply order on her phone. Marcus was at the low table rewrapping Jennifer’s left palm because Jennifer kept flexing it during arguments and splitting the clean bandage.</w:t>
      </w:r>
    </w:p>
    <w:p>
      <w:r>
        <w:rPr>
          <w:rFonts w:ascii="IM Fell English" w:hAnsi="IM Fell English"/>
          <w:color w:val="141414"/>
          <w:sz w:val="24"/>
        </w:rPr>
        <w:t>Jennifer stared at the ceiling and announced,</w:t>
      </w:r>
    </w:p>
    <w:p>
      <w:r>
        <w:rPr>
          <w:rFonts w:ascii="IM Fell English" w:hAnsi="IM Fell English"/>
          <w:color w:val="141414"/>
          <w:sz w:val="24"/>
        </w:rPr>
        <w:t>“The nail through the feet was excessive.”</w:t>
      </w:r>
    </w:p>
    <w:p>
      <w:r>
        <w:rPr>
          <w:rFonts w:ascii="IM Fell English" w:hAnsi="IM Fell English"/>
          <w:color w:val="141414"/>
          <w:sz w:val="24"/>
        </w:rPr>
        <w:t>Jackie didn’t open her eyes.</w:t>
      </w:r>
    </w:p>
    <w:p>
      <w:r>
        <w:rPr>
          <w:rFonts w:ascii="IM Fell English" w:hAnsi="IM Fell English"/>
          <w:color w:val="141414"/>
          <w:sz w:val="24"/>
        </w:rPr>
        <w:t>“It’s 10:47.”</w:t>
      </w:r>
    </w:p>
    <w:p>
      <w:r>
        <w:rPr>
          <w:rFonts w:ascii="IM Fell English" w:hAnsi="IM Fell English"/>
          <w:color w:val="141414"/>
          <w:sz w:val="24"/>
        </w:rPr>
        <w:t>“You said noon.”</w:t>
      </w:r>
    </w:p>
    <w:p>
      <w:r>
        <w:rPr>
          <w:rFonts w:ascii="IM Fell English" w:hAnsi="IM Fell English"/>
          <w:color w:val="141414"/>
          <w:sz w:val="24"/>
        </w:rPr>
        <w:t>“I said noon. You’re early. That’s worse.”</w:t>
      </w:r>
    </w:p>
    <w:p>
      <w:r>
        <w:rPr>
          <w:rFonts w:ascii="IM Fell English" w:hAnsi="IM Fell English"/>
          <w:color w:val="141414"/>
          <w:sz w:val="24"/>
        </w:rPr>
        <w:t>Marcus tied off the bandage and tapped Jennifer’s wrist once.</w:t>
      </w:r>
    </w:p>
    <w:p>
      <w:r>
        <w:rPr>
          <w:rFonts w:ascii="IM Fell English" w:hAnsi="IM Fell English"/>
          <w:color w:val="141414"/>
          <w:sz w:val="24"/>
        </w:rPr>
        <w:t>“Hold still or I’ll do the next one with duct tape.”</w:t>
      </w:r>
    </w:p>
    <w:p>
      <w:r>
        <w:rPr>
          <w:rFonts w:ascii="IM Fell English" w:hAnsi="IM Fell English"/>
          <w:color w:val="141414"/>
          <w:sz w:val="24"/>
        </w:rPr>
        <w:t>Jennifer looked offended in a way only a woman who had hung center cross could manage in a living room.</w:t>
      </w:r>
    </w:p>
    <w:p>
      <w:r>
        <w:rPr>
          <w:rFonts w:ascii="IM Fell English" w:hAnsi="IM Fell English"/>
          <w:color w:val="141414"/>
          <w:sz w:val="24"/>
        </w:rPr>
        <w:t>“I died for art.”</w:t>
      </w:r>
    </w:p>
    <w:p>
      <w:r>
        <w:rPr>
          <w:rFonts w:ascii="IM Fell English" w:hAnsi="IM Fell English"/>
          <w:color w:val="141414"/>
          <w:sz w:val="24"/>
        </w:rPr>
        <w:t>Lena, without looking up:</w:t>
      </w:r>
    </w:p>
    <w:p>
      <w:r>
        <w:rPr>
          <w:rFonts w:ascii="IM Fell English" w:hAnsi="IM Fell English"/>
          <w:color w:val="141414"/>
          <w:sz w:val="24"/>
        </w:rPr>
        <w:t>“You died for overtime and a raw-footage clause.”</w:t>
      </w:r>
    </w:p>
    <w:p>
      <w:r>
        <w:rPr>
          <w:rFonts w:ascii="IM Fell English" w:hAnsi="IM Fell English"/>
          <w:color w:val="141414"/>
          <w:sz w:val="24"/>
        </w:rPr>
        <w:t>“Same thing.”</w:t>
      </w:r>
    </w:p>
    <w:p>
      <w:r>
        <w:rPr>
          <w:rFonts w:ascii="IM Fell English" w:hAnsi="IM Fell English"/>
          <w:color w:val="141414"/>
          <w:sz w:val="24"/>
        </w:rPr>
        <w:t>Jackie shifted the ice pack and finally looked at her.</w:t>
      </w:r>
    </w:p>
    <w:p>
      <w:r>
        <w:rPr>
          <w:rFonts w:ascii="IM Fell English" w:hAnsi="IM Fell English"/>
          <w:color w:val="141414"/>
          <w:sz w:val="24"/>
        </w:rPr>
        <w:t>“You also fell off a building as a wedding picture. We’re ranking traumas today, or are you doing a full retrospective?”</w:t>
      </w:r>
    </w:p>
    <w:p>
      <w:r>
        <w:rPr>
          <w:rFonts w:ascii="IM Fell English" w:hAnsi="IM Fell English"/>
          <w:color w:val="141414"/>
          <w:sz w:val="24"/>
        </w:rPr>
        <w:t>Jennifer pointed at her with the rewrapped hand.</w:t>
      </w:r>
    </w:p>
    <w:p>
      <w:r>
        <w:rPr>
          <w:rFonts w:ascii="IM Fell English" w:hAnsi="IM Fell English"/>
          <w:color w:val="141414"/>
          <w:sz w:val="24"/>
        </w:rPr>
        <w:t>“The lean was personal. The cross was institutional. Both are your fault in different fonts.”</w:t>
      </w:r>
    </w:p>
    <w:p>
      <w:r>
        <w:rPr>
          <w:rFonts w:ascii="IM Fell English" w:hAnsi="IM Fell English"/>
          <w:color w:val="141414"/>
          <w:sz w:val="24"/>
        </w:rPr>
        <w:t>Marcus sat back on his heels.</w:t>
      </w:r>
    </w:p>
    <w:p>
      <w:r>
        <w:rPr>
          <w:rFonts w:ascii="IM Fell English" w:hAnsi="IM Fell English"/>
          <w:color w:val="141414"/>
          <w:sz w:val="24"/>
        </w:rPr>
        <w:t>“How is the cross Jackie’s fault?”</w:t>
      </w:r>
    </w:p>
    <w:p>
      <w:r>
        <w:rPr>
          <w:rFonts w:ascii="IM Fell English" w:hAnsi="IM Fell English"/>
          <w:color w:val="141414"/>
          <w:sz w:val="24"/>
        </w:rPr>
        <w:t>Jennifer’s mouth opened. Closed. Opened again.</w:t>
      </w:r>
    </w:p>
    <w:p>
      <w:r>
        <w:rPr>
          <w:rFonts w:ascii="IM Fell English" w:hAnsi="IM Fell English"/>
          <w:color w:val="141414"/>
          <w:sz w:val="24"/>
        </w:rPr>
        <w:t>“She married me.”</w:t>
      </w:r>
    </w:p>
    <w:p>
      <w:r>
        <w:rPr>
          <w:rFonts w:ascii="IM Fell English" w:hAnsi="IM Fell English"/>
          <w:color w:val="141414"/>
          <w:sz w:val="24"/>
        </w:rPr>
        <w:t>Lena smiled at her phone.</w:t>
      </w:r>
    </w:p>
    <w:p>
      <w:r>
        <w:rPr>
          <w:rFonts w:ascii="IM Fell English" w:hAnsi="IM Fell English"/>
          <w:color w:val="141414"/>
          <w:sz w:val="24"/>
        </w:rPr>
        <w:t>“That’s the first honest chain of custody we’ve heard all morning.”</w:t>
      </w:r>
    </w:p>
    <w:p>
      <w:r>
        <w:rPr>
          <w:rFonts w:ascii="IM Fell English" w:hAnsi="IM Fell English"/>
          <w:color w:val="141414"/>
          <w:sz w:val="24"/>
        </w:rPr>
        <w:t>They kept her off the dungeon like a medical order with teeth.</w:t>
      </w:r>
    </w:p>
    <w:p>
      <w:r>
        <w:rPr>
          <w:rFonts w:ascii="IM Fell English" w:hAnsi="IM Fell English"/>
          <w:color w:val="141414"/>
          <w:sz w:val="24"/>
        </w:rPr>
        <w:t>Lena allowed the backyard shade, the kitchen, the bedroom, and the couch. She disallowed stairs taken at speed, any joke that turned into Jennifer demonstrating height with her body, and Jackie’s habit of answering complaints by putting Jennifer on her knees “just to shut her up for a second.” Marcus enforced the list with the calm of a man who had built the house’s restraints and therefore knew exactly how many steps it took to misuse them.</w:t>
      </w:r>
    </w:p>
    <w:p>
      <w:r>
        <w:rPr>
          <w:rFonts w:ascii="IM Fell English" w:hAnsi="IM Fell English"/>
          <w:color w:val="141414"/>
          <w:sz w:val="24"/>
        </w:rPr>
        <w:t>At noon exactly, Jennifer sat up on the couch and said,</w:t>
      </w:r>
    </w:p>
    <w:p>
      <w:r>
        <w:rPr>
          <w:rFonts w:ascii="IM Fell English" w:hAnsi="IM Fell English"/>
          <w:color w:val="141414"/>
          <w:sz w:val="24"/>
        </w:rPr>
        <w:t>“Nail.”</w:t>
      </w:r>
    </w:p>
    <w:p>
      <w:r>
        <w:rPr>
          <w:rFonts w:ascii="IM Fell English" w:hAnsi="IM Fell English"/>
          <w:color w:val="141414"/>
          <w:sz w:val="24"/>
        </w:rPr>
        <w:t>Jackie checked the clock, then nodded once.</w:t>
      </w:r>
    </w:p>
    <w:p>
      <w:r>
        <w:rPr>
          <w:rFonts w:ascii="IM Fell English" w:hAnsi="IM Fell English"/>
          <w:color w:val="141414"/>
          <w:sz w:val="24"/>
        </w:rPr>
        <w:t>“Proceed.”</w:t>
      </w:r>
    </w:p>
    <w:p>
      <w:r>
        <w:rPr>
          <w:rFonts w:ascii="IM Fell English" w:hAnsi="IM Fell English"/>
          <w:color w:val="141414"/>
          <w:sz w:val="24"/>
        </w:rPr>
        <w:t>Jennifer launched.</w:t>
      </w:r>
    </w:p>
    <w:p>
      <w:r>
        <w:rPr>
          <w:rFonts w:ascii="IM Fell English" w:hAnsi="IM Fell English"/>
          <w:color w:val="141414"/>
          <w:sz w:val="24"/>
        </w:rPr>
        <w:t>She covered Brazil in order: first fall, second fall, third fall, fourth fall, the wedding-picture lean, the two boys on the ground versus Jackie’s whole roof. She covered Danakil next: piss rules, shit rules, salt frames, Melinda rising out of the floor “like the land owed her money,” stacked feet, Katie dying on time, Sekhmet dying like paperwork, Jackie getting fucked under the cross while Jennifer did “all the Jesus labor.”</w:t>
      </w:r>
    </w:p>
    <w:p>
      <w:r>
        <w:rPr>
          <w:rFonts w:ascii="IM Fell English" w:hAnsi="IM Fell English"/>
          <w:color w:val="141414"/>
          <w:sz w:val="24"/>
        </w:rPr>
        <w:t>Lena listened with her chin in her hand.</w:t>
      </w:r>
    </w:p>
    <w:p>
      <w:r>
        <w:rPr>
          <w:rFonts w:ascii="IM Fell English" w:hAnsi="IM Fell English"/>
          <w:color w:val="141414"/>
          <w:sz w:val="24"/>
        </w:rPr>
        <w:t>Marcus listened while making more coffee.</w:t>
      </w:r>
    </w:p>
    <w:p>
      <w:r>
        <w:rPr>
          <w:rFonts w:ascii="IM Fell English" w:hAnsi="IM Fell English"/>
          <w:color w:val="141414"/>
          <w:sz w:val="24"/>
        </w:rPr>
        <w:t>Jackie listened like a defendant who knew the jury was already in love with her.</w:t>
      </w:r>
    </w:p>
    <w:p>
      <w:r>
        <w:rPr>
          <w:rFonts w:ascii="IM Fell English" w:hAnsi="IM Fell English"/>
          <w:color w:val="141414"/>
          <w:sz w:val="24"/>
        </w:rPr>
        <w:t>When Jennifer finally paused for air, Lena said mildly,</w:t>
      </w:r>
    </w:p>
    <w:p>
      <w:r>
        <w:rPr>
          <w:rFonts w:ascii="IM Fell English" w:hAnsi="IM Fell English"/>
          <w:color w:val="141414"/>
          <w:sz w:val="24"/>
        </w:rPr>
        <w:t>“You left out the part where you begged for worse than Brazil.”</w:t>
      </w:r>
    </w:p>
    <w:p>
      <w:r>
        <w:rPr>
          <w:rFonts w:ascii="IM Fell English" w:hAnsi="IM Fell English"/>
          <w:color w:val="141414"/>
          <w:sz w:val="24"/>
        </w:rPr>
        <w:t>“I was lightheaded.”</w:t>
      </w:r>
    </w:p>
    <w:p>
      <w:r>
        <w:rPr>
          <w:rFonts w:ascii="IM Fell English" w:hAnsi="IM Fell English"/>
          <w:color w:val="141414"/>
          <w:sz w:val="24"/>
        </w:rPr>
        <w:t>“You were horny.”</w:t>
      </w:r>
    </w:p>
    <w:p>
      <w:r>
        <w:rPr>
          <w:rFonts w:ascii="IM Fell English" w:hAnsi="IM Fell English"/>
          <w:color w:val="141414"/>
          <w:sz w:val="24"/>
        </w:rPr>
        <w:t>Jennifer scowled.</w:t>
      </w:r>
    </w:p>
    <w:p>
      <w:r>
        <w:rPr>
          <w:rFonts w:ascii="IM Fell English" w:hAnsi="IM Fell English"/>
          <w:color w:val="141414"/>
          <w:sz w:val="24"/>
        </w:rPr>
        <w:t>“Both can be true.”</w:t>
      </w:r>
    </w:p>
    <w:p>
      <w:r>
        <w:rPr>
          <w:rFonts w:ascii="IM Fell English" w:hAnsi="IM Fell English"/>
          <w:color w:val="141414"/>
          <w:sz w:val="24"/>
        </w:rPr>
        <w:t>Jackie reached over and put two fingers against Jennifer’s mouth, not hard.</w:t>
      </w:r>
    </w:p>
    <w:p>
      <w:r>
        <w:rPr>
          <w:rFonts w:ascii="IM Fell English" w:hAnsi="IM Fell English"/>
          <w:color w:val="141414"/>
          <w:sz w:val="24"/>
        </w:rPr>
        <w:t>“Both are true. And if you keep talking without water, you’re going to pass out and blame the cross again.”</w:t>
      </w:r>
    </w:p>
    <w:p>
      <w:r>
        <w:rPr>
          <w:rFonts w:ascii="IM Fell English" w:hAnsi="IM Fell English"/>
          <w:color w:val="141414"/>
          <w:sz w:val="24"/>
        </w:rPr>
        <w:t>Jennifer bit her fingers lightly, then accepted the water Marcus set on the table.</w:t>
      </w:r>
    </w:p>
    <w:p>
      <w:r>
        <w:rPr>
          <w:rFonts w:ascii="IM Fell English" w:hAnsi="IM Fell English"/>
          <w:color w:val="141414"/>
          <w:sz w:val="24"/>
        </w:rPr>
        <w:t>“You’re all very caring. It’s disgusting.”</w:t>
      </w:r>
    </w:p>
    <w:p>
      <w:r>
        <w:rPr>
          <w:rFonts w:ascii="IM Fell English" w:hAnsi="IM Fell English"/>
          <w:color w:val="141414"/>
          <w:sz w:val="24"/>
        </w:rPr>
        <w:t>Marcus shrugged.</w:t>
      </w:r>
    </w:p>
    <w:p>
      <w:r>
        <w:rPr>
          <w:rFonts w:ascii="IM Fell English" w:hAnsi="IM Fell English"/>
          <w:color w:val="141414"/>
          <w:sz w:val="24"/>
        </w:rPr>
        <w:t>“We get one week of you soft enough to keep alive. Then you go back to being uninsurable.”</w:t>
      </w:r>
    </w:p>
    <w:p>
      <w:r>
        <w:rPr>
          <w:rFonts w:ascii="IM Fell English" w:hAnsi="IM Fell English"/>
          <w:color w:val="141414"/>
          <w:sz w:val="24"/>
        </w:rPr>
        <w:t>Afternoon turned into the kind of quiet the mansion almost never kept.</w:t>
      </w:r>
    </w:p>
    <w:p>
      <w:r>
        <w:rPr>
          <w:rFonts w:ascii="IM Fell English" w:hAnsi="IM Fell English"/>
          <w:color w:val="141414"/>
          <w:sz w:val="24"/>
        </w:rPr>
        <w:t>Jackie dozed hard on the couch with Jennifer’s legs across her lap. Lena took a call in the hallway about a different build for a different client and came back rolling her eyes. Marcus checked Jennifer’s palms again and declared them “ugly but improving.” Jennifer tried to start a new complaint about Saiya’s fake exile and only made it halfway through before Jackie, still half-asleep, muttered,</w:t>
      </w:r>
    </w:p>
    <w:p>
      <w:r>
        <w:rPr>
          <w:rFonts w:ascii="IM Fell English" w:hAnsi="IM Fell English"/>
          <w:color w:val="141414"/>
          <w:sz w:val="24"/>
        </w:rPr>
        <w:t>“She played you because you perform better when betrayed.”</w:t>
      </w:r>
    </w:p>
    <w:p>
      <w:r>
        <w:rPr>
          <w:rFonts w:ascii="IM Fell English" w:hAnsi="IM Fell English"/>
          <w:color w:val="141414"/>
          <w:sz w:val="24"/>
        </w:rPr>
        <w:t>Jennifer stared at her.</w:t>
      </w:r>
    </w:p>
    <w:p>
      <w:r>
        <w:rPr>
          <w:rFonts w:ascii="IM Fell English" w:hAnsi="IM Fell English"/>
          <w:color w:val="141414"/>
          <w:sz w:val="24"/>
        </w:rPr>
        <w:t>“That’s the meanest true thing you’ve said since the roof.”</w:t>
      </w:r>
    </w:p>
    <w:p>
      <w:r>
        <w:rPr>
          <w:rFonts w:ascii="IM Fell English" w:hAnsi="IM Fell English"/>
          <w:color w:val="141414"/>
          <w:sz w:val="24"/>
        </w:rPr>
        <w:t>“I’m on painkillers. I can’t do poetry.”</w:t>
      </w:r>
    </w:p>
    <w:p>
      <w:r>
        <w:rPr>
          <w:rFonts w:ascii="IM Fell English" w:hAnsi="IM Fell English"/>
          <w:color w:val="141414"/>
          <w:sz w:val="24"/>
        </w:rPr>
        <w:t>Lena dropped into the armchair again and looked at the two of them like inventory she liked.</w:t>
      </w:r>
    </w:p>
    <w:p>
      <w:r>
        <w:rPr>
          <w:rFonts w:ascii="IM Fell English" w:hAnsi="IM Fell English"/>
          <w:color w:val="141414"/>
          <w:sz w:val="24"/>
        </w:rPr>
        <w:t>“Tonight you eat real food. You sleep in a bed. Tomorrow, if the hands hold and Jackie stops moving like she got hit by a van full of extras, we discuss limited play.”</w:t>
      </w:r>
    </w:p>
    <w:p>
      <w:r>
        <w:rPr>
          <w:rFonts w:ascii="IM Fell English" w:hAnsi="IM Fell English"/>
          <w:color w:val="141414"/>
          <w:sz w:val="24"/>
        </w:rPr>
        <w:t>Jennifer’s eyes lit in pure trouble.</w:t>
      </w:r>
    </w:p>
    <w:p>
      <w:r>
        <w:rPr>
          <w:rFonts w:ascii="IM Fell English" w:hAnsi="IM Fell English"/>
          <w:color w:val="141414"/>
          <w:sz w:val="24"/>
        </w:rPr>
        <w:t>“Foursome?”</w:t>
      </w:r>
    </w:p>
    <w:p>
      <w:r>
        <w:rPr>
          <w:rFonts w:ascii="IM Fell English" w:hAnsi="IM Fell English"/>
          <w:color w:val="141414"/>
          <w:sz w:val="24"/>
        </w:rPr>
        <w:t>“Limited,” Lena repeated.</w:t>
      </w:r>
    </w:p>
    <w:p>
      <w:r>
        <w:rPr>
          <w:rFonts w:ascii="IM Fell English" w:hAnsi="IM Fell English"/>
          <w:color w:val="141414"/>
          <w:sz w:val="24"/>
        </w:rPr>
        <w:t>Marcus added,</w:t>
      </w:r>
    </w:p>
    <w:p>
      <w:r>
        <w:rPr>
          <w:rFonts w:ascii="IM Fell English" w:hAnsi="IM Fell English"/>
          <w:color w:val="141414"/>
          <w:sz w:val="24"/>
        </w:rPr>
        <w:t>“Meaning we touch you. You don’t run a scene. You don’t ask for height. You don’t say the word crucify while anyone’s fingers are inside you.”</w:t>
      </w:r>
    </w:p>
    <w:p>
      <w:r>
        <w:rPr>
          <w:rFonts w:ascii="IM Fell English" w:hAnsi="IM Fell English"/>
          <w:color w:val="141414"/>
          <w:sz w:val="24"/>
        </w:rPr>
        <w:t>Jennifer put a hand to her chest.</w:t>
      </w:r>
    </w:p>
    <w:p>
      <w:r>
        <w:rPr>
          <w:rFonts w:ascii="IM Fell English" w:hAnsi="IM Fell English"/>
          <w:color w:val="141414"/>
          <w:sz w:val="24"/>
        </w:rPr>
        <w:t>“Censorship.”</w:t>
      </w:r>
    </w:p>
    <w:p>
      <w:r>
        <w:rPr>
          <w:rFonts w:ascii="IM Fell English" w:hAnsi="IM Fell English"/>
          <w:color w:val="141414"/>
          <w:sz w:val="24"/>
        </w:rPr>
        <w:t>Jackie opened one eye.</w:t>
      </w:r>
    </w:p>
    <w:p>
      <w:r>
        <w:rPr>
          <w:rFonts w:ascii="IM Fell English" w:hAnsi="IM Fell English"/>
          <w:color w:val="141414"/>
          <w:sz w:val="24"/>
        </w:rPr>
        <w:t>“Survival.”</w:t>
      </w:r>
    </w:p>
    <w:p>
      <w:r>
        <w:rPr>
          <w:rFonts w:ascii="IM Fell English" w:hAnsi="IM Fell English"/>
          <w:color w:val="141414"/>
          <w:sz w:val="24"/>
        </w:rPr>
        <w:t>Jennifer leaned her head back on the couch cushion and smiled at the ceiling, sore and trapped in the softest cage she would accept.</w:t>
      </w:r>
    </w:p>
    <w:p>
      <w:r>
        <w:rPr>
          <w:rFonts w:ascii="IM Fell English" w:hAnsi="IM Fell English"/>
          <w:color w:val="141414"/>
          <w:sz w:val="24"/>
        </w:rPr>
        <w:t>“Fine. But when limited becomes unlimited, I’m filing a formal complaint about the feet.”</w:t>
      </w:r>
    </w:p>
    <w:p>
      <w:r>
        <w:rPr>
          <w:rFonts w:ascii="IM Fell English" w:hAnsi="IM Fell English"/>
          <w:color w:val="141414"/>
          <w:sz w:val="24"/>
        </w:rPr>
        <w:t>Lena stood, already heading for the kitchen.</w:t>
      </w:r>
    </w:p>
    <w:p>
      <w:r>
        <w:rPr>
          <w:rFonts w:ascii="IM Fell English" w:hAnsi="IM Fell English"/>
          <w:color w:val="141414"/>
          <w:sz w:val="24"/>
        </w:rPr>
        <w:t>“File it after dinner. Marcus is making steak. If you complain during steak, you’re eating on the floor.”</w:t>
      </w:r>
    </w:p>
    <w:p>
      <w:r>
        <w:rPr>
          <w:rFonts w:ascii="IM Fell English" w:hAnsi="IM Fell English"/>
          <w:color w:val="141414"/>
          <w:sz w:val="24"/>
        </w:rPr>
        <w:t>Jennifer called after her,</w:t>
      </w:r>
    </w:p>
    <w:p>
      <w:r>
        <w:rPr>
          <w:rFonts w:ascii="IM Fell English" w:hAnsi="IM Fell English"/>
          <w:color w:val="141414"/>
          <w:sz w:val="24"/>
        </w:rPr>
        <w:t>“On the floor is how half our marriage works.”</w:t>
      </w:r>
    </w:p>
    <w:p>
      <w:r>
        <w:rPr>
          <w:rFonts w:ascii="IM Fell English" w:hAnsi="IM Fell English"/>
          <w:color w:val="141414"/>
          <w:sz w:val="24"/>
        </w:rPr>
        <w:t>Jackie, eyes closed again, answered for the whole house:</w:t>
      </w:r>
    </w:p>
    <w:p>
      <w:r>
        <w:rPr>
          <w:rFonts w:ascii="IM Fell English" w:hAnsi="IM Fell English"/>
          <w:color w:val="141414"/>
          <w:sz w:val="24"/>
        </w:rPr>
        <w:t>“Then you’ll feel at home.”</w:t>
      </w:r>
    </w:p>
    <w:p>
      <w:r>
        <w:rPr>
          <w:rFonts w:ascii="IM Fell English" w:hAnsi="IM Fell English"/>
          <w:color w:val="141414"/>
          <w:sz w:val="24"/>
        </w:rPr>
        <w:t xml:space="preserve">Outside, the ordinary evening began to press against the windows. Inside, the four of them maintained a fragile, post-honeymoon silence—two bound by marriage and the job, the other two bound by their duty to keep the first two alive through the inevitable chaos to come. </w:t>
      </w:r>
    </w:p>
    <w:p>
      <w:r>
        <w:rPr>
          <w:rFonts w:ascii="IM Fell English" w:hAnsi="IM Fell English"/>
          <w:color w:val="141414"/>
          <w:sz w:val="24"/>
        </w:rPr>
        <w:t>Jennifer lasted until dinner before she whispered, almost content,</w:t>
      </w:r>
    </w:p>
    <w:p>
      <w:r>
        <w:rPr>
          <w:rFonts w:ascii="IM Fell English" w:hAnsi="IM Fell English"/>
          <w:color w:val="141414"/>
          <w:sz w:val="24"/>
        </w:rPr>
        <w:t>“…stacked feet, though.”</w:t>
      </w:r>
    </w:p>
    <w:p>
      <w:r>
        <w:rPr>
          <w:rFonts w:ascii="IM Fell English" w:hAnsi="IM Fell English"/>
          <w:color w:val="141414"/>
          <w:sz w:val="24"/>
        </w:rPr>
        <w:t>Jackie kicked her ankle under the table, gentle as she ever got.</w:t>
      </w:r>
    </w:p>
    <w:p>
      <w:r>
        <w:rPr>
          <w:rFonts w:ascii="IM Fell English" w:hAnsi="IM Fell English"/>
          <w:color w:val="141414"/>
          <w:sz w:val="24"/>
        </w:rPr>
        <w:t>“Tomorrow.”</w:t>
      </w:r>
    </w:p>
    <w:p>
      <w:r>
        <w:rPr>
          <w:rFonts w:ascii="IM Fell English" w:hAnsi="IM Fell English"/>
          <w:color w:val="141414"/>
          <w:sz w:val="24"/>
        </w:rPr>
        <w:t>Marcus set a plate in front of Jennifer.</w:t>
      </w:r>
    </w:p>
    <w:p>
      <w:r>
        <w:rPr>
          <w:rFonts w:ascii="IM Fell English" w:hAnsi="IM Fell English"/>
          <w:color w:val="141414"/>
          <w:sz w:val="24"/>
        </w:rPr>
        <w:t>“Eat, Christ.”</w:t>
      </w:r>
    </w:p>
    <w:p>
      <w:r>
        <w:rPr>
          <w:rFonts w:ascii="IM Fell English" w:hAnsi="IM Fell English"/>
          <w:color w:val="141414"/>
          <w:sz w:val="24"/>
        </w:rPr>
        <w:t>Lena sat down last and lifted her glass.</w:t>
      </w:r>
    </w:p>
    <w:p>
      <w:r>
        <w:rPr>
          <w:rFonts w:ascii="IM Fell English" w:hAnsi="IM Fell English"/>
          <w:color w:val="141414"/>
          <w:sz w:val="24"/>
        </w:rPr>
        <w:t>“To no reshoots.”</w:t>
      </w:r>
    </w:p>
    <w:p>
      <w:r>
        <w:rPr>
          <w:rFonts w:ascii="IM Fell English" w:hAnsi="IM Fell English"/>
          <w:color w:val="141414"/>
          <w:sz w:val="24"/>
        </w:rPr>
        <w:t>Jennifer lifted hers with both bandaged hands and deadpan ceremony.</w:t>
      </w:r>
    </w:p>
    <w:p>
      <w:r>
        <w:rPr>
          <w:rFonts w:ascii="IM Fell English" w:hAnsi="IM Fell English"/>
          <w:color w:val="141414"/>
          <w:sz w:val="24"/>
        </w:rPr>
        <w:t>“To divorce.”</w:t>
      </w:r>
    </w:p>
    <w:p>
      <w:r>
        <w:rPr>
          <w:rFonts w:ascii="IM Fell English" w:hAnsi="IM Fell English"/>
          <w:color w:val="141414"/>
          <w:sz w:val="24"/>
        </w:rPr>
        <w:t>Jackie clinked her glass without looking soft.</w:t>
      </w:r>
    </w:p>
    <w:p>
      <w:r>
        <w:rPr>
          <w:rFonts w:ascii="IM Fell English" w:hAnsi="IM Fell English"/>
          <w:color w:val="141414"/>
          <w:sz w:val="24"/>
        </w:rPr>
        <w:t>“Denied.”</w:t>
      </w:r>
    </w:p>
    <w:p>
      <w:r>
        <w:rPr>
          <w:rFonts w:ascii="IM Fell English" w:hAnsi="IM Fell English"/>
          <w:color w:val="141414"/>
          <w:sz w:val="24"/>
        </w:rPr>
        <w:t>They ate.</w:t>
      </w:r>
    </w:p>
    <w:p>
      <w:r>
        <w:rPr>
          <w:rFonts w:ascii="IM Fell English" w:hAnsi="IM Fell English"/>
          <w:color w:val="141414"/>
          <w:sz w:val="24"/>
        </w:rPr>
        <w:t>For one full night, the mansion stayed a house instead of a set — which, in their world, was the rarest stunt of all.</w:t>
      </w:r>
    </w:p>
    <w:p>
      <w:pPr>
        <w:pStyle w:val="Heading1"/>
        <w:jc w:val="center"/>
      </w:pPr>
      <w:r>
        <w:rPr>
          <w:rFonts w:ascii="IM Fell English" w:hAnsi="IM Fell English"/>
          <w:color w:val="0D0D0D"/>
        </w:rPr>
        <w:t>CHAPTER 31 — LIMITED</w:t>
      </w:r>
    </w:p>
    <w:p>
      <w:r>
        <w:rPr>
          <w:rFonts w:ascii="IM Fell English" w:hAnsi="IM Fell English"/>
          <w:color w:val="141414"/>
          <w:sz w:val="24"/>
        </w:rPr>
        <w:t>Limited, Lena had said.</w:t>
      </w:r>
    </w:p>
    <w:p>
      <w:r>
        <w:rPr>
          <w:rFonts w:ascii="IM Fell English" w:hAnsi="IM Fell English"/>
          <w:color w:val="141414"/>
          <w:sz w:val="24"/>
        </w:rPr>
        <w:t>Jennifer woke up already trying to renegotiate the word with the ceiling.</w:t>
      </w:r>
    </w:p>
    <w:p>
      <w:r>
        <w:rPr>
          <w:rFonts w:ascii="IM Fell English" w:hAnsi="IM Fell English"/>
          <w:color w:val="141414"/>
          <w:sz w:val="24"/>
        </w:rPr>
        <w:t>Jackie was a warm weight along her back, one arm over her waist, careful of ribs. Down the hall, the shower ran. Marcus’s footsteps crossed the kitchen. The mansion smelled like coffee instead of sulfur, and Jennifer hated how much that made her body relax.</w:t>
      </w:r>
    </w:p>
    <w:p>
      <w:r>
        <w:rPr>
          <w:rFonts w:ascii="IM Fell English" w:hAnsi="IM Fell English"/>
          <w:color w:val="141414"/>
          <w:sz w:val="24"/>
        </w:rPr>
        <w:t>“You’re awake and plotting,” Jackie muttered into her shoulder.</w:t>
      </w:r>
    </w:p>
    <w:p>
      <w:r>
        <w:rPr>
          <w:rFonts w:ascii="IM Fell English" w:hAnsi="IM Fell English"/>
          <w:color w:val="141414"/>
          <w:sz w:val="24"/>
        </w:rPr>
        <w:t>“I’m awake and injured. That’s different.”</w:t>
      </w:r>
    </w:p>
    <w:p>
      <w:r>
        <w:rPr>
          <w:rFonts w:ascii="IM Fell English" w:hAnsi="IM Fell English"/>
          <w:color w:val="141414"/>
          <w:sz w:val="24"/>
        </w:rPr>
        <w:t>“You’re awake and about to ask Lena if limited includes a cross.”</w:t>
      </w:r>
    </w:p>
    <w:p>
      <w:r>
        <w:rPr>
          <w:rFonts w:ascii="IM Fell English" w:hAnsi="IM Fell English"/>
          <w:color w:val="141414"/>
          <w:sz w:val="24"/>
        </w:rPr>
        <w:t>Jennifer was silent for one second too long.</w:t>
      </w:r>
    </w:p>
    <w:p>
      <w:r>
        <w:rPr>
          <w:rFonts w:ascii="IM Fell English" w:hAnsi="IM Fell English"/>
          <w:color w:val="141414"/>
          <w:sz w:val="24"/>
        </w:rPr>
        <w:t>Jackie pinched her hip.</w:t>
      </w:r>
    </w:p>
    <w:p>
      <w:r>
        <w:rPr>
          <w:rFonts w:ascii="IM Fell English" w:hAnsi="IM Fell English"/>
          <w:color w:val="141414"/>
          <w:sz w:val="24"/>
        </w:rPr>
        <w:t>“No.”</w:t>
      </w:r>
    </w:p>
    <w:p>
      <w:r>
        <w:rPr>
          <w:rFonts w:ascii="IM Fell English" w:hAnsi="IM Fell English"/>
          <w:color w:val="141414"/>
          <w:sz w:val="24"/>
        </w:rPr>
        <w:t>They took breakfast like a briefing.</w:t>
      </w:r>
    </w:p>
    <w:p>
      <w:r>
        <w:rPr>
          <w:rFonts w:ascii="IM Fell English" w:hAnsi="IM Fell English"/>
          <w:color w:val="141414"/>
          <w:sz w:val="24"/>
        </w:rPr>
        <w:t>Lena set terms with a mug in her hand and no interest in democracy.</w:t>
      </w:r>
    </w:p>
    <w:p>
      <w:r>
        <w:rPr>
          <w:rFonts w:ascii="IM Fell English" w:hAnsi="IM Fell English"/>
          <w:color w:val="141414"/>
          <w:sz w:val="24"/>
        </w:rPr>
        <w:t>“Hands are better. Ribs are ugly. Jackie still moves like she got hit by production. So limited means this: living room or bedroom only. No dungeon hardware. No height. No breath play past a short hold. No blood. You two follow. We lead.”</w:t>
      </w:r>
    </w:p>
    <w:p>
      <w:r>
        <w:rPr>
          <w:rFonts w:ascii="IM Fell English" w:hAnsi="IM Fell English"/>
          <w:color w:val="141414"/>
          <w:sz w:val="24"/>
        </w:rPr>
        <w:t>Jennifer raised a bandaged palm.</w:t>
      </w:r>
    </w:p>
    <w:p>
      <w:r>
        <w:rPr>
          <w:rFonts w:ascii="IM Fell English" w:hAnsi="IM Fell English"/>
          <w:color w:val="141414"/>
          <w:sz w:val="24"/>
        </w:rPr>
        <w:t>“What about—”</w:t>
      </w:r>
    </w:p>
    <w:p>
      <w:r>
        <w:rPr>
          <w:rFonts w:ascii="IM Fell English" w:hAnsi="IM Fell English"/>
          <w:color w:val="141414"/>
          <w:sz w:val="24"/>
        </w:rPr>
        <w:t>“If it involves a building, a desert, or theology, no.”</w:t>
      </w:r>
    </w:p>
    <w:p>
      <w:r>
        <w:rPr>
          <w:rFonts w:ascii="IM Fell English" w:hAnsi="IM Fell English"/>
          <w:color w:val="141414"/>
          <w:sz w:val="24"/>
        </w:rPr>
        <w:t>Marcus set plates down and added,</w:t>
      </w:r>
    </w:p>
    <w:p>
      <w:r>
        <w:rPr>
          <w:rFonts w:ascii="IM Fell English" w:hAnsi="IM Fell English"/>
          <w:color w:val="141414"/>
          <w:sz w:val="24"/>
        </w:rPr>
        <w:t>“You can complain during. You can’t steer.”</w:t>
      </w:r>
    </w:p>
    <w:p>
      <w:r>
        <w:rPr>
          <w:rFonts w:ascii="IM Fell English" w:hAnsi="IM Fell English"/>
          <w:color w:val="141414"/>
          <w:sz w:val="24"/>
        </w:rPr>
        <w:t>Jackie glanced at Jennifer.</w:t>
      </w:r>
    </w:p>
    <w:p>
      <w:r>
        <w:rPr>
          <w:rFonts w:ascii="IM Fell English" w:hAnsi="IM Fell English"/>
          <w:color w:val="141414"/>
          <w:sz w:val="24"/>
        </w:rPr>
        <w:t>“She’s going to try anyway.”</w:t>
      </w:r>
    </w:p>
    <w:p>
      <w:r>
        <w:rPr>
          <w:rFonts w:ascii="IM Fell English" w:hAnsi="IM Fell English"/>
          <w:color w:val="141414"/>
          <w:sz w:val="24"/>
        </w:rPr>
        <w:t>Jennifer cut her steak like it had leaned on her.</w:t>
      </w:r>
    </w:p>
    <w:p>
      <w:r>
        <w:rPr>
          <w:rFonts w:ascii="IM Fell English" w:hAnsi="IM Fell English"/>
          <w:color w:val="141414"/>
          <w:sz w:val="24"/>
        </w:rPr>
        <w:t>“I was crucified.”</w:t>
      </w:r>
    </w:p>
    <w:p>
      <w:r>
        <w:rPr>
          <w:rFonts w:ascii="IM Fell English" w:hAnsi="IM Fell English"/>
          <w:color w:val="141414"/>
          <w:sz w:val="24"/>
        </w:rPr>
        <w:t>Lena sipped coffee.</w:t>
      </w:r>
    </w:p>
    <w:p>
      <w:r>
        <w:rPr>
          <w:rFonts w:ascii="IM Fell English" w:hAnsi="IM Fell English"/>
          <w:color w:val="141414"/>
          <w:sz w:val="24"/>
        </w:rPr>
        <w:t>“And today you’re getting fucked on a mattress about it. Eat.”</w:t>
      </w:r>
    </w:p>
    <w:p>
      <w:r>
        <w:rPr>
          <w:rFonts w:ascii="IM Fell English" w:hAnsi="IM Fell English"/>
          <w:color w:val="141414"/>
          <w:sz w:val="24"/>
        </w:rPr>
        <w:t>Limited began on the bedroom floor because Lena liked them kneeling first.</w:t>
      </w:r>
    </w:p>
    <w:p>
      <w:r>
        <w:rPr>
          <w:rFonts w:ascii="IM Fell English" w:hAnsi="IM Fell English"/>
          <w:color w:val="141414"/>
          <w:sz w:val="24"/>
        </w:rPr>
        <w:t>Jackie and Jennifer stripped on order and went down side by side at the foot of the bed. Marcus walked behind them and checked posture with two fingers at the base of each spine. Lena sat on the edge of the mattress and looked them over like a woman inspecting tools she already loved.</w:t>
      </w:r>
    </w:p>
    <w:p>
      <w:r>
        <w:rPr>
          <w:rFonts w:ascii="IM Fell English" w:hAnsi="IM Fell English"/>
          <w:color w:val="141414"/>
          <w:sz w:val="24"/>
        </w:rPr>
        <w:t>“Jackie first,” Lena said. “Jennifer watches and keeps her mouth useful.”</w:t>
      </w:r>
    </w:p>
    <w:p>
      <w:r>
        <w:rPr>
          <w:rFonts w:ascii="IM Fell English" w:hAnsi="IM Fell English"/>
          <w:color w:val="141414"/>
          <w:sz w:val="24"/>
        </w:rPr>
        <w:t>They put Jackie on her back on the bed, wrists held in Marcus’s one-hand grip against the headboard — not cuffed, just owned. Lena straddled her face and used her mouth with calm, exact movements while Marcus worked two fingers into Jackie’s cunt and kept her thighs open with his knees. Jackie made a low sound and took it. Jennifer, still kneeling on the floor, watched with bright hungry resentment.</w:t>
      </w:r>
    </w:p>
    <w:p>
      <w:r>
        <w:rPr>
          <w:rFonts w:ascii="IM Fell English" w:hAnsi="IM Fell English"/>
          <w:color w:val="141414"/>
          <w:sz w:val="24"/>
        </w:rPr>
        <w:t>“I died center and she’s getting the first ride.”</w:t>
      </w:r>
    </w:p>
    <w:p>
      <w:r>
        <w:rPr>
          <w:rFonts w:ascii="IM Fell English" w:hAnsi="IM Fell English"/>
          <w:color w:val="141414"/>
          <w:sz w:val="24"/>
        </w:rPr>
        <w:t>Marcus didn’t look back.</w:t>
      </w:r>
    </w:p>
    <w:p>
      <w:r>
        <w:rPr>
          <w:rFonts w:ascii="IM Fell English" w:hAnsi="IM Fell English"/>
          <w:color w:val="141414"/>
          <w:sz w:val="24"/>
        </w:rPr>
        <w:t>“You talk when we say.”</w:t>
      </w:r>
    </w:p>
    <w:p>
      <w:r>
        <w:rPr>
          <w:rFonts w:ascii="IM Fell English" w:hAnsi="IM Fell English"/>
          <w:color w:val="141414"/>
          <w:sz w:val="24"/>
        </w:rPr>
        <w:t>Lena glanced down over her shoulder at Jennifer while grinding on Jackie’s mouth.</w:t>
      </w:r>
    </w:p>
    <w:p>
      <w:r>
        <w:rPr>
          <w:rFonts w:ascii="IM Fell English" w:hAnsi="IM Fell English"/>
          <w:color w:val="141414"/>
          <w:sz w:val="24"/>
        </w:rPr>
        <w:t>“Come here. Hands on the mattress. Mouth on Jackie. Don’t make me repeat.”</w:t>
      </w:r>
    </w:p>
    <w:p>
      <w:r>
        <w:rPr>
          <w:rFonts w:ascii="IM Fell English" w:hAnsi="IM Fell English"/>
          <w:color w:val="141414"/>
          <w:sz w:val="24"/>
        </w:rPr>
        <w:t>Jennifer moved in, sore palms flat on the sheet, and put her mouth on Jackie’s cunt under Marcus’s hand. The angle was messy. The intent was not. Jackie jerked between Lena’s thighs and Jennifer’s tongue, a married sound breaking out of her that made Lena smile.</w:t>
      </w:r>
    </w:p>
    <w:p>
      <w:r>
        <w:rPr>
          <w:rFonts w:ascii="IM Fell English" w:hAnsi="IM Fell English"/>
          <w:color w:val="141414"/>
          <w:sz w:val="24"/>
        </w:rPr>
        <w:t>“There. Limited doesn’t mean kind.”</w:t>
      </w:r>
    </w:p>
    <w:p>
      <w:r>
        <w:rPr>
          <w:rFonts w:ascii="IM Fell English" w:hAnsi="IM Fell English"/>
          <w:color w:val="141414"/>
          <w:sz w:val="24"/>
        </w:rPr>
        <w:t>Jennifer pulled back just enough to say,</w:t>
      </w:r>
    </w:p>
    <w:p>
      <w:r>
        <w:rPr>
          <w:rFonts w:ascii="IM Fell English" w:hAnsi="IM Fell English"/>
          <w:color w:val="141414"/>
          <w:sz w:val="24"/>
        </w:rPr>
        <w:t>“She leaned on me on a roof—”</w:t>
      </w:r>
    </w:p>
    <w:p>
      <w:r>
        <w:rPr>
          <w:rFonts w:ascii="IM Fell English" w:hAnsi="IM Fell English"/>
          <w:color w:val="141414"/>
          <w:sz w:val="24"/>
        </w:rPr>
        <w:t>Marcus’s free hand caught Jennifer’s hair and put her back down.</w:t>
      </w:r>
    </w:p>
    <w:p>
      <w:r>
        <w:rPr>
          <w:rFonts w:ascii="IM Fell English" w:hAnsi="IM Fell English"/>
          <w:color w:val="141414"/>
          <w:sz w:val="24"/>
        </w:rPr>
        <w:t>“Work.”</w:t>
      </w:r>
    </w:p>
    <w:p>
      <w:r>
        <w:rPr>
          <w:rFonts w:ascii="IM Fell English" w:hAnsi="IM Fell English"/>
          <w:color w:val="141414"/>
          <w:sz w:val="24"/>
        </w:rPr>
        <w:t>Jennifer worked, still trying to narrate around it until Lena reached down and slapped her cheek with wet fingers.</w:t>
      </w:r>
    </w:p>
    <w:p>
      <w:r>
        <w:rPr>
          <w:rFonts w:ascii="IM Fell English" w:hAnsi="IM Fell English"/>
          <w:color w:val="141414"/>
          <w:sz w:val="24"/>
        </w:rPr>
        <w:t>“Complaint accepted. Now shut up and make your wife cum.”</w:t>
      </w:r>
    </w:p>
    <w:p>
      <w:r>
        <w:rPr>
          <w:rFonts w:ascii="IM Fell English" w:hAnsi="IM Fell English"/>
          <w:color w:val="141414"/>
          <w:sz w:val="24"/>
        </w:rPr>
        <w:t>Jackie came hard with her wrists still pinned and Jennifer’s mouth on her, Lena riding her face through it. When Lena finally lifted off, Jackie’s mouth was shiny and her eyes were mean with pleasure.</w:t>
      </w:r>
    </w:p>
    <w:p>
      <w:r>
        <w:rPr>
          <w:rFonts w:ascii="IM Fell English" w:hAnsi="IM Fell English"/>
          <w:color w:val="141414"/>
          <w:sz w:val="24"/>
        </w:rPr>
        <w:t>Jennifer wiped her chin with the back of a bandage and muttered,</w:t>
      </w:r>
    </w:p>
    <w:p>
      <w:r>
        <w:rPr>
          <w:rFonts w:ascii="IM Fell English" w:hAnsi="IM Fell English"/>
          <w:color w:val="141414"/>
          <w:sz w:val="24"/>
        </w:rPr>
        <w:t>“I want a union.”</w:t>
      </w:r>
    </w:p>
    <w:p>
      <w:r>
        <w:rPr>
          <w:rFonts w:ascii="IM Fell English" w:hAnsi="IM Fell English"/>
          <w:color w:val="141414"/>
          <w:sz w:val="24"/>
        </w:rPr>
        <w:t>Marcus laughed once.</w:t>
      </w:r>
    </w:p>
    <w:p>
      <w:r>
        <w:rPr>
          <w:rFonts w:ascii="IM Fell English" w:hAnsi="IM Fell English"/>
          <w:color w:val="141414"/>
          <w:sz w:val="24"/>
        </w:rPr>
        <w:t>“You want a gag.”</w:t>
      </w:r>
    </w:p>
    <w:p>
      <w:r>
        <w:rPr>
          <w:rFonts w:ascii="IM Fell English" w:hAnsi="IM Fell English"/>
          <w:color w:val="141414"/>
          <w:sz w:val="24"/>
        </w:rPr>
        <w:t>They switched Jennifer onto the bed before she could start a second legal argument.</w:t>
      </w:r>
    </w:p>
    <w:p>
      <w:r>
        <w:rPr>
          <w:rFonts w:ascii="IM Fell English" w:hAnsi="IM Fell English"/>
          <w:color w:val="141414"/>
          <w:sz w:val="24"/>
        </w:rPr>
        <w:t>Jackie held Jennifer’s wrists this time — gentle around the palms, firm everywhere else — while Lena and Marcus took her in turns that stayed inside the rules and still felt like ownership. Lena’s fingers first, precise and cruel on purpose, finding every bruise that wasn’t forbidden and pressing enough to make Jennifer’s back arch. Marcus next, cock in her cunt while Lena held Jennifer’s mouth open for Jackie to spit and kiss and talk into.</w:t>
      </w:r>
    </w:p>
    <w:p>
      <w:r>
        <w:rPr>
          <w:rFonts w:ascii="IM Fell English" w:hAnsi="IM Fell English"/>
          <w:color w:val="141414"/>
          <w:sz w:val="24"/>
        </w:rPr>
        <w:t>“You going to critique the honeymoon while he’s in you?” Jackie asked.</w:t>
      </w:r>
    </w:p>
    <w:p>
      <w:r>
        <w:rPr>
          <w:rFonts w:ascii="IM Fell English" w:hAnsi="IM Fell English"/>
          <w:color w:val="141414"/>
          <w:sz w:val="24"/>
        </w:rPr>
        <w:t>Jennifer tried.</w:t>
      </w:r>
    </w:p>
    <w:p>
      <w:r>
        <w:rPr>
          <w:rFonts w:ascii="IM Fell English" w:hAnsi="IM Fell English"/>
          <w:color w:val="141414"/>
          <w:sz w:val="24"/>
        </w:rPr>
        <w:t>“Stacked— feet—”</w:t>
      </w:r>
    </w:p>
    <w:p>
      <w:r>
        <w:rPr>
          <w:rFonts w:ascii="IM Fell English" w:hAnsi="IM Fell English"/>
          <w:color w:val="141414"/>
          <w:sz w:val="24"/>
        </w:rPr>
        <w:t>Marcus thrust harder and cut the phrase in half. Lena pinched Jennifer’s nipple and twisted just enough.</w:t>
      </w:r>
    </w:p>
    <w:p>
      <w:r>
        <w:rPr>
          <w:rFonts w:ascii="IM Fell English" w:hAnsi="IM Fell English"/>
          <w:color w:val="141414"/>
          <w:sz w:val="24"/>
        </w:rPr>
        <w:t>“No theology.”</w:t>
      </w:r>
    </w:p>
    <w:p>
      <w:r>
        <w:rPr>
          <w:rFonts w:ascii="IM Fell English" w:hAnsi="IM Fell English"/>
          <w:color w:val="141414"/>
          <w:sz w:val="24"/>
        </w:rPr>
        <w:t>Jennifer moaned, laughed, moaned again.</w:t>
      </w:r>
    </w:p>
    <w:p>
      <w:r>
        <w:rPr>
          <w:rFonts w:ascii="IM Fell English" w:hAnsi="IM Fell English"/>
          <w:color w:val="141414"/>
          <w:sz w:val="24"/>
        </w:rPr>
        <w:t>“Brazil—”</w:t>
      </w:r>
    </w:p>
    <w:p>
      <w:r>
        <w:rPr>
          <w:rFonts w:ascii="IM Fell English" w:hAnsi="IM Fell English"/>
          <w:color w:val="141414"/>
          <w:sz w:val="24"/>
        </w:rPr>
        <w:t>Jackie covered her mouth with one hand and watched her eyes.</w:t>
      </w:r>
    </w:p>
    <w:p>
      <w:r>
        <w:rPr>
          <w:rFonts w:ascii="IM Fell English" w:hAnsi="IM Fell English"/>
          <w:color w:val="141414"/>
          <w:sz w:val="24"/>
        </w:rPr>
        <w:t>“Falls later. Cum now.”</w:t>
      </w:r>
    </w:p>
    <w:p>
      <w:r>
        <w:rPr>
          <w:rFonts w:ascii="IM Fell English" w:hAnsi="IM Fell English"/>
          <w:color w:val="141414"/>
          <w:sz w:val="24"/>
        </w:rPr>
        <w:t>Jennifer came like someone losing an argument she enjoyed losing, thighs shaking, bandaged hands flexing in Jackie’s grip. Marcus didn’t stop at once. He fucked her through it until the sound turned raw, then pulled out and put her on her side so Lena could take her mouth while Jackie slid two fingers back into her cunt and kept her there, open and busy.</w:t>
      </w:r>
    </w:p>
    <w:p>
      <w:r>
        <w:rPr>
          <w:rFonts w:ascii="IM Fell English" w:hAnsi="IM Fell English"/>
          <w:color w:val="141414"/>
          <w:sz w:val="24"/>
        </w:rPr>
        <w:t>Limited, technically.</w:t>
      </w:r>
    </w:p>
    <w:p>
      <w:r>
        <w:rPr>
          <w:rFonts w:ascii="IM Fell English" w:hAnsi="IM Fell English"/>
          <w:color w:val="141414"/>
          <w:sz w:val="24"/>
        </w:rPr>
        <w:t>Still a foursome.</w:t>
      </w:r>
    </w:p>
    <w:p>
      <w:r>
        <w:rPr>
          <w:rFonts w:ascii="IM Fell English" w:hAnsi="IM Fell English"/>
          <w:color w:val="141414"/>
          <w:sz w:val="24"/>
        </w:rPr>
        <w:t>Still their house.</w:t>
      </w:r>
    </w:p>
    <w:p>
      <w:r>
        <w:rPr>
          <w:rFonts w:ascii="IM Fell English" w:hAnsi="IM Fell English"/>
          <w:color w:val="141414"/>
          <w:sz w:val="24"/>
        </w:rPr>
        <w:t>After the first round they paused for water like adults and degenerates at the same time.</w:t>
      </w:r>
    </w:p>
    <w:p>
      <w:r>
        <w:rPr>
          <w:rFonts w:ascii="IM Fell English" w:hAnsi="IM Fell English"/>
          <w:color w:val="141414"/>
          <w:sz w:val="24"/>
        </w:rPr>
        <w:t>Jennifer lay sprawled across Jackie’s stomach, breathing hard, and started up the second the bottle left her lips.</w:t>
      </w:r>
    </w:p>
    <w:p>
      <w:r>
        <w:rPr>
          <w:rFonts w:ascii="IM Fell English" w:hAnsi="IM Fell English"/>
          <w:color w:val="141414"/>
          <w:sz w:val="24"/>
        </w:rPr>
        <w:t>“In Brazil there were a thousand bastards.”</w:t>
      </w:r>
    </w:p>
    <w:p>
      <w:r>
        <w:rPr>
          <w:rFonts w:ascii="IM Fell English" w:hAnsi="IM Fell English"/>
          <w:color w:val="141414"/>
          <w:sz w:val="24"/>
        </w:rPr>
        <w:t>Marcus, sitting on the edge of the bed rubbing Lena’s calf:</w:t>
      </w:r>
    </w:p>
    <w:p>
      <w:r>
        <w:rPr>
          <w:rFonts w:ascii="IM Fell English" w:hAnsi="IM Fell English"/>
          <w:color w:val="141414"/>
          <w:sz w:val="24"/>
        </w:rPr>
        <w:t>“There were stations.”</w:t>
      </w:r>
    </w:p>
    <w:p>
      <w:r>
        <w:rPr>
          <w:rFonts w:ascii="IM Fell English" w:hAnsi="IM Fell English"/>
          <w:color w:val="141414"/>
          <w:sz w:val="24"/>
        </w:rPr>
        <w:t>“Felt like a thousand when I was the one climbing.”</w:t>
      </w:r>
    </w:p>
    <w:p>
      <w:r>
        <w:rPr>
          <w:rFonts w:ascii="IM Fell English" w:hAnsi="IM Fell English"/>
          <w:color w:val="141414"/>
          <w:sz w:val="24"/>
        </w:rPr>
        <w:t>Lena tilted her head.</w:t>
      </w:r>
    </w:p>
    <w:p>
      <w:r>
        <w:rPr>
          <w:rFonts w:ascii="IM Fell English" w:hAnsi="IM Fell English"/>
          <w:color w:val="141414"/>
          <w:sz w:val="24"/>
        </w:rPr>
        <w:t>“And on the cross?”</w:t>
      </w:r>
    </w:p>
    <w:p>
      <w:r>
        <w:rPr>
          <w:rFonts w:ascii="IM Fell English" w:hAnsi="IM Fell English"/>
          <w:color w:val="141414"/>
          <w:sz w:val="24"/>
        </w:rPr>
        <w:t>Jennifer’s eyes went distant and delighted in the wrong way.</w:t>
      </w:r>
    </w:p>
    <w:p>
      <w:r>
        <w:rPr>
          <w:rFonts w:ascii="IM Fell English" w:hAnsi="IM Fell English"/>
          <w:color w:val="141414"/>
          <w:sz w:val="24"/>
        </w:rPr>
        <w:t>“On the cross I had excellent visibility. My wife getting railed in the dirt. Side offerings dying on time like professionals. Me carrying the whole third act.”</w:t>
      </w:r>
    </w:p>
    <w:p>
      <w:r>
        <w:rPr>
          <w:rFonts w:ascii="IM Fell English" w:hAnsi="IM Fell English"/>
          <w:color w:val="141414"/>
          <w:sz w:val="24"/>
        </w:rPr>
        <w:t>Jackie flicked her ear.</w:t>
      </w:r>
    </w:p>
    <w:p>
      <w:r>
        <w:rPr>
          <w:rFonts w:ascii="IM Fell English" w:hAnsi="IM Fell English"/>
          <w:color w:val="141414"/>
          <w:sz w:val="24"/>
        </w:rPr>
        <w:t>“You loved it.”</w:t>
      </w:r>
    </w:p>
    <w:p>
      <w:r>
        <w:rPr>
          <w:rFonts w:ascii="IM Fell English" w:hAnsi="IM Fell English"/>
          <w:color w:val="141414"/>
          <w:sz w:val="24"/>
        </w:rPr>
        <w:t>“I want hazard pay.”</w:t>
      </w:r>
    </w:p>
    <w:p>
      <w:r>
        <w:rPr>
          <w:rFonts w:ascii="IM Fell English" w:hAnsi="IM Fell English"/>
          <w:color w:val="141414"/>
          <w:sz w:val="24"/>
        </w:rPr>
        <w:t>Lena crawled up the bed, straddled Jennifer’s hips without dropping full weight on sore spots, and looked down at her.</w:t>
      </w:r>
    </w:p>
    <w:p>
      <w:r>
        <w:rPr>
          <w:rFonts w:ascii="IM Fell English" w:hAnsi="IM Fell English"/>
          <w:color w:val="141414"/>
          <w:sz w:val="24"/>
        </w:rPr>
        <w:t>“Hazard pay is this: you get us. You get Jackie. You get to complain while we use you. That’s the deal in this house.”</w:t>
      </w:r>
    </w:p>
    <w:p>
      <w:r>
        <w:rPr>
          <w:rFonts w:ascii="IM Fell English" w:hAnsi="IM Fell English"/>
          <w:color w:val="141414"/>
          <w:sz w:val="24"/>
        </w:rPr>
        <w:t>Jennifer stared up at her, then at Marcus, then twisted enough to see Jackie under her.</w:t>
      </w:r>
    </w:p>
    <w:p>
      <w:r>
        <w:rPr>
          <w:rFonts w:ascii="IM Fell English" w:hAnsi="IM Fell English"/>
          <w:color w:val="141414"/>
          <w:sz w:val="24"/>
        </w:rPr>
        <w:t>“Fine. But if anyone mentions nails during the next round, I’m allowed to bite.”</w:t>
      </w:r>
    </w:p>
    <w:p>
      <w:r>
        <w:rPr>
          <w:rFonts w:ascii="IM Fell English" w:hAnsi="IM Fell English"/>
          <w:color w:val="141414"/>
          <w:sz w:val="24"/>
        </w:rPr>
        <w:t>Marcus stood and reached for the bedside oil.</w:t>
      </w:r>
    </w:p>
    <w:p>
      <w:r>
        <w:rPr>
          <w:rFonts w:ascii="IM Fell English" w:hAnsi="IM Fell English"/>
          <w:color w:val="141414"/>
          <w:sz w:val="24"/>
        </w:rPr>
        <w:t>“Bite Jackie. She’s your wife. I bill for marks.”</w:t>
      </w:r>
    </w:p>
    <w:p>
      <w:r>
        <w:rPr>
          <w:rFonts w:ascii="IM Fell English" w:hAnsi="IM Fell English"/>
          <w:color w:val="141414"/>
          <w:sz w:val="24"/>
        </w:rPr>
        <w:t>Jackie opened her arms as Lena shifted Jennifer up into them.</w:t>
      </w:r>
    </w:p>
    <w:p>
      <w:r>
        <w:rPr>
          <w:rFonts w:ascii="IM Fell English" w:hAnsi="IM Fell English"/>
          <w:color w:val="141414"/>
          <w:sz w:val="24"/>
        </w:rPr>
        <w:t>“Come on, Christ. Limited round two. Try not to file paperwork with your cunt.”</w:t>
      </w:r>
    </w:p>
    <w:p>
      <w:r>
        <w:rPr>
          <w:rFonts w:ascii="IM Fell English" w:hAnsi="IM Fell English"/>
          <w:color w:val="141414"/>
          <w:sz w:val="24"/>
        </w:rPr>
        <w:t>Jennifer laughed into Jackie’s neck, already moving her thighs apart again on command as Marcus put a hand on her hip and Lena took her mouth.</w:t>
      </w:r>
    </w:p>
    <w:p>
      <w:r>
        <w:rPr>
          <w:rFonts w:ascii="IM Fell English" w:hAnsi="IM Fell English"/>
          <w:color w:val="141414"/>
          <w:sz w:val="24"/>
        </w:rPr>
        <w:t>Outside, midday light made the room look almost normal.</w:t>
      </w:r>
    </w:p>
    <w:p>
      <w:r>
        <w:rPr>
          <w:rFonts w:ascii="IM Fell English" w:hAnsi="IM Fell English"/>
          <w:color w:val="141414"/>
          <w:sz w:val="24"/>
        </w:rPr>
        <w:t>Inside, four bodies closed the gap between recovery and appetite — carefully, meanly, with Jennifer’s complaints braided through every wet sound like a wedding vow nobody had asked her to stop making.</w:t>
      </w:r>
    </w:p>
    <w:p>
      <w:r>
        <w:rPr>
          <w:rFonts w:ascii="IM Fell English" w:hAnsi="IM Fell English"/>
          <w:color w:val="141414"/>
          <w:sz w:val="24"/>
        </w:rPr>
        <w:t>When Jennifer came the second time, she did it cursing roofs, deserts, and true love in the same breath.</w:t>
      </w:r>
    </w:p>
    <w:p>
      <w:r>
        <w:rPr>
          <w:rFonts w:ascii="IM Fell English" w:hAnsi="IM Fell English"/>
          <w:color w:val="141414"/>
          <w:sz w:val="24"/>
        </w:rPr>
        <w:t>Jackie held her through it and whispered,</w:t>
      </w:r>
    </w:p>
    <w:p>
      <w:r>
        <w:rPr>
          <w:rFonts w:ascii="IM Fell English" w:hAnsi="IM Fell English"/>
          <w:color w:val="141414"/>
          <w:sz w:val="24"/>
        </w:rPr>
        <w:t>“Tomorrow Lena might let you use the dungeon doorframe.”</w:t>
      </w:r>
    </w:p>
    <w:p>
      <w:r>
        <w:rPr>
          <w:rFonts w:ascii="IM Fell English" w:hAnsi="IM Fell English"/>
          <w:color w:val="141414"/>
          <w:sz w:val="24"/>
        </w:rPr>
        <w:t>Jennifer, wrecked and bright-eyed, whispered back,</w:t>
      </w:r>
    </w:p>
    <w:p>
      <w:r>
        <w:rPr>
          <w:rFonts w:ascii="IM Fell English" w:hAnsi="IM Fell English"/>
          <w:color w:val="141414"/>
          <w:sz w:val="24"/>
        </w:rPr>
        <w:t>“If she doesn’t, I’m calling Saiya and asking for reshoots.”</w:t>
      </w:r>
    </w:p>
    <w:p>
      <w:r>
        <w:rPr>
          <w:rFonts w:ascii="IM Fell English" w:hAnsi="IM Fell English"/>
          <w:color w:val="141414"/>
          <w:sz w:val="24"/>
        </w:rPr>
        <w:t>Lena slapped her thigh hard enough to sting.</w:t>
      </w:r>
    </w:p>
    <w:p>
      <w:r>
        <w:rPr>
          <w:rFonts w:ascii="IM Fell English" w:hAnsi="IM Fell English"/>
          <w:color w:val="141414"/>
          <w:sz w:val="24"/>
        </w:rPr>
        <w:t>“Say Saiya again and you sleep on the floor.”</w:t>
      </w:r>
    </w:p>
    <w:p>
      <w:r>
        <w:rPr>
          <w:rFonts w:ascii="IM Fell English" w:hAnsi="IM Fell English"/>
          <w:color w:val="141414"/>
          <w:sz w:val="24"/>
        </w:rPr>
        <w:t>Jennifer smiled like a woman who had already won something.</w:t>
      </w:r>
    </w:p>
    <w:p>
      <w:r>
        <w:rPr>
          <w:rFonts w:ascii="IM Fell English" w:hAnsi="IM Fell English"/>
          <w:color w:val="141414"/>
          <w:sz w:val="24"/>
        </w:rPr>
        <w:t>“Yes, Mistress.”</w:t>
      </w:r>
    </w:p>
    <w:p>
      <w:r>
        <w:rPr>
          <w:rFonts w:ascii="IM Fell English" w:hAnsi="IM Fell English"/>
          <w:color w:val="141414"/>
          <w:sz w:val="24"/>
        </w:rPr>
        <w:t>Marcus shook his head, almost fond.</w:t>
      </w:r>
    </w:p>
    <w:p>
      <w:r>
        <w:rPr>
          <w:rFonts w:ascii="IM Fell English" w:hAnsi="IM Fell English"/>
          <w:color w:val="141414"/>
          <w:sz w:val="24"/>
        </w:rPr>
        <w:t>“There she is.”</w:t>
      </w:r>
    </w:p>
    <w:p>
      <w:r>
        <w:rPr>
          <w:rFonts w:ascii="IM Fell English" w:hAnsi="IM Fell English"/>
          <w:color w:val="141414"/>
          <w:sz w:val="24"/>
        </w:rPr>
        <w:t>The limited afternoon continued until the light shifted and the complaints got softer, replaced by the plain dirty work of four people who knew exactly how to keep two married disasters in one piece: feed them, fuck them, and never confuse either act for letting them go.</w:t>
      </w:r>
    </w:p>
    <w:p>
      <w:pPr>
        <w:pStyle w:val="Heading1"/>
        <w:jc w:val="center"/>
      </w:pPr>
      <w:r>
        <w:rPr>
          <w:rFonts w:ascii="IM Fell English" w:hAnsi="IM Fell English"/>
          <w:color w:val="0D0D0D"/>
        </w:rPr>
        <w:t>CHAPTER 32 — DOORFRAME</w:t>
      </w:r>
    </w:p>
    <w:p>
      <w:r>
        <w:rPr>
          <w:rFonts w:ascii="IM Fell English" w:hAnsi="IM Fell English"/>
          <w:color w:val="141414"/>
          <w:sz w:val="24"/>
        </w:rPr>
        <w:t>Lena gave them the doorframe on the second afternoon of limited, like a treaty.</w:t>
      </w:r>
    </w:p>
    <w:p>
      <w:r>
        <w:rPr>
          <w:rFonts w:ascii="IM Fell English" w:hAnsi="IM Fell English"/>
          <w:color w:val="141414"/>
          <w:sz w:val="24"/>
        </w:rPr>
        <w:t>Not the dungeon. Not hardware from the walls. Just the master bedroom doorway, Jackie’s belt, and the understanding that if Jennifer started preaching about stacked feet mid-scene, Marcus would walk her straight back to the couch like a child who had lost park privileges.</w:t>
      </w:r>
    </w:p>
    <w:p>
      <w:r>
        <w:rPr>
          <w:rFonts w:ascii="IM Fell English" w:hAnsi="IM Fell English"/>
          <w:color w:val="141414"/>
          <w:sz w:val="24"/>
        </w:rPr>
        <w:t>Jennifer eyed the frame with open hunger.</w:t>
      </w:r>
    </w:p>
    <w:p>
      <w:r>
        <w:rPr>
          <w:rFonts w:ascii="IM Fell English" w:hAnsi="IM Fell English"/>
          <w:color w:val="141414"/>
          <w:sz w:val="24"/>
        </w:rPr>
        <w:t>“It’s vertical.”</w:t>
      </w:r>
    </w:p>
    <w:p>
      <w:r>
        <w:rPr>
          <w:rFonts w:ascii="IM Fell English" w:hAnsi="IM Fell English"/>
          <w:color w:val="141414"/>
          <w:sz w:val="24"/>
        </w:rPr>
        <w:t>Jackie finished looping the belt around Jennifer’s wrists — careful over bandages, tight over everything else — and hooked it high enough that Jennifer had to stand on the balls of her feet.</w:t>
      </w:r>
    </w:p>
    <w:p>
      <w:r>
        <w:rPr>
          <w:rFonts w:ascii="IM Fell English" w:hAnsi="IM Fell English"/>
          <w:color w:val="141414"/>
          <w:sz w:val="24"/>
        </w:rPr>
        <w:t>“It’s a door.”</w:t>
      </w:r>
    </w:p>
    <w:p>
      <w:r>
        <w:rPr>
          <w:rFonts w:ascii="IM Fell English" w:hAnsi="IM Fell English"/>
          <w:color w:val="141414"/>
          <w:sz w:val="24"/>
        </w:rPr>
        <w:t>“It’s symbolism.”</w:t>
      </w:r>
    </w:p>
    <w:p>
      <w:r>
        <w:rPr>
          <w:rFonts w:ascii="IM Fell English" w:hAnsi="IM Fell English"/>
          <w:color w:val="141414"/>
          <w:sz w:val="24"/>
        </w:rPr>
        <w:t>Marcus, behind her, put two fingers against the back of Jennifer’s neck.</w:t>
      </w:r>
    </w:p>
    <w:p>
      <w:r>
        <w:rPr>
          <w:rFonts w:ascii="IM Fell English" w:hAnsi="IM Fell English"/>
          <w:color w:val="141414"/>
          <w:sz w:val="24"/>
        </w:rPr>
        <w:t>“It’s a Tuesday.”</w:t>
      </w:r>
    </w:p>
    <w:p>
      <w:r>
        <w:rPr>
          <w:rFonts w:ascii="IM Fell English" w:hAnsi="IM Fell English"/>
          <w:color w:val="141414"/>
          <w:sz w:val="24"/>
        </w:rPr>
        <w:t>Lena sat on the edge of the bed where she could see every flinch.</w:t>
      </w:r>
    </w:p>
    <w:p>
      <w:r>
        <w:rPr>
          <w:rFonts w:ascii="IM Fell English" w:hAnsi="IM Fell English"/>
          <w:color w:val="141414"/>
          <w:sz w:val="24"/>
        </w:rPr>
        <w:t>“Rules still hold. No full suspension. No blood. Jackie, you don’t get mean with her hands. Jennifer, you complain all you want as long as you stay standing.”</w:t>
      </w:r>
    </w:p>
    <w:p>
      <w:r>
        <w:rPr>
          <w:rFonts w:ascii="IM Fell English" w:hAnsi="IM Fell English"/>
          <w:color w:val="141414"/>
          <w:sz w:val="24"/>
        </w:rPr>
        <w:t>Jennifer tested the belt and smiled.</w:t>
      </w:r>
    </w:p>
    <w:p>
      <w:r>
        <w:rPr>
          <w:rFonts w:ascii="IM Fell English" w:hAnsi="IM Fell English"/>
          <w:color w:val="141414"/>
          <w:sz w:val="24"/>
        </w:rPr>
        <w:t>“I was crucified standing.”</w:t>
      </w:r>
    </w:p>
    <w:p>
      <w:r>
        <w:rPr>
          <w:rFonts w:ascii="IM Fell English" w:hAnsi="IM Fell English"/>
          <w:color w:val="141414"/>
          <w:sz w:val="24"/>
        </w:rPr>
        <w:t>Lena pointed at her.</w:t>
      </w:r>
    </w:p>
    <w:p>
      <w:r>
        <w:rPr>
          <w:rFonts w:ascii="IM Fell English" w:hAnsi="IM Fell English"/>
          <w:color w:val="141414"/>
          <w:sz w:val="24"/>
        </w:rPr>
        <w:t>“One.”</w:t>
      </w:r>
    </w:p>
    <w:p>
      <w:r>
        <w:rPr>
          <w:rFonts w:ascii="IM Fell English" w:hAnsi="IM Fell English"/>
          <w:color w:val="141414"/>
          <w:sz w:val="24"/>
        </w:rPr>
        <w:t>Jackie kissed the side of Jennifer’s throat and murmured,</w:t>
      </w:r>
    </w:p>
    <w:p>
      <w:r>
        <w:rPr>
          <w:rFonts w:ascii="IM Fell English" w:hAnsi="IM Fell English"/>
          <w:color w:val="141414"/>
          <w:sz w:val="24"/>
        </w:rPr>
        <w:t>“Stop helping your own case.”</w:t>
      </w:r>
    </w:p>
    <w:p>
      <w:r>
        <w:rPr>
          <w:rFonts w:ascii="IM Fell English" w:hAnsi="IM Fell English"/>
          <w:color w:val="141414"/>
          <w:sz w:val="24"/>
        </w:rPr>
        <w:t>They used her there until her legs shook.</w:t>
      </w:r>
    </w:p>
    <w:p>
      <w:r>
        <w:rPr>
          <w:rFonts w:ascii="IM Fell English" w:hAnsi="IM Fell English"/>
          <w:color w:val="141414"/>
          <w:sz w:val="24"/>
        </w:rPr>
        <w:t>Jackie started with her mouth on Jennifer’s breasts and two fingers in her cunt, slow then sharp, while Marcus held Jennifer’s hips steady from behind so the belt didn’t take real weight. Lena directed with small commands: harder, hold, show her, make her ask. Jennifer asked and cursed and filed verbal complaints between moans.</w:t>
      </w:r>
    </w:p>
    <w:p>
      <w:r>
        <w:rPr>
          <w:rFonts w:ascii="IM Fell English" w:hAnsi="IM Fell English"/>
          <w:color w:val="141414"/>
          <w:sz w:val="24"/>
        </w:rPr>
        <w:t>“In Brazil the lean was personal—”</w:t>
      </w:r>
    </w:p>
    <w:p>
      <w:r>
        <w:rPr>
          <w:rFonts w:ascii="IM Fell English" w:hAnsi="IM Fell English"/>
          <w:color w:val="141414"/>
          <w:sz w:val="24"/>
        </w:rPr>
        <w:t>Jackie bit her nipple.</w:t>
      </w:r>
    </w:p>
    <w:p>
      <w:r>
        <w:rPr>
          <w:rFonts w:ascii="IM Fell English" w:hAnsi="IM Fell English"/>
          <w:color w:val="141414"/>
          <w:sz w:val="24"/>
        </w:rPr>
        <w:t>“—and the climb was labor—”</w:t>
      </w:r>
    </w:p>
    <w:p>
      <w:r>
        <w:rPr>
          <w:rFonts w:ascii="IM Fell English" w:hAnsi="IM Fell English"/>
          <w:color w:val="141414"/>
          <w:sz w:val="24"/>
        </w:rPr>
        <w:t>Marcus pushed into her from behind in one thick glide that cut the sentence off. Jennifer’s head dropped back against his shoulder, wrists pulling the belt tight, mouth open on a sound that was half laugh.</w:t>
      </w:r>
    </w:p>
    <w:p>
      <w:r>
        <w:rPr>
          <w:rFonts w:ascii="IM Fell English" w:hAnsi="IM Fell English"/>
          <w:color w:val="141414"/>
          <w:sz w:val="24"/>
        </w:rPr>
        <w:t>Lena’s voice stayed cool.</w:t>
      </w:r>
    </w:p>
    <w:p>
      <w:r>
        <w:rPr>
          <w:rFonts w:ascii="IM Fell English" w:hAnsi="IM Fell English"/>
          <w:color w:val="141414"/>
          <w:sz w:val="24"/>
        </w:rPr>
        <w:t>“What were you saying about labor?”</w:t>
      </w:r>
    </w:p>
    <w:p>
      <w:r>
        <w:rPr>
          <w:rFonts w:ascii="IM Fell English" w:hAnsi="IM Fell English"/>
          <w:color w:val="141414"/>
          <w:sz w:val="24"/>
        </w:rPr>
        <w:t>Jennifer tried.</w:t>
      </w:r>
    </w:p>
    <w:p>
      <w:r>
        <w:rPr>
          <w:rFonts w:ascii="IM Fell English" w:hAnsi="IM Fell English"/>
          <w:color w:val="141414"/>
          <w:sz w:val="24"/>
        </w:rPr>
        <w:t>“My wife— got the roof— I got the stairs—”</w:t>
      </w:r>
    </w:p>
    <w:p>
      <w:r>
        <w:rPr>
          <w:rFonts w:ascii="IM Fell English" w:hAnsi="IM Fell English"/>
          <w:color w:val="141414"/>
          <w:sz w:val="24"/>
        </w:rPr>
        <w:t>Marcus thrust and held deep.</w:t>
      </w:r>
    </w:p>
    <w:p>
      <w:r>
        <w:rPr>
          <w:rFonts w:ascii="IM Fell English" w:hAnsi="IM Fell English"/>
          <w:color w:val="141414"/>
          <w:sz w:val="24"/>
        </w:rPr>
        <w:t>Jackie put three fingers in Jennifer’s mouth.</w:t>
      </w:r>
    </w:p>
    <w:p>
      <w:r>
        <w:rPr>
          <w:rFonts w:ascii="IM Fell English" w:hAnsi="IM Fell English"/>
          <w:color w:val="141414"/>
          <w:sz w:val="24"/>
        </w:rPr>
        <w:t>“Suck and revise.”</w:t>
      </w:r>
    </w:p>
    <w:p>
      <w:r>
        <w:rPr>
          <w:rFonts w:ascii="IM Fell English" w:hAnsi="IM Fell English"/>
          <w:color w:val="141414"/>
          <w:sz w:val="24"/>
        </w:rPr>
        <w:t>Jennifer sucked, eyes wet, then spat the fingers free enough to rasp,</w:t>
      </w:r>
    </w:p>
    <w:p>
      <w:r>
        <w:rPr>
          <w:rFonts w:ascii="IM Fell English" w:hAnsi="IM Fell English"/>
          <w:color w:val="141414"/>
          <w:sz w:val="24"/>
        </w:rPr>
        <w:t>“I got the better part.”</w:t>
      </w:r>
    </w:p>
    <w:p>
      <w:r>
        <w:rPr>
          <w:rFonts w:ascii="IM Fell English" w:hAnsi="IM Fell English"/>
          <w:color w:val="141414"/>
          <w:sz w:val="24"/>
        </w:rPr>
        <w:t>Jackie glanced at Lena.</w:t>
      </w:r>
    </w:p>
    <w:p>
      <w:r>
        <w:rPr>
          <w:rFonts w:ascii="IM Fell English" w:hAnsi="IM Fell English"/>
          <w:color w:val="141414"/>
          <w:sz w:val="24"/>
        </w:rPr>
        <w:t>“She’s learning.”</w:t>
      </w:r>
    </w:p>
    <w:p>
      <w:r>
        <w:rPr>
          <w:rFonts w:ascii="IM Fell English" w:hAnsi="IM Fell English"/>
          <w:color w:val="141414"/>
          <w:sz w:val="24"/>
        </w:rPr>
        <w:t>“She’s bargaining,” Lena said. “Keep going.”</w:t>
      </w:r>
    </w:p>
    <w:p>
      <w:r>
        <w:rPr>
          <w:rFonts w:ascii="IM Fell English" w:hAnsi="IM Fell English"/>
          <w:color w:val="141414"/>
          <w:sz w:val="24"/>
        </w:rPr>
        <w:t>They kept going until Jennifer came on Marcus’s cock with her wrists in the belt and Jackie’s hand at her throat in a short, legal hold — pressure without theft of air. Marcus followed when Lena told him to, buried and still, while Jennifer hung in the frame shaking and muttering blasphemies about production design.</w:t>
      </w:r>
    </w:p>
    <w:p>
      <w:r>
        <w:rPr>
          <w:rFonts w:ascii="IM Fell English" w:hAnsi="IM Fell English"/>
          <w:color w:val="141414"/>
          <w:sz w:val="24"/>
        </w:rPr>
        <w:t>When they unhooked her, her knees folded. Jackie caught her. Lena pointed at the bed.</w:t>
      </w:r>
    </w:p>
    <w:p>
      <w:r>
        <w:rPr>
          <w:rFonts w:ascii="IM Fell English" w:hAnsi="IM Fell English"/>
          <w:color w:val="141414"/>
          <w:sz w:val="24"/>
        </w:rPr>
        <w:t>“Both of you. On your backs. Side by side.”</w:t>
      </w:r>
    </w:p>
    <w:p>
      <w:r>
        <w:rPr>
          <w:rFonts w:ascii="IM Fell English" w:hAnsi="IM Fell English"/>
          <w:color w:val="141414"/>
          <w:sz w:val="24"/>
        </w:rPr>
        <w:t>Limited did not mean separate.</w:t>
      </w:r>
    </w:p>
    <w:p>
      <w:r>
        <w:rPr>
          <w:rFonts w:ascii="IM Fell English" w:hAnsi="IM Fell English"/>
          <w:color w:val="141414"/>
          <w:sz w:val="24"/>
        </w:rPr>
        <w:t>Lena straddled Jennifer’s mouth facing Marcus, who pushed into Lena with slow heavy strokes while Jennifer licked what she was given. Jackie, beside them, got Marcus’s fingers and Lena’s hand in turns, then Jennifer’s hand when Lena ordered the married one to work. The bed became a knot of ownership and recovery rules: no bad angles on ribs, no hard grab on healing palms, everything else fair game.</w:t>
      </w:r>
    </w:p>
    <w:p>
      <w:r>
        <w:rPr>
          <w:rFonts w:ascii="IM Fell English" w:hAnsi="IM Fell English"/>
          <w:color w:val="141414"/>
          <w:sz w:val="24"/>
        </w:rPr>
        <w:t>Jennifer, under Lena, managed to interrupt between breaths:</w:t>
      </w:r>
    </w:p>
    <w:p>
      <w:r>
        <w:rPr>
          <w:rFonts w:ascii="IM Fell English" w:hAnsi="IM Fell English"/>
          <w:color w:val="141414"/>
          <w:sz w:val="24"/>
        </w:rPr>
        <w:t>“Saiya never left—”</w:t>
      </w:r>
    </w:p>
    <w:p>
      <w:r>
        <w:rPr>
          <w:rFonts w:ascii="IM Fell English" w:hAnsi="IM Fell English"/>
          <w:color w:val="141414"/>
          <w:sz w:val="24"/>
        </w:rPr>
        <w:t>Lena sat down harder on her mouth.</w:t>
      </w:r>
    </w:p>
    <w:p>
      <w:r>
        <w:rPr>
          <w:rFonts w:ascii="IM Fell English" w:hAnsi="IM Fell English"/>
          <w:color w:val="141414"/>
          <w:sz w:val="24"/>
        </w:rPr>
        <w:t>“We know.”</w:t>
      </w:r>
    </w:p>
    <w:p>
      <w:r>
        <w:rPr>
          <w:rFonts w:ascii="IM Fell English" w:hAnsi="IM Fell English"/>
          <w:color w:val="141414"/>
          <w:sz w:val="24"/>
        </w:rPr>
        <w:t>“—and I want hazard pay—”</w:t>
      </w:r>
    </w:p>
    <w:p>
      <w:r>
        <w:rPr>
          <w:rFonts w:ascii="IM Fell English" w:hAnsi="IM Fell English"/>
          <w:color w:val="141414"/>
          <w:sz w:val="24"/>
        </w:rPr>
        <w:t>Marcus fucked Lena through a laugh.</w:t>
      </w:r>
    </w:p>
    <w:p>
      <w:r>
        <w:rPr>
          <w:rFonts w:ascii="IM Fell English" w:hAnsi="IM Fell English"/>
          <w:color w:val="141414"/>
          <w:sz w:val="24"/>
        </w:rPr>
        <w:t>“You want attention.”</w:t>
      </w:r>
    </w:p>
    <w:p>
      <w:r>
        <w:rPr>
          <w:rFonts w:ascii="IM Fell English" w:hAnsi="IM Fell English"/>
          <w:color w:val="141414"/>
          <w:sz w:val="24"/>
        </w:rPr>
        <w:t>Jackie turned her head on the pillow and watched Jennifer’s eyes over the curve of Lena’s thigh.</w:t>
      </w:r>
    </w:p>
    <w:p>
      <w:r>
        <w:rPr>
          <w:rFonts w:ascii="IM Fell English" w:hAnsi="IM Fell English"/>
          <w:color w:val="141414"/>
          <w:sz w:val="24"/>
        </w:rPr>
        <w:t>“She’s had attention since Nevada. She dies if we stop looking.”</w:t>
      </w:r>
    </w:p>
    <w:p>
      <w:r>
        <w:rPr>
          <w:rFonts w:ascii="IM Fell English" w:hAnsi="IM Fell English"/>
          <w:color w:val="141414"/>
          <w:sz w:val="24"/>
        </w:rPr>
        <w:t>Jennifer made a muffled sound that was definitely agreement and definitely complaint.</w:t>
      </w:r>
    </w:p>
    <w:p>
      <w:r>
        <w:rPr>
          <w:rFonts w:ascii="IM Fell English" w:hAnsi="IM Fell English"/>
          <w:color w:val="141414"/>
          <w:sz w:val="24"/>
        </w:rPr>
        <w:t>Lena came first with her hands braced on Jennifer’s bandaged wrists without pressing down, body tight, breath sharp. She lifted off Jennifer’s face, moved to Jackie, and put Jackie’s mouth to work the same way while Marcus shifted and drove into Jennifer’s cunt again. Jennifer’s back arched. Jackie reached over and held Jennifer’s forearm, married contact under someone else’s scene.</w:t>
      </w:r>
    </w:p>
    <w:p>
      <w:r>
        <w:rPr>
          <w:rFonts w:ascii="IM Fell English" w:hAnsi="IM Fell English"/>
          <w:color w:val="141414"/>
          <w:sz w:val="24"/>
        </w:rPr>
        <w:t>“Doorframe,” Jennifer gasped. “Was— good—”</w:t>
      </w:r>
    </w:p>
    <w:p>
      <w:r>
        <w:rPr>
          <w:rFonts w:ascii="IM Fell English" w:hAnsi="IM Fell English"/>
          <w:color w:val="141414"/>
          <w:sz w:val="24"/>
        </w:rPr>
        <w:t>Marcus hooked her legs higher, careful, relentless.</w:t>
      </w:r>
    </w:p>
    <w:p>
      <w:r>
        <w:rPr>
          <w:rFonts w:ascii="IM Fell English" w:hAnsi="IM Fell English"/>
          <w:color w:val="141414"/>
          <w:sz w:val="24"/>
        </w:rPr>
        <w:t>“And the cross?”</w:t>
      </w:r>
    </w:p>
    <w:p>
      <w:r>
        <w:rPr>
          <w:rFonts w:ascii="IM Fell English" w:hAnsi="IM Fell English"/>
          <w:color w:val="141414"/>
          <w:sz w:val="24"/>
        </w:rPr>
        <w:t>Jennifer’s laugh broke in the middle.</w:t>
      </w:r>
    </w:p>
    <w:p>
      <w:r>
        <w:rPr>
          <w:rFonts w:ascii="IM Fell English" w:hAnsi="IM Fell English"/>
          <w:color w:val="141414"/>
          <w:sz w:val="24"/>
        </w:rPr>
        <w:t>“Overdirected.”</w:t>
      </w:r>
    </w:p>
    <w:p>
      <w:r>
        <w:rPr>
          <w:rFonts w:ascii="IM Fell English" w:hAnsi="IM Fell English"/>
          <w:color w:val="141414"/>
          <w:sz w:val="24"/>
        </w:rPr>
        <w:t>Lena, sitting on Jackie’s face, smiled down the line of bodies.</w:t>
      </w:r>
    </w:p>
    <w:p>
      <w:r>
        <w:rPr>
          <w:rFonts w:ascii="IM Fell English" w:hAnsi="IM Fell English"/>
          <w:color w:val="141414"/>
          <w:sz w:val="24"/>
        </w:rPr>
        <w:t>“Write that in the review.”</w:t>
      </w:r>
    </w:p>
    <w:p>
      <w:r>
        <w:rPr>
          <w:rFonts w:ascii="IM Fell English" w:hAnsi="IM Fell English"/>
          <w:color w:val="141414"/>
          <w:sz w:val="24"/>
        </w:rPr>
        <w:t>They paused when the light in the window went gold.</w:t>
      </w:r>
    </w:p>
    <w:p>
      <w:r>
        <w:rPr>
          <w:rFonts w:ascii="IM Fell English" w:hAnsi="IM Fell English"/>
          <w:color w:val="141414"/>
          <w:sz w:val="24"/>
        </w:rPr>
        <w:t>Water. A cloth. Jackie checking Jennifer’s palms without being told. Marcus rolling his shoulders. Lena stretching her neck like a woman who ran other people’s worst habits for a living and still clocked out sore.</w:t>
      </w:r>
    </w:p>
    <w:p>
      <w:r>
        <w:rPr>
          <w:rFonts w:ascii="IM Fell English" w:hAnsi="IM Fell English"/>
          <w:color w:val="141414"/>
          <w:sz w:val="24"/>
        </w:rPr>
        <w:t>Jennifer lay on her stomach across Jackie’s thighs and spoke into the sheet.</w:t>
      </w:r>
    </w:p>
    <w:p>
      <w:r>
        <w:rPr>
          <w:rFonts w:ascii="IM Fell English" w:hAnsi="IM Fell English"/>
          <w:color w:val="141414"/>
          <w:sz w:val="24"/>
        </w:rPr>
        <w:t>“Next job better open soft.”</w:t>
      </w:r>
    </w:p>
    <w:p>
      <w:r>
        <w:rPr>
          <w:rFonts w:ascii="IM Fell English" w:hAnsi="IM Fell English"/>
          <w:color w:val="141414"/>
          <w:sz w:val="24"/>
        </w:rPr>
        <w:t>Jackie ran a palm down her spine.</w:t>
      </w:r>
    </w:p>
    <w:p>
      <w:r>
        <w:rPr>
          <w:rFonts w:ascii="IM Fell English" w:hAnsi="IM Fell English"/>
          <w:color w:val="141414"/>
          <w:sz w:val="24"/>
        </w:rPr>
        <w:t>“Next job will open wherever Saiya can smell blood in the pitch.”</w:t>
      </w:r>
    </w:p>
    <w:p>
      <w:r>
        <w:rPr>
          <w:rFonts w:ascii="IM Fell English" w:hAnsi="IM Fell English"/>
          <w:color w:val="141414"/>
          <w:sz w:val="24"/>
        </w:rPr>
        <w:t>“I’m serious.”</w:t>
      </w:r>
    </w:p>
    <w:p>
      <w:r>
        <w:rPr>
          <w:rFonts w:ascii="IM Fell English" w:hAnsi="IM Fell English"/>
          <w:color w:val="141414"/>
          <w:sz w:val="24"/>
        </w:rPr>
        <w:t>“So is she.”</w:t>
      </w:r>
    </w:p>
    <w:p>
      <w:r>
        <w:rPr>
          <w:rFonts w:ascii="IM Fell English" w:hAnsi="IM Fell English"/>
          <w:color w:val="141414"/>
          <w:sz w:val="24"/>
        </w:rPr>
        <w:t>Lena sat against the headboard and put one foot on Marcus’s thigh.</w:t>
      </w:r>
    </w:p>
    <w:p>
      <w:r>
        <w:rPr>
          <w:rFonts w:ascii="IM Fell English" w:hAnsi="IM Fell English"/>
          <w:color w:val="141414"/>
          <w:sz w:val="24"/>
        </w:rPr>
        <w:t>“There’s talk already.”</w:t>
      </w:r>
    </w:p>
    <w:p>
      <w:r>
        <w:rPr>
          <w:rFonts w:ascii="IM Fell English" w:hAnsi="IM Fell English"/>
          <w:color w:val="141414"/>
          <w:sz w:val="24"/>
        </w:rPr>
        <w:t>Jennifer lifted her head.</w:t>
      </w:r>
    </w:p>
    <w:p>
      <w:r>
        <w:rPr>
          <w:rFonts w:ascii="IM Fell English" w:hAnsi="IM Fell English"/>
          <w:color w:val="141414"/>
          <w:sz w:val="24"/>
        </w:rPr>
        <w:t>“What talk?”</w:t>
      </w:r>
    </w:p>
    <w:p>
      <w:r>
        <w:rPr>
          <w:rFonts w:ascii="IM Fell English" w:hAnsi="IM Fell English"/>
          <w:color w:val="141414"/>
          <w:sz w:val="24"/>
        </w:rPr>
        <w:t>“Family talk,” Marcus said. “Not a call sheet yet. Something about older material. Roots. The kind of thing Katie smiles at when she isn’t supposed to.”</w:t>
      </w:r>
    </w:p>
    <w:p>
      <w:r>
        <w:rPr>
          <w:rFonts w:ascii="IM Fell English" w:hAnsi="IM Fell English"/>
          <w:color w:val="141414"/>
          <w:sz w:val="24"/>
        </w:rPr>
        <w:t>Jackie went still under Jennifer.</w:t>
      </w:r>
    </w:p>
    <w:p>
      <w:r>
        <w:rPr>
          <w:rFonts w:ascii="IM Fell English" w:hAnsi="IM Fell English"/>
          <w:color w:val="141414"/>
          <w:sz w:val="24"/>
        </w:rPr>
        <w:t>“How old.”</w:t>
      </w:r>
    </w:p>
    <w:p>
      <w:r>
        <w:rPr>
          <w:rFonts w:ascii="IM Fell English" w:hAnsi="IM Fell English"/>
          <w:color w:val="141414"/>
          <w:sz w:val="24"/>
        </w:rPr>
        <w:t>Lena met her eyes.</w:t>
      </w:r>
    </w:p>
    <w:p>
      <w:r>
        <w:rPr>
          <w:rFonts w:ascii="IM Fell English" w:hAnsi="IM Fell English"/>
          <w:color w:val="141414"/>
          <w:sz w:val="24"/>
        </w:rPr>
        <w:t>“Old enough that your forms stop being a rumor in the room.”</w:t>
      </w:r>
    </w:p>
    <w:p>
      <w:r>
        <w:rPr>
          <w:rFonts w:ascii="IM Fell English" w:hAnsi="IM Fell English"/>
          <w:color w:val="141414"/>
          <w:sz w:val="24"/>
        </w:rPr>
        <w:t>Jennifer’s expression sharpened through exhaustion.</w:t>
      </w:r>
    </w:p>
    <w:p>
      <w:r>
        <w:rPr>
          <w:rFonts w:ascii="IM Fell English" w:hAnsi="IM Fell English"/>
          <w:color w:val="141414"/>
          <w:sz w:val="24"/>
        </w:rPr>
        <w:t>“Thana.”</w:t>
      </w:r>
    </w:p>
    <w:p>
      <w:r>
        <w:rPr>
          <w:rFonts w:ascii="IM Fell English" w:hAnsi="IM Fell English"/>
          <w:color w:val="141414"/>
          <w:sz w:val="24"/>
        </w:rPr>
        <w:t>“Among other names,” Lena said. “Nothing firm. Nothing for you two to run at like a roof edge. But after this honeymoon package lands, they’re not putting you back on college sets and calling it danger.”</w:t>
      </w:r>
    </w:p>
    <w:p>
      <w:r>
        <w:rPr>
          <w:rFonts w:ascii="IM Fell English" w:hAnsi="IM Fell English"/>
          <w:color w:val="141414"/>
          <w:sz w:val="24"/>
        </w:rPr>
        <w:t>Jennifer dropped her cheek back to Jackie’s thigh.</w:t>
      </w:r>
    </w:p>
    <w:p>
      <w:r>
        <w:rPr>
          <w:rFonts w:ascii="IM Fell English" w:hAnsi="IM Fell English"/>
          <w:color w:val="141414"/>
          <w:sz w:val="24"/>
        </w:rPr>
        <w:t>“Good. If I have to hear one more student extra say ‘is this in the rider’ I’m going to quit into the ocean.”</w:t>
      </w:r>
    </w:p>
    <w:p>
      <w:r>
        <w:rPr>
          <w:rFonts w:ascii="IM Fell English" w:hAnsi="IM Fell English"/>
          <w:color w:val="141414"/>
          <w:sz w:val="24"/>
        </w:rPr>
        <w:t>Jackie huffed.</w:t>
      </w:r>
    </w:p>
    <w:p>
      <w:r>
        <w:rPr>
          <w:rFonts w:ascii="IM Fell English" w:hAnsi="IM Fell English"/>
          <w:color w:val="141414"/>
          <w:sz w:val="24"/>
        </w:rPr>
        <w:t>“You won’t quit.”</w:t>
      </w:r>
    </w:p>
    <w:p>
      <w:r>
        <w:rPr>
          <w:rFonts w:ascii="IM Fell English" w:hAnsi="IM Fell English"/>
          <w:color w:val="141414"/>
          <w:sz w:val="24"/>
        </w:rPr>
        <w:t>“I’ll quit theatrically and come back for the sex.”</w:t>
      </w:r>
    </w:p>
    <w:p>
      <w:r>
        <w:rPr>
          <w:rFonts w:ascii="IM Fell English" w:hAnsi="IM Fell English"/>
          <w:color w:val="141414"/>
          <w:sz w:val="24"/>
        </w:rPr>
        <w:t>Marcus stood and collected the belt from the doorframe.</w:t>
      </w:r>
    </w:p>
    <w:p>
      <w:r>
        <w:rPr>
          <w:rFonts w:ascii="IM Fell English" w:hAnsi="IM Fell English"/>
          <w:color w:val="141414"/>
          <w:sz w:val="24"/>
        </w:rPr>
        <w:t>“That’s the family business model.”</w:t>
      </w:r>
    </w:p>
    <w:p>
      <w:r>
        <w:rPr>
          <w:rFonts w:ascii="IM Fell English" w:hAnsi="IM Fell English"/>
          <w:color w:val="141414"/>
          <w:sz w:val="24"/>
        </w:rPr>
        <w:t>Lena’s voice softened only at the edges.</w:t>
      </w:r>
    </w:p>
    <w:p>
      <w:r>
        <w:rPr>
          <w:rFonts w:ascii="IM Fell English" w:hAnsi="IM Fell English"/>
          <w:color w:val="141414"/>
          <w:sz w:val="24"/>
        </w:rPr>
        <w:t>“For tonight: food, bath, sleep. Tomorrow we can discuss whether limited upgrades to the first dungeon room — floor only. No frames. No theology.”</w:t>
      </w:r>
    </w:p>
    <w:p>
      <w:r>
        <w:rPr>
          <w:rFonts w:ascii="IM Fell English" w:hAnsi="IM Fell English"/>
          <w:color w:val="141414"/>
          <w:sz w:val="24"/>
        </w:rPr>
        <w:t>Jennifer held up one bandaged hand like she was swearing in.</w:t>
      </w:r>
    </w:p>
    <w:p>
      <w:r>
        <w:rPr>
          <w:rFonts w:ascii="IM Fell English" w:hAnsi="IM Fell English"/>
          <w:color w:val="141414"/>
          <w:sz w:val="24"/>
        </w:rPr>
        <w:t>“I can do no theology until breakfast.”</w:t>
      </w:r>
    </w:p>
    <w:p>
      <w:r>
        <w:rPr>
          <w:rFonts w:ascii="IM Fell English" w:hAnsi="IM Fell English"/>
          <w:color w:val="141414"/>
          <w:sz w:val="24"/>
        </w:rPr>
        <w:t>Jackie pinched her ass.</w:t>
      </w:r>
    </w:p>
    <w:p>
      <w:r>
        <w:rPr>
          <w:rFonts w:ascii="IM Fell English" w:hAnsi="IM Fell English"/>
          <w:color w:val="141414"/>
          <w:sz w:val="24"/>
        </w:rPr>
        <w:t>“You couldn’t do no theology for ten minutes in Brazil.”</w:t>
      </w:r>
    </w:p>
    <w:p>
      <w:r>
        <w:rPr>
          <w:rFonts w:ascii="IM Fell English" w:hAnsi="IM Fell English"/>
          <w:color w:val="141414"/>
          <w:sz w:val="24"/>
        </w:rPr>
        <w:t>“Brazil didn’t have steak.”</w:t>
      </w:r>
    </w:p>
    <w:p>
      <w:r>
        <w:rPr>
          <w:rFonts w:ascii="IM Fell English" w:hAnsi="IM Fell English"/>
          <w:color w:val="141414"/>
          <w:sz w:val="24"/>
        </w:rPr>
        <w:t>Lena got off the bed and looked down at both of them, then at Marcus.</w:t>
      </w:r>
    </w:p>
    <w:p>
      <w:r>
        <w:rPr>
          <w:rFonts w:ascii="IM Fell English" w:hAnsi="IM Fell English"/>
          <w:color w:val="141414"/>
          <w:sz w:val="24"/>
        </w:rPr>
        <w:t>“They’re stable enough to be annoying. That’s recovery.”</w:t>
      </w:r>
    </w:p>
    <w:p>
      <w:r>
        <w:rPr>
          <w:rFonts w:ascii="IM Fell English" w:hAnsi="IM Fell English"/>
          <w:color w:val="141414"/>
          <w:sz w:val="24"/>
        </w:rPr>
        <w:t>Marcus nodded.</w:t>
      </w:r>
    </w:p>
    <w:p>
      <w:r>
        <w:rPr>
          <w:rFonts w:ascii="IM Fell English" w:hAnsi="IM Fell English"/>
          <w:color w:val="141414"/>
          <w:sz w:val="24"/>
        </w:rPr>
        <w:t>“I’ll start the bath.”</w:t>
      </w:r>
    </w:p>
    <w:p>
      <w:r>
        <w:rPr>
          <w:rFonts w:ascii="IM Fell English" w:hAnsi="IM Fell English"/>
          <w:color w:val="141414"/>
          <w:sz w:val="24"/>
        </w:rPr>
        <w:t>When the water was running, Jennifer rolled onto her back and stared at Jackie with a sudden plain tenderness that always showed up after the jokes ran out of gas.</w:t>
      </w:r>
    </w:p>
    <w:p>
      <w:r>
        <w:rPr>
          <w:rFonts w:ascii="IM Fell English" w:hAnsi="IM Fell English"/>
          <w:color w:val="141414"/>
          <w:sz w:val="24"/>
        </w:rPr>
        <w:t>“If the next one goes into the old names,” she said quietly, “you stay with me when I shift.”</w:t>
      </w:r>
    </w:p>
    <w:p>
      <w:r>
        <w:rPr>
          <w:rFonts w:ascii="IM Fell English" w:hAnsi="IM Fell English"/>
          <w:color w:val="141414"/>
          <w:sz w:val="24"/>
        </w:rPr>
        <w:t>Jackie leaned down and kissed her.</w:t>
      </w:r>
    </w:p>
    <w:p>
      <w:r>
        <w:rPr>
          <w:rFonts w:ascii="IM Fell English" w:hAnsi="IM Fell English"/>
          <w:color w:val="141414"/>
          <w:sz w:val="24"/>
        </w:rPr>
        <w:t>“I stay with you when you shift. I stay with you when you fall. I stay with you when you hang. That’s the whole contract.”</w:t>
      </w:r>
    </w:p>
    <w:p>
      <w:r>
        <w:rPr>
          <w:rFonts w:ascii="IM Fell English" w:hAnsi="IM Fell English"/>
          <w:color w:val="141414"/>
          <w:sz w:val="24"/>
        </w:rPr>
        <w:t>Jennifer’s eyes shone, tired and wicked.</w:t>
      </w:r>
    </w:p>
    <w:p>
      <w:r>
        <w:rPr>
          <w:rFonts w:ascii="IM Fell English" w:hAnsi="IM Fell English"/>
          <w:color w:val="141414"/>
          <w:sz w:val="24"/>
        </w:rPr>
        <w:t>“Even if Saiya fakes another exile?”</w:t>
      </w:r>
    </w:p>
    <w:p>
      <w:r>
        <w:rPr>
          <w:rFonts w:ascii="IM Fell English" w:hAnsi="IM Fell English"/>
          <w:color w:val="141414"/>
          <w:sz w:val="24"/>
        </w:rPr>
        <w:t>“Especially then. Somebody has to hold the lead while you’re busy believing the bit.”</w:t>
      </w:r>
    </w:p>
    <w:p>
      <w:r>
        <w:rPr>
          <w:rFonts w:ascii="IM Fell English" w:hAnsi="IM Fell English"/>
          <w:color w:val="141414"/>
          <w:sz w:val="24"/>
        </w:rPr>
        <w:t>From the bathroom Marcus called,</w:t>
      </w:r>
    </w:p>
    <w:p>
      <w:r>
        <w:rPr>
          <w:rFonts w:ascii="IM Fell English" w:hAnsi="IM Fell English"/>
          <w:color w:val="141414"/>
          <w:sz w:val="24"/>
        </w:rPr>
        <w:t>“If you’re making vows again, do it in the tub. I’m not cleaning the bed twice.”</w:t>
      </w:r>
    </w:p>
    <w:p>
      <w:r>
        <w:rPr>
          <w:rFonts w:ascii="IM Fell English" w:hAnsi="IM Fell English"/>
          <w:color w:val="141414"/>
          <w:sz w:val="24"/>
        </w:rPr>
        <w:t>Lena’s laugh followed his.</w:t>
      </w:r>
    </w:p>
    <w:p>
      <w:r>
        <w:rPr>
          <w:rFonts w:ascii="IM Fell English" w:hAnsi="IM Fell English"/>
          <w:color w:val="141414"/>
          <w:sz w:val="24"/>
        </w:rPr>
        <w:t>Jennifer pushed herself up with a hiss and offered Jackie her elbow like a mock escort.</w:t>
      </w:r>
    </w:p>
    <w:p>
      <w:r>
        <w:rPr>
          <w:rFonts w:ascii="IM Fell English" w:hAnsi="IM Fell English"/>
          <w:color w:val="141414"/>
          <w:sz w:val="24"/>
        </w:rPr>
        <w:t>“Come on, wife. Limited bath. Unlimited complaints.”</w:t>
      </w:r>
    </w:p>
    <w:p>
      <w:r>
        <w:rPr>
          <w:rFonts w:ascii="IM Fell English" w:hAnsi="IM Fell English"/>
          <w:color w:val="141414"/>
          <w:sz w:val="24"/>
        </w:rPr>
        <w:t>Jackie took her arm.</w:t>
      </w:r>
    </w:p>
    <w:p>
      <w:r>
        <w:rPr>
          <w:rFonts w:ascii="IM Fell English" w:hAnsi="IM Fell English"/>
          <w:color w:val="141414"/>
          <w:sz w:val="24"/>
        </w:rPr>
        <w:t>“Nail ban back in effect until morning.”</w:t>
      </w:r>
    </w:p>
    <w:p>
      <w:r>
        <w:rPr>
          <w:rFonts w:ascii="IM Fell English" w:hAnsi="IM Fell English"/>
          <w:color w:val="141414"/>
          <w:sz w:val="24"/>
        </w:rPr>
        <w:t>Jennifer smiled over her shoulder at the doorframe as they passed it.</w:t>
      </w:r>
    </w:p>
    <w:p>
      <w:r>
        <w:rPr>
          <w:rFonts w:ascii="IM Fell English" w:hAnsi="IM Fell English"/>
          <w:color w:val="141414"/>
          <w:sz w:val="24"/>
        </w:rPr>
        <w:t>“That door got more romance than the desert.”</w:t>
      </w:r>
    </w:p>
    <w:p>
      <w:r>
        <w:rPr>
          <w:rFonts w:ascii="IM Fell English" w:hAnsi="IM Fell English"/>
          <w:color w:val="141414"/>
          <w:sz w:val="24"/>
        </w:rPr>
        <w:t>Lena, following with towels, answered for the house:</w:t>
      </w:r>
    </w:p>
    <w:p>
      <w:r>
        <w:rPr>
          <w:rFonts w:ascii="IM Fell English" w:hAnsi="IM Fell English"/>
          <w:color w:val="141414"/>
          <w:sz w:val="24"/>
        </w:rPr>
        <w:t>“That door didn’t have to listen to you for eighteen hours.”</w:t>
      </w:r>
    </w:p>
    <w:p>
      <w:r>
        <w:rPr>
          <w:rFonts w:ascii="IM Fell English" w:hAnsi="IM Fell English"/>
          <w:color w:val="141414"/>
          <w:sz w:val="24"/>
        </w:rPr>
        <w:t>Jennifer didn’t argue.</w:t>
      </w:r>
    </w:p>
    <w:p>
      <w:r>
        <w:rPr>
          <w:rFonts w:ascii="IM Fell English" w:hAnsi="IM Fell English"/>
          <w:color w:val="141414"/>
          <w:sz w:val="24"/>
        </w:rPr>
        <w:t>She was already saving the argument for the tub, where the water would hurt her scrapes just enough to make the story worth telling again — falls, crosses, goddesses, and the fact that after all of it she still wanted Jackie’s hand on her and two trusted monsters in the doorway keeping the night from turning into a set.</w:t>
      </w:r>
    </w:p>
    <w:p>
      <w:pPr>
        <w:pStyle w:val="Heading1"/>
        <w:jc w:val="center"/>
      </w:pPr>
      <w:r>
        <w:rPr>
          <w:rFonts w:ascii="IM Fell English" w:hAnsi="IM Fell English"/>
          <w:color w:val="0D0D0D"/>
        </w:rPr>
        <w:t>CHAPTER 33 — FLOOR ONLY</w:t>
      </w:r>
    </w:p>
    <w:p>
      <w:r>
        <w:rPr>
          <w:rFonts w:ascii="IM Fell English" w:hAnsi="IM Fell English"/>
          <w:color w:val="141414"/>
          <w:sz w:val="24"/>
        </w:rPr>
        <w:t>Lena upgraded them to the first dungeon room on the fourth morning, with the enthusiasm of a warden granting a larger cage.</w:t>
      </w:r>
    </w:p>
    <w:p>
      <w:r>
        <w:rPr>
          <w:rFonts w:ascii="IM Fell English" w:hAnsi="IM Fell English"/>
          <w:color w:val="141414"/>
          <w:sz w:val="24"/>
        </w:rPr>
        <w:t>Floor only.</w:t>
      </w:r>
      <w:r>
        <w:rPr>
          <w:rFonts w:ascii="IM Fell English" w:hAnsi="IM Fell English"/>
          <w:color w:val="141414"/>
          <w:sz w:val="24"/>
        </w:rPr>
      </w:r>
      <w:r>
        <w:rPr>
          <w:rFonts w:ascii="IM Fell English" w:hAnsi="IM Fell English"/>
          <w:color w:val="141414"/>
          <w:sz w:val="24"/>
        </w:rPr>
        <w:t>No frames.</w:t>
      </w:r>
      <w:r>
        <w:rPr>
          <w:rFonts w:ascii="IM Fell English" w:hAnsi="IM Fell English"/>
          <w:color w:val="141414"/>
          <w:sz w:val="24"/>
        </w:rPr>
      </w:r>
      <w:r>
        <w:rPr>
          <w:rFonts w:ascii="IM Fell English" w:hAnsi="IM Fell English"/>
          <w:color w:val="141414"/>
          <w:sz w:val="24"/>
        </w:rPr>
        <w:t>No hooks in use.</w:t>
      </w:r>
      <w:r>
        <w:rPr>
          <w:rFonts w:ascii="IM Fell English" w:hAnsi="IM Fell English"/>
          <w:color w:val="141414"/>
          <w:sz w:val="24"/>
        </w:rPr>
      </w:r>
      <w:r>
        <w:rPr>
          <w:rFonts w:ascii="IM Fell English" w:hAnsi="IM Fell English"/>
          <w:color w:val="141414"/>
          <w:sz w:val="24"/>
        </w:rPr>
        <w:t>No theology.</w:t>
      </w:r>
    </w:p>
    <w:p>
      <w:r>
        <w:rPr>
          <w:rFonts w:ascii="IM Fell English" w:hAnsi="IM Fell English"/>
          <w:color w:val="141414"/>
          <w:sz w:val="24"/>
        </w:rPr>
        <w:t>Jennifer stood in the doorway and looked at the mat like it had disappointed her family line.</w:t>
      </w:r>
    </w:p>
    <w:p>
      <w:r>
        <w:rPr>
          <w:rFonts w:ascii="IM Fell English" w:hAnsi="IM Fell English"/>
          <w:color w:val="141414"/>
          <w:sz w:val="24"/>
        </w:rPr>
        <w:t>“It’s horizontal.”</w:t>
      </w:r>
    </w:p>
    <w:p>
      <w:r>
        <w:rPr>
          <w:rFonts w:ascii="IM Fell English" w:hAnsi="IM Fell English"/>
          <w:color w:val="141414"/>
          <w:sz w:val="24"/>
        </w:rPr>
        <w:t>Marcus set down a coil of soft rope and a bottle of oil.</w:t>
      </w:r>
    </w:p>
    <w:p>
      <w:r>
        <w:rPr>
          <w:rFonts w:ascii="IM Fell English" w:hAnsi="IM Fell English"/>
          <w:color w:val="141414"/>
          <w:sz w:val="24"/>
        </w:rPr>
        <w:t>“That’s the point.”</w:t>
      </w:r>
    </w:p>
    <w:p>
      <w:r>
        <w:rPr>
          <w:rFonts w:ascii="IM Fell English" w:hAnsi="IM Fell English"/>
          <w:color w:val="141414"/>
          <w:sz w:val="24"/>
        </w:rPr>
        <w:t>Jackie walked past Jennifer into the room, rolled her shoulders, and started unbuttoning her shirt.</w:t>
      </w:r>
    </w:p>
    <w:p>
      <w:r>
        <w:rPr>
          <w:rFonts w:ascii="IM Fell English" w:hAnsi="IM Fell English"/>
          <w:color w:val="141414"/>
          <w:sz w:val="24"/>
        </w:rPr>
        <w:t>“If you need height to get wet, you’re weaker than Saiya thinks.”</w:t>
      </w:r>
    </w:p>
    <w:p>
      <w:r>
        <w:rPr>
          <w:rFonts w:ascii="IM Fell English" w:hAnsi="IM Fell English"/>
          <w:color w:val="141414"/>
          <w:sz w:val="24"/>
        </w:rPr>
        <w:t>Jennifer pointed at her.</w:t>
      </w:r>
    </w:p>
    <w:p>
      <w:r>
        <w:rPr>
          <w:rFonts w:ascii="IM Fell English" w:hAnsi="IM Fell English"/>
          <w:color w:val="141414"/>
          <w:sz w:val="24"/>
        </w:rPr>
        <w:t xml:space="preserve">“I need height to get </w:t>
      </w:r>
      <w:r>
        <w:rPr>
          <w:rFonts w:ascii="IM Fell English" w:hAnsi="IM Fell English"/>
          <w:i/>
          <w:color w:val="141414"/>
          <w:sz w:val="24"/>
        </w:rPr>
        <w:t>inspired</w:t>
      </w:r>
      <w:r>
        <w:rPr>
          <w:rFonts w:ascii="IM Fell English" w:hAnsi="IM Fell English"/>
          <w:color w:val="141414"/>
          <w:sz w:val="24"/>
        </w:rPr>
        <w:t>.”</w:t>
      </w:r>
    </w:p>
    <w:p>
      <w:r>
        <w:rPr>
          <w:rFonts w:ascii="IM Fell English" w:hAnsi="IM Fell English"/>
          <w:color w:val="141414"/>
          <w:sz w:val="24"/>
        </w:rPr>
        <w:t>Lena snapped her fingers once.</w:t>
      </w:r>
    </w:p>
    <w:p>
      <w:r>
        <w:rPr>
          <w:rFonts w:ascii="IM Fell English" w:hAnsi="IM Fell English"/>
          <w:color w:val="141414"/>
          <w:sz w:val="24"/>
        </w:rPr>
        <w:t>“Clothes off. Floor. If the word nail, cross, roof, or desert comes out of your mouth while someone’s inside you, we stop and you eat lunch on the kitchen tile.”</w:t>
      </w:r>
    </w:p>
    <w:p>
      <w:r>
        <w:rPr>
          <w:rFonts w:ascii="IM Fell English" w:hAnsi="IM Fell English"/>
          <w:color w:val="141414"/>
          <w:sz w:val="24"/>
        </w:rPr>
        <w:t>Jennifer shut her mouth, stripped, and went to her knees on the mat with the expression of a woman filing a mental grievance for later.</w:t>
      </w:r>
    </w:p>
    <w:p>
      <w:r>
        <w:rPr>
          <w:rFonts w:ascii="IM Fell English" w:hAnsi="IM Fell English"/>
          <w:color w:val="141414"/>
          <w:sz w:val="24"/>
        </w:rPr>
        <w:t>Floor only still left a lot of body to work with.</w:t>
      </w:r>
    </w:p>
    <w:p>
      <w:r>
        <w:rPr>
          <w:rFonts w:ascii="IM Fell English" w:hAnsi="IM Fell English"/>
          <w:color w:val="141414"/>
          <w:sz w:val="24"/>
        </w:rPr>
        <w:t>Jackie was put on her back first, thighs open, wrists held to the mat by Lena’s hands. Marcus fucked her in long measured strokes while Jennifer was ordered to sit on Jackie’s mouth and face the room. Every time Jackie made a sound into Jennifer, Lena tightened her grip and told Jennifer to grind harder. Jennifer obeyed and still managed to look litigating about it.</w:t>
      </w:r>
    </w:p>
    <w:p>
      <w:r>
        <w:rPr>
          <w:rFonts w:ascii="IM Fell English" w:hAnsi="IM Fell English"/>
          <w:color w:val="141414"/>
          <w:sz w:val="24"/>
        </w:rPr>
        <w:t>“This is domestic.”</w:t>
      </w:r>
    </w:p>
    <w:p>
      <w:r>
        <w:rPr>
          <w:rFonts w:ascii="IM Fell English" w:hAnsi="IM Fell English"/>
          <w:color w:val="141414"/>
          <w:sz w:val="24"/>
        </w:rPr>
        <w:t>Marcus glanced up without losing rhythm.</w:t>
      </w:r>
    </w:p>
    <w:p>
      <w:r>
        <w:rPr>
          <w:rFonts w:ascii="IM Fell English" w:hAnsi="IM Fell English"/>
          <w:color w:val="141414"/>
          <w:sz w:val="24"/>
        </w:rPr>
        <w:t>“You’re welcome.”</w:t>
      </w:r>
    </w:p>
    <w:p>
      <w:r>
        <w:rPr>
          <w:rFonts w:ascii="IM Fell English" w:hAnsi="IM Fell English"/>
          <w:color w:val="141414"/>
          <w:sz w:val="24"/>
        </w:rPr>
        <w:t>Jackie, under Jennifer, reached up and dug fingers into Jennifer’s hips hard enough to leave crescents. Jennifer’s complaint broke into a moan. Lena leaned in and kissed Jennifer’s sternum where stage makeup had once drawn a cross-line, then bit the same place.</w:t>
      </w:r>
    </w:p>
    <w:p>
      <w:r>
        <w:rPr>
          <w:rFonts w:ascii="IM Fell English" w:hAnsi="IM Fell English"/>
          <w:color w:val="141414"/>
          <w:sz w:val="24"/>
        </w:rPr>
        <w:t>“No religion,” Jennifer gasped, almost laughing. “That’s a loophole.”</w:t>
      </w:r>
    </w:p>
    <w:p>
      <w:r>
        <w:rPr>
          <w:rFonts w:ascii="IM Fell English" w:hAnsi="IM Fell English"/>
          <w:color w:val="141414"/>
          <w:sz w:val="24"/>
        </w:rPr>
        <w:t>Lena bit harder.</w:t>
      </w:r>
    </w:p>
    <w:p>
      <w:r>
        <w:rPr>
          <w:rFonts w:ascii="IM Fell English" w:hAnsi="IM Fell English"/>
          <w:color w:val="141414"/>
          <w:sz w:val="24"/>
        </w:rPr>
        <w:t>“Sue me.”</w:t>
      </w:r>
    </w:p>
    <w:p>
      <w:r>
        <w:rPr>
          <w:rFonts w:ascii="IM Fell English" w:hAnsi="IM Fell English"/>
          <w:color w:val="141414"/>
          <w:sz w:val="24"/>
        </w:rPr>
        <w:t>Jackie came first with her mouth full of Jennifer and her wrists pinned, body jerking against the mat. Marcus pulled out, moved Jennifer off Jackie’s face by the hair, and put Jennifer on all fours over Jackie’s body so the married ones were stacked without height. He took Jennifer from behind while Lena straddled Jackie’s chest and used Jackie’s mouth again. The room filled with wet sound and the dull slap of skin on the floor.</w:t>
      </w:r>
    </w:p>
    <w:p>
      <w:r>
        <w:rPr>
          <w:rFonts w:ascii="IM Fell English" w:hAnsi="IM Fell English"/>
          <w:color w:val="141414"/>
          <w:sz w:val="24"/>
        </w:rPr>
        <w:t>Jennifer tried once, breathy:</w:t>
      </w:r>
    </w:p>
    <w:p>
      <w:r>
        <w:rPr>
          <w:rFonts w:ascii="IM Fell English" w:hAnsi="IM Fell English"/>
          <w:color w:val="141414"/>
          <w:sz w:val="24"/>
        </w:rPr>
        <w:t>“In Brazil—”</w:t>
      </w:r>
    </w:p>
    <w:p>
      <w:r>
        <w:rPr>
          <w:rFonts w:ascii="IM Fell English" w:hAnsi="IM Fell English"/>
          <w:color w:val="141414"/>
          <w:sz w:val="24"/>
        </w:rPr>
        <w:t>Marcus’s hand landed on her ass hard.</w:t>
      </w:r>
    </w:p>
    <w:p>
      <w:r>
        <w:rPr>
          <w:rFonts w:ascii="IM Fell English" w:hAnsi="IM Fell English"/>
          <w:color w:val="141414"/>
          <w:sz w:val="24"/>
        </w:rPr>
        <w:t>“Floor only includes silence options.”</w:t>
      </w:r>
    </w:p>
    <w:p>
      <w:r>
        <w:rPr>
          <w:rFonts w:ascii="IM Fell English" w:hAnsi="IM Fell English"/>
          <w:color w:val="141414"/>
          <w:sz w:val="24"/>
        </w:rPr>
        <w:t>Jennifer laughed into Jackie’s stomach and pushed back onto him anyway.</w:t>
      </w:r>
    </w:p>
    <w:p>
      <w:r>
        <w:rPr>
          <w:rFonts w:ascii="IM Fell English" w:hAnsi="IM Fell English"/>
          <w:color w:val="141414"/>
          <w:sz w:val="24"/>
        </w:rPr>
        <w:t>After the first round Lena allowed water and a five-minute window for complaints, like recess.</w:t>
      </w:r>
    </w:p>
    <w:p>
      <w:r>
        <w:rPr>
          <w:rFonts w:ascii="IM Fell English" w:hAnsi="IM Fell English"/>
          <w:color w:val="141414"/>
          <w:sz w:val="24"/>
        </w:rPr>
        <w:t>Jennifer sat cross-legged on the mat, sweaty and bright-eyed, and unloaded in a controlled burst.</w:t>
      </w:r>
    </w:p>
    <w:p>
      <w:r>
        <w:rPr>
          <w:rFonts w:ascii="IM Fell English" w:hAnsi="IM Fell English"/>
          <w:color w:val="141414"/>
          <w:sz w:val="24"/>
        </w:rPr>
        <w:t>“I am not saying forbidden words. I am saying the next project better not ask me to die slower than Katie for tone. I am saying if Melinda rises out of another floor, I want a warning and a helmet. I am saying my wife enjoyed the under-cross package too much and I want that in writing.”</w:t>
      </w:r>
    </w:p>
    <w:p>
      <w:r>
        <w:rPr>
          <w:rFonts w:ascii="IM Fell English" w:hAnsi="IM Fell English"/>
          <w:color w:val="141414"/>
          <w:sz w:val="24"/>
        </w:rPr>
        <w:t>Jackie, flat on her back beside her, lifted a thumb.</w:t>
      </w:r>
    </w:p>
    <w:p>
      <w:r>
        <w:rPr>
          <w:rFonts w:ascii="IM Fell English" w:hAnsi="IM Fell English"/>
          <w:color w:val="141414"/>
          <w:sz w:val="24"/>
        </w:rPr>
        <w:t>“Accurate.”</w:t>
      </w:r>
    </w:p>
    <w:p>
      <w:r>
        <w:rPr>
          <w:rFonts w:ascii="IM Fell English" w:hAnsi="IM Fell English"/>
          <w:color w:val="141414"/>
          <w:sz w:val="24"/>
        </w:rPr>
        <w:t>Marcus tossed Jennifer a towel.</w:t>
      </w:r>
    </w:p>
    <w:p>
      <w:r>
        <w:rPr>
          <w:rFonts w:ascii="IM Fell English" w:hAnsi="IM Fell English"/>
          <w:color w:val="141414"/>
          <w:sz w:val="24"/>
        </w:rPr>
        <w:t>“There’s a family meeting in three days.”</w:t>
      </w:r>
    </w:p>
    <w:p>
      <w:r>
        <w:rPr>
          <w:rFonts w:ascii="IM Fell English" w:hAnsi="IM Fell English"/>
          <w:color w:val="141414"/>
          <w:sz w:val="24"/>
        </w:rPr>
        <w:t>The room changed temperature without the air system moving.</w:t>
      </w:r>
    </w:p>
    <w:p>
      <w:r>
        <w:rPr>
          <w:rFonts w:ascii="IM Fell English" w:hAnsi="IM Fell English"/>
          <w:color w:val="141414"/>
          <w:sz w:val="24"/>
        </w:rPr>
        <w:t>Jennifer’s head snapped up.</w:t>
      </w:r>
    </w:p>
    <w:p>
      <w:r>
        <w:rPr>
          <w:rFonts w:ascii="IM Fell English" w:hAnsi="IM Fell English"/>
          <w:color w:val="141414"/>
          <w:sz w:val="24"/>
        </w:rPr>
        <w:t>“What meeting.”</w:t>
      </w:r>
    </w:p>
    <w:p>
      <w:r>
        <w:rPr>
          <w:rFonts w:ascii="IM Fell English" w:hAnsi="IM Fell English"/>
          <w:color w:val="141414"/>
          <w:sz w:val="24"/>
        </w:rPr>
        <w:t>Lena wiped her hands on a cloth, calm.</w:t>
      </w:r>
    </w:p>
    <w:p>
      <w:r>
        <w:rPr>
          <w:rFonts w:ascii="IM Fell English" w:hAnsi="IM Fell English"/>
          <w:color w:val="141414"/>
          <w:sz w:val="24"/>
        </w:rPr>
        <w:t>“Founders and blood. Not a full corporate circus. Saiya, Jimmy, Lilith, Katie. You two. Possibly the twins if they can behave.”</w:t>
      </w:r>
    </w:p>
    <w:p>
      <w:r>
        <w:rPr>
          <w:rFonts w:ascii="IM Fell English" w:hAnsi="IM Fell English"/>
          <w:color w:val="141414"/>
          <w:sz w:val="24"/>
        </w:rPr>
        <w:t>Jackie sat up slowly.</w:t>
      </w:r>
    </w:p>
    <w:p>
      <w:r>
        <w:rPr>
          <w:rFonts w:ascii="IM Fell English" w:hAnsi="IM Fell English"/>
          <w:color w:val="141414"/>
          <w:sz w:val="24"/>
        </w:rPr>
        <w:t>“About the old material.”</w:t>
      </w:r>
    </w:p>
    <w:p>
      <w:r>
        <w:rPr>
          <w:rFonts w:ascii="IM Fell English" w:hAnsi="IM Fell English"/>
          <w:color w:val="141414"/>
          <w:sz w:val="24"/>
        </w:rPr>
        <w:t>“About whether the next film stops pretending your other names are only private,” Lena said. “Thana. Devana. Nemesis. Rage. The whole menu. Katie’s been smiling in that way that means someone is about to get volunteer status they didn’t request.”</w:t>
      </w:r>
    </w:p>
    <w:p>
      <w:r>
        <w:rPr>
          <w:rFonts w:ascii="IM Fell English" w:hAnsi="IM Fell English"/>
          <w:color w:val="141414"/>
          <w:sz w:val="24"/>
        </w:rPr>
        <w:t>Jennifer’s mouth curled.</w:t>
      </w:r>
    </w:p>
    <w:p>
      <w:r>
        <w:rPr>
          <w:rFonts w:ascii="IM Fell English" w:hAnsi="IM Fell English"/>
          <w:color w:val="141414"/>
          <w:sz w:val="24"/>
        </w:rPr>
        <w:t>“Good.”</w:t>
      </w:r>
    </w:p>
    <w:p>
      <w:r>
        <w:rPr>
          <w:rFonts w:ascii="IM Fell English" w:hAnsi="IM Fell English"/>
          <w:color w:val="141414"/>
          <w:sz w:val="24"/>
        </w:rPr>
        <w:t>Jackie looked at her.</w:t>
      </w:r>
    </w:p>
    <w:p>
      <w:r>
        <w:rPr>
          <w:rFonts w:ascii="IM Fell English" w:hAnsi="IM Fell English"/>
          <w:color w:val="141414"/>
          <w:sz w:val="24"/>
        </w:rPr>
        <w:t>“Good?”</w:t>
      </w:r>
    </w:p>
    <w:p>
      <w:r>
        <w:rPr>
          <w:rFonts w:ascii="IM Fell English" w:hAnsi="IM Fell English"/>
          <w:color w:val="141414"/>
          <w:sz w:val="24"/>
        </w:rPr>
        <w:t>“If they’re going to use the real things, I’m less bored already.” Jennifer flexed her healing palms. “Also if Saiya tries another fake exile bit, I’m dragging her onto the call sheet by the headset.”</w:t>
      </w:r>
    </w:p>
    <w:p>
      <w:r>
        <w:rPr>
          <w:rFonts w:ascii="IM Fell English" w:hAnsi="IM Fell English"/>
          <w:color w:val="141414"/>
          <w:sz w:val="24"/>
        </w:rPr>
        <w:t>Marcus huffed a laugh.</w:t>
      </w:r>
    </w:p>
    <w:p>
      <w:r>
        <w:rPr>
          <w:rFonts w:ascii="IM Fell English" w:hAnsi="IM Fell English"/>
          <w:color w:val="141414"/>
          <w:sz w:val="24"/>
        </w:rPr>
        <w:t>“That’s the spirit that keeps me employed.”</w:t>
      </w:r>
    </w:p>
    <w:p>
      <w:r>
        <w:rPr>
          <w:rFonts w:ascii="IM Fell English" w:hAnsi="IM Fell English"/>
          <w:color w:val="141414"/>
          <w:sz w:val="24"/>
        </w:rPr>
        <w:t>Lena stood.</w:t>
      </w:r>
    </w:p>
    <w:p>
      <w:r>
        <w:rPr>
          <w:rFonts w:ascii="IM Fell English" w:hAnsi="IM Fell English"/>
          <w:color w:val="141414"/>
          <w:sz w:val="24"/>
        </w:rPr>
        <w:t>“Round two. Then food. Then you both rest before you start writing manifesto texts in the group chat again.”</w:t>
      </w:r>
    </w:p>
    <w:p>
      <w:r>
        <w:rPr>
          <w:rFonts w:ascii="IM Fell English" w:hAnsi="IM Fell English"/>
          <w:color w:val="141414"/>
          <w:sz w:val="24"/>
        </w:rPr>
        <w:t>Jennifer went back down on all fours without being told, looked over her shoulder at Jackie, and said,</w:t>
      </w:r>
    </w:p>
    <w:p>
      <w:r>
        <w:rPr>
          <w:rFonts w:ascii="IM Fell English" w:hAnsi="IM Fell English"/>
          <w:color w:val="141414"/>
          <w:sz w:val="24"/>
        </w:rPr>
        <w:t>“Floor only. Come marry me horizontally.”</w:t>
      </w:r>
    </w:p>
    <w:p>
      <w:r>
        <w:rPr>
          <w:rFonts w:ascii="IM Fell English" w:hAnsi="IM Fell English"/>
          <w:color w:val="141414"/>
          <w:sz w:val="24"/>
        </w:rPr>
        <w:t>Jackie moved in behind her, slapped her thigh, and nodded to Marcus.</w:t>
      </w:r>
    </w:p>
    <w:p>
      <w:r>
        <w:rPr>
          <w:rFonts w:ascii="IM Fell English" w:hAnsi="IM Fell English"/>
          <w:color w:val="141414"/>
          <w:sz w:val="24"/>
        </w:rPr>
        <w:t>“You heard the woman. Limited religion. Unlimited work.”</w:t>
      </w:r>
    </w:p>
    <w:p>
      <w:r>
        <w:rPr>
          <w:rFonts w:ascii="IM Fell English" w:hAnsi="IM Fell English"/>
          <w:color w:val="141414"/>
          <w:sz w:val="24"/>
        </w:rPr>
        <w:t>Round two was messier and less polite.</w:t>
      </w:r>
    </w:p>
    <w:p>
      <w:r>
        <w:rPr>
          <w:rFonts w:ascii="IM Fell English" w:hAnsi="IM Fell English"/>
          <w:color w:val="141414"/>
          <w:sz w:val="24"/>
        </w:rPr>
        <w:t>Lena put a soft rope harness around Jennifer’s chest — no lift, only handles — and used it to pull her onto Jackie’s strap-on while Marcus took Lena from behind. Four bodies locked into a rhythm on the mat that had nothing to do with sets and everything to do with the house contract: Lena and Marcus could take them apart as long as they put them back in the fridge after. Jackie fucked Jennifer with steady mean affection. Jennifer cursed into the mat and reached sideways until she found Lena’s wrist and held on through her own orgasm like a woman steadying herself on the only legal height left.</w:t>
      </w:r>
    </w:p>
    <w:p>
      <w:r>
        <w:rPr>
          <w:rFonts w:ascii="IM Fell English" w:hAnsi="IM Fell English"/>
          <w:color w:val="141414"/>
          <w:sz w:val="24"/>
        </w:rPr>
        <w:t>When they finally collapsed, the dungeon room smelled like oil, sweat, and the end of recovery week.</w:t>
      </w:r>
    </w:p>
    <w:p>
      <w:r>
        <w:rPr>
          <w:rFonts w:ascii="IM Fell English" w:hAnsi="IM Fell English"/>
          <w:color w:val="141414"/>
          <w:sz w:val="24"/>
        </w:rPr>
        <w:t>Jennifer rolled onto her side and stared at Jackie from a few inches away.</w:t>
      </w:r>
    </w:p>
    <w:p>
      <w:r>
        <w:rPr>
          <w:rFonts w:ascii="IM Fell English" w:hAnsi="IM Fell English"/>
          <w:color w:val="141414"/>
          <w:sz w:val="24"/>
        </w:rPr>
        <w:t>“If they greenlight the old names, you don’t get to play brave and leave me in human-only while you go dark.”</w:t>
      </w:r>
    </w:p>
    <w:p>
      <w:r>
        <w:rPr>
          <w:rFonts w:ascii="IM Fell English" w:hAnsi="IM Fell English"/>
          <w:color w:val="141414"/>
          <w:sz w:val="24"/>
        </w:rPr>
        <w:t>Jackie touched Jennifer’s lower lip.</w:t>
      </w:r>
    </w:p>
    <w:p>
      <w:r>
        <w:rPr>
          <w:rFonts w:ascii="IM Fell English" w:hAnsi="IM Fell English"/>
          <w:color w:val="141414"/>
          <w:sz w:val="24"/>
        </w:rPr>
        <w:t>“I go where you go. If you shift, I hold. If I shift, you hold. If Katie tries to turn it into a sermon, we fuck through the sermon.”</w:t>
      </w:r>
    </w:p>
    <w:p>
      <w:r>
        <w:rPr>
          <w:rFonts w:ascii="IM Fell English" w:hAnsi="IM Fell English"/>
          <w:color w:val="141414"/>
          <w:sz w:val="24"/>
        </w:rPr>
        <w:t>“Romantic.”</w:t>
      </w:r>
    </w:p>
    <w:p>
      <w:r>
        <w:rPr>
          <w:rFonts w:ascii="IM Fell English" w:hAnsi="IM Fell English"/>
          <w:color w:val="141414"/>
          <w:sz w:val="24"/>
        </w:rPr>
        <w:t>“Accurate.”</w:t>
      </w:r>
    </w:p>
    <w:p>
      <w:r>
        <w:rPr>
          <w:rFonts w:ascii="IM Fell English" w:hAnsi="IM Fell English"/>
          <w:color w:val="141414"/>
          <w:sz w:val="24"/>
        </w:rPr>
        <w:t>Lena, stretched out against Marcus’s chest a few feet away, spoke to the ceiling.</w:t>
      </w:r>
    </w:p>
    <w:p>
      <w:r>
        <w:rPr>
          <w:rFonts w:ascii="IM Fell English" w:hAnsi="IM Fell English"/>
          <w:color w:val="141414"/>
          <w:sz w:val="24"/>
        </w:rPr>
        <w:t>“Meeting in three days. Until then, no pitch meetings in your underwear on the kitchen floor. Saiya already knows you’re healing. Don’t give her footage she didn’t pay for.”</w:t>
      </w:r>
    </w:p>
    <w:p>
      <w:r>
        <w:rPr>
          <w:rFonts w:ascii="IM Fell English" w:hAnsi="IM Fell English"/>
          <w:color w:val="141414"/>
          <w:sz w:val="24"/>
        </w:rPr>
        <w:t>Jennifer closed her eyes, smiling.</w:t>
      </w:r>
    </w:p>
    <w:p>
      <w:r>
        <w:rPr>
          <w:rFonts w:ascii="IM Fell English" w:hAnsi="IM Fell English"/>
          <w:color w:val="141414"/>
          <w:sz w:val="24"/>
        </w:rPr>
        <w:t>“She never left, Lena.”</w:t>
      </w:r>
    </w:p>
    <w:p>
      <w:r>
        <w:rPr>
          <w:rFonts w:ascii="IM Fell English" w:hAnsi="IM Fell English"/>
          <w:color w:val="141414"/>
          <w:sz w:val="24"/>
        </w:rPr>
        <w:t>“I know,” Lena said. “That’s why I’m telling you to rest like she’s watching. Because she is.”</w:t>
      </w:r>
    </w:p>
    <w:p>
      <w:r>
        <w:rPr>
          <w:rFonts w:ascii="IM Fell English" w:hAnsi="IM Fell English"/>
          <w:color w:val="141414"/>
          <w:sz w:val="24"/>
        </w:rPr>
        <w:t>Marcus kissed Lena’s shoulder once and looked at the married pair on the mat.</w:t>
      </w:r>
    </w:p>
    <w:p>
      <w:r>
        <w:rPr>
          <w:rFonts w:ascii="IM Fell English" w:hAnsi="IM Fell English"/>
          <w:color w:val="141414"/>
          <w:sz w:val="24"/>
        </w:rPr>
        <w:t>“You two good?”</w:t>
      </w:r>
    </w:p>
    <w:p>
      <w:r>
        <w:rPr>
          <w:rFonts w:ascii="IM Fell English" w:hAnsi="IM Fell English"/>
          <w:color w:val="141414"/>
          <w:sz w:val="24"/>
        </w:rPr>
        <w:t>Jackie answered for both of them.</w:t>
      </w:r>
    </w:p>
    <w:p>
      <w:r>
        <w:rPr>
          <w:rFonts w:ascii="IM Fell English" w:hAnsi="IM Fell English"/>
          <w:color w:val="141414"/>
          <w:sz w:val="24"/>
        </w:rPr>
        <w:t>“We’re good. We’re sore. We’re about to be worse in a more interesting way.”</w:t>
      </w:r>
    </w:p>
    <w:p>
      <w:r>
        <w:rPr>
          <w:rFonts w:ascii="IM Fell English" w:hAnsi="IM Fell English"/>
          <w:color w:val="141414"/>
          <w:sz w:val="24"/>
        </w:rPr>
        <w:t>Jennifer, eyes still closed, added the only complaint she had left with any real softness in it:</w:t>
      </w:r>
    </w:p>
    <w:p>
      <w:r>
        <w:rPr>
          <w:rFonts w:ascii="IM Fell English" w:hAnsi="IM Fell English"/>
          <w:color w:val="141414"/>
          <w:sz w:val="24"/>
        </w:rPr>
        <w:t>“…I still want hazard pay for the feet.”</w:t>
      </w:r>
    </w:p>
    <w:p>
      <w:r>
        <w:rPr>
          <w:rFonts w:ascii="IM Fell English" w:hAnsi="IM Fell English"/>
          <w:color w:val="141414"/>
          <w:sz w:val="24"/>
        </w:rPr>
        <w:t>Lena’s foot nudged Jennifer’s ankle.</w:t>
      </w:r>
    </w:p>
    <w:p>
      <w:r>
        <w:rPr>
          <w:rFonts w:ascii="IM Fell English" w:hAnsi="IM Fell English"/>
          <w:color w:val="141414"/>
          <w:sz w:val="24"/>
        </w:rPr>
        <w:t>“Survive the meeting and I’ll let you argue it with Saiya myself.”</w:t>
      </w:r>
    </w:p>
    <w:p>
      <w:r>
        <w:rPr>
          <w:rFonts w:ascii="IM Fell English" w:hAnsi="IM Fell English"/>
          <w:color w:val="141414"/>
          <w:sz w:val="24"/>
        </w:rPr>
        <w:t>Jennifer’s smile widened.</w:t>
      </w:r>
    </w:p>
    <w:p>
      <w:r>
        <w:rPr>
          <w:rFonts w:ascii="IM Fell English" w:hAnsi="IM Fell English"/>
          <w:color w:val="141414"/>
          <w:sz w:val="24"/>
        </w:rPr>
        <w:t>“That’s better than a bonus.”</w:t>
      </w:r>
    </w:p>
    <w:p>
      <w:r>
        <w:rPr>
          <w:rFonts w:ascii="IM Fell English" w:hAnsi="IM Fell English"/>
          <w:color w:val="141414"/>
          <w:sz w:val="24"/>
        </w:rPr>
        <w:t>Outside the dungeon room, the mansion kept ordinary time. Inside it, recovery finished its last honest day and left the four of them on the floor in a tangle of limbs and future problems — roots, names, forms, and a family meeting that would not care how well Jennifer’s palms had healed if the story needed them broken open again.</w:t>
      </w:r>
    </w:p>
    <w:p>
      <w:r>
        <w:rPr>
          <w:rFonts w:ascii="IM Fell English" w:hAnsi="IM Fell English"/>
          <w:color w:val="141414"/>
          <w:sz w:val="24"/>
        </w:rPr>
        <w:t>Jackie laced her fingers through Jennifer’s carefully.</w:t>
      </w:r>
    </w:p>
    <w:p>
      <w:r>
        <w:rPr>
          <w:rFonts w:ascii="IM Fell English" w:hAnsi="IM Fell English"/>
          <w:color w:val="141414"/>
          <w:sz w:val="24"/>
        </w:rPr>
        <w:t>“Three days.”</w:t>
      </w:r>
    </w:p>
    <w:p>
      <w:r>
        <w:rPr>
          <w:rFonts w:ascii="IM Fell English" w:hAnsi="IM Fell English"/>
          <w:color w:val="141414"/>
          <w:sz w:val="24"/>
        </w:rPr>
        <w:t>Jennifer squeezed back.</w:t>
      </w:r>
    </w:p>
    <w:p>
      <w:r>
        <w:rPr>
          <w:rFonts w:ascii="IM Fell English" w:hAnsi="IM Fell English"/>
          <w:color w:val="141414"/>
          <w:sz w:val="24"/>
        </w:rPr>
        <w:t>“Three days. Then we stop being post-honeymoon and start being pre-disaster.”</w:t>
      </w:r>
    </w:p>
    <w:p>
      <w:r>
        <w:rPr>
          <w:rFonts w:ascii="IM Fell English" w:hAnsi="IM Fell English"/>
          <w:color w:val="141414"/>
          <w:sz w:val="24"/>
        </w:rPr>
        <w:t>Marcus stood and offered Lena a hand up.</w:t>
      </w:r>
    </w:p>
    <w:p>
      <w:r>
        <w:rPr>
          <w:rFonts w:ascii="IM Fell English" w:hAnsi="IM Fell English"/>
          <w:color w:val="141414"/>
          <w:sz w:val="24"/>
        </w:rPr>
        <w:t>“That’s the calendar.”</w:t>
      </w:r>
    </w:p>
    <w:p>
      <w:r>
        <w:rPr>
          <w:rFonts w:ascii="IM Fell English" w:hAnsi="IM Fell English"/>
          <w:color w:val="141414"/>
          <w:sz w:val="24"/>
        </w:rPr>
        <w:t>They left the floor only when the sweat cooled and the next meal became more urgent than the next round — a temporary truce before the house filled up with founders, old blood, and whatever name Saiya had already decided would sell.</w:t>
      </w:r>
    </w:p>
    <w:p>
      <w:pPr>
        <w:pStyle w:val="Heading1"/>
        <w:jc w:val="center"/>
      </w:pPr>
      <w:r>
        <w:rPr>
          <w:rFonts w:ascii="IM Fell English" w:hAnsi="IM Fell English"/>
          <w:color w:val="0D0D0D"/>
        </w:rPr>
        <w:t>CHAPTER 34 — PRE-DISASTER</w:t>
      </w:r>
    </w:p>
    <w:p>
      <w:r>
        <w:rPr>
          <w:rFonts w:ascii="IM Fell English" w:hAnsi="IM Fell English"/>
          <w:color w:val="141414"/>
          <w:sz w:val="24"/>
        </w:rPr>
        <w:t>The family meeting landed on a Thursday like a weather front.</w:t>
      </w:r>
    </w:p>
    <w:p>
      <w:r>
        <w:rPr>
          <w:rFonts w:ascii="IM Fell English" w:hAnsi="IM Fell English"/>
          <w:color w:val="141414"/>
          <w:sz w:val="24"/>
        </w:rPr>
        <w:t>By then Jennifer’s palms could make a fist without advertising every practical nail plate from the shoot. Jackie walked without counting her ribs out loud. Lena and Marcus stayed in the house anyway, not as bodyguards exactly — more like the only people Saiya trusted to keep the married pair from turning a conference into a scene before contracts were signed.</w:t>
      </w:r>
    </w:p>
    <w:p>
      <w:r>
        <w:rPr>
          <w:rFonts w:ascii="IM Fell English" w:hAnsi="IM Fell English"/>
          <w:color w:val="141414"/>
          <w:sz w:val="24"/>
        </w:rPr>
        <w:t>They used the mansion’s long table, not a studio boardroom. That was how you knew it was blood business.</w:t>
      </w:r>
    </w:p>
    <w:p>
      <w:r>
        <w:rPr>
          <w:rFonts w:ascii="IM Fell English" w:hAnsi="IM Fell English"/>
          <w:color w:val="141414"/>
          <w:sz w:val="24"/>
        </w:rPr>
        <w:t>Saiya at the head.</w:t>
      </w:r>
      <w:r>
        <w:rPr>
          <w:rFonts w:ascii="IM Fell English" w:hAnsi="IM Fell English"/>
          <w:color w:val="141414"/>
          <w:sz w:val="24"/>
        </w:rPr>
      </w:r>
      <w:r>
        <w:rPr>
          <w:rFonts w:ascii="IM Fell English" w:hAnsi="IM Fell English"/>
          <w:color w:val="141414"/>
          <w:sz w:val="24"/>
        </w:rPr>
        <w:t>Jimmy to her right.</w:t>
      </w:r>
      <w:r>
        <w:rPr>
          <w:rFonts w:ascii="IM Fell English" w:hAnsi="IM Fell English"/>
          <w:color w:val="141414"/>
          <w:sz w:val="24"/>
        </w:rPr>
      </w:r>
      <w:r>
        <w:rPr>
          <w:rFonts w:ascii="IM Fell English" w:hAnsi="IM Fell English"/>
          <w:color w:val="141414"/>
          <w:sz w:val="24"/>
        </w:rPr>
        <w:t>Lilith to her left.</w:t>
      </w:r>
      <w:r>
        <w:rPr>
          <w:rFonts w:ascii="IM Fell English" w:hAnsi="IM Fell English"/>
          <w:color w:val="141414"/>
          <w:sz w:val="24"/>
        </w:rPr>
      </w:r>
      <w:r>
        <w:rPr>
          <w:rFonts w:ascii="IM Fell English" w:hAnsi="IM Fell English"/>
          <w:color w:val="141414"/>
          <w:sz w:val="24"/>
        </w:rPr>
        <w:t>Katie one seat down, smiling like a loaded gun in a Sunday dress.</w:t>
      </w:r>
      <w:r>
        <w:rPr>
          <w:rFonts w:ascii="IM Fell English" w:hAnsi="IM Fell English"/>
          <w:color w:val="141414"/>
          <w:sz w:val="24"/>
        </w:rPr>
      </w:r>
      <w:r>
        <w:rPr>
          <w:rFonts w:ascii="IM Fell English" w:hAnsi="IM Fell English"/>
          <w:color w:val="141414"/>
          <w:sz w:val="24"/>
        </w:rPr>
        <w:t>Jackie and Jennifer opposite, close enough their knees touched.</w:t>
      </w:r>
      <w:r>
        <w:rPr>
          <w:rFonts w:ascii="IM Fell English" w:hAnsi="IM Fell English"/>
          <w:color w:val="141414"/>
          <w:sz w:val="24"/>
        </w:rPr>
      </w:r>
      <w:r>
        <w:rPr>
          <w:rFonts w:ascii="IM Fell English" w:hAnsi="IM Fell English"/>
          <w:color w:val="141414"/>
          <w:sz w:val="24"/>
        </w:rPr>
        <w:t>Lena and Marcus against the wall, present and not voting.</w:t>
      </w:r>
    </w:p>
    <w:p>
      <w:r>
        <w:rPr>
          <w:rFonts w:ascii="IM Fell English" w:hAnsi="IM Fell English"/>
          <w:color w:val="141414"/>
          <w:sz w:val="24"/>
        </w:rPr>
        <w:t>Sekhmet sat near Jimmy with a tablet she wasn’t pretending was about safety anymore.</w:t>
      </w:r>
    </w:p>
    <w:p>
      <w:r>
        <w:rPr>
          <w:rFonts w:ascii="IM Fell English" w:hAnsi="IM Fell English"/>
          <w:color w:val="141414"/>
          <w:sz w:val="24"/>
        </w:rPr>
        <w:t>Saiya folded her hands.</w:t>
      </w:r>
    </w:p>
    <w:p>
      <w:r>
        <w:rPr>
          <w:rFonts w:ascii="IM Fell English" w:hAnsi="IM Fell English"/>
          <w:color w:val="141414"/>
          <w:sz w:val="24"/>
        </w:rPr>
        <w:t>“Honeymoon package locked and sold. Raw is circulating where it needs to circulate. Congratulations. You made liability look profitable again.”</w:t>
      </w:r>
    </w:p>
    <w:p>
      <w:r>
        <w:rPr>
          <w:rFonts w:ascii="IM Fell English" w:hAnsi="IM Fell English"/>
          <w:color w:val="141414"/>
          <w:sz w:val="24"/>
        </w:rPr>
        <w:t>Jennifer lifted her coffee.</w:t>
      </w:r>
    </w:p>
    <w:p>
      <w:r>
        <w:rPr>
          <w:rFonts w:ascii="IM Fell English" w:hAnsi="IM Fell English"/>
          <w:color w:val="141414"/>
          <w:sz w:val="24"/>
        </w:rPr>
        <w:t>“You’re welcome for the feet.”</w:t>
      </w:r>
    </w:p>
    <w:p>
      <w:r>
        <w:rPr>
          <w:rFonts w:ascii="IM Fell English" w:hAnsi="IM Fell English"/>
          <w:color w:val="141414"/>
          <w:sz w:val="24"/>
        </w:rPr>
        <w:t>Katie grinned.</w:t>
      </w:r>
    </w:p>
    <w:p>
      <w:r>
        <w:rPr>
          <w:rFonts w:ascii="IM Fell English" w:hAnsi="IM Fell English"/>
          <w:color w:val="141414"/>
          <w:sz w:val="24"/>
        </w:rPr>
        <w:t>“You’re welcome for dying on time and making you look chatty.”</w:t>
      </w:r>
    </w:p>
    <w:p>
      <w:r>
        <w:rPr>
          <w:rFonts w:ascii="IM Fell English" w:hAnsi="IM Fell English"/>
          <w:color w:val="141414"/>
          <w:sz w:val="24"/>
        </w:rPr>
        <w:t>Jackie didn’t smile.</w:t>
      </w:r>
    </w:p>
    <w:p>
      <w:r>
        <w:rPr>
          <w:rFonts w:ascii="IM Fell English" w:hAnsi="IM Fell English"/>
          <w:color w:val="141414"/>
          <w:sz w:val="24"/>
        </w:rPr>
        <w:t>“What’s the next call sheet actually for?”</w:t>
      </w:r>
    </w:p>
    <w:p>
      <w:r>
        <w:rPr>
          <w:rFonts w:ascii="IM Fell English" w:hAnsi="IM Fell English"/>
          <w:color w:val="141414"/>
          <w:sz w:val="24"/>
        </w:rPr>
        <w:t>The room went quieter without going silent.</w:t>
      </w:r>
    </w:p>
    <w:p>
      <w:r>
        <w:rPr>
          <w:rFonts w:ascii="IM Fell English" w:hAnsi="IM Fell English"/>
          <w:color w:val="141414"/>
          <w:sz w:val="24"/>
        </w:rPr>
        <w:t>Saiya looked at her, then at Jennifer.</w:t>
      </w:r>
    </w:p>
    <w:p>
      <w:r>
        <w:rPr>
          <w:rFonts w:ascii="IM Fell English" w:hAnsi="IM Fell English"/>
          <w:color w:val="141414"/>
          <w:sz w:val="24"/>
        </w:rPr>
        <w:t>“Roots. No more pretending the private names are only private. Next film uses what you are in the open. Thana. Devana. Nemesis. Rage if Katie stops being precious about her stage manners. The wedding and honeymoon were the door. This is the house behind it.”</w:t>
      </w:r>
    </w:p>
    <w:p>
      <w:r>
        <w:rPr>
          <w:rFonts w:ascii="IM Fell English" w:hAnsi="IM Fell English"/>
          <w:color w:val="141414"/>
          <w:sz w:val="24"/>
        </w:rPr>
        <w:t>Jennifer’s eyes brightened in pure trouble.</w:t>
      </w:r>
    </w:p>
    <w:p>
      <w:r>
        <w:rPr>
          <w:rFonts w:ascii="IM Fell English" w:hAnsi="IM Fell English"/>
          <w:color w:val="141414"/>
          <w:sz w:val="24"/>
        </w:rPr>
        <w:t>“Good.”</w:t>
      </w:r>
    </w:p>
    <w:p>
      <w:r>
        <w:rPr>
          <w:rFonts w:ascii="IM Fell English" w:hAnsi="IM Fell English"/>
          <w:color w:val="141414"/>
          <w:sz w:val="24"/>
        </w:rPr>
        <w:t>Lilith’s gaze cut to her.</w:t>
      </w:r>
    </w:p>
    <w:p>
      <w:r>
        <w:rPr>
          <w:rFonts w:ascii="IM Fell English" w:hAnsi="IM Fell English"/>
          <w:color w:val="141414"/>
          <w:sz w:val="24"/>
        </w:rPr>
        <w:t>“You say that before the training schedule.”</w:t>
      </w:r>
    </w:p>
    <w:p>
      <w:r>
        <w:rPr>
          <w:rFonts w:ascii="IM Fell English" w:hAnsi="IM Fell English"/>
          <w:color w:val="141414"/>
          <w:sz w:val="24"/>
        </w:rPr>
        <w:t>Jimmy tapped two fingers on the table.</w:t>
      </w:r>
    </w:p>
    <w:p>
      <w:r>
        <w:rPr>
          <w:rFonts w:ascii="IM Fell English" w:hAnsi="IM Fell English"/>
          <w:color w:val="141414"/>
          <w:sz w:val="24"/>
        </w:rPr>
        <w:t>“Training is non-negotiable. Human-only endurance made a pretty crucifixion. The next one doesn’t work if your other forms treat the set like a snack bar.”</w:t>
      </w:r>
    </w:p>
    <w:p>
      <w:r>
        <w:rPr>
          <w:rFonts w:ascii="IM Fell English" w:hAnsi="IM Fell English"/>
          <w:color w:val="141414"/>
          <w:sz w:val="24"/>
        </w:rPr>
        <w:t>Jennifer leaned forward.</w:t>
      </w:r>
    </w:p>
    <w:p>
      <w:r>
        <w:rPr>
          <w:rFonts w:ascii="IM Fell English" w:hAnsi="IM Fell English"/>
          <w:color w:val="141414"/>
          <w:sz w:val="24"/>
        </w:rPr>
        <w:t>“Devana doesn’t snack on crew.”</w:t>
      </w:r>
    </w:p>
    <w:p>
      <w:r>
        <w:rPr>
          <w:rFonts w:ascii="IM Fell English" w:hAnsi="IM Fell English"/>
          <w:color w:val="141414"/>
          <w:sz w:val="24"/>
        </w:rPr>
        <w:t>Katie’s smile widened.</w:t>
      </w:r>
    </w:p>
    <w:p>
      <w:r>
        <w:rPr>
          <w:rFonts w:ascii="IM Fell English" w:hAnsi="IM Fell English"/>
          <w:color w:val="141414"/>
          <w:sz w:val="24"/>
        </w:rPr>
        <w:t>“She will if Rage runs the drill wrong.”</w:t>
      </w:r>
    </w:p>
    <w:p>
      <w:r>
        <w:rPr>
          <w:rFonts w:ascii="IM Fell English" w:hAnsi="IM Fell English"/>
          <w:color w:val="141414"/>
          <w:sz w:val="24"/>
        </w:rPr>
        <w:t>Jackie put a hand on Jennifer’s thigh under the table, not calming — claiming.</w:t>
      </w:r>
    </w:p>
    <w:p>
      <w:r>
        <w:rPr>
          <w:rFonts w:ascii="IM Fell English" w:hAnsi="IM Fell English"/>
          <w:color w:val="141414"/>
          <w:sz w:val="24"/>
        </w:rPr>
        <w:t>“If the forms come out, they come out under our lead. Not as a founder surprise mid-take.”</w:t>
      </w:r>
    </w:p>
    <w:p>
      <w:r>
        <w:rPr>
          <w:rFonts w:ascii="IM Fell English" w:hAnsi="IM Fell English"/>
          <w:color w:val="141414"/>
          <w:sz w:val="24"/>
        </w:rPr>
        <w:t>Saiya accepted that with a slight nod.</w:t>
      </w:r>
    </w:p>
    <w:p>
      <w:r>
        <w:rPr>
          <w:rFonts w:ascii="IM Fell English" w:hAnsi="IM Fell English"/>
          <w:color w:val="141414"/>
          <w:sz w:val="24"/>
        </w:rPr>
        <w:t>“You’ll get structure. You’ll also get pressure. The audience that bought the honeymoon wants to know what the bride and wife look like when the human wrapper stops being the whole product.”</w:t>
      </w:r>
    </w:p>
    <w:p>
      <w:r>
        <w:rPr>
          <w:rFonts w:ascii="IM Fell English" w:hAnsi="IM Fell English"/>
          <w:color w:val="141414"/>
          <w:sz w:val="24"/>
        </w:rPr>
        <w:t>Jennifer sat back, sore and already hungry for the problem.</w:t>
      </w:r>
    </w:p>
    <w:p>
      <w:r>
        <w:rPr>
          <w:rFonts w:ascii="IM Fell English" w:hAnsi="IM Fell English"/>
          <w:color w:val="141414"/>
          <w:sz w:val="24"/>
        </w:rPr>
        <w:t>“Title.”</w:t>
      </w:r>
    </w:p>
    <w:p>
      <w:r>
        <w:rPr>
          <w:rFonts w:ascii="IM Fell English" w:hAnsi="IM Fell English"/>
          <w:color w:val="141414"/>
          <w:sz w:val="24"/>
        </w:rPr>
        <w:t>Sekhmet spoke without being asked, which meant the title had already survived three internal fights.</w:t>
      </w:r>
    </w:p>
    <w:p>
      <w:r>
        <w:rPr>
          <w:rFonts w:ascii="IM Fell English" w:hAnsi="IM Fell English"/>
          <w:color w:val="141414"/>
          <w:sz w:val="24"/>
        </w:rPr>
        <w:t xml:space="preserve">“Working title: </w:t>
      </w:r>
      <w:r>
        <w:rPr>
          <w:rFonts w:ascii="IM Fell English" w:hAnsi="IM Fell English"/>
          <w:i/>
          <w:color w:val="141414"/>
          <w:sz w:val="24"/>
        </w:rPr>
        <w:t>Dream Life Of Pure Death: Names We Wear In Blood</w:t>
      </w:r>
      <w:r>
        <w:rPr>
          <w:rFonts w:ascii="IM Fell English" w:hAnsi="IM Fell English"/>
          <w:color w:val="141414"/>
          <w:sz w:val="24"/>
        </w:rPr>
        <w:t>.”</w:t>
      </w:r>
    </w:p>
    <w:p>
      <w:r>
        <w:rPr>
          <w:rFonts w:ascii="IM Fell English" w:hAnsi="IM Fell English"/>
          <w:color w:val="141414"/>
          <w:sz w:val="24"/>
        </w:rPr>
        <w:t>Jennifer tasted it, then nodded once.</w:t>
      </w:r>
    </w:p>
    <w:p>
      <w:r>
        <w:rPr>
          <w:rFonts w:ascii="IM Fell English" w:hAnsi="IM Fell English"/>
          <w:color w:val="141414"/>
          <w:sz w:val="24"/>
        </w:rPr>
        <w:t>“Ugly. Accurate. It’ll sell.”</w:t>
      </w:r>
    </w:p>
    <w:p>
      <w:r>
        <w:rPr>
          <w:rFonts w:ascii="IM Fell English" w:hAnsi="IM Fell English"/>
          <w:color w:val="141414"/>
          <w:sz w:val="24"/>
        </w:rPr>
        <w:t>Jackie glanced at Saiya.</w:t>
      </w:r>
    </w:p>
    <w:p>
      <w:r>
        <w:rPr>
          <w:rFonts w:ascii="IM Fell English" w:hAnsi="IM Fell English"/>
          <w:color w:val="141414"/>
          <w:sz w:val="24"/>
        </w:rPr>
        <w:t>“And you won’t fake-leave again to motivate us.”</w:t>
      </w:r>
    </w:p>
    <w:p>
      <w:r>
        <w:rPr>
          <w:rFonts w:ascii="IM Fell English" w:hAnsi="IM Fell English"/>
          <w:color w:val="141414"/>
          <w:sz w:val="24"/>
        </w:rPr>
        <w:t>Saiya’s mouth curved.</w:t>
      </w:r>
    </w:p>
    <w:p>
      <w:r>
        <w:rPr>
          <w:rFonts w:ascii="IM Fell English" w:hAnsi="IM Fell English"/>
          <w:color w:val="141414"/>
          <w:sz w:val="24"/>
        </w:rPr>
        <w:t>“Not the same way. You’re past that lever.”</w:t>
      </w:r>
    </w:p>
    <w:p>
      <w:r>
        <w:rPr>
          <w:rFonts w:ascii="IM Fell English" w:hAnsi="IM Fell English"/>
          <w:color w:val="141414"/>
          <w:sz w:val="24"/>
        </w:rPr>
        <w:t>“Good,” Jackie said. “Because if you disappear again I’m letting Jennifer rewrite your call sheet with a roof.”</w:t>
      </w:r>
    </w:p>
    <w:p>
      <w:r>
        <w:rPr>
          <w:rFonts w:ascii="IM Fell English" w:hAnsi="IM Fell English"/>
          <w:color w:val="141414"/>
          <w:sz w:val="24"/>
        </w:rPr>
        <w:t>Lena made a small sound against the wall that might have been a laugh. Marcus didn’t bother hiding his.</w:t>
      </w:r>
    </w:p>
    <w:p>
      <w:r>
        <w:rPr>
          <w:rFonts w:ascii="IM Fell English" w:hAnsi="IM Fell English"/>
          <w:color w:val="141414"/>
          <w:sz w:val="24"/>
        </w:rPr>
        <w:t>Saiya spread her hands.</w:t>
      </w:r>
    </w:p>
    <w:p>
      <w:r>
        <w:rPr>
          <w:rFonts w:ascii="IM Fell English" w:hAnsi="IM Fell English"/>
          <w:color w:val="141414"/>
          <w:sz w:val="24"/>
        </w:rPr>
        <w:t>“Meeting adjourned before this becomes a domestic. Training block starts Monday. Until then, stay off public roofs and out of desert basins. Lena, Marcus — keep them fed and not dead.”</w:t>
      </w:r>
    </w:p>
    <w:p>
      <w:r>
        <w:rPr>
          <w:rFonts w:ascii="IM Fell English" w:hAnsi="IM Fell English"/>
          <w:color w:val="141414"/>
          <w:sz w:val="24"/>
        </w:rPr>
        <w:t>Lena: “Understood.”</w:t>
      </w:r>
    </w:p>
    <w:p>
      <w:r>
        <w:rPr>
          <w:rFonts w:ascii="IM Fell English" w:hAnsi="IM Fell English"/>
          <w:color w:val="141414"/>
          <w:sz w:val="24"/>
        </w:rPr>
        <w:t>Jennifer raised her bandaged-but-better hand.</w:t>
      </w:r>
    </w:p>
    <w:p>
      <w:r>
        <w:rPr>
          <w:rFonts w:ascii="IM Fell English" w:hAnsi="IM Fell English"/>
          <w:color w:val="141414"/>
          <w:sz w:val="24"/>
        </w:rPr>
        <w:t>“Hazard pay for the feet.”</w:t>
      </w:r>
    </w:p>
    <w:p>
      <w:r>
        <w:rPr>
          <w:rFonts w:ascii="IM Fell English" w:hAnsi="IM Fell English"/>
          <w:color w:val="141414"/>
          <w:sz w:val="24"/>
        </w:rPr>
        <w:t>Saiya stood, already done.</w:t>
      </w:r>
    </w:p>
    <w:p>
      <w:r>
        <w:rPr>
          <w:rFonts w:ascii="IM Fell English" w:hAnsi="IM Fell English"/>
          <w:color w:val="141414"/>
          <w:sz w:val="24"/>
        </w:rPr>
        <w:t>“Survive Names and we’ll discuss your feet like union history.”</w:t>
      </w:r>
    </w:p>
    <w:p>
      <w:r>
        <w:rPr>
          <w:rFonts w:ascii="IM Fell English" w:hAnsi="IM Fell English"/>
          <w:color w:val="141414"/>
          <w:sz w:val="24"/>
        </w:rPr>
        <w:t>Katie passed behind Jennifer on the way out and kissed the top of her head with theatrical sweetness.</w:t>
      </w:r>
    </w:p>
    <w:p>
      <w:r>
        <w:rPr>
          <w:rFonts w:ascii="IM Fell English" w:hAnsi="IM Fell English"/>
          <w:color w:val="141414"/>
          <w:sz w:val="24"/>
        </w:rPr>
        <w:t>“Try not to talk through your own death next time.”</w:t>
      </w:r>
    </w:p>
    <w:p>
      <w:r>
        <w:rPr>
          <w:rFonts w:ascii="IM Fell English" w:hAnsi="IM Fell English"/>
          <w:color w:val="141414"/>
          <w:sz w:val="24"/>
        </w:rPr>
        <w:t>Jennifer didn’t turn.</w:t>
      </w:r>
    </w:p>
    <w:p>
      <w:r>
        <w:rPr>
          <w:rFonts w:ascii="IM Fell English" w:hAnsi="IM Fell English"/>
          <w:color w:val="141414"/>
          <w:sz w:val="24"/>
        </w:rPr>
        <w:t>“Try not to clock out early, side offering.”</w:t>
      </w:r>
    </w:p>
    <w:p>
      <w:r>
        <w:rPr>
          <w:rFonts w:ascii="IM Fell English" w:hAnsi="IM Fell English"/>
          <w:color w:val="141414"/>
          <w:sz w:val="24"/>
        </w:rPr>
        <w:t>Sekhmet followed Jimmy toward the door, pausing only to tell Jackie,</w:t>
      </w:r>
    </w:p>
    <w:p>
      <w:r>
        <w:rPr>
          <w:rFonts w:ascii="IM Fell English" w:hAnsi="IM Fell English"/>
          <w:color w:val="141414"/>
          <w:sz w:val="24"/>
        </w:rPr>
        <w:t>“Bring Nemesis under control before she decides the extras are set dressing.”</w:t>
      </w:r>
    </w:p>
    <w:p>
      <w:r>
        <w:rPr>
          <w:rFonts w:ascii="IM Fell English" w:hAnsi="IM Fell English"/>
          <w:color w:val="141414"/>
          <w:sz w:val="24"/>
        </w:rPr>
        <w:t>Jackie nodded once.</w:t>
      </w:r>
    </w:p>
    <w:p>
      <w:r>
        <w:rPr>
          <w:rFonts w:ascii="IM Fell English" w:hAnsi="IM Fell English"/>
          <w:color w:val="141414"/>
          <w:sz w:val="24"/>
        </w:rPr>
        <w:t>“She stays under me.”</w:t>
      </w:r>
    </w:p>
    <w:p>
      <w:r>
        <w:rPr>
          <w:rFonts w:ascii="IM Fell English" w:hAnsi="IM Fell English"/>
          <w:color w:val="141414"/>
          <w:sz w:val="24"/>
        </w:rPr>
        <w:t>When the founders were gone, the mansion exhaled.</w:t>
      </w:r>
    </w:p>
    <w:p>
      <w:r>
        <w:rPr>
          <w:rFonts w:ascii="IM Fell English" w:hAnsi="IM Fell English"/>
          <w:color w:val="141414"/>
          <w:sz w:val="24"/>
        </w:rPr>
        <w:t>They didn’t make it to the bedroom first.</w:t>
      </w:r>
    </w:p>
    <w:p>
      <w:r>
        <w:rPr>
          <w:rFonts w:ascii="IM Fell English" w:hAnsi="IM Fell English"/>
          <w:color w:val="141414"/>
          <w:sz w:val="24"/>
        </w:rPr>
        <w:t>Lena ordered both of them to the living room rug “before you combust and stain the formal table,” and Marcus locked the front door like weather was coming from inside. Clothes came off in a pile that had nothing to do with cinema. Jackie took Jennifer on her back on the floor while Lena held Jennifer’s wrists loose and legal. Marcus fucked Jackie from behind in the same rhythm until the four of them were one argument solved with bodies instead of titles.</w:t>
      </w:r>
    </w:p>
    <w:p>
      <w:r>
        <w:rPr>
          <w:rFonts w:ascii="IM Fell English" w:hAnsi="IM Fell English"/>
          <w:color w:val="141414"/>
          <w:sz w:val="24"/>
        </w:rPr>
        <w:t>Jennifer came hard and still managed, breathless:</w:t>
      </w:r>
    </w:p>
    <w:p>
      <w:r>
        <w:rPr>
          <w:rFonts w:ascii="IM Fell English" w:hAnsi="IM Fell English"/>
          <w:color w:val="141414"/>
          <w:sz w:val="24"/>
        </w:rPr>
        <w:t>“Names We Wear In Blood sounds like a threat.”</w:t>
      </w:r>
    </w:p>
    <w:p>
      <w:r>
        <w:rPr>
          <w:rFonts w:ascii="IM Fell English" w:hAnsi="IM Fell English"/>
          <w:color w:val="141414"/>
          <w:sz w:val="24"/>
        </w:rPr>
        <w:t>Jackie, mouth on her throat:</w:t>
      </w:r>
    </w:p>
    <w:p>
      <w:r>
        <w:rPr>
          <w:rFonts w:ascii="IM Fell English" w:hAnsi="IM Fell English"/>
          <w:color w:val="141414"/>
          <w:sz w:val="24"/>
        </w:rPr>
        <w:t>“It is a threat. It’s also our job.”</w:t>
      </w:r>
    </w:p>
    <w:p>
      <w:r>
        <w:rPr>
          <w:rFonts w:ascii="IM Fell English" w:hAnsi="IM Fell English"/>
          <w:color w:val="141414"/>
          <w:sz w:val="24"/>
        </w:rPr>
        <w:t>Lena slapped Jennifer’s thigh lightly.</w:t>
      </w:r>
    </w:p>
    <w:p>
      <w:r>
        <w:rPr>
          <w:rFonts w:ascii="IM Fell English" w:hAnsi="IM Fell English"/>
          <w:color w:val="141414"/>
          <w:sz w:val="24"/>
        </w:rPr>
        <w:t>“No pitching during orgasm.”</w:t>
      </w:r>
    </w:p>
    <w:p>
      <w:r>
        <w:rPr>
          <w:rFonts w:ascii="IM Fell English" w:hAnsi="IM Fell English"/>
          <w:color w:val="141414"/>
          <w:sz w:val="24"/>
        </w:rPr>
        <w:t>Marcus finished with a low sound and rested his forehead on Jackie’s shoulder.</w:t>
      </w:r>
    </w:p>
    <w:p>
      <w:r>
        <w:rPr>
          <w:rFonts w:ascii="IM Fell English" w:hAnsi="IM Fell English"/>
          <w:color w:val="141414"/>
          <w:sz w:val="24"/>
        </w:rPr>
        <w:t>“Monday.”</w:t>
      </w:r>
    </w:p>
    <w:p>
      <w:r>
        <w:rPr>
          <w:rFonts w:ascii="IM Fell English" w:hAnsi="IM Fell English"/>
          <w:color w:val="141414"/>
          <w:sz w:val="24"/>
        </w:rPr>
        <w:t>Jennifer stared past all of them at the ceiling, cheeks flushed, eyes sharp.</w:t>
      </w:r>
    </w:p>
    <w:p>
      <w:r>
        <w:rPr>
          <w:rFonts w:ascii="IM Fell English" w:hAnsi="IM Fell English"/>
          <w:color w:val="141414"/>
          <w:sz w:val="24"/>
        </w:rPr>
        <w:t>“Monday I want Devana on a schedule, not a rumor.”</w:t>
      </w:r>
    </w:p>
    <w:p>
      <w:r>
        <w:rPr>
          <w:rFonts w:ascii="IM Fell English" w:hAnsi="IM Fell English"/>
          <w:color w:val="141414"/>
          <w:sz w:val="24"/>
        </w:rPr>
        <w:t>Jackie kissed the corner of her mouth.</w:t>
      </w:r>
    </w:p>
    <w:p>
      <w:r>
        <w:rPr>
          <w:rFonts w:ascii="IM Fell English" w:hAnsi="IM Fell English"/>
          <w:color w:val="141414"/>
          <w:sz w:val="24"/>
        </w:rPr>
        <w:t>“Monday you get structure. Tonight you get us.”</w:t>
      </w:r>
    </w:p>
    <w:p>
      <w:r>
        <w:rPr>
          <w:rFonts w:ascii="IM Fell English" w:hAnsi="IM Fell English"/>
          <w:color w:val="141414"/>
          <w:sz w:val="24"/>
        </w:rPr>
        <w:t>They moved to the shower in a sore line, then to bed in the same order they always ended when the house was working: Lena and Marcus claiming the edges, Jackie and Jennifer tangled in the center like the plot couldn’t pry them apart without killing the series.</w:t>
      </w:r>
    </w:p>
    <w:p>
      <w:r>
        <w:rPr>
          <w:rFonts w:ascii="IM Fell English" w:hAnsi="IM Fell English"/>
          <w:color w:val="141414"/>
          <w:sz w:val="24"/>
        </w:rPr>
        <w:t>In the dark, after Lena’s breathing evened and Marcus started that almost-snore he denied, Jennifer whispered,</w:t>
      </w:r>
    </w:p>
    <w:p>
      <w:r>
        <w:rPr>
          <w:rFonts w:ascii="IM Fell English" w:hAnsi="IM Fell English"/>
          <w:color w:val="141414"/>
          <w:sz w:val="24"/>
        </w:rPr>
        <w:t>“Novel three.”</w:t>
      </w:r>
    </w:p>
    <w:p>
      <w:r>
        <w:rPr>
          <w:rFonts w:ascii="IM Fell English" w:hAnsi="IM Fell English"/>
          <w:color w:val="141414"/>
          <w:sz w:val="24"/>
        </w:rPr>
        <w:t>Jackie answered against her hair.</w:t>
      </w:r>
    </w:p>
    <w:p>
      <w:r>
        <w:rPr>
          <w:rFonts w:ascii="IM Fell English" w:hAnsi="IM Fell English"/>
          <w:color w:val="141414"/>
          <w:sz w:val="24"/>
        </w:rPr>
        <w:t>“Roots. Forms. Blood names.”</w:t>
      </w:r>
    </w:p>
    <w:p>
      <w:r>
        <w:rPr>
          <w:rFonts w:ascii="IM Fell English" w:hAnsi="IM Fell English"/>
          <w:color w:val="141414"/>
          <w:sz w:val="24"/>
        </w:rPr>
        <w:t>“No fake exile.”</w:t>
      </w:r>
    </w:p>
    <w:p>
      <w:r>
        <w:rPr>
          <w:rFonts w:ascii="IM Fell English" w:hAnsi="IM Fell English"/>
          <w:color w:val="141414"/>
          <w:sz w:val="24"/>
        </w:rPr>
        <w:t>“No soft open.”</w:t>
      </w:r>
    </w:p>
    <w:p>
      <w:r>
        <w:rPr>
          <w:rFonts w:ascii="IM Fell English" w:hAnsi="IM Fell English"/>
          <w:color w:val="141414"/>
          <w:sz w:val="24"/>
        </w:rPr>
        <w:t>Jennifer’s hand found Jackie’s wrist and held.</w:t>
      </w:r>
    </w:p>
    <w:p>
      <w:r>
        <w:rPr>
          <w:rFonts w:ascii="IM Fell English" w:hAnsi="IM Fell English"/>
          <w:color w:val="141414"/>
          <w:sz w:val="24"/>
        </w:rPr>
        <w:t>“If I shift on set, you don’t look at me like I’m a stunt.”</w:t>
      </w:r>
    </w:p>
    <w:p>
      <w:r>
        <w:rPr>
          <w:rFonts w:ascii="IM Fell English" w:hAnsi="IM Fell English"/>
          <w:color w:val="141414"/>
          <w:sz w:val="24"/>
        </w:rPr>
        <w:t>“I look at you like my wife.”</w:t>
      </w:r>
    </w:p>
    <w:p>
      <w:r>
        <w:rPr>
          <w:rFonts w:ascii="IM Fell English" w:hAnsi="IM Fell English"/>
          <w:color w:val="141414"/>
          <w:sz w:val="24"/>
        </w:rPr>
        <w:t>“Even when I’m not only Jennifer.”</w:t>
      </w:r>
    </w:p>
    <w:p>
      <w:r>
        <w:rPr>
          <w:rFonts w:ascii="IM Fell English" w:hAnsi="IM Fell English"/>
          <w:color w:val="141414"/>
          <w:sz w:val="24"/>
        </w:rPr>
        <w:t>“Especially then.”</w:t>
      </w:r>
    </w:p>
    <w:p>
      <w:r>
        <w:rPr>
          <w:rFonts w:ascii="IM Fell English" w:hAnsi="IM Fell English"/>
          <w:color w:val="141414"/>
          <w:sz w:val="24"/>
        </w:rPr>
        <w:t>A long quiet held.</w:t>
      </w:r>
    </w:p>
    <w:p>
      <w:r>
        <w:rPr>
          <w:rFonts w:ascii="IM Fell English" w:hAnsi="IM Fell English"/>
          <w:color w:val="141414"/>
          <w:sz w:val="24"/>
        </w:rPr>
        <w:t>Then Jennifer, softer and meaner at once:</w:t>
      </w:r>
    </w:p>
    <w:p>
      <w:r>
        <w:rPr>
          <w:rFonts w:ascii="IM Fell English" w:hAnsi="IM Fell English"/>
          <w:color w:val="141414"/>
          <w:sz w:val="24"/>
        </w:rPr>
        <w:t>“…I still want money for the feet.”</w:t>
      </w:r>
    </w:p>
    <w:p>
      <w:r>
        <w:rPr>
          <w:rFonts w:ascii="IM Fell English" w:hAnsi="IM Fell English"/>
          <w:color w:val="141414"/>
          <w:sz w:val="24"/>
        </w:rPr>
        <w:t>Jackie smiled into the dark.</w:t>
      </w:r>
    </w:p>
    <w:p>
      <w:r>
        <w:rPr>
          <w:rFonts w:ascii="IM Fell English" w:hAnsi="IM Fell English"/>
          <w:color w:val="141414"/>
          <w:sz w:val="24"/>
        </w:rPr>
        <w:t>“Put it in the rider. Saiya reads those when she wants to laugh.”</w:t>
      </w:r>
    </w:p>
    <w:p>
      <w:r>
        <w:rPr>
          <w:rFonts w:ascii="IM Fell English" w:hAnsi="IM Fell English"/>
          <w:color w:val="141414"/>
          <w:sz w:val="24"/>
        </w:rPr>
        <w:t>Outside, the night stayed ordinary.</w:t>
      </w:r>
    </w:p>
    <w:p>
      <w:r>
        <w:rPr>
          <w:rFonts w:ascii="IM Fell English" w:hAnsi="IM Fell English"/>
          <w:color w:val="141414"/>
          <w:sz w:val="24"/>
        </w:rPr>
        <w:t>Inside, Novel Two finished the way their work always finished when it was honest — not with death that stayed, but with a marriage still intact under bruises, two trusted monsters on the perimeter, and the next disaster already named.</w:t>
      </w:r>
    </w:p>
    <w:p>
      <w:r>
        <w:rPr>
          <w:rFonts w:ascii="IM Fell English" w:hAnsi="IM Fell English"/>
          <w:color w:val="141414"/>
          <w:sz w:val="24"/>
        </w:rPr>
        <w:t xml:space="preserve">Nevada, the rainforest, Brazil, and Danakil were behind them now. The ceremonies were over. Whatever came next wouldn't bother with ritual; it would come for their real names. </w:t>
      </w:r>
    </w:p>
    <w:p>
      <w:r>
        <w:rPr>
          <w:rFonts w:ascii="IM Fell English" w:hAnsi="IM Fell English"/>
          <w:color w:val="141414"/>
          <w:sz w:val="24"/>
        </w:rPr>
        <w:t>What came next would not bother with ceremony first.</w:t>
      </w:r>
    </w:p>
    <w:p>
      <w:r>
        <w:rPr>
          <w:rFonts w:ascii="IM Fell English" w:hAnsi="IM Fell English"/>
          <w:color w:val="141414"/>
          <w:sz w:val="24"/>
        </w:rPr>
        <w:t>It would come wearing their real names.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