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IM Fell English" w:hAnsi="IM Fell English"/>
          <w:b/>
          <w:color w:val="0D0D0D"/>
          <w:sz w:val="64"/>
        </w:rPr>
        <w:t>MAGNOLIA: An Southern Dynasty</w:t>
      </w:r>
    </w:p>
    <w:p>
      <w:pPr>
        <w:jc w:val="center"/>
      </w:pPr>
      <w:r>
        <w:rPr>
          <w:rFonts w:ascii="IM Fell English" w:hAnsi="IM Fell English"/>
          <w:color w:val="141414"/>
          <w:sz w:val="28"/>
        </w:rPr>
        <w:t>Sebastian Oliver Theodore</w:t>
      </w:r>
    </w:p>
    <w:p>
      <w:pPr>
        <w:spacing w:before="0" w:after="0"/>
        <w:jc w:val="center"/>
      </w:pPr>
      <w:r>
        <w:drawing>
          <wp:inline xmlns:a="http://schemas.openxmlformats.org/drawingml/2006/main" xmlns:pic="http://schemas.openxmlformats.org/drawingml/2006/picture">
            <wp:extent cx="5029200" cy="9010650"/>
            <wp:docPr id="1" name="Picture 1"/>
            <wp:cNvGraphicFramePr>
              <a:graphicFrameLocks noChangeAspect="1"/>
            </wp:cNvGraphicFramePr>
            <a:graphic>
              <a:graphicData uri="http://schemas.openxmlformats.org/drawingml/2006/picture">
                <pic:pic>
                  <pic:nvPicPr>
                    <pic:cNvPr id="0" name="image.jpg"/>
                    <pic:cNvPicPr/>
                  </pic:nvPicPr>
                  <pic:blipFill>
                    <a:blip r:embed="rId9"/>
                    <a:stretch>
                      <a:fillRect/>
                    </a:stretch>
                  </pic:blipFill>
                  <pic:spPr>
                    <a:xfrm>
                      <a:off x="0" y="0"/>
                      <a:ext cx="5029200" cy="9010650"/>
                    </a:xfrm>
                    <a:prstGeom prst="rect"/>
                  </pic:spPr>
                </pic:pic>
              </a:graphicData>
            </a:graphic>
          </wp:inline>
        </w:drawing>
      </w:r>
    </w:p>
    <w:p>
      <w:r>
        <w:br w:type="page"/>
      </w:r>
    </w:p>
    <w:p>
      <w:pPr>
        <w:pStyle w:val="Heading1"/>
        <w:jc w:val="center"/>
      </w:pPr>
      <w:r>
        <w:rPr>
          <w:rFonts w:ascii="IM Fell English" w:hAnsi="IM Fell English"/>
          <w:color w:val="0D0D0D"/>
        </w:rPr>
        <w:t>Chapter 1 - {Funeral at Magnolia: Harlan's End and Missing Will}</w:t>
      </w:r>
    </w:p>
    <w:p>
      <w:pPr>
        <w:pStyle w:val="Heading3"/>
        <w:jc w:val="center"/>
      </w:pPr>
      <w:r>
        <w:rPr>
          <w:rFonts w:ascii="IM Fell English" w:hAnsi="IM Fell English"/>
          <w:color w:val="0D0D0D"/>
        </w:rPr>
        <w:t>The Funeral at Magnolia</w:t>
      </w:r>
    </w:p>
    <w:p>
      <w:r>
        <w:rPr>
          <w:rFonts w:ascii="IM Fell English" w:hAnsi="IM Fell English"/>
          <w:color w:val="141414"/>
          <w:sz w:val="24"/>
        </w:rPr>
        <w:t>The magnolia-scale of Howler County was thick with the scent of dying blossoms, the air heavy with the promise of summer. Magnolia plantation sprawled across acres of overgrown gardens and creaking woodlands, its grandeur worn but still imposing. The house, white and pillared, stood like a fading memory of the Whitmore legacy—once the crown jewel of the county, now threatened by rival bloodlines and debts left unspoken at the breakfast table. The Whitmore patriarch, Harlan, had died under circumstances murmured about in hushed tones, a mystery already shaping into a scandal. And in the front parlor, dressed in mourning black, sat Jackson Whitmore—the last living son, a man with the looks of a Southern aristocrat and the restless energy of a man too accustomed to escape.</w:t>
      </w:r>
    </w:p>
    <w:p>
      <w:r>
        <w:rPr>
          <w:rFonts w:ascii="IM Fell English" w:hAnsi="IM Fell English"/>
          <w:color w:val="141414"/>
          <w:sz w:val="24"/>
        </w:rPr>
        <w:t>Beside him, his wife, Theresa "Tess" Monroe, cut a stark contrast. A woman of sharp eyes and careful poise, she had survived Milwaukee's strip clubs and the judgment of Howler County with equal grit. Her presence at the funeral was a provocation, not only because of her skin but because of what she represented: the collapse of the old order. Jackson leaned forward in his chair, the polished wooden legs creaking beneath him, his fingers twitching toward the cigarette he wasn’t supposed to smoke indoors. Tess’s own hands, calloused from years of survival but now smoothed by marriage, rested lightly on her lap. Around them, guests arrived—some offering whispered condolences, others watching with veiled hostility. The county’s elite milled about, murmuring about the missing will, the missing answers. Jackson knew that his father's secrets would not stay buried for long. And Tess, ever the strategist, had already begun cataloging the ways this funeral would change everything.</w:t>
      </w:r>
    </w:p>
    <w:p>
      <w:pPr>
        <w:pStyle w:val="Heading3"/>
        <w:jc w:val="center"/>
      </w:pPr>
      <w:r>
        <w:rPr>
          <w:rFonts w:ascii="IM Fell English" w:hAnsi="IM Fell English"/>
          <w:color w:val="0D0D0D"/>
        </w:rPr>
        <w:t>Faces of Judgment</w:t>
      </w:r>
    </w:p>
    <w:p>
      <w:r>
        <w:rPr>
          <w:rFonts w:ascii="IM Fell English" w:hAnsi="IM Fell English"/>
          <w:color w:val="141414"/>
          <w:sz w:val="24"/>
        </w:rPr>
        <w:t xml:space="preserve">The mourners formed a slow-moving stream past Jackson and Tess, their expressions a practiced blend of solemnity and curiosity. The widow, Harlan’s third wife, lingered too long in the receiving line, her fingers trembling against her handkerchief as she murmured, “You must take care, dear. We are all that remains.” Her meaning was unmistakable: </w:t>
      </w:r>
      <w:r>
        <w:rPr>
          <w:rFonts w:ascii="IM Fell English" w:hAnsi="IM Fell English"/>
          <w:i/>
          <w:color w:val="141414"/>
          <w:sz w:val="24"/>
        </w:rPr>
        <w:t>You were never one of us.</w:t>
      </w:r>
    </w:p>
    <w:p>
      <w:r>
        <w:rPr>
          <w:rFonts w:ascii="IM Fell English" w:hAnsi="IM Fell English"/>
          <w:color w:val="141414"/>
          <w:sz w:val="24"/>
        </w:rPr>
        <w:t>Tess offered a polite nod, her back straight, her fingers tightening around the black lace fan in her lap. The weight of the stares was familiar—calculating, skeptical, tinged with the resentment that always followed her. She knew what they saw: an outsider, an opportunist, a woman who had stepped into a world that had never been hers to claim. And yet, beneath the polite smiles and the whispered condolences, she sensed something more dangerous than scorn—an undercurrent of anticipation. They were waiting for weakness.</w:t>
      </w:r>
    </w:p>
    <w:p>
      <w:r>
        <w:rPr>
          <w:rFonts w:ascii="IM Fell English" w:hAnsi="IM Fell English"/>
          <w:color w:val="141414"/>
          <w:sz w:val="24"/>
        </w:rPr>
        <w:t>Jackson’s jaw worked, but he said nothing. He could feel them watching, dissecting him as much as her. They had never accepted Tess, and now they were watching to see if he would falter, if grief would loosen the grip on his control. His father had always warned him—this town only forgave the powerful. And mourning made the weak vulnerable.</w:t>
      </w:r>
    </w:p>
    <w:p>
      <w:r>
        <w:rPr>
          <w:rFonts w:ascii="IM Fell English" w:hAnsi="IM Fell English"/>
          <w:color w:val="141414"/>
          <w:sz w:val="24"/>
        </w:rPr>
        <w:t>Across the parlor, the Crowes had arrived. Silas Crowe, all smug poise and expensive boots, spoke in low tones with Sheriff Boone, his smirk barely hidden beneath his moustache. The sheriff’s badge gleamed in the afternoon light. Tess’s stomach coiled. Whatever the future held, it would not be kind.</w:t>
      </w:r>
    </w:p>
    <w:p>
      <w:pPr>
        <w:pStyle w:val="Heading3"/>
        <w:jc w:val="center"/>
      </w:pPr>
      <w:r>
        <w:rPr>
          <w:rFonts w:ascii="IM Fell English" w:hAnsi="IM Fell English"/>
          <w:color w:val="0D0D0D"/>
        </w:rPr>
        <w:t>Whispers and Threats</w:t>
      </w:r>
    </w:p>
    <w:p>
      <w:r>
        <w:rPr>
          <w:rFonts w:ascii="IM Fell English" w:hAnsi="IM Fell English"/>
          <w:color w:val="141414"/>
          <w:sz w:val="24"/>
        </w:rPr>
        <w:t>The receiving line stretched toward the open doors of the grand hall, the heat bleeding in as the late afternoon sun cast long shadows across the polished floor. Outside, the hush of magnolia branches swayed in the wind, their pale petals littering the gravel driveway. The guests gathered in uneasy clusters, some murmuring about the missing will, others casting furtive glances toward Jackson and Tess. The widow, still in position at the front, wiped her eyes with a delicate handkerchief, though her mouth barely quivered, her grief more performance than pain.</w:t>
      </w:r>
    </w:p>
    <w:p>
      <w:r>
        <w:rPr>
          <w:rFonts w:ascii="IM Fell English" w:hAnsi="IM Fell English"/>
          <w:color w:val="141414"/>
          <w:sz w:val="24"/>
        </w:rPr>
        <w:t>Silas Crowe approached with measured steps, his boots clicking against the wood, the sheriff at his side like a shadow. He greeted Jackson with a firm handshake, his fingers lingering a beat too long, as though testing how much the younger man could endure. "My sympathies," he murmured, his voice smooth, eyes sharp. "It’s a shame about the will. Such a tragic oversight."</w:t>
      </w:r>
    </w:p>
    <w:p>
      <w:r>
        <w:rPr>
          <w:rFonts w:ascii="IM Fell English" w:hAnsi="IM Fell English"/>
          <w:color w:val="141414"/>
          <w:sz w:val="24"/>
        </w:rPr>
        <w:t>Jackson’s knuckles tightened. The will. Harlan’s last declaration, the key to the control this house once had. If it was missing, if someone had found it first—Jackson had no doubt the Crowes were already working against him. The sheriff cleared his throat, his deep drawl easy but deliberate. "We’ll be sure to look into it, of course. County business, after all."</w:t>
      </w:r>
    </w:p>
    <w:p>
      <w:r>
        <w:rPr>
          <w:rFonts w:ascii="IM Fell English" w:hAnsi="IM Fell English"/>
          <w:color w:val="141414"/>
          <w:sz w:val="24"/>
        </w:rPr>
        <w:t>Silas offered a polite smile, but Tess saw the gleam behind his eyes. This was no condolence call. This was a statement.</w:t>
      </w:r>
    </w:p>
    <w:p>
      <w:r>
        <w:rPr>
          <w:rFonts w:ascii="IM Fell English" w:hAnsi="IM Fell English"/>
          <w:color w:val="141414"/>
          <w:sz w:val="24"/>
        </w:rPr>
        <w:t>Across the room, the widow suddenly clutched her pearls, her breath catching. "I—I must have left the guestbook in the study. Excuse me." She turned sharply, disappearing down the dim corridor. Jackson caught her hurried exit, the strange urgency in her movements. Something wasn’t right.</w:t>
      </w:r>
    </w:p>
    <w:p>
      <w:pPr>
        <w:pStyle w:val="Heading3"/>
        <w:jc w:val="center"/>
      </w:pPr>
      <w:r>
        <w:rPr>
          <w:rFonts w:ascii="IM Fell English" w:hAnsi="IM Fell English"/>
          <w:color w:val="0D0D0D"/>
        </w:rPr>
        <w:t>Hidden Motives</w:t>
      </w:r>
    </w:p>
    <w:p>
      <w:r>
        <w:rPr>
          <w:rFonts w:ascii="IM Fell English" w:hAnsi="IM Fell English"/>
          <w:color w:val="141414"/>
          <w:sz w:val="24"/>
        </w:rPr>
        <w:t>Jackson pushed off the chair with a sharp exhale, his jaw set as he followed the widow’s brisk retreat. Tess was close behind, her heels clicking softly against the polished floors. The corridor stretched long and dim, the scent of old wood and dust clinging to the air. At the far end, the study door remained slightly ajar, the widow's voice hushed but insistent inside. Jackson hesitated only a moment before stepping forward, his fingers curling around the brass knob.</w:t>
      </w:r>
    </w:p>
    <w:p>
      <w:r>
        <w:rPr>
          <w:rFonts w:ascii="IM Fell English" w:hAnsi="IM Fell English"/>
          <w:color w:val="141414"/>
          <w:sz w:val="24"/>
        </w:rPr>
        <w:t>The widow flinched at the intrusion, her trembling hands gripping a leather-bound journal. Her eyes darted between Jackson and Tess, uncertainty flickering beneath the polished veneer of propriety. "I—I just needed a moment," she stammered, but her voice betrayed urgency rather than grief.</w:t>
      </w:r>
    </w:p>
    <w:p>
      <w:r>
        <w:rPr>
          <w:rFonts w:ascii="IM Fell English" w:hAnsi="IM Fell English"/>
          <w:color w:val="141414"/>
          <w:sz w:val="24"/>
        </w:rPr>
        <w:t>Tess narrowed her eyes, taking in the woman's posture—the way her fingers curled tight around the book, the way her breath came in uneven hitches. "Mrs. Whitmore," she said smoothly, stepping forward, careful to keep her tone light. "Is there something you needed to tell us?"</w:t>
      </w:r>
    </w:p>
    <w:p>
      <w:r>
        <w:rPr>
          <w:rFonts w:ascii="IM Fell English" w:hAnsi="IM Fell English"/>
          <w:color w:val="141414"/>
          <w:sz w:val="24"/>
        </w:rPr>
        <w:t>The widow glanced at the door behind them before finally meeting Jackson’s gaze. "Harlan—he wasn’t the only one who knew where the will was," she whispered, her voice barely audible. "There was—there’s a list. Names, ledgers, things that could prove... everything."</w:t>
      </w:r>
    </w:p>
    <w:p>
      <w:r>
        <w:rPr>
          <w:rFonts w:ascii="IM Fell English" w:hAnsi="IM Fell English"/>
          <w:color w:val="141414"/>
          <w:sz w:val="24"/>
        </w:rPr>
        <w:t>Jackson stiffened. A ledger. His father had kept meticulous records, not only of the family business but of the favors owed, the debts collected. If the Crowes had found it first, they already had the leverage they needed.</w:t>
      </w:r>
    </w:p>
    <w:p>
      <w:r>
        <w:rPr>
          <w:rFonts w:ascii="IM Fell English" w:hAnsi="IM Fell English"/>
          <w:color w:val="141414"/>
          <w:sz w:val="24"/>
        </w:rPr>
        <w:t>Tess’s voice cut through the silence. "Where is it?"</w:t>
      </w:r>
    </w:p>
    <w:p>
      <w:r>
        <w:rPr>
          <w:rFonts w:ascii="IM Fell English" w:hAnsi="IM Fell English"/>
          <w:color w:val="141414"/>
          <w:sz w:val="24"/>
        </w:rPr>
        <w:t>The widow swallowed. "The safe. Hidden with the rest of his papers. But you must hurry."</w:t>
      </w:r>
    </w:p>
    <w:p>
      <w:r>
        <w:rPr>
          <w:rFonts w:ascii="IM Fell English" w:hAnsi="IM Fell English"/>
          <w:color w:val="141414"/>
          <w:sz w:val="24"/>
        </w:rPr>
        <w:t>Jackson’s mouth went dry. The safe would hold more than just the will—it would hold the truth. And whoever had gone looking for it had already started playing their hand.</w:t>
      </w:r>
    </w:p>
    <w:p>
      <w:pPr>
        <w:pStyle w:val="Heading3"/>
        <w:jc w:val="center"/>
      </w:pPr>
      <w:r>
        <w:rPr>
          <w:rFonts w:ascii="IM Fell English" w:hAnsi="IM Fell English"/>
          <w:color w:val="0D0D0D"/>
        </w:rPr>
        <w:t>The Safe’s Secret</w:t>
      </w:r>
    </w:p>
    <w:p>
      <w:r>
        <w:rPr>
          <w:rFonts w:ascii="IM Fell English" w:hAnsi="IM Fell English"/>
          <w:color w:val="141414"/>
          <w:sz w:val="24"/>
        </w:rPr>
        <w:t>The safe sat in the office’s shadowed corner, hidden behind a velvet curtain drawn just far enough back to reveal the heavy steel door. Tess’s breath was shallow, her fingers skimming the edge of the panel as Jackson withdrew the key from its chain around his neck. The widow had returned to the reception, eyes averted, leaving them alone in the dim study. Silence pressed down around them, thick and expectant. Jackson's fingers trembled slightly as he turned the key, the lock clicking open with a whisper of air that made Tess instinctively step back.</w:t>
      </w:r>
    </w:p>
    <w:p>
      <w:r>
        <w:rPr>
          <w:rFonts w:ascii="IM Fell English" w:hAnsi="IM Fell English"/>
          <w:color w:val="141414"/>
          <w:sz w:val="24"/>
        </w:rPr>
        <w:t>The safe yawned open, the scent of old paper and dust curling into the room. Inside, a single folder lay stacked beneath thick binders of legal documents. Tess reached in first, fingers brushing across the worn edges before drawing it out. Her pulse thudded in her ears as she flipped open the cover.</w:t>
      </w:r>
    </w:p>
    <w:p>
      <w:r>
        <w:rPr>
          <w:rFonts w:ascii="IM Fell English" w:hAnsi="IM Fell English"/>
          <w:color w:val="141414"/>
          <w:sz w:val="24"/>
        </w:rPr>
        <w:t xml:space="preserve">Ledgers filled with careful ink strokes lined the pages—dates, payments, names. Some she recognized, others she did not. But at the bottom of one page, in uneven, hurried script, was a line that sent ice down her spine: </w:t>
      </w:r>
      <w:r>
        <w:rPr>
          <w:rFonts w:ascii="IM Fell English" w:hAnsi="IM Fell English"/>
          <w:i/>
          <w:color w:val="141414"/>
          <w:sz w:val="24"/>
        </w:rPr>
        <w:t>Final payment—Silas Crowe. Subject: Harlan Whitmore. Outcome: Clean break. Funds transferred via Sheriff W. Boone.</w:t>
      </w:r>
    </w:p>
    <w:p>
      <w:r>
        <w:rPr>
          <w:rFonts w:ascii="IM Fell English" w:hAnsi="IM Fell English"/>
          <w:color w:val="141414"/>
          <w:sz w:val="24"/>
        </w:rPr>
        <w:t>Jackson stiffened beside her, his fingers tightening around the open folder. He exhaled sharply, his voice a low rasp. "This—it proves it. Silas. The sheriff."</w:t>
      </w:r>
    </w:p>
    <w:p>
      <w:r>
        <w:rPr>
          <w:rFonts w:ascii="IM Fell English" w:hAnsi="IM Fell English"/>
          <w:color w:val="141414"/>
          <w:sz w:val="24"/>
        </w:rPr>
        <w:t>Tess’s mouth was dry, her mind already racing. The Crowes hadn’t just taken their chances; they had orchestrated this—Harlan’s death, the missing will, every move designed to strip the Whitman's down until all that remained was surrender.</w:t>
      </w:r>
    </w:p>
    <w:p>
      <w:r>
        <w:rPr>
          <w:rFonts w:ascii="IM Fell English" w:hAnsi="IM Fell English"/>
          <w:color w:val="141414"/>
          <w:sz w:val="24"/>
        </w:rPr>
        <w:t>A heavy knock rattled the office door. Both of them tensed. Jackson barely had time to slam the folder shut before the door creaked open.</w:t>
      </w:r>
    </w:p>
    <w:p>
      <w:r>
        <w:rPr>
          <w:rFonts w:ascii="IM Fell English" w:hAnsi="IM Fell English"/>
          <w:color w:val="141414"/>
          <w:sz w:val="24"/>
        </w:rPr>
        <w:t>Tess’s stomach dropped. The sheriff’s voice drifted in. "We heard voices. Anything we can help with?"</w:t>
      </w:r>
    </w:p>
    <w:p>
      <w:r>
        <w:rPr>
          <w:rFonts w:ascii="IM Fell English" w:hAnsi="IM Fell English"/>
          <w:color w:val="141414"/>
          <w:sz w:val="24"/>
        </w:rPr>
        <w:t>Jackson stepped in front of the safe. "Nothing that concerns you."</w:t>
      </w:r>
    </w:p>
    <w:p>
      <w:pPr>
        <w:pStyle w:val="Heading3"/>
        <w:jc w:val="center"/>
      </w:pPr>
      <w:r>
        <w:rPr>
          <w:rFonts w:ascii="IM Fell English" w:hAnsi="IM Fell English"/>
          <w:color w:val="0D0D0D"/>
        </w:rPr>
        <w:t>The Confrontation</w:t>
      </w:r>
    </w:p>
    <w:p>
      <w:r>
        <w:rPr>
          <w:rFonts w:ascii="IM Fell English" w:hAnsi="IM Fell English"/>
          <w:color w:val="141414"/>
          <w:sz w:val="24"/>
        </w:rPr>
        <w:t>Sheriff Boone’s eyes flicked past Jackson, lingering just a fraction too long on the open safe. Jackson forced his breath to steady, his grip firm on the folder tucked under his arm. The sheriff was a patient man—he knew how to wait for fear to settle in, to let silence drag just long enough to make a man sweat.</w:t>
      </w:r>
    </w:p>
    <w:p>
      <w:r>
        <w:rPr>
          <w:rFonts w:ascii="IM Fell English" w:hAnsi="IM Fell English"/>
          <w:color w:val="141414"/>
          <w:sz w:val="24"/>
        </w:rPr>
        <w:t>Tess tilted her chin up, folding one hand neatly in front of her while the other curled tighter around the ledger’s edge. "We were looking for family papers," she said evenly. "You know how it is when a loved one passes. Loose ends need tying."</w:t>
      </w:r>
    </w:p>
    <w:p>
      <w:r>
        <w:rPr>
          <w:rFonts w:ascii="IM Fell English" w:hAnsi="IM Fell English"/>
          <w:color w:val="141414"/>
          <w:sz w:val="24"/>
        </w:rPr>
        <w:t>The sheriff’s lips pulled into a slow smirk. "Of course." His voice held just enough warmth to mask the threat behind it. "But the county’s got a vested interest in any estate matters." He exhaled, the scent of tobacco clinging to his uniform. "It’d be best if we handled things from here."</w:t>
      </w:r>
    </w:p>
    <w:p>
      <w:r>
        <w:rPr>
          <w:rFonts w:ascii="IM Fell English" w:hAnsi="IM Fell English"/>
          <w:color w:val="141414"/>
          <w:sz w:val="24"/>
        </w:rPr>
        <w:t>Jackson stiffened. "I appreciate the offer. But we’re capable of handling Whitaker affairs."</w:t>
      </w:r>
    </w:p>
    <w:p>
      <w:r>
        <w:rPr>
          <w:rFonts w:ascii="IM Fell English" w:hAnsi="IM Fell English"/>
          <w:color w:val="141414"/>
          <w:sz w:val="24"/>
        </w:rPr>
        <w:t>Silas Crowe stepped in from the hallway, his polished boots clicking over the wooden floor. "Jackson," he drawled, his voice smooth as honey. "I heard you were digging through your father's papers. I hope you’ve found something interesting." His gaze landed on the folder, his smirk widening. "Something useful, perhaps?"</w:t>
      </w:r>
    </w:p>
    <w:p>
      <w:r>
        <w:rPr>
          <w:rFonts w:ascii="IM Fell English" w:hAnsi="IM Fell English"/>
          <w:color w:val="141414"/>
          <w:sz w:val="24"/>
        </w:rPr>
        <w:t>Jackson inhaled slowly, willing his nerves to steady. "We found proof of payments you made to the sheriff," he said plainly. "And records of your arrangement with my father."</w:t>
      </w:r>
    </w:p>
    <w:p>
      <w:r>
        <w:rPr>
          <w:rFonts w:ascii="IM Fell English" w:hAnsi="IM Fell English"/>
          <w:color w:val="141414"/>
          <w:sz w:val="24"/>
        </w:rPr>
        <w:t>Silas raised an eyebrow. "My arrangement?"</w:t>
      </w:r>
    </w:p>
    <w:p>
      <w:r>
        <w:rPr>
          <w:rFonts w:ascii="IM Fell English" w:hAnsi="IM Fell English"/>
          <w:color w:val="141414"/>
          <w:sz w:val="24"/>
        </w:rPr>
        <w:t>Tess's voice cut through like a blade. "The one that ended in his death."</w:t>
      </w:r>
    </w:p>
    <w:p>
      <w:r>
        <w:rPr>
          <w:rFonts w:ascii="IM Fell English" w:hAnsi="IM Fell English"/>
          <w:color w:val="141414"/>
          <w:sz w:val="24"/>
        </w:rPr>
        <w:t>Silas’s expression flickered—just a fraction—but it was there. The moment realization set in that they had something he’d hoped to keep buried. The sheriff shifted beside him, his fingers twitching toward his belt.</w:t>
      </w:r>
    </w:p>
    <w:p>
      <w:r>
        <w:rPr>
          <w:rFonts w:ascii="IM Fell English" w:hAnsi="IM Fell English"/>
          <w:color w:val="141414"/>
          <w:sz w:val="24"/>
        </w:rPr>
        <w:t>Jackson took a step forward, voice low. "Harlan didn’t die of old age. He was murdered."</w:t>
      </w:r>
    </w:p>
    <w:p>
      <w:r>
        <w:rPr>
          <w:rFonts w:ascii="IM Fell English" w:hAnsi="IM Fell English"/>
          <w:color w:val="141414"/>
          <w:sz w:val="24"/>
        </w:rPr>
        <w:t>The room held its breath.</w:t>
      </w:r>
    </w:p>
    <w:p>
      <w:pPr>
        <w:pStyle w:val="Heading1"/>
        <w:jc w:val="center"/>
      </w:pPr>
      <w:r>
        <w:rPr>
          <w:rFonts w:ascii="IM Fell English" w:hAnsi="IM Fell English"/>
          <w:color w:val="0D0D0D"/>
        </w:rPr>
        <w:t>Chapter 2 - {Tess and Jackson: A Scorched Welcome to Howler County}</w:t>
      </w:r>
    </w:p>
    <w:p>
      <w:r>
        <w:rPr>
          <w:rFonts w:ascii="IM Fell English" w:hAnsi="IM Fell English"/>
          <w:color w:val="141414"/>
          <w:sz w:val="24"/>
        </w:rPr>
        <w:t>The air in Howler County hung heavy with the scent of pine sap and rusted iron. It was the kind of place where the land remembered every secret buried beneath its soil, where the whispers of old money and old wounds tangled in the humid air like the kudzu vines strangling the dead oaks. The Whitmore plantation sat high on a slope, its white columns bleached by decades of sun, its moss-draped windows peering down at the dirt roads below like a queen forced into exile. In the mornings, the cicadas screamed like they were warning the county to keep its secrets. By nightfall, the silence was thicker, a soundless weight bearing down on the cotton fields where Black families still lived in the same clapboard houses their grandparents had built after emancipation — houses that leaned like tired old men, their foundations sunk deep in the red clay of Howler County.</w:t>
      </w:r>
    </w:p>
    <w:p>
      <w:r>
        <w:rPr>
          <w:rFonts w:ascii="IM Fell English" w:hAnsi="IM Fell English"/>
          <w:color w:val="141414"/>
          <w:sz w:val="24"/>
        </w:rPr>
        <w:t>Jackson Whitmore stepped out onto the porch, the boards creaking beneath his polished boots. He looked every bit the Kennedy heir: wind-swept dark hair, jawline carved for courtroom portraits, a smile that could charm a rattlesnake. In the flesh, though, there were cracks in the polish — a tired line at his mouth, the way his fingers twitched when he lit a cigarette, the way his eyes darted just a little too often to the tree line, as if expecting danger to come barreling through the woods. He was back for the funeral, back to claim what was his, though the house had long since turned against its own blood.</w:t>
      </w:r>
    </w:p>
    <w:p>
      <w:r>
        <w:rPr>
          <w:rFonts w:ascii="IM Fell English" w:hAnsi="IM Fell English"/>
          <w:color w:val="141414"/>
          <w:sz w:val="24"/>
        </w:rPr>
        <w:t>Tess followed, a beat behind. Her boots were scuffed from Milwaukee winters, her sleeves rolled up like she hadn’t come for mourning and was ready for work. She smelled like vanilla and iron — the latter from the knife she kept tucked in her boot, the former from the body wash she’d found in a roadside motel outside Birmingham. She took one look at the plantation steps and let out a breath that was almost a laugh. “You live here?” she asked, the syllables clipped with disbelief.</w:t>
      </w:r>
    </w:p>
    <w:p>
      <w:r>
        <w:rPr>
          <w:rFonts w:ascii="IM Fell English" w:hAnsi="IM Fell English"/>
          <w:color w:val="141414"/>
          <w:sz w:val="24"/>
        </w:rPr>
        <w:t>Jackson didn’t answer. He just pulled at his tie like it was strangling him and stared at the coffin resting on sawhorses in the parlor — his father’s coffin, waiting for the final farewell. The house creaked around them, the walls still sweating the last heat of summer.</w:t>
      </w:r>
    </w:p>
    <w:p>
      <w:r>
        <w:rPr>
          <w:rFonts w:ascii="IM Fell English" w:hAnsi="IM Fell English"/>
          <w:color w:val="141414"/>
          <w:sz w:val="24"/>
        </w:rPr>
        <w:t>The Crowes arrived in shifts. First the whispers, then the faces. Eudora Crowe sat in the front row of the chapel, her dress a severe black thing that made her look like the reaper herself. Silas Crowe, her son, lingered by the funeral home’s rose garden, one hand in his pocket, the other gripping a manila envelope like it was the deed to a kingdom he’d already won. Sheriff Boone leaned a little too casually against the chapel’s white picket fence, his badge catching the sun. Tess watched them all, the way they watched her — like she was an open wound, like she was proof that Howler County could still be unraveled by love or ambition or spite.</w:t>
      </w:r>
    </w:p>
    <w:p>
      <w:r>
        <w:rPr>
          <w:rFonts w:ascii="IM Fell English" w:hAnsi="IM Fell English"/>
          <w:color w:val="141414"/>
          <w:sz w:val="24"/>
        </w:rPr>
        <w:t>The will was missing. The papers were gone. Someone had taken them in the quiet hours after Harlan Whitmore’s heart had stopped beating for good, and now the county was holding its breath, waiting to see who would bleed first.</w:t>
      </w:r>
    </w:p>
    <w:p>
      <w:r>
        <w:rPr>
          <w:rFonts w:ascii="IM Fell English" w:hAnsi="IM Fell English"/>
          <w:color w:val="141414"/>
          <w:sz w:val="24"/>
        </w:rPr>
        <w:t>Jackson lit another cigarette when they got home that night, though neither of them had technically lived in the plantation house for years. Tess watched him pace the front hall, the cigar-light flickering across the family portraits, the ones where everyone looked half-dead with boredom and bourbon. “There’s a vault behind that bookcase,” she said finally. “Your father told me about it once. Back when you thought I was just another woman you could charm into forgetting your name.”</w:t>
      </w:r>
    </w:p>
    <w:p>
      <w:r>
        <w:rPr>
          <w:rFonts w:ascii="IM Fell English" w:hAnsi="IM Fell English"/>
          <w:color w:val="141414"/>
          <w:sz w:val="24"/>
        </w:rPr>
        <w:t>Jackson stopped mid-step. “He told you about the vault?”</w:t>
      </w:r>
    </w:p>
    <w:p>
      <w:r>
        <w:rPr>
          <w:rFonts w:ascii="IM Fell English" w:hAnsi="IM Fell English"/>
          <w:color w:val="141414"/>
          <w:sz w:val="24"/>
        </w:rPr>
        <w:t>Tess crossed her arms. “You think I married you for your looks?” She moved past him, reaching for the brass handle of the bookcase. “He said if anything ever happened to him, if anyone ever tried to take the Whitmore name for themselves — which they always do — I should go straight to the vault. He called it the family’s last insurance policy.”</w:t>
      </w:r>
    </w:p>
    <w:p>
      <w:r>
        <w:rPr>
          <w:rFonts w:ascii="IM Fell English" w:hAnsi="IM Fell English"/>
          <w:color w:val="141414"/>
          <w:sz w:val="24"/>
        </w:rPr>
        <w:t>Jackson’s hand hovered over the photograph of his mother, his fingers twitching. “You mean he didn’t trust me?”</w:t>
      </w:r>
    </w:p>
    <w:p>
      <w:r>
        <w:rPr>
          <w:rFonts w:ascii="IM Fell English" w:hAnsi="IM Fell English"/>
          <w:color w:val="141414"/>
          <w:sz w:val="24"/>
        </w:rPr>
        <w:t>“No.” Tess smiled grimly. “He trusted you too much.”</w:t>
      </w:r>
    </w:p>
    <w:p>
      <w:r>
        <w:rPr>
          <w:rFonts w:ascii="IM Fell English" w:hAnsi="IM Fell English"/>
          <w:color w:val="141414"/>
          <w:sz w:val="24"/>
        </w:rPr>
        <w:t>The lock clicked open. The smell of mildew and old paper spilled into the hallway as Jackson reached inside. Tess stood behind him, watching his back the way she had on her first night in Milwaukee, when the neon lights had been too bright and the men had thought she was something they could buy.</w:t>
      </w:r>
    </w:p>
    <w:p>
      <w:r>
        <w:rPr>
          <w:rFonts w:ascii="IM Fell English" w:hAnsi="IM Fell English"/>
          <w:color w:val="141414"/>
          <w:sz w:val="24"/>
        </w:rPr>
        <w:t xml:space="preserve">Inside the vault, there was a ledger — thick, leather-bound, and covered in the kind of ink stains that meant someone had written in it for years. There was a recording device, too small and slick to belong to a man like Harlan, and a folder marked </w:t>
      </w:r>
      <w:r>
        <w:rPr>
          <w:rFonts w:ascii="IM Fell English" w:hAnsi="IM Fell English"/>
          <w:i/>
          <w:color w:val="141414"/>
          <w:sz w:val="24"/>
        </w:rPr>
        <w:t>WILLS</w:t>
      </w:r>
      <w:r>
        <w:rPr>
          <w:rFonts w:ascii="IM Fell English" w:hAnsi="IM Fell English"/>
          <w:color w:val="141414"/>
          <w:sz w:val="24"/>
        </w:rPr>
        <w:t>. But before Jackson could open it, before Tess could see what had been hidden for so long, the front door swung open.</w:t>
      </w:r>
    </w:p>
    <w:p>
      <w:r>
        <w:rPr>
          <w:rFonts w:ascii="IM Fell English" w:hAnsi="IM Fell English"/>
          <w:color w:val="141414"/>
          <w:sz w:val="24"/>
        </w:rPr>
        <w:t>Sheriff Boone stood on the threshold, his eyes sharp with the pleasure of catching someone in the act.</w:t>
      </w:r>
    </w:p>
    <w:p>
      <w:r>
        <w:rPr>
          <w:rFonts w:ascii="IM Fell English" w:hAnsi="IM Fell English"/>
          <w:color w:val="141414"/>
          <w:sz w:val="24"/>
        </w:rPr>
        <w:t>“Mr. Whitmore,” he said softly, tipping his hat. “Mrs. Whitmore. We got a complaint about trespassers on the estate. Thought I’d check myself.”</w:t>
      </w:r>
    </w:p>
    <w:p>
      <w:r>
        <w:rPr>
          <w:rFonts w:ascii="IM Fell English" w:hAnsi="IM Fell English"/>
          <w:color w:val="141414"/>
          <w:sz w:val="24"/>
        </w:rPr>
        <w:t>Tess stepped forward, her boots silent on the wood floor. “This is our house,” she said evenly. “We’re not trespassing.”</w:t>
      </w:r>
    </w:p>
    <w:p>
      <w:r>
        <w:rPr>
          <w:rFonts w:ascii="IM Fell English" w:hAnsi="IM Fell English"/>
          <w:color w:val="141414"/>
          <w:sz w:val="24"/>
        </w:rPr>
        <w:t>Boone took a step inside, close enough that Tess could smell the sour breath of bourbon and tobacco. “Well now, that’s what we’re gonna find out,” he said, and that was how the game officially began.</w:t>
      </w:r>
    </w:p>
    <w:p>
      <w:r>
        <w:rPr>
          <w:rFonts w:ascii="IM Fell English" w:hAnsi="IM Fell English"/>
          <w:color w:val="141414"/>
          <w:sz w:val="24"/>
        </w:rPr>
        <w:t xml:space="preserve">The Crowes moved fast. Letters arrived in the morning: anonymous, typed, filled with the kind of threats that made Jackson’s jaw tighten and Tess’s stomach turn. Someone slashed the tires on their car. Someone left a burned Bible on the doorstep with </w:t>
      </w:r>
      <w:r>
        <w:rPr>
          <w:rFonts w:ascii="IM Fell English" w:hAnsi="IM Fell English"/>
          <w:i/>
          <w:color w:val="141414"/>
          <w:sz w:val="24"/>
        </w:rPr>
        <w:t>LOVERS OF UNCIRCUMCISED LIPS</w:t>
      </w:r>
      <w:r>
        <w:rPr>
          <w:rFonts w:ascii="IM Fell English" w:hAnsi="IM Fell English"/>
          <w:color w:val="141414"/>
          <w:sz w:val="24"/>
        </w:rPr>
        <w:t xml:space="preserve"> scrawled in charcoal across the cover. A contractor canceled the repairs on the east wing without explanation, and when Jackson called to demand an answer, the phone was always disconnected.</w:t>
      </w:r>
    </w:p>
    <w:p>
      <w:r>
        <w:rPr>
          <w:rFonts w:ascii="IM Fell English" w:hAnsi="IM Fell English"/>
          <w:color w:val="141414"/>
          <w:sz w:val="24"/>
        </w:rPr>
        <w:t>Tess kept the knife at her side. She kept the keys ready in case they had to run. But she also kept her head down, poring over the ledgers Jackson’s father had hidden behind the bookcase, tracing the payments, the bribes, the backdoor deals that had kept the Crowe name stitched into every corner of the county. She learned how to read the handwriting of dead men, how to follow the trail of a lie buried under a hundred dollars.</w:t>
      </w:r>
    </w:p>
    <w:p>
      <w:r>
        <w:rPr>
          <w:rFonts w:ascii="IM Fell English" w:hAnsi="IM Fell English"/>
          <w:color w:val="141414"/>
          <w:sz w:val="24"/>
        </w:rPr>
        <w:t xml:space="preserve">And Jackson? Jackson started drinking earlier each day. He’d been doing it since he was sixteen, but now it was different. Now it was faster, harder. The county didn’t care why — they only cared about the way he staggered out of the plantation house some nights, the way he shouted when a reporter asked where the will had gone. They forgot the fact that he kissed Tess like the world might end, that he whispered </w:t>
      </w:r>
      <w:r>
        <w:rPr>
          <w:rFonts w:ascii="IM Fell English" w:hAnsi="IM Fell English"/>
          <w:i/>
          <w:color w:val="141414"/>
          <w:sz w:val="24"/>
        </w:rPr>
        <w:t>I love you</w:t>
      </w:r>
      <w:r>
        <w:rPr>
          <w:rFonts w:ascii="IM Fell English" w:hAnsi="IM Fell English"/>
          <w:color w:val="141414"/>
          <w:sz w:val="24"/>
        </w:rPr>
        <w:t>s like they were the only good things he had left.</w:t>
      </w:r>
    </w:p>
    <w:p>
      <w:r>
        <w:rPr>
          <w:rFonts w:ascii="IM Fell English" w:hAnsi="IM Fell English"/>
          <w:color w:val="141414"/>
          <w:sz w:val="24"/>
        </w:rPr>
        <w:t xml:space="preserve">Evelyn, Jackson’s sister, stopped coming around. She left a note once, written in the careful script of a woman who still believed in decorum and self-preservation. </w:t>
      </w:r>
      <w:r>
        <w:rPr>
          <w:rFonts w:ascii="IM Fell English" w:hAnsi="IM Fell English"/>
          <w:i/>
          <w:color w:val="141414"/>
          <w:sz w:val="24"/>
        </w:rPr>
        <w:t>If you want to save the family,</w:t>
      </w:r>
      <w:r>
        <w:rPr>
          <w:rFonts w:ascii="IM Fell English" w:hAnsi="IM Fell English"/>
          <w:color w:val="141414"/>
          <w:sz w:val="24"/>
        </w:rPr>
        <w:t xml:space="preserve"> it read, </w:t>
      </w:r>
      <w:r>
        <w:rPr>
          <w:rFonts w:ascii="IM Fell English" w:hAnsi="IM Fell English"/>
          <w:i/>
          <w:color w:val="141414"/>
          <w:sz w:val="24"/>
        </w:rPr>
        <w:t>you need to leave her. The Crowes won’t stop. We can’t hold them off forever.</w:t>
      </w:r>
    </w:p>
    <w:p>
      <w:r>
        <w:rPr>
          <w:rFonts w:ascii="IM Fell English" w:hAnsi="IM Fell English"/>
          <w:color w:val="141414"/>
          <w:sz w:val="24"/>
        </w:rPr>
        <w:t>Jackson burned the note in the fireplace without telling Tess.</w:t>
      </w:r>
    </w:p>
    <w:p>
      <w:r>
        <w:rPr>
          <w:rFonts w:ascii="IM Fell English" w:hAnsi="IM Fell English"/>
          <w:color w:val="141414"/>
          <w:sz w:val="24"/>
        </w:rPr>
        <w:t>They were standing in the kitchen one night when Tess finally said it. “I have a brother,” she blurted, her voice tight.</w:t>
      </w:r>
    </w:p>
    <w:p>
      <w:r>
        <w:rPr>
          <w:rFonts w:ascii="IM Fell English" w:hAnsi="IM Fell English"/>
          <w:color w:val="141414"/>
          <w:sz w:val="24"/>
        </w:rPr>
        <w:t>Jackson looked up from the whiskey bottle. “What?”</w:t>
      </w:r>
    </w:p>
    <w:p>
      <w:r>
        <w:rPr>
          <w:rFonts w:ascii="IM Fell English" w:hAnsi="IM Fell English"/>
          <w:color w:val="141414"/>
          <w:sz w:val="24"/>
        </w:rPr>
        <w:t>“I have a brother. Micah. He’s eleven. He’s not yours. I never told you because I was scared he’d be used against us. But he’s living in a motel outside town. I thought... I thought it was safer.” She didn’t meet his eyes. “I thought I could protect him.”</w:t>
      </w:r>
    </w:p>
    <w:p>
      <w:r>
        <w:rPr>
          <w:rFonts w:ascii="IM Fell English" w:hAnsi="IM Fell English"/>
          <w:color w:val="141414"/>
          <w:sz w:val="24"/>
        </w:rPr>
        <w:t>Jackson didn’t say anything at first. He just stared at her, the glass of whiskey halfway to his mouth. Inside, the house creaked again, like it was listening, like it had another secret to tell.</w:t>
      </w:r>
    </w:p>
    <w:p>
      <w:r>
        <w:rPr>
          <w:rFonts w:ascii="IM Fell English" w:hAnsi="IM Fell English"/>
          <w:color w:val="141414"/>
          <w:sz w:val="24"/>
        </w:rPr>
        <w:t>“Well,” he said after a long time. “We can’t have him in a motel.”</w:t>
      </w:r>
    </w:p>
    <w:p>
      <w:r>
        <w:rPr>
          <w:rFonts w:ascii="IM Fell English" w:hAnsi="IM Fell English"/>
          <w:color w:val="141414"/>
          <w:sz w:val="24"/>
        </w:rPr>
        <w:t>She blinked, surprised. “You’re not angry?”</w:t>
      </w:r>
    </w:p>
    <w:p>
      <w:r>
        <w:rPr>
          <w:rFonts w:ascii="IM Fell English" w:hAnsi="IM Fell English"/>
          <w:color w:val="141414"/>
          <w:sz w:val="24"/>
        </w:rPr>
        <w:t xml:space="preserve">“I’m </w:t>
      </w:r>
      <w:r>
        <w:rPr>
          <w:rFonts w:ascii="IM Fell English" w:hAnsi="IM Fell English"/>
          <w:i/>
          <w:color w:val="141414"/>
          <w:sz w:val="24"/>
        </w:rPr>
        <w:t>furious,</w:t>
      </w:r>
      <w:r>
        <w:rPr>
          <w:rFonts w:ascii="IM Fell English" w:hAnsi="IM Fell English"/>
          <w:color w:val="141414"/>
          <w:sz w:val="24"/>
        </w:rPr>
        <w:t>” he said lightly. “But I love you. And if he’s your family, he’s mine too.”</w:t>
      </w:r>
    </w:p>
    <w:p>
      <w:r>
        <w:rPr>
          <w:rFonts w:ascii="IM Fell English" w:hAnsi="IM Fell English"/>
          <w:color w:val="141414"/>
          <w:sz w:val="24"/>
        </w:rPr>
        <w:t>Tess let out a breath she hadn’t realized she was holding. “So we tell them?”</w:t>
      </w:r>
    </w:p>
    <w:p>
      <w:r>
        <w:rPr>
          <w:rFonts w:ascii="IM Fell English" w:hAnsi="IM Fell English"/>
          <w:color w:val="141414"/>
          <w:sz w:val="24"/>
        </w:rPr>
        <w:t>Jackson set the glass down — not gently, not violently, just decisively. “No,” he said. “We keep it to ourselves. For now. If the Crowes find out about him, they’ll twist it. They’ll say you’re an unfit mother. They’ll take him.”</w:t>
      </w:r>
    </w:p>
    <w:p>
      <w:r>
        <w:rPr>
          <w:rFonts w:ascii="IM Fell English" w:hAnsi="IM Fell English"/>
          <w:color w:val="141414"/>
          <w:sz w:val="24"/>
        </w:rPr>
        <w:t>Tess nodded. “They already took the will.”</w:t>
      </w:r>
    </w:p>
    <w:p>
      <w:r>
        <w:rPr>
          <w:rFonts w:ascii="IM Fell English" w:hAnsi="IM Fell English"/>
          <w:color w:val="141414"/>
          <w:sz w:val="24"/>
        </w:rPr>
        <w:t>“They think they did,” Jackson said with a grim smile.</w:t>
      </w:r>
    </w:p>
    <w:p>
      <w:r>
        <w:rPr>
          <w:rFonts w:ascii="IM Fell English" w:hAnsi="IM Fell English"/>
          <w:color w:val="141414"/>
          <w:sz w:val="24"/>
        </w:rPr>
        <w:t>She stared at him. “You found it?”</w:t>
      </w:r>
    </w:p>
    <w:p>
      <w:r>
        <w:rPr>
          <w:rFonts w:ascii="IM Fell English" w:hAnsi="IM Fell English"/>
          <w:color w:val="141414"/>
          <w:sz w:val="24"/>
        </w:rPr>
        <w:t>“I think I know where it is.”</w:t>
      </w:r>
    </w:p>
    <w:p>
      <w:r>
        <w:rPr>
          <w:rFonts w:ascii="IM Fell English" w:hAnsi="IM Fell English"/>
          <w:color w:val="141414"/>
          <w:sz w:val="24"/>
        </w:rPr>
        <w:t>That night, they went back to the vault. They combed through the ledgers, the files, the recordings. Jackson found the one that hummed with his father’s voice, the one that named the Crowes and the sheriff and the night Harlan Whitmore died without a bruise but never woke up.</w:t>
      </w:r>
    </w:p>
    <w:p>
      <w:r>
        <w:rPr>
          <w:rFonts w:ascii="IM Fell English" w:hAnsi="IM Fell English"/>
          <w:color w:val="141414"/>
          <w:sz w:val="24"/>
        </w:rPr>
        <w:t>And outside, someone watched them.</w:t>
      </w:r>
    </w:p>
    <w:p>
      <w:r>
        <w:rPr>
          <w:rFonts w:ascii="IM Fell English" w:hAnsi="IM Fell English"/>
          <w:color w:val="141414"/>
          <w:sz w:val="24"/>
        </w:rPr>
        <w:t>Someone always did.</w:t>
      </w:r>
    </w:p>
    <w:p>
      <w:r>
        <w:rPr>
          <w:rFonts w:ascii="IM Fell English" w:hAnsi="IM Fell English"/>
          <w:color w:val="141414"/>
          <w:sz w:val="24"/>
        </w:rPr>
        <w:t>The morning after the vault was searched — after voices were recorded and ledgers hidden and plans set into motion — the fire came.</w:t>
      </w:r>
    </w:p>
    <w:p>
      <w:r>
        <w:rPr>
          <w:rFonts w:ascii="IM Fell English" w:hAnsi="IM Fell English"/>
          <w:color w:val="141414"/>
          <w:sz w:val="24"/>
        </w:rPr>
        <w:t>Tess woke to heat and screams. She scrambled from the bed, Jackson beside her, moving fast, already shirtless, already throwing on boots, already reaching for the knife she kept tucked in her drawer. Smoke curled beneath the door, and the hallway was glowing with the unnatural light of a warehouse aflame.</w:t>
      </w:r>
    </w:p>
    <w:p>
      <w:r>
        <w:rPr>
          <w:rFonts w:ascii="IM Fell English" w:hAnsi="IM Fell English"/>
          <w:color w:val="141414"/>
          <w:sz w:val="24"/>
        </w:rPr>
        <w:t>They ran. The servants had already fled. Evelyn’s car was gone from the drive. Sheriff Boone was nowhere to be seen. But Silas Crowe was on the lawn, watching the fire eat the old cotton warehouse like a man who had just won the jackpot.</w:t>
      </w:r>
    </w:p>
    <w:p>
      <w:r>
        <w:rPr>
          <w:rFonts w:ascii="IM Fell English" w:hAnsi="IM Fell English"/>
          <w:color w:val="141414"/>
          <w:sz w:val="24"/>
        </w:rPr>
        <w:t>Tess didn’t hesitate. She pulled the recording from the drawer, the ledger from under the bed, and stuffed them into her jacket. Jackson grabbed the rest. They made it to the car just as the roof caved in.</w:t>
      </w:r>
    </w:p>
    <w:p>
      <w:r>
        <w:rPr>
          <w:rFonts w:ascii="IM Fell English" w:hAnsi="IM Fell English"/>
          <w:color w:val="141414"/>
          <w:sz w:val="24"/>
        </w:rPr>
        <w:t>And then the ambush.</w:t>
      </w:r>
    </w:p>
    <w:p>
      <w:r>
        <w:rPr>
          <w:rFonts w:ascii="IM Fell English" w:hAnsi="IM Fell English"/>
          <w:color w:val="141414"/>
          <w:sz w:val="24"/>
        </w:rPr>
        <w:t>Tess saw the first shadow moving too late. Silas wasn’t alone. There were men in the hedges, men in the trees, men who didn’t run when Jackson screamed. There was a fist in the back of his skull, a boot to his ribs, the snap of a nose breaking in place. There was the sound of her own voice, sharp with fury, the weight of the knife in her hand, the way Silas laughed through the smoke.</w:t>
      </w:r>
    </w:p>
    <w:p>
      <w:r>
        <w:rPr>
          <w:rFonts w:ascii="IM Fell English" w:hAnsi="IM Fell English"/>
          <w:color w:val="141414"/>
          <w:sz w:val="24"/>
        </w:rPr>
        <w:t>“Go,” Jackson spat, blood in his mouth. “Take it to the press. Take it to the world.”</w:t>
      </w:r>
    </w:p>
    <w:p>
      <w:r>
        <w:rPr>
          <w:rFonts w:ascii="IM Fell English" w:hAnsi="IM Fell English"/>
          <w:color w:val="141414"/>
          <w:sz w:val="24"/>
        </w:rPr>
        <w:t>She ran. She didn’t look back.</w:t>
      </w:r>
    </w:p>
    <w:p>
      <w:r>
        <w:rPr>
          <w:rFonts w:ascii="IM Fell English" w:hAnsi="IM Fell English"/>
          <w:color w:val="141414"/>
          <w:sz w:val="24"/>
        </w:rPr>
        <w:t xml:space="preserve">But when the police pulled up — </w:t>
      </w:r>
      <w:r>
        <w:rPr>
          <w:rFonts w:ascii="IM Fell English" w:hAnsi="IM Fell English"/>
          <w:i/>
          <w:color w:val="141414"/>
          <w:sz w:val="24"/>
        </w:rPr>
        <w:t>their</w:t>
      </w:r>
      <w:r>
        <w:rPr>
          <w:rFonts w:ascii="IM Fell English" w:hAnsi="IM Fell English"/>
          <w:color w:val="141414"/>
          <w:sz w:val="24"/>
        </w:rPr>
        <w:t xml:space="preserve"> police, </w:t>
      </w:r>
      <w:r>
        <w:rPr>
          <w:rFonts w:ascii="IM Fell English" w:hAnsi="IM Fell English"/>
          <w:i/>
          <w:color w:val="141414"/>
          <w:sz w:val="24"/>
        </w:rPr>
        <w:t>Sheriff Boone’s</w:t>
      </w:r>
      <w:r>
        <w:rPr>
          <w:rFonts w:ascii="IM Fell English" w:hAnsi="IM Fell English"/>
          <w:color w:val="141414"/>
          <w:sz w:val="24"/>
        </w:rPr>
        <w:t xml:space="preserve"> officers — she watched the fire die with the evidence, and she knew. This wasn’t justice. This was war.</w:t>
      </w:r>
    </w:p>
    <w:p>
      <w:r>
        <w:rPr>
          <w:rFonts w:ascii="IM Fell English" w:hAnsi="IM Fell English"/>
          <w:color w:val="141414"/>
          <w:sz w:val="24"/>
        </w:rPr>
        <w:t>And Howler County had just lit the match.</w:t>
      </w:r>
      <w:r>
        <w:rPr>
          <w:rFonts w:ascii="IM Fell English" w:hAnsi="IM Fell English"/>
          <w:color w:val="141414"/>
          <w:sz w:val="24"/>
        </w:rPr>
        <w:t xml:space="preserve">Tess kept driving until the fire faded in the rearview mirror, Jackson’s blood crusted on her sleeve like a macabre badge of ownership. The road blurred past cotton fields and rusted-out trailers, but her knuckles stayed white on the wheel. They’d agreed on this: no panicking, no stopping. She pulled up to the </w:t>
      </w:r>
      <w:r>
        <w:rPr>
          <w:rFonts w:ascii="IM Fell English" w:hAnsi="IM Fell English"/>
          <w:color w:val="141414"/>
          <w:sz w:val="24"/>
        </w:rPr>
        <w:t xml:space="preserve"> at dawn, the ledger and recording clutched to her chest like contraband. The editor, a skeletal man with a perpetual sneer, squinted at her over his glasses. “You think I’ll print a dead man’s dirt? You’re not the first Whitmore to come crying wolf.” Tess slammed the recorder onto his desk. “Play this,” she said, voice as sharp as the knife still hidden in her boot. “Then tell me if your loyalty to the Crowes is worth the headline when the Feds descend on this county like locusts.” Outside, the sun climbed higher, but the shadows seemed to thicken.</w:t>
      </w:r>
      <w:r>
        <w:rPr>
          <w:rFonts w:ascii="IM Fell English" w:hAnsi="IM Fell English"/>
          <w:i/>
          <w:color w:val="141414"/>
          <w:sz w:val="24"/>
        </w:rPr>
        <w:t>Howler Gazette</w:t>
      </w:r>
    </w:p>
    <w:p>
      <w:r>
        <w:rPr>
          <w:rFonts w:ascii="IM Fell English" w:hAnsi="IM Fell English"/>
          <w:color w:val="141414"/>
          <w:sz w:val="24"/>
        </w:rPr>
        <w:t xml:space="preserve">Jackson wasn’t at the safehouse when she returned—only a note crumpled beside an empty whiskey bottle: </w:t>
      </w:r>
      <w:r>
        <w:rPr>
          <w:rFonts w:ascii="IM Fell English" w:hAnsi="IM Fell English"/>
          <w:i/>
          <w:color w:val="141414"/>
          <w:sz w:val="24"/>
        </w:rPr>
        <w:t>Marshall’s office – 9 A.M.</w:t>
      </w:r>
      <w:r>
        <w:rPr>
          <w:rFonts w:ascii="IM Fell English" w:hAnsi="IM Fell English"/>
          <w:color w:val="141414"/>
          <w:sz w:val="24"/>
        </w:rPr>
        <w:t xml:space="preserve"> He’d gone alone to meet the retired lawyer, the one with a grudge against the Crowes and a spine too brittle to show for it. Tess’s stomach curdled. She’d insisted they stick together, but Jackson’s jaw had tightened the way it did when ghosts talked louder than living people. She paced the room, Micah’s school schedule taped to the fridge beside a map scribbled with timber routes. What neither of them dared say was this: the fire had been a test. The real move would come from Eudora, queen of the shadows—the kind of woman who waited until you’d tied the knot before handing you the noose.</w:t>
      </w:r>
    </w:p>
    <w:p>
      <w:r>
        <w:rPr>
          <w:rFonts w:ascii="IM Fell English" w:hAnsi="IM Fell English"/>
          <w:color w:val="141414"/>
          <w:sz w:val="24"/>
        </w:rPr>
        <w:t>The weight of the recording pressed against Tess’s ribs as she drove, the stolen car’s tires kicking up gravel and doubt in equal measure. Silas’s laughter still echoed in her skull, a jagged promise that survival wouldn’t come without collateral. She didn’t head toward town. She knew better. Instead, she veered east, onto the backroads Harlan had once traced for her with a bourbon-soaked finger—the ones that led to the Whitmore logging cabins, where the trees grew thick enough to swallow secrets whole. The Crowes would expect her to run, not regroup. She’d learned that much from them.</w:t>
      </w:r>
    </w:p>
    <w:p>
      <w:r>
        <w:rPr>
          <w:rFonts w:ascii="IM Fell English" w:hAnsi="IM Fell English"/>
          <w:color w:val="141414"/>
          <w:sz w:val="24"/>
        </w:rPr>
        <w:t xml:space="preserve">The cabin’s rusted lock gave way with a jolt, the air inside stale with rot and old firewood. She laid the ledger on the scarred table, flipping to the page where Harlan’s final mark bled like a warning: </w:t>
      </w:r>
      <w:r>
        <w:rPr>
          <w:rFonts w:ascii="IM Fell English" w:hAnsi="IM Fell English"/>
          <w:i/>
          <w:color w:val="141414"/>
          <w:sz w:val="24"/>
        </w:rPr>
        <w:t>“Cross the Crowes, and they’ll take your blood for rent.”</w:t>
      </w:r>
      <w:r>
        <w:rPr>
          <w:rFonts w:ascii="IM Fell English" w:hAnsi="IM Fell English"/>
          <w:color w:val="141414"/>
          <w:sz w:val="24"/>
        </w:rPr>
        <w:t xml:space="preserve"> A floorboard creaked behind her. She spun, knife drawn, only to freeze at the voice that followed—a drawl smooth as molasses and twice as dangerous.</w:t>
      </w:r>
    </w:p>
    <w:p>
      <w:r>
        <w:rPr>
          <w:rFonts w:ascii="IM Fell English" w:hAnsi="IM Fell English"/>
          <w:color w:val="141414"/>
          <w:sz w:val="24"/>
        </w:rPr>
        <w:t>“Cops got Jackson. Silas made sure of it.” Evelyn Whitmore stepped into the light, her gloved hands trembling. “But my brother’s not the one they need to lose tonight.” She gestured to a duffel bag slung over her shoulder, its contents clinking like a sinner’s confession. “You need that recording aired before sunrise. I’ve got five reporters waiting for a story. But you’ve got a choice, Tess—if you walk, they’ll never find him.” Evelyn’s eyes flicked to the door, to the shadows already thickening with pursuit. “Or we bury them both.”</w:t>
      </w:r>
    </w:p>
    <w:p>
      <w:pPr>
        <w:pStyle w:val="Heading1"/>
        <w:jc w:val="center"/>
      </w:pPr>
      <w:r>
        <w:rPr>
          <w:rFonts w:ascii="IM Fell English" w:hAnsi="IM Fell English"/>
          <w:color w:val="0D0D0D"/>
        </w:rPr>
        <w:t>Chapter 3 - {The Crowe Ultimatum: Bank Notices and Legal Threats}</w:t>
      </w:r>
    </w:p>
    <w:p>
      <w:r>
        <w:rPr>
          <w:rFonts w:ascii="IM Fell English" w:hAnsi="IM Fell English"/>
          <w:color w:val="141414"/>
          <w:sz w:val="24"/>
        </w:rPr>
        <w:t>The bank notice lay on the kitchen table like an indictment, the official letterhead crisp and unforgiving. Tess leaned over it, her fingers pressing into the laminated surface. Beneath the printed words—delinquency, seizure, final notice—was a cold certainty: the Crowes were moving. Jackson paced behind her, the hollow clack of his boots against the worn floorboards echoing in the silence.</w:t>
      </w:r>
    </w:p>
    <w:p>
      <w:r>
        <w:rPr>
          <w:rFonts w:ascii="IM Fell English" w:hAnsi="IM Fell English"/>
          <w:color w:val="141414"/>
          <w:sz w:val="24"/>
        </w:rPr>
        <w:t>“You knew.” His tone was flat, but the muscle working in his jaw betrayed the fury beneath.</w:t>
      </w:r>
    </w:p>
    <w:p>
      <w:r>
        <w:rPr>
          <w:rFonts w:ascii="IM Fell English" w:hAnsi="IM Fell English"/>
          <w:color w:val="141414"/>
          <w:sz w:val="24"/>
        </w:rPr>
        <w:t>Tess straightened, her spine rigid. “We both knew this was coming.”</w:t>
      </w:r>
    </w:p>
    <w:p>
      <w:r>
        <w:rPr>
          <w:rFonts w:ascii="IM Fell English" w:hAnsi="IM Fell English"/>
          <w:color w:val="141414"/>
          <w:sz w:val="24"/>
        </w:rPr>
        <w:t>Jackson exhaled sharply, dragging a hand through his hair. Outside, the late afternoon light slanted low across the plantation grounds, casting elongated shadows through the magnolia limbs. Somewhere a dog barked, the sound muffled by the thick Mississippi air.</w:t>
      </w:r>
    </w:p>
    <w:p>
      <w:r>
        <w:rPr>
          <w:rFonts w:ascii="IM Fell English" w:hAnsi="IM Fell English"/>
          <w:color w:val="141414"/>
          <w:sz w:val="24"/>
        </w:rPr>
        <w:t>“We go public.” He spoke slowly, as though testing the weight of the words.</w:t>
      </w:r>
    </w:p>
    <w:p>
      <w:r>
        <w:rPr>
          <w:rFonts w:ascii="IM Fell English" w:hAnsi="IM Fell English"/>
          <w:color w:val="141414"/>
          <w:sz w:val="24"/>
        </w:rPr>
        <w:t>Tess turned to face him, arms crossed. “You think the county’ll believe you over Eudora?”</w:t>
      </w:r>
    </w:p>
    <w:p>
      <w:r>
        <w:rPr>
          <w:rFonts w:ascii="IM Fell English" w:hAnsi="IM Fell English"/>
          <w:color w:val="141414"/>
          <w:sz w:val="24"/>
        </w:rPr>
        <w:t>Jackson’s mouth twisted. He reached for his glass on the counter, the half-empty tumbler of bourbon catching the light. “No. But we make enough noise that they have to take sides.”</w:t>
      </w:r>
    </w:p>
    <w:p>
      <w:r>
        <w:rPr>
          <w:rFonts w:ascii="IM Fell English" w:hAnsi="IM Fell English"/>
          <w:color w:val="141414"/>
          <w:sz w:val="24"/>
        </w:rPr>
        <w:t>She studied him for a long moment. The scent of bourbon and bourbon mingled in the air, sharp and bitter. His father would have called it desperation. He would have called it strategy.</w:t>
      </w:r>
    </w:p>
    <w:p>
      <w:r>
        <w:rPr>
          <w:rFonts w:ascii="IM Fell English" w:hAnsi="IM Fell English"/>
          <w:color w:val="141414"/>
          <w:sz w:val="24"/>
        </w:rPr>
        <w:t>The door creaked open before she could speak. Evelyn Whitmore stood in the doorway, her presence a stark contrast to the frayed edges of the house. Her tailored blazer was creased just so, her heels planted like stakes in the dirt floor.</w:t>
      </w:r>
    </w:p>
    <w:p>
      <w:r>
        <w:rPr>
          <w:rFonts w:ascii="IM Fell English" w:hAnsi="IM Fell English"/>
          <w:color w:val="141414"/>
          <w:sz w:val="24"/>
        </w:rPr>
        <w:t>“You’re about to start a war,” she said, her gaze flicking between them.</w:t>
      </w:r>
    </w:p>
    <w:p>
      <w:r>
        <w:rPr>
          <w:rFonts w:ascii="IM Fell English" w:hAnsi="IM Fell English"/>
          <w:color w:val="141414"/>
          <w:sz w:val="24"/>
        </w:rPr>
        <w:t>Jackson set the glass down too hard. “If they wanted a ceasefire, they shouldn’t have threatened my wife.”</w:t>
      </w:r>
    </w:p>
    <w:p>
      <w:r>
        <w:rPr>
          <w:rFonts w:ascii="IM Fell English" w:hAnsi="IM Fell English"/>
          <w:color w:val="141414"/>
          <w:sz w:val="24"/>
        </w:rPr>
        <w:t>Evelyn stepped inside, the scent of expensive soap trailing behind her. “They’re not just threatening her, Jack. They’ve got a paper trail leading back to the last quarter’s timber contracts. The SEC’s sniffing around. If you don’t shut this down now, they’ll tie it all to Tess.”</w:t>
      </w:r>
    </w:p>
    <w:p>
      <w:r>
        <w:rPr>
          <w:rFonts w:ascii="IM Fell English" w:hAnsi="IM Fell English"/>
          <w:color w:val="141414"/>
          <w:sz w:val="24"/>
        </w:rPr>
        <w:t>Tess felt the words like a slap. Her Milwaukee history, the one she’d buried under layers of legal names and careful silence, was about to resurface like a corpse thrown open.</w:t>
      </w:r>
    </w:p>
    <w:p>
      <w:r>
        <w:rPr>
          <w:rFonts w:ascii="IM Fell English" w:hAnsi="IM Fell English"/>
          <w:color w:val="141414"/>
          <w:sz w:val="24"/>
        </w:rPr>
        <w:t>Jackson barked a laugh, brittle and empty. “You think I’d stand by and let them brand her a fraud?”</w:t>
      </w:r>
    </w:p>
    <w:p>
      <w:r>
        <w:rPr>
          <w:rFonts w:ascii="IM Fell English" w:hAnsi="IM Fell English"/>
          <w:color w:val="141414"/>
          <w:sz w:val="24"/>
        </w:rPr>
        <w:t>Evelyn’s lips pressed into a tight line. “You don’t get to choose. They’ve already made the case in court.”</w:t>
      </w:r>
    </w:p>
    <w:p>
      <w:r>
        <w:rPr>
          <w:rFonts w:ascii="IM Fell English" w:hAnsi="IM Fell English"/>
          <w:color w:val="141414"/>
          <w:sz w:val="24"/>
        </w:rPr>
        <w:t>The room thickened with the weight of it. Outside, the wind rattled the shutters. Somewhere deep in the house, a door slammed.</w:t>
      </w:r>
    </w:p>
    <w:p>
      <w:r>
        <w:rPr>
          <w:rFonts w:ascii="IM Fell English" w:hAnsi="IM Fell English"/>
          <w:color w:val="141414"/>
          <w:sz w:val="24"/>
        </w:rPr>
        <w:t>Tess moved first, reaching for the bank notice and folding it with deliberate precision. “Let them come.”</w:t>
      </w:r>
    </w:p>
    <w:p>
      <w:r>
        <w:rPr>
          <w:rFonts w:ascii="IM Fell English" w:hAnsi="IM Fell English"/>
          <w:color w:val="141414"/>
          <w:sz w:val="24"/>
        </w:rPr>
        <w:t>Jackson’s eyes darkened, but he didn’t look at her. Instead, he fixed his sister with a stare that held a lifetime of debts and betrayals. “Send them the full filings. Every last penny of our debt. Watch them squirm.”</w:t>
      </w:r>
    </w:p>
    <w:p>
      <w:r>
        <w:rPr>
          <w:rFonts w:ascii="IM Fell English" w:hAnsi="IM Fell English"/>
          <w:color w:val="141414"/>
          <w:sz w:val="24"/>
        </w:rPr>
        <w:t>Evelyn’s silence was an answer in itself.</w:t>
      </w:r>
    </w:p>
    <w:p>
      <w:r>
        <w:rPr>
          <w:rFonts w:ascii="IM Fell English" w:hAnsi="IM Fell English"/>
          <w:color w:val="141414"/>
          <w:sz w:val="24"/>
        </w:rPr>
        <w:t>When she walked out, the door remained ajar. Jackson reached for the bourbon again, but Tess’s hand closed over his wrist.</w:t>
      </w:r>
    </w:p>
    <w:p>
      <w:r>
        <w:rPr>
          <w:rFonts w:ascii="IM Fell English" w:hAnsi="IM Fell English"/>
          <w:color w:val="141414"/>
          <w:sz w:val="24"/>
        </w:rPr>
        <w:t>“There’s more,” she murmured.</w:t>
      </w:r>
    </w:p>
    <w:p>
      <w:r>
        <w:rPr>
          <w:rFonts w:ascii="IM Fell English" w:hAnsi="IM Fell English"/>
          <w:color w:val="141414"/>
          <w:sz w:val="24"/>
        </w:rPr>
        <w:t>He raised an eyebrow.</w:t>
      </w:r>
    </w:p>
    <w:p>
      <w:r>
        <w:rPr>
          <w:rFonts w:ascii="IM Fell English" w:hAnsi="IM Fell English"/>
          <w:color w:val="141414"/>
          <w:sz w:val="24"/>
        </w:rPr>
        <w:t>Her throat tightened, but she forced the words out. “Micah. They got close to him last week—someone in that motor court asked questions. We might not have much time.”</w:t>
      </w:r>
    </w:p>
    <w:p>
      <w:r>
        <w:rPr>
          <w:rFonts w:ascii="IM Fell English" w:hAnsi="IM Fell English"/>
          <w:color w:val="141414"/>
          <w:sz w:val="24"/>
        </w:rPr>
        <w:t>The change in the room was immediate. Jackson’s grip faltered, the glass tilting dangerously close to the edge.</w:t>
      </w:r>
    </w:p>
    <w:p>
      <w:r>
        <w:rPr>
          <w:rFonts w:ascii="IM Fell English" w:hAnsi="IM Fell English"/>
          <w:color w:val="141414"/>
          <w:sz w:val="24"/>
        </w:rPr>
        <w:t>“They want leverage.” His voice was quieter now, the anger edged with something colder.</w:t>
      </w:r>
    </w:p>
    <w:p>
      <w:r>
        <w:rPr>
          <w:rFonts w:ascii="IM Fell English" w:hAnsi="IM Fell English"/>
          <w:color w:val="141414"/>
          <w:sz w:val="24"/>
        </w:rPr>
        <w:t>“Better than the alternative.” Tess’s voice steadied. “We make the first move.”</w:t>
      </w:r>
    </w:p>
    <w:p>
      <w:r>
        <w:rPr>
          <w:rFonts w:ascii="IM Fell English" w:hAnsi="IM Fell English"/>
          <w:color w:val="141414"/>
          <w:sz w:val="24"/>
        </w:rPr>
        <w:t>Jackson nodded once, decisive. The fight between them—the one simmering just beneath the surface—would have to wait. There were bigger shadows gathering at the gates.</w:t>
      </w:r>
    </w:p>
    <w:p>
      <w:r>
        <w:rPr>
          <w:rFonts w:ascii="IM Fell English" w:hAnsi="IM Fell English"/>
          <w:color w:val="141414"/>
          <w:sz w:val="24"/>
        </w:rPr>
        <w:t xml:space="preserve">The Crowes always struck in triplicate: first through the courts, then the press, and finally the streets. This time was no different. By lunch the next day, the </w:t>
      </w:r>
      <w:r>
        <w:rPr>
          <w:rFonts w:ascii="IM Fell English" w:hAnsi="IM Fell English"/>
          <w:i/>
          <w:color w:val="141414"/>
          <w:sz w:val="24"/>
        </w:rPr>
        <w:t>Howler Gazette</w:t>
      </w:r>
      <w:r>
        <w:rPr>
          <w:rFonts w:ascii="IM Fell English" w:hAnsi="IM Fell English"/>
          <w:color w:val="141414"/>
          <w:sz w:val="24"/>
        </w:rPr>
        <w:t xml:space="preserve"> ran a column speculating on Tess’s ties to Milwaukee underworld figures. A local pastor issued a pulpit statement questioning the Whitmore legacy’s future under the “tainted hand” of an outsider. By evening, a sheriff’s deputy was seen loitering near Micah’s motel, the patrol car idling for half an hour before rolling away.</w:t>
      </w:r>
    </w:p>
    <w:p>
      <w:r>
        <w:rPr>
          <w:rFonts w:ascii="IM Fell English" w:hAnsi="IM Fell English"/>
          <w:color w:val="141414"/>
          <w:sz w:val="24"/>
        </w:rPr>
        <w:t>At the bank, Jackson confronted Eudora’s lawyer face-to-face. The man was a relic—horn-rimmed glasses, a handkerchief folded with military precision, the scent of cigar and cologne clinging to his coat.</w:t>
      </w:r>
    </w:p>
    <w:p>
      <w:r>
        <w:rPr>
          <w:rFonts w:ascii="IM Fell English" w:hAnsi="IM Fell English"/>
          <w:color w:val="141414"/>
          <w:sz w:val="24"/>
        </w:rPr>
        <w:t>“You’re making a mistake,” Jackson said, hands braced on the polished oak of the man’s desk.</w:t>
      </w:r>
    </w:p>
    <w:p>
      <w:r>
        <w:rPr>
          <w:rFonts w:ascii="IM Fell English" w:hAnsi="IM Fell English"/>
          <w:color w:val="141414"/>
          <w:sz w:val="24"/>
        </w:rPr>
        <w:t>The lawyer smirked, adjusting his tie. “I believe it's your wife who made the mistake. Running her mouth in court filings.”</w:t>
      </w:r>
    </w:p>
    <w:p>
      <w:r>
        <w:rPr>
          <w:rFonts w:ascii="IM Fell English" w:hAnsi="IM Fell English"/>
          <w:color w:val="141414"/>
          <w:sz w:val="24"/>
        </w:rPr>
        <w:t>Jackson’s fingers tightened on a sheaf of financial statements. His voice was ice. “Try to take my son away, and I’ll burn this town to the ground.”</w:t>
      </w:r>
    </w:p>
    <w:p>
      <w:r>
        <w:rPr>
          <w:rFonts w:ascii="IM Fell English" w:hAnsi="IM Fell English"/>
          <w:color w:val="141414"/>
          <w:sz w:val="24"/>
        </w:rPr>
        <w:t>The lawyer’s smile never wavered. “Your threats are already on record.”</w:t>
      </w:r>
    </w:p>
    <w:p>
      <w:r>
        <w:rPr>
          <w:rFonts w:ascii="IM Fell English" w:hAnsi="IM Fell English"/>
          <w:color w:val="141414"/>
          <w:sz w:val="24"/>
        </w:rPr>
        <w:t>That night, Jack returned to the plantation half-drunk, his eyes bloodshot but sharp. Tess waited in the study, the blinds drawn tight. The room smelled of bourbon and sweat and the lingering scent of burnt paper from the fireplace—where, hours earlier, she’d fed the last of Eudora’s settlement offers.</w:t>
      </w:r>
    </w:p>
    <w:p>
      <w:r>
        <w:rPr>
          <w:rFonts w:ascii="IM Fell English" w:hAnsi="IM Fell English"/>
          <w:color w:val="141414"/>
          <w:sz w:val="24"/>
        </w:rPr>
        <w:t>“They’re going for Micah.” His fingers twitched as he poured another drink.</w:t>
      </w:r>
    </w:p>
    <w:p>
      <w:r>
        <w:rPr>
          <w:rFonts w:ascii="IM Fell English" w:hAnsi="IM Fell English"/>
          <w:color w:val="141414"/>
          <w:sz w:val="24"/>
        </w:rPr>
        <w:t>Tess’s back straightened. “Then we make our move before they do.”</w:t>
      </w:r>
    </w:p>
    <w:p>
      <w:r>
        <w:rPr>
          <w:rFonts w:ascii="IM Fell English" w:hAnsi="IM Fell English"/>
          <w:color w:val="141414"/>
          <w:sz w:val="24"/>
        </w:rPr>
        <w:t>Jackson turned to face her, his expression unreadable. The fire snapped in the hearth, shadows flickering across his face. For a moment, all he did was watch her—really watch her—and in that silence, the years stretched thin.</w:t>
      </w:r>
    </w:p>
    <w:p>
      <w:r>
        <w:rPr>
          <w:rFonts w:ascii="IM Fell English" w:hAnsi="IM Fell English"/>
          <w:color w:val="141414"/>
          <w:sz w:val="24"/>
        </w:rPr>
        <w:t>“We’re not just fighting the Crowes,” he said quietly.</w:t>
      </w:r>
    </w:p>
    <w:p>
      <w:r>
        <w:rPr>
          <w:rFonts w:ascii="IM Fell English" w:hAnsi="IM Fell English"/>
          <w:color w:val="141414"/>
          <w:sz w:val="24"/>
        </w:rPr>
        <w:t>“No.” Tess’s voice was steady, but her hands trembled slightly. “We’re fighting everything they stand for.”</w:t>
      </w:r>
    </w:p>
    <w:p>
      <w:r>
        <w:rPr>
          <w:rFonts w:ascii="IM Fell English" w:hAnsi="IM Fell English"/>
          <w:color w:val="141414"/>
          <w:sz w:val="24"/>
        </w:rPr>
        <w:t>He downed the bourbon in one swallow, the tumbler clattering as he set it down. “Then we need more than just legal moves.”</w:t>
      </w:r>
    </w:p>
    <w:p>
      <w:r>
        <w:rPr>
          <w:rFonts w:ascii="IM Fell English" w:hAnsi="IM Fell English"/>
          <w:color w:val="141414"/>
          <w:sz w:val="24"/>
        </w:rPr>
        <w:t>Tess knew what he meant.</w:t>
      </w:r>
    </w:p>
    <w:p>
      <w:r>
        <w:rPr>
          <w:rFonts w:ascii="IM Fell English" w:hAnsi="IM Fell English"/>
          <w:color w:val="141414"/>
          <w:sz w:val="24"/>
        </w:rPr>
        <w:t>They began with the Magnolia Trust papers, the old blueprints for a community initiative Harlan had drafted before his death—buried under layers of red tape and forgotten promises. Tess pored over the legal language, her fingers smudged with highlighter ink, while Jackson called in favors, his voice rough with exhaustion.</w:t>
      </w:r>
    </w:p>
    <w:p>
      <w:r>
        <w:rPr>
          <w:rFonts w:ascii="IM Fell English" w:hAnsi="IM Fell English"/>
          <w:color w:val="141414"/>
          <w:sz w:val="24"/>
        </w:rPr>
        <w:t>But the Crowes were already closing in.</w:t>
      </w:r>
    </w:p>
    <w:p>
      <w:r>
        <w:rPr>
          <w:rFonts w:ascii="IM Fell English" w:hAnsi="IM Fell English"/>
          <w:color w:val="141414"/>
          <w:sz w:val="24"/>
        </w:rPr>
        <w:t>By the time the injunctions arrived, they weren’t even surprised.</w:t>
      </w:r>
    </w:p>
    <w:p>
      <w:r>
        <w:rPr>
          <w:rFonts w:ascii="IM Fell English" w:hAnsi="IM Fell English"/>
          <w:color w:val="141414"/>
          <w:sz w:val="24"/>
        </w:rPr>
        <w:t>The first came in the early morning, a stack of court filings nailed to the barn door. The second was delivered by federal agents—sealed envelopes handed over to a sheriff who didn’t even bother hiding his smirk.</w:t>
      </w:r>
    </w:p>
    <w:p>
      <w:r>
        <w:rPr>
          <w:rFonts w:ascii="IM Fell English" w:hAnsi="IM Fell English"/>
          <w:color w:val="141414"/>
          <w:sz w:val="24"/>
        </w:rPr>
        <w:t>And the third came in the dead of night.</w:t>
      </w:r>
    </w:p>
    <w:p>
      <w:r>
        <w:rPr>
          <w:rFonts w:ascii="IM Fell English" w:hAnsi="IM Fell English"/>
          <w:color w:val="141414"/>
          <w:sz w:val="24"/>
        </w:rPr>
        <w:t>It started with the smell of smoke.</w:t>
      </w:r>
    </w:p>
    <w:p>
      <w:r>
        <w:rPr>
          <w:rFonts w:ascii="IM Fell English" w:hAnsi="IM Fell English"/>
          <w:color w:val="141414"/>
          <w:sz w:val="24"/>
        </w:rPr>
        <w:t>Jackson was the first to notice it, the acrid edge cutting through the stillness of the plantation air. He threw open the window, the night sky lit with orange flickers.</w:t>
      </w:r>
    </w:p>
    <w:p>
      <w:r>
        <w:rPr>
          <w:rFonts w:ascii="IM Fell English" w:hAnsi="IM Fell English"/>
          <w:color w:val="141414"/>
          <w:sz w:val="24"/>
        </w:rPr>
        <w:t>The cotton warehouse was burning.</w:t>
      </w:r>
    </w:p>
    <w:p>
      <w:r>
        <w:rPr>
          <w:rFonts w:ascii="IM Fell English" w:hAnsi="IM Fell English"/>
          <w:color w:val="141414"/>
          <w:sz w:val="24"/>
        </w:rPr>
        <w:t>He was halfway out the door when Tess caught his arm. Her grip was iron.</w:t>
      </w:r>
    </w:p>
    <w:p>
      <w:r>
        <w:rPr>
          <w:rFonts w:ascii="IM Fell English" w:hAnsi="IM Fell English"/>
          <w:color w:val="141414"/>
          <w:sz w:val="24"/>
        </w:rPr>
        <w:t>“Don’t.”</w:t>
      </w:r>
    </w:p>
    <w:p>
      <w:r>
        <w:rPr>
          <w:rFonts w:ascii="IM Fell English" w:hAnsi="IM Fell English"/>
          <w:color w:val="141414"/>
          <w:sz w:val="24"/>
        </w:rPr>
        <w:t>He turned, rage contorted in his features. “They lit it.”</w:t>
      </w:r>
    </w:p>
    <w:p>
      <w:r>
        <w:rPr>
          <w:rFonts w:ascii="IM Fell English" w:hAnsi="IM Fell English"/>
          <w:color w:val="141414"/>
          <w:sz w:val="24"/>
        </w:rPr>
        <w:t xml:space="preserve">“They’ll make sure everyone thinks </w:t>
      </w:r>
      <w:r>
        <w:rPr>
          <w:rFonts w:ascii="IM Fell English" w:hAnsi="IM Fell English"/>
          <w:i/>
          <w:color w:val="141414"/>
          <w:sz w:val="24"/>
        </w:rPr>
        <w:t>we</w:t>
      </w:r>
      <w:r>
        <w:rPr>
          <w:rFonts w:ascii="IM Fell English" w:hAnsi="IM Fell English"/>
          <w:color w:val="141414"/>
          <w:sz w:val="24"/>
        </w:rPr>
        <w:t xml:space="preserve"> did.”</w:t>
      </w:r>
    </w:p>
    <w:p>
      <w:r>
        <w:rPr>
          <w:rFonts w:ascii="IM Fell English" w:hAnsi="IM Fell English"/>
          <w:color w:val="141414"/>
          <w:sz w:val="24"/>
        </w:rPr>
        <w:t>Her words hit like a slap. He looked past her, out toward the fire, the way it licked hungrily at the wooden beams.</w:t>
      </w:r>
    </w:p>
    <w:p>
      <w:r>
        <w:rPr>
          <w:rFonts w:ascii="IM Fell English" w:hAnsi="IM Fell English"/>
          <w:color w:val="141414"/>
          <w:sz w:val="24"/>
        </w:rPr>
        <w:t>There were footsteps outside. The sheriff’s men.</w:t>
      </w:r>
    </w:p>
    <w:p>
      <w:r>
        <w:rPr>
          <w:rFonts w:ascii="IM Fell English" w:hAnsi="IM Fell English"/>
          <w:color w:val="141414"/>
          <w:sz w:val="24"/>
        </w:rPr>
        <w:t>Jackson’s hands curled into fists, but Tess didn’t let go.</w:t>
      </w:r>
    </w:p>
    <w:p>
      <w:r>
        <w:rPr>
          <w:rFonts w:ascii="IM Fell English" w:hAnsi="IM Fell English"/>
          <w:color w:val="141414"/>
          <w:sz w:val="24"/>
        </w:rPr>
        <w:t>“They’re waiting for you to make a mistake,” she whispered.</w:t>
      </w:r>
    </w:p>
    <w:p>
      <w:r>
        <w:rPr>
          <w:rFonts w:ascii="IM Fell English" w:hAnsi="IM Fell English"/>
          <w:color w:val="141414"/>
          <w:sz w:val="24"/>
        </w:rPr>
        <w:t>He didn’t answer.</w:t>
      </w:r>
    </w:p>
    <w:p>
      <w:r>
        <w:rPr>
          <w:rFonts w:ascii="IM Fell English" w:hAnsi="IM Fell English"/>
          <w:color w:val="141414"/>
          <w:sz w:val="24"/>
        </w:rPr>
        <w:t>Later, when the fire was still smoldering and the officers had gone, they stood on the charred remains of the warehouse floor, the scent of ash in their lungs.</w:t>
      </w:r>
    </w:p>
    <w:p>
      <w:r>
        <w:rPr>
          <w:rFonts w:ascii="IM Fell English" w:hAnsi="IM Fell English"/>
          <w:color w:val="141414"/>
          <w:sz w:val="24"/>
        </w:rPr>
        <w:t>“They want us broken,” Tess said.</w:t>
      </w:r>
    </w:p>
    <w:p>
      <w:r>
        <w:rPr>
          <w:rFonts w:ascii="IM Fell English" w:hAnsi="IM Fell English"/>
          <w:color w:val="141414"/>
          <w:sz w:val="24"/>
        </w:rPr>
        <w:t>Jackson stared at the remains of the structure, his expression unreadable.</w:t>
      </w:r>
    </w:p>
    <w:p>
      <w:r>
        <w:rPr>
          <w:rFonts w:ascii="IM Fell English" w:hAnsi="IM Fell English"/>
          <w:color w:val="141414"/>
          <w:sz w:val="24"/>
        </w:rPr>
        <w:t>“That’s not happening.”</w:t>
      </w:r>
    </w:p>
    <w:p>
      <w:r>
        <w:rPr>
          <w:rFonts w:ascii="IM Fell English" w:hAnsi="IM Fell English"/>
          <w:color w:val="141414"/>
          <w:sz w:val="24"/>
        </w:rPr>
        <w:t>No, they weren’t broken.</w:t>
      </w:r>
    </w:p>
    <w:p>
      <w:r>
        <w:rPr>
          <w:rFonts w:ascii="IM Fell English" w:hAnsi="IM Fell English"/>
          <w:color w:val="141414"/>
          <w:sz w:val="24"/>
        </w:rPr>
        <w:t>Not yet.</w:t>
      </w:r>
    </w:p>
    <w:p>
      <w:r>
        <w:rPr>
          <w:rFonts w:ascii="IM Fell English" w:hAnsi="IM Fell English"/>
          <w:color w:val="141414"/>
          <w:sz w:val="24"/>
        </w:rPr>
        <w:t>But the next move would decide everything.</w:t>
      </w:r>
    </w:p>
    <w:p>
      <w:r>
        <w:rPr>
          <w:rFonts w:ascii="IM Fell English" w:hAnsi="IM Fell English"/>
          <w:color w:val="141414"/>
          <w:sz w:val="24"/>
        </w:rPr>
        <w:t>The Crowes had made their statement.</w:t>
      </w:r>
    </w:p>
    <w:p>
      <w:r>
        <w:rPr>
          <w:rFonts w:ascii="IM Fell English" w:hAnsi="IM Fell English"/>
          <w:color w:val="141414"/>
          <w:sz w:val="24"/>
        </w:rPr>
        <w:t>Now it was time to make theirs.</w:t>
      </w:r>
    </w:p>
    <w:p>
      <w:r>
        <w:rPr>
          <w:rFonts w:ascii="IM Fell English" w:hAnsi="IM Fell English"/>
          <w:color w:val="141414"/>
          <w:sz w:val="24"/>
        </w:rPr>
        <w:t>It was Tess who suggested the final strike.</w:t>
      </w:r>
    </w:p>
    <w:p>
      <w:r>
        <w:rPr>
          <w:rFonts w:ascii="IM Fell English" w:hAnsi="IM Fell English"/>
          <w:color w:val="141414"/>
          <w:sz w:val="24"/>
        </w:rPr>
        <w:t>They waited until midnight, when the sheriff and his deputies rotated their patrols. Jackson drove the truck down the back road, headlights off, engine barely a whisper against the thick night air. Tess rode shotgun, her hands tight around the ax they’d borrowed from the hunting lodge.</w:t>
      </w:r>
    </w:p>
    <w:p>
      <w:r>
        <w:rPr>
          <w:rFonts w:ascii="IM Fell English" w:hAnsi="IM Fell English"/>
          <w:color w:val="141414"/>
          <w:sz w:val="24"/>
        </w:rPr>
        <w:t>The Crowes’ cotton operation was across county lines—a sprawling industrial complex that smelled of oil and sweat and raw cotton fibers. The records were stored in a vault beneath the main office, guarded only by a night watchman who’d been slipping whiskey into his coffee for years.</w:t>
      </w:r>
    </w:p>
    <w:p>
      <w:r>
        <w:rPr>
          <w:rFonts w:ascii="IM Fell English" w:hAnsi="IM Fell English"/>
          <w:color w:val="141414"/>
          <w:sz w:val="24"/>
        </w:rPr>
        <w:t>Jackson killed the engine a quarter mile away. The night was still, the stars swallowed by the smoke still curling from the Magnolia ruins.</w:t>
      </w:r>
    </w:p>
    <w:p>
      <w:r>
        <w:rPr>
          <w:rFonts w:ascii="IM Fell English" w:hAnsi="IM Fell English"/>
          <w:color w:val="141414"/>
          <w:sz w:val="24"/>
        </w:rPr>
        <w:t>Tess moved first, slipping through the shadows toward the supply entrance. Jackson followed, silent despite the weight of the sledgehammer in his pack.</w:t>
      </w:r>
    </w:p>
    <w:p>
      <w:r>
        <w:rPr>
          <w:rFonts w:ascii="IM Fell English" w:hAnsi="IM Fell English"/>
          <w:color w:val="141414"/>
          <w:sz w:val="24"/>
        </w:rPr>
        <w:t>The vault door was locked, as expected.</w:t>
      </w:r>
    </w:p>
    <w:p>
      <w:r>
        <w:rPr>
          <w:rFonts w:ascii="IM Fell English" w:hAnsi="IM Fell English"/>
          <w:color w:val="141414"/>
          <w:sz w:val="24"/>
        </w:rPr>
        <w:t>Jackson took the ax first, testing the hinges with a sharp blow. The metal rang out, a dull clang swallowed by the thick cotton insulation in the walls. Tess watched the hallway.</w:t>
      </w:r>
    </w:p>
    <w:p>
      <w:r>
        <w:rPr>
          <w:rFonts w:ascii="IM Fell English" w:hAnsi="IM Fell English"/>
          <w:color w:val="141414"/>
          <w:sz w:val="24"/>
        </w:rPr>
        <w:t>They had twenty minutes at most.</w:t>
      </w:r>
    </w:p>
    <w:p>
      <w:r>
        <w:rPr>
          <w:rFonts w:ascii="IM Fell English" w:hAnsi="IM Fell English"/>
          <w:color w:val="141414"/>
          <w:sz w:val="24"/>
        </w:rPr>
        <w:t>The hinges groaned under the second strike, giving just enough for them to wedge the door open. Inside, the air was stagnant, the smell of aged paper and old ledgers thick in the back of the throat.</w:t>
      </w:r>
    </w:p>
    <w:p>
      <w:r>
        <w:rPr>
          <w:rFonts w:ascii="IM Fell English" w:hAnsi="IM Fell English"/>
          <w:color w:val="141414"/>
          <w:sz w:val="24"/>
        </w:rPr>
        <w:t>Tess moved fast, scanning the files. Jackson took the sledgehammer, eyes scanning for records tied to the timber contracts—the ones that would sink Eudora and Silas once and for all.</w:t>
      </w:r>
    </w:p>
    <w:p>
      <w:r>
        <w:rPr>
          <w:rFonts w:ascii="IM Fell English" w:hAnsi="IM Fell English"/>
          <w:color w:val="141414"/>
          <w:sz w:val="24"/>
        </w:rPr>
        <w:t>And that’s when she found it.</w:t>
      </w:r>
    </w:p>
    <w:p>
      <w:r>
        <w:rPr>
          <w:rFonts w:ascii="IM Fell English" w:hAnsi="IM Fell English"/>
          <w:color w:val="141414"/>
          <w:sz w:val="24"/>
        </w:rPr>
        <w:t>A file wrapped in leather, the Whitmore crest faintly embossed on the cover. Tess flipped it open.</w:t>
      </w:r>
    </w:p>
    <w:p>
      <w:r>
        <w:rPr>
          <w:rFonts w:ascii="IM Fell English" w:hAnsi="IM Fell English"/>
          <w:color w:val="141414"/>
          <w:sz w:val="24"/>
        </w:rPr>
        <w:t>Bank statements. Land transfers. Payments funneled into a shell corporation.</w:t>
      </w:r>
    </w:p>
    <w:p>
      <w:r>
        <w:rPr>
          <w:rFonts w:ascii="IM Fell English" w:hAnsi="IM Fell English"/>
          <w:color w:val="141414"/>
          <w:sz w:val="24"/>
        </w:rPr>
        <w:t>Proof.</w:t>
      </w:r>
    </w:p>
    <w:p>
      <w:r>
        <w:rPr>
          <w:rFonts w:ascii="IM Fell English" w:hAnsi="IM Fell English"/>
          <w:color w:val="141414"/>
          <w:sz w:val="24"/>
        </w:rPr>
        <w:t>The sheriff’s name was all over it.</w:t>
      </w:r>
    </w:p>
    <w:p>
      <w:r>
        <w:rPr>
          <w:rFonts w:ascii="IM Fell English" w:hAnsi="IM Fell English"/>
          <w:color w:val="141414"/>
          <w:sz w:val="24"/>
        </w:rPr>
        <w:t>Jackson leaned in beside her, his breath catching.</w:t>
      </w:r>
    </w:p>
    <w:p>
      <w:r>
        <w:rPr>
          <w:rFonts w:ascii="IM Fell English" w:hAnsi="IM Fell English"/>
          <w:color w:val="141414"/>
          <w:sz w:val="24"/>
        </w:rPr>
        <w:t>Tess met his eyes. “We leave it on file, and they find a way to bury it.”</w:t>
      </w:r>
    </w:p>
    <w:p>
      <w:r>
        <w:rPr>
          <w:rFonts w:ascii="IM Fell English" w:hAnsi="IM Fell English"/>
          <w:color w:val="141414"/>
          <w:sz w:val="24"/>
        </w:rPr>
        <w:t>He nodded, already stuffing the sledgehammer under his arm.</w:t>
      </w:r>
    </w:p>
    <w:p>
      <w:r>
        <w:rPr>
          <w:rFonts w:ascii="IM Fell English" w:hAnsi="IM Fell English"/>
          <w:color w:val="141414"/>
          <w:sz w:val="24"/>
        </w:rPr>
        <w:t>They made their escape minutes before the watchman’s shift changed. The warehouse was intact behind them, but the damage was done.</w:t>
      </w:r>
    </w:p>
    <w:p>
      <w:r>
        <w:rPr>
          <w:rFonts w:ascii="IM Fell English" w:hAnsi="IM Fell English"/>
          <w:color w:val="141414"/>
          <w:sz w:val="24"/>
        </w:rPr>
        <w:t>They had the truth.</w:t>
      </w:r>
    </w:p>
    <w:p>
      <w:r>
        <w:rPr>
          <w:rFonts w:ascii="IM Fell English" w:hAnsi="IM Fell English"/>
          <w:color w:val="141414"/>
          <w:sz w:val="24"/>
        </w:rPr>
        <w:t>Now the question was—how many they could take down with it.</w:t>
      </w:r>
    </w:p>
    <w:p>
      <w:r>
        <w:rPr>
          <w:rFonts w:ascii="IM Fell English" w:hAnsi="IM Fell English"/>
          <w:color w:val="141414"/>
          <w:sz w:val="24"/>
        </w:rPr>
        <w:t>The road home was silent.</w:t>
      </w:r>
    </w:p>
    <w:p>
      <w:r>
        <w:rPr>
          <w:rFonts w:ascii="IM Fell English" w:hAnsi="IM Fell English"/>
          <w:color w:val="141414"/>
          <w:sz w:val="24"/>
        </w:rPr>
        <w:t>By dawn, the Crowes would know.</w:t>
      </w:r>
    </w:p>
    <w:p>
      <w:r>
        <w:rPr>
          <w:rFonts w:ascii="IM Fell English" w:hAnsi="IM Fell English"/>
          <w:color w:val="141414"/>
          <w:sz w:val="24"/>
        </w:rPr>
        <w:t>By sunup, the sheriff would be waiting.</w:t>
      </w:r>
    </w:p>
    <w:p>
      <w:r>
        <w:rPr>
          <w:rFonts w:ascii="IM Fell English" w:hAnsi="IM Fell English"/>
          <w:color w:val="141414"/>
          <w:sz w:val="24"/>
        </w:rPr>
        <w:t>And by midday?</w:t>
      </w:r>
    </w:p>
    <w:p>
      <w:r>
        <w:rPr>
          <w:rFonts w:ascii="IM Fell English" w:hAnsi="IM Fell English"/>
          <w:color w:val="141414"/>
          <w:sz w:val="24"/>
        </w:rPr>
        <w:t>The game would truly begin.</w:t>
      </w:r>
    </w:p>
    <w:p>
      <w:r>
        <w:rPr>
          <w:rFonts w:ascii="IM Fell English" w:hAnsi="IM Fell English"/>
          <w:color w:val="141414"/>
          <w:sz w:val="24"/>
        </w:rPr>
        <w:t>By the time they reached the plantation’s edge, dawn had split the sky into bruises of crimson and ash, like the land itself was bleeding. Jackson killed the engine, but before Tess could reach for the door handle, headlights flared from the tree line. Two sets. Then three.</w:t>
      </w:r>
    </w:p>
    <w:p>
      <w:r>
        <w:rPr>
          <w:rFonts w:ascii="IM Fell English" w:hAnsi="IM Fell English"/>
          <w:color w:val="141414"/>
          <w:sz w:val="24"/>
        </w:rPr>
        <w:t>“Federal plates,” she muttered, stomach twisting.</w:t>
      </w:r>
    </w:p>
    <w:p>
      <w:r>
        <w:rPr>
          <w:rFonts w:ascii="IM Fell English" w:hAnsi="IM Fell English"/>
          <w:color w:val="141414"/>
          <w:sz w:val="24"/>
        </w:rPr>
        <w:t>Jackson swore under his breath, already pivoting the truck around, but the sheriff’s voice crackled through a bullhorn like a death knell.</w:t>
      </w:r>
    </w:p>
    <w:p>
      <w:r>
        <w:rPr>
          <w:rFonts w:ascii="IM Fell English" w:hAnsi="IM Fell English"/>
          <w:color w:val="141414"/>
          <w:sz w:val="24"/>
        </w:rPr>
        <w:t>“Step out, Whitmore. Now.”</w:t>
      </w:r>
    </w:p>
    <w:p>
      <w:r>
        <w:rPr>
          <w:rFonts w:ascii="IM Fell English" w:hAnsi="IM Fell English"/>
          <w:color w:val="141414"/>
          <w:sz w:val="24"/>
        </w:rPr>
        <w:t>The sheriff’s men blocked the driveway, faces unreadable behind their badges. Somewhere in the distance, Micah’s voice echoed in Tess’s head—You promised he wouldn’t touch us—and her fingers closed around the file, sweating ink onto the leather cover.</w:t>
      </w:r>
    </w:p>
    <w:p>
      <w:r>
        <w:rPr>
          <w:rFonts w:ascii="IM Fell English" w:hAnsi="IM Fell English"/>
          <w:color w:val="141414"/>
          <w:sz w:val="24"/>
        </w:rPr>
        <w:t>Then, movement. A figure in a DEA windbreaker stepped into the road, badge glinting low on his belt. “Sheriff Boone,” the man called. “Stand down. You’re interfering with a federal investigation.”</w:t>
      </w:r>
    </w:p>
    <w:p>
      <w:r>
        <w:rPr>
          <w:rFonts w:ascii="IM Fell English" w:hAnsi="IM Fell English"/>
          <w:color w:val="141414"/>
          <w:sz w:val="24"/>
        </w:rPr>
        <w:t>Boone’s laugh was jagged, bitter. “Bull. We got arson to charge them with.”</w:t>
      </w:r>
    </w:p>
    <w:p>
      <w:r>
        <w:rPr>
          <w:rFonts w:ascii="IM Fell English" w:hAnsi="IM Fell English"/>
          <w:color w:val="141414"/>
          <w:sz w:val="24"/>
        </w:rPr>
        <w:t>The agent stepped back, revealing Evelyn Whitmore in the doorway of the plantation house. She clutched a folded newspaper, her knuckles white.</w:t>
      </w:r>
    </w:p>
    <w:p>
      <w:r>
        <w:rPr>
          <w:rFonts w:ascii="IM Fell English" w:hAnsi="IM Fell English"/>
          <w:color w:val="141414"/>
          <w:sz w:val="24"/>
        </w:rPr>
        <w:t xml:space="preserve">“The </w:t>
      </w:r>
      <w:r>
        <w:rPr>
          <w:rFonts w:ascii="IM Fell English" w:hAnsi="IM Fell English"/>
          <w:i/>
          <w:color w:val="141414"/>
          <w:sz w:val="24"/>
        </w:rPr>
        <w:t>New South Sentinel</w:t>
      </w:r>
      <w:r>
        <w:rPr>
          <w:rFonts w:ascii="IM Fell English" w:hAnsi="IM Fell English"/>
          <w:color w:val="141414"/>
          <w:sz w:val="24"/>
        </w:rPr>
        <w:t xml:space="preserve"> ran the bank statements half an hour ago,” she said, voice sharp as flint. “Eudora’s name is on the front page. And so’s yours, if they dig deeper.”</w:t>
      </w:r>
    </w:p>
    <w:p>
      <w:r>
        <w:rPr>
          <w:rFonts w:ascii="IM Fell English" w:hAnsi="IM Fell English"/>
          <w:color w:val="141414"/>
          <w:sz w:val="24"/>
        </w:rPr>
        <w:t>Boone’s jaw clenched, but the file in Tess’s hands suddenly felt like a weapon with a safety switch—locked, waiting to be fired.</w:t>
      </w:r>
    </w:p>
    <w:p>
      <w:pPr>
        <w:pStyle w:val="Heading1"/>
        <w:jc w:val="center"/>
      </w:pPr>
      <w:r>
        <w:rPr>
          <w:rFonts w:ascii="IM Fell English" w:hAnsi="IM Fell English"/>
          <w:color w:val="0D0D0D"/>
        </w:rPr>
        <w:t>Chapter 4 - {Smear Campaign: Past Exposed and Social Ostracism}</w:t>
      </w:r>
    </w:p>
    <w:p>
      <w:pPr>
        <w:pStyle w:val="Heading1"/>
        <w:jc w:val="center"/>
      </w:pPr>
      <w:r>
        <w:rPr>
          <w:rFonts w:ascii="IM Fell English" w:hAnsi="IM Fell English"/>
          <w:color w:val="0D0D0D"/>
        </w:rPr>
        <w:t>Chapter 5 - {Sheriff Boone's Hand: Raids, Injunctions, and Retaliation}</w:t>
      </w:r>
    </w:p>
    <w:p>
      <w:pPr>
        <w:pStyle w:val="Heading1"/>
        <w:jc w:val="center"/>
      </w:pPr>
      <w:r>
        <w:rPr>
          <w:rFonts w:ascii="IM Fell English" w:hAnsi="IM Fell English"/>
          <w:color w:val="0D0D0D"/>
        </w:rPr>
        <w:t>Chapter 6 - {Micah's Secret: Tess's Hidden Son Revealed}</w:t>
      </w:r>
    </w:p>
    <w:p>
      <w:pPr>
        <w:pStyle w:val="Heading1"/>
        <w:jc w:val="center"/>
      </w:pPr>
      <w:r>
        <w:rPr>
          <w:rFonts w:ascii="IM Fell English" w:hAnsi="IM Fell English"/>
          <w:color w:val="0D0D0D"/>
        </w:rPr>
        <w:t>Chapter 7 - {A Dangerous Adoption: Courtroom Theatre and Custody Threats}</w:t>
      </w:r>
    </w:p>
    <w:p>
      <w:pPr>
        <w:pStyle w:val="Heading1"/>
        <w:jc w:val="center"/>
      </w:pPr>
      <w:r>
        <w:rPr>
          <w:rFonts w:ascii="IM Fell English" w:hAnsi="IM Fell English"/>
          <w:color w:val="0D0D0D"/>
        </w:rPr>
        <w:t>Chapter 8 - {Clues in the Safe: Ledger, Recording, and the Burned Assistant}</w:t>
      </w:r>
    </w:p>
    <w:p>
      <w:pPr>
        <w:pStyle w:val="Heading1"/>
        <w:jc w:val="center"/>
      </w:pPr>
      <w:r>
        <w:rPr>
          <w:rFonts w:ascii="IM Fell English" w:hAnsi="IM Fell English"/>
          <w:color w:val="0D0D0D"/>
        </w:rPr>
        <w:t>Chapter 9 - {Escalation: Arson, Sabotage, and Jackson's Beating}</w:t>
      </w:r>
    </w:p>
    <w:p>
      <w:pPr>
        <w:pStyle w:val="Heading1"/>
        <w:jc w:val="center"/>
      </w:pPr>
      <w:r>
        <w:rPr>
          <w:rFonts w:ascii="IM Fell English" w:hAnsi="IM Fell English"/>
          <w:color w:val="0D0D0D"/>
        </w:rPr>
        <w:t>Chapter 10 - {Rallying Allies: The Retired Lawyer, a Brave Reporter, and Witnesses}</w:t>
      </w:r>
    </w:p>
    <w:p>
      <w:pPr>
        <w:pStyle w:val="Heading1"/>
        <w:jc w:val="center"/>
      </w:pPr>
      <w:r>
        <w:rPr>
          <w:rFonts w:ascii="IM Fell English" w:hAnsi="IM Fell English"/>
          <w:color w:val="0D0D0D"/>
        </w:rPr>
        <w:t>Chapter 11 - {The Whitmore Ball: A Public Trap and the Evidence Unveiled}</w:t>
      </w:r>
    </w:p>
    <w:p>
      <w:pPr>
        <w:pStyle w:val="Heading1"/>
        <w:jc w:val="center"/>
      </w:pPr>
      <w:r>
        <w:rPr>
          <w:rFonts w:ascii="IM Fell English" w:hAnsi="IM Fell English"/>
          <w:color w:val="0D0D0D"/>
        </w:rPr>
        <w:t>Chapter 12 - {Confrontation on the Steps: Silas Flees, Arrest, and Boone Detained}</w:t>
      </w:r>
    </w:p>
    <w:p>
      <w:pPr>
        <w:pStyle w:val="Heading1"/>
        <w:jc w:val="center"/>
      </w:pPr>
      <w:r>
        <w:rPr>
          <w:rFonts w:ascii="IM Fell English" w:hAnsi="IM Fell English"/>
          <w:color w:val="0D0D0D"/>
        </w:rPr>
        <w:t>Chapter 13 - {Trials and Reckonings: Crowe Convictions and Whitmore Losses}</w:t>
      </w:r>
    </w:p>
    <w:p>
      <w:pPr>
        <w:pStyle w:val="Heading1"/>
        <w:jc w:val="center"/>
      </w:pPr>
      <w:r>
        <w:rPr>
          <w:rFonts w:ascii="IM Fell English" w:hAnsi="IM Fell English"/>
          <w:color w:val="0D0D0D"/>
        </w:rPr>
        <w:t>Chapter 14 - {Aftermath and Rebirth: The Magnolia Trust and a New Howler County}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468" w:lineRule="auto"/>
    </w:pPr>
    <w:rPr>
      <w:rFonts w:ascii="IM Fell English" w:hAnsi="IM Fell English"/>
      <w:color w:val="141414"/>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IM Fell English" w:hAnsi="IM Fell English"/>
      <w:b/>
      <w:bCs/>
      <w:color w:val="0D0D0D"/>
      <w:sz w:val="5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IM Fell English" w:hAnsi="IM Fell English"/>
      <w:b/>
      <w:bCs/>
      <w:color w:val="0D0D0D"/>
      <w:sz w:val="3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IM Fell English" w:hAnsi="IM Fell English"/>
      <w:b/>
      <w:bCs/>
      <w:color w:val="0D0D0D"/>
      <w:sz w:val="28"/>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