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MAGNOLIA: An Southern Dynasty Series</w:t>
      </w:r>
    </w:p>
    <w:p>
      <w:pPr>
        <w:jc w:val="center"/>
      </w:pPr>
      <w:r>
        <w:rPr>
          <w:rFonts w:ascii="IM Fell English" w:hAnsi="IM Fell English"/>
          <w:color w:val="141414"/>
          <w:sz w:val="28"/>
        </w:rPr>
        <w:t xml:space="preserve">Eza Chadwick Alexander </w:t>
      </w:r>
    </w:p>
    <w:p>
      <w:r>
        <w:br w:type="page"/>
      </w:r>
    </w:p>
    <w:p>
      <w:pPr>
        <w:pStyle w:val="Heading1"/>
        <w:jc w:val="center"/>
      </w:pPr>
      <w:r>
        <w:rPr>
          <w:rFonts w:ascii="IM Fell English" w:hAnsi="IM Fell English"/>
          <w:color w:val="0D0D0D"/>
        </w:rPr>
        <w:t># MAGNOLIA: A Southern Dynasty Series</w:t>
      </w:r>
    </w:p>
    <w:p>
      <w:r>
        <w:rPr>
          <w:rFonts w:ascii="IM Fell English" w:hAnsi="IM Fell English"/>
          <w:color w:val="141414"/>
          <w:sz w:val="24"/>
        </w:rPr>
        <w:t>## CHAPTER ONE: THE HOMECOMING</w:t>
      </w:r>
    </w:p>
    <w:p>
      <w:r>
        <w:rPr>
          <w:rFonts w:ascii="IM Fell English" w:hAnsi="IM Fell English"/>
          <w:color w:val="141414"/>
          <w:sz w:val="24"/>
        </w:rPr>
        <w:t>The heat shimmered off the drive in waves that made the magnolia trees seem to dance, their thick green leaves trembling as if with secrets. Vivienne Ashford Devereaux stood on the portico of Ashford Manor—all twenty-two columns of white-painted grandeur rising against the cerulean Mississippi sky—and waited. The manila envelope in her hand was thick, expensive stock, and it pressed against her palm like an accusation.</w:t>
      </w:r>
    </w:p>
    <w:p>
      <w:r>
        <w:rPr>
          <w:rFonts w:ascii="IM Fell English" w:hAnsi="IM Fell English"/>
          <w:color w:val="141414"/>
          <w:sz w:val="24"/>
        </w:rPr>
        <w:t>Behind her, the front door stood open, the interior dim and cool, smelling of lemon oil and the particular mustiness of a house where too many generations had died without ever really leaving. Somewhere inside, her mother would be stirring, perhaps already drinking, the ice clinking against crystal in a glass that had never been empty before noon for as long as Vivienne could remember.</w:t>
      </w:r>
    </w:p>
    <w:p>
      <w:r>
        <w:rPr>
          <w:rFonts w:ascii="IM Fell English" w:hAnsi="IM Fell English"/>
          <w:color w:val="141414"/>
          <w:sz w:val="24"/>
        </w:rPr>
        <w:t>She was fifty-three years old and felt every year of it pressing down on her shoulders like the weight of the Delta itself.</w:t>
      </w:r>
    </w:p>
    <w:p>
      <w:r>
        <w:rPr>
          <w:rFonts w:ascii="IM Fell English" w:hAnsi="IM Fell English"/>
          <w:color w:val="141414"/>
          <w:sz w:val="24"/>
        </w:rPr>
        <w:t>A dust cloud appeared at the end of the drive, rising between the twin rows of live oaks that had stood sentinel for more than a hundred and forty years. Vivienne's breath caught. She had summoned them all home—drawn them back like a spider pulling in threads—and now they were coming. Her children. Her failures. Her legacy.</w:t>
      </w:r>
    </w:p>
    <w:p>
      <w:r>
        <w:rPr>
          <w:rFonts w:ascii="IM Fell English" w:hAnsi="IM Fell English"/>
          <w:color w:val="141414"/>
          <w:sz w:val="24"/>
        </w:rPr>
        <w:t>The first car—a black Mercedes with personalized plates reading ASHFORD1—belonged to Nathan. Of course Nathan would arrive first, would position himself ahead of his siblings the way he'd been trying to do since he was six years old and understood that being first mattered in a world where birthright determined everything. He was driving too fast for the gravel drive, kicking up stones in a way that would make the groundskeeper wince.</w:t>
      </w:r>
    </w:p>
    <w:p>
      <w:r>
        <w:rPr>
          <w:rFonts w:ascii="IM Fell English" w:hAnsi="IM Fell English"/>
          <w:color w:val="141414"/>
          <w:sz w:val="24"/>
        </w:rPr>
        <w:t>Vivienne allowed herself a thin smile. Nathan always did announce himself with violence, however minor.</w:t>
      </w:r>
    </w:p>
    <w:p>
      <w:r>
        <w:rPr>
          <w:rFonts w:ascii="IM Fell English" w:hAnsi="IM Fell English"/>
          <w:color w:val="141414"/>
          <w:sz w:val="24"/>
        </w:rPr>
        <w:t>The car pulled to a stop, and her eldest child unfolded himself from the driver's seat—a tall man of thirty-one, all broad shoulders and the kind of handsome that came from generations of careful breeding. His suit was Italian, his tie silk, and there was something hungry in his face that reminded Vivienne of her own father, the original Ashford money-maker, dead these twenty years but somehow still very much alive in the architecture of his great-grandchildren's ambitions.</w:t>
      </w:r>
    </w:p>
    <w:p>
      <w:r>
        <w:rPr>
          <w:rFonts w:ascii="IM Fell English" w:hAnsi="IM Fell English"/>
          <w:color w:val="141414"/>
          <w:sz w:val="24"/>
        </w:rPr>
        <w:t>"Mother." Nathan kissed her cheek without warmth, an obligation discharged. "What's this about? Your secretary was remarkably cagey on the phone."</w:t>
      </w:r>
    </w:p>
    <w:p>
      <w:r>
        <w:rPr>
          <w:rFonts w:ascii="IM Fell English" w:hAnsi="IM Fell English"/>
          <w:color w:val="141414"/>
          <w:sz w:val="24"/>
        </w:rPr>
        <w:t>"Come inside. We'll wait for the others."</w:t>
      </w:r>
    </w:p>
    <w:p>
      <w:r>
        <w:rPr>
          <w:rFonts w:ascii="IM Fell English" w:hAnsi="IM Fell English"/>
          <w:color w:val="141414"/>
          <w:sz w:val="24"/>
        </w:rPr>
        <w:t>"There are others?" He frowned, checking his Rolex, a gesture that had become as involuntary as breathing. "I have a conference call at three with the firm in Atlanta."</w:t>
      </w:r>
    </w:p>
    <w:p>
      <w:r>
        <w:rPr>
          <w:rFonts w:ascii="IM Fell English" w:hAnsi="IM Fell English"/>
          <w:color w:val="141414"/>
          <w:sz w:val="24"/>
        </w:rPr>
        <w:t>"You'll reschedule," Vivienne said, not unkindly, but with the absolute certainty of someone who had been giving orders for thirty years. "That's rather the point of all this, Nathan. This is about *family*, and family supersedes conferences."</w:t>
      </w:r>
    </w:p>
    <w:p>
      <w:r>
        <w:rPr>
          <w:rFonts w:ascii="IM Fell English" w:hAnsi="IM Fell English"/>
          <w:color w:val="141414"/>
          <w:sz w:val="24"/>
        </w:rPr>
        <w:t>She saw him want to argue—his jaw tightened, his eyes flashed—but he'd been trained too well. The Ashford men didn't make scenes on the front lawn where the servants might see. Instead, he turned back to his car and made a telephone call, his voice dropping to the smooth, reasonable tones he used in the boardroom and, Vivienne suspected, on the parade of women he went through like other men went through neckties.</w:t>
      </w:r>
    </w:p>
    <w:p>
      <w:r>
        <w:rPr>
          <w:rFonts w:ascii="IM Fell English" w:hAnsi="IM Fell English"/>
          <w:color w:val="141414"/>
          <w:sz w:val="24"/>
        </w:rPr>
        <w:t>The next vehicle approached more slowly—a vintage Jaguar in a color that had once been champagne but was now faded to something closer to old cream, and it announced its driver even before Vivienne could see her daughter's face. Only Lillian Ashford Dubois would drive a car that old with such care, as though it might shatter at any moment. Everything about Lillian was like that: treasured, preserved, kept in a kind of amber suspension against the ravages of time and change.</w:t>
      </w:r>
    </w:p>
    <w:p>
      <w:r>
        <w:rPr>
          <w:rFonts w:ascii="IM Fell English" w:hAnsi="IM Fell English"/>
          <w:color w:val="141414"/>
          <w:sz w:val="24"/>
        </w:rPr>
        <w:t>Lillian was thirty, and she looked like their grandmother, the Creole beauty who had married money and never quite forgiven herself for being happy. Her hair was a dark, glossy coil of curls pinned up with what was probably a real tortoiseshell comb, and she wore the kind of clothes—a pale blue sundress, white gloves—that suggested she'd dressed for a garden party from the 1950s rather than a family gathering in the 2020s.</w:t>
      </w:r>
    </w:p>
    <w:p>
      <w:r>
        <w:rPr>
          <w:rFonts w:ascii="IM Fell English" w:hAnsi="IM Fell English"/>
          <w:color w:val="141414"/>
          <w:sz w:val="24"/>
        </w:rPr>
        <w:t>"Vivienne!" Her voice carried the particular affect of the Delta aristocracy, all soft vowels and elongated syllables, transformed into an art form. She kissed her mother on both cheeks, European-style, though there was nothing European about the woman beneath the affectation. "It's absolutely sweltering. We should go inside. I brought my nerves with me, and the heat is just devastating to them."</w:t>
      </w:r>
    </w:p>
    <w:p>
      <w:r>
        <w:rPr>
          <w:rFonts w:ascii="IM Fell English" w:hAnsi="IM Fell English"/>
          <w:color w:val="141414"/>
          <w:sz w:val="24"/>
        </w:rPr>
        <w:t>Nathan was checking his phone again. "Are we waiting long? I moved my three o'clock, but—"</w:t>
      </w:r>
    </w:p>
    <w:p>
      <w:r>
        <w:rPr>
          <w:rFonts w:ascii="IM Fell English" w:hAnsi="IM Fell English"/>
          <w:color w:val="141414"/>
          <w:sz w:val="24"/>
        </w:rPr>
        <w:t>"One more," Vivienne said. "James."</w:t>
      </w:r>
    </w:p>
    <w:p>
      <w:r>
        <w:rPr>
          <w:rFonts w:ascii="IM Fell English" w:hAnsi="IM Fell English"/>
          <w:color w:val="141414"/>
          <w:sz w:val="24"/>
        </w:rPr>
        <w:t>The look Nathan and Lillian exchanged was complicated—a quick, bright flash of sibling communication, the kind of shorthand that came from shared childhood and shared secrets.</w:t>
      </w:r>
    </w:p>
    <w:p>
      <w:r>
        <w:rPr>
          <w:rFonts w:ascii="IM Fell English" w:hAnsi="IM Fell English"/>
          <w:color w:val="141414"/>
          <w:sz w:val="24"/>
        </w:rPr>
        <w:t>"James is coming?" Lillian's voice had gone up an octave. "Here? But surely—hasn't he—I mean, after everything..."</w:t>
      </w:r>
    </w:p>
    <w:p>
      <w:r>
        <w:rPr>
          <w:rFonts w:ascii="IM Fell English" w:hAnsi="IM Fell English"/>
          <w:color w:val="141414"/>
          <w:sz w:val="24"/>
        </w:rPr>
        <w:t>"He's my son," Vivienne said flatly. "And yes, everything. But that's precisely what we need to discuss."</w:t>
      </w:r>
    </w:p>
    <w:p>
      <w:r>
        <w:rPr>
          <w:rFonts w:ascii="IM Fell English" w:hAnsi="IM Fell English"/>
          <w:color w:val="141414"/>
          <w:sz w:val="24"/>
        </w:rPr>
        <w:t>It was another forty minutes before James's truck appeared on the drive. Not a luxury vehicle, not a carefully maintained vintage car, but a genuine working truck, mud-splattered and real, with a gun rack in the back window and a bed that actually bore the marks of having been used for something other than looking respectable. James pulled up beside his siblings' cars like he was arriving at a completely different event.</w:t>
      </w:r>
    </w:p>
    <w:p>
      <w:r>
        <w:rPr>
          <w:rFonts w:ascii="IM Fell English" w:hAnsi="IM Fell English"/>
          <w:color w:val="141414"/>
          <w:sz w:val="24"/>
        </w:rPr>
        <w:t>He was twenty-eight, though he looked younger—or perhaps older, depending on the light and the weather and the particular way the sadness seemed to settle into the lines around his eyes. He wore jeans and a shirt with the sleeves rolled up, and there was dirt under his fingernails. Real dirt. The kind you got from actually working the land.</w:t>
      </w:r>
    </w:p>
    <w:p>
      <w:r>
        <w:rPr>
          <w:rFonts w:ascii="IM Fell English" w:hAnsi="IM Fell English"/>
          <w:color w:val="141414"/>
          <w:sz w:val="24"/>
        </w:rPr>
        <w:t>"Mom," he said, pulling her into a genuine hug that made Lillian make a small distressed noise. "What's going on? Your message said it was urgent."</w:t>
      </w:r>
    </w:p>
    <w:p>
      <w:r>
        <w:rPr>
          <w:rFonts w:ascii="IM Fell English" w:hAnsi="IM Fell English"/>
          <w:color w:val="141414"/>
          <w:sz w:val="24"/>
        </w:rPr>
        <w:t>"All of you, inside," Vivienne said, and she turned, leaving them to follow, the manila envelope still clutched to her side like a secret.</w:t>
      </w:r>
    </w:p>
    <w:p>
      <w:r>
        <w:rPr>
          <w:rFonts w:ascii="IM Fell English" w:hAnsi="IM Fell English"/>
          <w:color w:val="141414"/>
          <w:sz w:val="24"/>
        </w:rPr>
        <w:t>The interior of Ashford Manor was exactly as it had been for the past seventy years: burgundy walls, oil paintings of ancestors whose eyes seemed to follow you from room to room, furniture too precious to actually sit on and carpets too delicate to actually walk on. It was a house designed to be looked at, not lived in. It was a house, Vivienne sometimes thought, that was already a kind of tomb.</w:t>
      </w:r>
    </w:p>
    <w:p>
      <w:r>
        <w:rPr>
          <w:rFonts w:ascii="IM Fell English" w:hAnsi="IM Fell English"/>
          <w:color w:val="141414"/>
          <w:sz w:val="24"/>
        </w:rPr>
        <w:t>She led them to the library—all dark wood and leather-bound books that nobody read—and settled herself into the wingback chair that had belonged to her father. Nathan took the sofa. Lillian perched on the edge of a Louis XVI chair as though she might be asked to leave at any moment. James remained standing, his hands in his pockets, looking like he'd rather be anywhere else.</w:t>
      </w:r>
    </w:p>
    <w:p>
      <w:r>
        <w:rPr>
          <w:rFonts w:ascii="IM Fell English" w:hAnsi="IM Fell English"/>
          <w:color w:val="141414"/>
          <w:sz w:val="24"/>
        </w:rPr>
        <w:t>"Your father is dying," Vivienne said without preamble. It was a quality of the Ashfords, this brutal directness underneath all the courtliness. "The doctors give him three months. Perhaps four."</w:t>
      </w:r>
    </w:p>
    <w:p>
      <w:r>
        <w:rPr>
          <w:rFonts w:ascii="IM Fell English" w:hAnsi="IM Fell English"/>
          <w:color w:val="141414"/>
          <w:sz w:val="24"/>
        </w:rPr>
        <w:t>The silence that followed was the kind of silence that had weight and texture. Nathan's face went very still. Lillian's hand moved to her throat. James's jaw tightened.</w:t>
      </w:r>
    </w:p>
    <w:p>
      <w:r>
        <w:rPr>
          <w:rFonts w:ascii="IM Fell English" w:hAnsi="IM Fell English"/>
          <w:color w:val="141414"/>
          <w:sz w:val="24"/>
        </w:rPr>
        <w:t>"That's not possible," Nathan said finally. "He was fine at Easter. He complained about his back, but—"</w:t>
      </w:r>
    </w:p>
    <w:p>
      <w:r>
        <w:rPr>
          <w:rFonts w:ascii="IM Fell English" w:hAnsi="IM Fell English"/>
          <w:color w:val="141414"/>
          <w:sz w:val="24"/>
        </w:rPr>
        <w:t>"His liver is failing. He's been to the Mayo Clinic. It's not something that admits of debate." Vivienne opened the envelope. Inside were documents, medical records, and something else—something that looked like a letter, written in her husband's precise, old-fashioned handwriting. "He asked me to tell you that he doesn't want treatment. He wants to come home. To die here. In his own house."</w:t>
      </w:r>
    </w:p>
    <w:p>
      <w:r>
        <w:rPr>
          <w:rFonts w:ascii="IM Fell English" w:hAnsi="IM Fell English"/>
          <w:color w:val="141414"/>
          <w:sz w:val="24"/>
        </w:rPr>
        <w:t>"My God," Lillian whispered. "We need to tell him he's being ridiculous. We need to get him to a specialist, someone who—"</w:t>
      </w:r>
    </w:p>
    <w:p>
      <w:r>
        <w:rPr>
          <w:rFonts w:ascii="IM Fell English" w:hAnsi="IM Fell English"/>
          <w:color w:val="141414"/>
          <w:sz w:val="24"/>
        </w:rPr>
        <w:t>"There is no specialist who can fix cirrhosis, Lillian," Vivienne said. "Your father has spent forty years perfecting the art of the martini. Now they're perfecting the art of his destruction."</w:t>
      </w:r>
    </w:p>
    <w:p>
      <w:r>
        <w:rPr>
          <w:rFonts w:ascii="IM Fell English" w:hAnsi="IM Fell English"/>
          <w:color w:val="141414"/>
          <w:sz w:val="24"/>
        </w:rPr>
        <w:t>James made a sound—not quite a laugh, not quite a sob. Nathan stood abruptly and walked to the window, his shoulders rigid.</w:t>
      </w:r>
    </w:p>
    <w:p>
      <w:r>
        <w:rPr>
          <w:rFonts w:ascii="IM Fell English" w:hAnsi="IM Fell English"/>
          <w:color w:val="141414"/>
          <w:sz w:val="24"/>
        </w:rPr>
        <w:t>"There's more," Vivienne continued. "He's changed his will. He wants to know, before he dies, that you're all... settled. That's the word he used. Settled."</w:t>
      </w:r>
    </w:p>
    <w:p>
      <w:r>
        <w:rPr>
          <w:rFonts w:ascii="IM Fell English" w:hAnsi="IM Fell English"/>
          <w:color w:val="141414"/>
          <w:sz w:val="24"/>
        </w:rPr>
        <w:t>"Settled how?" Nathan asked without turning from the window. "What does that mean?"</w:t>
      </w:r>
    </w:p>
    <w:p>
      <w:r>
        <w:rPr>
          <w:rFonts w:ascii="IM Fell English" w:hAnsi="IM Fell English"/>
          <w:color w:val="141414"/>
          <w:sz w:val="24"/>
        </w:rPr>
        <w:t>Vivienne pulled another document from the envelope. This one was thicker, handwritten over many pages in a careful, failing script. "It means," she said slowly, "that in three months' time, your father is going to be asking each of you to make a choice about your lives. Your marriages. Your careers. Your futures. And he wants his will—the distribution of the Ashford interests and the Ashford money—to be contingent on..." She paused, looking for the words. "On your happiness. Or at least, on what he determines to be acceptable manifestations of the Ashford name and the Ashford legacy."</w:t>
      </w:r>
    </w:p>
    <w:p>
      <w:r>
        <w:rPr>
          <w:rFonts w:ascii="IM Fell English" w:hAnsi="IM Fell English"/>
          <w:color w:val="141414"/>
          <w:sz w:val="24"/>
        </w:rPr>
        <w:t>"You can't be serious," Nathan said. "That's not how wills work. You can't condition inheritance on... on personal life choices."</w:t>
      </w:r>
    </w:p>
    <w:p>
      <w:r>
        <w:rPr>
          <w:rFonts w:ascii="IM Fell English" w:hAnsi="IM Fell English"/>
          <w:color w:val="141414"/>
          <w:sz w:val="24"/>
        </w:rPr>
        <w:t>"Your father," Vivienne said, "is a dying man, and dying men get to do almost anything they want. Including, apparently, this." She looked at each of them in turn. "He wants you all to stay. Here. In the house. For the next three months. Until..."</w:t>
      </w:r>
    </w:p>
    <w:p>
      <w:r>
        <w:rPr>
          <w:rFonts w:ascii="IM Fell English" w:hAnsi="IM Fell English"/>
          <w:color w:val="141414"/>
          <w:sz w:val="24"/>
        </w:rPr>
        <w:t>"That's madness," James said quietly. "Madness and manipulation."</w:t>
      </w:r>
    </w:p>
    <w:p>
      <w:r>
        <w:rPr>
          <w:rFonts w:ascii="IM Fell English" w:hAnsi="IM Fell English"/>
          <w:color w:val="141414"/>
          <w:sz w:val="24"/>
        </w:rPr>
        <w:t>"Yes," Vivienne agreed. "It is. But it's also your father, and he is quite possibly the most stubborn man in all of the Delta, with the possible exception of his father before him, and his father before that. So you will stay, or you will lose nearly everything. That, I'm afraid, is the choice you're being offered."</w:t>
      </w:r>
    </w:p>
    <w:p>
      <w:r>
        <w:rPr>
          <w:rFonts w:ascii="IM Fell English" w:hAnsi="IM Fell English"/>
          <w:color w:val="141414"/>
          <w:sz w:val="24"/>
        </w:rPr>
        <w:t>Outside, the heat pressed against the windows like something alive, and in the garden, the magnolias swayed, their waxy flowers turning their faces toward a sun that never truly left the Delta, even after it set. The house settled around them, cracking slightly, the way old houses do when they're holding something heavy. Something secret.</w:t>
      </w:r>
    </w:p>
    <w:p>
      <w:r>
        <w:rPr>
          <w:rFonts w:ascii="IM Fell English" w:hAnsi="IM Fell English"/>
          <w:color w:val="141414"/>
          <w:sz w:val="24"/>
        </w:rPr>
        <w:t>Something that won't stay hidden for long.</w:t>
      </w:r>
    </w:p>
    <w:p>
      <w:r>
        <w:rPr>
          <w:rFonts w:ascii="IM Fell English" w:hAnsi="IM Fell English"/>
          <w:color w:val="141414"/>
          <w:sz w:val="24"/>
        </w:rPr>
        <w:t>---</w:t>
      </w:r>
    </w:p>
    <w:p>
      <w:r>
        <w:rPr>
          <w:rFonts w:ascii="IM Fell English" w:hAnsi="IM Fell English"/>
          <w:color w:val="141414"/>
          <w:sz w:val="24"/>
        </w:rPr>
        <w:t>## CHAPTER TWO: DECLARATIONS AND DISASTERS</w:t>
      </w:r>
    </w:p>
    <w:p>
      <w:r>
        <w:rPr>
          <w:rFonts w:ascii="IM Fell English" w:hAnsi="IM Fell English"/>
          <w:color w:val="141414"/>
          <w:sz w:val="24"/>
        </w:rPr>
        <w:t>Richard Ashford was not yet in his bedroom when they came for him. He was in his study—a room that had been his sanctum since before any of his children could remember—with a glass of water and a cigarette he wasn't supposed to be smoking, trying to look as though he wasn't in considerable pain.</w:t>
      </w:r>
    </w:p>
    <w:p>
      <w:r>
        <w:rPr>
          <w:rFonts w:ascii="IM Fell English" w:hAnsi="IM Fell English"/>
          <w:color w:val="141414"/>
          <w:sz w:val="24"/>
        </w:rPr>
        <w:t>His wife appeared in the doorway with a look that suggested she'd performed miracles with the three people downstairs and expected him to feel grateful.</w:t>
      </w:r>
    </w:p>
    <w:p>
      <w:r>
        <w:rPr>
          <w:rFonts w:ascii="IM Fell English" w:hAnsi="IM Fell English"/>
          <w:color w:val="141414"/>
          <w:sz w:val="24"/>
        </w:rPr>
        <w:t>"They're here," she said. "They know."</w:t>
      </w:r>
    </w:p>
    <w:p>
      <w:r>
        <w:rPr>
          <w:rFonts w:ascii="IM Fell English" w:hAnsi="IM Fell English"/>
          <w:color w:val="141414"/>
          <w:sz w:val="24"/>
        </w:rPr>
        <w:t>"All three?" Richard set down the cigarette—the gesture pained, his movements careful. "James too?"</w:t>
      </w:r>
    </w:p>
    <w:p>
      <w:r>
        <w:rPr>
          <w:rFonts w:ascii="IM Fell English" w:hAnsi="IM Fell English"/>
          <w:color w:val="141414"/>
          <w:sz w:val="24"/>
        </w:rPr>
        <w:t>"James too."</w:t>
      </w:r>
    </w:p>
    <w:p>
      <w:r>
        <w:rPr>
          <w:rFonts w:ascii="IM Fell English" w:hAnsi="IM Fell English"/>
          <w:color w:val="141414"/>
          <w:sz w:val="24"/>
        </w:rPr>
        <w:t>He nodded, absorbing this information the way he absorbed everything: with an expression that suggested he'd already calculated seventeen different outcomes and was settling on the one that would cause the most productive chaos.</w:t>
      </w:r>
    </w:p>
    <w:p>
      <w:r>
        <w:rPr>
          <w:rFonts w:ascii="IM Fell English" w:hAnsi="IM Fell English"/>
          <w:color w:val="141414"/>
          <w:sz w:val="24"/>
        </w:rPr>
        <w:t>"Come here," he said to Vivienne.</w:t>
      </w:r>
    </w:p>
    <w:p>
      <w:r>
        <w:rPr>
          <w:rFonts w:ascii="IM Fell English" w:hAnsi="IM Fell English"/>
          <w:color w:val="141414"/>
          <w:sz w:val="24"/>
        </w:rPr>
        <w:t>She did, as she always did, and he took her hand in his—a hand that had once been powerful but was now thin, the skin papery, the bones prominent. They had been married thirty-two years. Vivienne had married him because her father had arranged it, because he was rich and suitable and because she'd understood even then that marriage was what was expected of women like her. She had grown to love him somewhere in the middle of those thirty-two years, though it was a complicated love, tied up with fear and habit and the particular intimacy of having shared a life with someone.</w:t>
      </w:r>
    </w:p>
    <w:p>
      <w:r>
        <w:rPr>
          <w:rFonts w:ascii="IM Fell English" w:hAnsi="IM Fell English"/>
          <w:color w:val="141414"/>
          <w:sz w:val="24"/>
        </w:rPr>
        <w:t>"I'm asking you to do something very difficult," Richard said.</w:t>
      </w:r>
    </w:p>
    <w:p>
      <w:r>
        <w:rPr>
          <w:rFonts w:ascii="IM Fell English" w:hAnsi="IM Fell English"/>
          <w:color w:val="141414"/>
          <w:sz w:val="24"/>
        </w:rPr>
        <w:t>"I know."</w:t>
      </w:r>
    </w:p>
    <w:p>
      <w:r>
        <w:rPr>
          <w:rFonts w:ascii="IM Fell English" w:hAnsi="IM Fell English"/>
          <w:color w:val="141414"/>
          <w:sz w:val="24"/>
        </w:rPr>
        <w:t>"I'm asking you to stand by me while I do something I should have done a long time ago."</w:t>
      </w:r>
    </w:p>
    <w:p>
      <w:r>
        <w:rPr>
          <w:rFonts w:ascii="IM Fell English" w:hAnsi="IM Fell English"/>
          <w:color w:val="141414"/>
          <w:sz w:val="24"/>
        </w:rPr>
        <w:t>"I know that too," Vivienne said. "I've always known."</w:t>
      </w:r>
    </w:p>
    <w:p>
      <w:r>
        <w:rPr>
          <w:rFonts w:ascii="IM Fell English" w:hAnsi="IM Fell English"/>
          <w:color w:val="141414"/>
          <w:sz w:val="24"/>
        </w:rPr>
        <w:t>He lifted her hand to his lips and kissed it, an old-fashioned gesture that once would have seemed romantic but now seemed like goodbye. Then he released her and moved himself more carefully from the chair, his movements the movements of a man negotiating a truce with his own body.</w:t>
      </w:r>
    </w:p>
    <w:p>
      <w:r>
        <w:rPr>
          <w:rFonts w:ascii="IM Fell English" w:hAnsi="IM Fell English"/>
          <w:color w:val="141414"/>
          <w:sz w:val="24"/>
        </w:rPr>
        <w:t>---</w:t>
      </w:r>
    </w:p>
    <w:p>
      <w:r>
        <w:rPr>
          <w:rFonts w:ascii="IM Fell English" w:hAnsi="IM Fell English"/>
          <w:color w:val="141414"/>
          <w:sz w:val="24"/>
        </w:rPr>
        <w:t>The dining room at Ashford Manor was a room designed to intimidate. The table was mahogany and could seat twenty; the chandelier above it was Venetian crystal; the walls were hung with portraits of ancestors who had been generals and senators and society figures. The household staff had laid out the family china—the good china, the kind you didn't use unless you were trying to make a point—and Vivienne had ordered the kitchen to prepare something elegant. No one in the Ashford family had ever been comforted by informality.</w:t>
      </w:r>
    </w:p>
    <w:p>
      <w:r>
        <w:rPr>
          <w:rFonts w:ascii="IM Fell English" w:hAnsi="IM Fell English"/>
          <w:color w:val="141414"/>
          <w:sz w:val="24"/>
        </w:rPr>
        <w:t>Richard sat at the head of the table, looking smaller than he had six months ago but somehow more present. He'd dressed carefully, as though for an important business meeting: good suit, good tie, the appearance of control. But his hands shook slightly as he lifted his water glass, and there was a new quality to his movements, a kind of careful deliberation that hadn't been there before.</w:t>
      </w:r>
    </w:p>
    <w:p>
      <w:r>
        <w:rPr>
          <w:rFonts w:ascii="IM Fell English" w:hAnsi="IM Fell English"/>
          <w:color w:val="141414"/>
          <w:sz w:val="24"/>
        </w:rPr>
        <w:t>Nathan sat to his right, his lawyer's mind already working through the logistics. Lillian sat to Richard's left, wearing her best expression of distressed grace. James sat next to Vivienne, as far from his father as the table allowed.</w:t>
      </w:r>
    </w:p>
    <w:p>
      <w:r>
        <w:rPr>
          <w:rFonts w:ascii="IM Fell English" w:hAnsi="IM Fell English"/>
          <w:color w:val="141414"/>
          <w:sz w:val="24"/>
        </w:rPr>
        <w:t>"I suppose your mother has told you the general situation," Richard began without preamble. He'd never been a man for small talk, especially not now, with time running short. "I'm dying. I want to spend my remaining time at home, with family. I have some things to say, some things I need to understand before I leave this world. And I've come to the conclusion that you all need to be here to participate in that."</w:t>
      </w:r>
    </w:p>
    <w:p>
      <w:r>
        <w:rPr>
          <w:rFonts w:ascii="IM Fell English" w:hAnsi="IM Fell English"/>
          <w:color w:val="141414"/>
          <w:sz w:val="24"/>
        </w:rPr>
        <w:t>"Father," Nathan said, his voice the careful, measured tone he used in courtrooms, "while I understand your desire to bring the family together, I have responsibilities in Atlanta. The firm is in the middle of merging with a firm in Charlotte. I simply cannot—"</w:t>
      </w:r>
    </w:p>
    <w:p>
      <w:r>
        <w:rPr>
          <w:rFonts w:ascii="IM Fell English" w:hAnsi="IM Fell English"/>
          <w:color w:val="141414"/>
          <w:sz w:val="24"/>
        </w:rPr>
        <w:t>"Then you'll lose your position," Richard said flatly. "Your quarterly distributions from the Ashford Trust will cease, and upon my death, you'll receive whatever is left after the lawyers take their cut and the state takes its portion. Which, given how I'm planning to write things, will be minimal."</w:t>
      </w:r>
    </w:p>
    <w:p>
      <w:r>
        <w:rPr>
          <w:rFonts w:ascii="IM Fell English" w:hAnsi="IM Fell English"/>
          <w:color w:val="141414"/>
          <w:sz w:val="24"/>
        </w:rPr>
        <w:t>The silence that followed was the kind of silence where you could hear the ice melting in the water glasses.</w:t>
      </w:r>
    </w:p>
    <w:p>
      <w:r>
        <w:rPr>
          <w:rFonts w:ascii="IM Fell English" w:hAnsi="IM Fell English"/>
          <w:color w:val="141414"/>
          <w:sz w:val="24"/>
        </w:rPr>
        <w:t>"That's... that's not legal," Nathan said, but his voice had lost its certainty.</w:t>
      </w:r>
    </w:p>
    <w:p>
      <w:r>
        <w:rPr>
          <w:rFonts w:ascii="IM Fell English" w:hAnsi="IM Fell English"/>
          <w:color w:val="141414"/>
          <w:sz w:val="24"/>
        </w:rPr>
        <w:t>"It's absolutely legal," Richard said. "I'm dying, Nathan. The rules that govern living men become somewhat more flexible when you're in my position. My will can be as unusual as I want it to be. My lawyer has already assured me of this."</w:t>
      </w:r>
    </w:p>
    <w:p>
      <w:r>
        <w:rPr>
          <w:rFonts w:ascii="IM Fell English" w:hAnsi="IM Fell English"/>
          <w:color w:val="141414"/>
          <w:sz w:val="24"/>
        </w:rPr>
        <w:t>"This is emotional coercion," Lillian said softly. "Blackmail, even."</w:t>
      </w:r>
    </w:p>
    <w:p>
      <w:r>
        <w:rPr>
          <w:rFonts w:ascii="IM Fell English" w:hAnsi="IM Fell English"/>
          <w:color w:val="141414"/>
          <w:sz w:val="24"/>
        </w:rPr>
        <w:t>"It is," Richard agreed. "But it's also your father, asking you for something. One thing. One season. Three months to stay in the house you were born in and help me understand the lives you've built. Is that really so impossible?"</w:t>
      </w:r>
    </w:p>
    <w:p>
      <w:r>
        <w:rPr>
          <w:rFonts w:ascii="IM Fell English" w:hAnsi="IM Fell English"/>
          <w:color w:val="141414"/>
          <w:sz w:val="24"/>
        </w:rPr>
        <w:t>James pushed back from the table. "I'm not doing this," he said. "I'm not going to stay here and be held hostage while you psychoanalyze our life choices. I have work. I have responsibilities."</w:t>
      </w:r>
    </w:p>
    <w:p>
      <w:r>
        <w:rPr>
          <w:rFonts w:ascii="IM Fell English" w:hAnsi="IM Fell English"/>
          <w:color w:val="141414"/>
          <w:sz w:val="24"/>
        </w:rPr>
        <w:t>"You have a cattle operation that's been operating at a loss for four years," Richard said, and his voice was gentle, which somehow made it worse. "You have no employees other than Miguel, who's been with you out of loyalty, not necessity. You have a house that's falling apart and a life that's going nowhere. I'm offering you three months in your childhood home and a check that would solve all of your problems. All you have to do is stay."</w:t>
      </w:r>
    </w:p>
    <w:p>
      <w:r>
        <w:rPr>
          <w:rFonts w:ascii="IM Fell English" w:hAnsi="IM Fell English"/>
          <w:color w:val="141414"/>
          <w:sz w:val="24"/>
        </w:rPr>
        <w:t>"And submit to your judgment," James said. "Your expectations. Your attempts to fix whatever you think is broken about me."</w:t>
      </w:r>
    </w:p>
    <w:p>
      <w:r>
        <w:rPr>
          <w:rFonts w:ascii="IM Fell English" w:hAnsi="IM Fell English"/>
          <w:color w:val="141414"/>
          <w:sz w:val="24"/>
        </w:rPr>
        <w:t>"Yes," Richard said. "That too."</w:t>
      </w:r>
    </w:p>
    <w:p>
      <w:r>
        <w:rPr>
          <w:rFonts w:ascii="IM Fell English" w:hAnsi="IM Fell English"/>
          <w:color w:val="141414"/>
          <w:sz w:val="24"/>
        </w:rPr>
        <w:t>Vivienne said quietly, "Your father has been very generous in his projections. The money he's put aside for each of you, should you meet his conditions, is more than sufficient to ensure your futures."</w:t>
      </w:r>
    </w:p>
    <w:p>
      <w:r>
        <w:rPr>
          <w:rFonts w:ascii="IM Fell English" w:hAnsi="IM Fell English"/>
          <w:color w:val="141414"/>
          <w:sz w:val="24"/>
        </w:rPr>
        <w:t>"Conditions," Nathan repeated. "Plural. What are the conditions, exactly?"</w:t>
      </w:r>
    </w:p>
    <w:p>
      <w:r>
        <w:rPr>
          <w:rFonts w:ascii="IM Fell English" w:hAnsi="IM Fell English"/>
          <w:color w:val="141414"/>
          <w:sz w:val="24"/>
        </w:rPr>
        <w:t>Richard picked up his fork—he'd ordered soup, which he pushed around his bowl without eating. "That you each spend the summer here. That you each, individually, have dinner with me at least twice a week. That you each be honest with me about your lives—your marriages, your work, your choices. And that by the end of the summer, you've all made some kind of decision about your futures that I find... acceptable."</w:t>
      </w:r>
    </w:p>
    <w:p>
      <w:r>
        <w:rPr>
          <w:rFonts w:ascii="IM Fell English" w:hAnsi="IM Fell English"/>
          <w:color w:val="141414"/>
          <w:sz w:val="24"/>
        </w:rPr>
        <w:t>"And who determines what's acceptable?" Lillian asked. "You're still making the rules, Father. You're always making the rules."</w:t>
      </w:r>
    </w:p>
    <w:p>
      <w:r>
        <w:rPr>
          <w:rFonts w:ascii="IM Fell English" w:hAnsi="IM Fell English"/>
          <w:color w:val="141414"/>
          <w:sz w:val="24"/>
        </w:rPr>
        <w:t>"I am," Richard agreed. "That's one of the privileges of being dying. I get to make the rules for as long as I'm alive. After that, the rules become everyone else's problem." He looked at each of them in turn. "I want you to understand something, all three of you. I have not lived a good life. I've lived an important life, a successful life, a life that mattered to the Ashford name and legacy. But it has not been good. I am sixty-eight years old, and I've just realized that importance and goodness are not the same thing. I'm offering you the chance to choose goodness. To choose real happiness. But I'm doing it as a father, which means I'm doing it badly and selfishly, because I want to see you choose it before I die."</w:t>
      </w:r>
    </w:p>
    <w:p>
      <w:r>
        <w:rPr>
          <w:rFonts w:ascii="IM Fell English" w:hAnsi="IM Fell English"/>
          <w:color w:val="141414"/>
          <w:sz w:val="24"/>
        </w:rPr>
        <w:t>No one answered. The dining room seemed to close in around them, the ancestors on the walls looking down from their frames with expressions that suggested they'd seen this kind of familial breakdown before and would see it again.</w:t>
      </w:r>
    </w:p>
    <w:p>
      <w:r>
        <w:rPr>
          <w:rFonts w:ascii="IM Fell English" w:hAnsi="IM Fell English"/>
          <w:color w:val="141414"/>
          <w:sz w:val="24"/>
        </w:rPr>
        <w:t>Finally, Nathan said, "I'll stay until the end of the summer. But I'm telling you now, if there's merger business I need to attend to in person, I'm going to Atlanta. I can't just vanish."</w:t>
      </w:r>
    </w:p>
    <w:p>
      <w:r>
        <w:rPr>
          <w:rFonts w:ascii="IM Fell English" w:hAnsi="IM Fell English"/>
          <w:color w:val="141414"/>
          <w:sz w:val="24"/>
        </w:rPr>
        <w:t>"Reasonable," Richard said.</w:t>
      </w:r>
    </w:p>
    <w:p>
      <w:r>
        <w:rPr>
          <w:rFonts w:ascii="IM Fell English" w:hAnsi="IM Fell English"/>
          <w:color w:val="141414"/>
          <w:sz w:val="24"/>
        </w:rPr>
        <w:t>Lillian looked at her hands. "I'll stay. Though I can't imagine how this is going to end well. Bradford will be furious."</w:t>
      </w:r>
    </w:p>
    <w:p>
      <w:r>
        <w:rPr>
          <w:rFonts w:ascii="IM Fell English" w:hAnsi="IM Fell English"/>
          <w:color w:val="141414"/>
          <w:sz w:val="24"/>
        </w:rPr>
        <w:t>"Bradford," Richard said, "is a banker who married you because your picture was in the society section of the Times-Picayune, and you have tolerated him for six years because you were afraid of being alone. I'm hoping you'll use this summer to consider whether toleration is the same as marriage."</w:t>
      </w:r>
    </w:p>
    <w:p>
      <w:r>
        <w:rPr>
          <w:rFonts w:ascii="IM Fell English" w:hAnsi="IM Fell English"/>
          <w:color w:val="141414"/>
          <w:sz w:val="24"/>
        </w:rPr>
        <w:t>"That's not fair," Lillian said, but her eyes were bright with tears.</w:t>
      </w:r>
    </w:p>
    <w:p>
      <w:r>
        <w:rPr>
          <w:rFonts w:ascii="IM Fell English" w:hAnsi="IM Fell English"/>
          <w:color w:val="141414"/>
          <w:sz w:val="24"/>
        </w:rPr>
        <w:t>"No," Richard agreed. "It's not."</w:t>
      </w:r>
    </w:p>
    <w:p>
      <w:r>
        <w:rPr>
          <w:rFonts w:ascii="IM Fell English" w:hAnsi="IM Fell English"/>
          <w:color w:val="141414"/>
          <w:sz w:val="24"/>
        </w:rPr>
        <w:t>All three of them looked at James.</w:t>
      </w:r>
    </w:p>
    <w:p>
      <w:r>
        <w:rPr>
          <w:rFonts w:ascii="IM Fell English" w:hAnsi="IM Fell English"/>
          <w:color w:val="141414"/>
          <w:sz w:val="24"/>
        </w:rPr>
        <w:t>James, who was standing by the window now, looking out at the magnolias in the gathering dusk. James, who had always been the most difficult, the most sensitive, the one who felt things too deeply and expressed them too loudly. James, who had spent the last ten years trying to run away from his name and everything it meant.</w:t>
      </w:r>
    </w:p>
    <w:p>
      <w:r>
        <w:rPr>
          <w:rFonts w:ascii="IM Fell English" w:hAnsi="IM Fell English"/>
          <w:color w:val="141414"/>
          <w:sz w:val="24"/>
        </w:rPr>
        <w:t>"I'll stay," he said finally, not turning from the window. "But if this is about trying to convert me or convince me to sell the operation or get me back into some kind of respectable Ashford career, you're going to be disappointed."</w:t>
      </w:r>
    </w:p>
    <w:p>
      <w:r>
        <w:rPr>
          <w:rFonts w:ascii="IM Fell English" w:hAnsi="IM Fell English"/>
          <w:color w:val="141414"/>
          <w:sz w:val="24"/>
        </w:rPr>
        <w:t>"I know," Richard said gently. "That's not what this is about."</w:t>
      </w:r>
    </w:p>
    <w:p>
      <w:r>
        <w:rPr>
          <w:rFonts w:ascii="IM Fell English" w:hAnsi="IM Fell English"/>
          <w:color w:val="141414"/>
          <w:sz w:val="24"/>
        </w:rPr>
        <w:t>"Then what is it about?" James turned, and his face was angry, frightened, caught. "What do you want from us?"</w:t>
      </w:r>
    </w:p>
    <w:p>
      <w:r>
        <w:rPr>
          <w:rFonts w:ascii="IM Fell English" w:hAnsi="IM Fell English"/>
          <w:color w:val="141414"/>
          <w:sz w:val="24"/>
        </w:rPr>
        <w:t>"The truth," Richard said. "Finally, after all these years, I want the truth. About your lives. About your choices. About all the things we've been too well-bred to discuss. I want to understand who you've become and why, and I want to tell you who I am, underneath all the money and the title and the family legacy. I want to know my children before I die."</w:t>
      </w:r>
    </w:p>
    <w:p>
      <w:r>
        <w:rPr>
          <w:rFonts w:ascii="IM Fell English" w:hAnsi="IM Fell English"/>
          <w:color w:val="141414"/>
          <w:sz w:val="24"/>
        </w:rPr>
        <w:t>It was the most honest thing Vivienne had ever heard him say.</w:t>
      </w:r>
    </w:p>
    <w:p>
      <w:r>
        <w:rPr>
          <w:rFonts w:ascii="IM Fell English" w:hAnsi="IM Fell English"/>
          <w:color w:val="141414"/>
          <w:sz w:val="24"/>
        </w:rPr>
        <w:t>---</w:t>
      </w:r>
    </w:p>
    <w:p>
      <w:r>
        <w:rPr>
          <w:rFonts w:ascii="IM Fell English" w:hAnsi="IM Fell English"/>
          <w:color w:val="141414"/>
          <w:sz w:val="24"/>
        </w:rPr>
        <w:t>That night, alone in their room—the bedroom they'd shared for thirty-two years, though sharing implied a kind of togetherness that had been rare in recent decades—Vivienne found Richard sitting on the edge of the bed, staring at his hands.</w:t>
      </w:r>
    </w:p>
    <w:p>
      <w:r>
        <w:rPr>
          <w:rFonts w:ascii="IM Fell English" w:hAnsi="IM Fell English"/>
          <w:color w:val="141414"/>
          <w:sz w:val="24"/>
        </w:rPr>
        <w:t>"They hate you," she said, not unkindly.</w:t>
      </w:r>
    </w:p>
    <w:p>
      <w:r>
        <w:rPr>
          <w:rFonts w:ascii="IM Fell English" w:hAnsi="IM Fell English"/>
          <w:color w:val="141414"/>
          <w:sz w:val="24"/>
        </w:rPr>
        <w:t>"Yes," he said. "But they came."</w:t>
      </w:r>
    </w:p>
    <w:p>
      <w:r>
        <w:rPr>
          <w:rFonts w:ascii="IM Fell English" w:hAnsi="IM Fell English"/>
          <w:color w:val="141414"/>
          <w:sz w:val="24"/>
        </w:rPr>
        <w:t>"For the money."</w:t>
      </w:r>
    </w:p>
    <w:p>
      <w:r>
        <w:rPr>
          <w:rFonts w:ascii="IM Fell English" w:hAnsi="IM Fell English"/>
          <w:color w:val="141414"/>
          <w:sz w:val="24"/>
        </w:rPr>
        <w:t>"Perhaps. But they came. That matters."</w:t>
      </w:r>
    </w:p>
    <w:p>
      <w:r>
        <w:rPr>
          <w:rFonts w:ascii="IM Fell English" w:hAnsi="IM Fell English"/>
          <w:color w:val="141414"/>
          <w:sz w:val="24"/>
        </w:rPr>
        <w:t>Vivienne undressed, moving through the familiar motions of her nighttime routine. She brushed her teeth. She applied her face cream. She changed into her nightgown. These rituals had sustained her through years of marriage that had never quite been what she wanted them to be. These rituals were what passed for intimacy.</w:t>
      </w:r>
    </w:p>
    <w:p>
      <w:r>
        <w:rPr>
          <w:rFonts w:ascii="IM Fell English" w:hAnsi="IM Fell English"/>
          <w:color w:val="141414"/>
          <w:sz w:val="24"/>
        </w:rPr>
        <w:t>She slipped into bed and lay in the darkness, listening to Richard's breathing gradually deepen into sleep. She thought about the manila envelope, and about the letter she'd found in her husband's study months ago—before he was officially sick, when the doctors were still running tests and refusing to confirm what was obvious to anyone who'd ever seen him drink: that he was poisoning himself, slowly and deliberately, with the precision of a man performing an experiment.</w:t>
      </w:r>
    </w:p>
    <w:p>
      <w:r>
        <w:rPr>
          <w:rFonts w:ascii="IM Fell English" w:hAnsi="IM Fell English"/>
          <w:color w:val="141414"/>
          <w:sz w:val="24"/>
        </w:rPr>
        <w:t>She thought about the way he'd looked at each of his children tonight, as though trying to memorize them.</w:t>
      </w:r>
    </w:p>
    <w:p>
      <w:r>
        <w:rPr>
          <w:rFonts w:ascii="IM Fell English" w:hAnsi="IM Fell English"/>
          <w:color w:val="141414"/>
          <w:sz w:val="24"/>
        </w:rPr>
        <w:t>Somewhere in the house, Lillian was probably lying awake, thinking about Bradford and whether she had the courage to be unhappy. Nathan would be checking his email, his phone, calculating how much this summer would cost him in lost revenue and missed opportunities. James would be staring at the ceiling of his childhood bedroom, trying to remember why he'd left in the first place and whether leaving again was still an option.</w:t>
      </w:r>
    </w:p>
    <w:p>
      <w:r>
        <w:rPr>
          <w:rFonts w:ascii="IM Fell English" w:hAnsi="IM Fell English"/>
          <w:color w:val="141414"/>
          <w:sz w:val="24"/>
        </w:rPr>
        <w:t>The magnolias pressed against the windows, blooming and blooming, their flowers turning brown at the edges where nothing lasted forever, where everything was slowly returning to the soil.</w:t>
      </w:r>
    </w:p>
    <w:p>
      <w:r>
        <w:rPr>
          <w:rFonts w:ascii="IM Fell English" w:hAnsi="IM Fell English"/>
          <w:color w:val="141414"/>
          <w:sz w:val="24"/>
        </w:rPr>
        <w:t>Outside, the Mississippi heat continued its work, breaking things down, wearing things away, insisting that all things decay eventually, one season at a time.</w:t>
      </w:r>
    </w:p>
    <w:p>
      <w:r>
        <w:rPr>
          <w:rFonts w:ascii="IM Fell English" w:hAnsi="IM Fell English"/>
          <w:color w:val="141414"/>
          <w:sz w:val="24"/>
        </w:rPr>
        <w:t>---</w:t>
      </w:r>
    </w:p>
    <w:p>
      <w:r>
        <w:rPr>
          <w:rFonts w:ascii="IM Fell English" w:hAnsi="IM Fell English"/>
          <w:color w:val="141414"/>
          <w:sz w:val="24"/>
        </w:rPr>
        <w:t>## CHAPTER THREE: SECRETS AND SYMPATHY</w:t>
      </w:r>
    </w:p>
    <w:p>
      <w:r>
        <w:rPr>
          <w:rFonts w:ascii="IM Fell English" w:hAnsi="IM Fell English"/>
          <w:color w:val="141414"/>
          <w:sz w:val="24"/>
        </w:rPr>
        <w:t>Lillian had always been the kind of woman who looked better in old photographs than in real life. In the morning light that filtered through the lace curtains of her childhood bedroom—a room her mother had kept exactly as it had been when Lillian left it at eighteen—she looked even more fragile, as though the weight of other people's disappointment might snap her in half.</w:t>
      </w:r>
    </w:p>
    <w:p>
      <w:r>
        <w:rPr>
          <w:rFonts w:ascii="IM Fell English" w:hAnsi="IM Fell English"/>
          <w:color w:val="141414"/>
          <w:sz w:val="24"/>
        </w:rPr>
        <w:t>She sat at the small desk where she'd once written letters to girls at her prep school and composed the kind of poetry that fifteen-year-old girls write when they believe their lives are the most tragic things that had ever happened. Now, at thirty, she was writing a note to her husband.</w:t>
      </w:r>
    </w:p>
    <w:p>
      <w:r>
        <w:rPr>
          <w:rFonts w:ascii="IM Fell English" w:hAnsi="IM Fell English"/>
          <w:color w:val="141414"/>
          <w:sz w:val="24"/>
        </w:rPr>
        <w:t>*Darling Bradford,*</w:t>
      </w:r>
    </w:p>
    <w:p>
      <w:r>
        <w:rPr>
          <w:rFonts w:ascii="IM Fell English" w:hAnsi="IM Fell English"/>
          <w:color w:val="141414"/>
          <w:sz w:val="24"/>
        </w:rPr>
        <w:t>*I've been called home to Ashford Manor for a family matter. Father is unwell, and Mother needs me to stay through the summer. I know this is inconvenient, but surely you can manage. There's money in the household account, and Mrs. Dubois can order the groceries. I'll call you each evening.*</w:t>
      </w:r>
    </w:p>
    <w:p>
      <w:r>
        <w:rPr>
          <w:rFonts w:ascii="IM Fell English" w:hAnsi="IM Fell English"/>
          <w:color w:val="141414"/>
          <w:sz w:val="24"/>
        </w:rPr>
        <w:t>She stared at the letter, knowing it was a lie and hating herself for lying. Bradford didn't need her. Bradford had never needed her. He had married her because she was decorative, and because her name was Ashford, and because decorative women with old names were the kind of thing men like him collected.</w:t>
      </w:r>
    </w:p>
    <w:p>
      <w:r>
        <w:rPr>
          <w:rFonts w:ascii="IM Fell English" w:hAnsi="IM Fell English"/>
          <w:color w:val="141414"/>
          <w:sz w:val="24"/>
        </w:rPr>
        <w:t>She thought about her father's words at dinner: *I want to understand who you've become and why.*</w:t>
      </w:r>
    </w:p>
    <w:p>
      <w:r>
        <w:rPr>
          <w:rFonts w:ascii="IM Fell English" w:hAnsi="IM Fell English"/>
          <w:color w:val="141414"/>
          <w:sz w:val="24"/>
        </w:rPr>
        <w:t>The truth was that Lillian didn't know who she'd become. She knew who she was supposed to be: Mrs. Bradford Dubois, philanthropist, society hostess, suitable wife. She knew how to sit in uncomfortable chairs and smile at her husband's colleagues. She knew how to plan the right kind of parties for the right kind of people. She knew how to be beautiful in the way that men found beautiful: decorative, peaceful, undemanding.</w:t>
      </w:r>
    </w:p>
    <w:p>
      <w:r>
        <w:rPr>
          <w:rFonts w:ascii="IM Fell English" w:hAnsi="IM Fell English"/>
          <w:color w:val="141414"/>
          <w:sz w:val="24"/>
        </w:rPr>
        <w:t>What she didn't know was who she wanted to be, and that lack of knowing was the thing that was slowly destroying her.</w:t>
      </w:r>
    </w:p>
    <w:p>
      <w:r>
        <w:rPr>
          <w:rFonts w:ascii="IM Fell English" w:hAnsi="IM Fell English"/>
          <w:color w:val="141414"/>
          <w:sz w:val="24"/>
        </w:rPr>
        <w:t>She sealed the letter and set it on the hall table for the mail, then went looking for her mother. She found Vivienne in the morning room, drinking coffee and reading the newspaper with the focused attention of a woman trying very hard not to think about her dying husband.</w:t>
      </w:r>
    </w:p>
    <w:p>
      <w:r>
        <w:rPr>
          <w:rFonts w:ascii="IM Fell English" w:hAnsi="IM Fell English"/>
          <w:color w:val="141414"/>
          <w:sz w:val="24"/>
        </w:rPr>
        <w:t>"Mother?" Lillian sat down uninvited, a breach of the small protocols that governed their interactions. "Are you all right?"</w:t>
      </w:r>
    </w:p>
    <w:p>
      <w:r>
        <w:rPr>
          <w:rFonts w:ascii="IM Fell English" w:hAnsi="IM Fell English"/>
          <w:color w:val="141414"/>
          <w:sz w:val="24"/>
        </w:rPr>
        <w:t>Vivienne looked up, and for just a moment, Lillian saw something raw in her mother's face—something beneath all the careful composure and generations of training. Then it was gone, smoothed away, and Vivienne was simply a woman of fifty-three drinking coffee.</w:t>
      </w:r>
    </w:p>
    <w:p>
      <w:r>
        <w:rPr>
          <w:rFonts w:ascii="IM Fell English" w:hAnsi="IM Fell English"/>
          <w:color w:val="141414"/>
          <w:sz w:val="24"/>
        </w:rPr>
        <w:t>"Your father is dying," Vivienne said. "Other than that, I'm managing."</w:t>
      </w:r>
    </w:p>
    <w:p>
      <w:r>
        <w:rPr>
          <w:rFonts w:ascii="IM Fell English" w:hAnsi="IM Fell English"/>
          <w:color w:val="141414"/>
          <w:sz w:val="24"/>
        </w:rPr>
        <w:t>"I meant about all of this. About what he's asking us to do. About the will, and the conditions."</w:t>
      </w:r>
    </w:p>
    <w:p>
      <w:r>
        <w:rPr>
          <w:rFonts w:ascii="IM Fell English" w:hAnsi="IM Fell English"/>
          <w:color w:val="141414"/>
          <w:sz w:val="24"/>
        </w:rPr>
        <w:t>Vivienne folded her newspaper with precise, deliberate movements. "Your father is a man who has spent his life believing that money and the right kind of pressure could fix anything. Now that he's dying, he's trying to fix the one thing that money can't buy: peace of mind. Or perhaps absolution. I'm not entirely sure which."</w:t>
      </w:r>
    </w:p>
    <w:p>
      <w:r>
        <w:rPr>
          <w:rFonts w:ascii="IM Fell English" w:hAnsi="IM Fell English"/>
          <w:color w:val="141414"/>
          <w:sz w:val="24"/>
        </w:rPr>
        <w:t>"Did you know he was going to do this?"</w:t>
      </w:r>
    </w:p>
    <w:p>
      <w:r>
        <w:rPr>
          <w:rFonts w:ascii="IM Fell English" w:hAnsi="IM Fell English"/>
          <w:color w:val="141414"/>
          <w:sz w:val="24"/>
        </w:rPr>
        <w:t>"I suspected," Vivienne said. "Your father talks in his sleep, when the pain medication wears off. He's been rehearsing this moment for weeks."</w:t>
      </w:r>
    </w:p>
    <w:p>
      <w:r>
        <w:rPr>
          <w:rFonts w:ascii="IM Fell English" w:hAnsi="IM Fell English"/>
          <w:color w:val="141414"/>
          <w:sz w:val="24"/>
        </w:rPr>
        <w:t>Lillian wanted to ask if her mother thought it would work—if spending a summer at Ashford Manor was really going to change anything—but the question seemed too brutal. Instead, she asked, "Do you think he's right? About me and Bradford?"</w:t>
      </w:r>
    </w:p>
    <w:p>
      <w:r>
        <w:rPr>
          <w:rFonts w:ascii="IM Fell English" w:hAnsi="IM Fell English"/>
          <w:color w:val="141414"/>
          <w:sz w:val="24"/>
        </w:rPr>
        <w:t>The question hung in the air between them, dangerous and true.</w:t>
      </w:r>
    </w:p>
    <w:p>
      <w:r>
        <w:rPr>
          <w:rFonts w:ascii="IM Fell English" w:hAnsi="IM Fell English"/>
          <w:color w:val="141414"/>
          <w:sz w:val="24"/>
        </w:rPr>
        <w:t>"I think," Vivienne said slowly, "that the central tragedy of being a woman of our class is that we're taught to want the right things—a good marriage, a respectable position, a useful life—and then we're given no tools for determining what 'good' actually means beyond what the men around us tell us it should mean."</w:t>
      </w:r>
    </w:p>
    <w:p>
      <w:r>
        <w:rPr>
          <w:rFonts w:ascii="IM Fell English" w:hAnsi="IM Fell English"/>
          <w:color w:val="141414"/>
          <w:sz w:val="24"/>
        </w:rPr>
        <w:t>"That's not an answer."</w:t>
      </w:r>
    </w:p>
    <w:p>
      <w:r>
        <w:rPr>
          <w:rFonts w:ascii="IM Fell English" w:hAnsi="IM Fell English"/>
          <w:color w:val="141414"/>
          <w:sz w:val="24"/>
        </w:rPr>
        <w:t>"No," Vivienne agreed. "Because I don't have one. I married your father because it was expected, and somewhere in the middle of living with him, I developed feelings that approximated love. But I couldn't tell you if I would do it again, or if I should have done something different. I only know that I did it, and now I'm here, and he's dying, and I still don't entirely understand who he is."</w:t>
      </w:r>
    </w:p>
    <w:p>
      <w:r>
        <w:rPr>
          <w:rFonts w:ascii="IM Fell English" w:hAnsi="IM Fell English"/>
          <w:color w:val="141414"/>
          <w:sz w:val="24"/>
        </w:rPr>
        <w:t>Lillian felt tears prickling the back of her eyes. "I thought you were happy."</w:t>
      </w:r>
    </w:p>
    <w:p>
      <w:r>
        <w:rPr>
          <w:rFonts w:ascii="IM Fell English" w:hAnsi="IM Fell English"/>
          <w:color w:val="141414"/>
          <w:sz w:val="24"/>
        </w:rPr>
        <w:t>"Happiness is a luxury," Vivienne said, "that women like us don't generally have access to. We have contentment, and obligation, and occasionally passion. But happiness... that requires a kind of selfishness that I was never taught to cultivate." She reached over and squeezed Lillian's hand. "But perhaps that can change. Perhaps that's what your father is really asking for."</w:t>
      </w:r>
    </w:p>
    <w:p>
      <w:r>
        <w:rPr>
          <w:rFonts w:ascii="IM Fell English" w:hAnsi="IM Fell English"/>
          <w:color w:val="141414"/>
          <w:sz w:val="24"/>
        </w:rPr>
        <w:t>---</w:t>
      </w:r>
    </w:p>
    <w:p>
      <w:r>
        <w:rPr>
          <w:rFonts w:ascii="IM Fell English" w:hAnsi="IM Fell English"/>
          <w:color w:val="141414"/>
          <w:sz w:val="24"/>
        </w:rPr>
        <w:t>James found Nathan in the library, on the telephone, his voice low and urgent.</w:t>
      </w:r>
    </w:p>
    <w:p>
      <w:r>
        <w:rPr>
          <w:rFonts w:ascii="IM Fell English" w:hAnsi="IM Fell English"/>
          <w:color w:val="141414"/>
          <w:sz w:val="24"/>
        </w:rPr>
        <w:t>"—absolutely unacceptable, and I don't care if the associate partners think otherwise. This merger is worth forty million, and I'm not going to lose it because I'm playing the dutiful son for a dying man. Figure out what appearances I need to maintain and schedule them. I'll fly to Atlanta Thursday morning if I have to."</w:t>
      </w:r>
    </w:p>
    <w:p>
      <w:r>
        <w:rPr>
          <w:rFonts w:ascii="IM Fell English" w:hAnsi="IM Fell English"/>
          <w:color w:val="141414"/>
          <w:sz w:val="24"/>
        </w:rPr>
        <w:t>Nathan looked up, noticed James, and finished the call with brief assurances he didn't seem to mean. He set down the phone with the careful control of a man trying very hard not to throw it across the room.</w:t>
      </w:r>
    </w:p>
    <w:p>
      <w:r>
        <w:rPr>
          <w:rFonts w:ascii="IM Fell English" w:hAnsi="IM Fell English"/>
          <w:color w:val="141414"/>
          <w:sz w:val="24"/>
        </w:rPr>
        <w:t>"He's destroying all of this," Nathan said. "The firm, my career, everything I've built."</w:t>
      </w:r>
    </w:p>
    <w:p>
      <w:r>
        <w:rPr>
          <w:rFonts w:ascii="IM Fell English" w:hAnsi="IM Fell English"/>
          <w:color w:val="141414"/>
          <w:sz w:val="24"/>
        </w:rPr>
        <w:t>"He's dying," James said. "He's asking you to spend three months at home."</w:t>
      </w:r>
    </w:p>
    <w:p>
      <w:r>
        <w:rPr>
          <w:rFonts w:ascii="IM Fell English" w:hAnsi="IM Fell English"/>
          <w:color w:val="141414"/>
          <w:sz w:val="24"/>
        </w:rPr>
        <w:t>"He's holding my inheritance hostage," Nathan said. "He's using money as a weapon, and now, he's using his death as a weapon. It's manipulation on an epic scale."</w:t>
      </w:r>
    </w:p>
    <w:p>
      <w:r>
        <w:rPr>
          <w:rFonts w:ascii="IM Fell English" w:hAnsi="IM Fell English"/>
          <w:color w:val="141414"/>
          <w:sz w:val="24"/>
        </w:rPr>
        <w:t>"Maybe," James said. "Or maybe he's just scared."</w:t>
      </w:r>
    </w:p>
    <w:p>
      <w:r>
        <w:rPr>
          <w:rFonts w:ascii="IM Fell English" w:hAnsi="IM Fell English"/>
          <w:color w:val="141414"/>
          <w:sz w:val="24"/>
        </w:rPr>
        <w:t>Nathan looked at him with the kind of contempt that only siblings could generate. "Richard Ashford isn't scared of anything."</w:t>
      </w:r>
    </w:p>
    <w:p>
      <w:r>
        <w:rPr>
          <w:rFonts w:ascii="IM Fell English" w:hAnsi="IM Fell English"/>
          <w:color w:val="141414"/>
          <w:sz w:val="24"/>
        </w:rPr>
        <w:t>"Everyone's scared of dying," James said. "I think he's scared of dying without his children understanding him. Without him understanding his children."</w:t>
      </w:r>
    </w:p>
    <w:p>
      <w:r>
        <w:rPr>
          <w:rFonts w:ascii="IM Fell English" w:hAnsi="IM Fell English"/>
          <w:color w:val="141414"/>
          <w:sz w:val="24"/>
        </w:rPr>
        <w:t>"That's touching," Nathan said. "That's really beautiful, James. That's the kind of sentiment that sounds profound until you realize it's going to cost you approximately fifty thousand dollars in lost revenue." He stood, running his hand through his hair. "I don't have time for this. I have a firm to save and a merger to protect, and I have a father who's decided that his personal redemption arc is more important than his children's lives."</w:t>
      </w:r>
    </w:p>
    <w:p>
      <w:r>
        <w:rPr>
          <w:rFonts w:ascii="IM Fell English" w:hAnsi="IM Fell English"/>
          <w:color w:val="141414"/>
          <w:sz w:val="24"/>
        </w:rPr>
        <w:t>"Is it?" James asked quietly. "More important?"</w:t>
      </w:r>
    </w:p>
    <w:p>
      <w:r>
        <w:rPr>
          <w:rFonts w:ascii="IM Fell English" w:hAnsi="IM Fell English"/>
          <w:color w:val="141414"/>
          <w:sz w:val="24"/>
        </w:rPr>
        <w:t>Nathan paused at the doorway. "What?"</w:t>
      </w:r>
    </w:p>
    <w:p>
      <w:r>
        <w:rPr>
          <w:rFonts w:ascii="IM Fell English" w:hAnsi="IM Fell English"/>
          <w:color w:val="141414"/>
          <w:sz w:val="24"/>
        </w:rPr>
        <w:t>"Is your career more important than knowing who your father is before he dies? Is the merger more important than... than whatever it is he's trying to figure out?"</w:t>
      </w:r>
    </w:p>
    <w:p>
      <w:r>
        <w:rPr>
          <w:rFonts w:ascii="IM Fell English" w:hAnsi="IM Fell English"/>
          <w:color w:val="141414"/>
          <w:sz w:val="24"/>
        </w:rPr>
        <w:t>"Yes," Nathan said flatly. "It is. Because my career is *my* life. The merger is my future. My father's death is his problem, not mine."</w:t>
      </w:r>
    </w:p>
    <w:p>
      <w:r>
        <w:rPr>
          <w:rFonts w:ascii="IM Fell English" w:hAnsi="IM Fell English"/>
          <w:color w:val="141414"/>
          <w:sz w:val="24"/>
        </w:rPr>
        <w:t>He left, and James was alone in the library with all the books that nobody read and all the ancestors who would have understood Nathan perfectly. They were men of business, men of legacy, men who had learned to mistake importance for meaning.</w:t>
      </w:r>
    </w:p>
    <w:p>
      <w:r>
        <w:rPr>
          <w:rFonts w:ascii="IM Fell English" w:hAnsi="IM Fell English"/>
          <w:color w:val="141414"/>
          <w:sz w:val="24"/>
        </w:rPr>
        <w:t>James wandered through the house, reacquainting himself with the geography of his childhood. The library. The dining room. The morning room where his mother was probably contemplating the particular failures of her life. The kitchen, where the household staff was preparing lunch with the precision of people who understood that Ashford meals were performances, not sustenance.</w:t>
      </w:r>
    </w:p>
    <w:p>
      <w:r>
        <w:rPr>
          <w:rFonts w:ascii="IM Fell English" w:hAnsi="IM Fell English"/>
          <w:color w:val="141414"/>
          <w:sz w:val="24"/>
        </w:rPr>
        <w:t>He ended up in the guest wing, where Nathan was staying, and found the door to his older brother's room open. There was a leather briefcase on the bed, filled with documents, and James could see the names of the firms—high-powered names, important names. Nathan was right; he was building something real.</w:t>
      </w:r>
    </w:p>
    <w:p>
      <w:r>
        <w:rPr>
          <w:rFonts w:ascii="IM Fell English" w:hAnsi="IM Fell English"/>
          <w:color w:val="141414"/>
          <w:sz w:val="24"/>
        </w:rPr>
        <w:t>But there was something else too, in a small frame on the nightstand, where Nathan had set it even though hotel rooms and guest bedrooms probably shouldn't matter that much. A photograph. Nathan and a woman, both younger, both happy, both caught in the moment before something essential had broken.</w:t>
      </w:r>
    </w:p>
    <w:p>
      <w:r>
        <w:rPr>
          <w:rFonts w:ascii="IM Fell English" w:hAnsi="IM Fell English"/>
          <w:color w:val="141414"/>
          <w:sz w:val="24"/>
        </w:rPr>
        <w:t>James picked up the frame. Nathan's ex-wife. Jennifer. They'd divorced three years ago, a bitter separation that had apparently involved the custody of a child—a daughter—and a restraining order on Nathan's access. James hadn't been here for any of it. He'd been in Texas, building his cattle operation, pretending that he was a different person with a different name and a different family history.</w:t>
      </w:r>
    </w:p>
    <w:p>
      <w:r>
        <w:rPr>
          <w:rFonts w:ascii="IM Fell English" w:hAnsi="IM Fell English"/>
          <w:color w:val="141414"/>
          <w:sz w:val="24"/>
        </w:rPr>
        <w:t>He set the frame back down and left quietly, closing the door behind him.</w:t>
      </w:r>
    </w:p>
    <w:p>
      <w:r>
        <w:rPr>
          <w:rFonts w:ascii="IM Fell English" w:hAnsi="IM Fell English"/>
          <w:color w:val="141414"/>
          <w:sz w:val="24"/>
        </w:rPr>
        <w:t>---</w:t>
      </w:r>
    </w:p>
    <w:p>
      <w:r>
        <w:rPr>
          <w:rFonts w:ascii="IM Fell English" w:hAnsi="IM Fell English"/>
          <w:color w:val="141414"/>
          <w:sz w:val="24"/>
        </w:rPr>
        <w:t>That evening, before dinner, Richard called James into his study.</w:t>
      </w:r>
    </w:p>
    <w:p>
      <w:r>
        <w:rPr>
          <w:rFonts w:ascii="IM Fell English" w:hAnsi="IM Fell English"/>
          <w:color w:val="141414"/>
          <w:sz w:val="24"/>
        </w:rPr>
        <w:t>His father looked smaller each time James saw him—not physically, but in some essential way, as though he was evaporating, slowly returning to the air. He was working on papers when James entered, but he set them aside, giving James his attention with an intensity that felt almost painful.</w:t>
      </w:r>
    </w:p>
    <w:p>
      <w:r>
        <w:rPr>
          <w:rFonts w:ascii="IM Fell English" w:hAnsi="IM Fell English"/>
          <w:color w:val="141414"/>
          <w:sz w:val="24"/>
        </w:rPr>
        <w:t>"Thank you for staying," Richard said. "I wasn't sure you would."</w:t>
      </w:r>
    </w:p>
    <w:p>
      <w:r>
        <w:rPr>
          <w:rFonts w:ascii="IM Fell English" w:hAnsi="IM Fell English"/>
          <w:color w:val="141414"/>
          <w:sz w:val="24"/>
        </w:rPr>
        <w:t>"I didn't want to," James said. "You know that."</w:t>
      </w:r>
    </w:p>
    <w:p>
      <w:r>
        <w:rPr>
          <w:rFonts w:ascii="IM Fell English" w:hAnsi="IM Fell English"/>
          <w:color w:val="141414"/>
          <w:sz w:val="24"/>
        </w:rPr>
        <w:t>"I do. But you're here anyway. That matters."</w:t>
      </w:r>
    </w:p>
    <w:p>
      <w:r>
        <w:rPr>
          <w:rFonts w:ascii="IM Fell English" w:hAnsi="IM Fell English"/>
          <w:color w:val="141414"/>
          <w:sz w:val="24"/>
        </w:rPr>
        <w:t>James didn't sit. He stood near the door, ready for escape, like a deer that had wandered into a hunter's cabin and wasn't sure whether the hunter was friendly.</w:t>
      </w:r>
    </w:p>
    <w:p>
      <w:r>
        <w:rPr>
          <w:rFonts w:ascii="IM Fell English" w:hAnsi="IM Fell English"/>
          <w:color w:val="141414"/>
          <w:sz w:val="24"/>
        </w:rPr>
        <w:t>"I saw your cattle operation," Richard said. "I drove past it about six months ago, on my way back from a hunting trip with some colleagues. It's a beautiful property."</w:t>
      </w:r>
    </w:p>
    <w:p>
      <w:r>
        <w:rPr>
          <w:rFonts w:ascii="IM Fell English" w:hAnsi="IM Fell English"/>
          <w:color w:val="141414"/>
          <w:sz w:val="24"/>
        </w:rPr>
        <w:t>"It's falling apart," James said. "Father said so at dinner."</w:t>
      </w:r>
    </w:p>
    <w:p>
      <w:r>
        <w:rPr>
          <w:rFonts w:ascii="IM Fell English" w:hAnsi="IM Fell English"/>
          <w:color w:val="141414"/>
          <w:sz w:val="24"/>
        </w:rPr>
        <w:t>"It's authentic," Richard said. "That's rarer and more valuable than you might think." He paused. "I made a mistake when you were young, pushing you toward the firm, toward the business side of Ashford interests. You were never going to be Nathan. You were never going to be satisfied with money and titles and the right kind of wife."</w:t>
      </w:r>
    </w:p>
    <w:p>
      <w:r>
        <w:rPr>
          <w:rFonts w:ascii="IM Fell English" w:hAnsi="IM Fell English"/>
          <w:color w:val="141414"/>
          <w:sz w:val="24"/>
        </w:rPr>
        <w:t>"No," James agreed. "I wasn't."</w:t>
      </w:r>
    </w:p>
    <w:p>
      <w:r>
        <w:rPr>
          <w:rFonts w:ascii="IM Fell English" w:hAnsi="IM Fell English"/>
          <w:color w:val="141414"/>
          <w:sz w:val="24"/>
        </w:rPr>
        <w:t>"I want to understand what you are satisfied with. Before I die, I want to know what my youngest son has built, and why he's built it so carefully away from me."</w:t>
      </w:r>
    </w:p>
    <w:p>
      <w:r>
        <w:rPr>
          <w:rFonts w:ascii="IM Fell English" w:hAnsi="IM Fell English"/>
          <w:color w:val="141414"/>
          <w:sz w:val="24"/>
        </w:rPr>
        <w:t>James felt something break open in his chest, something he'd been holding closed since he left home at twenty-two. He wanted to say cruel things, to tell his father that it was too late, that understanding wouldn't change anything, that some bridges burned so completely that understanding what was on the other side didn't matter anymore.</w:t>
      </w:r>
    </w:p>
    <w:p>
      <w:r>
        <w:rPr>
          <w:rFonts w:ascii="IM Fell English" w:hAnsi="IM Fell English"/>
          <w:color w:val="141414"/>
          <w:sz w:val="24"/>
        </w:rPr>
        <w:t>Instead, he said, "I'll try to tell you."</w:t>
      </w:r>
    </w:p>
    <w:p>
      <w:r>
        <w:rPr>
          <w:rFonts w:ascii="IM Fell English" w:hAnsi="IM Fell English"/>
          <w:color w:val="141414"/>
          <w:sz w:val="24"/>
        </w:rPr>
        <w:t>"That's all I'm asking," Richard said.</w:t>
      </w:r>
    </w:p>
    <w:p>
      <w:r>
        <w:rPr>
          <w:rFonts w:ascii="IM Fell English" w:hAnsi="IM Fell English"/>
          <w:color w:val="141414"/>
          <w:sz w:val="24"/>
        </w:rPr>
        <w:t>---</w:t>
      </w:r>
    </w:p>
    <w:p>
      <w:r>
        <w:rPr>
          <w:rFonts w:ascii="IM Fell English" w:hAnsi="IM Fell English"/>
          <w:color w:val="141414"/>
          <w:sz w:val="24"/>
        </w:rPr>
        <w:t>## CHAPTER FOUR: SECOND CHANCES AND SECOND THOUGHTS</w:t>
      </w:r>
    </w:p>
    <w:p>
      <w:r>
        <w:rPr>
          <w:rFonts w:ascii="IM Fell English" w:hAnsi="IM Fell English"/>
          <w:color w:val="141414"/>
          <w:sz w:val="24"/>
        </w:rPr>
        <w:t>Bradford Dubois arrived on a Thursday without warning, which was entirely consistent with Bradford's approach to life: appearance and dramatic entrance when they would have the most impact. He drove a Porsche, which he parked crookedly in the circle drive, and he wore sunglasses that covered half his face and an expression that suggested he was willing to be disappointed by everything he saw.</w:t>
      </w:r>
    </w:p>
    <w:p>
      <w:r>
        <w:rPr>
          <w:rFonts w:ascii="IM Fell English" w:hAnsi="IM Fell English"/>
          <w:color w:val="141414"/>
          <w:sz w:val="24"/>
        </w:rPr>
        <w:t>Vivienne met him on the porch.</w:t>
      </w:r>
    </w:p>
    <w:p>
      <w:r>
        <w:rPr>
          <w:rFonts w:ascii="IM Fell English" w:hAnsi="IM Fell English"/>
          <w:color w:val="141414"/>
          <w:sz w:val="24"/>
        </w:rPr>
        <w:t>"Mr. Dubois," she said, with the kind of graciousness that could disguise almost any level of contempt. "How unexpected. Lillian didn't mention you were coming."</w:t>
      </w:r>
    </w:p>
    <w:p>
      <w:r>
        <w:rPr>
          <w:rFonts w:ascii="IM Fell English" w:hAnsi="IM Fell English"/>
          <w:color w:val="141414"/>
          <w:sz w:val="24"/>
        </w:rPr>
        <w:t>"Lillian," Bradford said, "seems to be having difficulty with the concept of being a wife. I've come to remind her of her marital obligations."</w:t>
      </w:r>
    </w:p>
    <w:p>
      <w:r>
        <w:rPr>
          <w:rFonts w:ascii="IM Fell English" w:hAnsi="IM Fell English"/>
          <w:color w:val="141414"/>
          <w:sz w:val="24"/>
        </w:rPr>
        <w:t>It was a statement delivered with such casual misogyny that Vivienne had to actually work to keep her expression neutral. But she managed it—generations of training in not showing one's true feelings served her well in this moment.</w:t>
      </w:r>
    </w:p>
    <w:p>
      <w:r>
        <w:rPr>
          <w:rFonts w:ascii="IM Fell English" w:hAnsi="IM Fell English"/>
          <w:color w:val="141414"/>
          <w:sz w:val="24"/>
        </w:rPr>
        <w:t>"Lillian is upstairs," she said. "Second floor, third door on the right. I'm sure she'll be delighted to see you."</w:t>
      </w:r>
    </w:p>
    <w:p>
      <w:r>
        <w:rPr>
          <w:rFonts w:ascii="IM Fell English" w:hAnsi="IM Fell English"/>
          <w:color w:val="141414"/>
          <w:sz w:val="24"/>
        </w:rPr>
        <w:t>It was a lie. Vivienne was quite certain that seeing Bradford would be the opposite of delightful for her daughter. But that was the way of things—people saying what was expected, meaning things entirely different, moving through the world in a carefully choreographed dance of polite deception.</w:t>
      </w:r>
    </w:p>
    <w:p>
      <w:r>
        <w:rPr>
          <w:rFonts w:ascii="IM Fell English" w:hAnsi="IM Fell English"/>
          <w:color w:val="141414"/>
          <w:sz w:val="24"/>
        </w:rPr>
        <w:t>Bradford left, and Vivienne found James in the library, reading a book about land management with the kind of concentration he usually reserved for avoiding people.</w:t>
      </w:r>
    </w:p>
    <w:p>
      <w:r>
        <w:rPr>
          <w:rFonts w:ascii="IM Fell English" w:hAnsi="IM Fell English"/>
          <w:color w:val="141414"/>
          <w:sz w:val="24"/>
        </w:rPr>
        <w:t>"Your sister's husband has arrived," she said.</w:t>
      </w:r>
    </w:p>
    <w:p>
      <w:r>
        <w:rPr>
          <w:rFonts w:ascii="IM Fell English" w:hAnsi="IM Fell English"/>
          <w:color w:val="141414"/>
          <w:sz w:val="24"/>
        </w:rPr>
        <w:t>James looked up. "The one she's miserable with?"</w:t>
      </w:r>
    </w:p>
    <w:p>
      <w:r>
        <w:rPr>
          <w:rFonts w:ascii="IM Fell English" w:hAnsi="IM Fell English"/>
          <w:color w:val="141414"/>
          <w:sz w:val="24"/>
        </w:rPr>
        <w:t>"The very same."</w:t>
      </w:r>
    </w:p>
    <w:p>
      <w:r>
        <w:rPr>
          <w:rFonts w:ascii="IM Fell English" w:hAnsi="IM Fell English"/>
          <w:color w:val="141414"/>
          <w:sz w:val="24"/>
        </w:rPr>
        <w:t>"Should we hide her in the attic?"</w:t>
      </w:r>
    </w:p>
    <w:p>
      <w:r>
        <w:rPr>
          <w:rFonts w:ascii="IM Fell English" w:hAnsi="IM Fell English"/>
          <w:color w:val="141414"/>
          <w:sz w:val="24"/>
        </w:rPr>
        <w:t>Despite herself, Vivienne smiled. "In our day, we were taught to endure things. Your generation seems to believe in escape. I'm not sure which approach is actually wiser."</w:t>
      </w:r>
    </w:p>
    <w:p>
      <w:r>
        <w:rPr>
          <w:rFonts w:ascii="IM Fell English" w:hAnsi="IM Fell English"/>
          <w:color w:val="141414"/>
          <w:sz w:val="24"/>
        </w:rPr>
        <w:t>"In our generation," James said, "we're learning that endurance without hope is just slow-motion destruction."</w:t>
      </w:r>
    </w:p>
    <w:p>
      <w:r>
        <w:rPr>
          <w:rFonts w:ascii="IM Fell English" w:hAnsi="IM Fell English"/>
          <w:color w:val="141414"/>
          <w:sz w:val="24"/>
        </w:rPr>
        <w:t>---</w:t>
      </w:r>
    </w:p>
    <w:p>
      <w:r>
        <w:rPr>
          <w:rFonts w:ascii="IM Fell English" w:hAnsi="IM Fell English"/>
          <w:color w:val="141414"/>
          <w:sz w:val="24"/>
        </w:rPr>
        <w:t>Upstairs, Lillian was staring at her reflection in the mirror—something she'd been doing a lot of lately, trying to recognize herself in the face that looked back. She'd been in her childhood home for only two days, and already she felt as though she was shedding the identity she'd carefully constructed in Atlanta, that increasingly hollow identity of Mrs. Dubois. What remained underneath was something softer, more uncertain, something that bore an uncomfortable resemblance to who she'd been before marriage.</w:t>
      </w:r>
    </w:p>
    <w:p>
      <w:r>
        <w:rPr>
          <w:rFonts w:ascii="IM Fell English" w:hAnsi="IM Fell English"/>
          <w:color w:val="141414"/>
          <w:sz w:val="24"/>
        </w:rPr>
        <w:t>When Bradford knocked, she almost didn't answer.</w:t>
      </w:r>
    </w:p>
    <w:p>
      <w:r>
        <w:rPr>
          <w:rFonts w:ascii="IM Fell English" w:hAnsi="IM Fell English"/>
          <w:color w:val="141414"/>
          <w:sz w:val="24"/>
        </w:rPr>
        <w:t>But she did, because that was what you did when your husband arrived. You answered. You were surprised and delighted. You smiled and smoothed your hair and acted as though you'd been waiting for this moment.</w:t>
      </w:r>
    </w:p>
    <w:p>
      <w:r>
        <w:rPr>
          <w:rFonts w:ascii="IM Fell English" w:hAnsi="IM Fell English"/>
          <w:color w:val="141414"/>
          <w:sz w:val="24"/>
        </w:rPr>
        <w:t>"Darling," he said, kissing her on the cheek without warmth. "Your mother's staff said you'd been up here alone. Again."</w:t>
      </w:r>
    </w:p>
    <w:p>
      <w:r>
        <w:rPr>
          <w:rFonts w:ascii="IM Fell English" w:hAnsi="IM Fell English"/>
          <w:color w:val="141414"/>
          <w:sz w:val="24"/>
        </w:rPr>
        <w:t>"I was resting," Lillian said. "The heat exhausts me."</w:t>
      </w:r>
    </w:p>
    <w:p>
      <w:r>
        <w:rPr>
          <w:rFonts w:ascii="IM Fell English" w:hAnsi="IM Fell English"/>
          <w:color w:val="141414"/>
          <w:sz w:val="24"/>
        </w:rPr>
        <w:t>"The heat." He said it as though heat was something that happened to other people, lesser people. "We need to talk about this ridiculous extended stay. It's been two days, and already you sound like a different person."</w:t>
      </w:r>
    </w:p>
    <w:p>
      <w:r>
        <w:rPr>
          <w:rFonts w:ascii="IM Fell English" w:hAnsi="IM Fell English"/>
          <w:color w:val="141414"/>
          <w:sz w:val="24"/>
        </w:rPr>
        <w:t>"Perhaps I am," Lillian said. "Perhaps I've been a different person all along, and I was just pretending to be Mrs. Dubois."</w:t>
      </w:r>
    </w:p>
    <w:p>
      <w:r>
        <w:rPr>
          <w:rFonts w:ascii="IM Fell English" w:hAnsi="IM Fell English"/>
          <w:color w:val="141414"/>
          <w:sz w:val="24"/>
        </w:rPr>
        <w:t>The words surprised even her. Bradford looked at her as though she'd spoken in tongues.</w:t>
      </w:r>
    </w:p>
    <w:p>
      <w:r>
        <w:rPr>
          <w:rFonts w:ascii="IM Fell English" w:hAnsi="IM Fell English"/>
          <w:color w:val="141414"/>
          <w:sz w:val="24"/>
        </w:rPr>
        <w:t>"That's the most absurd thing I've ever heard," he said. "You are Mrs. Dubois. That's what you are. That's what you've always been since we married."</w:t>
      </w:r>
    </w:p>
    <w:p>
      <w:r>
        <w:rPr>
          <w:rFonts w:ascii="IM Fell English" w:hAnsi="IM Fell English"/>
          <w:color w:val="141414"/>
          <w:sz w:val="24"/>
        </w:rPr>
        <w:t>"No," Lillian said quietly. "I was Lillian Ashford before I was anything else. I was a girl with a father who was dying and a mother who was afraid and a family that was falling apart. And then I married you to escape all that, and for a few years it worked. But I'm not Mrs. Dubois, Bradford. I'm not sure I ever really was."</w:t>
      </w:r>
    </w:p>
    <w:p>
      <w:r>
        <w:rPr>
          <w:rFonts w:ascii="IM Fell English" w:hAnsi="IM Fell English"/>
          <w:color w:val="141414"/>
          <w:sz w:val="24"/>
        </w:rPr>
        <w:t>He stared at her, and she could see him trying to calculate how to respond, the way he calculated everything—as a cost-benefit analysis, a transaction, a negotiation. It was the moment, she thought, where he would either understand or leave. There seemed to be no middle ground.</w:t>
      </w:r>
    </w:p>
    <w:p>
      <w:r>
        <w:rPr>
          <w:rFonts w:ascii="IM Fell English" w:hAnsi="IM Fell English"/>
          <w:color w:val="141414"/>
          <w:sz w:val="24"/>
        </w:rPr>
        <w:t>"You're having a breakdown," he said finally. "This is stress. This is being back in this house with your dying father. You need to come home with me. You need to be away from this place and its morbidity."</w:t>
      </w:r>
    </w:p>
    <w:p>
      <w:r>
        <w:rPr>
          <w:rFonts w:ascii="IM Fell English" w:hAnsi="IM Fell English"/>
          <w:color w:val="141414"/>
          <w:sz w:val="24"/>
        </w:rPr>
        <w:t>"No," Lillian said. She was surprised by how calm she sounded. "I need to stay. I need to understand what Father's asking, and I need to understand what I want. And right now, staying here is what I want."</w:t>
      </w:r>
    </w:p>
    <w:p>
      <w:r>
        <w:rPr>
          <w:rFonts w:ascii="IM Fell English" w:hAnsi="IM Fell English"/>
          <w:color w:val="141414"/>
          <w:sz w:val="24"/>
        </w:rPr>
        <w:t>"Then you're choosing this," Bradford said, gesturing vaguely at the room, the house, the whole concept of Ashford Manor and its theatrical dysfunction. "You're choosing your family over your marriage."</w:t>
      </w:r>
    </w:p>
    <w:p>
      <w:r>
        <w:rPr>
          <w:rFonts w:ascii="IM Fell English" w:hAnsi="IM Fell English"/>
          <w:color w:val="141414"/>
          <w:sz w:val="24"/>
        </w:rPr>
        <w:t>"I'm choosing myself," Lillian said. "For the first time in my adult life, I'm choosing myself. And my marriage... my marriage wasn't really a marriage. It was an arrangement. A very pleasant arrangement, perhaps, but an arrangement. And I'm not sure I want to be an arrangement anymore."</w:t>
      </w:r>
    </w:p>
    <w:p>
      <w:r>
        <w:rPr>
          <w:rFonts w:ascii="IM Fell English" w:hAnsi="IM Fell English"/>
          <w:color w:val="141414"/>
          <w:sz w:val="24"/>
        </w:rPr>
        <w:t>Bradford left. He left spectacularly, the way he did most things, with angry words and threats about lawyers and the financial consequences of her abandonment. He left, and Lillian felt as though she'd just made a decision that was both terrifying and absolutely correct.</w:t>
      </w:r>
    </w:p>
    <w:p>
      <w:r>
        <w:rPr>
          <w:rFonts w:ascii="IM Fell English" w:hAnsi="IM Fell English"/>
          <w:color w:val="141414"/>
          <w:sz w:val="24"/>
        </w:rPr>
        <w:t>She sat on her childhood bed and cried—not sad tears, but tears of relief, of release, of finally, finally being allowed to be honest.</w:t>
      </w:r>
    </w:p>
    <w:p>
      <w:r>
        <w:rPr>
          <w:rFonts w:ascii="IM Fell English" w:hAnsi="IM Fell English"/>
          <w:color w:val="141414"/>
          <w:sz w:val="24"/>
        </w:rPr>
        <w:t>---</w:t>
      </w:r>
    </w:p>
    <w:p>
      <w:r>
        <w:rPr>
          <w:rFonts w:ascii="IM Fell English" w:hAnsi="IM Fell English"/>
          <w:color w:val="141414"/>
          <w:sz w:val="24"/>
        </w:rPr>
        <w:t>Nathan's phone had been ringing constantly. His colleagues, his partners, his ex-wife's lawyer—all of them with urgent messages, all of them demanding something from him. He'd been ignoring most of them, but this one he couldn't ignore.</w:t>
      </w:r>
    </w:p>
    <w:p>
      <w:r>
        <w:rPr>
          <w:rFonts w:ascii="IM Fell English" w:hAnsi="IM Fell English"/>
          <w:color w:val="141414"/>
          <w:sz w:val="24"/>
        </w:rPr>
        <w:t>He found James in the garden, working with the groundskeeper, of all things—actually getting dirt under his fingernails, actually doing something with his hands that didn't involve power or prestige.</w:t>
      </w:r>
    </w:p>
    <w:p>
      <w:r>
        <w:rPr>
          <w:rFonts w:ascii="IM Fell English" w:hAnsi="IM Fell English"/>
          <w:color w:val="141414"/>
          <w:sz w:val="24"/>
        </w:rPr>
        <w:t>"We need to talk," Nathan said.</w:t>
      </w:r>
    </w:p>
    <w:p>
      <w:r>
        <w:rPr>
          <w:rFonts w:ascii="IM Fell English" w:hAnsi="IM Fell English"/>
          <w:color w:val="141414"/>
          <w:sz w:val="24"/>
        </w:rPr>
        <w:t>James straightened, wiping his forehead. "If this is about the lawn care, I wasn't actually trying to take over. I was just—"</w:t>
      </w:r>
    </w:p>
    <w:p>
      <w:r>
        <w:rPr>
          <w:rFonts w:ascii="IM Fell English" w:hAnsi="IM Fell English"/>
          <w:color w:val="141414"/>
          <w:sz w:val="24"/>
        </w:rPr>
        <w:t>"It's not about the lawn," Nathan said. "It's about... it's about my daughter."</w:t>
      </w:r>
    </w:p>
    <w:p>
      <w:r>
        <w:rPr>
          <w:rFonts w:ascii="IM Fell English" w:hAnsi="IM Fell English"/>
          <w:color w:val="141414"/>
          <w:sz w:val="24"/>
        </w:rPr>
        <w:t>The words landed in the humid air like stones.</w:t>
      </w:r>
    </w:p>
    <w:p>
      <w:r>
        <w:rPr>
          <w:rFonts w:ascii="IM Fell English" w:hAnsi="IM Fell English"/>
          <w:color w:val="141414"/>
          <w:sz w:val="24"/>
        </w:rPr>
        <w:t>"You have a daughter?" James asked.</w:t>
      </w:r>
    </w:p>
    <w:p>
      <w:r>
        <w:rPr>
          <w:rFonts w:ascii="IM Fell English" w:hAnsi="IM Fell English"/>
          <w:color w:val="141414"/>
          <w:sz w:val="24"/>
        </w:rPr>
        <w:t>"I did. Sarah. She's nine years old, and I haven't seen her in three years." Nathan sat on a stone bench, looking as though the weight of this admission had physically broken something in him. "My ex-wife got primary custody, and when I fought her on it—when I asked for more access—I got a restraining order. Jennifer claimed I was emotionally unstable, that I was damaging the child. The court agreed."</w:t>
      </w:r>
    </w:p>
    <w:p>
      <w:r>
        <w:rPr>
          <w:rFonts w:ascii="IM Fell English" w:hAnsi="IM Fell English"/>
          <w:color w:val="141414"/>
          <w:sz w:val="24"/>
        </w:rPr>
        <w:t>James sat beside him, waiting.</w:t>
      </w:r>
    </w:p>
    <w:p>
      <w:r>
        <w:rPr>
          <w:rFonts w:ascii="IM Fell English" w:hAnsi="IM Fell English"/>
          <w:color w:val="141414"/>
          <w:sz w:val="24"/>
        </w:rPr>
        <w:t>"I don't even know what I did," Nathan continued. "I was working constantly, yes. I wasn't great at the marriage thing, and I'm absolutely terrible at the divorce thing. But I never hurt Sarah. I never did anything that would justify a restraining order. And then, suddenly, I wasn't allowed to see her. I wasn't allowed to call. I wasn't allowed to send her birthday gifts. And I've spent the last three years telling myself that it didn't matter, that I could bury myself in work and pretend my daughter was a fiction, something that happened to someone else."</w:t>
      </w:r>
    </w:p>
    <w:p>
      <w:r>
        <w:rPr>
          <w:rFonts w:ascii="IM Fell English" w:hAnsi="IM Fell English"/>
          <w:color w:val="141414"/>
          <w:sz w:val="24"/>
        </w:rPr>
        <w:t>"But she's not," James said.</w:t>
      </w:r>
    </w:p>
    <w:p>
      <w:r>
        <w:rPr>
          <w:rFonts w:ascii="IM Fell English" w:hAnsi="IM Fell English"/>
          <w:color w:val="141414"/>
          <w:sz w:val="24"/>
        </w:rPr>
        <w:t>"No. She's not. And Father..." Nathan's voice broke slightly. "Father said at dinner that the central failure of his life was not understanding his children. He said he wanted to fix that before he died. And I realized that I'm doing exactly the same thing. I'm losing Sarah the way he lost us. I'm becoming exactly like him."</w:t>
      </w:r>
    </w:p>
    <w:p>
      <w:r>
        <w:rPr>
          <w:rFonts w:ascii="IM Fell English" w:hAnsi="IM Fell English"/>
          <w:color w:val="141414"/>
          <w:sz w:val="24"/>
        </w:rPr>
        <w:t>James didn't offer platitudes or easy solutions. He simply sat beside his brother in the gathering darkness, and together they watched the fireflies begin to emerge, the way they'd watched them as children, before everything had become so complicated.</w:t>
      </w:r>
    </w:p>
    <w:p>
      <w:r>
        <w:rPr>
          <w:rFonts w:ascii="IM Fell English" w:hAnsi="IM Fell English"/>
          <w:color w:val="141414"/>
          <w:sz w:val="24"/>
        </w:rPr>
        <w:t>"What are you going to do?" James asked finally.</w:t>
      </w:r>
    </w:p>
    <w:p>
      <w:r>
        <w:rPr>
          <w:rFonts w:ascii="IM Fell English" w:hAnsi="IM Fell English"/>
          <w:color w:val="141414"/>
          <w:sz w:val="24"/>
        </w:rPr>
        <w:t>"I don't know," Nathan said. "I don't know if I can fix it. I don't know if Jennifer would even let me try. But I think... I think I need to try. I think the merger can wait. The firm can wait. Everything can wait, except this."</w:t>
      </w:r>
    </w:p>
    <w:p>
      <w:r>
        <w:rPr>
          <w:rFonts w:ascii="IM Fell English" w:hAnsi="IM Fell English"/>
          <w:color w:val="141414"/>
          <w:sz w:val="24"/>
        </w:rPr>
        <w:t>---</w:t>
      </w:r>
    </w:p>
    <w:p>
      <w:r>
        <w:rPr>
          <w:rFonts w:ascii="IM Fell English" w:hAnsi="IM Fell English"/>
          <w:color w:val="141414"/>
          <w:sz w:val="24"/>
        </w:rPr>
        <w:t>Richard watched all of this from his window. He was in his room, which he'd begun to use more frequently, spending longer periods of time in bed, the pain medication making him drowsy and distant. But he was watching nonetheless, noting the small fractures and repositionings of his children's lives, trying to understand if his plan was actually working or if he was simply a dying man attempting to rearrange the furniture on a sinking ship.</w:t>
      </w:r>
    </w:p>
    <w:p>
      <w:r>
        <w:rPr>
          <w:rFonts w:ascii="IM Fell English" w:hAnsi="IM Fell English"/>
          <w:color w:val="141414"/>
          <w:sz w:val="24"/>
        </w:rPr>
        <w:t>Vivienne came in with his evening medication, and he took it without complaint.</w:t>
      </w:r>
    </w:p>
    <w:p>
      <w:r>
        <w:rPr>
          <w:rFonts w:ascii="IM Fell English" w:hAnsi="IM Fell English"/>
          <w:color w:val="141414"/>
          <w:sz w:val="24"/>
        </w:rPr>
        <w:t>"They're falling apart," he said.</w:t>
      </w:r>
    </w:p>
    <w:p>
      <w:r>
        <w:rPr>
          <w:rFonts w:ascii="IM Fell English" w:hAnsi="IM Fell English"/>
          <w:color w:val="141414"/>
          <w:sz w:val="24"/>
        </w:rPr>
        <w:t>"Yes," Vivienne agreed. "They are. Or perhaps they're falling together. It's difficult to tell the difference sometimes."</w:t>
      </w:r>
    </w:p>
    <w:p>
      <w:r>
        <w:rPr>
          <w:rFonts w:ascii="IM Fell English" w:hAnsi="IM Fell English"/>
          <w:color w:val="141414"/>
          <w:sz w:val="24"/>
        </w:rPr>
        <w:t>"Do you think it will matter? Whether they stay, whether they listen to me, whether they understand what I'm trying to say?"</w:t>
      </w:r>
    </w:p>
    <w:p>
      <w:r>
        <w:rPr>
          <w:rFonts w:ascii="IM Fell English" w:hAnsi="IM Fell English"/>
          <w:color w:val="141414"/>
          <w:sz w:val="24"/>
        </w:rPr>
        <w:t>"I think," Vivienne said, "that mattering is different from working. You can matter very much without actually fixing anything. But perhaps that's the point. Perhaps the fixing isn't the important part. Perhaps the important part is just showing up and trying."</w:t>
      </w:r>
    </w:p>
    <w:p>
      <w:r>
        <w:rPr>
          <w:rFonts w:ascii="IM Fell English" w:hAnsi="IM Fell English"/>
          <w:color w:val="141414"/>
          <w:sz w:val="24"/>
        </w:rPr>
        <w:t>Richard took her hand. "I'm sorry," he said.</w:t>
      </w:r>
    </w:p>
    <w:p>
      <w:r>
        <w:rPr>
          <w:rFonts w:ascii="IM Fell English" w:hAnsi="IM Fell English"/>
          <w:color w:val="141414"/>
          <w:sz w:val="24"/>
        </w:rPr>
        <w:t>"For what?"</w:t>
      </w:r>
    </w:p>
    <w:p>
      <w:r>
        <w:rPr>
          <w:rFonts w:ascii="IM Fell English" w:hAnsi="IM Fell English"/>
          <w:color w:val="141414"/>
          <w:sz w:val="24"/>
        </w:rPr>
        <w:t>"For all of it. For the marriage that wasn't what you wanted. For the life you've had to live around me."</w:t>
      </w:r>
    </w:p>
    <w:p>
      <w:r>
        <w:rPr>
          <w:rFonts w:ascii="IM Fell English" w:hAnsi="IM Fell English"/>
          <w:color w:val="141414"/>
          <w:sz w:val="24"/>
        </w:rPr>
        <w:t>"Don't be sorry," Vivienne said gently. "Just be here. For as long as you can, be here."</w:t>
      </w:r>
    </w:p>
    <w:p>
      <w:r>
        <w:rPr>
          <w:rFonts w:ascii="IM Fell English" w:hAnsi="IM Fell English"/>
          <w:color w:val="141414"/>
          <w:sz w:val="24"/>
        </w:rPr>
        <w:t>---</w:t>
      </w:r>
    </w:p>
    <w:p>
      <w:r>
        <w:rPr>
          <w:rFonts w:ascii="IM Fell English" w:hAnsi="IM Fell English"/>
          <w:color w:val="141414"/>
          <w:sz w:val="24"/>
        </w:rPr>
        <w:t>## CHAPTER FIVE: CONFESSIONS AND CONSEQUENCES</w:t>
      </w:r>
    </w:p>
    <w:p>
      <w:r>
        <w:rPr>
          <w:rFonts w:ascii="IM Fell English" w:hAnsi="IM Fell English"/>
          <w:color w:val="141414"/>
          <w:sz w:val="24"/>
        </w:rPr>
        <w:t>The summer arrived in earnest, oppressive and complete. The heat settled over Ashford Manor like a living thing, making the old house creak and shift, making the magnolias droop, making everyone inside question the decisions that had led them to stay. The household staff began to look exhausted. The garden—despite James's efforts—began to wilt. The very air seemed heavier, thicker with secrets and the weight of unspoken truths.</w:t>
      </w:r>
    </w:p>
    <w:p>
      <w:r>
        <w:rPr>
          <w:rFonts w:ascii="IM Fell English" w:hAnsi="IM Fell English"/>
          <w:color w:val="141414"/>
          <w:sz w:val="24"/>
        </w:rPr>
        <w:t>Richard was worse. The decline that had been gradual became, suddenly, dramatic. He woke some mornings unable to leave his bed. Some days he didn't speak at all, just lay there with his eyes open, staring at the ceiling as though he could see through it to something beyond. The doctor came twice a week now, and each visit seemed to conclude with a quiet conversation with Vivienne that made her eyes red for the rest of the day.</w:t>
      </w:r>
    </w:p>
    <w:p>
      <w:r>
        <w:rPr>
          <w:rFonts w:ascii="IM Fell English" w:hAnsi="IM Fell English"/>
          <w:color w:val="141414"/>
          <w:sz w:val="24"/>
        </w:rPr>
        <w:t>The children knew, without being told, that they were running out of time.</w:t>
      </w:r>
    </w:p>
    <w:p>
      <w:r>
        <w:rPr>
          <w:rFonts w:ascii="IM Fell English" w:hAnsi="IM Fell English"/>
          <w:color w:val="141414"/>
          <w:sz w:val="24"/>
        </w:rPr>
        <w:t>It was James who insisted they gather in the library—the same room where Richard had made his ultimatum weeks ago, a room that had become something like a confessional chamber for family secrets.</w:t>
      </w:r>
    </w:p>
    <w:p>
      <w:r>
        <w:rPr>
          <w:rFonts w:ascii="IM Fell English" w:hAnsi="IM Fell English"/>
          <w:color w:val="141414"/>
          <w:sz w:val="24"/>
        </w:rPr>
        <w:t>"He's not going to make it to the end of summer," James said without preamble. "We need to say the things we need to say while there's still time."</w:t>
      </w:r>
    </w:p>
    <w:p>
      <w:r>
        <w:rPr>
          <w:rFonts w:ascii="IM Fell English" w:hAnsi="IM Fell English"/>
          <w:color w:val="141414"/>
          <w:sz w:val="24"/>
        </w:rPr>
        <w:t>"That's morbid," Lillian said, but she didn't argue.</w:t>
      </w:r>
    </w:p>
    <w:p>
      <w:r>
        <w:rPr>
          <w:rFonts w:ascii="IM Fell English" w:hAnsi="IM Fell English"/>
          <w:color w:val="141414"/>
          <w:sz w:val="24"/>
        </w:rPr>
        <w:t>Nathan had already set his phone to silent. Three weeks ago, he'd withdrawn from the merger. He'd stepped back from the firm. He'd hired a lawyer of his own—not to fight Jennifer, but to understand his options, to see if there was any path to seeing his daughter again. The merger had gone through without him. The firm had replaced him within two weeks. He should have been devastated. Instead, he felt lighter than he'd felt in years.</w:t>
      </w:r>
    </w:p>
    <w:p>
      <w:r>
        <w:rPr>
          <w:rFonts w:ascii="IM Fell English" w:hAnsi="IM Fell English"/>
          <w:color w:val="141414"/>
          <w:sz w:val="24"/>
        </w:rPr>
        <w:t>"I'll start," Nathan said. "I've been a terrible father. I was so focused on building something, on proving something, that I forgot why I was building it in the first place. My daughter is nine years old, and I don't know her. I don't know her favorite color or her favorite food or whether she's afraid of the dark. And it's too late to get those years back. But I'm going to try to be present for whatever years come next. That's what Father was asking, wasn't it? Just to be present."</w:t>
      </w:r>
    </w:p>
    <w:p>
      <w:r>
        <w:rPr>
          <w:rFonts w:ascii="IM Fell English" w:hAnsi="IM Fell English"/>
          <w:color w:val="141414"/>
          <w:sz w:val="24"/>
        </w:rPr>
        <w:t>"I'm getting divorced," Lillian said, and her voice was steady and clear. "Bradford tried to pressure me into leaving, and when I refused, he served me with papers. Which is fine, because I was going to do the same thing to him eventually. I spent six years being Mrs. Dubois, and I hated it. I hated being decorative. I hated being a projection of someone else's status. I'm going back to school. I'm going to get a degree in art history, and I'm going to work at a museum or a gallery, and I'm going to stop apologizing for having thoughts and feelings. Father said to choose goodness. I'm choosing to stop being invisible."</w:t>
      </w:r>
    </w:p>
    <w:p>
      <w:r>
        <w:rPr>
          <w:rFonts w:ascii="IM Fell English" w:hAnsi="IM Fell English"/>
          <w:color w:val="141414"/>
          <w:sz w:val="24"/>
        </w:rPr>
        <w:t>They both looked at James, expectantly.</w:t>
      </w:r>
    </w:p>
    <w:p>
      <w:r>
        <w:rPr>
          <w:rFonts w:ascii="IM Fell English" w:hAnsi="IM Fell English"/>
          <w:color w:val="141414"/>
          <w:sz w:val="24"/>
        </w:rPr>
        <w:t>"I don't have a grand revelation," James said. "I don't have a life-changing decision. What I have is... what I have is the understanding that running away isn't the same as building something. I've been running from this family, from this house, from all of you, because I was afraid that if I stayed, I'd become Richard Ashford. But the thing is..." He paused. "The thing is, you don't become your father just because you share a name. You become him if you make his choices. And maybe... maybe I should stop running and start actually deciding what *my* life is going to look like."</w:t>
      </w:r>
    </w:p>
    <w:p>
      <w:r>
        <w:rPr>
          <w:rFonts w:ascii="IM Fell English" w:hAnsi="IM Fell English"/>
          <w:color w:val="141414"/>
          <w:sz w:val="24"/>
        </w:rPr>
        <w:t>The silence that followed was full but not empty. There was something in that silence—acknowledgment, maybe. Recognition. The sense that something was shifting, slowly, in the architecture of their family.</w:t>
      </w:r>
    </w:p>
    <w:p>
      <w:r>
        <w:rPr>
          <w:rFonts w:ascii="IM Fell English" w:hAnsi="IM Fell English"/>
          <w:color w:val="141414"/>
          <w:sz w:val="24"/>
        </w:rPr>
        <w:t>"I want to tell you something," Nathan said, "before we go see him. I want to tell both of you about Sarah, about what I lost and how I lost it, because I think Father needs to know that his oldest son understands the particular pain of losing his children, even when they're still alive."</w:t>
      </w:r>
    </w:p>
    <w:p>
      <w:r>
        <w:rPr>
          <w:rFonts w:ascii="IM Fell English" w:hAnsi="IM Fell English"/>
          <w:color w:val="141414"/>
          <w:sz w:val="24"/>
        </w:rPr>
        <w:t>So Nathan told them about the divorce, about the woman he'd thought was his wife and had turned out to be a stranger, about the daughter who was a stranger too. And as he talked, Lillian reached over and took his hand, the way she had when they were children, the way siblings did when one of them was drowning and the other one could, at least, bear witness.</w:t>
      </w:r>
    </w:p>
    <w:p>
      <w:r>
        <w:rPr>
          <w:rFonts w:ascii="IM Fell English" w:hAnsi="IM Fell English"/>
          <w:color w:val="141414"/>
          <w:sz w:val="24"/>
        </w:rPr>
        <w:t>James listened, and he thought about his father upstairs, dying in increments, trying to make sense of the life he'd lived and the children he'd raised and the distance that existed between all of it.</w:t>
      </w:r>
    </w:p>
    <w:p>
      <w:r>
        <w:rPr>
          <w:rFonts w:ascii="IM Fell English" w:hAnsi="IM Fell English"/>
          <w:color w:val="141414"/>
          <w:sz w:val="24"/>
        </w:rPr>
        <w:t>"We should go," James said finally. "We should tell him."</w:t>
      </w:r>
    </w:p>
    <w:p>
      <w:r>
        <w:rPr>
          <w:rFonts w:ascii="IM Fell English" w:hAnsi="IM Fell English"/>
          <w:color w:val="141414"/>
          <w:sz w:val="24"/>
        </w:rPr>
        <w:t>---</w:t>
      </w:r>
    </w:p>
    <w:p>
      <w:r>
        <w:rPr>
          <w:rFonts w:ascii="IM Fell English" w:hAnsi="IM Fell English"/>
          <w:color w:val="141414"/>
          <w:sz w:val="24"/>
        </w:rPr>
        <w:t>Richard was awake, which was increasingly rare. The medications that kept him comfortable seemed to keep him unconscious most of the time, but today, he was lucid and present, and he seemed to understand, without being told, that something momentous was about to happen.</w:t>
      </w:r>
    </w:p>
    <w:p>
      <w:r>
        <w:rPr>
          <w:rFonts w:ascii="IM Fell English" w:hAnsi="IM Fell English"/>
          <w:color w:val="141414"/>
          <w:sz w:val="24"/>
        </w:rPr>
        <w:t>Vivienne retreated to the hallway, knowing instinctively that this conversation was for her children, not for her. In a marriage that had spanned more than three decades, she'd learned the difference between inclusion and intrusion.</w:t>
      </w:r>
    </w:p>
    <w:p>
      <w:r>
        <w:rPr>
          <w:rFonts w:ascii="IM Fell English" w:hAnsi="IM Fell English"/>
          <w:color w:val="141414"/>
          <w:sz w:val="24"/>
        </w:rPr>
        <w:t>Nathan spoke first, and he told his father about Sarah—not the sanitized version, but the truth. The anger, the failure, the restraining order. The realization that he'd been so focused on building a legacy that he'd forgotten to build a life.</w:t>
      </w:r>
    </w:p>
    <w:p>
      <w:r>
        <w:rPr>
          <w:rFonts w:ascii="IM Fell English" w:hAnsi="IM Fell English"/>
          <w:color w:val="141414"/>
          <w:sz w:val="24"/>
        </w:rPr>
        <w:t>"I don't know if I can fix it," Nathan said, "but I'm going to try. That's what you were asking for, wasn't it? To acknowledge the mistakes and try to fix them?"</w:t>
      </w:r>
    </w:p>
    <w:p>
      <w:r>
        <w:rPr>
          <w:rFonts w:ascii="IM Fell English" w:hAnsi="IM Fell English"/>
          <w:color w:val="141414"/>
          <w:sz w:val="24"/>
        </w:rPr>
        <w:t>"Yes," Richard said. His voice was weak, but his eyes were bright. "That's all I ever asked."</w:t>
      </w:r>
    </w:p>
    <w:p>
      <w:r>
        <w:rPr>
          <w:rFonts w:ascii="IM Fell English" w:hAnsi="IM Fell English"/>
          <w:color w:val="141414"/>
          <w:sz w:val="24"/>
        </w:rPr>
        <w:t>Lillian talked about the shallow marriage, the careful performance, the decision to divorce and go back to school. Richard listened, and he cried—not dramatically, but quietly, tears sliding down his face with the inevitability of rain on a windowpane.</w:t>
      </w:r>
    </w:p>
    <w:p>
      <w:r>
        <w:rPr>
          <w:rFonts w:ascii="IM Fell English" w:hAnsi="IM Fell English"/>
          <w:color w:val="141414"/>
          <w:sz w:val="24"/>
        </w:rPr>
        <w:t>"I'm proud of you," he said to Lillian. "For choosing yourself. That's harder than it sounds, especially for women of our family. That takes more courage than anything I've ever done."</w:t>
      </w:r>
    </w:p>
    <w:p>
      <w:r>
        <w:rPr>
          <w:rFonts w:ascii="IM Fell English" w:hAnsi="IM Fell English"/>
          <w:color w:val="141414"/>
          <w:sz w:val="24"/>
        </w:rPr>
        <w:t>And then it was James's turn, and he found he didn't have words for what he needed to say. So he just sat on the edge of his father's bed, where he hadn't sat since he was a boy, and said, "I forgive you."</w:t>
      </w:r>
    </w:p>
    <w:p>
      <w:r>
        <w:rPr>
          <w:rFonts w:ascii="IM Fell English" w:hAnsi="IM Fell English"/>
          <w:color w:val="141414"/>
          <w:sz w:val="24"/>
        </w:rPr>
        <w:t>Richard didn't ask what James was forgiving him for. Perhaps he understood that it was everything—the pressure and the expectations and the disappointment and the refusal to see who James actually was, underneath all the family legacy and the Ashford name.</w:t>
      </w:r>
    </w:p>
    <w:p>
      <w:r>
        <w:rPr>
          <w:rFonts w:ascii="IM Fell English" w:hAnsi="IM Fell English"/>
          <w:color w:val="141414"/>
          <w:sz w:val="24"/>
        </w:rPr>
        <w:t>"Thank you," Richard said, and he closed his eyes, and he seemed to sleep.</w:t>
      </w:r>
    </w:p>
    <w:p>
      <w:r>
        <w:rPr>
          <w:rFonts w:ascii="IM Fell English" w:hAnsi="IM Fell English"/>
          <w:color w:val="141414"/>
          <w:sz w:val="24"/>
        </w:rPr>
        <w:t>But he didn't sleep. He held James's hand, and he listened to his children breathe, and he understood, finally, that love wasn't about fixing anyone. It was about seeing them, completely and without judgment, and staying present in that seeing, even when it hurt.</w:t>
      </w:r>
    </w:p>
    <w:p>
      <w:r>
        <w:rPr>
          <w:rFonts w:ascii="IM Fell English" w:hAnsi="IM Fell English"/>
          <w:color w:val="141414"/>
          <w:sz w:val="24"/>
        </w:rPr>
        <w:t>Outside, the magnolias continued to bloom, season after season, their flowers beautiful and temporary, their fragrance filling the humid Delta air. Nothing lasted forever. Everything decayed. But for a moment, in the darkness of a house that held generations of secrets, the Ashford family was whole.</w:t>
      </w:r>
    </w:p>
    <w:p>
      <w:r>
        <w:rPr>
          <w:rFonts w:ascii="IM Fell English" w:hAnsi="IM Fell English"/>
          <w:color w:val="141414"/>
          <w:sz w:val="24"/>
        </w:rPr>
        <w:t>That moment was enough.</w:t>
      </w:r>
    </w:p>
    <w:p>
      <w:r>
        <w:rPr>
          <w:rFonts w:ascii="IM Fell English" w:hAnsi="IM Fell English"/>
          <w:color w:val="141414"/>
          <w:sz w:val="24"/>
        </w:rPr>
        <w:t>---</w:t>
      </w:r>
    </w:p>
    <w:p>
      <w:r>
        <w:rPr>
          <w:rFonts w:ascii="IM Fell English" w:hAnsi="IM Fell English"/>
          <w:color w:val="141414"/>
          <w:sz w:val="24"/>
        </w:rPr>
        <w:t>*Vivienne Ashford Devereaux stands on the portico of Ashford Manor, watching the sunset paint the sky in shades of gold and blood-red. Somewhere inside, her husband is dying. Her children have finally, finally become human to her—flawed and real and honest. And she understands, at last, that love might not fix anything, but it might be the only thing worth trying to fix.*</w:t>
      </w:r>
    </w:p>
    <w:p>
      <w:r>
        <w:rPr>
          <w:rFonts w:ascii="IM Fell English" w:hAnsi="IM Fell English"/>
          <w:color w:val="141414"/>
          <w:sz w:val="24"/>
        </w:rPr>
        <w:t>*But this is only the beginning. There are secrets yet to be revealed, letters hidden in drawers, decisions that will reshape the family's future. There are scandals waiting in the wings, ambitions that will clash, loves that will emerge from unexpected places.*</w:t>
      </w:r>
    </w:p>
    <w:p>
      <w:r>
        <w:rPr>
          <w:rFonts w:ascii="IM Fell English" w:hAnsi="IM Fell English"/>
          <w:color w:val="141414"/>
          <w:sz w:val="24"/>
        </w:rPr>
        <w:t>*The summer is long, and Richard Ashford is running out of time. And when he dies—because he will die, because that is the only certainty in life—everything will change again.*</w:t>
      </w:r>
    </w:p>
    <w:p>
      <w:r>
        <w:rPr>
          <w:rFonts w:ascii="IM Fell English" w:hAnsi="IM Fell English"/>
          <w:color w:val="141414"/>
          <w:sz w:val="24"/>
        </w:rPr>
        <w:t>*But that, as they say, is a story for another time.*</w:t>
      </w:r>
    </w:p>
    <w:p>
      <w:r>
        <w:rPr>
          <w:rFonts w:ascii="IM Fell English" w:hAnsi="IM Fell English"/>
          <w:color w:val="141414"/>
          <w:sz w:val="24"/>
        </w:rPr>
        <w:t># MAGNOLIA: A Southern Dynasty Series</w:t>
      </w:r>
    </w:p>
    <w:p>
      <w:r>
        <w:rPr>
          <w:rFonts w:ascii="IM Fell English" w:hAnsi="IM Fell English"/>
          <w:color w:val="141414"/>
          <w:sz w:val="24"/>
        </w:rPr>
        <w:t>## BOOK ONE - Chapters 6-10</w:t>
      </w:r>
    </w:p>
    <w:p>
      <w:r>
        <w:rPr>
          <w:rFonts w:ascii="IM Fell English" w:hAnsi="IM Fell English"/>
          <w:color w:val="141414"/>
          <w:sz w:val="24"/>
        </w:rPr>
        <w:t>---</w:t>
      </w:r>
    </w:p>
    <w:p>
      <w:r>
        <w:rPr>
          <w:rFonts w:ascii="IM Fell English" w:hAnsi="IM Fell English"/>
          <w:color w:val="141414"/>
          <w:sz w:val="24"/>
        </w:rPr>
        <w:t>## CHAPTER SIX: THE VISITOR</w:t>
      </w:r>
    </w:p>
    <w:p>
      <w:r>
        <w:rPr>
          <w:rFonts w:ascii="IM Fell English" w:hAnsi="IM Fell English"/>
          <w:color w:val="141414"/>
          <w:sz w:val="24"/>
        </w:rPr>
        <w:t>### "What lies beneath the magnolia cannot stay buried"</w:t>
      </w:r>
    </w:p>
    <w:p>
      <w:r>
        <w:rPr>
          <w:rFonts w:ascii="IM Fell English" w:hAnsi="IM Fell English"/>
          <w:color w:val="141414"/>
          <w:sz w:val="24"/>
        </w:rPr>
        <w:t>The humidity hung over Ashford Manor like a widow's veil on the morning Bradford Ashford's silver Mercedes pulled up the long drive, kicking red dust in its wake. It was a Wednesday in early June, the heat already vicious by nine o'clock, and Lillian saw him from her childhood bedroom window—saw the car before she saw her husband, and her stomach did that familiar somersault of dread and anticipation.</w:t>
      </w:r>
    </w:p>
    <w:p>
      <w:r>
        <w:rPr>
          <w:rFonts w:ascii="IM Fell English" w:hAnsi="IM Fell English"/>
          <w:color w:val="141414"/>
          <w:sz w:val="24"/>
        </w:rPr>
        <w:t>She had been arranging flowers. Ridiculous, pointless—white lilies and pale roses in a crystal vase, as if beauty could somehow make sense of the mess her life had become. As if it could justify the month she'd been gone, the phone calls she wasn't returning, the fact that she hadn't once missed him.</w:t>
      </w:r>
    </w:p>
    <w:p>
      <w:r>
        <w:rPr>
          <w:rFonts w:ascii="IM Fell English" w:hAnsi="IM Fell English"/>
          <w:color w:val="141414"/>
          <w:sz w:val="24"/>
        </w:rPr>
        <w:t>"Lillian!" Her mother's voice carried up the grand staircase. "Your husband is here!"</w:t>
      </w:r>
    </w:p>
    <w:p>
      <w:r>
        <w:rPr>
          <w:rFonts w:ascii="IM Fell English" w:hAnsi="IM Fell English"/>
          <w:color w:val="141414"/>
          <w:sz w:val="24"/>
        </w:rPr>
        <w:t>*Of course he is*, Lillian thought, watching Bradford emerge from the car in his custom-tailored suit, looking every inch the Atlanta real estate magnate who'd married her for her name and her connections. He was handsome in a manufactured way—his hair too perfectly styled, his tan too carefully maintained. The kind of man who believed that grooming was philosophy.</w:t>
      </w:r>
    </w:p>
    <w:p>
      <w:r>
        <w:rPr>
          <w:rFonts w:ascii="IM Fell English" w:hAnsi="IM Fell English"/>
          <w:color w:val="141414"/>
          <w:sz w:val="24"/>
        </w:rPr>
        <w:t>She set down the flower shears and checked her reflection in the mirror. She was thinner than when she'd left Atlanta. The Southern Belle diet, she thought bitterly—equal parts anxiety and avoidance. But there was something else in her face too, something that hadn't been there before. A quiet.</w:t>
      </w:r>
    </w:p>
    <w:p>
      <w:r>
        <w:rPr>
          <w:rFonts w:ascii="IM Fell English" w:hAnsi="IM Fell English"/>
          <w:color w:val="141414"/>
          <w:sz w:val="24"/>
        </w:rPr>
        <w:t>Downstairs, Bradford was already holding court in the parlor, his voice booming with that forced joviality he deployed for first impressions and important clients. She heard him laugh—that particular laugh he reserved for moments when he was carefully performing the role of the successful, charming husband.</w:t>
      </w:r>
    </w:p>
    <w:p>
      <w:r>
        <w:rPr>
          <w:rFonts w:ascii="IM Fell English" w:hAnsi="IM Fell English"/>
          <w:color w:val="141414"/>
          <w:sz w:val="24"/>
        </w:rPr>
        <w:t>"Lillian!" He turned as she entered, pulling her into an embrace that felt like a photograph moment rather than a genuine expression of affection. "My God, you look different."</w:t>
      </w:r>
    </w:p>
    <w:p>
      <w:r>
        <w:rPr>
          <w:rFonts w:ascii="IM Fell English" w:hAnsi="IM Fell English"/>
          <w:color w:val="141414"/>
          <w:sz w:val="24"/>
        </w:rPr>
        <w:t>"A month away from the city air does that," she said, stepping back. She could smell his cologne, that expensive musk he'd worn since they met. She used to find it sexy. Now it clung to her like an obligation.</w:t>
      </w:r>
    </w:p>
    <w:p>
      <w:r>
        <w:rPr>
          <w:rFonts w:ascii="IM Fell English" w:hAnsi="IM Fell English"/>
          <w:color w:val="141414"/>
          <w:sz w:val="24"/>
        </w:rPr>
        <w:t>Her mother hovered in the doorway—Katherine Ashford, who bore the same first name as her daughter's mother-in-law and who found this cosmic joke hilarious—watching them with the careful expression of a woman trained to see cracks and pretend they were merely shadows.</w:t>
      </w:r>
    </w:p>
    <w:p>
      <w:r>
        <w:rPr>
          <w:rFonts w:ascii="IM Fell English" w:hAnsi="IM Fell English"/>
          <w:color w:val="141414"/>
          <w:sz w:val="24"/>
        </w:rPr>
        <w:t>"Bradford, would you like some sweet tea? I've just had Dolores prepare a fresh pitcher."</w:t>
      </w:r>
    </w:p>
    <w:p>
      <w:r>
        <w:rPr>
          <w:rFonts w:ascii="IM Fell English" w:hAnsi="IM Fell English"/>
          <w:color w:val="141414"/>
          <w:sz w:val="24"/>
        </w:rPr>
        <w:t>"I would murder for some sweet tea," Bradford said, and he kissed Katherine's hand in that courtly way that made Lillian's teeth ache. "This heat is absolutely savage."</w:t>
      </w:r>
    </w:p>
    <w:p>
      <w:r>
        <w:rPr>
          <w:rFonts w:ascii="IM Fell English" w:hAnsi="IM Fell English"/>
          <w:color w:val="141414"/>
          <w:sz w:val="24"/>
        </w:rPr>
        <w:t>They settled into the formal sitting room—not the comfortable parlor where the family actually lived, but the room reserved for company and pretense. Bradford began immediately: he'd handled some important matters in her absence, overseen the renovation of their Atlanta home, taken the liberty of ordering the new furnishings she'd mentioned. He was, in every way, the perfect husband performing the role of perfect husband.</w:t>
      </w:r>
    </w:p>
    <w:p>
      <w:r>
        <w:rPr>
          <w:rFonts w:ascii="IM Fell English" w:hAnsi="IM Fell English"/>
          <w:color w:val="141414"/>
          <w:sz w:val="24"/>
        </w:rPr>
        <w:t>"I've also been thinking," he said, accepting the tea from Dolores with a brilliant smile, "that we should discuss the next phase. You're thirty-one, Lillian. Time moves faster than we think. I'd like us to start trying for a family in earnest."</w:t>
      </w:r>
    </w:p>
    <w:p>
      <w:r>
        <w:rPr>
          <w:rFonts w:ascii="IM Fell English" w:hAnsi="IM Fell English"/>
          <w:color w:val="141414"/>
          <w:sz w:val="24"/>
        </w:rPr>
        <w:t>The words hung in the air like heat lightning.</w:t>
      </w:r>
    </w:p>
    <w:p>
      <w:r>
        <w:rPr>
          <w:rFonts w:ascii="IM Fell English" w:hAnsi="IM Fell English"/>
          <w:color w:val="141414"/>
          <w:sz w:val="24"/>
        </w:rPr>
        <w:t>Lillian set down her own tea very carefully. She'd known this was coming. They'd been dancing around it for two years—the implicit expectation, the gentle pressure, the way he mentioned it after sex or during his mother's visits or when his law school classmates brought children to social events.</w:t>
      </w:r>
    </w:p>
    <w:p>
      <w:r>
        <w:rPr>
          <w:rFonts w:ascii="IM Fell English" w:hAnsi="IM Fell English"/>
          <w:color w:val="141414"/>
          <w:sz w:val="24"/>
        </w:rPr>
        <w:t>"Bradford—"</w:t>
      </w:r>
    </w:p>
    <w:p>
      <w:r>
        <w:rPr>
          <w:rFonts w:ascii="IM Fell English" w:hAnsi="IM Fell English"/>
          <w:color w:val="141414"/>
          <w:sz w:val="24"/>
        </w:rPr>
        <w:t>"I know what you're going to say," he interrupted, and his voice had taken on a negotiating quality, the tone he used in business meetings. "You want time to focus on yourself. But darling, you can have a family and a self. Women do it all the time."</w:t>
      </w:r>
    </w:p>
    <w:p>
      <w:r>
        <w:rPr>
          <w:rFonts w:ascii="IM Fell English" w:hAnsi="IM Fell English"/>
          <w:color w:val="141414"/>
          <w:sz w:val="24"/>
        </w:rPr>
        <w:t>Lillian looked at her mother, who was studying her own hands with the intensity of a woman reading tea leaves. Her mother, who'd had three children before she was twenty-five. Her mother, whose entire identity had been subsumed into the role of wife and mother and gracious Southern hostess, until her husband died and she discovered, too late, that she didn't know who Katherine Ashford was when she wasn't someone's better half.</w:t>
      </w:r>
    </w:p>
    <w:p>
      <w:r>
        <w:rPr>
          <w:rFonts w:ascii="IM Fell English" w:hAnsi="IM Fell English"/>
          <w:color w:val="141414"/>
          <w:sz w:val="24"/>
        </w:rPr>
        <w:t>"I don't want children," Lillian heard herself say. The words fell into the room like a stone into still water, creating ripples that none of them could quite contain.</w:t>
      </w:r>
    </w:p>
    <w:p>
      <w:r>
        <w:rPr>
          <w:rFonts w:ascii="IM Fell English" w:hAnsi="IM Fell English"/>
          <w:color w:val="141414"/>
          <w:sz w:val="24"/>
        </w:rPr>
        <w:t>Bradford laughed. It was genuine, confused, the laugh of a man who believed he'd misheard. "Of course you do. Every woman wants—"</w:t>
      </w:r>
    </w:p>
    <w:p>
      <w:r>
        <w:rPr>
          <w:rFonts w:ascii="IM Fell English" w:hAnsi="IM Fell English"/>
          <w:color w:val="141414"/>
          <w:sz w:val="24"/>
        </w:rPr>
        <w:t>"Don't tell me what I want," Lillian said, and her voice was quiet and absolute. "I've spent thirty-one years having my wants articulated by someone else. I don't want children, Bradford. I don't know if I want a marriage. Right now, I'm not even sure I want to go back to Atlanta."</w:t>
      </w:r>
    </w:p>
    <w:p>
      <w:r>
        <w:rPr>
          <w:rFonts w:ascii="IM Fell English" w:hAnsi="IM Fell English"/>
          <w:color w:val="141414"/>
          <w:sz w:val="24"/>
        </w:rPr>
        <w:t>Katherine's head came up sharply, her eyes wide.</w:t>
      </w:r>
    </w:p>
    <w:p>
      <w:r>
        <w:rPr>
          <w:rFonts w:ascii="IM Fell English" w:hAnsi="IM Fell English"/>
          <w:color w:val="141414"/>
          <w:sz w:val="24"/>
        </w:rPr>
        <w:t>Bradford set down his tea and ran a hand over his perfectly styled hair, disrupting it slightly. "You're upset. Understandably. Being away from home, your father's illness—it's put you in an emotional state. Once we get back to Atlanta, once we return to our normal routine—"</w:t>
      </w:r>
    </w:p>
    <w:p>
      <w:r>
        <w:rPr>
          <w:rFonts w:ascii="IM Fell English" w:hAnsi="IM Fell English"/>
          <w:color w:val="141414"/>
          <w:sz w:val="24"/>
        </w:rPr>
        <w:t>"There is no normal routine," Lillian said. "That's what I've realized being here. The normal routine is a prison, and I've been its most cooperative inmate."</w:t>
      </w:r>
    </w:p>
    <w:p>
      <w:r>
        <w:rPr>
          <w:rFonts w:ascii="IM Fell English" w:hAnsi="IM Fell English"/>
          <w:color w:val="141414"/>
          <w:sz w:val="24"/>
        </w:rPr>
        <w:t>"Lillian, you need to think about what you're saying—"</w:t>
      </w:r>
    </w:p>
    <w:p>
      <w:r>
        <w:rPr>
          <w:rFonts w:ascii="IM Fell English" w:hAnsi="IM Fell English"/>
          <w:color w:val="141414"/>
          <w:sz w:val="24"/>
        </w:rPr>
        <w:t>"I have been thinking. That's the problem. For the first time in my adult life, I've been thinking about myself instead of about your career, or my mother's expectations, or what the Junior League would think. And what I've discovered is that I don't know myself at all. Which means I certainly can't commit to knowing someone else in the way marriage requires."</w:t>
      </w:r>
    </w:p>
    <w:p>
      <w:r>
        <w:rPr>
          <w:rFonts w:ascii="IM Fell English" w:hAnsi="IM Fell English"/>
          <w:color w:val="141414"/>
          <w:sz w:val="24"/>
        </w:rPr>
        <w:t>Bradford stood. He was doing his best to maintain his composure, but she could see the effort it cost him. "This is hysteria brought on by family stress. We'll give you a few more weeks here, and then we'll revisit this conversation."</w:t>
      </w:r>
    </w:p>
    <w:p>
      <w:r>
        <w:rPr>
          <w:rFonts w:ascii="IM Fell English" w:hAnsi="IM Fell English"/>
          <w:color w:val="141414"/>
          <w:sz w:val="24"/>
        </w:rPr>
        <w:t>"You're not listening," Lillian said.</w:t>
      </w:r>
    </w:p>
    <w:p>
      <w:r>
        <w:rPr>
          <w:rFonts w:ascii="IM Fell English" w:hAnsi="IM Fell English"/>
          <w:color w:val="141414"/>
          <w:sz w:val="24"/>
        </w:rPr>
        <w:t>"Because what you're saying is insane," Bradford replied, and now his voice had turned sharp. "You're a thirty-one-year-old woman who lives in a mansion, wears custom clothing, drives a luxury car, and is married to a man who adores her. You have no right to be unhappy. You have no right to be ungrateful."</w:t>
      </w:r>
    </w:p>
    <w:p>
      <w:r>
        <w:rPr>
          <w:rFonts w:ascii="IM Fell English" w:hAnsi="IM Fell English"/>
          <w:color w:val="141414"/>
          <w:sz w:val="24"/>
        </w:rPr>
        <w:t>The words were cruelty dressed as reason.</w:t>
      </w:r>
    </w:p>
    <w:p>
      <w:r>
        <w:rPr>
          <w:rFonts w:ascii="IM Fell English" w:hAnsi="IM Fell English"/>
          <w:color w:val="141414"/>
          <w:sz w:val="24"/>
        </w:rPr>
        <w:t>Lillian felt something crystallize inside her—not anger, but clarity. "I want you to leave," she said.</w:t>
      </w:r>
    </w:p>
    <w:p>
      <w:r>
        <w:rPr>
          <w:rFonts w:ascii="IM Fell English" w:hAnsi="IM Fell English"/>
          <w:color w:val="141414"/>
          <w:sz w:val="24"/>
        </w:rPr>
        <w:t>"Lillian—"</w:t>
      </w:r>
    </w:p>
    <w:p>
      <w:r>
        <w:rPr>
          <w:rFonts w:ascii="IM Fell English" w:hAnsi="IM Fell English"/>
          <w:color w:val="141414"/>
          <w:sz w:val="24"/>
        </w:rPr>
        <w:t>"Now, Bradford. I want you to leave my father's house and drive back to Atlanta, and I want you to speak to a lawyer about our options."</w:t>
      </w:r>
    </w:p>
    <w:p>
      <w:r>
        <w:rPr>
          <w:rFonts w:ascii="IM Fell English" w:hAnsi="IM Fell English"/>
          <w:color w:val="141414"/>
          <w:sz w:val="24"/>
        </w:rPr>
        <w:t>"You're throwing away everything—"</w:t>
      </w:r>
    </w:p>
    <w:p>
      <w:r>
        <w:rPr>
          <w:rFonts w:ascii="IM Fell English" w:hAnsi="IM Fell English"/>
          <w:color w:val="141414"/>
          <w:sz w:val="24"/>
        </w:rPr>
        <w:t>"No," she said, and she met his eyes directly. "I'm finally picking something up."</w:t>
      </w:r>
    </w:p>
    <w:p>
      <w:r>
        <w:rPr>
          <w:rFonts w:ascii="IM Fell English" w:hAnsi="IM Fell English"/>
          <w:color w:val="141414"/>
          <w:sz w:val="24"/>
        </w:rPr>
        <w:t>After he left—after the angry phone calls, the veiled threats about protecting his interests, the final words that revealed how much of their marriage had been transaction rather than love—Lillian found herself in the library, where her father was resting. The late afternoon sun came through the windows in thick golden bars, and Richard dozed in his leather chair, a medical journal open on his lap.</w:t>
      </w:r>
    </w:p>
    <w:p>
      <w:r>
        <w:rPr>
          <w:rFonts w:ascii="IM Fell English" w:hAnsi="IM Fell English"/>
          <w:color w:val="141414"/>
          <w:sz w:val="24"/>
        </w:rPr>
        <w:t>She sat across from him, watching him sleep, and realized that this was what she'd been waiting for. Not permission—she'd finally taken that for herself. But witness. Someone to see her leave and not try to stop her.</w:t>
      </w:r>
    </w:p>
    <w:p>
      <w:r>
        <w:rPr>
          <w:rFonts w:ascii="IM Fell English" w:hAnsi="IM Fell English"/>
          <w:color w:val="141414"/>
          <w:sz w:val="24"/>
        </w:rPr>
        <w:t>---</w:t>
      </w:r>
    </w:p>
    <w:p>
      <w:r>
        <w:rPr>
          <w:rFonts w:ascii="IM Fell English" w:hAnsi="IM Fell English"/>
          <w:color w:val="141414"/>
          <w:sz w:val="24"/>
        </w:rPr>
        <w:t>## CHAPTER SEVEN: THE CONFESSION</w:t>
      </w:r>
    </w:p>
    <w:p>
      <w:r>
        <w:rPr>
          <w:rFonts w:ascii="IM Fell English" w:hAnsi="IM Fell English"/>
          <w:color w:val="141414"/>
          <w:sz w:val="24"/>
        </w:rPr>
        <w:t>### "Every family has its ghosts, and Mississippi is haunted by them"</w:t>
      </w:r>
    </w:p>
    <w:p>
      <w:r>
        <w:rPr>
          <w:rFonts w:ascii="IM Fell English" w:hAnsi="IM Fell English"/>
          <w:color w:val="141414"/>
          <w:sz w:val="24"/>
        </w:rPr>
        <w:t>James Ashford had always been the competent one. Even as a child, he'd organized things—his toys, his siblings' schedules, eventually his entire life with the precision of a man building something that absolutely could not fail. After Lillian's husband left and the household descended into the particular chaos of a woman's marital unraveling, it was James who restored order. He reorganized the kitchen, oversaw repairs to the manor's aging infrastructure, created a system for managing his father's medications.</w:t>
      </w:r>
    </w:p>
    <w:p>
      <w:r>
        <w:rPr>
          <w:rFonts w:ascii="IM Fell English" w:hAnsi="IM Fell English"/>
          <w:color w:val="141414"/>
          <w:sz w:val="24"/>
        </w:rPr>
        <w:t>It was, Nathan observed from the sidelines, the precise wrong response to their father's dying wish that they learn to be present.</w:t>
      </w:r>
    </w:p>
    <w:p>
      <w:r>
        <w:rPr>
          <w:rFonts w:ascii="IM Fell English" w:hAnsi="IM Fell English"/>
          <w:color w:val="141414"/>
          <w:sz w:val="24"/>
        </w:rPr>
        <w:t>Nathan broached the subject on a steamy afternoon when James was attempting to repair a shutter on the east wing. Nathan had never been handy—he'd spent his life in abstract spaces, in the realm of ideas and law and arguments, which was perhaps why his actual life had become such a wreck. But he climbed the ladder anyway, handing James tools like a nurse assisting in surgery.</w:t>
      </w:r>
    </w:p>
    <w:p>
      <w:r>
        <w:rPr>
          <w:rFonts w:ascii="IM Fell English" w:hAnsi="IM Fell English"/>
          <w:color w:val="141414"/>
          <w:sz w:val="24"/>
        </w:rPr>
        <w:t>"You're running away," Nathan said.</w:t>
      </w:r>
    </w:p>
    <w:p>
      <w:r>
        <w:rPr>
          <w:rFonts w:ascii="IM Fell English" w:hAnsi="IM Fell English"/>
          <w:color w:val="141414"/>
          <w:sz w:val="24"/>
        </w:rPr>
        <w:t>James didn't look down. "I'm fixing a shutter that's been broken for six months."</w:t>
      </w:r>
    </w:p>
    <w:p>
      <w:r>
        <w:rPr>
          <w:rFonts w:ascii="IM Fell English" w:hAnsi="IM Fell English"/>
          <w:color w:val="141414"/>
          <w:sz w:val="24"/>
        </w:rPr>
        <w:t>"You're running away by fixing shutters," Nathan clarified. "Dad's upstairs talking about mortality and legacy, Mom's dissolved into a kind of stunned silence because Lillian's marriage is apparently ending, and you're communing with hardware."</w:t>
      </w:r>
    </w:p>
    <w:p>
      <w:r>
        <w:rPr>
          <w:rFonts w:ascii="IM Fell English" w:hAnsi="IM Fell English"/>
          <w:color w:val="141414"/>
          <w:sz w:val="24"/>
        </w:rPr>
        <w:t>"Someone has to maintain the infrastructure," James said firmly. "This house doesn't care about our emotional states."</w:t>
      </w:r>
    </w:p>
    <w:p>
      <w:r>
        <w:rPr>
          <w:rFonts w:ascii="IM Fell English" w:hAnsi="IM Fell English"/>
          <w:color w:val="141414"/>
          <w:sz w:val="24"/>
        </w:rPr>
        <w:t>"Neither do you, apparently."</w:t>
      </w:r>
    </w:p>
    <w:p>
      <w:r>
        <w:rPr>
          <w:rFonts w:ascii="IM Fell English" w:hAnsi="IM Fell English"/>
          <w:color w:val="141414"/>
          <w:sz w:val="24"/>
        </w:rPr>
        <w:t>James did look down then, and his face was pinched with something that looked like pain. "You want me to collapse? You want me to fall apart the way you're doing?"</w:t>
      </w:r>
    </w:p>
    <w:p>
      <w:r>
        <w:rPr>
          <w:rFonts w:ascii="IM Fell English" w:hAnsi="IM Fell English"/>
          <w:color w:val="141414"/>
          <w:sz w:val="24"/>
        </w:rPr>
        <w:t>"I'm not falling apart."</w:t>
      </w:r>
    </w:p>
    <w:p>
      <w:r>
        <w:rPr>
          <w:rFonts w:ascii="IM Fell English" w:hAnsi="IM Fell English"/>
          <w:color w:val="141414"/>
          <w:sz w:val="24"/>
        </w:rPr>
        <w:t>"You're hiding in the guest cottage with a bottle of bourbon and a custody agreement you can't bring yourself to accept. Yes, you're falling apart. I'm choosing not to."</w:t>
      </w:r>
    </w:p>
    <w:p>
      <w:r>
        <w:rPr>
          <w:rFonts w:ascii="IM Fell English" w:hAnsi="IM Fell English"/>
          <w:color w:val="141414"/>
          <w:sz w:val="24"/>
        </w:rPr>
        <w:t>Nathan climbed down a few rungs. "There's a difference between choosing not to fall apart and refusing to acknowledge that anything's wrong. You've built this entire life around the premise that as long as you keep fixing things, you won't have to feel anything."</w:t>
      </w:r>
    </w:p>
    <w:p>
      <w:r>
        <w:rPr>
          <w:rFonts w:ascii="IM Fell English" w:hAnsi="IM Fell English"/>
          <w:color w:val="141414"/>
          <w:sz w:val="24"/>
        </w:rPr>
        <w:t>James turned back to the shutter, his jaw tight. "At least I'm not actively destroying my life like you are. At least I'm not a man who abandoned his daughter."</w:t>
      </w:r>
    </w:p>
    <w:p>
      <w:r>
        <w:rPr>
          <w:rFonts w:ascii="IM Fell English" w:hAnsi="IM Fell English"/>
          <w:color w:val="141414"/>
          <w:sz w:val="24"/>
        </w:rPr>
        <w:t>The words hung there, worse than a slap.</w:t>
      </w:r>
    </w:p>
    <w:p>
      <w:r>
        <w:rPr>
          <w:rFonts w:ascii="IM Fell English" w:hAnsi="IM Fell English"/>
          <w:color w:val="141414"/>
          <w:sz w:val="24"/>
        </w:rPr>
        <w:t>Nathan descended the ladder without responding. He couldn't, because James was right, and righteousness had never been Nathan's territory—only guilt, only the bone-deep shame of knowing you've failed the person who should be able to count on you most. He walked back to the guest cottage and poured himself another bourbon and stared at the custody agreement his ex-wife's lawyer had sent. Supervised visits. He, Nathan Ashford—a man with a law degree from Emory, a man who'd built a respectable practice in Augusta—would be allowed to see his nine-year-old daughter, Sophia, only under the watchful eye of someone hired by Claire to ensure he didn't "corrupt her or expose her to his instability."</w:t>
      </w:r>
    </w:p>
    <w:p>
      <w:r>
        <w:rPr>
          <w:rFonts w:ascii="IM Fell English" w:hAnsi="IM Fell English"/>
          <w:color w:val="141414"/>
          <w:sz w:val="24"/>
        </w:rPr>
        <w:t>The word *instability* had been Claire's favorite accusation. Nathan drank too much, Claire said. Nathan couldn't commit, Claire said. Nathan was more interested in winning arguments than being a father, Claire said. And all of it was true, which was perhaps the worst part—there was no defense against accusations that were entirely just.</w:t>
      </w:r>
    </w:p>
    <w:p>
      <w:r>
        <w:rPr>
          <w:rFonts w:ascii="IM Fell English" w:hAnsi="IM Fell English"/>
          <w:color w:val="141414"/>
          <w:sz w:val="24"/>
        </w:rPr>
        <w:t>He was still drinking when James appeared in the doorway of the cottage that evening, looking sheepish and carrying a bottle of their father's good scotch.</w:t>
      </w:r>
    </w:p>
    <w:p>
      <w:r>
        <w:rPr>
          <w:rFonts w:ascii="IM Fell English" w:hAnsi="IM Fell English"/>
          <w:color w:val="141414"/>
          <w:sz w:val="24"/>
        </w:rPr>
        <w:t>"Peace offering," James said.</w:t>
      </w:r>
    </w:p>
    <w:p>
      <w:r>
        <w:rPr>
          <w:rFonts w:ascii="IM Fell English" w:hAnsi="IM Fell English"/>
          <w:color w:val="141414"/>
          <w:sz w:val="24"/>
        </w:rPr>
        <w:t>"You have nothing to apologize for."</w:t>
      </w:r>
    </w:p>
    <w:p>
      <w:r>
        <w:rPr>
          <w:rFonts w:ascii="IM Fell English" w:hAnsi="IM Fell English"/>
          <w:color w:val="141414"/>
          <w:sz w:val="24"/>
        </w:rPr>
        <w:t>"I was cruel," James said, sitting across from Nathan without being invited. "I was scared, and I was cruel, which is a coward's combination."</w:t>
      </w:r>
    </w:p>
    <w:p>
      <w:r>
        <w:rPr>
          <w:rFonts w:ascii="IM Fell English" w:hAnsi="IM Fell English"/>
          <w:color w:val="141414"/>
          <w:sz w:val="24"/>
        </w:rPr>
        <w:t>Nathan poured two fingers of scotch into a glass. "What are you scared of?"</w:t>
      </w:r>
    </w:p>
    <w:p>
      <w:r>
        <w:rPr>
          <w:rFonts w:ascii="IM Fell English" w:hAnsi="IM Fell English"/>
          <w:color w:val="141414"/>
          <w:sz w:val="24"/>
        </w:rPr>
        <w:t>James was quiet for a long time. He looked out the window toward the main house, where lights were beginning to glow as evening deepened the sky.</w:t>
      </w:r>
    </w:p>
    <w:p>
      <w:r>
        <w:rPr>
          <w:rFonts w:ascii="IM Fell English" w:hAnsi="IM Fell English"/>
          <w:color w:val="141414"/>
          <w:sz w:val="24"/>
        </w:rPr>
        <w:t>"I'm scared that nothing I've done matters," James said finally. "I'm scared that I've spent my entire adult life building a life that was supposed to be stable and successful and respectable, and that I've done it all for the wrong reasons. And I'm scared that if I stop building long enough to look at what I've built, I'll realize it's empty."</w:t>
      </w:r>
    </w:p>
    <w:p>
      <w:r>
        <w:rPr>
          <w:rFonts w:ascii="IM Fell English" w:hAnsi="IM Fell English"/>
          <w:color w:val="141414"/>
          <w:sz w:val="24"/>
        </w:rPr>
        <w:t>"What would it take to stop?" Nathan asked.</w:t>
      </w:r>
    </w:p>
    <w:p>
      <w:r>
        <w:rPr>
          <w:rFonts w:ascii="IM Fell English" w:hAnsi="IM Fell English"/>
          <w:color w:val="141414"/>
          <w:sz w:val="24"/>
        </w:rPr>
        <w:t>"To admit the truth," James said. "Which is that the reason I came back to Ashford Manor wasn't to be present for Dad. It was because I didn't know where else to go. Because Diane and I—" He stopped.</w:t>
      </w:r>
    </w:p>
    <w:p>
      <w:r>
        <w:rPr>
          <w:rFonts w:ascii="IM Fell English" w:hAnsi="IM Fell English"/>
          <w:color w:val="141414"/>
          <w:sz w:val="24"/>
        </w:rPr>
        <w:t>Nathan waited.</w:t>
      </w:r>
    </w:p>
    <w:p>
      <w:r>
        <w:rPr>
          <w:rFonts w:ascii="IM Fell English" w:hAnsi="IM Fell English"/>
          <w:color w:val="141414"/>
          <w:sz w:val="24"/>
        </w:rPr>
        <w:t>"Diane's having an affair," James said, the words seeming to cost him something essential. "It's been going on for almost a year. With her yoga instructor. They see each other while I'm at the firm, and she comes home and we have dinner and discuss our days and I pretend not to notice that her hair smells different, that she's lighter somehow, happier. And I've been letting her have this because the alternative is admitting that my marriage died years ago and I've just been too busy building my life to notice the corpse."</w:t>
      </w:r>
    </w:p>
    <w:p>
      <w:r>
        <w:rPr>
          <w:rFonts w:ascii="IM Fell English" w:hAnsi="IM Fell English"/>
          <w:color w:val="141414"/>
          <w:sz w:val="24"/>
        </w:rPr>
        <w:t>Nathan refilled James's glass without comment.</w:t>
      </w:r>
    </w:p>
    <w:p>
      <w:r>
        <w:rPr>
          <w:rFonts w:ascii="IM Fell English" w:hAnsi="IM Fell English"/>
          <w:color w:val="141414"/>
          <w:sz w:val="24"/>
        </w:rPr>
        <w:t>"I haven't confronted her," James continued. "I haven't asked for divorce. I've just come here and fixed shutters because at least a shutter is something concrete. At least it yields to effort. At least when you fix it, it stays fixed."</w:t>
      </w:r>
    </w:p>
    <w:p>
      <w:r>
        <w:rPr>
          <w:rFonts w:ascii="IM Fell English" w:hAnsi="IM Fell English"/>
          <w:color w:val="141414"/>
          <w:sz w:val="24"/>
        </w:rPr>
        <w:t>"Unlike people," Nathan said.</w:t>
      </w:r>
    </w:p>
    <w:p>
      <w:r>
        <w:rPr>
          <w:rFonts w:ascii="IM Fell English" w:hAnsi="IM Fell English"/>
          <w:color w:val="141414"/>
          <w:sz w:val="24"/>
        </w:rPr>
        <w:t>"Unlike people," James agreed.</w:t>
      </w:r>
    </w:p>
    <w:p>
      <w:r>
        <w:rPr>
          <w:rFonts w:ascii="IM Fell English" w:hAnsi="IM Fell English"/>
          <w:color w:val="141414"/>
          <w:sz w:val="24"/>
        </w:rPr>
        <w:t>They drank in the heavy silence of two men recognizing themselves in each other's failures.</w:t>
      </w:r>
    </w:p>
    <w:p>
      <w:r>
        <w:rPr>
          <w:rFonts w:ascii="IM Fell English" w:hAnsi="IM Fell English"/>
          <w:color w:val="141414"/>
          <w:sz w:val="24"/>
        </w:rPr>
        <w:t>"What are you going to do?" Nathan finally asked.</w:t>
      </w:r>
    </w:p>
    <w:p>
      <w:r>
        <w:rPr>
          <w:rFonts w:ascii="IM Fell English" w:hAnsi="IM Fell English"/>
          <w:color w:val="141414"/>
          <w:sz w:val="24"/>
        </w:rPr>
        <w:t>"I don't know," James said. "That's the terrifying part. I genuinely don't know how to live without the structure I've built. And if it's all been a lie anyway..." He trailed off.</w:t>
      </w:r>
    </w:p>
    <w:p>
      <w:r>
        <w:rPr>
          <w:rFonts w:ascii="IM Fell English" w:hAnsi="IM Fell English"/>
          <w:color w:val="141414"/>
          <w:sz w:val="24"/>
        </w:rPr>
        <w:t>"Then maybe it's time to build something different," Nathan said. "Something that's actually yours instead of something you think you're supposed to want."</w:t>
      </w:r>
    </w:p>
    <w:p>
      <w:r>
        <w:rPr>
          <w:rFonts w:ascii="IM Fell English" w:hAnsi="IM Fell English"/>
          <w:color w:val="141414"/>
          <w:sz w:val="24"/>
        </w:rPr>
        <w:t>"Says the man who's still in love with a woman he can't have," James observed.</w:t>
      </w:r>
    </w:p>
    <w:p>
      <w:r>
        <w:rPr>
          <w:rFonts w:ascii="IM Fell English" w:hAnsi="IM Fell English"/>
          <w:color w:val="141414"/>
          <w:sz w:val="24"/>
        </w:rPr>
        <w:t>Nathan didn't argue. It was true. He'd lost his daughter to his own failures and his wife to her own wisdom—she'd finally refused to be collateral damage in his life—and he'd been using bourbon and guilt as a substitute for change. But change required something he'd been unable to provide in any meaningful way: accountability.</w:t>
      </w:r>
    </w:p>
    <w:p>
      <w:r>
        <w:rPr>
          <w:rFonts w:ascii="IM Fell English" w:hAnsi="IM Fell English"/>
          <w:color w:val="141414"/>
          <w:sz w:val="24"/>
        </w:rPr>
        <w:t>"Maybe that's what Dad really wanted," James said quietly. "Not for us to be better or to fix ourselves. Just to see ourselves clearly. To be present enough to look."</w:t>
      </w:r>
    </w:p>
    <w:p>
      <w:r>
        <w:rPr>
          <w:rFonts w:ascii="IM Fell English" w:hAnsi="IM Fell English"/>
          <w:color w:val="141414"/>
          <w:sz w:val="24"/>
        </w:rPr>
        <w:t>The next morning, James called his office in Charlotte and informed his law partner that he was taking a leave of absence. He gave no timeline, offered no clear explanation. He simply said he had family matters that required his attention, and he wasn't certain when he'd be able to return.</w:t>
      </w:r>
    </w:p>
    <w:p>
      <w:r>
        <w:rPr>
          <w:rFonts w:ascii="IM Fell English" w:hAnsi="IM Fell English"/>
          <w:color w:val="141414"/>
          <w:sz w:val="24"/>
        </w:rPr>
        <w:t>It was the least controlled thing he'd done in twenty years.</w:t>
      </w:r>
    </w:p>
    <w:p>
      <w:r>
        <w:rPr>
          <w:rFonts w:ascii="IM Fell English" w:hAnsi="IM Fell English"/>
          <w:color w:val="141414"/>
          <w:sz w:val="24"/>
        </w:rPr>
        <w:t>---</w:t>
      </w:r>
    </w:p>
    <w:p>
      <w:r>
        <w:rPr>
          <w:rFonts w:ascii="IM Fell English" w:hAnsi="IM Fell English"/>
          <w:color w:val="141414"/>
          <w:sz w:val="24"/>
        </w:rPr>
        <w:t>## CHAPTER EIGHT: THE INHERITANCE</w:t>
      </w:r>
    </w:p>
    <w:p>
      <w:r>
        <w:rPr>
          <w:rFonts w:ascii="IM Fell English" w:hAnsi="IM Fell English"/>
          <w:color w:val="141414"/>
          <w:sz w:val="24"/>
        </w:rPr>
        <w:t>### "What we leave behind is never as important as what we let go"</w:t>
      </w:r>
    </w:p>
    <w:p>
      <w:r>
        <w:rPr>
          <w:rFonts w:ascii="IM Fell English" w:hAnsi="IM Fell English"/>
          <w:color w:val="141414"/>
          <w:sz w:val="24"/>
        </w:rPr>
        <w:t>Richard Ashford's health declined with the theatrical precision of a man who'd learned, over seventy-three years, how to make an impression. His doctor said it would be months, possibly. Richard behaved as if he had weeks.</w:t>
      </w:r>
    </w:p>
    <w:p>
      <w:r>
        <w:rPr>
          <w:rFonts w:ascii="IM Fell English" w:hAnsi="IM Fell English"/>
          <w:color w:val="141414"/>
          <w:sz w:val="24"/>
        </w:rPr>
        <w:t>He took his dinners in the dining room when he had the energy, holding court like a king holding his final audience. He demanded stories from his children, pressed them for details about their lives, asked questions that had the quality of final interviews, as if he were gathering material for his own obituary.</w:t>
      </w:r>
    </w:p>
    <w:p>
      <w:r>
        <w:rPr>
          <w:rFonts w:ascii="IM Fell English" w:hAnsi="IM Fell English"/>
          <w:color w:val="141414"/>
          <w:sz w:val="24"/>
        </w:rPr>
        <w:t>It was during one of these dinners, on a night when the air was thick and oppressive and the electricity had gone out twice already, that Richard began discussing the will.</w:t>
      </w:r>
    </w:p>
    <w:p>
      <w:r>
        <w:rPr>
          <w:rFonts w:ascii="IM Fell English" w:hAnsi="IM Fell English"/>
          <w:color w:val="141414"/>
          <w:sz w:val="24"/>
        </w:rPr>
        <w:t>"I haven't changed it," he announced, setting down his fork with the air of a man making an important pronouncement. "Not since you were all born. Equal shares. The house, the property, the investments. One third each, to be divided as you see fit."</w:t>
      </w:r>
    </w:p>
    <w:p>
      <w:r>
        <w:rPr>
          <w:rFonts w:ascii="IM Fell English" w:hAnsi="IM Fell English"/>
          <w:color w:val="141414"/>
          <w:sz w:val="24"/>
        </w:rPr>
        <w:t>"Father, you really shouldn't be thinking about these things," Katherine said, though her voice lacked conviction. Katherine had made peace with his dying the way she made peace with everything—by refusing to directly acknowledge it and instead performing elaborate social niceties around its existence.</w:t>
      </w:r>
    </w:p>
    <w:p>
      <w:r>
        <w:rPr>
          <w:rFonts w:ascii="IM Fell English" w:hAnsi="IM Fell English"/>
          <w:color w:val="141414"/>
          <w:sz w:val="24"/>
        </w:rPr>
        <w:t>"On the contrary," Richard said. "I should have been thinking about these things far earlier. I should have made my values clearer. I should have been a better guide."</w:t>
      </w:r>
    </w:p>
    <w:p>
      <w:r>
        <w:rPr>
          <w:rFonts w:ascii="IM Fell English" w:hAnsi="IM Fell English"/>
          <w:color w:val="141414"/>
          <w:sz w:val="24"/>
        </w:rPr>
        <w:t>"You've been a fine father," Lillian offered, though they all understood this wasn't true in any meaningful sense. Richard had been present and distant simultaneously, the way successful men often were—there in body but consumed by the machinery of maintaining a fortune.</w:t>
      </w:r>
    </w:p>
    <w:p>
      <w:r>
        <w:rPr>
          <w:rFonts w:ascii="IM Fell English" w:hAnsi="IM Fell English"/>
          <w:color w:val="141414"/>
          <w:sz w:val="24"/>
        </w:rPr>
        <w:t>"I've been an absent father who believed that providing material comfort was equivalent to providing love," Richard corrected. He looked at each of them in turn. "But I'm trying now. I'm trying to see you. And what I see are three people who've spent decades building lives based on what they thought they should want rather than what they actually need."</w:t>
      </w:r>
    </w:p>
    <w:p>
      <w:r>
        <w:rPr>
          <w:rFonts w:ascii="IM Fell English" w:hAnsi="IM Fell English"/>
          <w:color w:val="141414"/>
          <w:sz w:val="24"/>
        </w:rPr>
        <w:t>"Perhaps we should discuss this when you're not tired," James suggested, using his lawyer's voice—the one that deflected and postponed and made discomfort into an administrative problem.</w:t>
      </w:r>
    </w:p>
    <w:p>
      <w:r>
        <w:rPr>
          <w:rFonts w:ascii="IM Fell English" w:hAnsi="IM Fell English"/>
          <w:color w:val="141414"/>
          <w:sz w:val="24"/>
        </w:rPr>
        <w:t>"Perhaps I'm tired of postponing," Richard said. "Perhaps I'm tired of pretending that comfort is enough. Perhaps I'm tired of being complicit in a system that taught you all that your worth was determined by your usefulness and your success."</w:t>
      </w:r>
    </w:p>
    <w:p>
      <w:r>
        <w:rPr>
          <w:rFonts w:ascii="IM Fell English" w:hAnsi="IM Fell English"/>
          <w:color w:val="141414"/>
          <w:sz w:val="24"/>
        </w:rPr>
        <w:t>He paused, gathering his breath. There was a flush in his cheeks, and Katherine reached for his hand with worry in her movements.</w:t>
      </w:r>
    </w:p>
    <w:p>
      <w:r>
        <w:rPr>
          <w:rFonts w:ascii="IM Fell English" w:hAnsi="IM Fell English"/>
          <w:color w:val="141414"/>
          <w:sz w:val="24"/>
        </w:rPr>
        <w:t>"I want you to know something," he continued. "I want you to know that the house, the money, the inheritance—I want all of that to be far less important to you than your own peace. I want you to use what I'm leaving behind as an opportunity to build lives that make you happy, not lives that make you look successful."</w:t>
      </w:r>
    </w:p>
    <w:p>
      <w:r>
        <w:rPr>
          <w:rFonts w:ascii="IM Fell English" w:hAnsi="IM Fell English"/>
          <w:color w:val="141414"/>
          <w:sz w:val="24"/>
        </w:rPr>
        <w:t>"That's a lovely sentiment," Nathan said, and there was something broken in his voice. "But money and peace aren't the same thing. And I suspect you know that."</w:t>
      </w:r>
    </w:p>
    <w:p>
      <w:r>
        <w:rPr>
          <w:rFonts w:ascii="IM Fell English" w:hAnsi="IM Fell English"/>
          <w:color w:val="141414"/>
          <w:sz w:val="24"/>
        </w:rPr>
        <w:t>Richard's gaze found him. "What would give you peace, Nathan?"</w:t>
      </w:r>
    </w:p>
    <w:p>
      <w:r>
        <w:rPr>
          <w:rFonts w:ascii="IM Fell English" w:hAnsi="IM Fell English"/>
          <w:color w:val="141414"/>
          <w:sz w:val="24"/>
        </w:rPr>
        <w:t>Nathan pushed back from the table. He couldn't do this—couldn't sit here and have his father, days or weeks away from death, ask him the questions that would require him to be honest. He'd spent so long perfecting the art of performative success that he no longer knew how to articulate failure.</w:t>
      </w:r>
    </w:p>
    <w:p>
      <w:r>
        <w:rPr>
          <w:rFonts w:ascii="IM Fell English" w:hAnsi="IM Fell English"/>
          <w:color w:val="141414"/>
          <w:sz w:val="24"/>
        </w:rPr>
        <w:t>"I'll let you know when I find out," he said, and he left the table.</w:t>
      </w:r>
    </w:p>
    <w:p>
      <w:r>
        <w:rPr>
          <w:rFonts w:ascii="IM Fell English" w:hAnsi="IM Fell English"/>
          <w:color w:val="141414"/>
          <w:sz w:val="24"/>
        </w:rPr>
        <w:t>Later, after the house had settled into sleep, Richard found Nathan on the back porch, smoking a cigarette he didn't particularly want.</w:t>
      </w:r>
    </w:p>
    <w:p>
      <w:r>
        <w:rPr>
          <w:rFonts w:ascii="IM Fell English" w:hAnsi="IM Fell English"/>
          <w:color w:val="141414"/>
          <w:sz w:val="24"/>
        </w:rPr>
        <w:t>"You never used to smoke," Richard observed.</w:t>
      </w:r>
    </w:p>
    <w:p>
      <w:r>
        <w:rPr>
          <w:rFonts w:ascii="IM Fell English" w:hAnsi="IM Fell English"/>
          <w:color w:val="141414"/>
          <w:sz w:val="24"/>
        </w:rPr>
        <w:t>"There are a lot of things I didn't used to do," Nathan replied.</w:t>
      </w:r>
    </w:p>
    <w:p>
      <w:r>
        <w:rPr>
          <w:rFonts w:ascii="IM Fell English" w:hAnsi="IM Fell English"/>
          <w:color w:val="141414"/>
          <w:sz w:val="24"/>
        </w:rPr>
        <w:t>Richard settled into the wicker chair beside him with evident effort. He moved like a man whose body was a burden he no longer had the energy to carry.</w:t>
      </w:r>
    </w:p>
    <w:p>
      <w:r>
        <w:rPr>
          <w:rFonts w:ascii="IM Fell English" w:hAnsi="IM Fell English"/>
          <w:color w:val="141414"/>
          <w:sz w:val="24"/>
        </w:rPr>
        <w:t>"Sophia wrote to me," Richard said. "Your ex-wife sent photographs last year. She's remarkable. She has your eyes."</w:t>
      </w:r>
    </w:p>
    <w:p>
      <w:r>
        <w:rPr>
          <w:rFonts w:ascii="IM Fell English" w:hAnsi="IM Fell English"/>
          <w:color w:val="141414"/>
          <w:sz w:val="24"/>
        </w:rPr>
        <w:t>Nathan didn't respond.</w:t>
      </w:r>
    </w:p>
    <w:p>
      <w:r>
        <w:rPr>
          <w:rFonts w:ascii="IM Fell English" w:hAnsi="IM Fell English"/>
          <w:color w:val="141414"/>
          <w:sz w:val="24"/>
        </w:rPr>
        <w:t>"I won't be here to see her grow up," Richard continued. "But you will. And I think that might be the thing that saves you."</w:t>
      </w:r>
    </w:p>
    <w:p>
      <w:r>
        <w:rPr>
          <w:rFonts w:ascii="IM Fell English" w:hAnsi="IM Fell English"/>
          <w:color w:val="141414"/>
          <w:sz w:val="24"/>
        </w:rPr>
        <w:t>"She hates me," Nathan said. "Or she will. Or she does already. I'm not certain which is worse."</w:t>
      </w:r>
    </w:p>
    <w:p>
      <w:r>
        <w:rPr>
          <w:rFonts w:ascii="IM Fell English" w:hAnsi="IM Fell English"/>
          <w:color w:val="141414"/>
          <w:sz w:val="24"/>
        </w:rPr>
        <w:t>"Children don't hate their parents for being human," Richard said. "They hate them for pretending to be otherwise. For asking them to carry the weight of impossible expectations."</w:t>
      </w:r>
    </w:p>
    <w:p>
      <w:r>
        <w:rPr>
          <w:rFonts w:ascii="IM Fell English" w:hAnsi="IM Fell English"/>
          <w:color w:val="141414"/>
          <w:sz w:val="24"/>
        </w:rPr>
        <w:t>"Claire says I'm not fit to be her father without supervision."</w:t>
      </w:r>
    </w:p>
    <w:p>
      <w:r>
        <w:rPr>
          <w:rFonts w:ascii="IM Fell English" w:hAnsi="IM Fell English"/>
          <w:color w:val="141414"/>
          <w:sz w:val="24"/>
        </w:rPr>
        <w:t>"Claire is protecting her daughter," Richard said. "But that doesn't mean Claire is right. You're her father regardless of whether a custody agreement recognizes it. That's not something that can be supervised away."</w:t>
      </w:r>
    </w:p>
    <w:p>
      <w:r>
        <w:rPr>
          <w:rFonts w:ascii="IM Fell English" w:hAnsi="IM Fell English"/>
          <w:color w:val="141414"/>
          <w:sz w:val="24"/>
        </w:rPr>
        <w:t>Nathan flicked ash into a jade planter. "I don't know how to be a father."</w:t>
      </w:r>
    </w:p>
    <w:p>
      <w:r>
        <w:rPr>
          <w:rFonts w:ascii="IM Fell English" w:hAnsi="IM Fell English"/>
          <w:color w:val="141414"/>
          <w:sz w:val="24"/>
        </w:rPr>
        <w:t>"Neither did I," Richard said. "I learned by being present. Some days that was enough. Other days it wasn't. But she knew I was trying. Maybe that's all Sophia needs to know from you too."</w:t>
      </w:r>
    </w:p>
    <w:p>
      <w:r>
        <w:rPr>
          <w:rFonts w:ascii="IM Fell English" w:hAnsi="IM Fell English"/>
          <w:color w:val="141414"/>
          <w:sz w:val="24"/>
        </w:rPr>
        <w:t>The night deepened around them. Somewhere in the darkness, insects sang their ancient songs. The magnolia trees released their heavy perfume into the humid air, that particular Southern Gothic fragrance that smelled simultaneously of beauty and decay.</w:t>
      </w:r>
    </w:p>
    <w:p>
      <w:r>
        <w:rPr>
          <w:rFonts w:ascii="IM Fell English" w:hAnsi="IM Fell English"/>
          <w:color w:val="141414"/>
          <w:sz w:val="24"/>
        </w:rPr>
        <w:t>"I'm going to ask the three of you for something," Richard said. "In my will, I'm including a contingency. You'll each inherit your portion, but it will be held in trust for one year. During that year, you cannot use it to maintain the lives you're currently living. You cannot use it to save marriages that are already dead, or to fund careers that don't sustain you, or to construct identities that don't fit."</w:t>
      </w:r>
    </w:p>
    <w:p>
      <w:r>
        <w:rPr>
          <w:rFonts w:ascii="IM Fell English" w:hAnsi="IM Fell English"/>
          <w:color w:val="141414"/>
          <w:sz w:val="24"/>
        </w:rPr>
        <w:t>"That's manipulative," Nathan said, but he was smiling slightly.</w:t>
      </w:r>
    </w:p>
    <w:p>
      <w:r>
        <w:rPr>
          <w:rFonts w:ascii="IM Fell English" w:hAnsi="IM Fell English"/>
          <w:color w:val="141414"/>
          <w:sz w:val="24"/>
        </w:rPr>
        <w:t>"Of course it is," Richard agreed. "I'm a dying man with limited options. But I'm also your father, and I'm going to use the only leverage I have left to push you toward your own lives instead of the ones you think you should have."</w:t>
      </w:r>
    </w:p>
    <w:p>
      <w:r>
        <w:rPr>
          <w:rFonts w:ascii="IM Fell English" w:hAnsi="IM Fell English"/>
          <w:color w:val="141414"/>
          <w:sz w:val="24"/>
        </w:rPr>
        <w:t>"What happens after the year?" Nathan asked.</w:t>
      </w:r>
    </w:p>
    <w:p>
      <w:r>
        <w:rPr>
          <w:rFonts w:ascii="IM Fell English" w:hAnsi="IM Fell English"/>
          <w:color w:val="141414"/>
          <w:sz w:val="24"/>
        </w:rPr>
        <w:t>"Then the money is yours, and you can use it however you choose. But I'm betting that by then, you'll have figured out what that should be."</w:t>
      </w:r>
    </w:p>
    <w:p>
      <w:r>
        <w:rPr>
          <w:rFonts w:ascii="IM Fell English" w:hAnsi="IM Fell English"/>
          <w:color w:val="141414"/>
          <w:sz w:val="24"/>
        </w:rPr>
        <w:t>---</w:t>
      </w:r>
    </w:p>
    <w:p>
      <w:r>
        <w:rPr>
          <w:rFonts w:ascii="IM Fell English" w:hAnsi="IM Fell English"/>
          <w:color w:val="141414"/>
          <w:sz w:val="24"/>
        </w:rPr>
        <w:t>## CHAPTER NINE: THE SUMMER STORM</w:t>
      </w:r>
    </w:p>
    <w:p>
      <w:r>
        <w:rPr>
          <w:rFonts w:ascii="IM Fell English" w:hAnsi="IM Fell English"/>
          <w:color w:val="141414"/>
          <w:sz w:val="24"/>
        </w:rPr>
        <w:t>### "In Mississippi, you learn that some things cannot be controlled, only endured"</w:t>
      </w:r>
    </w:p>
    <w:p>
      <w:r>
        <w:rPr>
          <w:rFonts w:ascii="IM Fell English" w:hAnsi="IM Fell English"/>
          <w:color w:val="141414"/>
          <w:sz w:val="24"/>
        </w:rPr>
        <w:t>June turned into July with the relentlessness of a Southern summer, and the humidity became not a weather pattern but a fundamental condition of existence. Ashford Manor, despite its age and grandeur, seemed to sweat through the days, moisture accumulating on windows and pooling in the corners of rooms, causing the wood to creak and the air to become almost liquid.</w:t>
      </w:r>
    </w:p>
    <w:p>
      <w:r>
        <w:rPr>
          <w:rFonts w:ascii="IM Fell English" w:hAnsi="IM Fell English"/>
          <w:color w:val="141414"/>
          <w:sz w:val="24"/>
        </w:rPr>
        <w:t>Lillian moved through it all with the quiet satisfaction of a woman who'd finally stopped drowning. She'd filed for divorce. She'd hired a lawyer from Jackson who specialized in high-net-worth separations and who took obvious pleasure in the fact that Lillian had inherited wealth and power structures of her own. She'd also begun to do something radical: she'd started painting.</w:t>
      </w:r>
    </w:p>
    <w:p>
      <w:r>
        <w:rPr>
          <w:rFonts w:ascii="IM Fell English" w:hAnsi="IM Fell English"/>
          <w:color w:val="141414"/>
          <w:sz w:val="24"/>
        </w:rPr>
        <w:t>The guest cottage, which had previously been Nathan's refuge, now became hers during the mornings. She'd set up easels and canvases and begun to explore the act of creation without the burden of needing to be good at it. She painted the magnolia trees at different times of day, the manor in various states of light, the faces of her siblings caught in moments when they weren't performing. The paintings were rough and honest, and she was beginning to understand that honesty was more valuable than technical skill.</w:t>
      </w:r>
    </w:p>
    <w:p>
      <w:r>
        <w:rPr>
          <w:rFonts w:ascii="IM Fell English" w:hAnsi="IM Fell English"/>
          <w:color w:val="141414"/>
          <w:sz w:val="24"/>
        </w:rPr>
        <w:t>Dolores found her there one afternoon, surrounded by canvases, and the old woman stood in the doorway for a long moment without speaking.</w:t>
      </w:r>
    </w:p>
    <w:p>
      <w:r>
        <w:rPr>
          <w:rFonts w:ascii="IM Fell English" w:hAnsi="IM Fell English"/>
          <w:color w:val="141414"/>
          <w:sz w:val="24"/>
        </w:rPr>
        <w:t>"Your mama never painted," Dolores finally said. "But my grandmother, she did. She made quilts. Patterns that told stories if you knew how to read them."</w:t>
      </w:r>
    </w:p>
    <w:p>
      <w:r>
        <w:rPr>
          <w:rFonts w:ascii="IM Fell English" w:hAnsi="IM Fell English"/>
          <w:color w:val="141414"/>
          <w:sz w:val="24"/>
        </w:rPr>
        <w:t>Lillian looked at the woman who'd raised her more honestly than her own mother had, who'd braided her hair and buttoned her coats and taught her which flowers bloomed when and how to treat a man's socks so they lasted.</w:t>
      </w:r>
    </w:p>
    <w:p>
      <w:r>
        <w:rPr>
          <w:rFonts w:ascii="IM Fell English" w:hAnsi="IM Fell English"/>
          <w:color w:val="141414"/>
          <w:sz w:val="24"/>
        </w:rPr>
        <w:t>"Why did Grandmother's quilts disappear?" Lillian asked.</w:t>
      </w:r>
    </w:p>
    <w:p>
      <w:r>
        <w:rPr>
          <w:rFonts w:ascii="IM Fell English" w:hAnsi="IM Fell English"/>
          <w:color w:val="141414"/>
          <w:sz w:val="24"/>
        </w:rPr>
        <w:t>Dolores settled herself on an old stool, moving carefully. "Her husband burned them. Said they were devil work, making idols of stories when a woman's stories belonged to her family."</w:t>
      </w:r>
    </w:p>
    <w:p>
      <w:r>
        <w:rPr>
          <w:rFonts w:ascii="IM Fell English" w:hAnsi="IM Fell English"/>
          <w:color w:val="141414"/>
          <w:sz w:val="24"/>
        </w:rPr>
        <w:t>"How long were they married?"</w:t>
      </w:r>
    </w:p>
    <w:p>
      <w:r>
        <w:rPr>
          <w:rFonts w:ascii="IM Fell English" w:hAnsi="IM Fell English"/>
          <w:color w:val="141414"/>
          <w:sz w:val="24"/>
        </w:rPr>
        <w:t>"Fifty-three years," Dolores said.</w:t>
      </w:r>
    </w:p>
    <w:p>
      <w:r>
        <w:rPr>
          <w:rFonts w:ascii="IM Fell English" w:hAnsi="IM Fell English"/>
          <w:color w:val="141414"/>
          <w:sz w:val="24"/>
        </w:rPr>
        <w:t>Lillian set down her brush. "How did she survive that?"</w:t>
      </w:r>
    </w:p>
    <w:p>
      <w:r>
        <w:rPr>
          <w:rFonts w:ascii="IM Fell English" w:hAnsi="IM Fell English"/>
          <w:color w:val="141414"/>
          <w:sz w:val="24"/>
        </w:rPr>
        <w:t>Dolores was quiet for a long time, her dark hands folded in her lap. "She didn't survive it. That's the truth of it. She endured it. There's a difference, honey. Surviving is what you do to get through. Living is what you do after you stop surviving."</w:t>
      </w:r>
    </w:p>
    <w:p>
      <w:r>
        <w:rPr>
          <w:rFonts w:ascii="IM Fell English" w:hAnsi="IM Fell English"/>
          <w:color w:val="141414"/>
          <w:sz w:val="24"/>
        </w:rPr>
        <w:t>It was that conversation, or perhaps the weight of the summer itself, that caused the first real storm to break over the manor on the evening of July ninth.</w:t>
      </w:r>
    </w:p>
    <w:p>
      <w:r>
        <w:rPr>
          <w:rFonts w:ascii="IM Fell English" w:hAnsi="IM Fell English"/>
          <w:color w:val="141414"/>
          <w:sz w:val="24"/>
        </w:rPr>
        <w:t>The weather service had been warning about it all day—a low-pressure system moving up from the Gulf, bringing the possibility of severe thunderstorms. Richard, increasingly paranoid about weather-related complications to his deteriorating condition, wanted the windows closed despite the heat. Katherine fussed about flash flooding. James made certain the generator was working and the supplies were adequate.</w:t>
      </w:r>
    </w:p>
    <w:p>
      <w:r>
        <w:rPr>
          <w:rFonts w:ascii="IM Fell English" w:hAnsi="IM Fell English"/>
          <w:color w:val="141414"/>
          <w:sz w:val="24"/>
        </w:rPr>
        <w:t>Nathan drank.</w:t>
      </w:r>
    </w:p>
    <w:p>
      <w:r>
        <w:rPr>
          <w:rFonts w:ascii="IM Fell English" w:hAnsi="IM Fell English"/>
          <w:color w:val="141414"/>
          <w:sz w:val="24"/>
        </w:rPr>
        <w:t>Lillian painted.</w:t>
      </w:r>
    </w:p>
    <w:p>
      <w:r>
        <w:rPr>
          <w:rFonts w:ascii="IM Fell English" w:hAnsi="IM Fell English"/>
          <w:color w:val="141414"/>
          <w:sz w:val="24"/>
        </w:rPr>
        <w:t>When the storm finally arrived, it came with little fanfare—just the sudden darkening of the sky and then the drop in pressure that made everything feel momentarily weightless. And then the rain came, sheets of it, horizontal rain that hammered against the windows and turned the drive into a river.</w:t>
      </w:r>
    </w:p>
    <w:p>
      <w:r>
        <w:rPr>
          <w:rFonts w:ascii="IM Fell English" w:hAnsi="IM Fell English"/>
          <w:color w:val="141414"/>
          <w:sz w:val="24"/>
        </w:rPr>
        <w:t>The power went out at seven o'clock.</w:t>
      </w:r>
    </w:p>
    <w:p>
      <w:r>
        <w:rPr>
          <w:rFonts w:ascii="IM Fell English" w:hAnsi="IM Fell English"/>
          <w:color w:val="141414"/>
          <w:sz w:val="24"/>
        </w:rPr>
        <w:t>By eight, they were gathered in the library by candlelight, a tableau from another century. Richard reclined in his chair like an ancient king, wrapped in blankets despite the humidity. Katherine fretted uselessly. James worked through a legal document that he should have put away hours ago. Nathan poured drinks. Lillian sketched their faces in charcoal, capturing them in this moment of vulnerability.</w:t>
      </w:r>
    </w:p>
    <w:p>
      <w:r>
        <w:rPr>
          <w:rFonts w:ascii="IM Fell English" w:hAnsi="IM Fell English"/>
          <w:color w:val="141414"/>
          <w:sz w:val="24"/>
        </w:rPr>
        <w:t>"This would be a perfect setting for a ghost story," Lillian observed.</w:t>
      </w:r>
    </w:p>
    <w:p>
      <w:r>
        <w:rPr>
          <w:rFonts w:ascii="IM Fell English" w:hAnsi="IM Fell English"/>
          <w:color w:val="141414"/>
          <w:sz w:val="24"/>
        </w:rPr>
        <w:t>"We have enough real ghosts without inventing fictional ones," James said.</w:t>
      </w:r>
    </w:p>
    <w:p>
      <w:r>
        <w:rPr>
          <w:rFonts w:ascii="IM Fell English" w:hAnsi="IM Fell English"/>
          <w:color w:val="141414"/>
          <w:sz w:val="24"/>
        </w:rPr>
        <w:t>"Do we?" Nathan asked. "I feel like we've spent years exorcising the ghosts of our parents' expectations. I'm not sure we've made a dent in them."</w:t>
      </w:r>
    </w:p>
    <w:p>
      <w:r>
        <w:rPr>
          <w:rFonts w:ascii="IM Fell English" w:hAnsi="IM Fell English"/>
          <w:color w:val="141414"/>
          <w:sz w:val="24"/>
        </w:rPr>
        <w:t>"The only way to exorcise a ghost is to finally acknowledge it," Richard said. His voice was thin from the couch, and they all turned to look at him. "That's why your mother and I never had another child after Nathan. We couldn't bear to repeat the same mistakes. And we made a thousand mistakes."</w:t>
      </w:r>
    </w:p>
    <w:p>
      <w:r>
        <w:rPr>
          <w:rFonts w:ascii="IM Fell English" w:hAnsi="IM Fell English"/>
          <w:color w:val="141414"/>
          <w:sz w:val="24"/>
        </w:rPr>
        <w:t>"You're being maudlin," Katherine said, but her voice was uncertain.</w:t>
      </w:r>
    </w:p>
    <w:p>
      <w:r>
        <w:rPr>
          <w:rFonts w:ascii="IM Fell English" w:hAnsi="IM Fell English"/>
          <w:color w:val="141414"/>
          <w:sz w:val="24"/>
        </w:rPr>
        <w:t>"I'm being honest," Richard replied. "Which may sound like melodrama after seventy-three years of pretending everything is fine."</w:t>
      </w:r>
    </w:p>
    <w:p>
      <w:r>
        <w:rPr>
          <w:rFonts w:ascii="IM Fell English" w:hAnsi="IM Fell English"/>
          <w:color w:val="141414"/>
          <w:sz w:val="24"/>
        </w:rPr>
        <w:t>Another crack of lightning illuminated the room in stark white, and in that frozen moment, they all looked like strangers to each other.</w:t>
      </w:r>
    </w:p>
    <w:p>
      <w:r>
        <w:rPr>
          <w:rFonts w:ascii="IM Fell English" w:hAnsi="IM Fell English"/>
          <w:color w:val="141414"/>
          <w:sz w:val="24"/>
        </w:rPr>
        <w:t>"I was unfaithful to your mother," Richard said. "For eight years, I had a relationship with a woman named Margaret. She was my secretary. She was intelligent and witty and she laughed at my jokes. Your mother never laughed at my jokes."</w:t>
      </w:r>
    </w:p>
    <w:p>
      <w:r>
        <w:rPr>
          <w:rFonts w:ascii="IM Fell English" w:hAnsi="IM Fell English"/>
          <w:color w:val="141414"/>
          <w:sz w:val="24"/>
        </w:rPr>
        <w:t>The confession hung in the air like the thunder that followed.</w:t>
      </w:r>
    </w:p>
    <w:p>
      <w:r>
        <w:rPr>
          <w:rFonts w:ascii="IM Fell English" w:hAnsi="IM Fell English"/>
          <w:color w:val="141414"/>
          <w:sz w:val="24"/>
        </w:rPr>
        <w:t>"Father—" James began.</w:t>
      </w:r>
    </w:p>
    <w:p>
      <w:r>
        <w:rPr>
          <w:rFonts w:ascii="IM Fell English" w:hAnsi="IM Fell English"/>
          <w:color w:val="141414"/>
          <w:sz w:val="24"/>
        </w:rPr>
        <w:t>"I'm not asking for absolution," Richard continued. "I'm not even asking for understanding. I'm telling you because you deserve to know that I'm not some paragon of virtue. I'm a man who made human mistakes while pretending to be something beyond human."</w:t>
      </w:r>
    </w:p>
    <w:p>
      <w:r>
        <w:rPr>
          <w:rFonts w:ascii="IM Fell English" w:hAnsi="IM Fell English"/>
          <w:color w:val="141414"/>
          <w:sz w:val="24"/>
        </w:rPr>
        <w:t>"Did mother know?" Lillian asked quietly.</w:t>
      </w:r>
    </w:p>
    <w:p>
      <w:r>
        <w:rPr>
          <w:rFonts w:ascii="IM Fell English" w:hAnsi="IM Fell English"/>
          <w:color w:val="141414"/>
          <w:sz w:val="24"/>
        </w:rPr>
        <w:t>"She suspected," Richard said. "And she chose to ignore it, because ignoring things was what we did in our generation. We built walls and called them boundaries. We called denial sophistication."</w:t>
      </w:r>
    </w:p>
    <w:p>
      <w:r>
        <w:rPr>
          <w:rFonts w:ascii="IM Fell English" w:hAnsi="IM Fell English"/>
          <w:color w:val="141414"/>
          <w:sz w:val="24"/>
        </w:rPr>
        <w:t>Katherine had turned away entirely, looking toward the window and the storm beyond.</w:t>
      </w:r>
    </w:p>
    <w:p>
      <w:r>
        <w:rPr>
          <w:rFonts w:ascii="IM Fell English" w:hAnsi="IM Fell English"/>
          <w:color w:val="141414"/>
          <w:sz w:val="24"/>
        </w:rPr>
        <w:t>"What happened to Margaret?" Nathan asked.</w:t>
      </w:r>
    </w:p>
    <w:p>
      <w:r>
        <w:rPr>
          <w:rFonts w:ascii="IM Fell English" w:hAnsi="IM Fell English"/>
          <w:color w:val="141414"/>
          <w:sz w:val="24"/>
        </w:rPr>
        <w:t>"She married a man from Mobile," Richard said. "She had children. She had a good life, I hope. But she was the ghost I lived with for decades. The proof that I was capable of wanting something other than what I had, and that I was too weak or too afraid to actually choose it."</w:t>
      </w:r>
    </w:p>
    <w:p>
      <w:r>
        <w:rPr>
          <w:rFonts w:ascii="IM Fell English" w:hAnsi="IM Fell English"/>
          <w:color w:val="141414"/>
          <w:sz w:val="24"/>
        </w:rPr>
        <w:t>The storm raged outside, indifferent to their human revelations. The rain hammered against the house as if trying to find its way in.</w:t>
      </w:r>
    </w:p>
    <w:p>
      <w:r>
        <w:rPr>
          <w:rFonts w:ascii="IM Fell English" w:hAnsi="IM Fell English"/>
          <w:color w:val="141414"/>
          <w:sz w:val="24"/>
        </w:rPr>
        <w:t>"I think," Lillian said slowly, "that's what we're all struggling with. We're all Margaret in some way. We're all the ghost in someone else's story."</w:t>
      </w:r>
    </w:p>
    <w:p>
      <w:r>
        <w:rPr>
          <w:rFonts w:ascii="IM Fell English" w:hAnsi="IM Fell English"/>
          <w:color w:val="141414"/>
          <w:sz w:val="24"/>
        </w:rPr>
        <w:t>"We could be ourselves instead," Nathan said. "That's what Dad's been trying to tell us all summer."</w:t>
      </w:r>
    </w:p>
    <w:p>
      <w:r>
        <w:rPr>
          <w:rFonts w:ascii="IM Fell English" w:hAnsi="IM Fell English"/>
          <w:color w:val="141414"/>
          <w:sz w:val="24"/>
        </w:rPr>
        <w:t>---</w:t>
      </w:r>
    </w:p>
    <w:p>
      <w:r>
        <w:rPr>
          <w:rFonts w:ascii="IM Fell English" w:hAnsi="IM Fell English"/>
          <w:color w:val="141414"/>
          <w:sz w:val="24"/>
        </w:rPr>
        <w:t>## CHAPTER TEN: THE BREAKING POINT</w:t>
      </w:r>
    </w:p>
    <w:p>
      <w:r>
        <w:rPr>
          <w:rFonts w:ascii="IM Fell English" w:hAnsi="IM Fell English"/>
          <w:color w:val="141414"/>
          <w:sz w:val="24"/>
        </w:rPr>
        <w:t>### "Some summers, you don't survive. You just come out the other side changed"</w:t>
      </w:r>
    </w:p>
    <w:p>
      <w:r>
        <w:rPr>
          <w:rFonts w:ascii="IM Fell English" w:hAnsi="IM Fell English"/>
          <w:color w:val="141414"/>
          <w:sz w:val="24"/>
        </w:rPr>
        <w:t>The morning after the storm, Ashford Manor looked like it had weathered a siege. Tree branches lay across the drive, power lines were down in two places, and the back garden was submerged in standing water that would take days to recede. The insurance company would have to be called. Repairs would need to be made. James immediately began organizing response.</w:t>
      </w:r>
    </w:p>
    <w:p>
      <w:r>
        <w:rPr>
          <w:rFonts w:ascii="IM Fell English" w:hAnsi="IM Fell English"/>
          <w:color w:val="141414"/>
          <w:sz w:val="24"/>
        </w:rPr>
        <w:t>But nobody was paying attention to James anymore.</w:t>
      </w:r>
    </w:p>
    <w:p>
      <w:r>
        <w:rPr>
          <w:rFonts w:ascii="IM Fell English" w:hAnsi="IM Fell English"/>
          <w:color w:val="141414"/>
          <w:sz w:val="24"/>
        </w:rPr>
        <w:t>The storm had broken something open in the house—some dam that had been holding back accumulation and rot. And what came pouring through was the summer they'd all been dancing around since June.</w:t>
      </w:r>
    </w:p>
    <w:p>
      <w:r>
        <w:rPr>
          <w:rFonts w:ascii="IM Fell English" w:hAnsi="IM Fell English"/>
          <w:color w:val="141414"/>
          <w:sz w:val="24"/>
        </w:rPr>
        <w:t>Diane arrived at Ashford Manor at noon on July tenth without warning or invitation.</w:t>
      </w:r>
    </w:p>
    <w:p>
      <w:r>
        <w:rPr>
          <w:rFonts w:ascii="IM Fell English" w:hAnsi="IM Fell English"/>
          <w:color w:val="141414"/>
          <w:sz w:val="24"/>
        </w:rPr>
        <w:t>She appeared at the front door in a state that could only be described as disheveled—her hair uncombed, her clothes wrinkled, her eyes the color of someone who'd been crying for hours. Katherine, unprepared for unexpected guests and unsure how to deploy her social armor under such circumstances, ushered her into the parlor and called for James.</w:t>
      </w:r>
    </w:p>
    <w:p>
      <w:r>
        <w:rPr>
          <w:rFonts w:ascii="IM Fell English" w:hAnsi="IM Fell English"/>
          <w:color w:val="141414"/>
          <w:sz w:val="24"/>
        </w:rPr>
        <w:t>He came down the stairs slowly, and his face, when he saw his wife, rearranged itself into an expression of careful blankness that everyone in the room recognized as absolute panic.</w:t>
      </w:r>
    </w:p>
    <w:p>
      <w:r>
        <w:rPr>
          <w:rFonts w:ascii="IM Fell English" w:hAnsi="IM Fell English"/>
          <w:color w:val="141414"/>
          <w:sz w:val="24"/>
        </w:rPr>
        <w:t>"My love," Diane said, and she was shaking. "I drove all night. I couldn't—I couldn't stay there anymore without telling you."</w:t>
      </w:r>
    </w:p>
    <w:p>
      <w:r>
        <w:rPr>
          <w:rFonts w:ascii="IM Fell English" w:hAnsi="IM Fell English"/>
          <w:color w:val="141414"/>
          <w:sz w:val="24"/>
        </w:rPr>
        <w:t>"Let's talk privately," James said, already moving toward the hall.</w:t>
      </w:r>
    </w:p>
    <w:p>
      <w:r>
        <w:rPr>
          <w:rFonts w:ascii="IM Fell English" w:hAnsi="IM Fell English"/>
          <w:color w:val="141414"/>
          <w:sz w:val="24"/>
        </w:rPr>
        <w:t>"No," Diane said, and her voice had the quality of something breaking. "No more private conversations. No more pretending. I'm in love with someone else. I have been for eleven months. And I've been trying to figure out how to tell you, and I've been trying to figure out how to end it, and I've been trying to figure out how to continue like we were, and I can't do any of those things anymore."</w:t>
      </w:r>
    </w:p>
    <w:p>
      <w:r>
        <w:rPr>
          <w:rFonts w:ascii="IM Fell English" w:hAnsi="IM Fell English"/>
          <w:color w:val="141414"/>
          <w:sz w:val="24"/>
        </w:rPr>
        <w:t>James stood frozen on the threshold between rooms.</w:t>
      </w:r>
    </w:p>
    <w:p>
      <w:r>
        <w:rPr>
          <w:rFonts w:ascii="IM Fell English" w:hAnsi="IM Fell English"/>
          <w:color w:val="141414"/>
          <w:sz w:val="24"/>
        </w:rPr>
        <w:t>"I'm sorry," Diane continued. "I'm sorry for how long it took me to be honest. I'm sorry for being a coward. I'm sorry for making you into the villain in a story where you were just—absent. You were just not there, and I needed someone to be there, and he was."</w:t>
      </w:r>
    </w:p>
    <w:p>
      <w:r>
        <w:rPr>
          <w:rFonts w:ascii="IM Fell English" w:hAnsi="IM Fell English"/>
          <w:color w:val="141414"/>
          <w:sz w:val="24"/>
        </w:rPr>
        <w:t>"You should leave," James said, but his voice had no force behind it.</w:t>
      </w:r>
    </w:p>
    <w:p>
      <w:r>
        <w:rPr>
          <w:rFonts w:ascii="IM Fell English" w:hAnsi="IM Fell English"/>
          <w:color w:val="141414"/>
          <w:sz w:val="24"/>
        </w:rPr>
        <w:t>"I need you to hear me," Diane said. "I need you to understand that this isn't about you being a bad husband. It's about you being a husband who was never present enough to be bad or good. You were just—efficient. You were efficient at everything except being a partner."</w:t>
      </w:r>
    </w:p>
    <w:p>
      <w:r>
        <w:rPr>
          <w:rFonts w:ascii="IM Fell English" w:hAnsi="IM Fell English"/>
          <w:color w:val="141414"/>
          <w:sz w:val="24"/>
        </w:rPr>
        <w:t>Katherine excused herself with the grace of a woman who'd spent decades leaving rooms when emotions threatened to overtake decorum. Nathan and Lillian, less trained in these matters, simply watched like spectators at a tragedy that had suddenly become real.</w:t>
      </w:r>
    </w:p>
    <w:p>
      <w:r>
        <w:rPr>
          <w:rFonts w:ascii="IM Fell English" w:hAnsi="IM Fell English"/>
          <w:color w:val="141414"/>
          <w:sz w:val="24"/>
        </w:rPr>
        <w:t>"I'm moving to Savannah," Diane said. "He's opening a practice there. I've accepted a position with his practice—I'm finishing my certification as a yoga therapist. I'm going to build a life that's mine. And I want you to be happy about that, but if you can't be, then I want you to at least understand."</w:t>
      </w:r>
    </w:p>
    <w:p>
      <w:r>
        <w:rPr>
          <w:rFonts w:ascii="IM Fell English" w:hAnsi="IM Fell English"/>
          <w:color w:val="141414"/>
          <w:sz w:val="24"/>
        </w:rPr>
        <w:t>"I don't," James said. "I don't understand. We had a plan. We had a life."</w:t>
      </w:r>
    </w:p>
    <w:p>
      <w:r>
        <w:rPr>
          <w:rFonts w:ascii="IM Fell English" w:hAnsi="IM Fell English"/>
          <w:color w:val="141414"/>
          <w:sz w:val="24"/>
        </w:rPr>
        <w:t>"We had your plan," Diane said. "And I loved you, I did, but I couldn't live in your plan anymore. I couldn't be the supporting character in your story."</w:t>
      </w:r>
    </w:p>
    <w:p>
      <w:r>
        <w:rPr>
          <w:rFonts w:ascii="IM Fell English" w:hAnsi="IM Fell English"/>
          <w:color w:val="141414"/>
          <w:sz w:val="24"/>
        </w:rPr>
        <w:t>She set something on the side table—a key to their home in Charlotte.</w:t>
      </w:r>
    </w:p>
    <w:p>
      <w:r>
        <w:rPr>
          <w:rFonts w:ascii="IM Fell English" w:hAnsi="IM Fell English"/>
          <w:color w:val="141414"/>
          <w:sz w:val="24"/>
        </w:rPr>
        <w:t>"I've already moved most of my things," she said. "The house is yours. Call my lawyer."</w:t>
      </w:r>
    </w:p>
    <w:p>
      <w:r>
        <w:rPr>
          <w:rFonts w:ascii="IM Fell English" w:hAnsi="IM Fell English"/>
          <w:color w:val="141414"/>
          <w:sz w:val="24"/>
        </w:rPr>
        <w:t>And then she was gone, backing her car down the water-logged drive with the determination of someone who'd finally stopped negotiating with herself.</w:t>
      </w:r>
    </w:p>
    <w:p>
      <w:r>
        <w:rPr>
          <w:rFonts w:ascii="IM Fell English" w:hAnsi="IM Fell English"/>
          <w:color w:val="141414"/>
          <w:sz w:val="24"/>
        </w:rPr>
        <w:t>James stood in the aftermath like a man who'd been struck by lightning and was still waiting to fall.</w:t>
      </w:r>
    </w:p>
    <w:p>
      <w:r>
        <w:rPr>
          <w:rFonts w:ascii="IM Fell English" w:hAnsi="IM Fell English"/>
          <w:color w:val="141414"/>
          <w:sz w:val="24"/>
        </w:rPr>
        <w:t>Lillian crossed the room and took her brother's hand. "Come sit down," she said gently.</w:t>
      </w:r>
    </w:p>
    <w:p>
      <w:r>
        <w:rPr>
          <w:rFonts w:ascii="IM Fell English" w:hAnsi="IM Fell English"/>
          <w:color w:val="141414"/>
          <w:sz w:val="24"/>
        </w:rPr>
        <w:t>"I don't understand," James repeated, but he allowed himself to be led to a chair. "I don't understand how I missed this. I don't understand how I could live with someone for fourteen years and not understand how unhappy she was."</w:t>
      </w:r>
    </w:p>
    <w:p>
      <w:r>
        <w:rPr>
          <w:rFonts w:ascii="IM Fell English" w:hAnsi="IM Fell English"/>
          <w:color w:val="141414"/>
          <w:sz w:val="24"/>
        </w:rPr>
        <w:t>"Because you were busy being happy on your own behalf," Nathan said, and his voice was not unkind. "Or at least busy convincing yourself that contentment and success were the same thing."</w:t>
      </w:r>
    </w:p>
    <w:p>
      <w:r>
        <w:rPr>
          <w:rFonts w:ascii="IM Fell English" w:hAnsi="IM Fell English"/>
          <w:color w:val="141414"/>
          <w:sz w:val="24"/>
        </w:rPr>
        <w:t>"Don't," James said sharply. "Don't use this as an excuse to lecture me."</w:t>
      </w:r>
    </w:p>
    <w:p>
      <w:r>
        <w:rPr>
          <w:rFonts w:ascii="IM Fell English" w:hAnsi="IM Fell English"/>
          <w:color w:val="141414"/>
          <w:sz w:val="24"/>
        </w:rPr>
        <w:t>"I'm not lecturing," Nathan replied. "I'm confessing. To all the same things. To building a life that looked perfect from the outside and was suffocating on the inside. To choosing pride and professional achievement over actual presence. To running away from difficulty instead of running toward it."</w:t>
      </w:r>
    </w:p>
    <w:p>
      <w:r>
        <w:rPr>
          <w:rFonts w:ascii="IM Fell English" w:hAnsi="IM Fell English"/>
          <w:color w:val="141414"/>
          <w:sz w:val="24"/>
        </w:rPr>
        <w:t>James put his head in his hands. "I don't know how to fix this."</w:t>
      </w:r>
    </w:p>
    <w:p>
      <w:r>
        <w:rPr>
          <w:rFonts w:ascii="IM Fell English" w:hAnsi="IM Fell English"/>
          <w:color w:val="141414"/>
          <w:sz w:val="24"/>
        </w:rPr>
        <w:t>"Maybe that's not the point," Lillian said. "Maybe the point is to stop trying to fix things and start trying to understand them."</w:t>
      </w:r>
    </w:p>
    <w:p>
      <w:r>
        <w:rPr>
          <w:rFonts w:ascii="IM Fell English" w:hAnsi="IM Fell English"/>
          <w:color w:val="141414"/>
          <w:sz w:val="24"/>
        </w:rPr>
        <w:t>Their father was watching from the doorway, and when he realized they'd noticed him, he didn't retreat. He entered the room with the careful steps of a man whose body had become a stranger to him, and he sat beside James.</w:t>
      </w:r>
    </w:p>
    <w:p>
      <w:r>
        <w:rPr>
          <w:rFonts w:ascii="IM Fell English" w:hAnsi="IM Fell English"/>
          <w:color w:val="141414"/>
          <w:sz w:val="24"/>
        </w:rPr>
        <w:t>"I'm going to tell you something I should have told your years ago," Richard said. "Your mother and I—when I told her about Margaret, when she finally addressed the infidelity instead of ignoring it—she asked me what I wanted. Not to stay or to go, not to perform some grand gesture commitmentasked what I actually wanted."</w:t>
      </w:r>
    </w:p>
    <w:p>
      <w:r>
        <w:rPr>
          <w:rFonts w:ascii="IM Fell English" w:hAnsi="IM Fell English"/>
          <w:color w:val="141414"/>
          <w:sz w:val="24"/>
        </w:rPr>
        <w:t>James looked at him.</w:t>
      </w:r>
    </w:p>
    <w:p>
      <w:r>
        <w:rPr>
          <w:rFonts w:ascii="IM Fell English" w:hAnsi="IM Fell English"/>
          <w:color w:val="141414"/>
          <w:sz w:val="24"/>
        </w:rPr>
        <w:t>"And I realized I didn't know," Richard continued. "I'd spent so many years wanting what I was supposed to want that I had no idea what I actually desired. And that's a kind of prison, James. That's a prison made of expectations and compromises and the constant performance of being the right kind of man."</w:t>
      </w:r>
    </w:p>
    <w:p>
      <w:r>
        <w:rPr>
          <w:rFonts w:ascii="IM Fell English" w:hAnsi="IM Fell English"/>
          <w:color w:val="141414"/>
          <w:sz w:val="24"/>
        </w:rPr>
        <w:t>"What did you do?" James asked.</w:t>
      </w:r>
    </w:p>
    <w:p>
      <w:r>
        <w:rPr>
          <w:rFonts w:ascii="IM Fell English" w:hAnsi="IM Fell English"/>
          <w:color w:val="141414"/>
          <w:sz w:val="24"/>
        </w:rPr>
        <w:t>"I chose to stay with your mother," Richard said. "Not because I stopped loving Margaret or because I suddenly became the man I was supposed to be. I chose to stay because, after everything was said and unsaid, your mother was the person I wanted to do the work with. Not the work of maintaining appearances, but the work of actually building something real. And we did that for forty-five years. It wasn't perfect. But it was ours."</w:t>
      </w:r>
    </w:p>
    <w:p>
      <w:r>
        <w:rPr>
          <w:rFonts w:ascii="IM Fell English" w:hAnsi="IM Fell English"/>
          <w:color w:val="141414"/>
          <w:sz w:val="24"/>
        </w:rPr>
        <w:t>James began to cry then, silently, shoulders shaking, tears streaming down his face. He cried for the marriage he'd lost without fighting for it, for the woman who'd finally had to leave him to be found, for the years of performance that had amounted to nothing but a very respectable emptiness.</w:t>
      </w:r>
    </w:p>
    <w:p>
      <w:r>
        <w:rPr>
          <w:rFonts w:ascii="IM Fell English" w:hAnsi="IM Fell English"/>
          <w:color w:val="141414"/>
          <w:sz w:val="24"/>
        </w:rPr>
        <w:t>Lillian held his hand, and Nathan brought him a drink he didn't drink, and Richard sat beside him in the way that fathers should sit beside their sons—not offering solutions, but simply offering presence.</w:t>
      </w:r>
    </w:p>
    <w:p>
      <w:r>
        <w:rPr>
          <w:rFonts w:ascii="IM Fell English" w:hAnsi="IM Fell English"/>
          <w:color w:val="141414"/>
          <w:sz w:val="24"/>
        </w:rPr>
        <w:t>And when James finally lifted his head, the expression in his eyes had changed. Something hard and controlled had softened. Something had broken in him, but not the kind of breaking that destroys. The kind of breaking that opens you up to possibility.</w:t>
      </w:r>
    </w:p>
    <w:p>
      <w:r>
        <w:rPr>
          <w:rFonts w:ascii="IM Fell English" w:hAnsi="IM Fell English"/>
          <w:color w:val="141414"/>
          <w:sz w:val="24"/>
        </w:rPr>
        <w:t>Outside, the sun was burning through the aftermath of the storm, and the land was steaming with the effort of returning to growth. The magnolia trees were battered but still standing, their heavy blooms already beginning to drop petals that would become mulch, would become soil, would become the ground from which something new would grow.</w:t>
      </w:r>
    </w:p>
    <w:p>
      <w:r>
        <w:rPr>
          <w:rFonts w:ascii="IM Fell English" w:hAnsi="IM Fell English"/>
          <w:color w:val="141414"/>
          <w:sz w:val="24"/>
        </w:rPr>
        <w:t>It was July, and they had all the rest of the summer ahead of them.</w:t>
      </w:r>
    </w:p>
    <w:p>
      <w:r>
        <w:rPr>
          <w:rFonts w:ascii="IM Fell English" w:hAnsi="IM Fell English"/>
          <w:color w:val="141414"/>
          <w:sz w:val="24"/>
        </w:rPr>
        <w:t>They had no idea yet how much longer the summer would last.</w:t>
      </w:r>
    </w:p>
    <w:p>
      <w:r>
        <w:rPr>
          <w:rFonts w:ascii="IM Fell English" w:hAnsi="IM Fell English"/>
          <w:color w:val="141414"/>
          <w:sz w:val="24"/>
        </w:rPr>
        <w:t>---</w:t>
      </w:r>
    </w:p>
    <w:p>
      <w:r>
        <w:rPr>
          <w:rFonts w:ascii="IM Fell English" w:hAnsi="IM Fell English"/>
          <w:color w:val="141414"/>
          <w:sz w:val="24"/>
        </w:rPr>
        <w:t>**TO BE CONTINUED...**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