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381A14"/>
          <w:sz w:val="48"/>
        </w:rPr>
        <w:t>Mythical Us</w:t>
      </w:r>
    </w:p>
    <w:p>
      <w:pPr>
        <w:jc w:val="center"/>
      </w:pPr>
      <w:r>
        <w:rPr>
          <w:rFonts w:ascii="IM Fell English" w:hAnsi="IM Fell English"/>
          <w:color w:val="261411"/>
          <w:sz w:val="28"/>
        </w:rPr>
        <w:t>Brandon Eaves</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r>
        <w:rPr>
          <w:rFonts w:ascii="IM Fell English" w:hAnsi="IM Fell English"/>
          <w:color w:val="261411"/>
          <w:sz w:val="24"/>
        </w:rPr>
        <w:t>Contents</w:t>
      </w:r>
    </w:p>
    <w:p>
      <w:r>
        <w:rPr>
          <w:rFonts w:ascii="IM Fell English" w:hAnsi="IM Fell English"/>
          <w:color w:val="261411"/>
          <w:sz w:val="24"/>
        </w:rPr>
        <w:t>The Mundane World</w:t>
      </w:r>
    </w:p>
    <w:p>
      <w:r>
        <w:rPr>
          <w:rFonts w:ascii="IM Fell English" w:hAnsi="IM Fell English"/>
          <w:color w:val="261411"/>
          <w:sz w:val="24"/>
        </w:rPr>
        <w:t>Arrival in Whisperfall</w:t>
      </w:r>
    </w:p>
    <w:p>
      <w:r>
        <w:rPr>
          <w:rFonts w:ascii="IM Fell English" w:hAnsi="IM Fell English"/>
          <w:color w:val="261411"/>
          <w:sz w:val="24"/>
        </w:rPr>
        <w:t>The Mysterious Newcomer</w:t>
      </w:r>
    </w:p>
    <w:p>
      <w:r>
        <w:rPr>
          <w:rFonts w:ascii="IM Fell English" w:hAnsi="IM Fell English"/>
          <w:color w:val="261411"/>
          <w:sz w:val="24"/>
        </w:rPr>
        <w:t>Whispers and Oddities</w:t>
      </w:r>
    </w:p>
    <w:p>
      <w:r>
        <w:rPr>
          <w:rFonts w:ascii="IM Fell English" w:hAnsi="IM Fell English"/>
          <w:color w:val="261411"/>
          <w:sz w:val="24"/>
        </w:rPr>
        <w:t>The Unexplained Attraction</w:t>
      </w:r>
    </w:p>
    <w:p>
      <w:r>
        <w:rPr>
          <w:rFonts w:ascii="IM Fell English" w:hAnsi="IM Fell English"/>
          <w:color w:val="261411"/>
          <w:sz w:val="24"/>
        </w:rPr>
        <w:t>A Brush with the "Mythical"</w:t>
      </w:r>
    </w:p>
    <w:p>
      <w:r>
        <w:rPr>
          <w:rFonts w:ascii="IM Fell English" w:hAnsi="IM Fell English"/>
          <w:color w:val="261411"/>
          <w:sz w:val="24"/>
        </w:rPr>
        <w:t>First Glimpse of the Truth</w:t>
      </w:r>
    </w:p>
    <w:p>
      <w:r>
        <w:rPr>
          <w:rFonts w:ascii="IM Fell English" w:hAnsi="IM Fell English"/>
          <w:color w:val="261411"/>
          <w:sz w:val="24"/>
        </w:rPr>
        <w:t>The Hidden Reality</w:t>
      </w:r>
    </w:p>
    <w:p>
      <w:r>
        <w:rPr>
          <w:rFonts w:ascii="IM Fell English" w:hAnsi="IM Fell English"/>
          <w:color w:val="261411"/>
          <w:sz w:val="24"/>
        </w:rPr>
        <w:t>The Reveal</w:t>
      </w:r>
    </w:p>
    <w:p>
      <w:r>
        <w:rPr>
          <w:rFonts w:ascii="IM Fell English" w:hAnsi="IM Fell English"/>
          <w:color w:val="261411"/>
          <w:sz w:val="24"/>
        </w:rPr>
        <w:t>Navigating the Mythological Underbelly</w:t>
      </w:r>
    </w:p>
    <w:p>
      <w:r>
        <w:rPr>
          <w:rFonts w:ascii="IM Fell English" w:hAnsi="IM Fell English"/>
          <w:color w:val="261411"/>
          <w:sz w:val="24"/>
        </w:rPr>
        <w:t>Forbidden Desires</w:t>
      </w:r>
    </w:p>
    <w:p>
      <w:r>
        <w:rPr>
          <w:rFonts w:ascii="IM Fell English" w:hAnsi="IM Fell English"/>
          <w:color w:val="261411"/>
          <w:sz w:val="24"/>
        </w:rPr>
        <w:t>Facing the Consequences</w:t>
      </w:r>
    </w:p>
    <w:p>
      <w:r>
        <w:rPr>
          <w:rFonts w:ascii="IM Fell English" w:hAnsi="IM Fell English"/>
          <w:color w:val="261411"/>
          <w:sz w:val="24"/>
        </w:rPr>
        <w:t>The Protector's Dilemma</w:t>
      </w:r>
    </w:p>
    <w:p>
      <w:r>
        <w:rPr>
          <w:rFonts w:ascii="IM Fell English" w:hAnsi="IM Fell English"/>
          <w:color w:val="261411"/>
          <w:sz w:val="24"/>
        </w:rPr>
        <w:t>A Desperate Alliance</w:t>
      </w:r>
    </w:p>
    <w:p>
      <w:r>
        <w:rPr>
          <w:rFonts w:ascii="IM Fell English" w:hAnsi="IM Fell English"/>
          <w:color w:val="261411"/>
          <w:sz w:val="24"/>
        </w:rPr>
        <w:t>The Ultimate Choice</w:t>
      </w:r>
    </w:p>
    <w:p>
      <w:r>
        <w:rPr>
          <w:rFonts w:ascii="IM Fell English" w:hAnsi="IM Fell English"/>
          <w:color w:val="261411"/>
          <w:sz w:val="24"/>
        </w:rPr>
        <w:t>Arrival in Whisperfall</w:t>
      </w:r>
    </w:p>
    <w:p>
      <w:r>
        <w:rPr>
          <w:rFonts w:ascii="IM Fell English" w:hAnsi="IM Fell English"/>
          <w:color w:val="261411"/>
          <w:sz w:val="24"/>
        </w:rPr>
        <w:t>Lyra stood on the moss-covered roots of the Great Oak, her fingers tracing the rough bark, the familiar hum of life thrumming beneath her fingertips. The air in Whisperfall always tasted of damp earth and sun-warmed pine, a scent that had lulled her into a sense of secure, predictable rhythm for eighteen years. Even the whispers of human cruelty, tales spun by Elder Maeve like cautionary nightmares, felt distant, like stories from a forgotten age. Her world was the grove—dappled sunlight dancing through ancient leaves, the brook murmuring at her roots, and Finn’s steady presence, effortlessly juggling three acorns with his goat hooves, much to a passing sprite’s delight.</w:t>
      </w:r>
    </w:p>
    <w:p>
      <w:r>
        <w:rPr>
          <w:rFonts w:ascii="IM Fell English" w:hAnsi="IM Fell English"/>
          <w:color w:val="261411"/>
          <w:sz w:val="24"/>
        </w:rPr>
        <w:t>But the predictable rhythm had been fractured, not with a roar, but with the soft crunch of tires on gravel. A human car, a monstrosity of polished metal and sharp angles, had appeared on the winding track leading to the old Bramblewood cottage, a place that had stood empty for as long as anyone could remember. And with it, a human family. Three of them. A father, a mother, and a boy.</w:t>
      </w:r>
    </w:p>
    <w:p>
      <w:r>
        <w:rPr>
          <w:rFonts w:ascii="IM Fell English" w:hAnsi="IM Fell English"/>
          <w:color w:val="261411"/>
          <w:sz w:val="24"/>
        </w:rPr>
        <w:t>Lyra had felt the tremor of their arrival like a tremor in the earth, a low, discordant note in Whisperfall’s symphony. Elder Maeve had called an emergency council meeting in the Whispering Glade, her voice, usually a soothing balm, sharp with alarm. "Humans," she'd declared, her gaze sweeping over the assembled centaurs, fae, and satyrs, "have breached our borders." The word hung in the air, laced with centuries of fear.</w:t>
      </w:r>
    </w:p>
    <w:p>
      <w:r>
        <w:rPr>
          <w:rFonts w:ascii="IM Fell English" w:hAnsi="IM Fell English"/>
          <w:color w:val="261411"/>
          <w:sz w:val="24"/>
        </w:rPr>
        <w:t>Lyra, usually so attuned to the anxieties of her community, had felt a different kind of tremor. A flicker of something akin to… curiosity. Finn, ever the dramatist, had immediately declared the world was ending, that Thorne's hunters were already among them, and that they should all flee to the deepest parts of the ancient forest where even sunlight feared to tread.</w:t>
      </w:r>
    </w:p>
    <w:p>
      <w:r>
        <w:rPr>
          <w:rFonts w:ascii="IM Fell English" w:hAnsi="IM Fell English"/>
          <w:color w:val="261411"/>
          <w:sz w:val="24"/>
        </w:rPr>
        <w:t>“Don’t be daft, Finn,” Lyra had said, though her own hands had been clasped a little too tightly. “They just… moved in.”</w:t>
      </w:r>
    </w:p>
    <w:p>
      <w:r>
        <w:rPr>
          <w:rFonts w:ascii="IM Fell English" w:hAnsi="IM Fell English"/>
          <w:color w:val="261411"/>
          <w:sz w:val="24"/>
        </w:rPr>
        <w:t xml:space="preserve">“Just moved in?” Finn had bleated, nearly dropping his acorns. “Lyra, darling, humans don’t </w:t>
      </w:r>
      <w:r>
        <w:rPr>
          <w:rFonts w:ascii="IM Fell English" w:hAnsi="IM Fell English"/>
          <w:i/>
          <w:color w:val="261411"/>
          <w:sz w:val="24"/>
        </w:rPr>
        <w:t>just move in</w:t>
      </w:r>
      <w:r>
        <w:rPr>
          <w:rFonts w:ascii="IM Fell English" w:hAnsi="IM Fell English"/>
          <w:color w:val="261411"/>
          <w:sz w:val="24"/>
        </w:rPr>
        <w:t>. They conquer. They burn. They… they wear socks indoors, which is frankly an abomination.”</w:t>
      </w:r>
    </w:p>
    <w:p>
      <w:r>
        <w:rPr>
          <w:rFonts w:ascii="IM Fell English" w:hAnsi="IM Fell English"/>
          <w:color w:val="261411"/>
          <w:sz w:val="24"/>
        </w:rPr>
        <w:t>Lyra managed a weak smile, but her mind kept drifting to the image she glimpsed from behind a tall fern at the woods' edge—the new cottage nestled among overgrown brambles and the figures moving within. Particularly the boy. He’d been standing by the window, his silhouette framed by the muted light. He hadn't seemed like a monster. He’d seemed… quiet.</w:t>
      </w:r>
    </w:p>
    <w:p>
      <w:r>
        <w:rPr>
          <w:rFonts w:ascii="IM Fell English" w:hAnsi="IM Fell English"/>
          <w:color w:val="261411"/>
          <w:sz w:val="24"/>
        </w:rPr>
        <w:t>That quietness was what had drawn her, an almost magnetic pull against the ingrained fear that had permeated Whisperfall for generations. Every myth, every warning, every hushed conversation pointed to humanity's inherent destructiveness. They were the apex predators, the ones who saw magic as a resource to be exploited or a disease to be eradicated. Yet, this boy, Dylan, had radiated a different kind of stillness, a brooding quality that spoke not of malice, but of something… else. Loneliness, perhaps?</w:t>
      </w:r>
    </w:p>
    <w:p>
      <w:r>
        <w:rPr>
          <w:rFonts w:ascii="IM Fell English" w:hAnsi="IM Fell English"/>
          <w:color w:val="261411"/>
          <w:sz w:val="24"/>
        </w:rPr>
        <w:t>Days had passed since their arrival. The initial shock had subsided into a nervous vigilance. Elder Maeve had doubled the patrols along the forest perimeter and reinforced the ancient wards that shimmered, invisible to human eyes, around Whisperfall. But the human family remained, their presence a constant, unsettling reminder of the world outside their protected sanctuary. Lyra found herself drawn to the edge of the woods more and more often, her roots aching with a nameless longing. She’d find excuses to gather herbs near the Bramblewood cottage, her heart thrumming with a mixture of trepidation and an undeniable fascination.</w:t>
      </w:r>
    </w:p>
    <w:p>
      <w:r>
        <w:rPr>
          <w:rFonts w:ascii="IM Fell English" w:hAnsi="IM Fell English"/>
          <w:color w:val="261411"/>
          <w:sz w:val="24"/>
        </w:rPr>
        <w:t>One afternoon, while carefully collecting dew-kissed moonpetal leaves near the overgrown hedgerow that bordered the cottage property, Lyra saw him again. Dylan. He was sitting on the weathered porch swing, a book open in his lap, though his gaze was fixed on the distant treeline, on the very woods that concealed Whisperfall. His face was etched with a quiet sorrow, a profound melancholy that resonated with Lyra’s own empathetic core. He looked… lost.</w:t>
      </w:r>
    </w:p>
    <w:p>
      <w:r>
        <w:rPr>
          <w:rFonts w:ascii="IM Fell English" w:hAnsi="IM Fell English"/>
          <w:color w:val="261411"/>
          <w:sz w:val="24"/>
        </w:rPr>
        <w:t>He wasn't like the boisterous, careless humans of the cautionary tales. There was a stillness about him, an observant quality in his dark eyes that seemed to pierce through the mundane. He hadn't noticed her, hidden as she was behind a thicket of wild roses, her essence subtly intertwined with the thorns and leaves. She could feel the faint pulse of his emotions, a complex tapestry of quiet longing and a carefully guarded vulnerability. It was this vulnerability, this unexpected depth, that chipped away at her ingrained fear.</w:t>
      </w:r>
    </w:p>
    <w:p>
      <w:r>
        <w:rPr>
          <w:rFonts w:ascii="IM Fell English" w:hAnsi="IM Fell English"/>
          <w:color w:val="261411"/>
          <w:sz w:val="24"/>
        </w:rPr>
        <w:t xml:space="preserve">Elder Maeve’s words echoed in her mind: </w:t>
      </w:r>
      <w:r>
        <w:rPr>
          <w:rFonts w:ascii="IM Fell English" w:hAnsi="IM Fell English"/>
          <w:i/>
          <w:color w:val="261411"/>
          <w:sz w:val="24"/>
        </w:rPr>
        <w:t>“Humans are like a wildfire, Lyra. Beautiful in their ferocity, but ultimately destructive. They consume all in their path.”</w:t>
      </w:r>
    </w:p>
    <w:p>
      <w:r>
        <w:rPr>
          <w:rFonts w:ascii="IM Fell English" w:hAnsi="IM Fell English"/>
          <w:color w:val="261411"/>
          <w:sz w:val="24"/>
        </w:rPr>
        <w:t>But as she watched Dylan, the wildfire imagery felt wrong. He was more like a deep, still pool, reflecting a hidden sky, his surface calm, but with untold depths beneath. His loneliness was palpable, a silent cry that Lyra, with her innate connection to living things, couldn’t ignore.</w:t>
      </w:r>
    </w:p>
    <w:p>
      <w:r>
        <w:rPr>
          <w:rFonts w:ascii="IM Fell English" w:hAnsi="IM Fell English"/>
          <w:color w:val="261411"/>
          <w:sz w:val="24"/>
        </w:rPr>
        <w:t xml:space="preserve">She shifted, her bare foot brushing against a fallen twig. A small sound, but enough. Dylan’s head snapped up, his eyes, a shade of deep, thoughtful grey, scanning the edge of the woods. For a heart-stopping moment, his gaze seemed to lock onto her hiding place. Lyra froze, her very essence holding its breath. Had he seen her? Had he </w:t>
      </w:r>
      <w:r>
        <w:rPr>
          <w:rFonts w:ascii="IM Fell English" w:hAnsi="IM Fell English"/>
          <w:i/>
          <w:color w:val="261411"/>
          <w:sz w:val="24"/>
        </w:rPr>
        <w:t>felt</w:t>
      </w:r>
      <w:r>
        <w:rPr>
          <w:rFonts w:ascii="IM Fell English" w:hAnsi="IM Fell English"/>
          <w:color w:val="261411"/>
          <w:sz w:val="24"/>
        </w:rPr>
        <w:t xml:space="preserve"> her?</w:t>
      </w:r>
    </w:p>
    <w:p>
      <w:r>
        <w:rPr>
          <w:rFonts w:ascii="IM Fell English" w:hAnsi="IM Fell English"/>
          <w:color w:val="261411"/>
          <w:sz w:val="24"/>
        </w:rPr>
        <w:t>He didn’t move for a long moment, his expression unreadable. Then, a slow, almost imperceptible softening touched his features. It wasn't fear, or anger, or even suspicion. It was something akin to recognition, or perhaps… acknowledgment. He offered a small, hesitant nod, a gesture so subtle Lyra almost dismissed it as a trick of the light.</w:t>
      </w:r>
    </w:p>
    <w:p>
      <w:r>
        <w:rPr>
          <w:rFonts w:ascii="IM Fell English" w:hAnsi="IM Fell English"/>
          <w:color w:val="261411"/>
          <w:sz w:val="24"/>
        </w:rPr>
        <w:t>But it wasn't a trick of the light. It was a greeting. A silent acknowledgment from one outsider to another. And in that single, quiet gesture, Lyra felt a dam within her begin to crack. The ingrained fear, the centuries of ingrained prejudice, began to recede, replaced by something far more potent, far more dangerous, and infinitely more compelling: a nascent, undeniable attraction. She stayed hidden, her heart pounding a wild, new rhythm against her ribs, the scent of moonpetal leaves momentarily forgotten. The world, she realized, was no longer just a matter of black and white, of mythic and human. There were shades of grey, and Dylan, with his quiet sorrow and his hesitant nod, was the first shade she had ever truly seen.</w:t>
      </w:r>
    </w:p>
    <w:p>
      <w:r>
        <w:rPr>
          <w:rFonts w:ascii="IM Fell English" w:hAnsi="IM Fell English"/>
          <w:color w:val="261411"/>
          <w:sz w:val="24"/>
        </w:rPr>
        <w:t>Lyra’s heart thrummed a frantic rhythm against her ribs, a wild bird trapped within her chest. Dylan’s nod. It was so small, so subtle, a mere flicker of his gaze that acknowledged her presence amongst the ancient oaks bordering his new home. Yet, it felt monumental, a crack in the formidable wall of fear she’d meticulously built around the concept of ‘human.’ Her breath hitched as she forced herself to remain perfectly still, a statue carved from bark and moss. She was a dryad, her lifeblood intertwined with the health of her tree, and her instincts screamed caution. But a different, insistent whisper, born from the depths of her empathic nature, urged her forward.</w:t>
      </w:r>
    </w:p>
    <w:p>
      <w:r>
        <w:rPr>
          <w:rFonts w:ascii="IM Fell English" w:hAnsi="IM Fell English"/>
          <w:color w:val="261411"/>
          <w:sz w:val="24"/>
        </w:rPr>
        <w:t xml:space="preserve">Finn, bless his shaggy, hoofed heart, had been the embodiment of those ingrained fears. He’d spent the better part of the morning attempting to juggle acorns, each dropped nut accompanied by a dramatic lament about the imminent doom descending upon Whisperfall. “A human!” he’d wailed, his voice cracking like dry twigs. “Right there! On our doorstep! Maeve will have our hides for this, Lyra. She’ll have </w:t>
      </w:r>
      <w:r>
        <w:rPr>
          <w:rFonts w:ascii="IM Fell English" w:hAnsi="IM Fell English"/>
          <w:i/>
          <w:color w:val="261411"/>
          <w:sz w:val="24"/>
        </w:rPr>
        <w:t>your</w:t>
      </w:r>
      <w:r>
        <w:rPr>
          <w:rFonts w:ascii="IM Fell English" w:hAnsi="IM Fell English"/>
          <w:color w:val="261411"/>
          <w:sz w:val="24"/>
        </w:rPr>
        <w:t xml:space="preserve"> hide. You know what they say about humans. They don’t just stomp on flowers, they rip them out by the roots and burn the soil!” He’d punctuated this with a particularly pathetic acorn toss that landed squarely on his own head. Lyra had simply hummed, her attention already drifting towards the impossibly neat cottage that now marred the wild edge of their forest.</w:t>
      </w:r>
    </w:p>
    <w:p>
      <w:r>
        <w:rPr>
          <w:rFonts w:ascii="IM Fell English" w:hAnsi="IM Fell English"/>
          <w:color w:val="261411"/>
          <w:sz w:val="24"/>
        </w:rPr>
        <w:t>She’d been observing him for days, a silent, unseen sentinel. From the dappled shade of the ancient oaks, she’d watched him emerge from the cottage, his movements quiet, almost hesitant. He didn’t stride with the boisterous confidence of the centaurs or the purposeful grace of the fae. He walked like someone carrying a burden, his shoulders perpetually hunched, his gaze sweeping the surroundings with an unnerving intensity. His eyes, when they occasionally met hers from across the overgrown yard, were the color of a stormy sea, flecked with a profound, almost tangible loneliness that resonated deep within Lyra’s own being. It was this melancholic depth that drew her, a stark contrast to the terrifying caricatures in the cautionary tales Elder Maeve recited with such fervor. These humans, the ones who hunted and burned and destroyed, were distant horrors, tales told to keep the young ones safe, to reinforce the sanctity of their hidden world. But Dylan… Dylan felt different. He felt… real.</w:t>
      </w:r>
    </w:p>
    <w:p>
      <w:r>
        <w:rPr>
          <w:rFonts w:ascii="IM Fell English" w:hAnsi="IM Fell English"/>
          <w:color w:val="261411"/>
          <w:sz w:val="24"/>
        </w:rPr>
        <w:t xml:space="preserve">He sat now on the worn wooden swing that hung from the porch of Bramblewood cottage, his long legs stretched out before him. The swing swayed with a gentle, rhythmic creak, a lonely sound in the otherwise vibrant symphony of the forest. He held a book in his hands, but his gaze wasn’t on the pages. It was fixed on the treeline, on the very spot where Lyra was hidden, her heart hammering a frantic tattoo against her ribs. He was observing </w:t>
      </w:r>
      <w:r>
        <w:rPr>
          <w:rFonts w:ascii="IM Fell English" w:hAnsi="IM Fell English"/>
          <w:i/>
          <w:color w:val="261411"/>
          <w:sz w:val="24"/>
        </w:rPr>
        <w:t>her</w:t>
      </w:r>
      <w:r>
        <w:rPr>
          <w:rFonts w:ascii="IM Fell English" w:hAnsi="IM Fell English"/>
          <w:color w:val="261411"/>
          <w:sz w:val="24"/>
        </w:rPr>
        <w:t>. The realization sent a jolt through her, a strange mix of terror and exhilarating possibility.</w:t>
      </w:r>
    </w:p>
    <w:p>
      <w:r>
        <w:rPr>
          <w:rFonts w:ascii="IM Fell English" w:hAnsi="IM Fell English"/>
          <w:color w:val="261411"/>
          <w:sz w:val="24"/>
        </w:rPr>
        <w:t>Finn had been muttering about the increased patrols, the anxious hushed tones of conversations that had punctuated their usual morning chatter. Elder Maeve, her face a mask of grim determination, had already convened a council meeting, the hushed whispers of the elders carried on the wind like the rustling of brittle leaves. Julian Thorne, the name itself a dark shadow that loomed in the collective consciousness of Whisperfall, was the reason. His hunters, a chilling specter of human ruthlessness, were a constant threat, a reminder of why their secrecy was paramount. But Dylan… Dylan was here, in the heart of their sanctuary, and Lyra couldn't shake the feeling that he wasn't like the Thorne of legend.</w:t>
      </w:r>
    </w:p>
    <w:p>
      <w:r>
        <w:rPr>
          <w:rFonts w:ascii="IM Fell English" w:hAnsi="IM Fell English"/>
          <w:color w:val="261411"/>
          <w:sz w:val="24"/>
        </w:rPr>
        <w:t>Dylan’s nod had been a question, a silent acknowledgment. It wasn’t aggressive, not a challenge, but an invitation. An invitation to step out of the shadows, to bridge the chasm of fear and suspicion that separated their worlds. Lyra’s fingers twitched, her nails digging into the rough bark of the oak. Her dryad instincts screamed at her to melt back into the foliage, to become one with the dappled light and shadow, to disappear before she drew any further attention. Humans were dangerous. They were unpredictable. They were the embodiment of destruction. But the longing in Dylan’s gaze, the quiet understanding that seemed to emanate from him, was a siren song she found increasingly difficult to resist.</w:t>
      </w:r>
    </w:p>
    <w:p>
      <w:r>
        <w:rPr>
          <w:rFonts w:ascii="IM Fell English" w:hAnsi="IM Fell English"/>
          <w:color w:val="261411"/>
          <w:sz w:val="24"/>
        </w:rPr>
        <w:t>She took a slow, deliberate breath, the scent of pine needles and damp earth filling her lungs. Her connection to the forest was profound; she could feel the ancient roots beneath her feet, the slow, steady pulse of the trees. They were her kin, her home. And yet, the image of Dylan’s solitary figure on the swing, his solitary gaze fixed on her hiding place, held her captive. Was it possible that the legends were just that – legends? That the blanket condemnation of an entire species was a disservice to the individual?</w:t>
      </w:r>
    </w:p>
    <w:p>
      <w:r>
        <w:rPr>
          <w:rFonts w:ascii="IM Fell English" w:hAnsi="IM Fell English"/>
          <w:color w:val="261411"/>
          <w:sz w:val="24"/>
        </w:rPr>
        <w:t>Finn, sensing her stillness, nudged her arm with his elbow. “Lyra? You alright? You’ve gone all… woody.” He gestured vaguely at her rooted posture. “Come on, let’s go. Maeve’s probably got the cauldron heating for a ‘human-repelling stew’ by now. Best to be out of sight, out of mind.”</w:t>
      </w:r>
    </w:p>
    <w:p>
      <w:r>
        <w:rPr>
          <w:rFonts w:ascii="IM Fell English" w:hAnsi="IM Fell English"/>
          <w:color w:val="261411"/>
          <w:sz w:val="24"/>
        </w:rPr>
        <w:t>Lyra gently shook her head, her eyes never leaving Dylan. “Just a moment, Finn.”</w:t>
      </w:r>
    </w:p>
    <w:p>
      <w:r>
        <w:rPr>
          <w:rFonts w:ascii="IM Fell English" w:hAnsi="IM Fell English"/>
          <w:color w:val="261411"/>
          <w:sz w:val="24"/>
        </w:rPr>
        <w:t>Finn huffed, his goat-like ears twitching. “A moment? Lyra, this isn’t like deciding whether to pick the ripe berries or the slightly less ripe berries. This is… human territory. It’s like inviting a wolf to tea.”</w:t>
      </w:r>
    </w:p>
    <w:p>
      <w:r>
        <w:rPr>
          <w:rFonts w:ascii="IM Fell English" w:hAnsi="IM Fell English"/>
          <w:color w:val="261411"/>
          <w:sz w:val="24"/>
        </w:rPr>
        <w:t>“He’s not a wolf, Finn,” Lyra murmured, her voice barely a whisper.</w:t>
      </w:r>
    </w:p>
    <w:p>
      <w:r>
        <w:rPr>
          <w:rFonts w:ascii="IM Fell English" w:hAnsi="IM Fell English"/>
          <w:color w:val="261411"/>
          <w:sz w:val="24"/>
        </w:rPr>
        <w:t>“How do you know?” Finn countered, his voice laced with genuine concern. “You’ve never met one up close before. And Elder Maeve…” He lowered his voice conspiratorially. “You know how she gets about Thorne and his ilk. She’s already doubled the wards around the Whisperwind Falls. Said she feels a… tremor.”</w:t>
      </w:r>
    </w:p>
    <w:p>
      <w:r>
        <w:rPr>
          <w:rFonts w:ascii="IM Fell English" w:hAnsi="IM Fell English"/>
          <w:color w:val="261411"/>
          <w:sz w:val="24"/>
        </w:rPr>
        <w:t>A tremor. Lyra felt it too, though it wasn't in the earth. It was in her own carefully constructed world, a seismic shift caused by the simple, almost imperceptible nod of a human male. She watched as Dylan’s gaze flickered away from the treeline, down to the book in his hands. He flipped a page, his brow furrowing in a way that suggested concentration, but Lyra suspected it was a performance. He was waiting.</w:t>
      </w:r>
    </w:p>
    <w:p>
      <w:r>
        <w:rPr>
          <w:rFonts w:ascii="IM Fell English" w:hAnsi="IM Fell English"/>
          <w:color w:val="261411"/>
          <w:sz w:val="24"/>
        </w:rPr>
        <w:t>The air thrummed with an unspoken tension. Lyra felt the collective anxiety of Whisperfall pressing down on her, a weight of centuries of fear and mistrust. But she also felt something else, something new and potent: a fierce, nascent curiosity that was beginning to blossom into something akin to… hope. Hope that perhaps, just perhaps, the lines between ‘mythic’ and ‘human’ weren't as stark and impenetrable as Elder Maeve had always proclaimed.</w:t>
      </w:r>
    </w:p>
    <w:p>
      <w:r>
        <w:rPr>
          <w:rFonts w:ascii="IM Fell English" w:hAnsi="IM Fell English"/>
          <w:color w:val="261411"/>
          <w:sz w:val="24"/>
        </w:rPr>
        <w:t>She took another breath, this one steadier. Her fingers loosened their grip on the bark. Finn watched her, his usual dramatic flair replaced by a quiet, watchful apprehension. Lyra turned to him, her gaze holding his for a moment, a silent promise of explanation to come, a silent plea for his understanding. Then, with a resolve that surprised even herself, she stepped out from behind the ancient oak.</w:t>
      </w:r>
    </w:p>
    <w:p>
      <w:r>
        <w:rPr>
          <w:rFonts w:ascii="IM Fell English" w:hAnsi="IM Fell English"/>
          <w:color w:val="261411"/>
          <w:sz w:val="24"/>
        </w:rPr>
        <w:t>The sunlight, filtered through the dense canopy, dappled her skin, highlighting the subtle green undertones of her bark-like skin. Her hair, the color of spun moonlight, seemed to absorb the light, giving her an ethereal glow. She moved with the inherent grace of her kind, her bare feet making no sound on the mossy ground.</w:t>
      </w:r>
    </w:p>
    <w:p>
      <w:r>
        <w:rPr>
          <w:rFonts w:ascii="IM Fell English" w:hAnsi="IM Fell English"/>
          <w:color w:val="261411"/>
          <w:sz w:val="24"/>
        </w:rPr>
        <w:t>Dylan’s head snapped up, his eyes widening almost imperceptibly. The book slipped from his grasp, landing with a soft thud on the wooden planks of the porch. He didn’t move, didn't speak, but his gaze was locked onto hers, a silent conversation unfolding between them. The melancholic loneliness was still there, but now it was tinged with a flicker of surprise, of hesitant intrigue.</w:t>
      </w:r>
    </w:p>
    <w:p>
      <w:r>
        <w:rPr>
          <w:rFonts w:ascii="IM Fell English" w:hAnsi="IM Fell English"/>
          <w:color w:val="261411"/>
          <w:sz w:val="24"/>
        </w:rPr>
        <w:t>Lyra’s heart hammered a new rhythm now, a faster, more urgent beat, fueled by sheer, unadulterated bravery. She couldn’t articulate the fear that still coiled in her gut, the ingrained warnings of Elder Maeve and the echoes of Finn’s panicked pronouncements. But she could feel the pull, the undeniable current that drew her towards this solitary human. She walked slowly, deliberately, across the dewy grass, her eyes never leaving his. Each step was an act of defiance, a silent repudiation of the fear that had governed her life, and the lives of her kind, for so long.</w:t>
      </w:r>
    </w:p>
    <w:p>
      <w:r>
        <w:rPr>
          <w:rFonts w:ascii="IM Fell English" w:hAnsi="IM Fell English"/>
          <w:color w:val="261411"/>
          <w:sz w:val="24"/>
        </w:rPr>
        <w:t>As she drew closer, she could see the fine lines etched around his stormy eyes, the faint shadow of stubble on his jaw. He was real, undeniably real, and unlike any human she had ever imagined. He wasn't a monster, not a bloodthirsty hunter. He was just… Dylan. And he was waiting for her.</w:t>
      </w:r>
    </w:p>
    <w:p>
      <w:r>
        <w:rPr>
          <w:rFonts w:ascii="IM Fell English" w:hAnsi="IM Fell English"/>
          <w:color w:val="261411"/>
          <w:sz w:val="24"/>
        </w:rPr>
        <w:t>She stopped a few feet from the porch, the edge of the woods at her back, the vast unknown of the human world stretching before her. She could feel the eyes of Whisperfall on her, the collective apprehension of her community a tangible force. But in that moment, there was only Dylan. And the unspoken question hanging in the air between them, a question that Lyra knew, with a certainty that shook her to her very roots, she was about to answer.</w:t>
      </w:r>
    </w:p>
    <w:p>
      <w:r>
        <w:rPr>
          <w:rFonts w:ascii="IM Fell English" w:hAnsi="IM Fell English"/>
          <w:color w:val="261411"/>
          <w:sz w:val="24"/>
        </w:rPr>
        <w:t>The Mysterious Newcomer</w:t>
      </w:r>
    </w:p>
    <w:p>
      <w:r>
        <w:rPr>
          <w:rFonts w:ascii="IM Fell English" w:hAnsi="IM Fell English"/>
          <w:color w:val="261411"/>
          <w:sz w:val="24"/>
        </w:rPr>
        <w:t>Lyra’s heart hammered against her ribs, a frantic hummingbird trapped in a cage of bone. The worn wood of Dylan’s porch swing creaked a rhythm that echoed her own internal chaos. Her feet, usually so sure-footed on moss-covered paths, felt clumsy, alien on the flat, alien planes of the porch. Every instinct screamed at her to bolt, to melt back into the ancient embrace of the oak, to become one with the rustling leaves and the dappled sunlight. But something held her rooted. It was him.</w:t>
      </w:r>
    </w:p>
    <w:p>
      <w:r>
        <w:rPr>
          <w:rFonts w:ascii="IM Fell English" w:hAnsi="IM Fell English"/>
          <w:color w:val="261411"/>
          <w:sz w:val="24"/>
        </w:rPr>
        <w:t>He sat there, a study in quiet contemplation. The fading sunlight caught the angles of his jaw, the subtle curve of his brow. His eyes, the color of a storm-bruised sky, were fixed on her, not with the overt curiosity of the villagers, but with a deep, almost weary observation. There was a stillness about him, a self-contained solitude that resonated with a part of her Lyra hadn't known existed. It was as if he carried a weight, invisible but palpable, and in its presence, her own youthful anxieties felt strangely less significant.</w:t>
      </w:r>
    </w:p>
    <w:p>
      <w:r>
        <w:rPr>
          <w:rFonts w:ascii="IM Fell English" w:hAnsi="IM Fell English"/>
          <w:color w:val="261411"/>
          <w:sz w:val="24"/>
        </w:rPr>
        <w:t xml:space="preserve">Finn, a nervous rustle of leaves at the edge of the woods, coughed, a sound that was entirely too loud in the hushed afternoon. Lyra risked a glance over her shoulder. Her best friend's goat legs were practically vibrating with suppressed panic. His eyes, wide, and dark, pleaded with her to reconsider. He mouthed something Lyra couldn't quite decipher, but the meaning was clear: </w:t>
      </w:r>
      <w:r>
        <w:rPr>
          <w:rFonts w:ascii="IM Fell English" w:hAnsi="IM Fell English"/>
          <w:i/>
          <w:color w:val="261411"/>
          <w:sz w:val="24"/>
        </w:rPr>
        <w:t>Danger. Retreat. Now.</w:t>
      </w:r>
    </w:p>
    <w:p>
      <w:r>
        <w:rPr>
          <w:rFonts w:ascii="IM Fell English" w:hAnsi="IM Fell English"/>
          <w:color w:val="261411"/>
          <w:sz w:val="24"/>
        </w:rPr>
        <w:t>She offered Finn a shaky, almost imperceptible nod, a silent promise that she was being careful. It wasn't enough, she knew. Finn saw humans as he’d been taught to: creatures of destructive impulse, their legends painted in shades of fire and blood. He couldn’t possibly understand the magnetic pull she felt, the desperate need to bridge the chasm between her world and his. Elder Maeve’s voice, a stern echo of generations of fear, also played in her mind – warnings of deceit, of the inherent wildness that humans could never truly tame.</w:t>
      </w:r>
    </w:p>
    <w:p>
      <w:r>
        <w:rPr>
          <w:rFonts w:ascii="IM Fell English" w:hAnsi="IM Fell English"/>
          <w:color w:val="261411"/>
          <w:sz w:val="24"/>
        </w:rPr>
        <w:t>Lyra took another step, her worn leather boots crunching on a stray pebble. The porch swing stilled as Dylan subtly shifted his weight. He didn’t speak, didn’t offer a welcoming smile or a casual greeting. It was just… presence. A quiet acknowledgment. It was more than she had dared to hope for.</w:t>
      </w:r>
    </w:p>
    <w:p>
      <w:r>
        <w:rPr>
          <w:rFonts w:ascii="IM Fell English" w:hAnsi="IM Fell English"/>
          <w:color w:val="261411"/>
          <w:sz w:val="24"/>
        </w:rPr>
        <w:t xml:space="preserve">“Hello,” Lyra finally managed, her voice barely a whisper, a timid breeze stirring through the overgrown garden. She winced internally. </w:t>
      </w:r>
      <w:r>
        <w:rPr>
          <w:rFonts w:ascii="IM Fell English" w:hAnsi="IM Fell English"/>
          <w:i/>
          <w:color w:val="261411"/>
          <w:sz w:val="24"/>
        </w:rPr>
        <w:t>Hello? That’s it? After all that internal debate, all that trepidation, that’s all you’ve got?</w:t>
      </w:r>
    </w:p>
    <w:p>
      <w:r>
        <w:rPr>
          <w:rFonts w:ascii="IM Fell English" w:hAnsi="IM Fell English"/>
          <w:color w:val="261411"/>
          <w:sz w:val="24"/>
        </w:rPr>
        <w:t>Dylan’s lips curved into the faintest hint of a smile, a fleeting expression that held more warmth than any booming welcome. It was a smile that acknowledged her nervousness, her awkwardness, and accepted it. “Hello,” he replied, his voice a low rumble, surprisingly gentle. It was the sound of distant thunder, not the crack of a storm, but a promise of something deep and resonant.</w:t>
      </w:r>
    </w:p>
    <w:p>
      <w:r>
        <w:rPr>
          <w:rFonts w:ascii="IM Fell English" w:hAnsi="IM Fell English"/>
          <w:color w:val="261411"/>
          <w:sz w:val="24"/>
        </w:rPr>
        <w:t>Lyra’s shoulders relaxed a fraction. He hadn’t flinched. He hadn’t recoiled. He hadn’t called for his parents or looked at her as if she were some strange, exotic specimen. He simply… met her gaze.</w:t>
      </w:r>
    </w:p>
    <w:p>
      <w:r>
        <w:rPr>
          <w:rFonts w:ascii="IM Fell English" w:hAnsi="IM Fell English"/>
          <w:color w:val="261411"/>
          <w:sz w:val="24"/>
        </w:rPr>
        <w:t>“I… I saw you working,” she offered, grasping for any plausible excuse, any thread to weave into a conversation. “In the garden. Earlier.”</w:t>
      </w:r>
    </w:p>
    <w:p>
      <w:r>
        <w:rPr>
          <w:rFonts w:ascii="IM Fell English" w:hAnsi="IM Fell English"/>
          <w:color w:val="261411"/>
          <w:sz w:val="24"/>
        </w:rPr>
        <w:t>Dylan’s eyes softened, a flicker of something akin to understanding passing through them. “Trying to tame it,” he said, a wry undertone in his voice. “It’s putting up a fight.”</w:t>
      </w:r>
    </w:p>
    <w:p>
      <w:r>
        <w:rPr>
          <w:rFonts w:ascii="IM Fell English" w:hAnsi="IM Fell English"/>
          <w:color w:val="261411"/>
          <w:sz w:val="24"/>
        </w:rPr>
        <w:t>Lyra’s gaze drifted to the unruly flowerbeds, the tenacious weeds that stubbornly pushed through the soil. She knew the feeling. Whisperfall, for all its cloistered peace, could feel like a fight sometimes, a constant battle to maintain the illusion of normalcy, to keep the wildness of their true natures contained beneath a veneer of human routine. “It takes patience,” she said, her voice gaining a little more confidence. “And a gentle hand.” She instinctively reached out, her fingers twitching, itching to feel the soil, to coax the stubborn blooms into life.</w:t>
      </w:r>
    </w:p>
    <w:p>
      <w:r>
        <w:rPr>
          <w:rFonts w:ascii="IM Fell English" w:hAnsi="IM Fell English"/>
          <w:color w:val="261411"/>
          <w:sz w:val="24"/>
        </w:rPr>
        <w:t>Dylan watched her, his expression unreadable for a moment, then he gestured with his chin towards a small, clay pot sitting on the porch steps. “I can’t seem to get this one to root,” he said. “It’s been wilting for days.”</w:t>
      </w:r>
    </w:p>
    <w:p>
      <w:r>
        <w:rPr>
          <w:rFonts w:ascii="IM Fell English" w:hAnsi="IM Fell English"/>
          <w:color w:val="261411"/>
          <w:sz w:val="24"/>
        </w:rPr>
        <w:t>Lyra’s breath hitched. This was it. An invitation. A tiny, fragile bridge across the divide. She stepped closer, her movements now more deliberate, less hesitant. The air around Dylan felt different, cleaner, tinged with a subtle, earthy scent that wasn't of the forest. It was an unfamiliar aroma, something that intrigued her senses.</w:t>
      </w:r>
    </w:p>
    <w:p>
      <w:r>
        <w:rPr>
          <w:rFonts w:ascii="IM Fell English" w:hAnsi="IM Fell English"/>
          <w:color w:val="261411"/>
          <w:sz w:val="24"/>
        </w:rPr>
        <w:t>She knelt beside the pot, her fingers gently probing the dry soil. Her sensitive touch could feel the faint desperation of the plant, its struggle for moisture. “It’s thirsty,” she murmured, her voice laced with a quiet empathy. She looked up at Dylan, her eyes wide with a newfound understanding. “It needs more water, but not too much. And a little shade, perhaps. The sun here is quite strong in the afternoon.”</w:t>
      </w:r>
    </w:p>
    <w:p>
      <w:r>
        <w:rPr>
          <w:rFonts w:ascii="IM Fell English" w:hAnsi="IM Fell English"/>
          <w:color w:val="261411"/>
          <w:sz w:val="24"/>
        </w:rPr>
        <w:t>Dylan leaned forward, his gaze following hers. He watched her slender fingers, the way they moved with an innate grace, a practiced touch that spoke of a deep connection to the living world. He hadn't expected this. He'd expected fear, suspicion, perhaps even hostility. Not… this quiet, unassuming kindness.</w:t>
      </w:r>
    </w:p>
    <w:p>
      <w:r>
        <w:rPr>
          <w:rFonts w:ascii="IM Fell English" w:hAnsi="IM Fell English"/>
          <w:color w:val="261411"/>
          <w:sz w:val="24"/>
        </w:rPr>
        <w:t>“You know about plants,” he stated, a simple observation that held a world of curiosity.</w:t>
      </w:r>
    </w:p>
    <w:p>
      <w:r>
        <w:rPr>
          <w:rFonts w:ascii="IM Fell English" w:hAnsi="IM Fell English"/>
          <w:color w:val="261411"/>
          <w:sz w:val="24"/>
        </w:rPr>
        <w:t>Lyra blushed, a faint rosy hue spreading across her cheeks. “I… I like them,” she admitted, a disarming honesty in her tone. “They need care.”</w:t>
      </w:r>
    </w:p>
    <w:p>
      <w:r>
        <w:rPr>
          <w:rFonts w:ascii="IM Fell English" w:hAnsi="IM Fell English"/>
          <w:color w:val="261411"/>
          <w:sz w:val="24"/>
        </w:rPr>
        <w:t>“Like most things,” Dylan replied, his gaze lingering on her face. He saw the genuine concern in her eyes, the unadulterated purity of her interest. It was a stark contrast to the guardedness he encountered in most human interactions, even within his own ostracized sect. Lyra’s innocence was like a balm to his weary spirit.</w:t>
      </w:r>
    </w:p>
    <w:p>
      <w:r>
        <w:rPr>
          <w:rFonts w:ascii="IM Fell English" w:hAnsi="IM Fell English"/>
          <w:color w:val="261411"/>
          <w:sz w:val="24"/>
        </w:rPr>
        <w:t>“Are you… are you new here?” Lyra ventured, the question hanging in the air, loaded with unspoken implications. She knew, of course, that they were new. The entire town knew. But she needed him to say it, to acknowledge their presence, to start the awkward dance of introduction.</w:t>
      </w:r>
    </w:p>
    <w:p>
      <w:r>
        <w:rPr>
          <w:rFonts w:ascii="IM Fell English" w:hAnsi="IM Fell English"/>
          <w:color w:val="261411"/>
          <w:sz w:val="24"/>
        </w:rPr>
        <w:t>Dylan’s jaw tightened almost imperceptibly. The question, though innocent, touched a raw nerve. “My family,” he began, choosing his words carefully. “We’ve… moved in.” He hesitated, the word “moved” feeling inadequate to describe the forced displacement, the constant state of being on the run.</w:t>
      </w:r>
    </w:p>
    <w:p>
      <w:r>
        <w:rPr>
          <w:rFonts w:ascii="IM Fell English" w:hAnsi="IM Fell English"/>
          <w:color w:val="261411"/>
          <w:sz w:val="24"/>
        </w:rPr>
        <w:t>Lyra nodded, her gaze sweeping over the quaint cottage, its peeling paint and slightly overgrown garden. It looked so ordinary, so harmless. Yet, its presence here, on the very edge of Whisperfall, felt like a seismic shift. “It’s… a lovely cottage,” she said, trying to keep her voice steady.</w:t>
      </w:r>
    </w:p>
    <w:p>
      <w:r>
        <w:rPr>
          <w:rFonts w:ascii="IM Fell English" w:hAnsi="IM Fell English"/>
          <w:color w:val="261411"/>
          <w:sz w:val="24"/>
        </w:rPr>
        <w:t>“It has character,” Dylan agreed, a ghost of a smile playing on his lips. He watched her, trying to decipher the complex emotions that flickered across her face – curiosity, apprehension, and something else, something he couldn’t quite name but felt nonetheless. He sensed her innate empathy, her connection to the quiet life of the woods that surrounded them. It was a world he knew existed, a world he was desperate to understand, but one he approached with extreme caution.</w:t>
      </w:r>
    </w:p>
    <w:p>
      <w:r>
        <w:rPr>
          <w:rFonts w:ascii="IM Fell English" w:hAnsi="IM Fell English"/>
          <w:color w:val="261411"/>
          <w:sz w:val="24"/>
        </w:rPr>
        <w:t>Finn, ever the worrier, chose that moment to rustle more loudly, a frantic, high-pitched bleat escaping him. Lyra jumped, her head snapping towards the sound. Dylan’s gaze followed, his eyes narrowing slightly as he caught a glimpse of movement in the dense foliage. He didn’t recoil, didn’t alarm Lyra further, but a subtle tension returned to his frame.</w:t>
      </w:r>
    </w:p>
    <w:p>
      <w:r>
        <w:rPr>
          <w:rFonts w:ascii="IM Fell English" w:hAnsi="IM Fell English"/>
          <w:color w:val="261411"/>
          <w:sz w:val="24"/>
        </w:rPr>
        <w:t>Lyra, sensing his unease, quickly turned back to him. “That’s just… a bird,” she lied, her cheeks flushing again. “A very… loud bird. They can be quite noisy this time of year.”</w:t>
      </w:r>
    </w:p>
    <w:p>
      <w:r>
        <w:rPr>
          <w:rFonts w:ascii="IM Fell English" w:hAnsi="IM Fell English"/>
          <w:color w:val="261411"/>
          <w:sz w:val="24"/>
        </w:rPr>
        <w:t>Dylan’s lips quirked. He knew it wasn’t a bird. He’d seen enough to know that Whisperfall was more than just a quaint little town. But he also saw the protective instinct in Lyra, the way she tried to shield him, even from her own friend's well-intentioned but panicked noises. It was a small gesture, but it spoke volumes.</w:t>
      </w:r>
    </w:p>
    <w:p>
      <w:r>
        <w:rPr>
          <w:rFonts w:ascii="IM Fell English" w:hAnsi="IM Fell English"/>
          <w:color w:val="261411"/>
          <w:sz w:val="24"/>
        </w:rPr>
        <w:t>“I’m Lyra,” she blurted out, the words tumbling out in a rush, as if she’d finally found the courage to speak her own name.</w:t>
      </w:r>
    </w:p>
    <w:p>
      <w:r>
        <w:rPr>
          <w:rFonts w:ascii="IM Fell English" w:hAnsi="IM Fell English"/>
          <w:color w:val="261411"/>
          <w:sz w:val="24"/>
        </w:rPr>
        <w:t>Dylan’s storm-colored eyes met hers, and for the first time, he offered her a genuine, unreserved smile. It transformed his face, softening the brooding lines and revealing a hint of the vulnerability he kept so carefully hidden. “Dylan,” he said, his voice a low, melodic invitation. “It’s nice to meet you, Lyra.”</w:t>
      </w:r>
    </w:p>
    <w:p>
      <w:r>
        <w:rPr>
          <w:rFonts w:ascii="IM Fell English" w:hAnsi="IM Fell English"/>
          <w:color w:val="261411"/>
          <w:sz w:val="24"/>
        </w:rPr>
        <w:t>The simple introduction hung in the air between them, a fragile seedling pushing its way through the hard earth. It was the beginning of something. Lyra could feel it, a tingling sensation that spread through her, a hopeful flutter that defied all the warnings, all the ingrained fears. She had stepped onto the porch, and for the first time, the world felt a little less predictable, a little more wondrous, and a lot more dangerous. And she wouldn't have it any other way.</w:t>
      </w:r>
    </w:p>
    <w:p>
      <w:r>
        <w:rPr>
          <w:rFonts w:ascii="IM Fell English" w:hAnsi="IM Fell English"/>
          <w:color w:val="261411"/>
          <w:sz w:val="24"/>
        </w:rPr>
        <w:t>Lyra's heart fluttered, a sensation as foreign and startling as the scent of woodsmoke clinging to Dylan’s worn jacket. She’d offered advice on his wilting petunias, a flimsy excuse born of nerves, and he’d simply… listened. His eyes, the color of a storm-bruised sky, held a quiet intensity that both unnerved and enthralled her. He hadn't recoiled when she spoke of soil acidity or sunlight requirements, hadn’t flinched at the subtle tremor in her voice. Instead, he’d offered a small, almost imperceptible nod, a gesture that felt like a shared secret.</w:t>
      </w:r>
    </w:p>
    <w:p>
      <w:r>
        <w:rPr>
          <w:rFonts w:ascii="IM Fell English" w:hAnsi="IM Fell English"/>
          <w:color w:val="261411"/>
          <w:sz w:val="24"/>
        </w:rPr>
        <w:t>"They… they haven't been doing so well," Dylan admitted, his voice a low murmur, barely disturbing the afternoon quiet. He gestured vaguely towards the drooping blossoms, his gaze drifting down to his hands, which were long and calloused, etched with the faint lines of hard work. "I'm not much of a gardener, I guess."</w:t>
      </w:r>
    </w:p>
    <w:p>
      <w:r>
        <w:rPr>
          <w:rFonts w:ascii="IM Fell English" w:hAnsi="IM Fell English"/>
          <w:color w:val="261411"/>
          <w:sz w:val="24"/>
        </w:rPr>
        <w:t>"It’s alright," Lyra assured him, her gaze sweeping over his hands. They looked capable, strong, yet there was a gentleness there, a carefulness in their stillness. "Everything needs a little bit of understanding. The right kind of encouragement." She found herself wanting to touch them, to feel the rough skin, to see if his touch could coax life back into dying things. The thought sent a shiver down her spine.</w:t>
      </w:r>
    </w:p>
    <w:p>
      <w:r>
        <w:rPr>
          <w:rFonts w:ascii="IM Fell English" w:hAnsi="IM Fell English"/>
          <w:color w:val="261411"/>
          <w:sz w:val="24"/>
        </w:rPr>
        <w:t xml:space="preserve">Finn, meanwhile, was a tightly coiled spring of fur and nervous energy at the edge of the woods, his hooves sinking a little deeper into the damp earth with every passing second. He’d been a constant, unwelcome observer, his sharp eyes darting between Lyra and the human, his tail twitching with apprehension. He’d heard Lyra’s words, her soft tone, and it made his fur prickle. </w:t>
      </w:r>
      <w:r>
        <w:rPr>
          <w:rFonts w:ascii="IM Fell English" w:hAnsi="IM Fell English"/>
          <w:i/>
          <w:color w:val="261411"/>
          <w:sz w:val="24"/>
        </w:rPr>
        <w:t>Encouragement? For a human? Has she lost her mind?</w:t>
      </w:r>
      <w:r>
        <w:rPr>
          <w:rFonts w:ascii="IM Fell English" w:hAnsi="IM Fell English"/>
          <w:color w:val="261411"/>
          <w:sz w:val="24"/>
        </w:rPr>
        <w:t xml:space="preserve"> He imagined the hushed, panicked whispers that would soon ripple through Whisperfall if anyone saw this. Lyra, the gentle dryad, fraternizing with </w:t>
      </w:r>
      <w:r>
        <w:rPr>
          <w:rFonts w:ascii="IM Fell English" w:hAnsi="IM Fell English"/>
          <w:i/>
          <w:color w:val="261411"/>
          <w:sz w:val="24"/>
        </w:rPr>
        <w:t>him</w:t>
      </w:r>
      <w:r>
        <w:rPr>
          <w:rFonts w:ascii="IM Fell English" w:hAnsi="IM Fell English"/>
          <w:color w:val="261411"/>
          <w:sz w:val="24"/>
        </w:rPr>
        <w:t>. It was unthinkable. He clamped a hand over his muzzle, muffling a groan.</w:t>
      </w:r>
    </w:p>
    <w:p>
      <w:r>
        <w:rPr>
          <w:rFonts w:ascii="IM Fell English" w:hAnsi="IM Fell English"/>
          <w:color w:val="261411"/>
          <w:sz w:val="24"/>
        </w:rPr>
        <w:t>Lyra, oblivious to Finn’s internal turmoil, continued to examine the petunias, her fingers brushing lightly against a velvety petal. "Sometimes," she murmured, more to herself than to Dylan, "it's about the soil, yes, but it's also about feeling seen. About knowing someone cares enough to notice when you're struggling." She looked up at him then, her wide, emerald eyes meeting his. The intensity in his gaze softened, a flicker of something akin to recognition, perhaps even understanding, passing through them.</w:t>
      </w:r>
    </w:p>
    <w:p>
      <w:r>
        <w:rPr>
          <w:rFonts w:ascii="IM Fell English" w:hAnsi="IM Fell English"/>
          <w:color w:val="261411"/>
          <w:sz w:val="24"/>
        </w:rPr>
        <w:t>Dylan shifted on the swing, the chains creaking a low, mournful sound. He seemed to be wrestling with something, his brow furrowed, his lips pressed into a thin line. Lyra’s empathy, a trait so deeply ingrained in her being, pricked at her. She could sense the currents of loneliness that swirled around him, a vast, silent ocean beneath the surface of his quiet demeanor. It was a loneliness that echoed her own, in a way, a feeling of being apart, of not quite belonging, even in her own hidden world.</w:t>
      </w:r>
    </w:p>
    <w:p>
      <w:r>
        <w:rPr>
          <w:rFonts w:ascii="IM Fell English" w:hAnsi="IM Fell English"/>
          <w:color w:val="261411"/>
          <w:sz w:val="24"/>
        </w:rPr>
        <w:t>"You seem to understand a lot about… struggling things," Dylan said finally, his gaze holding hers. There was a subtle shift in his tone, a hint of something more than polite conversation. It was as if he were testing the waters, gauging her reaction.</w:t>
      </w:r>
    </w:p>
    <w:p>
      <w:r>
        <w:rPr>
          <w:rFonts w:ascii="IM Fell English" w:hAnsi="IM Fell English"/>
          <w:color w:val="261411"/>
          <w:sz w:val="24"/>
        </w:rPr>
        <w:t>Lyra’s breath hitched. "I try," she admitted, her voice barely a whisper. She felt a sudden urge to tell him everything, to spill the secrets of her own existence, to confess that she, too, often felt like a struggling thing, rooted to the earth but yearning for something more. But the ingrained caution of Whisperfall, the whispers of generations of fear, held her back.</w:t>
      </w:r>
    </w:p>
    <w:p>
      <w:r>
        <w:rPr>
          <w:rFonts w:ascii="IM Fell English" w:hAnsi="IM Fell English"/>
          <w:color w:val="261411"/>
          <w:sz w:val="24"/>
        </w:rPr>
        <w:t>Finn, still lurking in the shadows, swore he could feel his own sap thinning. He wanted to stamp his hoof, to make a racket, to shatter this unnatural calm. But a part of him, the part that had always adored Lyra’s kindness, was also watching, a morbid curiosity mixed with his fear. He saw the way Dylan looked at her, not with the predatory hunger he’d always associated with humans in the old tales, but with something softer, more hesitant. It was unsettling.</w:t>
      </w:r>
    </w:p>
    <w:p>
      <w:r>
        <w:rPr>
          <w:rFonts w:ascii="IM Fell English" w:hAnsi="IM Fell English"/>
          <w:color w:val="261411"/>
          <w:sz w:val="24"/>
        </w:rPr>
        <w:t>"It's… a lot of pressure, sometimes," Dylan continued, his voice dropping even lower, as if sharing a confidence meant only for her ears. "Trying to… keep things alive. And well." He gave a short, humorless laugh. "When they don't cooperate."</w:t>
      </w:r>
    </w:p>
    <w:p>
      <w:r>
        <w:rPr>
          <w:rFonts w:ascii="IM Fell English" w:hAnsi="IM Fell English"/>
          <w:color w:val="261411"/>
          <w:sz w:val="24"/>
        </w:rPr>
        <w:t>Lyra’s fingers instinctively traced the rough bark of the porch railing, a familiar comfort. "The seasons change," she offered softly. "Sometimes things bloom, and sometimes they go dormant. It doesn't mean they're not strong." She paused, gathering her courage. "Perhaps… they just need a different kind of care."</w:t>
      </w:r>
    </w:p>
    <w:p>
      <w:r>
        <w:rPr>
          <w:rFonts w:ascii="IM Fell English" w:hAnsi="IM Fell English"/>
          <w:color w:val="261411"/>
          <w:sz w:val="24"/>
        </w:rPr>
        <w:t>Dylan’s storm-colored eyes met hers again, and this time, the flicker of recognition was undeniable. He saw something in her gaze, a depth of understanding that went beyond casual politeness. He saw a reflection of his own quiet struggles, not in the wilting petunias, but in the very essence of her being. He felt a strange kinship, a pull that defied the ingrained societal barriers he’d always known.</w:t>
      </w:r>
    </w:p>
    <w:p>
      <w:r>
        <w:rPr>
          <w:rFonts w:ascii="IM Fell English" w:hAnsi="IM Fell English"/>
          <w:color w:val="261411"/>
          <w:sz w:val="24"/>
        </w:rPr>
        <w:t>"Different kind of care," he echoed, the words tasting new on his tongue. He studied her, his gaze lingering on the subtle shift of her posture, the way her presence seemed to hum with a quiet energy that was soothing and intoxicating. He’d felt alone for so long, surrounded by people who couldn’t understand the weight he carried, the constant vigilance he maintained. And here, on this porch, with this girl who spoke of plants with such profound understanding, he felt a flicker of something he hadn’t allowed himself to feel in years: a hesitant hope.</w:t>
      </w:r>
    </w:p>
    <w:p>
      <w:r>
        <w:rPr>
          <w:rFonts w:ascii="IM Fell English" w:hAnsi="IM Fell English"/>
          <w:color w:val="261411"/>
          <w:sz w:val="24"/>
        </w:rPr>
        <w:t>He looked away, his gaze sweeping over the sprawling woods that bordered the cottage, the dense, ancient trees that seemed to hold secrets within their tangled branches. He knew, instinctively, that this place was different. The air itself felt alive, charged with an energy that was both ancient and vibrant. It was a stark contrast to the sterile, predictable world he’d left behind.</w:t>
      </w:r>
    </w:p>
    <w:p>
      <w:r>
        <w:rPr>
          <w:rFonts w:ascii="IM Fell English" w:hAnsi="IM Fell English"/>
          <w:color w:val="261411"/>
          <w:sz w:val="24"/>
        </w:rPr>
        <w:t>"This place," he began, his voice a little rough, "it's… very green."</w:t>
      </w:r>
    </w:p>
    <w:p>
      <w:r>
        <w:rPr>
          <w:rFonts w:ascii="IM Fell English" w:hAnsi="IM Fell English"/>
          <w:color w:val="261411"/>
          <w:sz w:val="24"/>
        </w:rPr>
        <w:t>Lyra’s lips curved into a small smile, a genuine, uninhibited expression that made the sunlight seem to brighten. "It is," she agreed. "It's where I feel most… myself." She hesitated, then added, "And you? How do you feel, here?"</w:t>
      </w:r>
    </w:p>
    <w:p>
      <w:r>
        <w:rPr>
          <w:rFonts w:ascii="IM Fell English" w:hAnsi="IM Fell English"/>
          <w:color w:val="261411"/>
          <w:sz w:val="24"/>
        </w:rPr>
        <w:t>The question hung in the air, an invitation to a deeper conversation. Dylan looked back at her, his usual reserve beginning to crack. He saw the sincerity in her eyes, the genuine curiosity that wasn't tinged with the fear he’d come to expect. He saw a vulnerability that mirrored his own, a quiet longing for connection.</w:t>
      </w:r>
    </w:p>
    <w:p>
      <w:r>
        <w:rPr>
          <w:rFonts w:ascii="IM Fell English" w:hAnsi="IM Fell English"/>
          <w:color w:val="261411"/>
          <w:sz w:val="24"/>
        </w:rPr>
        <w:t>"I'm… still figuring that out," he admitted, his voice a low confession. He watched as a tiny, almost imperceptible tremor ran through Lyra’s hand as it rested on the railing. It was a subtle reaction, easily missed, but Dylan, attuned to the slightest shifts in his surroundings, noticed. He wondered what it meant. Was she simply nervous? Or was there something more?</w:t>
      </w:r>
    </w:p>
    <w:p>
      <w:r>
        <w:rPr>
          <w:rFonts w:ascii="IM Fell English" w:hAnsi="IM Fell English"/>
          <w:color w:val="261411"/>
          <w:sz w:val="24"/>
        </w:rPr>
        <w:t>Finn, meanwhile, was practically vibrating with anxiety. He could feel the connection forming between them, an invisible thread weaving its way through the quiet afternoon. He knew, with a certainty that chilled him to his very core, that this was the beginning of something dangerous. Lyra was drawn to the human, and the human, in his own mysterious way, was drawn to her. It was a forbidden dance, played out on the precipice of discovery. He had to do something. He had to warn her. But his hooves felt rooted to the spot, held captive by a mix of fear and a strange, unwilling fascination. He watched as Dylan’s gaze lingered on Lyra, a silent question in his eyes, and Lyra, in turn, met his gaze with an openness that both thrilled and terrified him. The air crackled with unspoken possibilities, with the scent of wilting petunias and the even more potent perfume of a forbidden attraction.</w:t>
      </w:r>
    </w:p>
    <w:p>
      <w:r>
        <w:rPr>
          <w:rFonts w:ascii="IM Fell English" w:hAnsi="IM Fell English"/>
          <w:color w:val="261411"/>
          <w:sz w:val="24"/>
        </w:rPr>
        <w:t>Whispers and Oddities</w:t>
      </w:r>
    </w:p>
    <w:p>
      <w:r>
        <w:rPr>
          <w:rFonts w:ascii="IM Fell English" w:hAnsi="IM Fell English"/>
          <w:color w:val="261411"/>
          <w:sz w:val="24"/>
        </w:rPr>
        <w:t xml:space="preserve">Lyra found herself constantly looking towards the Bramblewood cottage. It sat at the edge of Whisperfall, a quaint, slightly overgrown structure that was now home to the </w:t>
      </w:r>
      <w:r>
        <w:rPr>
          <w:rFonts w:ascii="IM Fell English" w:hAnsi="IM Fell English"/>
          <w:i/>
          <w:color w:val="261411"/>
          <w:sz w:val="24"/>
        </w:rPr>
        <w:t>humans</w:t>
      </w:r>
      <w:r>
        <w:rPr>
          <w:rFonts w:ascii="IM Fell English" w:hAnsi="IM Fell English"/>
          <w:color w:val="261411"/>
          <w:sz w:val="24"/>
        </w:rPr>
        <w:t>. The word itself still felt foreign on her tongue, a whisper of ancient fear that contrasted starkly with the soft sunlight that now gilded its chimney. The fear was still there, a low hum beneath her skin, but it was increasingly being drowned out by a persistent, illogical curiosity, a pull towards the quiet young man who had emerged from that strange, uninvited dwelling.</w:t>
      </w:r>
    </w:p>
    <w:p>
      <w:r>
        <w:rPr>
          <w:rFonts w:ascii="IM Fell English" w:hAnsi="IM Fell English"/>
          <w:color w:val="261411"/>
          <w:sz w:val="24"/>
        </w:rPr>
        <w:t>Dylan. His name was a soft echo in her mind. He moved with a quiet grace that was entirely at odds with the boisterous, sometimes clumsy energy of Whisperfall. She’d catch glimpses of him – a fleeting shadow in the woods on the periphery of town, a figure silhouetted against the twilight at his cottage window. Each sighting sent a peculiar tremor through her, a feeling she couldn’t quite decipher. It wasn't the sharp, instinctual fear her elders had warned of, but something softer, more… intriguing.</w:t>
      </w:r>
    </w:p>
    <w:p>
      <w:r>
        <w:rPr>
          <w:rFonts w:ascii="IM Fell English" w:hAnsi="IM Fell English"/>
          <w:color w:val="261411"/>
          <w:sz w:val="24"/>
        </w:rPr>
        <w:t>Finn, of course, was having none of it. He’d stomp his hooves, his usually expressive face contorted into a mask of dramatic disapproval, whenever Lyra’s gaze drifted too far in the direction of Bramblewood.</w:t>
      </w:r>
    </w:p>
    <w:p>
      <w:r>
        <w:rPr>
          <w:rFonts w:ascii="IM Fell English" w:hAnsi="IM Fell English"/>
          <w:color w:val="261411"/>
          <w:sz w:val="24"/>
        </w:rPr>
        <w:t xml:space="preserve">"Honestly, Lyra, have you seen him?" Finn had huffed, kicking a loose pebble with unnecessary force. "He's a </w:t>
      </w:r>
      <w:r>
        <w:rPr>
          <w:rFonts w:ascii="IM Fell English" w:hAnsi="IM Fell English"/>
          <w:i/>
          <w:color w:val="261411"/>
          <w:sz w:val="24"/>
        </w:rPr>
        <w:t>human</w:t>
      </w:r>
      <w:r>
        <w:rPr>
          <w:rFonts w:ascii="IM Fell English" w:hAnsi="IM Fell English"/>
          <w:color w:val="261411"/>
          <w:sz w:val="24"/>
        </w:rPr>
        <w:t>. All rough edges and unpredictable moods. Like a badger that’s lost its burrow. Probably smells of iron and despair."</w:t>
      </w:r>
    </w:p>
    <w:p>
      <w:r>
        <w:rPr>
          <w:rFonts w:ascii="IM Fell English" w:hAnsi="IM Fell English"/>
          <w:color w:val="261411"/>
          <w:sz w:val="24"/>
        </w:rPr>
        <w:t>Lyra had just twirled a loose strand of vine around her finger, her gaze still a little too far west. "He's quiet, Finn. Not… rough."</w:t>
      </w:r>
    </w:p>
    <w:p>
      <w:r>
        <w:rPr>
          <w:rFonts w:ascii="IM Fell English" w:hAnsi="IM Fell English"/>
          <w:color w:val="261411"/>
          <w:sz w:val="24"/>
        </w:rPr>
        <w:t>"Quiet can be deceptive," Finn had retorted, gesturing wildly with a gnarled hand. "That's how they lure you in, you know. All brooding mystery and sad eyes. Then BAM! Next thing you know, you’re being chased through the moonlit glades by a mob with torches." He shivered theatrically. "And speaking of badgers, I swear I saw one the other day near his fence. A particularly surly-looking specimen. Couldn't be a coincidence."</w:t>
      </w:r>
    </w:p>
    <w:p>
      <w:r>
        <w:rPr>
          <w:rFonts w:ascii="IM Fell English" w:hAnsi="IM Fell English"/>
          <w:color w:val="261411"/>
          <w:sz w:val="24"/>
        </w:rPr>
        <w:t>Lyra had managed a small smile, but Finn’s words, however dramatic, echoed a deep-seated fear. The legends were ingrained in her very being. Humans were the destroyers, the ones who tore down forests, poisoned rivers, and extinguished the magic that sustained their world. Yet, the more she saw of Dylan, the less those stories seemed to fit.</w:t>
      </w:r>
    </w:p>
    <w:p>
      <w:r>
        <w:rPr>
          <w:rFonts w:ascii="IM Fell English" w:hAnsi="IM Fell English"/>
          <w:color w:val="261411"/>
          <w:sz w:val="24"/>
        </w:rPr>
        <w:t>It was the subtle things, the almost imperceptible shifts in her environment when he was near, that truly began to unnerve and fascinate her. One afternoon, while gathering herbs near the edge of the woods, she’d noticed a cluster of wildflowers – delicate, sky-blue forget-me-nots – blooming vibrantly. It was late autumn; the ground should have been dusted with frost, the flowers long gone. But here they were, impossibly bright, clustered in a small patch of earth that felt strangely warm to the touch. A few days later, she’d seen Dylan walking along the path, his gaze fixed on the ground. As he passed the patch, a faint ozone scent drifted through the air, and the forget-me-nots briefly pulsed with a soft glow before fading back to their usual bloom.</w:t>
      </w:r>
    </w:p>
    <w:p>
      <w:r>
        <w:rPr>
          <w:rFonts w:ascii="IM Fell English" w:hAnsi="IM Fell English"/>
          <w:color w:val="261411"/>
          <w:sz w:val="24"/>
        </w:rPr>
        <w:t>Finn, of course, had dismissed it with a flick of his goat ears. "Your imagination, Lyra! Overactive from all those cautionary tales. You're seeing magic where there's just… well, where there's just a human being a human. Probably tracking a particularly plump worm for his dinner. Honestly, Lyra, you’re letting your fear of the unknown paint everything with a magical brush. It’s just a bit of late-blooming flora. Happens sometimes. The earth is weird."</w:t>
      </w:r>
    </w:p>
    <w:p>
      <w:r>
        <w:rPr>
          <w:rFonts w:ascii="IM Fell English" w:hAnsi="IM Fell English"/>
          <w:color w:val="261411"/>
          <w:sz w:val="24"/>
        </w:rPr>
        <w:t>But Lyra knew the earth. She felt its rhythms, its sighs, its burgeoning life and inevitable decay. This was more than just ‘weird’. It was a whisper, a subtle disruption of the natural order, a ripple emanating from the direction of the Bramblewood cottage. She’d also noticed how certain insects seemed to congregate around him when he was walking alone – not in a swarm, but a gentle, almost respectful circling. Tiny iridescent beetles would land on his shoulders for a moment before flitting away, and shy woodland sprites, usually quick to flee any disturbance, would hover at a distance, their curiosity clearly piqued.</w:t>
      </w:r>
    </w:p>
    <w:p>
      <w:r>
        <w:rPr>
          <w:rFonts w:ascii="IM Fell English" w:hAnsi="IM Fell English"/>
          <w:color w:val="261411"/>
          <w:sz w:val="24"/>
        </w:rPr>
        <w:t>"See?" Finn had nudged her, pointing a hoof at a particularly bold butterfly that dared to land on Dylan’s sleeve as he sat on a fallen log, reading. The butterfly, a creature of pure instinct, usually shied away from human contact. "He’s probably got some sort of human pheromone that attracts everything with wings. Or maybe he’s secretly hoarding a secret stash of nectar. You can never tell with humans."</w:t>
      </w:r>
    </w:p>
    <w:p>
      <w:r>
        <w:rPr>
          <w:rFonts w:ascii="IM Fell English" w:hAnsi="IM Fell English"/>
          <w:color w:val="261411"/>
          <w:sz w:val="24"/>
        </w:rPr>
        <w:t>Lyra didn't respond, her gaze fixed on Dylan. He was so still, so absorbed in his book. There was a profound stillness about him, a quietude that seemed to draw in the chaos of the world. She felt a strange resonance with that stillness, a yearning for it within herself. Her existence was rooted in the forest’s vibrant yet overwhelming energy, but she longed for a quieter peace—one that needed no words or gestures, only silent understanding.</w:t>
      </w:r>
    </w:p>
    <w:p>
      <w:r>
        <w:rPr>
          <w:rFonts w:ascii="IM Fell English" w:hAnsi="IM Fell English"/>
          <w:color w:val="261411"/>
          <w:sz w:val="24"/>
        </w:rPr>
        <w:t>The forget-me-nots were the first concrete sign, the first real crack in the solid edifice of her ingrained beliefs. They were an impossibility, a beautiful, defiant anomaly. And they were right by the path Dylan took. It wasn't overactive imagination; it was a subtle, undeniable nudge from nature itself, a suggestion that perhaps the stories, the fear, the absolute certainty of human destructiveness, were not the whole truth. The very earth seemed to be offering up tiny, blue petals as a testament to something else, something she couldn't yet name but felt stirring within her, a hesitant bloom of her own.</w:t>
      </w:r>
    </w:p>
    <w:p>
      <w:r>
        <w:rPr>
          <w:rFonts w:ascii="IM Fell English" w:hAnsi="IM Fell English"/>
          <w:color w:val="261411"/>
          <w:sz w:val="24"/>
        </w:rPr>
        <w:t>This burgeoning internal conflict gnawed at Lyra. Her empathy, usually a wellspring of connection and understanding, was now a source of confusion. She felt a pull towards Dylan’s quiet loneliness, a recognition of something kindred in his solitary presence. But her dryad’s instincts, honed by generations of ingrained caution, screamed danger. Elder Maeve’s pronouncements, though delivered with a stern practicality that usually soothed Lyra’s anxieties, now felt like a heavy blanket smothering a fragile spark.</w:t>
      </w:r>
    </w:p>
    <w:p>
      <w:r>
        <w:rPr>
          <w:rFonts w:ascii="IM Fell English" w:hAnsi="IM Fell English"/>
          <w:color w:val="261411"/>
          <w:sz w:val="24"/>
        </w:rPr>
        <w:t>"He is an anomaly, Lyra," Elder Maeve had said, her voice like the rustling of ancient leaves. "And anomalies disrupt the balance. Nature abhors a vacuum, yes, but it also abhors the unnatural. Humans are the unnatural. Their presence here is a threat. You must see it for what it is."</w:t>
      </w:r>
    </w:p>
    <w:p>
      <w:r>
        <w:rPr>
          <w:rFonts w:ascii="IM Fell English" w:hAnsi="IM Fell English"/>
          <w:color w:val="261411"/>
          <w:sz w:val="24"/>
        </w:rPr>
        <w:t>But Lyra couldn't see it that way anymore. Not entirely. The forget-me-nots, the gentle circling of insects, the almost imperceptible warmth in the air when Dylan walked by – these were not the hallmarks of a destructive force. They were whispers of something else, something nascent and delicate. And those whispers were growing louder, urging her to look closer, to understand. To approach. To risk.</w:t>
      </w:r>
    </w:p>
    <w:p>
      <w:r>
        <w:rPr>
          <w:rFonts w:ascii="IM Fell English" w:hAnsi="IM Fell English"/>
          <w:color w:val="261411"/>
          <w:sz w:val="24"/>
        </w:rPr>
        <w:t>The thought of approaching him sent a fresh wave of anxiety through her. How? What would she say? "Hello, I'm a dryad, and I’ve noticed the flowers bloom when you walk by"? It sounded utterly ludicrous. Finn’s dramatic pronouncements about torches and mobs suddenly felt a little less outlandish. But the urge, the insistent tug of her empathy, was stronger. She found herself mentally cataloging his movements, his routines, looking for an opening, a plausible excuse for interaction. It felt like a dangerous game, like stepping too close to the edge of a cliff, but she found herself inexplicably drawn to the precipice. The more Finn insisted on the danger, the more Lyra felt a defiant curiosity bloom, as persistent and unexpected as those impossible forget-me-nots.</w:t>
      </w:r>
    </w:p>
    <w:p>
      <w:r>
        <w:rPr>
          <w:rFonts w:ascii="IM Fell English" w:hAnsi="IM Fell English"/>
          <w:color w:val="261411"/>
          <w:sz w:val="24"/>
        </w:rPr>
        <w:t>Lyra adjusted the worn leather strap of her satchel, the familiar weight of dried herbs and sketching charcoal a comforting anchor. The late afternoon sun, dappled through the ancient oaks bordering Whisperfall, painted shifting mosaics on the cobblestone path. She’d spent the morning helping Finn rearrange his stall at the market – a Herculean task involving an argument with a particularly stubborn bunch of glow-berries and a near-fatal tumble from a stack of sun-baked gourds. But her mind wasn't on the chaotic energy of the market, or even Finn’s dramatic pronouncements about the inferiority of root vegetables. It was, as it had been for weeks, on Dylan.</w:t>
      </w:r>
    </w:p>
    <w:p>
      <w:r>
        <w:rPr>
          <w:rFonts w:ascii="IM Fell English" w:hAnsi="IM Fell English"/>
          <w:color w:val="261411"/>
          <w:sz w:val="24"/>
        </w:rPr>
        <w:t>He was a ghost in their midst, a silent current disrupting the placid surface of Whisperfall. He’d been spotted at the general store, his movements economical, his gaze sweeping over the shelves with an almost unnerving detachment. He’d even purchased a few packets of wildflower seeds from Mrs. Willowbrook’s stall, his hands, Lyra noted from a discreet distance, surprisingly deft and gentle. These observations, seemingly mundane, felt monumental to Lyra. They chipped away at the monolithic image of humanity her people clung to – a faceless, ravenous horde bent on destruction. Dylan was… different. He was a quiet ache, a question mark etched against the black and white of her upbringing.</w:t>
      </w:r>
    </w:p>
    <w:p>
      <w:r>
        <w:rPr>
          <w:rFonts w:ascii="IM Fell English" w:hAnsi="IM Fell English"/>
          <w:color w:val="261411"/>
          <w:sz w:val="24"/>
        </w:rPr>
        <w:t>Her empathy, a trait as ingrained as the bark on her skin, tugged at her. She felt a current of loneliness radiating from him, a low hum beneath the surface of his stoic demeanor. It resonated with her own quiet moments, the times she felt the vastness of the forest around her, a solitude that was both peaceful and profound. He was an anomaly, a beautiful, unsettling anomaly, and Lyra found herself drawn to him with an almost gravitational pull.</w:t>
      </w:r>
    </w:p>
    <w:p>
      <w:r>
        <w:rPr>
          <w:rFonts w:ascii="IM Fell English" w:hAnsi="IM Fell English"/>
          <w:color w:val="261411"/>
          <w:sz w:val="24"/>
        </w:rPr>
        <w:t>She’d devised a plan, a series of carefully curated “accidents” designed to bring her into his orbit. The first was during her herb-gathering expedition near the old mill. She knew he sometimes walked that way, seeking out the quiet solitude of the lower woods. She’d deliberately lingered, “accidentally” dropping a basket of moonpetal blossoms, their silvery luminescence scattered across the mossy ground. He’d emerged from the trees, his dark hair slightly dishevelled, his eyes, the colour of a storm-bruised sky, catching hers. He hadn’t spoken much, just nodded in acknowledgement as she gathered the scattered petals, a small, almost imperceptible smile gracing his lips. The air around him, she’d noticed then, had felt strangely charged, as if the very light had thickened, and for a fleeting moment, the moonpetals seemed to glow brighter in his proximity.</w:t>
      </w:r>
    </w:p>
    <w:p>
      <w:r>
        <w:rPr>
          <w:rFonts w:ascii="IM Fell English" w:hAnsi="IM Fell English"/>
          <w:color w:val="261411"/>
          <w:sz w:val="24"/>
        </w:rPr>
        <w:t>Then there was the incident at the stream. She’d been sketching the playful dance of the water sprites when she saw him silhouetted against the setting sun, his posture etched with a familiar weariness. She’d made a show of struggling with her easel, the wooden legs refusing to find purchase on the damp earth. He’d approached, his movements unhurried, and with a quiet grace, had steadied the easel for her. Their fingers had brushed, and Lyra’s breath had hitched. It was then she saw it, a faint, almost iridescent shimmer in the air around his hand, like heat rising from pavement, but cooler, somehow. It had vanished as quickly as it appeared, leaving her to question if she’d imagined it, a trick of the fading light and her own burgeoning fascination.</w:t>
      </w:r>
    </w:p>
    <w:p>
      <w:r>
        <w:rPr>
          <w:rFonts w:ascii="IM Fell English" w:hAnsi="IM Fell English"/>
          <w:color w:val="261411"/>
          <w:sz w:val="24"/>
        </w:rPr>
        <w:t>Today, her target was the small, slightly overgrown community garden on the edge of town. She’d heard he sometimes visited, ostensibly to sketch the wilting marigolds. Lyra had spent the morning tending to a patch of late-blooming jasmine, coaxing the fragrant vines to burst forth with an almost unnatural vibrancy, their scent heavy and sweet on the air. She’d added a touch of her own essence, a subtle whisper of life-giving magic, just enough to make them particularly alluring.</w:t>
      </w:r>
    </w:p>
    <w:p>
      <w:r>
        <w:rPr>
          <w:rFonts w:ascii="IM Fell English" w:hAnsi="IM Fell English"/>
          <w:color w:val="261411"/>
          <w:sz w:val="24"/>
        </w:rPr>
        <w:t>As she adjusted the last blossom, a gust of wind, impossibly warm for the season, swept through the garden, rustling the leaves of the nearby tomato plants and carrying the scent of something wild and earthy. Lyra looked up, her heart giving a little lurch. Dylan stood at the garden gate, his gaze fixed on her jasmine patch. He looked… different. Less guarded, more… present. His usual melancholy seemed to have receded, replaced by a flicker of curiosity, almost wonder.</w:t>
      </w:r>
    </w:p>
    <w:p>
      <w:r>
        <w:rPr>
          <w:rFonts w:ascii="IM Fell English" w:hAnsi="IM Fell English"/>
          <w:color w:val="261411"/>
          <w:sz w:val="24"/>
        </w:rPr>
        <w:t>She swallowed, her throat suddenly dry. “Hello,” she managed, her voice softer than she intended.</w:t>
      </w:r>
    </w:p>
    <w:p>
      <w:r>
        <w:rPr>
          <w:rFonts w:ascii="IM Fell English" w:hAnsi="IM Fell English"/>
          <w:color w:val="261411"/>
          <w:sz w:val="24"/>
        </w:rPr>
        <w:t>He took a step into the garden, his boots crunching softly on the gravel path. “Hello,” he replied, his voice a low rumble that sent a tremor through her. He gestured towards the jasmine. “They’re… very beautiful.”</w:t>
      </w:r>
    </w:p>
    <w:p>
      <w:r>
        <w:rPr>
          <w:rFonts w:ascii="IM Fell English" w:hAnsi="IM Fell English"/>
          <w:color w:val="261411"/>
          <w:sz w:val="24"/>
        </w:rPr>
        <w:t>Lyra felt a flush creep up her neck. “They’re late bloomers,” she said, trying for casual. “Still, they managed a last hurrah.”</w:t>
      </w:r>
    </w:p>
    <w:p>
      <w:r>
        <w:rPr>
          <w:rFonts w:ascii="IM Fell English" w:hAnsi="IM Fell English"/>
          <w:color w:val="261411"/>
          <w:sz w:val="24"/>
        </w:rPr>
        <w:t>He moved closer, his eyes tracing the delicate white petals. He reached out, his fingers hovering inches from a bloom, as if hesitant to disturb it. “It’s… remarkable, how vibrant they are.” He paused, then added, his gaze shifting to her, “Almost… impossibly so.”</w:t>
      </w:r>
    </w:p>
    <w:p>
      <w:r>
        <w:rPr>
          <w:rFonts w:ascii="IM Fell English" w:hAnsi="IM Fell English"/>
          <w:color w:val="261411"/>
          <w:sz w:val="24"/>
        </w:rPr>
        <w:t xml:space="preserve">Lyra’s breath hitched again. He’d noticed. He’d </w:t>
      </w:r>
      <w:r>
        <w:rPr>
          <w:rFonts w:ascii="IM Fell English" w:hAnsi="IM Fell English"/>
          <w:i/>
          <w:color w:val="261411"/>
          <w:sz w:val="24"/>
        </w:rPr>
        <w:t>seen</w:t>
      </w:r>
      <w:r>
        <w:rPr>
          <w:rFonts w:ascii="IM Fell English" w:hAnsi="IM Fell English"/>
          <w:color w:val="261411"/>
          <w:sz w:val="24"/>
        </w:rPr>
        <w:t xml:space="preserve"> it. The subtle magic, the nudge of life she’d given them. It wasn’t just her imagination. “The soil here is quite rich,” she offered, a nervous smile playing on her lips.</w:t>
      </w:r>
    </w:p>
    <w:p>
      <w:r>
        <w:rPr>
          <w:rFonts w:ascii="IM Fell English" w:hAnsi="IM Fell English"/>
          <w:color w:val="261411"/>
          <w:sz w:val="24"/>
        </w:rPr>
        <w:t xml:space="preserve">He nodded, but his gaze remained on her, an intensity in his eyes that made her squirm. He took another step, and the air around him seemed to vibrate, a low hum that only she could detect. A single, perfect jasmine blossom detached itself from the vine and drifted down, landing with a soft </w:t>
      </w:r>
      <w:r>
        <w:rPr>
          <w:rFonts w:ascii="IM Fell English" w:hAnsi="IM Fell English"/>
          <w:i/>
          <w:color w:val="261411"/>
          <w:sz w:val="24"/>
        </w:rPr>
        <w:t>thump</w:t>
      </w:r>
      <w:r>
        <w:rPr>
          <w:rFonts w:ascii="IM Fell English" w:hAnsi="IM Fell English"/>
          <w:color w:val="261411"/>
          <w:sz w:val="24"/>
        </w:rPr>
        <w:t xml:space="preserve"> at his feet. Lyra’s eyes widened. She hadn’t touched it. She hadn't willed it to fall. It was as if the plant itself, responding to his presence, had offered him a gift.</w:t>
      </w:r>
    </w:p>
    <w:p>
      <w:r>
        <w:rPr>
          <w:rFonts w:ascii="IM Fell English" w:hAnsi="IM Fell English"/>
          <w:color w:val="261411"/>
          <w:sz w:val="24"/>
        </w:rPr>
        <w:t>Dylan looked down at the fallen blossom, then back at Lyra. A slow, genuine smile spread across his face, a smile that transformed his brooding features, making him look younger, lighter. “I think,” he said, his voice barely above a whisper, “that there’s more to this garden than rich soil.”</w:t>
      </w:r>
    </w:p>
    <w:p>
      <w:r>
        <w:rPr>
          <w:rFonts w:ascii="IM Fell English" w:hAnsi="IM Fell English"/>
          <w:color w:val="261411"/>
          <w:sz w:val="24"/>
        </w:rPr>
        <w:t>Lyra’s heart hammered against her ribs. This was it. This was the moment the carefully constructed walls of her preconceived notions began to crumble. She saw not the monster of legend, but a kindred spirit, someone who recognized the subtle magic that permeated their world, even if he didn’t fully understand it.</w:t>
      </w:r>
    </w:p>
    <w:p>
      <w:r>
        <w:rPr>
          <w:rFonts w:ascii="IM Fell English" w:hAnsi="IM Fell English"/>
          <w:color w:val="261411"/>
          <w:sz w:val="24"/>
        </w:rPr>
        <w:t>He knelt, picking up the jasmine blossom. He didn’t crush it, didn’t discard it. Instead, he brought it to his nose, inhaling its scent deeply. “It’s… beautiful,” he murmured, his eyes closed. Lyra watched him, mesmerized. The air around him was no longer just charged; it was alive, pulsing with a soft, ethereal glow, a faint mist that swirled and danced around his hands. It wasn’t a predatory aura, not a threat. It was… gentle. Like the breath of the forest itself, responding to him.</w:t>
      </w:r>
    </w:p>
    <w:p>
      <w:r>
        <w:rPr>
          <w:rFonts w:ascii="IM Fell English" w:hAnsi="IM Fell English"/>
          <w:color w:val="261411"/>
          <w:sz w:val="24"/>
        </w:rPr>
        <w:t>He opened his eyes, and for the first time, Lyra saw a flicker of something akin to recognition in their depths. He looked at her, truly looked at her, and she felt a connection spark between them, fragile but undeniable. The fear, so deeply ingrained, began to recede, replaced by a blossoming curiosity, a dangerous, intoxicating desire to know more. He wasn’t just a human. He was… something else. Something that resonated with the very essence of her being. And in that moment, standing in the scent of jasmine, with the ethereal glow swirling around him, Lyra knew she was falling. Falling into a world she’d been taught to fear, and into the arms of someone she was forbidden to love. The questions swirling in her mind were no longer about the legends of humanity, but about the truth of Dylan, and the terrifying, exhilarating possibility of what lay between them.</w:t>
      </w:r>
    </w:p>
    <w:p>
      <w:r>
        <w:rPr>
          <w:rFonts w:ascii="IM Fell English" w:hAnsi="IM Fell English"/>
          <w:color w:val="261411"/>
          <w:sz w:val="24"/>
        </w:rPr>
        <w:t>Dylan’s gaze held hers, and he extended the jasmine blossom towards her. “For you,” he said, his voice soft, his smile tender. Lyra took it, her fingers trembling slightly as they brushed against his. The blossom felt cool and impossibly delicate against her skin. She looked at it, then back at Dylan, her carefully constructed caution dissolving like mist in the morning sun. He wasn't just a human; he was a mystery she desperately wanted to unravel. She could feel the subtle currents of magic emanating from him, a faint shimmer in the air, a brief gust of wind that rustled the leaves of the nearby willow. These fleeting phenomena, imperceptible to most, were clear signs to Lyra, a dryad attuned to the whispers of the natural world. They spoke of something extraordinary, something that defied the terrifying tales of humanity she'd grown up with.</w:t>
      </w:r>
    </w:p>
    <w:p>
      <w:r>
        <w:rPr>
          <w:rFonts w:ascii="IM Fell English" w:hAnsi="IM Fell English"/>
          <w:color w:val="261411"/>
          <w:sz w:val="24"/>
        </w:rPr>
        <w:t>He stepped closer, his dark eyes searching hers. "I… I've been observing you too," he admitted, his voice low and hesitant. Lyra’s heart leaped. This was more than she’d dared to hope for. "You have a… remarkable way with plants."</w:t>
      </w:r>
    </w:p>
    <w:p>
      <w:r>
        <w:rPr>
          <w:rFonts w:ascii="IM Fell English" w:hAnsi="IM Fell English"/>
          <w:color w:val="261411"/>
          <w:sz w:val="24"/>
        </w:rPr>
        <w:t>"And you," Lyra countered, her voice barely a whisper, "seem to have a way with… the air." She gestured vaguely towards him, a nervous energy bubbling within her. He’d brought a sense of stillness to the usually bustling garden, a quiet intensity that drew her in. The air around him, she’d noticed with a jolt, seemed to hum with a low frequency, almost imperceptible, and sometimes, when he moved, a faint, iridescent shimmer would dance around his hands. It was like the faint magic she felt when a particularly ancient tree was about to shed its leaves, or when the moon was waxing to its fullest, but contained, focused.</w:t>
      </w:r>
    </w:p>
    <w:p>
      <w:r>
        <w:rPr>
          <w:rFonts w:ascii="IM Fell English" w:hAnsi="IM Fell English"/>
          <w:color w:val="261411"/>
          <w:sz w:val="24"/>
        </w:rPr>
        <w:t>Dylan’s brow furrowed slightly, a shadow of confusion crossing his face, but it was quickly replaced by a flicker of something akin to understanding. He didn't dismiss her observation. Instead, he looked down at his hands, flexing his fingers as if testing their substance. "I've always felt… connected to things," he confessed, his gaze returning to hers. "Not like you, I imagine. Not like… what you are." He paused, and Lyra’s breath caught in her throat. Had he guessed?</w:t>
      </w:r>
    </w:p>
    <w:p>
      <w:r>
        <w:rPr>
          <w:rFonts w:ascii="IM Fell English" w:hAnsi="IM Fell English"/>
          <w:color w:val="261411"/>
          <w:sz w:val="24"/>
        </w:rPr>
        <w:t>He seemed to sense her apprehension, his expression softening. "I know… I know more than I let on," he admitted, his voice barely audible. "My family… we're different. We've… known about your world for a long time. And we've tried to… coexist." He hesitated, his gaze dropping to the jasmine blossom he still held. "But it's not always easy. Especially not when others are looking for people like me. People who know."</w:t>
      </w:r>
    </w:p>
    <w:p>
      <w:r>
        <w:rPr>
          <w:rFonts w:ascii="IM Fell English" w:hAnsi="IM Fell English"/>
          <w:color w:val="261411"/>
          <w:sz w:val="24"/>
        </w:rPr>
        <w:t xml:space="preserve">Lyra stared at him, her mind reeling. A sect of humans who knew? Who </w:t>
      </w:r>
      <w:r>
        <w:rPr>
          <w:rFonts w:ascii="IM Fell English" w:hAnsi="IM Fell English"/>
          <w:i/>
          <w:color w:val="261411"/>
          <w:sz w:val="24"/>
        </w:rPr>
        <w:t>coexisted</w:t>
      </w:r>
      <w:r>
        <w:rPr>
          <w:rFonts w:ascii="IM Fell English" w:hAnsi="IM Fell English"/>
          <w:color w:val="261411"/>
          <w:sz w:val="24"/>
        </w:rPr>
        <w:t>? It was a concept so alien, so contrary to everything she’d been taught, that it felt like a fantastical tale spun by Finn. Yet, looking into Dylan’s earnest eyes, feeling the subtle magic that seemed to emanate from him like a gentle warmth, she found herself believing him. The fear that had been her constant companion when thinking of humans began to dissipate, replaced by a dizzying sense of possibility.</w:t>
      </w:r>
    </w:p>
    <w:p>
      <w:r>
        <w:rPr>
          <w:rFonts w:ascii="IM Fell English" w:hAnsi="IM Fell English"/>
          <w:color w:val="261411"/>
          <w:sz w:val="24"/>
        </w:rPr>
        <w:t>"You mean," she stammered, "you're not… like them? The ones from the stories?"</w:t>
      </w:r>
    </w:p>
    <w:p>
      <w:r>
        <w:rPr>
          <w:rFonts w:ascii="IM Fell English" w:hAnsi="IM Fell English"/>
          <w:color w:val="261411"/>
          <w:sz w:val="24"/>
        </w:rPr>
        <w:t>Dylan offered a faint, melancholic smile. "The stories are mostly true, I'm afraid. There are those who would see your world destroyed. But there are also those who believe in… balance. In understanding." He stepped closer, and for a moment, Lyra forgot to breathe. The air around him pulsed with that strange, gentle energy, and the jasmine blossom in his hand seemed to glow with an inner light. "And I," he continued, his voice a low, earnest plea, "I find myself drawn to… what you represent. To the quiet strength. The life."</w:t>
      </w:r>
    </w:p>
    <w:p>
      <w:r>
        <w:rPr>
          <w:rFonts w:ascii="IM Fell English" w:hAnsi="IM Fell English"/>
          <w:color w:val="261411"/>
          <w:sz w:val="24"/>
        </w:rPr>
        <w:t>He offered her the blossom again. This time, Lyra didn't hesitate. She took it, her fingers brushing against his, and felt a jolt, a tiny spark of energy that seemed to travel up her arm. The blossom in her hand felt impossibly alive, its fragrance suddenly more potent, more intoxicating. Around Dylan, the air shimmered, not with menace, but with a soft, ethereal glow, like moonlight filtered through a canopy of ancient leaves. A fleeting gust of wind, warm and scented with unknown blossoms, swirled around them, caressing Lyra’s cheek. These were not the signs of a predator; they were whispers of a hidden magic, a resonance that spoke directly to her dryad soul. It was a forbidden language, a silent conversation between her and Dylan, a confirmation that the legends were not the whole truth.</w:t>
      </w:r>
    </w:p>
    <w:p>
      <w:r>
        <w:rPr>
          <w:rFonts w:ascii="IM Fell English" w:hAnsi="IM Fell English"/>
          <w:color w:val="261411"/>
          <w:sz w:val="24"/>
        </w:rPr>
        <w:t>Her attraction to him, once a confusing, illicit flutter, now felt like a deep, undeniable current pulling her towards him. It was a dangerous current, one that defied the warnings of Elder Maeve and the ingrained fears of her community, but Lyra found herself willingly diving in. For the first time, she was seeing humanity not as a monolithic threat, but as a complex tapestry, with threads of darkness, yes, but also threads of light, of understanding, and of a shared, hidden magic. And Dylan, the enigmatic new human, was the most compelling thread of all.</w:t>
      </w:r>
    </w:p>
    <w:p>
      <w:r>
        <w:rPr>
          <w:rFonts w:ascii="IM Fell English" w:hAnsi="IM Fell English"/>
          <w:color w:val="261411"/>
          <w:sz w:val="24"/>
        </w:rPr>
        <w:t>The Unexplained Attraction</w:t>
      </w:r>
    </w:p>
    <w:p>
      <w:r>
        <w:rPr>
          <w:rFonts w:ascii="IM Fell English" w:hAnsi="IM Fell English"/>
          <w:color w:val="261411"/>
          <w:sz w:val="24"/>
        </w:rPr>
        <w:t>The scent of damp earth and the promise of rain hung heavy in the air, a comforting blanket Lyra usually relished. Today, however, it felt like a prelude to something unsettled, a tension mirroring the one thrumming beneath her own skin. She strode along the familiar path to the whispering creek, fingers trailing over moss-covered ancient oaks, yet her thoughts lingered far away—at the edge of town, on the small cottage with smoke rising from its chimney.</w:t>
      </w:r>
    </w:p>
    <w:p>
      <w:r>
        <w:rPr>
          <w:rFonts w:ascii="IM Fell English" w:hAnsi="IM Fell English"/>
          <w:color w:val="261411"/>
          <w:sz w:val="24"/>
        </w:rPr>
        <w:t>Dylan.</w:t>
      </w:r>
    </w:p>
    <w:p>
      <w:r>
        <w:rPr>
          <w:rFonts w:ascii="IM Fell English" w:hAnsi="IM Fell English"/>
          <w:color w:val="261411"/>
          <w:sz w:val="24"/>
        </w:rPr>
        <w:t>The name itself felt foreign, a sound that didn't belong in the lexicon of Whisperfall. He was an anomaly, a sharp, unexpected note in their pastoral symphony. He’d arrived with his family, a silent question mark dropped into their carefully guarded existence. From her usual vantage point, hidden amongst the dappled sunlight and rustling leaves of the forest’s edge, Lyra had watched him. Not in a way that felt like prying, more like… observing a rare bird. He moved with a quiet grace, a certain stillness that was more intriguing than alarming. His dark hair, always slightly tousled, framed a face that seemed etched with a profound solitude. And his eyes. Lyra had caught them once, a fleeting moment when he’d looked towards the trees, towards her hidden world. They were the color of a stormy sea, holding a depth that spoke of untold stories, of a loneliness that resonated with a part of her she hadn’t known existed.</w:t>
      </w:r>
    </w:p>
    <w:p>
      <w:r>
        <w:rPr>
          <w:rFonts w:ascii="IM Fell English" w:hAnsi="IM Fell English"/>
          <w:color w:val="261411"/>
          <w:sz w:val="24"/>
        </w:rPr>
        <w:t>It was the way he’d paused one afternoon, his gaze drifting towards a particularly vibrant patch of wildflowers near the edge of the woods. He hadn’t approached, hadn’t disturbed them, but his stillness, his evident appreciation, had sent a curious tremor through Lyra. Most humans, according to the hushed tales passed down through generations, would have seen them as mere weeds, or perhaps a fleeting curiosity to be plucked and discarded. Dylan had simply… looked. And in that shared moment of silent observation, a tiny, fragile tendril of connection had begun to weave itself around Lyra's heart.</w:t>
      </w:r>
    </w:p>
    <w:p>
      <w:r>
        <w:rPr>
          <w:rFonts w:ascii="IM Fell English" w:hAnsi="IM Fell English"/>
          <w:color w:val="261411"/>
          <w:sz w:val="24"/>
        </w:rPr>
        <w:t xml:space="preserve">Elder Maeve’s warnings, sharp and insistent as a robin’s territorial cry, echoed in her mind. </w:t>
      </w:r>
      <w:r>
        <w:rPr>
          <w:rFonts w:ascii="IM Fell English" w:hAnsi="IM Fell English"/>
          <w:i/>
          <w:color w:val="261411"/>
          <w:sz w:val="24"/>
        </w:rPr>
        <w:t>Humans are predators, Lyra. Their hearts are as cold as their iron tools.</w:t>
      </w:r>
      <w:r>
        <w:rPr>
          <w:rFonts w:ascii="IM Fell English" w:hAnsi="IM Fell English"/>
          <w:color w:val="261411"/>
          <w:sz w:val="24"/>
        </w:rPr>
        <w:t xml:space="preserve"> But Maeve hadn’t seen the way Dylan had once gently nudged a fallen fledgling back into its nest with the toe of his worn boot. Maeve hadn’t seen the way his brow had furrowed with what looked like concern when he’d noticed a broken fence post near the meadow’s edge. He was a puzzle, a contradiction to the monolithic danger Lyra had been taught to fear.</w:t>
      </w:r>
    </w:p>
    <w:p>
      <w:r>
        <w:rPr>
          <w:rFonts w:ascii="IM Fell English" w:hAnsi="IM Fell English"/>
          <w:color w:val="261411"/>
          <w:sz w:val="24"/>
        </w:rPr>
        <w:t>One sun-drenched afternoon, a rare bout of boldness, fueled by an overwhelming curiosity, led Lyra to wander closer to the town’s perimeter than she ever had before. She’d been gathering rare herbs for Elder Maeve, the kind that grew best in the transitional zones, the places where the human world brushed against theirs. As she neared the familiar, if still slightly unsettling, stone wall that marked the unofficial boundary of Whisperfall's secrecy, she heard the soft strumming of a guitar.</w:t>
      </w:r>
    </w:p>
    <w:p>
      <w:r>
        <w:rPr>
          <w:rFonts w:ascii="IM Fell English" w:hAnsi="IM Fell English"/>
          <w:color w:val="261411"/>
          <w:sz w:val="24"/>
        </w:rPr>
        <w:t>Hesitantly, Lyra crept closer, her bare feet silent on the mossy ground. She found a clearing, just beyond the last of the ancient pines, where Dylan sat on a fallen log. He was playing a melody that was achingly beautiful, a mournful, introspective tune that seemed to speak of longing and loss. His eyes were closed, his head tilted back, and for a moment, he looked utterly at peace, lost in the music.</w:t>
      </w:r>
    </w:p>
    <w:p>
      <w:r>
        <w:rPr>
          <w:rFonts w:ascii="IM Fell English" w:hAnsi="IM Fell English"/>
          <w:color w:val="261411"/>
          <w:sz w:val="24"/>
        </w:rPr>
        <w:t>Lyra found herself holding her breath, afraid to break the spell. It was then that a stray gust of wind, mischievous and playful, tugged at a loose strand of her hair, sending it across her face. Dylan’s eyes snapped open, his gaze finding hers instantly.</w:t>
      </w:r>
    </w:p>
    <w:p>
      <w:r>
        <w:rPr>
          <w:rFonts w:ascii="IM Fell English" w:hAnsi="IM Fell English"/>
          <w:color w:val="261411"/>
          <w:sz w:val="24"/>
        </w:rPr>
        <w:t>There was no alarm, no fear, just a flicker of surprise, quickly followed by that familiar, profound quietness. He didn’t flinch, didn’t jump up and flee. He simply… looked at her. And Lyra, caught in the open, felt a blush creep up her neck, warm and undeniable. Her instinct, honed by years of caution, screamed at her to retreat, to vanish back into the protective embrace of the forest. But her feet were rooted, her gaze locked with his.</w:t>
      </w:r>
    </w:p>
    <w:p>
      <w:r>
        <w:rPr>
          <w:rFonts w:ascii="IM Fell English" w:hAnsi="IM Fell English"/>
          <w:color w:val="261411"/>
          <w:sz w:val="24"/>
        </w:rPr>
        <w:t>"Hello," he said, his voice a low rumble, surprisingly soft. It wasn't the boisterous greeting she might have expected from any stranger, let alone a human.</w:t>
      </w:r>
    </w:p>
    <w:p>
      <w:r>
        <w:rPr>
          <w:rFonts w:ascii="IM Fell English" w:hAnsi="IM Fell English"/>
          <w:color w:val="261411"/>
          <w:sz w:val="24"/>
        </w:rPr>
        <w:t>Lyra’s voice, when it finally came, was a mere whisper, rough from disuse in such an unfamiliar social context. "Hello."</w:t>
      </w:r>
    </w:p>
    <w:p>
      <w:r>
        <w:rPr>
          <w:rFonts w:ascii="IM Fell English" w:hAnsi="IM Fell English"/>
          <w:color w:val="261411"/>
          <w:sz w:val="24"/>
        </w:rPr>
        <w:t>He gave a small, almost imperceptible nod, his eyes still searching hers. "I didn't… I didn't know anyone lived this far out." He gestured vaguely towards the woods, his hand coming to rest on the worn wood of his guitar.</w:t>
      </w:r>
    </w:p>
    <w:p>
      <w:r>
        <w:rPr>
          <w:rFonts w:ascii="IM Fell English" w:hAnsi="IM Fell English"/>
          <w:color w:val="261411"/>
          <w:sz w:val="24"/>
        </w:rPr>
        <w:t>"I… I was gathering herbs," Lyra managed, her mind scrambling for a plausible explanation, though the lie felt flimsy on her tongue. She was close enough now to see the faint lines around his eyes, the way his lips curved slightly when he spoke, a hint of something less somber beneath the surface.</w:t>
      </w:r>
    </w:p>
    <w:p>
      <w:r>
        <w:rPr>
          <w:rFonts w:ascii="IM Fell English" w:hAnsi="IM Fell English"/>
          <w:color w:val="261411"/>
          <w:sz w:val="24"/>
        </w:rPr>
        <w:t>"They're beautiful, the woods," Dylan said, his gaze sweeping over the dense canopy. "So much… life."</w:t>
      </w:r>
    </w:p>
    <w:p>
      <w:r>
        <w:rPr>
          <w:rFonts w:ascii="IM Fell English" w:hAnsi="IM Fell English"/>
          <w:color w:val="261411"/>
          <w:sz w:val="24"/>
        </w:rPr>
        <w:t>There it was again. That quiet observation, that genuine appreciation. Lyra felt a tiny spark of something akin to validation. "They are," she agreed, her voice gaining a little more strength. "They have… a lot to say, if you listen."</w:t>
      </w:r>
    </w:p>
    <w:p>
      <w:r>
        <w:rPr>
          <w:rFonts w:ascii="IM Fell English" w:hAnsi="IM Fell English"/>
          <w:color w:val="261411"/>
          <w:sz w:val="24"/>
        </w:rPr>
        <w:t>A faint smile touched his lips, a rare, precious thing. "I've been trying to listen." He looked back at her, his stormy eyes holding hers. "What are you listening for?"</w:t>
      </w:r>
    </w:p>
    <w:p>
      <w:r>
        <w:rPr>
          <w:rFonts w:ascii="IM Fell English" w:hAnsi="IM Fell English"/>
          <w:color w:val="261411"/>
          <w:sz w:val="24"/>
        </w:rPr>
        <w:t>The question hung in the air, laden with unspoken depths. Lyra felt a sudden, overwhelming urge to confess everything, to tell him about the ancient oaks that sang secrets in the wind, about the river sprites who painted rainbows after the rain, about the dryads who were bound to the trees. But the ingrained fear, the centuries of ingrained caution, clamped down on her tongue.</w:t>
      </w:r>
    </w:p>
    <w:p>
      <w:r>
        <w:rPr>
          <w:rFonts w:ascii="IM Fell English" w:hAnsi="IM Fell English"/>
          <w:color w:val="261411"/>
          <w:sz w:val="24"/>
        </w:rPr>
        <w:t>"Just… the quiet," she finally replied, a half-truth that felt more honest than any elaborate lie. "Sometimes, in the quiet, you can hear yourself think."</w:t>
      </w:r>
    </w:p>
    <w:p>
      <w:r>
        <w:rPr>
          <w:rFonts w:ascii="IM Fell English" w:hAnsi="IM Fell English"/>
          <w:color w:val="261411"/>
          <w:sz w:val="24"/>
        </w:rPr>
        <w:t>Dylan considered this, his gaze drifting back to the trees, then returning to her. "I understand that," he said, his voice softer than before. There was a shared understanding in that brief exchange, a silent acknowledgment of a similar solitude, a similar search. He didn't press her, didn't ask for more. He simply offered a small, knowing nod, and then, with a gentle strum of his guitar, began to play again. The melody was different this time, a little lighter, a little more hopeful, as if her presence had shifted its tone.</w:t>
      </w:r>
    </w:p>
    <w:p>
      <w:r>
        <w:rPr>
          <w:rFonts w:ascii="IM Fell English" w:hAnsi="IM Fell English"/>
          <w:color w:val="261411"/>
          <w:sz w:val="24"/>
        </w:rPr>
        <w:t>Lyra, instead of retreating, found herself sinking onto the mossy ground a respectful distance away. She didn't speak, and neither did he, but the shared silence, punctuated by the plaintive song of his guitar and the rustling of leaves, felt more intimate than any conversation. She watched him, the subtle movements of his hands on the strings, the way his jaw relaxed as he lost himself in the music. It was a dangerous fascination, she knew. Every instinct screamed it. Yet, with each passing moment, with each shared silence under the vast, indifferent sky, Lyra felt herself drawn further into the enigmatic orbit of the human boy named Dylan, her carefully constructed world of caution beginning to fray at the edges, her heart beating a hesitant, uncharted rhythm. The forest, usually her sanctuary, now felt like a witness to a budding, forbidden curiosity, a silent observer of a burgeoning, inexplicable attraction that defied all the cautionary tales she had ever been told.</w:t>
      </w:r>
    </w:p>
    <w:p>
      <w:r>
        <w:rPr>
          <w:rFonts w:ascii="IM Fell English" w:hAnsi="IM Fell English"/>
          <w:color w:val="261411"/>
          <w:sz w:val="24"/>
        </w:rPr>
        <w:t>Lyra’s fingers traced the rough bark of the ancient oak, its familiar texture a small comfort against the tremor that had become her constant companion. Dylan. The name echoed in her mind, a melody entirely alien to the hum of Whisperfall. It had started subtly, a flicker of shared glances across the market square, a moment of prolonged eye contact when she’d been sketching by the riverbank. Now, it was a persistent ache, a yearning for something she couldn’t name.</w:t>
      </w:r>
    </w:p>
    <w:p>
      <w:r>
        <w:rPr>
          <w:rFonts w:ascii="IM Fell English" w:hAnsi="IM Fell English"/>
          <w:color w:val="261411"/>
          <w:sz w:val="24"/>
        </w:rPr>
        <w:t>“Honestly, Lyra, it’s like you’ve been struck by some sort of lovelorn fungus,” Finn declared, his voice booming with an almost theatrical flourish. He punctuated his statement by kicking a stray acorn with a flourish that would have impressed a centaur. “He’s human. A new human. And what do we know about humans? They hunt. They burn. They… they have terrible taste in music, probably.”</w:t>
      </w:r>
    </w:p>
    <w:p>
      <w:r>
        <w:rPr>
          <w:rFonts w:ascii="IM Fell English" w:hAnsi="IM Fell English"/>
          <w:color w:val="261411"/>
          <w:sz w:val="24"/>
        </w:rPr>
        <w:t>Lyra winced, not at the accusation, but at the sheer volume of it. They were at the edge of the Whispering Glade, a place usually reserved for quiet contemplation, but Finn’s energy, like an untamed sprite, had a way of filling every available space. He’d found her there, of course, having sensed her lingering unease like a change in the wind.</w:t>
      </w:r>
    </w:p>
    <w:p>
      <w:r>
        <w:rPr>
          <w:rFonts w:ascii="IM Fell English" w:hAnsi="IM Fell English"/>
          <w:color w:val="261411"/>
          <w:sz w:val="24"/>
        </w:rPr>
        <w:t>“It’s not… fungus, Finn,” Lyra murmured, her voice barely disturbing the dappled sunlight. “It’s just… he’s different.”</w:t>
      </w:r>
    </w:p>
    <w:p>
      <w:r>
        <w:rPr>
          <w:rFonts w:ascii="IM Fell English" w:hAnsi="IM Fell English"/>
          <w:color w:val="261411"/>
          <w:sz w:val="24"/>
        </w:rPr>
        <w:t>Finn snorted, a sound remarkably like a startled boar. “Different how? He doesn’t wear a hat made of leaves? He doesn’t have moss growing on his shoes? Because, trust me, Lyra, we’ve seen ‘different’ before. Remember that gnome who tried to convince everyone his beard was sentient? That was ‘different’. This is just… human.” He emphasized the word with a shudder that rippled through his furry satyr legs.</w:t>
      </w:r>
    </w:p>
    <w:p>
      <w:r>
        <w:rPr>
          <w:rFonts w:ascii="IM Fell English" w:hAnsi="IM Fell English"/>
          <w:color w:val="261411"/>
          <w:sz w:val="24"/>
        </w:rPr>
        <w:t>Lyra sighed, running a hand through her hair, the tips of which seemed to shimmer with faint green hues. “He’s quiet, Finn. And he looks… sad. Like he carries the weight of a thousand forgotten stories in his eyes.”</w:t>
      </w:r>
    </w:p>
    <w:p>
      <w:r>
        <w:rPr>
          <w:rFonts w:ascii="IM Fell English" w:hAnsi="IM Fell English"/>
          <w:color w:val="261411"/>
          <w:sz w:val="24"/>
        </w:rPr>
        <w:t>Finn threw his hands up in exasperation. “Oh, here we go. The brooding, misunderstood human trope. You’ve been reading too many of those old human scrolls we salvaged from the forgotten library. They’re cautionary tales, Lyra, not romance novels!”</w:t>
      </w:r>
    </w:p>
    <w:p>
      <w:r>
        <w:rPr>
          <w:rFonts w:ascii="IM Fell English" w:hAnsi="IM Fell English"/>
          <w:color w:val="261411"/>
          <w:sz w:val="24"/>
        </w:rPr>
        <w:t>“They are cautionary tales,” Lyra conceded, her gaze drifting towards the distant, quaint cottage on the edge of town. Dylan’s cottage. “But maybe… maybe not all of them are true. Or maybe some humans are just… lost.”</w:t>
      </w:r>
    </w:p>
    <w:p>
      <w:r>
        <w:rPr>
          <w:rFonts w:ascii="IM Fell English" w:hAnsi="IM Fell English"/>
          <w:color w:val="261411"/>
          <w:sz w:val="24"/>
        </w:rPr>
        <w:t>Finn plopped down beside her, his usual exuberance momentarily dimmed by a flicker of genuine concern. “Lyra, Elder Maeve has been through this before. My great-great-uncle Bartholomew had a brief, ill-advised flirtation with a passing… well, the less said, the better. It ended with a very upset dryad and a hastily erected magical fence. This is our home. Our sanctuary. We can’t afford to be… curious about outsiders. Especially humans.”</w:t>
      </w:r>
    </w:p>
    <w:p>
      <w:r>
        <w:rPr>
          <w:rFonts w:ascii="IM Fell English" w:hAnsi="IM Fell English"/>
          <w:color w:val="261411"/>
          <w:sz w:val="24"/>
        </w:rPr>
        <w:t>Lyra knew Finn was right. The fear of humans was woven into the very fabric of Whisperfall, a legacy of centuries of persecution. Every child grew up with tales of their cruelty, their insatiable hunger for destruction. But Dylan… Dylan didn’t fit the narrative. He moved with a quiet grace that was almost painful to watch, his presence like a shadow, yet his eyes held a depth that drew her in. She’d seen him once, sitting by his window, silhouetted against the fading light, and it had felt like looking into a mirror of loneliness.</w:t>
      </w:r>
    </w:p>
    <w:p>
      <w:r>
        <w:rPr>
          <w:rFonts w:ascii="IM Fell English" w:hAnsi="IM Fell English"/>
          <w:color w:val="261411"/>
          <w:sz w:val="24"/>
        </w:rPr>
        <w:t>“I know,” she whispered, picking at a loose thread on her tunic. “It’s just… when I see him, it’s like a part of me recognizes something. A quietness. A feeling of being… out of place, even here sometimes.”</w:t>
      </w:r>
    </w:p>
    <w:p>
      <w:r>
        <w:rPr>
          <w:rFonts w:ascii="IM Fell English" w:hAnsi="IM Fell English"/>
          <w:color w:val="261411"/>
          <w:sz w:val="24"/>
        </w:rPr>
        <w:t>Finn nudged her gently with his shoulder. “You’re out of place because you’re thinking about a human. That’s the out-of-place part. Don’t let your empathy, which is usually one of your best qualities, be your undoing. Or ours.” He paused, his expression softening. “Look, I’m just looking out for you. You’re my best friend. And if this human starts looking like he’s got a hunting knife tucked into his… whatever humans wear… I’ll personally trip him with a vine.”</w:t>
      </w:r>
    </w:p>
    <w:p>
      <w:r>
        <w:rPr>
          <w:rFonts w:ascii="IM Fell English" w:hAnsi="IM Fell English"/>
          <w:color w:val="261411"/>
          <w:sz w:val="24"/>
        </w:rPr>
        <w:t>Lyra managed a weak smile. “Thank you, Finn. You’re a good friend.”</w:t>
      </w:r>
    </w:p>
    <w:p>
      <w:r>
        <w:rPr>
          <w:rFonts w:ascii="IM Fell English" w:hAnsi="IM Fell English"/>
          <w:color w:val="261411"/>
          <w:sz w:val="24"/>
        </w:rPr>
        <w:t>“The best!” he declared, his dramatic flair returning. “Now, how about we go chase some sprites? Or maybe have a staring contest with a particularly stubborn mushroom? Anything to get your mind off the brooding boy next door.”</w:t>
      </w:r>
    </w:p>
    <w:p>
      <w:r>
        <w:rPr>
          <w:rFonts w:ascii="IM Fell English" w:hAnsi="IM Fell English"/>
          <w:color w:val="261411"/>
          <w:sz w:val="24"/>
        </w:rPr>
        <w:t xml:space="preserve">As Finn bounced up, ready to lead her away, Lyra’s gaze drifted back towards Dylan’s cottage. She could almost feel his presence, a subtle hum beneath the surface of Whisperfall’s tranquility. She knew Finn was right. She </w:t>
      </w:r>
      <w:r>
        <w:rPr>
          <w:rFonts w:ascii="IM Fell English" w:hAnsi="IM Fell English"/>
          <w:i/>
          <w:color w:val="261411"/>
          <w:sz w:val="24"/>
        </w:rPr>
        <w:t>should</w:t>
      </w:r>
      <w:r>
        <w:rPr>
          <w:rFonts w:ascii="IM Fell English" w:hAnsi="IM Fell English"/>
          <w:color w:val="261411"/>
          <w:sz w:val="24"/>
        </w:rPr>
        <w:t xml:space="preserve"> be thinking about sprites, or mushrooms, or anything but Dylan. But the quiet ache persisted, a seedling of curiosity that was beginning to push through the hardened earth of her fear. And as she turned to follow Finn, a small, almost imperceptible whisper in the wind seemed to call her name, a sound that felt strangely like Dylan’s quiet presence. She caught a fleeting glimpse of him through the trees, a solitary figure on his porch, his gaze fixed on something far beyond the treeline, his loneliness a tangible thing even from this distance. He hadn't seen her, but she felt an undeniable pull, a silent acknowledgment of a shared solitude that transcended the boundaries of species. It was a dangerous realization, one that tugged at the very roots of her cautious existence.</w:t>
      </w:r>
    </w:p>
    <w:p>
      <w:r>
        <w:rPr>
          <w:rFonts w:ascii="IM Fell English" w:hAnsi="IM Fell English"/>
          <w:color w:val="261411"/>
          <w:sz w:val="24"/>
        </w:rPr>
        <w:t xml:space="preserve">Later that evening, Lyra sat by her window, the moon casting long shadows across her small room. The scent of damp earth and blooming nightshade, usually a source of profound comfort, felt muted. Finn’s words replayed in her mind, a constant stream of well-intentioned warnings laced with the ingrained fear of her people. </w:t>
      </w:r>
      <w:r>
        <w:rPr>
          <w:rFonts w:ascii="IM Fell English" w:hAnsi="IM Fell English"/>
          <w:i/>
          <w:color w:val="261411"/>
          <w:sz w:val="24"/>
        </w:rPr>
        <w:t>He’s human. They hunt. They burn.</w:t>
      </w:r>
      <w:r>
        <w:rPr>
          <w:rFonts w:ascii="IM Fell English" w:hAnsi="IM Fell English"/>
          <w:color w:val="261411"/>
          <w:sz w:val="24"/>
        </w:rPr>
        <w:t xml:space="preserve"> Yet, the image of Dylan’s face, etched with a quiet sorrow, refused to fade. It was as if his loneliness had struck a chord within her, a resonance that bypassed logic and spoke directly to her empathetic core.</w:t>
      </w:r>
    </w:p>
    <w:p>
      <w:r>
        <w:rPr>
          <w:rFonts w:ascii="IM Fell English" w:hAnsi="IM Fell English"/>
          <w:color w:val="261411"/>
          <w:sz w:val="24"/>
        </w:rPr>
        <w:t>She traced the veins of a fallen leaf on her windowsill. She remembered the moment she’d seen him fully for the first time, a few days after his family’s arrival. She’d been gathering herbs near the edge of the Bramblewood, the ancient cottage nestled amongst overgrown gardens. He’d been sitting on the porch swing, a book open on his lap, though his eyes weren’t on the pages. They were fixed on the dense, ancient trees that guarded Whisperfall, a look of profound contemplation on his face. He hadn’t noticed her, hidden behind a curtain of ivy, but she’d felt a strange stillness descend upon her, a quiet fascination that defied all her ingrained warnings.</w:t>
      </w:r>
    </w:p>
    <w:p>
      <w:r>
        <w:rPr>
          <w:rFonts w:ascii="IM Fell English" w:hAnsi="IM Fell English"/>
          <w:color w:val="261411"/>
          <w:sz w:val="24"/>
        </w:rPr>
        <w:t>He was so unlike the monstrous figures depicted in the cautionary tales. His movements were deliberate, almost hesitant, as if he were afraid of disturbing the air around him. His hair was the color of damp earth after a spring rain, and his eyes, she’d noted, were a deep, stormy grey, holding a quiet intensity that both intrigued and unnerved her.</w:t>
      </w:r>
    </w:p>
    <w:p>
      <w:r>
        <w:rPr>
          <w:rFonts w:ascii="IM Fell English" w:hAnsi="IM Fell English"/>
          <w:color w:val="261411"/>
          <w:sz w:val="24"/>
        </w:rPr>
        <w:t>Finn had been adamant. “Just a human, Lyra. A regular, flesh-and-blood, potentially torch-wielding human. Don’t get any ideas. Elder Maeve would have your roots pruned for even looking at him too long.”</w:t>
      </w:r>
    </w:p>
    <w:p>
      <w:r>
        <w:rPr>
          <w:rFonts w:ascii="IM Fell English" w:hAnsi="IM Fell English"/>
          <w:color w:val="261411"/>
          <w:sz w:val="24"/>
        </w:rPr>
        <w:t>But Lyra couldn’t help it. The warnings felt like distant thunder, while the quiet hum of Dylan’s presence was the steady beat of her own heart. She’d found herself walking the perimeter of the Bramblewood more often, her “herb-gathering” expeditions conveniently extended. Each time, she’d catch a glimpse of him – a flash of movement through the trees, the silhouette of his figure against a windowpane, the faint murmur of a voice speaking low, though she could never quite make out the words.</w:t>
      </w:r>
    </w:p>
    <w:p>
      <w:r>
        <w:rPr>
          <w:rFonts w:ascii="IM Fell English" w:hAnsi="IM Fell English"/>
          <w:color w:val="261411"/>
          <w:sz w:val="24"/>
        </w:rPr>
        <w:t>One afternoon, a strong gust of wind had snatched a sketchpad from her hands, sending it tumbling towards the Bramblewood’s sprawling garden. Panic had flared. Her sketches, her private musings on the hidden wonders of Whisperfall, were her most cherished possessions. She’d rushed after it, her heart pounding a frantic rhythm against her ribs, bracing herself for discovery. But as she’d rounded a tangle of overgrown rose bushes, she’d found him there.</w:t>
      </w:r>
    </w:p>
    <w:p>
      <w:r>
        <w:rPr>
          <w:rFonts w:ascii="IM Fell English" w:hAnsi="IM Fell English"/>
          <w:color w:val="261411"/>
          <w:sz w:val="24"/>
        </w:rPr>
        <w:t>He was holding her sketchpad, his long fingers turning the pages with a surprising gentleness. For a breathless moment, Lyra froze, ready to flee, to shout, to invoke the protective magic of the trees. But then, he looked up. His grey eyes met hers, and in them, she saw no malice, no predatory gleam. Instead, there was a flicker of surprise, quickly followed by a profound sadness, a recognition of something he’d lost.</w:t>
      </w:r>
    </w:p>
    <w:p>
      <w:r>
        <w:rPr>
          <w:rFonts w:ascii="IM Fell English" w:hAnsi="IM Fell English"/>
          <w:color w:val="261411"/>
          <w:sz w:val="24"/>
        </w:rPr>
        <w:t>He didn’t speak. He simply extended the sketchpad towards her, his gaze never wavering. Lyra, still trembling, took it, her fingers brushing against his. The contact sent a jolt through her, a warmth that spread through her veins, surprising and exhilarating.</w:t>
      </w:r>
    </w:p>
    <w:p>
      <w:r>
        <w:rPr>
          <w:rFonts w:ascii="IM Fell English" w:hAnsi="IM Fell English"/>
          <w:color w:val="261411"/>
          <w:sz w:val="24"/>
        </w:rPr>
        <w:t>“Thank you,” she’d managed, her voice barely a whisper.</w:t>
      </w:r>
    </w:p>
    <w:p>
      <w:r>
        <w:rPr>
          <w:rFonts w:ascii="IM Fell English" w:hAnsi="IM Fell English"/>
          <w:color w:val="261411"/>
          <w:sz w:val="24"/>
        </w:rPr>
        <w:t>He’d nodded, a small, almost imperceptible inclination of his head, his gaze still fixed on her. It was in that moment, in the silent exchange, that Lyra realized Finn’s warnings, and the ingrained fear of her people, were perhaps too simple. Dylan was a human, yes, but he was also something more. He carried a solitude that resonated with a deep, quiet part of her, a part that yearned for connection, for understanding, for something beyond the predictable rhythm of Whisperfall. And as she retreated back into the safety of the woods, clutching her sketchpad, she knew she couldn't ignore this unsettling, exhilarating pull any longer. The carefully constructed walls around her heart were beginning to crumble, brick by terrifying, beautiful brick.</w:t>
      </w:r>
    </w:p>
    <w:p>
      <w:r>
        <w:rPr>
          <w:rFonts w:ascii="IM Fell English" w:hAnsi="IM Fell English"/>
          <w:color w:val="261411"/>
          <w:sz w:val="24"/>
        </w:rPr>
        <w:t>A Brush with the "Mythical"</w:t>
      </w:r>
    </w:p>
    <w:p>
      <w:r>
        <w:rPr>
          <w:rFonts w:ascii="IM Fell English" w:hAnsi="IM Fell English"/>
          <w:color w:val="261411"/>
          <w:sz w:val="24"/>
        </w:rPr>
        <w:t>Lyra’s heart did a frantic little flutter against her ribs, like a trapped bird. The terms of Dylan’s stay, though still unspoken, hung heavy in the air between her and Elder Maeve. It wasn't permission, not really. It was a probationary period, a fragile truce. Elder Maeve’s gaze, usually a formidable shield of ancient wisdom, held a new wariness, a subtle acknowledgment of the seismic shift Lyra and Dylan had triggered. The veil between their worlds, once a comforting curtain of myth, had been frayed, ripped in places by Julian Thorne’s reckless intrusion. Now, the wind, carrying the scent of pine and damp earth, seemed to whisper secrets the forest had long kept hidden.</w:t>
      </w:r>
    </w:p>
    <w:p>
      <w:r>
        <w:rPr>
          <w:rFonts w:ascii="IM Fell English" w:hAnsi="IM Fell English"/>
          <w:color w:val="261411"/>
          <w:sz w:val="24"/>
        </w:rPr>
        <w:t>She found herself drawn, almost compulsively, to the edge of Whisperfall, where the gnarled oaks began to thin and the first whispers of the human world – the distant hum of traffic, the faint scent of exhaust – dared to intrude. It was a forbidden territory, a place where Lyra’s very nature felt exposed. But it was also where Dylan’s cottage stood, a small, unassuming structure that had become the epicenter of her world.</w:t>
      </w:r>
    </w:p>
    <w:p>
      <w:r>
        <w:rPr>
          <w:rFonts w:ascii="IM Fell English" w:hAnsi="IM Fell English"/>
          <w:color w:val="261411"/>
          <w:sz w:val="24"/>
        </w:rPr>
        <w:t>One crisp afternoon, the sun dappled through the leaves, painting shifting mosaics on the forest floor, Lyra decided to engineer a “chance” encounter. It felt ridiculous, a Dryad orchestrating a meeting like a schoolgirl planning to bump into her crush. Yet, the thought of Dylan’s quiet melancholy, the loneliness that seemed to cling to him like a second skin, spurred her on. She knew his routines – the walks he took, the way he’d pause to sketch the gnarled roots of ancient trees, his brow furrowed in concentration.</w:t>
      </w:r>
    </w:p>
    <w:p>
      <w:r>
        <w:rPr>
          <w:rFonts w:ascii="IM Fell English" w:hAnsi="IM Fell English"/>
          <w:color w:val="261411"/>
          <w:sz w:val="24"/>
        </w:rPr>
        <w:t>She found him near the boundary stream, a place where the water chuckled over smooth stones, a gentle, familiar melody. He was crouched, his fingers tracing the intricate pattern of moss on a fallen log. Even from a distance, Lyra could see the subtle tension in his shoulders, the way he seemed to hold himself apart from the vibrant life teeming around him. He looked lost, adrift in a world that hummed with a magic he seemed only to observe, not participate in.</w:t>
      </w:r>
    </w:p>
    <w:p>
      <w:r>
        <w:rPr>
          <w:rFonts w:ascii="IM Fell English" w:hAnsi="IM Fell English"/>
          <w:color w:val="261411"/>
          <w:sz w:val="24"/>
        </w:rPr>
        <w:t>Lyra adjusted the wildflower tucked behind her ear, smoothing the moss-green fabric of her tunic. She forced a casual air, as if she’d simply wandered this way on a whim. “Oh, hello,” she called, her voice a little higher than intended. “I didn’t expect to see anyone out this far.”</w:t>
      </w:r>
    </w:p>
    <w:p>
      <w:r>
        <w:rPr>
          <w:rFonts w:ascii="IM Fell English" w:hAnsi="IM Fell English"/>
          <w:color w:val="261411"/>
          <w:sz w:val="24"/>
        </w:rPr>
        <w:t>Dylan startled, his head snapping up. His eyes, a deep, thoughtful blue, widened slightly before settling into that familiar, reserved expression. He stood, brushing dirt from his worn jeans. “Lyra,” he acknowledged, his voice low, almost hesitant. “Just… enjoying the quiet.”</w:t>
      </w:r>
    </w:p>
    <w:p>
      <w:r>
        <w:rPr>
          <w:rFonts w:ascii="IM Fell English" w:hAnsi="IM Fell English"/>
          <w:color w:val="261411"/>
          <w:sz w:val="24"/>
        </w:rPr>
        <w:t>Lyra’s gaze swept over him, drinking in the details. The way his dark hair fell across his forehead, the faint smudges of charcoal on his fingertips, the almost imperceptible tremor in his hands as he pushed them into his pockets. He was a study in contrasts: grounded by his human form, yet possessing an ethereal stillness that mirrored the ancient trees.</w:t>
      </w:r>
    </w:p>
    <w:p>
      <w:r>
        <w:rPr>
          <w:rFonts w:ascii="IM Fell English" w:hAnsi="IM Fell English"/>
          <w:color w:val="261411"/>
          <w:sz w:val="24"/>
        </w:rPr>
        <w:t>“It is quiet here,” Lyra agreed, moving closer, her steps light. She couldn’t resist picking up a fallen oak leaf, its veins like intricate rivers etched onto parchment. “Though, sometimes, the quiet has its own voice.” She turned the leaf over, her thumb brushing its velvety surface. “This oak… it remembers things. The wind that shaped its branches, the rains that nourished its roots, the seasons that have passed it by.”</w:t>
      </w:r>
    </w:p>
    <w:p>
      <w:r>
        <w:rPr>
          <w:rFonts w:ascii="IM Fell English" w:hAnsi="IM Fell English"/>
          <w:color w:val="261411"/>
          <w:sz w:val="24"/>
        </w:rPr>
        <w:t>Dylan followed her gaze, his expression unreadable for a moment. Then, a flicker. A subtle softening around his eyes. He looked at the leaf, then back at Lyra, a hint of wonder replacing his usual introspection. “You… you see that?” he asked, his voice softer than before.</w:t>
      </w:r>
    </w:p>
    <w:p>
      <w:r>
        <w:rPr>
          <w:rFonts w:ascii="IM Fell English" w:hAnsi="IM Fell English"/>
          <w:color w:val="261411"/>
          <w:sz w:val="24"/>
        </w:rPr>
        <w:t>Lyra’s heart gave another erratic leap. Was this it? Was he… different? “I feel it,” she corrected gently, meeting his gaze. “The life within. It’s not just wood and leaves, is it? It’s a story.”</w:t>
      </w:r>
    </w:p>
    <w:p>
      <w:r>
        <w:rPr>
          <w:rFonts w:ascii="IM Fell English" w:hAnsi="IM Fell English"/>
          <w:color w:val="261411"/>
          <w:sz w:val="24"/>
        </w:rPr>
        <w:t>Across the clearing, partially concealed by a thicket of ferns, Finn peered out, his goat eyes narrowed. He’d insisted on tagging along, a self-appointed guardian, his hooves itching with suspicion. He’d seen Lyra’s fascination, her almost reckless curiosity, and it set his teeth on edge. Humans were dangerous. Elder Maeve’s warnings echoed in his furry ears, a constant drumbeat of caution. And this Dylan… he was too quiet, too watchful. He moved with a predator’s grace, even when he wasn't hunting. Finn nudged a loose pebble with his hoof, the small clatter betraying his presence. He cursed silently, pulling back further into the foliage, hoping they hadn’t heard. Lyra was his friend, and he wouldn't let her get caught up in something that could spell disaster for them all.</w:t>
      </w:r>
    </w:p>
    <w:p>
      <w:r>
        <w:rPr>
          <w:rFonts w:ascii="IM Fell English" w:hAnsi="IM Fell English"/>
          <w:color w:val="261411"/>
          <w:sz w:val="24"/>
        </w:rPr>
        <w:t>Dylan, however, seemed oblivious to Finn’s lurking presence. He took a tentative step closer to Lyra, his gaze now fixed on her. “A story,” he echoed, as if tasting the word. “I suppose it is. I just… haven’t always known how to read it.” He gestured vaguely towards the sprawling forest that enclosed Whisperfall, a subtle nod to its hidden nature. “Or perhaps, I haven’t been in a place where anyone bothered to tell me.”</w:t>
      </w:r>
    </w:p>
    <w:p>
      <w:r>
        <w:rPr>
          <w:rFonts w:ascii="IM Fell English" w:hAnsi="IM Fell English"/>
          <w:color w:val="261411"/>
          <w:sz w:val="24"/>
        </w:rPr>
        <w:t>Lyra felt a pang of sympathy, a familiar ache of empathy that was both her gift and her curse. This human, with his quiet sorrow and his seemingly insatiable curiosity, was a puzzle she desperately wanted to solve. “Some stories are told in whispers,” she said, her voice barely audible, leaning into the shared intimacy of their conversation. “And some… you have to listen very, very carefully to hear.” She met his eyes, a silent invitation hanging between them. “Do you listen, Dylan?”</w:t>
      </w:r>
    </w:p>
    <w:p>
      <w:r>
        <w:rPr>
          <w:rFonts w:ascii="IM Fell English" w:hAnsi="IM Fell English"/>
          <w:color w:val="261411"/>
          <w:sz w:val="24"/>
        </w:rPr>
        <w:t>He held her gaze, the blue of his eyes deepening, mirroring the twilight gathering in the sky. A slow, almost imperceptible smile touched his lips, a fleeting glimpse of the warmth that Lyra suspected lay beneath his guarded exterior. “I’m trying to,” he admitted, and in that simple confession, Lyra felt a tremor of hope, a nascent understanding that perhaps, just perhaps, the stories of humans weren't all terrifying legends. The quiet melancholy in his eyes seemed to shift, tinged with a dawning curiosity, a shared vulnerability that tightened the invisible thread between them.</w:t>
      </w:r>
    </w:p>
    <w:p>
      <w:r>
        <w:rPr>
          <w:rFonts w:ascii="IM Fell English" w:hAnsi="IM Fell English"/>
          <w:color w:val="261411"/>
          <w:sz w:val="24"/>
        </w:rPr>
        <w:t>Lyra’s roots pulsed with a nervous energy, a low hum that vibrated through the mossy bark of the ancient oak she was currently leaning against. It wasn't a fear, not exactly. More like the electric fizz of anticipation before a storm, or the heady scent of rain-kissed earth. Dylan. He was the eye of that storm, the unexpected fragrance in Whisperfall’s carefully curated air. The cottage, a quaint, sun-bleached thing with paint peeling like old memories, sat just beyond the last of the gnarled, protective pines that marked Whisperfall’s fringe. It was close enough that Lyra could feel the faint, discordant thrum of human presence, a sound that had always been relegated to the whispers of her elders, to the cautionary tales etched into the very grain of her being.</w:t>
      </w:r>
    </w:p>
    <w:p>
      <w:r>
        <w:rPr>
          <w:rFonts w:ascii="IM Fell English" w:hAnsi="IM Fell English"/>
          <w:color w:val="261411"/>
          <w:sz w:val="24"/>
        </w:rPr>
        <w:t>Today, the pull was undeniable. Elder Maeve’s warnings, though sharp and resonant, felt distant, like the rustle of dry leaves in a wind that had long since passed. Lyra’s own instincts, however, were screaming with a different kind of urgency. It wasn't recklessness; it was a primal, undeniable curiosity, yearning to understand the source of the quiet ache she’d glimpsed in Dylan’s eyes.</w:t>
      </w:r>
    </w:p>
    <w:p>
      <w:r>
        <w:rPr>
          <w:rFonts w:ascii="IM Fell English" w:hAnsi="IM Fell English"/>
          <w:color w:val="261411"/>
          <w:sz w:val="24"/>
        </w:rPr>
        <w:t>She’d timed it carefully, waiting until the late afternoon sun cast long, languid shadows across the forest floor, painting the world in shades of amber and sepia. It was a time when Whisperfall itself seemed to exhale, the frantic busyness of the day quieting into a more introspective hum. She’d “accidentally” dropped a particularly vibrant, fallen maple leaf near the overgrown path leading to the cottage, a silent offering, a subtle beacon. Then, she’d retreated to the relative anonymity of the oak, its broad trunk a comforting shield, its canopy a whispering confidante.</w:t>
      </w:r>
    </w:p>
    <w:p>
      <w:r>
        <w:rPr>
          <w:rFonts w:ascii="IM Fell English" w:hAnsi="IM Fell English"/>
          <w:color w:val="261411"/>
          <w:sz w:val="24"/>
        </w:rPr>
        <w:t>Her breath hitched as she saw him. Dylan emerged from the cottage, his movements almost tentative, as if he were testing the ground with each step. He wore the same muted, earth-toned clothes that seemed to absorb the light rather than reflect it, making him blend seamlessly into the muted backdrop of the encroaching woods. He wasn't alone. Finn, a whirlwind of restless energy and untamed goat legs, was already there, lurking at the edge of the treeline, a shadow of suspicion clinging to him like burrs. Lyra winced. Finn, bless his dramatic heart, was less a subtle observer and more an airborne alarm system. His ears, usually twitching with every passing breeze, were swiveled forward, pointed like twin antennae at Dylan.</w:t>
      </w:r>
    </w:p>
    <w:p>
      <w:r>
        <w:rPr>
          <w:rFonts w:ascii="IM Fell English" w:hAnsi="IM Fell English"/>
          <w:color w:val="261411"/>
          <w:sz w:val="24"/>
        </w:rPr>
        <w:t xml:space="preserve">Dylan’s gaze swept over the immediate surroundings, a slow, methodical appraisal. Lyra held her breath, willing him to see the leaf, willing him to notice </w:t>
      </w:r>
      <w:r>
        <w:rPr>
          <w:rFonts w:ascii="IM Fell English" w:hAnsi="IM Fell English"/>
          <w:i/>
          <w:color w:val="261411"/>
          <w:sz w:val="24"/>
        </w:rPr>
        <w:t>her</w:t>
      </w:r>
      <w:r>
        <w:rPr>
          <w:rFonts w:ascii="IM Fell English" w:hAnsi="IM Fell English"/>
          <w:color w:val="261411"/>
          <w:sz w:val="24"/>
        </w:rPr>
        <w:t>. And then, his eyes landed on it. A flicker, almost imperceptible, crossed his face. Not surprise, not exactly. Something more akin to recognition, or perhaps, a quiet acknowledgment. He bent, his long fingers brushing the vibrant crimson of the maple leaf. Lyra’s heart gave a little lurch. It was a simple gesture, a human collecting a fallen leaf, but in Dylan’s hands, it felt… significant.</w:t>
      </w:r>
    </w:p>
    <w:p>
      <w:r>
        <w:rPr>
          <w:rFonts w:ascii="IM Fell English" w:hAnsi="IM Fell English"/>
          <w:color w:val="261411"/>
          <w:sz w:val="24"/>
        </w:rPr>
        <w:t>He straightened, the leaf held delicately between his thumb and forefinger. His eyes, a deep, unreadable shade of blue, scanned the trees again, his gaze lingering on the very oak Lyra was hidden behind. Had he seen her? The question hung in the air, a fragile thread of possibility. She resisted the urge to move, to betray her presence. She wanted to see him in his element, to observe his quiet communion with the edge of the wild.</w:t>
      </w:r>
    </w:p>
    <w:p>
      <w:r>
        <w:rPr>
          <w:rFonts w:ascii="IM Fell English" w:hAnsi="IM Fell English"/>
          <w:color w:val="261411"/>
          <w:sz w:val="24"/>
        </w:rPr>
        <w:t xml:space="preserve">He began to walk, not towards the cottage, but along the winding path that skirted the very boundary of Whisperfall. Lyra, her roots practically singing with a mixture of trepidation and exhilaration, detached herself from the oak and began to follow, keeping a respectful distance, a ghost of rustling leaves and snapping twigs. Finn, bless his overly enthusiastic soul, was still a few paces behind, a low grumble vibrating in his chest like a disgruntled badger. Lyra sent him a silent, pleading glance. </w:t>
      </w:r>
      <w:r>
        <w:rPr>
          <w:rFonts w:ascii="IM Fell English" w:hAnsi="IM Fell English"/>
          <w:i/>
          <w:color w:val="261411"/>
          <w:sz w:val="24"/>
        </w:rPr>
        <w:t>Just watch. Don't spook him.</w:t>
      </w:r>
      <w:r>
        <w:rPr>
          <w:rFonts w:ascii="IM Fell English" w:hAnsi="IM Fell English"/>
          <w:color w:val="261411"/>
          <w:sz w:val="24"/>
        </w:rPr>
        <w:t xml:space="preserve"> Finn, thankfully, seemed to understand, his usual boisterous energy tempered by a wary caution.</w:t>
      </w:r>
    </w:p>
    <w:p>
      <w:r>
        <w:rPr>
          <w:rFonts w:ascii="IM Fell English" w:hAnsi="IM Fell English"/>
          <w:color w:val="261411"/>
          <w:sz w:val="24"/>
        </w:rPr>
        <w:t xml:space="preserve">Dylan moved with a surprising grace, his attention drawn to the subtle shifts in the environment that Lyra herself would notice. He paused to examine a patch of wild strawberries, his brow furrowed slightly as if assessing their ripeness, or perhaps their health. He ran a hand over the rough bark of a birch, his touch surprisingly gentle. He was not just a human passing through; he was </w:t>
      </w:r>
      <w:r>
        <w:rPr>
          <w:rFonts w:ascii="IM Fell English" w:hAnsi="IM Fell English"/>
          <w:i/>
          <w:color w:val="261411"/>
          <w:sz w:val="24"/>
        </w:rPr>
        <w:t>seeing</w:t>
      </w:r>
      <w:r>
        <w:rPr>
          <w:rFonts w:ascii="IM Fell English" w:hAnsi="IM Fell English"/>
          <w:color w:val="261411"/>
          <w:sz w:val="24"/>
        </w:rPr>
        <w:t xml:space="preserve"> the world around him, a world Lyra felt so intrinsically a part of.</w:t>
      </w:r>
    </w:p>
    <w:p>
      <w:r>
        <w:rPr>
          <w:rFonts w:ascii="IM Fell English" w:hAnsi="IM Fell English"/>
          <w:color w:val="261411"/>
          <w:sz w:val="24"/>
        </w:rPr>
        <w:t>As he neared a small, sun-dappled clearing, a patch of particularly lush ferns caught his eye. He knelt beside them, his gaze intent. Lyra, emboldened by his quiet contemplation, took a few steps closer, the rustle of her movement amplified in the sudden stillness. Dylan’s head snapped up, his eyes meeting hers across the short distance. There was no fear in them, no hostility, only that familiar, profound melancholy, now tinged with something new – a flicker of curiosity, perhaps even recognition.</w:t>
      </w:r>
    </w:p>
    <w:p>
      <w:r>
        <w:rPr>
          <w:rFonts w:ascii="IM Fell English" w:hAnsi="IM Fell English"/>
          <w:color w:val="261411"/>
          <w:sz w:val="24"/>
        </w:rPr>
        <w:t>He didn't speak, just offered a small, almost imperceptible nod. Lyra’s chest tightened. She found herself walking towards him, drawn by an invisible current. Finn, sensing the shift, moved closer to the edge of the clearing, his hooves shifting restlessly on the moss.</w:t>
      </w:r>
    </w:p>
    <w:p>
      <w:r>
        <w:rPr>
          <w:rFonts w:ascii="IM Fell English" w:hAnsi="IM Fell English"/>
          <w:color w:val="261411"/>
          <w:sz w:val="24"/>
        </w:rPr>
        <w:t>“Hello,” Lyra’s voice, usually as clear and melodic as a mountain stream, felt a little shaky.</w:t>
      </w:r>
    </w:p>
    <w:p>
      <w:r>
        <w:rPr>
          <w:rFonts w:ascii="IM Fell English" w:hAnsi="IM Fell English"/>
          <w:color w:val="261411"/>
          <w:sz w:val="24"/>
        </w:rPr>
        <w:t>Dylan’s gaze held hers. “Hello,” he replied, his voice low and surprisingly soft, like pebbles smoothed by the passage of time. He gestured with the maple leaf he still held. “It’s… a beautiful color.”</w:t>
      </w:r>
    </w:p>
    <w:p>
      <w:r>
        <w:rPr>
          <w:rFonts w:ascii="IM Fell English" w:hAnsi="IM Fell English"/>
          <w:color w:val="261411"/>
          <w:sz w:val="24"/>
        </w:rPr>
        <w:t>Lyra smiled, a genuine, unforced curve of her lips. “It is. Autumn’s gift.” She took another step, closing the distance until they were only a few feet apart. The air between them seemed to thicken, charged with an unspoken energy. She could feel the ancient earth beneath her feet responding to the proximity of the human, a subtle hum of awareness.</w:t>
      </w:r>
    </w:p>
    <w:p>
      <w:r>
        <w:rPr>
          <w:rFonts w:ascii="IM Fell English" w:hAnsi="IM Fell English"/>
          <w:color w:val="261411"/>
          <w:sz w:val="24"/>
        </w:rPr>
        <w:t>“You seem… very connected to this place,” Dylan observed, his eyes drifting from her face to the surrounding trees, then back again. It wasn’t a question, more of a statement of fact.</w:t>
      </w:r>
    </w:p>
    <w:p>
      <w:r>
        <w:rPr>
          <w:rFonts w:ascii="IM Fell English" w:hAnsi="IM Fell English"/>
          <w:color w:val="261411"/>
          <w:sz w:val="24"/>
        </w:rPr>
        <w:t xml:space="preserve">Lyra’s heart fluttered. He </w:t>
      </w:r>
      <w:r>
        <w:rPr>
          <w:rFonts w:ascii="IM Fell English" w:hAnsi="IM Fell English"/>
          <w:i/>
          <w:color w:val="261411"/>
          <w:sz w:val="24"/>
        </w:rPr>
        <w:t>saw</w:t>
      </w:r>
      <w:r>
        <w:rPr>
          <w:rFonts w:ascii="IM Fell English" w:hAnsi="IM Fell English"/>
          <w:color w:val="261411"/>
          <w:sz w:val="24"/>
        </w:rPr>
        <w:t xml:space="preserve"> it. He saw the way her posture mirrored the trees, the way her eyes seemed to absorb the green hues of the forest. This was more than mere observation; it was an understanding, a resonance.</w:t>
      </w:r>
    </w:p>
    <w:p>
      <w:r>
        <w:rPr>
          <w:rFonts w:ascii="IM Fell English" w:hAnsi="IM Fell English"/>
          <w:color w:val="261411"/>
          <w:sz w:val="24"/>
        </w:rPr>
        <w:t>“I suppose I am,” she admitted, her voice gaining a little more confidence. “I grew up here.” She hesitated, then, driven by an impulse she couldn’t explain, added, “It’s… it’s part of me.”</w:t>
      </w:r>
    </w:p>
    <w:p>
      <w:r>
        <w:rPr>
          <w:rFonts w:ascii="IM Fell English" w:hAnsi="IM Fell English"/>
          <w:color w:val="261411"/>
          <w:sz w:val="24"/>
        </w:rPr>
        <w:t>Dylan’s gaze deepened. He stood up slowly, the maple leaf still in his hand. He looked at Lyra, truly looked at her, as if trying to decipher a complex riddle. “I understand,” he said, the words so quiet Lyra almost missed them.</w:t>
      </w:r>
    </w:p>
    <w:p>
      <w:r>
        <w:rPr>
          <w:rFonts w:ascii="IM Fell English" w:hAnsi="IM Fell English"/>
          <w:color w:val="261411"/>
          <w:sz w:val="24"/>
        </w:rPr>
        <w:t>Finn shifted behind her, a small, impatient snort escaping him. Lyra sent him a warning glare, but her attention was entirely on Dylan. “You do?” she asked, her voice barely a whisper.</w:t>
      </w:r>
    </w:p>
    <w:p>
      <w:r>
        <w:rPr>
          <w:rFonts w:ascii="IM Fell English" w:hAnsi="IM Fell English"/>
          <w:color w:val="261411"/>
          <w:sz w:val="24"/>
        </w:rPr>
        <w:t>He looked down at the maple leaf, then back at her, a faint, almost shy smile touching his lips. “There are things… people… who feel like they’re woven into the fabric of the world. Not separate from it.” He paused, his gaze intense. “I’ve felt it. That connection. Sometimes.”</w:t>
      </w:r>
    </w:p>
    <w:p>
      <w:r>
        <w:rPr>
          <w:rFonts w:ascii="IM Fell English" w:hAnsi="IM Fell English"/>
          <w:color w:val="261411"/>
          <w:sz w:val="24"/>
        </w:rPr>
        <w:t>Lyra felt a jolt run through her, a surge of pure, unadulterated wonder. He understood. He, a human, understood the language of roots and leaves, of the earth’s heartbeat. It was a revelation, a crack in the carefully constructed wall of fear that had always separated their worlds.</w:t>
      </w:r>
    </w:p>
    <w:p>
      <w:r>
        <w:rPr>
          <w:rFonts w:ascii="IM Fell English" w:hAnsi="IM Fell English"/>
          <w:color w:val="261411"/>
          <w:sz w:val="24"/>
        </w:rPr>
        <w:t>“Sometimes,” Lyra echoed, the word tasting like hope on her tongue. She looked at him, at the quiet vulnerability that now flickered in his eyes, and a bold, unprecedented impulse bloomed within her. She wanted to show him. She wanted to share just a sliver of the truth, to test the waters of this nascent trust.</w:t>
      </w:r>
    </w:p>
    <w:p>
      <w:r>
        <w:rPr>
          <w:rFonts w:ascii="IM Fell English" w:hAnsi="IM Fell English"/>
          <w:color w:val="261411"/>
          <w:sz w:val="24"/>
        </w:rPr>
        <w:t>She extended her hand, palm facing upward, towards a small, wilting wildflower near her feet. It was a common bloom, nothing remarkable, but Lyra focused her intent, her connection to the life force that pulsed within it. She breathed into it, a gentle, unseen current of energy.</w:t>
      </w:r>
    </w:p>
    <w:p>
      <w:r>
        <w:rPr>
          <w:rFonts w:ascii="IM Fell English" w:hAnsi="IM Fell English"/>
          <w:color w:val="261411"/>
          <w:sz w:val="24"/>
        </w:rPr>
        <w:t>The wildflower, as if touched by an invisible, life-giving dew, slowly began to straighten. Its petals, once drooped and faded, unfurled, regaining their vibrant hue. It was a subtle change, easily dismissed by anyone not paying close attention, but Dylan’s eyes were sharp, his focus unwavering. His gaze flickered from the reviving flower to Lyra’s face, his expression a mixture of disbelief and dawning comprehension.</w:t>
      </w:r>
    </w:p>
    <w:p>
      <w:r>
        <w:rPr>
          <w:rFonts w:ascii="IM Fell English" w:hAnsi="IM Fell English"/>
          <w:color w:val="261411"/>
          <w:sz w:val="24"/>
        </w:rPr>
        <w:t>He didn’t flinch. He didn’t recoil. Instead, a slow, astonished wonder spread across his features. He took a step closer, his gaze fixed on the now-thriving flower. He reached out, his finger hovering just above a newly vibrant petal.</w:t>
      </w:r>
    </w:p>
    <w:p>
      <w:r>
        <w:rPr>
          <w:rFonts w:ascii="IM Fell English" w:hAnsi="IM Fell English"/>
          <w:color w:val="261411"/>
          <w:sz w:val="24"/>
        </w:rPr>
        <w:t>“How…?” he breathed, his voice laced with an awe that Lyra had only ever heard in the ancient trees when they spoke of the moon.</w:t>
      </w:r>
    </w:p>
    <w:p>
      <w:r>
        <w:rPr>
          <w:rFonts w:ascii="IM Fell English" w:hAnsi="IM Fell English"/>
          <w:color w:val="261411"/>
          <w:sz w:val="24"/>
        </w:rPr>
        <w:t>Lyra’s own breath caught in her throat. She held his gaze, a tentative smile playing on her lips. “It’s just… a part of me,” she said, her voice soft but clear. “Like you said. Woven into the fabric.”</w:t>
      </w:r>
    </w:p>
    <w:p>
      <w:r>
        <w:rPr>
          <w:rFonts w:ascii="IM Fell English" w:hAnsi="IM Fell English"/>
          <w:color w:val="261411"/>
          <w:sz w:val="24"/>
        </w:rPr>
        <w:t xml:space="preserve">Dylan looked from the flower to her, his eyes searching, questioning, but no longer filled with the familiar melancholy. Instead, there was a nascent spark of understanding, a fragile hope dawning in the quiet depths of his gaze. For the first time, Lyra felt the exhilarating, terrifying possibility that maybe, just maybe, their worlds weren't as separate as she’d always been taught. Maybe, there was a way for them to touch, to understand, to </w:t>
      </w:r>
      <w:r>
        <w:rPr>
          <w:rFonts w:ascii="IM Fell English" w:hAnsi="IM Fell English"/>
          <w:i/>
          <w:color w:val="261411"/>
          <w:sz w:val="24"/>
        </w:rPr>
        <w:t>connect</w:t>
      </w:r>
      <w:r>
        <w:rPr>
          <w:rFonts w:ascii="IM Fell English" w:hAnsi="IM Fell English"/>
          <w:color w:val="261411"/>
          <w:sz w:val="24"/>
        </w:rPr>
        <w:t>. The thinned veil, it seemed, was beginning to shimmer.</w:t>
      </w:r>
    </w:p>
    <w:p>
      <w:r>
        <w:rPr>
          <w:rFonts w:ascii="IM Fell English" w:hAnsi="IM Fell English"/>
          <w:color w:val="261411"/>
          <w:sz w:val="24"/>
        </w:rPr>
        <w:t>First Glimpse of the Truth</w:t>
      </w:r>
    </w:p>
    <w:p>
      <w:r>
        <w:rPr>
          <w:rFonts w:ascii="IM Fell English" w:hAnsi="IM Fell English"/>
          <w:color w:val="261411"/>
          <w:sz w:val="24"/>
        </w:rPr>
        <w:t xml:space="preserve">The air in Whisperfall felt thicker than usual, a low hum of unspoken anxiety vibrating beneath the veneer of normalcy. Lyra, usually attuned to the rustle of leaves and the murmur of the stream, found herself acutely aware of the hushed conversations that followed Dylan and his family like a shadow. Finn, bless his excitable goat heart, had been a veritable tornado of whispers, his already dramatic pronouncements about the newcomers escalating with each passing day. “They’re practically </w:t>
      </w:r>
      <w:r>
        <w:rPr>
          <w:rFonts w:ascii="IM Fell English" w:hAnsi="IM Fell English"/>
          <w:i/>
          <w:color w:val="261411"/>
          <w:sz w:val="24"/>
        </w:rPr>
        <w:t>radiating</w:t>
      </w:r>
      <w:r>
        <w:rPr>
          <w:rFonts w:ascii="IM Fell English" w:hAnsi="IM Fell English"/>
          <w:color w:val="261411"/>
          <w:sz w:val="24"/>
        </w:rPr>
        <w:t xml:space="preserve"> wrongness, Lyra! I saw the way that one – the father – looked at the Whispering Glade! Like he was sizing it up for lumber!”</w:t>
      </w:r>
    </w:p>
    <w:p>
      <w:r>
        <w:rPr>
          <w:rFonts w:ascii="IM Fell English" w:hAnsi="IM Fell English"/>
          <w:color w:val="261411"/>
          <w:sz w:val="24"/>
        </w:rPr>
        <w:t xml:space="preserve">Lyra had tried to brush it off, to find the quiet hum of the forest beneath Finn’s frantic bleating. But even the ancient oaks seemed to lean in, their bark furrowed with a similar unease. Elder Maeve’s warnings, delivered with that familiar, stern cadence, echoed in her mind: </w:t>
      </w:r>
      <w:r>
        <w:rPr>
          <w:rFonts w:ascii="IM Fell English" w:hAnsi="IM Fell English"/>
          <w:i/>
          <w:color w:val="261411"/>
          <w:sz w:val="24"/>
        </w:rPr>
        <w:t>“Humans are a blight, Lyra. Their hearts are too easily swayed by greed and fear. They see only what they can take, or what they believe threatens them.”</w:t>
      </w:r>
    </w:p>
    <w:p>
      <w:r>
        <w:rPr>
          <w:rFonts w:ascii="IM Fell English" w:hAnsi="IM Fell English"/>
          <w:color w:val="261411"/>
          <w:sz w:val="24"/>
        </w:rPr>
        <w:t xml:space="preserve">Yet, Dylan. He was different. He moved through Whisperfall with a quiet grace that belied the fear he seemed to carry. His eyes, the color of a stormy sea, held a depth that Lyra found herself drowning in. She’d caught him watching her, not with the predatory hunger of the cautionary tales, but with a quiet, observant intensity that made her feel… seen. It was this subtle dissonance that gnawed at her, a persistent question mark in the otherwise predictable rhythm of her life. What </w:t>
      </w:r>
      <w:r>
        <w:rPr>
          <w:rFonts w:ascii="IM Fell English" w:hAnsi="IM Fell English"/>
          <w:i/>
          <w:color w:val="261411"/>
          <w:sz w:val="24"/>
        </w:rPr>
        <w:t>was</w:t>
      </w:r>
      <w:r>
        <w:rPr>
          <w:rFonts w:ascii="IM Fell English" w:hAnsi="IM Fell English"/>
          <w:color w:val="261411"/>
          <w:sz w:val="24"/>
        </w:rPr>
        <w:t xml:space="preserve"> he?</w:t>
      </w:r>
    </w:p>
    <w:p>
      <w:r>
        <w:rPr>
          <w:rFonts w:ascii="IM Fell English" w:hAnsi="IM Fell English"/>
          <w:color w:val="261411"/>
          <w:sz w:val="24"/>
        </w:rPr>
        <w:t>Driven by an empathy that was as much a part of her as her roots, and a burgeoning, undeniable curiosity that felt almost like a tendril of vine reaching out, Lyra decided she needed to see him without the watchful eyes of Whisperfall. Without Finn’s frantic commentary, without Elder Maeve’s foreboding gaze. She needed to observe him, truly observe him, in a place where their interaction wouldn't be an event.</w:t>
      </w:r>
    </w:p>
    <w:p>
      <w:r>
        <w:rPr>
          <w:rFonts w:ascii="IM Fell English" w:hAnsi="IM Fell English"/>
          <w:color w:val="261411"/>
          <w:sz w:val="24"/>
        </w:rPr>
        <w:t>She found him near the edge of the Whispering Glade, a place Lyra often frequented for quiet contemplation. He was sketching in a worn notebook, his brow furrowed in concentration. The late afternoon sun dappled through the leaves, illuminating the dust motes dancing around him. Lyra paused, a dryad’s innate stillness settling over her, before stepping into view.</w:t>
      </w:r>
    </w:p>
    <w:p>
      <w:r>
        <w:rPr>
          <w:rFonts w:ascii="IM Fell English" w:hAnsi="IM Fell English"/>
          <w:color w:val="261411"/>
          <w:sz w:val="24"/>
        </w:rPr>
        <w:t>Dylan looked up, a flicker of surprise in his eyes, quickly masked by his usual reserve. He didn’t flinch, didn’t stammer an apology for trespassing. He simply closed his notebook, his movements economical.</w:t>
      </w:r>
    </w:p>
    <w:p>
      <w:r>
        <w:rPr>
          <w:rFonts w:ascii="IM Fell English" w:hAnsi="IM Fell English"/>
          <w:color w:val="261411"/>
          <w:sz w:val="24"/>
        </w:rPr>
        <w:t>“Lyra,” he said, his voice a low rumble, softer than she’d expected.</w:t>
      </w:r>
    </w:p>
    <w:p>
      <w:r>
        <w:rPr>
          <w:rFonts w:ascii="IM Fell English" w:hAnsi="IM Fell English"/>
          <w:color w:val="261411"/>
          <w:sz w:val="24"/>
        </w:rPr>
        <w:t>“Dylan,” she replied, trying to sound casual, as if she’d simply stumbled upon him during her usual foraging. “It’s… a beautiful spot.” She gestured vaguely around them with a leaf-laden hand.</w:t>
      </w:r>
    </w:p>
    <w:p>
      <w:r>
        <w:rPr>
          <w:rFonts w:ascii="IM Fell English" w:hAnsi="IM Fell English"/>
          <w:color w:val="261411"/>
          <w:sz w:val="24"/>
        </w:rPr>
        <w:t>He nodded, his gaze sweeping over the ancient trees, the moss-covered stones, the faint, ethereal glow that seemed to emanate from the glade itself. “It is.” He paused, then added, “It feels… old.”</w:t>
      </w:r>
    </w:p>
    <w:p>
      <w:r>
        <w:rPr>
          <w:rFonts w:ascii="IM Fell English" w:hAnsi="IM Fell English"/>
          <w:color w:val="261411"/>
          <w:sz w:val="24"/>
        </w:rPr>
        <w:t>Lyra’s breath hitched. Old? Most humans, she imagined, would see it as just trees and rocks. But Dylan’s tone wasn’t that of a casual observer. There was a reverence in it, a recognition that felt… familiar. Like the way she felt when she touched the heartwood of a centennial oak.</w:t>
      </w:r>
    </w:p>
    <w:p>
      <w:r>
        <w:rPr>
          <w:rFonts w:ascii="IM Fell English" w:hAnsi="IM Fell English"/>
          <w:color w:val="261411"/>
          <w:sz w:val="24"/>
        </w:rPr>
        <w:t>“It is,” she confirmed, her voice barely a whisper. She took a step closer, emboldened by his unexpected observation. “The trees have seen many seasons.”</w:t>
      </w:r>
    </w:p>
    <w:p>
      <w:r>
        <w:rPr>
          <w:rFonts w:ascii="IM Fell English" w:hAnsi="IM Fell English"/>
          <w:color w:val="261411"/>
          <w:sz w:val="24"/>
        </w:rPr>
        <w:t xml:space="preserve">Dylan’s eyes met hers, and for a moment, Lyra felt a jolt, like a sudden surge of sap through her veins. He wasn’t just looking </w:t>
      </w:r>
      <w:r>
        <w:rPr>
          <w:rFonts w:ascii="IM Fell English" w:hAnsi="IM Fell English"/>
          <w:i/>
          <w:color w:val="261411"/>
          <w:sz w:val="24"/>
        </w:rPr>
        <w:t>at</w:t>
      </w:r>
      <w:r>
        <w:rPr>
          <w:rFonts w:ascii="IM Fell English" w:hAnsi="IM Fell English"/>
          <w:color w:val="261411"/>
          <w:sz w:val="24"/>
        </w:rPr>
        <w:t xml:space="preserve"> her; he was looking </w:t>
      </w:r>
      <w:r>
        <w:rPr>
          <w:rFonts w:ascii="IM Fell English" w:hAnsi="IM Fell English"/>
          <w:i/>
          <w:color w:val="261411"/>
          <w:sz w:val="24"/>
        </w:rPr>
        <w:t>into</w:t>
      </w:r>
      <w:r>
        <w:rPr>
          <w:rFonts w:ascii="IM Fell English" w:hAnsi="IM Fell English"/>
          <w:color w:val="261411"/>
          <w:sz w:val="24"/>
        </w:rPr>
        <w:t xml:space="preserve"> her, his gaze piercing through the pleasant facade she’d learned to wear. He saw the way her fingers subtly twitched, the way her gaze lingered on a particularly vibrant patch of moss, the faint shimmer that sometimes clung to her skin when she was particularly attuned to the forest.</w:t>
      </w:r>
    </w:p>
    <w:p>
      <w:r>
        <w:rPr>
          <w:rFonts w:ascii="IM Fell English" w:hAnsi="IM Fell English"/>
          <w:color w:val="261411"/>
          <w:sz w:val="24"/>
        </w:rPr>
        <w:t>“You seem to know them well,” he said, a hint of something unreadable in his tone. Not suspicion, not curiosity, but a gentle acknowledgment.</w:t>
      </w:r>
    </w:p>
    <w:p>
      <w:r>
        <w:rPr>
          <w:rFonts w:ascii="IM Fell English" w:hAnsi="IM Fell English"/>
          <w:color w:val="261411"/>
          <w:sz w:val="24"/>
        </w:rPr>
        <w:t>Lyra felt a blush creep up her neck, a warmth that had nothing to do with the sun. “I… I listen,” she said, a half-truth. It was more than listening; it was a deep, inherent connection. “They tell me things. About the wind, the rain… about the seasons changing.”</w:t>
      </w:r>
    </w:p>
    <w:p>
      <w:r>
        <w:rPr>
          <w:rFonts w:ascii="IM Fell English" w:hAnsi="IM Fell English"/>
          <w:color w:val="261411"/>
          <w:sz w:val="24"/>
        </w:rPr>
        <w:t>Dylan’s lips curved into a small, almost imperceptible smile. He opened his notebook again, but this time, he didn’t start sketching. He traced a line on the page with his finger, his gaze fixed on it, as if searching for the right words.</w:t>
      </w:r>
    </w:p>
    <w:p>
      <w:r>
        <w:rPr>
          <w:rFonts w:ascii="IM Fell English" w:hAnsi="IM Fell English"/>
          <w:color w:val="261411"/>
          <w:sz w:val="24"/>
        </w:rPr>
        <w:t>“My family,” he began, his voice dropping lower, becoming more guarded, “we’ve always… felt things others don’t. Seen things too.” He looked up, his stormy eyes locking onto hers. “The way the earth breathes, the stories the wind carries. It’s not something most people understand.”</w:t>
      </w:r>
    </w:p>
    <w:p>
      <w:r>
        <w:rPr>
          <w:rFonts w:ascii="IM Fell English" w:hAnsi="IM Fell English"/>
          <w:color w:val="261411"/>
          <w:sz w:val="24"/>
        </w:rPr>
        <w:t>Lyra’s heart hammered against her ribs. This was it. This was the anomaly, the deviation from the terrifying human archetype that haunted Whisperfall. He wasn't talking about superstition or folklore. He was talking about an innate awareness, a sensitivity to the world’s subtle energies.</w:t>
      </w:r>
    </w:p>
    <w:p>
      <w:r>
        <w:rPr>
          <w:rFonts w:ascii="IM Fell English" w:hAnsi="IM Fell English"/>
          <w:color w:val="261411"/>
          <w:sz w:val="24"/>
        </w:rPr>
        <w:t>“What kind of things?” she prompted, her voice trembling slightly. She kept her hands clasped behind her back, trying to appear calm, but her very being was alight with anticipation.</w:t>
      </w:r>
    </w:p>
    <w:p>
      <w:r>
        <w:rPr>
          <w:rFonts w:ascii="IM Fell English" w:hAnsi="IM Fell English"/>
          <w:color w:val="261411"/>
          <w:sz w:val="24"/>
        </w:rPr>
        <w:t>Dylan hesitated, his gaze flicking towards the dense foliage surrounding them, as if ensuring they were truly alone. Then, he looked back at Lyra, a flicker of something vulnerable in his eyes. “We… we know that not everyone is like us. That there are others. Different. Beings that are… closer to the heart of the world.”</w:t>
      </w:r>
    </w:p>
    <w:p>
      <w:r>
        <w:rPr>
          <w:rFonts w:ascii="IM Fell English" w:hAnsi="IM Fell English"/>
          <w:color w:val="261411"/>
          <w:sz w:val="24"/>
        </w:rPr>
        <w:t>Lyra held her breath. Was he…? Could he be…?</w:t>
      </w:r>
    </w:p>
    <w:p>
      <w:r>
        <w:rPr>
          <w:rFonts w:ascii="IM Fell English" w:hAnsi="IM Fell English"/>
          <w:color w:val="261411"/>
          <w:sz w:val="24"/>
        </w:rPr>
        <w:t>He continued, his voice barely above a whisper, yet filled with a weight that seemed to press down on the glade. “We know about the whispers in the trees, the songs carried on the currents, the strength that lies dormant in the earth. We know that some… are guardians of those things.” He paused, his gaze intense. “And we know that such knowledge is dangerous.”</w:t>
      </w:r>
    </w:p>
    <w:p>
      <w:r>
        <w:rPr>
          <w:rFonts w:ascii="IM Fell English" w:hAnsi="IM Fell English"/>
          <w:color w:val="261411"/>
          <w:sz w:val="24"/>
        </w:rPr>
        <w:t>Lyra felt a dizzying sense of revelation. The world, which had seemed so black and white – humans as monsters, mythics as the hidden, the hunted – was suddenly painted in shades of grey. Dylan wasn’t a threat; he was a puzzle. A puzzle that was starting to fit. His quietness wasn’t ignorance; it was awareness. His brooding wasn’t emptiness; it was perhaps the burden of knowing too much, of seeing too much, in a world that preferred to remain blind.</w:t>
      </w:r>
    </w:p>
    <w:p>
      <w:r>
        <w:rPr>
          <w:rFonts w:ascii="IM Fell English" w:hAnsi="IM Fell English"/>
          <w:color w:val="261411"/>
          <w:sz w:val="24"/>
        </w:rPr>
        <w:t>“You… you believe in us?” Lyra asked, the question feeling impossibly naive even as she voiced it.</w:t>
      </w:r>
    </w:p>
    <w:p>
      <w:r>
        <w:rPr>
          <w:rFonts w:ascii="IM Fell English" w:hAnsi="IM Fell English"/>
          <w:color w:val="261411"/>
          <w:sz w:val="24"/>
        </w:rPr>
        <w:t>Dylan’s smile returned, a little warmer this time, a little more genuine. It reached his eyes, softening the storminess. “I believe in what I see, Lyra. And I’ve seen things that suggest your world, and mine, are far more intertwined than most people realize.” He looked down at his notebook again, then back at her. “My family… we’re part of a small group. A very small group. We’ve known for generations that there are others. Hidden. We try to… coexist. To protect what little understanding we have.”</w:t>
      </w:r>
    </w:p>
    <w:p>
      <w:r>
        <w:rPr>
          <w:rFonts w:ascii="IM Fell English" w:hAnsi="IM Fell English"/>
          <w:color w:val="261411"/>
          <w:sz w:val="24"/>
        </w:rPr>
        <w:t>The weight of his words settled around Lyra, heavy and profound. Coexist. It was a word that had been anathema in Whisperfall, a forbidden concept relegated to the realm of dangerous fantasy. And yet, here was Dylan, a human, speaking of it as if it were a tangible possibility.</w:t>
      </w:r>
    </w:p>
    <w:p>
      <w:r>
        <w:rPr>
          <w:rFonts w:ascii="IM Fell English" w:hAnsi="IM Fell English"/>
          <w:color w:val="261411"/>
          <w:sz w:val="24"/>
        </w:rPr>
        <w:t>“But if you know,” Lyra ventured, her mind racing, “why… why are you here? In Whisperfall? It’s not exactly welcoming to… outsiders.”</w:t>
      </w:r>
    </w:p>
    <w:p>
      <w:r>
        <w:rPr>
          <w:rFonts w:ascii="IM Fell English" w:hAnsi="IM Fell English"/>
          <w:color w:val="261411"/>
          <w:sz w:val="24"/>
        </w:rPr>
        <w:t>A shadow crossed Dylan’s face, and the warmth in his eyes flickered, replaced by a familiar guardedness, a hint of pain. “That’s… complicated. Let’s just say my family is no longer safe where we were. And Whisperfall, for all its secrecy, offered a chance. A chance to… disappear. For a while, at least.” He looked away, his gaze drifting towards the dense, impenetrable forest that served as Whisperfall’s natural barrier. “But we’re not as hidden as we hoped. And there are others, far less… understanding than us, who are looking for us. For me, specifically.”</w:t>
      </w:r>
    </w:p>
    <w:p>
      <w:r>
        <w:rPr>
          <w:rFonts w:ascii="IM Fell English" w:hAnsi="IM Fell English"/>
          <w:color w:val="261411"/>
          <w:sz w:val="24"/>
        </w:rPr>
        <w:t>Lyra’s empathy flared, a powerful, instinctive surge. This wasn’t just about forbidden attraction anymore. This was about shared vulnerability, about a secret burden that resonated with her own deep-seated fear of discovery. Dylan wasn't just a mysterious boy; he was a human carrying the weight of his own kind's prejudice, a burden of awareness that mirrored the very thing Whisperfall fought so hard to protect. He was an enigma, embodying a truth she'd never imagined. Bathed in the Whispering Glade's dappled light, Lyra felt a seismic shift—a sudden, undeniable awareness that her world and everything she thought she knew were about to change forever.</w:t>
      </w:r>
    </w:p>
    <w:p>
      <w:r>
        <w:rPr>
          <w:rFonts w:ascii="IM Fell English" w:hAnsi="IM Fell English"/>
          <w:color w:val="261411"/>
          <w:sz w:val="24"/>
        </w:rPr>
        <w:t>The air around the Bramblewood cottage hummed with an unease Lyra couldn't quite shake. Finn’s breathless pronouncements about Dylan's “unnerving stillness” and Elder Maeve’s pronouncements about the inherent danger of anything not rooted in Whisperfall's ancient soil had woven themselves into a thick tapestry of apprehension. Yet, woven through that apprehension was a thread of… something else. A fascination that felt as natural and undeniable as the sap rising in spring.</w:t>
      </w:r>
    </w:p>
    <w:p>
      <w:r>
        <w:rPr>
          <w:rFonts w:ascii="IM Fell English" w:hAnsi="IM Fell English"/>
          <w:color w:val="261411"/>
          <w:sz w:val="24"/>
        </w:rPr>
        <w:t>She found herself taking detours past the cottage, her path subtly guided by an invisible current. Today, the current pulled her closer. Dylan was outside, not working the small garden that seemed stubbornly resistant to his efforts, but sitting on the worn porch steps, sketching in a notebook. His brow was furrowed in concentration, his shoulders hunched slightly, a posture that spoke of a burden carried alone.</w:t>
      </w:r>
    </w:p>
    <w:p>
      <w:r>
        <w:rPr>
          <w:rFonts w:ascii="IM Fell English" w:hAnsi="IM Fell English"/>
          <w:color w:val="261411"/>
          <w:sz w:val="24"/>
        </w:rPr>
        <w:t>Lyra’s heart gave a peculiar flutter. She knew she shouldn’t. Every instinct honed by generations of dryads warned her against proximity to humans. They were the destroyers, the conquerors, the ones who ripped forests from the earth and extinguished magic like a careless flame. But Dylan… Dylan was different. There was a quiet sadness in his eyes when he’d occasionally glance up, a depth that hinted at unspoken stories, a loneliness that resonated with the solitary nature of her own existence, bound as she was to her ancient oak.</w:t>
      </w:r>
    </w:p>
    <w:p>
      <w:r>
        <w:rPr>
          <w:rFonts w:ascii="IM Fell English" w:hAnsi="IM Fell English"/>
          <w:color w:val="261411"/>
          <w:sz w:val="24"/>
        </w:rPr>
        <w:t>Taking a deep, fortifying breath that smelled of damp earth and burgeoning leaves, Lyra stepped from the dappled shade of the roadside trees. Her sandals crunched softly on the gravel path. Dylan’s head snapped up, his sketching pencil poised mid-air. His eyes, the color of a stormy sea, widened slightly, a flicker of surprise, perhaps even apprehension.</w:t>
      </w:r>
    </w:p>
    <w:p>
      <w:r>
        <w:rPr>
          <w:rFonts w:ascii="IM Fell English" w:hAnsi="IM Fell English"/>
          <w:color w:val="261411"/>
          <w:sz w:val="24"/>
        </w:rPr>
        <w:t>“Hello,” Lyra managed, her voice a little breathier than she intended. She clutched the small satchel slung across her shoulder, her knuckles white.</w:t>
      </w:r>
    </w:p>
    <w:p>
      <w:r>
        <w:rPr>
          <w:rFonts w:ascii="IM Fell English" w:hAnsi="IM Fell English"/>
          <w:color w:val="261411"/>
          <w:sz w:val="24"/>
        </w:rPr>
        <w:t>Dylan hesitated, his gaze sweeping over her, taking in the gentle green of her tunic, the way her hair seemed to catch the sunlight like spun honey. He didn't speak immediately, and for a moment, the silence stretched, thick with unspoken questions. Lyra could feel the subtle tremor in the leaves of the nearby birch, as if the very forest was holding its breath.</w:t>
      </w:r>
    </w:p>
    <w:p>
      <w:r>
        <w:rPr>
          <w:rFonts w:ascii="IM Fell English" w:hAnsi="IM Fell English"/>
          <w:color w:val="261411"/>
          <w:sz w:val="24"/>
        </w:rPr>
        <w:t>“Hello,” Dylan finally replied, his voice low and rough, like pebbles smoothed by a river. He set his notebook aside, his movements deliberate. “I… I didn’t expect anyone.”</w:t>
      </w:r>
    </w:p>
    <w:p>
      <w:r>
        <w:rPr>
          <w:rFonts w:ascii="IM Fell English" w:hAnsi="IM Fell English"/>
          <w:color w:val="261411"/>
          <w:sz w:val="24"/>
        </w:rPr>
        <w:t>“I was just… walking,” Lyra offered, feeling foolishly transparent. “Admiring the… the roses.” She gestured vaguely towards a struggling bush near the porch, its blooms a pale imitation of the vibrant life she knew.</w:t>
      </w:r>
    </w:p>
    <w:p>
      <w:r>
        <w:rPr>
          <w:rFonts w:ascii="IM Fell English" w:hAnsi="IM Fell English"/>
          <w:color w:val="261411"/>
          <w:sz w:val="24"/>
        </w:rPr>
        <w:t>Dylan’s lips quirked, a ghost of a smile that didn't quite reach his eyes. “They’re putting up a good fight, aren’t they?”</w:t>
      </w:r>
    </w:p>
    <w:p>
      <w:r>
        <w:rPr>
          <w:rFonts w:ascii="IM Fell English" w:hAnsi="IM Fell English"/>
          <w:color w:val="261411"/>
          <w:sz w:val="24"/>
        </w:rPr>
        <w:t>“They have spirit,” Lyra agreed, finding her footing. She took a tentative step closer, her gaze drawn to the notebook. “What are you drawing?”</w:t>
      </w:r>
    </w:p>
    <w:p>
      <w:r>
        <w:rPr>
          <w:rFonts w:ascii="IM Fell English" w:hAnsi="IM Fell English"/>
          <w:color w:val="261411"/>
          <w:sz w:val="24"/>
        </w:rPr>
        <w:t xml:space="preserve">He hesitated again, then picked it up, turning it towards her. It was a detailed sketch of the old oak that stood sentinel at the edge of Whisperfall, its branches gnarled and ancient, its trunk impossibly wide. Lyra felt a jolt, a profound sense of recognition. It was </w:t>
      </w:r>
      <w:r>
        <w:rPr>
          <w:rFonts w:ascii="IM Fell English" w:hAnsi="IM Fell English"/>
          <w:i/>
          <w:color w:val="261411"/>
          <w:sz w:val="24"/>
        </w:rPr>
        <w:t>her</w:t>
      </w:r>
      <w:r>
        <w:rPr>
          <w:rFonts w:ascii="IM Fell English" w:hAnsi="IM Fell English"/>
          <w:color w:val="261411"/>
          <w:sz w:val="24"/>
        </w:rPr>
        <w:t xml:space="preserve"> tree.</w:t>
      </w:r>
    </w:p>
    <w:p>
      <w:r>
        <w:rPr>
          <w:rFonts w:ascii="IM Fell English" w:hAnsi="IM Fell English"/>
          <w:color w:val="261411"/>
          <w:sz w:val="24"/>
        </w:rPr>
        <w:t>“It’s beautiful,” she breathed, her hand instinctively reaching out, then pulling back. “You captured its… its spirit.”</w:t>
      </w:r>
    </w:p>
    <w:p>
      <w:r>
        <w:rPr>
          <w:rFonts w:ascii="IM Fell English" w:hAnsi="IM Fell English"/>
          <w:color w:val="261411"/>
          <w:sz w:val="24"/>
        </w:rPr>
        <w:t xml:space="preserve">Dylan’s gaze met hers, and for the first time, Lyra felt a prickle of something beyond curiosity. It was an awareness, a recognition that bypassed the usual human superficiality. He wasn't just looking at a tree; he was seeing something </w:t>
      </w:r>
      <w:r>
        <w:rPr>
          <w:rFonts w:ascii="IM Fell English" w:hAnsi="IM Fell English"/>
          <w:i/>
          <w:color w:val="261411"/>
          <w:sz w:val="24"/>
        </w:rPr>
        <w:t>in</w:t>
      </w:r>
      <w:r>
        <w:rPr>
          <w:rFonts w:ascii="IM Fell English" w:hAnsi="IM Fell English"/>
          <w:color w:val="261411"/>
          <w:sz w:val="24"/>
        </w:rPr>
        <w:t xml:space="preserve"> it.</w:t>
      </w:r>
    </w:p>
    <w:p>
      <w:r>
        <w:rPr>
          <w:rFonts w:ascii="IM Fell English" w:hAnsi="IM Fell English"/>
          <w:color w:val="261411"/>
          <w:sz w:val="24"/>
        </w:rPr>
        <w:t>“I’ve been watching it,” he said, his voice softer now. “It looks… wise. Like it’s seen a lot.”</w:t>
      </w:r>
    </w:p>
    <w:p>
      <w:r>
        <w:rPr>
          <w:rFonts w:ascii="IM Fell English" w:hAnsi="IM Fell English"/>
          <w:color w:val="261411"/>
          <w:sz w:val="24"/>
        </w:rPr>
        <w:t>“It has,” Lyra murmured, her heart beating a steady rhythm against her ribs. “More than you can imagine.” She studied his face, the intelligence in his eyes, the subtle empathy that seemed to emanate from him. It was so utterly at odds with the monstrous figures of human history.</w:t>
      </w:r>
    </w:p>
    <w:p>
      <w:r>
        <w:rPr>
          <w:rFonts w:ascii="IM Fell English" w:hAnsi="IM Fell English"/>
          <w:color w:val="261411"/>
          <w:sz w:val="24"/>
        </w:rPr>
        <w:t>“Your community,” Dylan began, then trailed off, clearly searching for words. “It’s… quiet. Peaceful.”</w:t>
      </w:r>
    </w:p>
    <w:p>
      <w:r>
        <w:rPr>
          <w:rFonts w:ascii="IM Fell English" w:hAnsi="IM Fell English"/>
          <w:color w:val="261411"/>
          <w:sz w:val="24"/>
        </w:rPr>
        <w:t>“It is,” Lyra confirmed, a defensive note creeping into her voice. “We like it that way.”</w:t>
      </w:r>
    </w:p>
    <w:p>
      <w:r>
        <w:rPr>
          <w:rFonts w:ascii="IM Fell English" w:hAnsi="IM Fell English"/>
          <w:color w:val="261411"/>
          <w:sz w:val="24"/>
        </w:rPr>
        <w:t>A shadow crossed Dylan’s face. “Keeping things hidden can be… exhausting.” He looked away, his gaze drifting towards the dense woods that ringed Whisperfall, the woods that served as its natural barrier. “And sometimes,” he added, his voice barely audible, “it’s not enough.”</w:t>
      </w:r>
    </w:p>
    <w:p>
      <w:r>
        <w:rPr>
          <w:rFonts w:ascii="IM Fell English" w:hAnsi="IM Fell English"/>
          <w:color w:val="261411"/>
          <w:sz w:val="24"/>
        </w:rPr>
        <w:t>Lyra’s intuition, that finely tuned sense of natural vibrations, picked up on the tremor in his words. It wasn’t just the fatigue of secrecy; it was a deeper, more pervasive fear. “What do you mean?” she asked, her voice gentle.</w:t>
      </w:r>
    </w:p>
    <w:p>
      <w:r>
        <w:rPr>
          <w:rFonts w:ascii="IM Fell English" w:hAnsi="IM Fell English"/>
          <w:color w:val="261411"/>
          <w:sz w:val="24"/>
        </w:rPr>
        <w:t>Dylan took a deep breath, then released it slowly. He looked directly at her, his stormy eyes holding hers with an intensity that both unnerved and captivated her. He seemed to be weighing something, a decision of immense gravity.</w:t>
      </w:r>
    </w:p>
    <w:p>
      <w:r>
        <w:rPr>
          <w:rFonts w:ascii="IM Fell English" w:hAnsi="IM Fell English"/>
          <w:color w:val="261411"/>
          <w:sz w:val="24"/>
        </w:rPr>
        <w:t>“Lyra,” he began, and the use of her name, spoken with such quiet earnestness, sent a shiver down her spine. “Do you… do you believe that humans are all the same? That they’re all… dangerous?”</w:t>
      </w:r>
    </w:p>
    <w:p>
      <w:r>
        <w:rPr>
          <w:rFonts w:ascii="IM Fell English" w:hAnsi="IM Fell English"/>
          <w:color w:val="261411"/>
          <w:sz w:val="24"/>
        </w:rPr>
        <w:t>The question hung in the air between them, heavy with the weight of Whisperfall’s history. Lyra’s mind flashed with images of flickering torches, of frightened faces, of the tales Elder Maeve had woven since her childhood – tales of human greed and cruelty.</w:t>
      </w:r>
    </w:p>
    <w:p>
      <w:r>
        <w:rPr>
          <w:rFonts w:ascii="IM Fell English" w:hAnsi="IM Fell English"/>
          <w:color w:val="261411"/>
          <w:sz w:val="24"/>
        </w:rPr>
        <w:t>“That’s what we’ve been taught,” she said, her voice tight. “For generations. Humans… they don’t understand. They fear what they don’t understand. And they destroy it.”</w:t>
      </w:r>
    </w:p>
    <w:p>
      <w:r>
        <w:rPr>
          <w:rFonts w:ascii="IM Fell English" w:hAnsi="IM Fell English"/>
          <w:color w:val="261411"/>
          <w:sz w:val="24"/>
        </w:rPr>
        <w:t>Dylan nodded, a slow, knowing nod. “I understand why you would think that. And in many ways… you’re right. The world outside of here… it’s not kind to beings like… well, like you.” He paused, his gaze unwavering. “But not all humans are like that. Some of us… we know. We’ve known for a long time.”</w:t>
      </w:r>
    </w:p>
    <w:p>
      <w:r>
        <w:rPr>
          <w:rFonts w:ascii="IM Fell English" w:hAnsi="IM Fell English"/>
          <w:color w:val="261411"/>
          <w:sz w:val="24"/>
        </w:rPr>
        <w:t>Lyra blinked, trying to process his words. “Known? Known what?”</w:t>
      </w:r>
    </w:p>
    <w:p>
      <w:r>
        <w:rPr>
          <w:rFonts w:ascii="IM Fell English" w:hAnsi="IM Fell English"/>
          <w:color w:val="261411"/>
          <w:sz w:val="24"/>
        </w:rPr>
        <w:t>He leaned forward slightly, lowering his voice even further. “Known about Whisperfall. Known about… mythics.” He looked around, a quick, almost instinctive scan of their surroundings, as if ensuring they were truly alone. “My family… we’re part of a small group. We… we try to live differently. We believe in… coexistence. Not eradication.”</w:t>
      </w:r>
    </w:p>
    <w:p>
      <w:r>
        <w:rPr>
          <w:rFonts w:ascii="IM Fell English" w:hAnsi="IM Fell English"/>
          <w:color w:val="261411"/>
          <w:sz w:val="24"/>
        </w:rPr>
        <w:t xml:space="preserve">Lyra’s breath hitched. Coexistence? The very concept was almost alien. She had always understood her world as existing </w:t>
      </w:r>
      <w:r>
        <w:rPr>
          <w:rFonts w:ascii="IM Fell English" w:hAnsi="IM Fell English"/>
          <w:i/>
          <w:color w:val="261411"/>
          <w:sz w:val="24"/>
        </w:rPr>
        <w:t>apart</w:t>
      </w:r>
      <w:r>
        <w:rPr>
          <w:rFonts w:ascii="IM Fell English" w:hAnsi="IM Fell English"/>
          <w:color w:val="261411"/>
          <w:sz w:val="24"/>
        </w:rPr>
        <w:t xml:space="preserve"> from humanity, a sanctuary to be guarded, not a place to be shared.</w:t>
      </w:r>
    </w:p>
    <w:p>
      <w:r>
        <w:rPr>
          <w:rFonts w:ascii="IM Fell English" w:hAnsi="IM Fell English"/>
          <w:color w:val="261411"/>
          <w:sz w:val="24"/>
        </w:rPr>
        <w:t>“But… how?” she whispered, her mind reeling. “How can you coexist when… when the rest of your kind…?”</w:t>
      </w:r>
    </w:p>
    <w:p>
      <w:r>
        <w:rPr>
          <w:rFonts w:ascii="IM Fell English" w:hAnsi="IM Fell English"/>
          <w:color w:val="261411"/>
          <w:sz w:val="24"/>
        </w:rPr>
        <w:t>Dylan’s expression darkened, the loneliness returning with a vengeance. “That’s the problem, isn’t it? We’re a very small minority. And we’re hunted too. By our own. Those who believe in your… eradication.” He gestured vaguely towards the woods. “The ones who see anything different as a threat to be eliminated. They’re the ones who hunt for trophies. For power. For… what they call purity.”</w:t>
      </w:r>
    </w:p>
    <w:p>
      <w:r>
        <w:rPr>
          <w:rFonts w:ascii="IM Fell English" w:hAnsi="IM Fell English"/>
          <w:color w:val="261411"/>
          <w:sz w:val="24"/>
        </w:rPr>
        <w:t>He looked down at his hands, his fingers flexing. “My family… we’re trying to find a safe place. A place where we can… simply exist. And then… well, then we ended up here.” He gave a small, humorless laugh. “Irony, I suppose.”</w:t>
      </w:r>
    </w:p>
    <w:p>
      <w:r>
        <w:rPr>
          <w:rFonts w:ascii="IM Fell English" w:hAnsi="IM Fell English"/>
          <w:color w:val="261411"/>
          <w:sz w:val="24"/>
        </w:rPr>
        <w:t>Lyra stared at him, her world tilting on its axis. The terrifying legends she’d grown up with were beginning to fray at the edges, revealing a more complex, more painful truth. Dylan wasn't a threat. He was… he was a refugee, just like Whisperfall tried to be. And he was hunted by the very beings her people had always feared.</w:t>
      </w:r>
    </w:p>
    <w:p>
      <w:r>
        <w:rPr>
          <w:rFonts w:ascii="IM Fell English" w:hAnsi="IM Fell English"/>
          <w:color w:val="261411"/>
          <w:sz w:val="24"/>
        </w:rPr>
        <w:t>“So… you’re not here to… to hurt us?” she asked, the question sounding absurd even as she spoke it.</w:t>
      </w:r>
    </w:p>
    <w:p>
      <w:r>
        <w:rPr>
          <w:rFonts w:ascii="IM Fell English" w:hAnsi="IM Fell English"/>
          <w:color w:val="261411"/>
          <w:sz w:val="24"/>
        </w:rPr>
        <w:t>Dylan met her gaze, his honesty a palpable force. “No, Lyra. I’m not. I’m here because… because I don’t know where else to go. And because… because this place, it feels… different.” He paused, his eyes searching hers. “And because… I’ve seen you.”</w:t>
      </w:r>
    </w:p>
    <w:p>
      <w:r>
        <w:rPr>
          <w:rFonts w:ascii="IM Fell English" w:hAnsi="IM Fell English"/>
          <w:color w:val="261411"/>
          <w:sz w:val="24"/>
        </w:rPr>
        <w:t xml:space="preserve">The unspoken words hung in the air, thick with the scent of pine and the lingering dust of his sketching pencil. Lyra felt a blush creep up her neck, a warmth that had nothing to do with the sun. He had seen her. And in seeing her, he had seen something beyond the dryad, beyond the hidden mythic. He had seen </w:t>
      </w:r>
      <w:r>
        <w:rPr>
          <w:rFonts w:ascii="IM Fell English" w:hAnsi="IM Fell English"/>
          <w:i/>
          <w:color w:val="261411"/>
          <w:sz w:val="24"/>
        </w:rPr>
        <w:t>her</w:t>
      </w:r>
      <w:r>
        <w:rPr>
          <w:rFonts w:ascii="IM Fell English" w:hAnsi="IM Fell English"/>
          <w:color w:val="261411"/>
          <w:sz w:val="24"/>
        </w:rPr>
        <w:t>.</w:t>
      </w:r>
    </w:p>
    <w:p>
      <w:r>
        <w:rPr>
          <w:rFonts w:ascii="IM Fell English" w:hAnsi="IM Fell English"/>
          <w:color w:val="261411"/>
          <w:sz w:val="24"/>
        </w:rPr>
        <w:t>“We’re… we’re in danger,” Dylan continued, his voice regaining its urgency. “From them. The hunters. They’re relentless. And they’re getting closer. They followed us.”</w:t>
      </w:r>
    </w:p>
    <w:p>
      <w:r>
        <w:rPr>
          <w:rFonts w:ascii="IM Fell English" w:hAnsi="IM Fell English"/>
          <w:color w:val="261411"/>
          <w:sz w:val="24"/>
        </w:rPr>
        <w:t>The implication sent a chill through Lyra. Julian Thorne. The name, whispered like a curse by the few who dared speak it, echoed in her mind. He was more than a legend; he was a tangible threat, and he had found them.</w:t>
      </w:r>
    </w:p>
    <w:p>
      <w:r>
        <w:rPr>
          <w:rFonts w:ascii="IM Fell English" w:hAnsi="IM Fell English"/>
          <w:color w:val="261411"/>
          <w:sz w:val="24"/>
        </w:rPr>
        <w:t>“How do you know?” Lyra asked, her mind already racing.</w:t>
      </w:r>
    </w:p>
    <w:p>
      <w:r>
        <w:rPr>
          <w:rFonts w:ascii="IM Fell English" w:hAnsi="IM Fell English"/>
          <w:color w:val="261411"/>
          <w:sz w:val="24"/>
        </w:rPr>
        <w:t>Dylan gestured towards the trees. “I can… feel it. A shift in the air. A sort of… focused malice. It’s not the fear that’s always around. It’s deliberate.” He looked back at the cottage, a flicker of concern crossing his face. “My family… they want to leave. To run again. But… running doesn’t solve anything. It just delays the inevitable.”</w:t>
      </w:r>
    </w:p>
    <w:p>
      <w:r>
        <w:rPr>
          <w:rFonts w:ascii="IM Fell English" w:hAnsi="IM Fell English"/>
          <w:color w:val="261411"/>
          <w:sz w:val="24"/>
        </w:rPr>
        <w:t>He looked back at Lyra, his expression earnest, pleading. “I thought… I thought maybe you could help. Or at least… understand.”</w:t>
      </w:r>
    </w:p>
    <w:p>
      <w:r>
        <w:rPr>
          <w:rFonts w:ascii="IM Fell English" w:hAnsi="IM Fell English"/>
          <w:color w:val="261411"/>
          <w:sz w:val="24"/>
        </w:rPr>
        <w:t>Lyra swallowed, her throat suddenly dry. She was caught. Caught between the ingrained fear of her people and the startling reality of this one human. Her innate empathy, so often a burden, now felt like a compass, guiding her towards a truth far more complex than she had ever imagined. Dylan wasn't just a mystery; he was a harbinger of a truth that would shake Whisperfall to its roots. And he was looking at her, not as a creature to be feared, but as someone who might, just might, be an ally. The delicate thread of their connection had just been woven into something far stronger, far more dangerous, and infinitely more compelling.</w:t>
      </w:r>
    </w:p>
    <w:p>
      <w:r>
        <w:rPr>
          <w:rFonts w:ascii="IM Fell English" w:hAnsi="IM Fell English"/>
          <w:color w:val="261411"/>
          <w:sz w:val="24"/>
        </w:rPr>
        <w:t>The Reveal</w:t>
      </w:r>
    </w:p>
    <w:p>
      <w:r>
        <w:rPr>
          <w:rFonts w:ascii="IM Fell English" w:hAnsi="IM Fell English"/>
          <w:color w:val="261411"/>
          <w:sz w:val="24"/>
        </w:rPr>
        <w:t>The dawn, a hesitant blush over Whisperfall’s ancient oaks, found Lyra tangled in the damp, cool sheets of her bed. The lingering scent of pine and moss, usually a comfort, felt tinged with an unfamiliar anxiety. Dylan. The name itself was a tremor beneath her skin, a discordant note in the forest's symphony. Elder Maeve’s words, a stern chorus, echoed in her mind: “Humans are a blight, Lyra. Their touch withers all it seeks to grasp.” Yet, Dylan’s touch, the brief, electrifying brush of his hand against hers as he’d presented her with the small, intricately carved wooden bird, had felt like the soft unfurling of a fern frond.</w:t>
      </w:r>
    </w:p>
    <w:p>
      <w:r>
        <w:rPr>
          <w:rFonts w:ascii="IM Fell English" w:hAnsi="IM Fell English"/>
          <w:color w:val="261411"/>
          <w:sz w:val="24"/>
        </w:rPr>
        <w:t>The wooden bird lay on her bedside table, smooth and warm against her palm when she picked it up. He’d made it, he’d said, with his own hands. A strange intimacy in the admission, considering their guarded interactions. He’d also spoken, in hushed tones, of his family’s arrival being… complicated. Not a simple relocation, but a flight. A flight from what, he hadn’t said, only that the wrong eyes were watching.</w:t>
      </w:r>
    </w:p>
    <w:p>
      <w:r>
        <w:rPr>
          <w:rFonts w:ascii="IM Fell English" w:hAnsi="IM Fell English"/>
          <w:color w:val="261411"/>
          <w:sz w:val="24"/>
        </w:rPr>
        <w:t>A rustle outside her window snapped her attention back to the present. Finn, ever the early riser when gossip was involved, stood on his hind legs, his satyr horns catching the morning light, his tail a frantic semaphore. He was holding a single, slightly wilted bluebell, the universal signal for ‘urgent conversation needed, preferably outdoors and away from prying ears.’</w:t>
      </w:r>
    </w:p>
    <w:p>
      <w:r>
        <w:rPr>
          <w:rFonts w:ascii="IM Fell English" w:hAnsi="IM Fell English"/>
          <w:color w:val="261411"/>
          <w:sz w:val="24"/>
        </w:rPr>
        <w:t>Lyra sighed, a puff of dandelion fluff in the quiet room. She pulled on her simplest tunic, the one woven with dewdrop silk that shimmered faintly in the dim light, and slipped out her window, her bare feet sinking into the cool, dew-kissed earth.</w:t>
      </w:r>
    </w:p>
    <w:p>
      <w:r>
        <w:rPr>
          <w:rFonts w:ascii="IM Fell English" w:hAnsi="IM Fell English"/>
          <w:color w:val="261411"/>
          <w:sz w:val="24"/>
        </w:rPr>
        <w:t>“He’s still here, Lyra,” Finn whispered the moment she landed beside him, his voice a conspiratorial hiss. “Saw him with his mother. They look… haunted. Like they’ve seen the shadows at the edge of the world.”</w:t>
      </w:r>
    </w:p>
    <w:p>
      <w:r>
        <w:rPr>
          <w:rFonts w:ascii="IM Fell English" w:hAnsi="IM Fell English"/>
          <w:color w:val="261411"/>
          <w:sz w:val="24"/>
        </w:rPr>
        <w:t xml:space="preserve">Lyra’s heart gave a strange, involuntary lurch. Haunted. Yes, that was it. Dylan’s eyes held a profound weariness, a loneliness that spoke of burdens far heavier than a typical human might carry. “What if they </w:t>
      </w:r>
      <w:r>
        <w:rPr>
          <w:rFonts w:ascii="IM Fell English" w:hAnsi="IM Fell English"/>
          <w:i/>
          <w:color w:val="261411"/>
          <w:sz w:val="24"/>
        </w:rPr>
        <w:t>have</w:t>
      </w:r>
      <w:r>
        <w:rPr>
          <w:rFonts w:ascii="IM Fell English" w:hAnsi="IM Fell English"/>
          <w:color w:val="261411"/>
          <w:sz w:val="24"/>
        </w:rPr>
        <w:t>, Finn?” she ventured, her voice barely a murmur. “What if the legends aren’t the whole story?”</w:t>
      </w:r>
    </w:p>
    <w:p>
      <w:r>
        <w:rPr>
          <w:rFonts w:ascii="IM Fell English" w:hAnsi="IM Fell English"/>
          <w:color w:val="261411"/>
          <w:sz w:val="24"/>
        </w:rPr>
        <w:t xml:space="preserve">Finn snorted, a sound remarkably like a startled goat. “Lyra, please. You’re talking about </w:t>
      </w:r>
      <w:r>
        <w:rPr>
          <w:rFonts w:ascii="IM Fell English" w:hAnsi="IM Fell English"/>
          <w:i/>
          <w:color w:val="261411"/>
          <w:sz w:val="24"/>
        </w:rPr>
        <w:t>humans</w:t>
      </w:r>
      <w:r>
        <w:rPr>
          <w:rFonts w:ascii="IM Fell English" w:hAnsi="IM Fell English"/>
          <w:color w:val="261411"/>
          <w:sz w:val="24"/>
        </w:rPr>
        <w:t xml:space="preserve">. The ones who carved their names into our history with blades and fire. Maeve’s stories are ancient for a reason. They’re warnings.” He nudged the bluebell towards her. “He’s still here. They’re still here. And </w:t>
      </w:r>
      <w:r>
        <w:rPr>
          <w:rFonts w:ascii="IM Fell English" w:hAnsi="IM Fell English"/>
          <w:i/>
          <w:color w:val="261411"/>
          <w:sz w:val="24"/>
        </w:rPr>
        <w:t>you</w:t>
      </w:r>
      <w:r>
        <w:rPr>
          <w:rFonts w:ascii="IM Fell English" w:hAnsi="IM Fell English"/>
          <w:color w:val="261411"/>
          <w:sz w:val="24"/>
        </w:rPr>
        <w:t xml:space="preserve"> are still… moon-gazing at the man who’s probably got a list of mythical creatures tucked away in his pocket for later.”</w:t>
      </w:r>
    </w:p>
    <w:p>
      <w:r>
        <w:rPr>
          <w:rFonts w:ascii="IM Fell English" w:hAnsi="IM Fell English"/>
          <w:color w:val="261411"/>
          <w:sz w:val="24"/>
        </w:rPr>
        <w:t>“He doesn’t,” Lyra said, the words firm, surprising even herself. “He wouldn’t. There’s something different about him.” She looked back towards the edge of Whisperfall, towards the small, quaint cottage that now felt like a beacon of forbidden possibility. “He knows things, Finn. Things he shouldn’t.”</w:t>
      </w:r>
    </w:p>
    <w:p>
      <w:r>
        <w:rPr>
          <w:rFonts w:ascii="IM Fell English" w:hAnsi="IM Fell English"/>
          <w:color w:val="261411"/>
          <w:sz w:val="24"/>
        </w:rPr>
        <w:t>Finn’s ears twitched. “Knows what things? That trees can talk? That rivers have songs? Because we all know that.”</w:t>
      </w:r>
    </w:p>
    <w:p>
      <w:r>
        <w:rPr>
          <w:rFonts w:ascii="IM Fell English" w:hAnsi="IM Fell English"/>
          <w:color w:val="261411"/>
          <w:sz w:val="24"/>
        </w:rPr>
        <w:t>“More,” Lyra whispered, her gaze fixed on the distant cottage. “Things about… us. And him.”</w:t>
      </w:r>
    </w:p>
    <w:p>
      <w:r>
        <w:rPr>
          <w:rFonts w:ascii="IM Fell English" w:hAnsi="IM Fell English"/>
          <w:color w:val="261411"/>
          <w:sz w:val="24"/>
        </w:rPr>
        <w:t>The seed of an idea, daring and dangerous, began to sprout in her mind. An idea that felt as alien and terrifying as the human legends themselves. If Dylan knew things, if he was more than just a human who had stumbled into their hidden world, then perhaps… perhaps he held the key to understanding. Or perhaps he was the danger itself.</w:t>
      </w:r>
    </w:p>
    <w:p>
      <w:r>
        <w:rPr>
          <w:rFonts w:ascii="IM Fell English" w:hAnsi="IM Fell English"/>
          <w:color w:val="261411"/>
          <w:sz w:val="24"/>
        </w:rPr>
        <w:t>Later that morning, Lyra found Dylan by the old, overgrown path that led to the abandoned observatory. It was a place rarely visited, even by the most adventurous sprites, shrouded in a quiet, melancholic stillness that seemed to mirror Dylan’s own disposition. He was tracing patterns in the dust with a fallen twig, his brow furrowed in concentration. He looked up as she approached, his eyes, the color of storm clouds, widening slightly in surprise, then settling into that familiar, guarded expression.</w:t>
      </w:r>
    </w:p>
    <w:p>
      <w:r>
        <w:rPr>
          <w:rFonts w:ascii="IM Fell English" w:hAnsi="IM Fell English"/>
          <w:color w:val="261411"/>
          <w:sz w:val="24"/>
        </w:rPr>
        <w:t>“Lyra,” he said, his voice low and even, devoid of the usual satyr dramatics.</w:t>
      </w:r>
    </w:p>
    <w:p>
      <w:r>
        <w:rPr>
          <w:rFonts w:ascii="IM Fell English" w:hAnsi="IM Fell English"/>
          <w:color w:val="261411"/>
          <w:sz w:val="24"/>
        </w:rPr>
        <w:t>“Dylan,” she replied, her own voice feeling suddenly too loud in the hushed air. “I… I saw you yesterday. With your mother.” She paused, searching for the right words. “You said your arrival was… complicated.”</w:t>
      </w:r>
    </w:p>
    <w:p>
      <w:r>
        <w:rPr>
          <w:rFonts w:ascii="IM Fell English" w:hAnsi="IM Fell English"/>
          <w:color w:val="261411"/>
          <w:sz w:val="24"/>
        </w:rPr>
        <w:t>He looked away, his gaze drifting towards the crumbling stone structure of the observatory. “It is.”</w:t>
      </w:r>
    </w:p>
    <w:p>
      <w:r>
        <w:rPr>
          <w:rFonts w:ascii="IM Fell English" w:hAnsi="IM Fell English"/>
          <w:color w:val="261411"/>
          <w:sz w:val="24"/>
        </w:rPr>
        <w:t>“Complicated how?” she pressed, taking a tentative step closer. The air around him felt different, charged with a silent energy that made the leaves on the nearby trees tremble.</w:t>
      </w:r>
    </w:p>
    <w:p>
      <w:r>
        <w:rPr>
          <w:rFonts w:ascii="IM Fell English" w:hAnsi="IM Fell English"/>
          <w:color w:val="261411"/>
          <w:sz w:val="24"/>
        </w:rPr>
        <w:t>He hesitated, then let out a slow breath. “Whisperfall isn’t just… a place you move to, is it?”</w:t>
      </w:r>
    </w:p>
    <w:p>
      <w:r>
        <w:rPr>
          <w:rFonts w:ascii="IM Fell English" w:hAnsi="IM Fell English"/>
          <w:color w:val="261411"/>
          <w:sz w:val="24"/>
        </w:rPr>
        <w:t xml:space="preserve">Lyra’s breath caught. He knew. He </w:t>
      </w:r>
      <w:r>
        <w:rPr>
          <w:rFonts w:ascii="IM Fell English" w:hAnsi="IM Fell English"/>
          <w:i/>
          <w:color w:val="261411"/>
          <w:sz w:val="24"/>
        </w:rPr>
        <w:t>knew</w:t>
      </w:r>
      <w:r>
        <w:rPr>
          <w:rFonts w:ascii="IM Fell English" w:hAnsi="IM Fell English"/>
          <w:color w:val="261411"/>
          <w:sz w:val="24"/>
        </w:rPr>
        <w:t>. This was no ordinary human curiosity. “It’s… hidden,” she said, her voice barely audible. “Protected.”</w:t>
      </w:r>
    </w:p>
    <w:p>
      <w:r>
        <w:rPr>
          <w:rFonts w:ascii="IM Fell English" w:hAnsi="IM Fell English"/>
          <w:color w:val="261411"/>
          <w:sz w:val="24"/>
        </w:rPr>
        <w:t>“From what?” he asked, his eyes finally meeting hers again, and this time, there was a flicker of something raw and unguarded in their depths. A desperate plea for understanding.</w:t>
      </w:r>
    </w:p>
    <w:p>
      <w:r>
        <w:rPr>
          <w:rFonts w:ascii="IM Fell English" w:hAnsi="IM Fell English"/>
          <w:color w:val="261411"/>
          <w:sz w:val="24"/>
        </w:rPr>
        <w:t xml:space="preserve">“From </w:t>
      </w:r>
      <w:r>
        <w:rPr>
          <w:rFonts w:ascii="IM Fell English" w:hAnsi="IM Fell English"/>
          <w:i/>
          <w:color w:val="261411"/>
          <w:sz w:val="24"/>
        </w:rPr>
        <w:t>you</w:t>
      </w:r>
      <w:r>
        <w:rPr>
          <w:rFonts w:ascii="IM Fell English" w:hAnsi="IM Fell English"/>
          <w:color w:val="261411"/>
          <w:sz w:val="24"/>
        </w:rPr>
        <w:t>,” she admitted, the words tasting bitter on her tongue, a betrayal of the strange pull she felt towards him. “From humans.”</w:t>
      </w:r>
    </w:p>
    <w:p>
      <w:r>
        <w:rPr>
          <w:rFonts w:ascii="IM Fell English" w:hAnsi="IM Fell English"/>
          <w:color w:val="261411"/>
          <w:sz w:val="24"/>
        </w:rPr>
        <w:t>He flinched, a subtle movement, but it was there. “I know what you’ve been told. What your histories say.” He stood then, brushing the dust from his worn trousers. He was taller than she’d realized, and the quiet strength in his frame was undeniable. “But it’s not… it’s not all of us, Lyra.”</w:t>
      </w:r>
    </w:p>
    <w:p>
      <w:r>
        <w:rPr>
          <w:rFonts w:ascii="IM Fell English" w:hAnsi="IM Fell English"/>
          <w:color w:val="261411"/>
          <w:sz w:val="24"/>
        </w:rPr>
        <w:t>“Finn says—” Lyra began, then stopped. Finn’s words felt like pebbles against the mountain of Dylan’s quiet conviction.</w:t>
      </w:r>
    </w:p>
    <w:p>
      <w:r>
        <w:rPr>
          <w:rFonts w:ascii="IM Fell English" w:hAnsi="IM Fell English"/>
          <w:color w:val="261411"/>
          <w:sz w:val="24"/>
        </w:rPr>
        <w:t>Dylan offered a ghost of a smile, a sad curve of his lips. “Finn is a satyr. I imagine his people have their own stories about humans. Just as mine do about… well, about creatures like you.” He gestured towards the observatory. “My family, we’re… different. We know. We’ve known for a long time.”</w:t>
      </w:r>
    </w:p>
    <w:p>
      <w:r>
        <w:rPr>
          <w:rFonts w:ascii="IM Fell English" w:hAnsi="IM Fell English"/>
          <w:color w:val="261411"/>
          <w:sz w:val="24"/>
        </w:rPr>
        <w:t>Lyra’s mind raced. Knew what? Knew about Whisperfall? Knew about dryads and satyrs and the other hidden folk? The legends Maeve had spun, of the brutal hunts and the relentless pursuit, suddenly felt less like historical fact and more like a carefully constructed wall.</w:t>
      </w:r>
    </w:p>
    <w:p>
      <w:r>
        <w:rPr>
          <w:rFonts w:ascii="IM Fell English" w:hAnsi="IM Fell English"/>
          <w:color w:val="261411"/>
          <w:sz w:val="24"/>
        </w:rPr>
        <w:t>“You know about us?” she whispered, the question heavy with disbelief and a burgeoning, terrifying hope.</w:t>
      </w:r>
    </w:p>
    <w:p>
      <w:r>
        <w:rPr>
          <w:rFonts w:ascii="IM Fell English" w:hAnsi="IM Fell English"/>
          <w:color w:val="261411"/>
          <w:sz w:val="24"/>
        </w:rPr>
        <w:t>“Some of us,” Dylan corrected softly. “There are… pockets. Scattered individuals, families, who’ve managed to maintain the old knowledge. And who believe that coexistence is possible. That the fear shouldn’t be the only legacy.” He turned and began to walk towards the observatory, his stride measured, deliberate. “My father… he’s always believed in that. But it makes us targets, Lyra. For both sides.”</w:t>
      </w:r>
    </w:p>
    <w:p>
      <w:r>
        <w:rPr>
          <w:rFonts w:ascii="IM Fell English" w:hAnsi="IM Fell English"/>
          <w:color w:val="261411"/>
          <w:sz w:val="24"/>
        </w:rPr>
        <w:t>Lyra followed, her heart pounding a frantic rhythm against her ribs. The air within the observatory was thick with the scent of dust and decay, the vaulted ceiling long since collapsed, leaving a gaping maw to the sky. Moonlight, filtered through the skeletal remains of the dome, cast long, eerie shadows across the cracked stone floor. Cobwebs draped like macabre lace from the rusting remnants of scientific equipment. It was a place of forgotten knowledge, of dreams left unfulfilled. A fitting place for secrets to be unveiled.</w:t>
      </w:r>
    </w:p>
    <w:p>
      <w:r>
        <w:rPr>
          <w:rFonts w:ascii="IM Fell English" w:hAnsi="IM Fell English"/>
          <w:color w:val="261411"/>
          <w:sz w:val="24"/>
        </w:rPr>
        <w:t>“Targets?” she echoed, her voice hushed.</w:t>
      </w:r>
    </w:p>
    <w:p>
      <w:r>
        <w:rPr>
          <w:rFonts w:ascii="IM Fell English" w:hAnsi="IM Fell English"/>
          <w:color w:val="261411"/>
          <w:sz w:val="24"/>
        </w:rPr>
        <w:t>Dylan stopped before a large, rusted telescope, its lens shattered. “My father… he was trying to find proof. Proof that we weren’t alone. That the old stories held truth. He found… something. Something that brought unwanted attention.” He ran a finger along the dusty, cold metal of the telescope. “It led them to us. The hunters.”</w:t>
      </w:r>
    </w:p>
    <w:p>
      <w:r>
        <w:rPr>
          <w:rFonts w:ascii="IM Fell English" w:hAnsi="IM Fell English"/>
          <w:color w:val="261411"/>
          <w:sz w:val="24"/>
        </w:rPr>
        <w:t>“Hunters?” Lyra’s blood ran cold. The word conjured images of Julian Thorne, the name that had been whispered like a curse in the hushed conversations of the elders.</w:t>
      </w:r>
    </w:p>
    <w:p>
      <w:r>
        <w:rPr>
          <w:rFonts w:ascii="IM Fell English" w:hAnsi="IM Fell English"/>
          <w:color w:val="261411"/>
          <w:sz w:val="24"/>
        </w:rPr>
        <w:t>Dylan nodded, his jaw tight. “Julian Thorne. He leads a faction. They believe mythics are a taint. A corruption that needs to be purged. They hunt us. Not just the creatures, but anyone who knows of them. Anyone who… sympathizes.”</w:t>
      </w:r>
    </w:p>
    <w:p>
      <w:r>
        <w:rPr>
          <w:rFonts w:ascii="IM Fell English" w:hAnsi="IM Fell English"/>
          <w:color w:val="261411"/>
          <w:sz w:val="24"/>
        </w:rPr>
        <w:t>Lyra felt a dizzying wave of vertigo. She had grown up with humans as the ultimate boogeymen, the architects of extinction. Yet here, standing before her, was a human who was also a victim, hunted for believing in peace, for seeking connection. His existence shattered her carefully constructed worldview, replacing the terrifying certainty of human malice with a far more complex and unsettling reality.</w:t>
      </w:r>
    </w:p>
    <w:p>
      <w:r>
        <w:rPr>
          <w:rFonts w:ascii="IM Fell English" w:hAnsi="IM Fell English"/>
          <w:color w:val="261411"/>
          <w:sz w:val="24"/>
        </w:rPr>
        <w:t>“But… if you know,” she began, her voice trembling, “if you believe in coexistence… why come here? To Whisperfall?”</w:t>
      </w:r>
    </w:p>
    <w:p>
      <w:r>
        <w:rPr>
          <w:rFonts w:ascii="IM Fell English" w:hAnsi="IM Fell English"/>
          <w:color w:val="261411"/>
          <w:sz w:val="24"/>
        </w:rPr>
        <w:t>Dylan finally turned to face her fully, his gaze steady and earnest. “Because my father believed. And because… because we were running out of places to go. He thought maybe… just maybe… there were places like this. Places where the old ways weren’t just forgotten legends. And then… then I saw you.”</w:t>
      </w:r>
    </w:p>
    <w:p>
      <w:r>
        <w:rPr>
          <w:rFonts w:ascii="IM Fell English" w:hAnsi="IM Fell English"/>
          <w:color w:val="261411"/>
          <w:sz w:val="24"/>
        </w:rPr>
        <w:t>The admission hung in the air, heavy with unspoken emotion. Lyra felt a blush creep up her neck, a warmth spreading through her veins that had nothing to do with the dappled moonlight. She had been drawn to his quiet sorrow, his melancholic gaze, and now she understood. He wasn’t just lonely; he was hunted, a refugee in a world that feared him for the very knowledge that made him unique.</w:t>
      </w:r>
    </w:p>
    <w:p>
      <w:r>
        <w:rPr>
          <w:rFonts w:ascii="IM Fell English" w:hAnsi="IM Fell English"/>
          <w:color w:val="261411"/>
          <w:sz w:val="24"/>
        </w:rPr>
        <w:t>“I… I don’t understand,” she stammered, her mind reeling. “If they hunt you… why are you still here? Why not run further?”</w:t>
      </w:r>
    </w:p>
    <w:p>
      <w:r>
        <w:rPr>
          <w:rFonts w:ascii="IM Fell English" w:hAnsi="IM Fell English"/>
          <w:color w:val="261411"/>
          <w:sz w:val="24"/>
        </w:rPr>
        <w:t>Dylan’s expression darkened. “There’s nowhere left to run. And my family… they’re still here. My mother… she’s unwell. We couldn’t leave her. Thorne… he’s relentless. He’s tracked us. He’s probably close.” He looked at Lyra, a raw vulnerability in his eyes. “Which is why… I’m telling you this. Because you’re the only one who’s shown me… kindness. Curiosity. Not just fear.”</w:t>
      </w:r>
    </w:p>
    <w:p>
      <w:r>
        <w:rPr>
          <w:rFonts w:ascii="IM Fell English" w:hAnsi="IM Fell English"/>
          <w:color w:val="261411"/>
          <w:sz w:val="24"/>
        </w:rPr>
        <w:t>Lyra’s heart ached. She looked at this human, this Dylan, who carried the weight of a secret war on his shoulders, who spoke of coexistence with a quiet passion that resonated deep within her. The dryad in her, attuned to the rustling of leaves and the whispering winds, felt a new song beginning, a melody of understanding that transcended fear. Elder Maeve’s warnings, once a solid wall, now felt like crumbling stones. The human legends, once absolute terror, were now painted in shades of grey.</w:t>
      </w:r>
    </w:p>
    <w:p>
      <w:r>
        <w:rPr>
          <w:rFonts w:ascii="IM Fell English" w:hAnsi="IM Fell English"/>
          <w:color w:val="261411"/>
          <w:sz w:val="24"/>
        </w:rPr>
        <w:t>She reached out, her fingers tentatively brushing against the rough stone of the observatory wall, feeling the ancient energy humming beneath. Then, she looked back at Dylan, at the earnest hope in his storm-cloud eyes. The fear was still there, a cold knot in her stomach, but it was now intertwined with something else, something warmer, more potent: a dawning recognition, a shared vulnerability, and a terrifying, exhilarating sense of possibility. She was standing on the precipice of a truth far more intricate and dangerous than she had ever imagined, and Dylan, the enigmatic human, was the unexpected key.</w:t>
      </w:r>
    </w:p>
    <w:p>
      <w:r>
        <w:rPr>
          <w:rFonts w:ascii="IM Fell English" w:hAnsi="IM Fell English"/>
          <w:color w:val="261411"/>
          <w:sz w:val="24"/>
        </w:rPr>
        <w:t xml:space="preserve">Lyra traced the rough bark of an ancient oak, its familiar texture a grounding balm against the tempest brewing within her. Dylan. The word echoed, a foreign melody in the symphony of rustling leaves and chirping crickets that usually soothed her soul. He wasn’t just a human; he was </w:t>
      </w:r>
      <w:r>
        <w:rPr>
          <w:rFonts w:ascii="IM Fell English" w:hAnsi="IM Fell English"/>
          <w:i/>
          <w:color w:val="261411"/>
          <w:sz w:val="24"/>
        </w:rPr>
        <w:t>Dylan</w:t>
      </w:r>
      <w:r>
        <w:rPr>
          <w:rFonts w:ascii="IM Fell English" w:hAnsi="IM Fell English"/>
          <w:color w:val="261411"/>
          <w:sz w:val="24"/>
        </w:rPr>
        <w:t>, a human who knew. A human who carried the weight of a world Lyra had only glimpsed through the observatory’s dusty lens. He understood. He knew about the whispers of the wind that carried secrets, the hum of magic in the soil, the quiet sentience of the ancient trees. And he wasn’t a monster.</w:t>
      </w:r>
    </w:p>
    <w:p>
      <w:r>
        <w:rPr>
          <w:rFonts w:ascii="IM Fell English" w:hAnsi="IM Fell English"/>
          <w:color w:val="261411"/>
          <w:sz w:val="24"/>
        </w:rPr>
        <w:t xml:space="preserve">Her heart ached with a confusing mix of relief and terror. Relief that the gentle understanding in his eyes wasn't a trick of the light, that the lonely ache she’d sensed was a shared burden of knowing too much. Terror because this knowledge twisted everything she’d ever been taught. Humans were the enemy, the destroyers, the ones who hunted and burned. Yet Dylan… Dylan was trying to coexist. He was </w:t>
      </w:r>
      <w:r>
        <w:rPr>
          <w:rFonts w:ascii="IM Fell English" w:hAnsi="IM Fell English"/>
          <w:i/>
          <w:color w:val="261411"/>
          <w:sz w:val="24"/>
        </w:rPr>
        <w:t>hunted</w:t>
      </w:r>
      <w:r>
        <w:rPr>
          <w:rFonts w:ascii="IM Fell English" w:hAnsi="IM Fell English"/>
          <w:color w:val="261411"/>
          <w:sz w:val="24"/>
        </w:rPr>
        <w:t xml:space="preserve"> by his own kind.</w:t>
      </w:r>
    </w:p>
    <w:p>
      <w:r>
        <w:rPr>
          <w:rFonts w:ascii="IM Fell English" w:hAnsi="IM Fell English"/>
          <w:color w:val="261411"/>
          <w:sz w:val="24"/>
        </w:rPr>
        <w:t>The weight of his secret settled on her shoulders, heavy as a fallen branch. She couldn't keep this to herself. Finn. Her Finn. He was the first one she’d always told everything to, the boisterous satyr who could always coax a laugh out of her even when her roots felt tangled with sorrow. But this… this was different. This involved Dylan, and Finn’s ingrained distrust of all things human was as ancient as the stones of Whisperfall.</w:t>
      </w:r>
    </w:p>
    <w:p>
      <w:r>
        <w:rPr>
          <w:rFonts w:ascii="IM Fell English" w:hAnsi="IM Fell English"/>
          <w:color w:val="261411"/>
          <w:sz w:val="24"/>
        </w:rPr>
        <w:t>She found him near the bubbling brook, attempting to teach a group of bewildered spritelings how to play a particularly complex lyre tune by demonstrating with exaggerated flourish. His goat legs kicked rhythmically, a joyful, if somewhat chaotic, counterpoint to the sprites’ flitting movements.</w:t>
      </w:r>
    </w:p>
    <w:p>
      <w:r>
        <w:rPr>
          <w:rFonts w:ascii="IM Fell English" w:hAnsi="IM Fell English"/>
          <w:color w:val="261411"/>
          <w:sz w:val="24"/>
        </w:rPr>
        <w:t>“Finn!” Lyra called, her voice a little too loud, a little too strained.</w:t>
      </w:r>
    </w:p>
    <w:p>
      <w:r>
        <w:rPr>
          <w:rFonts w:ascii="IM Fell English" w:hAnsi="IM Fell English"/>
          <w:color w:val="261411"/>
          <w:sz w:val="24"/>
        </w:rPr>
        <w:t xml:space="preserve">He immediately dropped his lyre with a clatter that sent the sprites scattering. “Lyra! What’s this? You sound like you’ve seen a shadow-walker in the berry patch. Is it true? Did that… </w:t>
      </w:r>
      <w:r>
        <w:rPr>
          <w:rFonts w:ascii="IM Fell English" w:hAnsi="IM Fell English"/>
          <w:i/>
          <w:color w:val="261411"/>
          <w:sz w:val="24"/>
        </w:rPr>
        <w:t>human</w:t>
      </w:r>
      <w:r>
        <w:rPr>
          <w:rFonts w:ascii="IM Fell English" w:hAnsi="IM Fell English"/>
          <w:color w:val="261411"/>
          <w:sz w:val="24"/>
        </w:rPr>
        <w:t xml:space="preserve">… try to… you know… </w:t>
      </w:r>
      <w:r>
        <w:rPr>
          <w:rFonts w:ascii="IM Fell English" w:hAnsi="IM Fell English"/>
          <w:i/>
          <w:color w:val="261411"/>
          <w:sz w:val="24"/>
        </w:rPr>
        <w:t>human</w:t>
      </w:r>
      <w:r>
        <w:rPr>
          <w:rFonts w:ascii="IM Fell English" w:hAnsi="IM Fell English"/>
          <w:color w:val="261411"/>
          <w:sz w:val="24"/>
        </w:rPr>
        <w:t xml:space="preserve"> you?” He mimed a terrifying, albeit clumsy, act of being captured.</w:t>
      </w:r>
    </w:p>
    <w:p>
      <w:r>
        <w:rPr>
          <w:rFonts w:ascii="IM Fell English" w:hAnsi="IM Fell English"/>
          <w:color w:val="261411"/>
          <w:sz w:val="24"/>
        </w:rPr>
        <w:t>Lyra managed a weak smile, walking towards him. “No, Finn, he didn’t try to ‘human’ me. It’s… it’s complicated.” She sat on a smooth, river-worn stone, picking at a stray blade of grass.</w:t>
      </w:r>
    </w:p>
    <w:p>
      <w:r>
        <w:rPr>
          <w:rFonts w:ascii="IM Fell English" w:hAnsi="IM Fell English"/>
          <w:color w:val="261411"/>
          <w:sz w:val="24"/>
        </w:rPr>
        <w:t>Finn’s expression softened, his dramatic flair momentarily forgotten. He plopped down beside her, his usually vibrant energy subdued. “Complicated how? Did he offer you a… a processed sugar cube? Because I told you, those things are poison.”</w:t>
      </w:r>
    </w:p>
    <w:p>
      <w:r>
        <w:rPr>
          <w:rFonts w:ascii="IM Fell English" w:hAnsi="IM Fell English"/>
          <w:color w:val="261411"/>
          <w:sz w:val="24"/>
        </w:rPr>
        <w:t>“It’s not about sugar cubes,” Lyra sighed. “It’s about Dylan. He’s not what we – what I – thought he was.” She hesitated, the words feeling both foreign and liberating on her tongue. “He knows about us, Finn. About Whisperfall. About… mythics.”</w:t>
      </w:r>
    </w:p>
    <w:p>
      <w:r>
        <w:rPr>
          <w:rFonts w:ascii="IM Fell English" w:hAnsi="IM Fell English"/>
          <w:color w:val="261411"/>
          <w:sz w:val="24"/>
        </w:rPr>
        <w:t xml:space="preserve">Finn’s jaw dropped. His eyes, usually sparkling with mischief, widened with a mixture of shock and outright horror. “He </w:t>
      </w:r>
      <w:r>
        <w:rPr>
          <w:rFonts w:ascii="IM Fell English" w:hAnsi="IM Fell English"/>
          <w:i/>
          <w:color w:val="261411"/>
          <w:sz w:val="24"/>
        </w:rPr>
        <w:t>knows</w:t>
      </w:r>
      <w:r>
        <w:rPr>
          <w:rFonts w:ascii="IM Fell English" w:hAnsi="IM Fell English"/>
          <w:color w:val="261411"/>
          <w:sz w:val="24"/>
        </w:rPr>
        <w:t>? How? Did he… did he sneak around? Did he listen to the whispers through the walls? Did he see Elder Maeve talking to the wind again?”</w:t>
      </w:r>
    </w:p>
    <w:p>
      <w:r>
        <w:rPr>
          <w:rFonts w:ascii="IM Fell English" w:hAnsi="IM Fell English"/>
          <w:color w:val="261411"/>
          <w:sz w:val="24"/>
        </w:rPr>
        <w:t xml:space="preserve">“No, nothing like that. He… his family. They’re… part of a group. A group of humans who know about us. They try to live peacefully. And he’s… he’s being hunted. By other humans. The kind that really </w:t>
      </w:r>
      <w:r>
        <w:rPr>
          <w:rFonts w:ascii="IM Fell English" w:hAnsi="IM Fell English"/>
          <w:i/>
          <w:color w:val="261411"/>
          <w:sz w:val="24"/>
        </w:rPr>
        <w:t>are</w:t>
      </w:r>
      <w:r>
        <w:rPr>
          <w:rFonts w:ascii="IM Fell English" w:hAnsi="IM Fell English"/>
          <w:color w:val="261411"/>
          <w:sz w:val="24"/>
        </w:rPr>
        <w:t xml:space="preserve"> monsters.” The last words were a whisper, laced with the shame of her previous assumptions.</w:t>
      </w:r>
    </w:p>
    <w:p>
      <w:r>
        <w:rPr>
          <w:rFonts w:ascii="IM Fell English" w:hAnsi="IM Fell English"/>
          <w:color w:val="261411"/>
          <w:sz w:val="24"/>
        </w:rPr>
        <w:t xml:space="preserve">Finn stared at her, his brow furrowed in a way that made his usually smooth forehead look like a miniature mountain range. “Hunted? By </w:t>
      </w:r>
      <w:r>
        <w:rPr>
          <w:rFonts w:ascii="IM Fell English" w:hAnsi="IM Fell English"/>
          <w:i/>
          <w:color w:val="261411"/>
          <w:sz w:val="24"/>
        </w:rPr>
        <w:t>humans</w:t>
      </w:r>
      <w:r>
        <w:rPr>
          <w:rFonts w:ascii="IM Fell English" w:hAnsi="IM Fell English"/>
          <w:color w:val="261411"/>
          <w:sz w:val="24"/>
        </w:rPr>
        <w:t xml:space="preserve">? But… if they know about us, why would they hunt him? It doesn’t make sense. Humans are supposed to be the ones we hide </w:t>
      </w:r>
      <w:r>
        <w:rPr>
          <w:rFonts w:ascii="IM Fell English" w:hAnsi="IM Fell English"/>
          <w:i/>
          <w:color w:val="261411"/>
          <w:sz w:val="24"/>
        </w:rPr>
        <w:t>from</w:t>
      </w:r>
      <w:r>
        <w:rPr>
          <w:rFonts w:ascii="IM Fell English" w:hAnsi="IM Fell English"/>
          <w:color w:val="261411"/>
          <w:sz w:val="24"/>
        </w:rPr>
        <w:t xml:space="preserve">, not the ones who hunt </w:t>
      </w:r>
      <w:r>
        <w:rPr>
          <w:rFonts w:ascii="IM Fell English" w:hAnsi="IM Fell English"/>
          <w:i/>
          <w:color w:val="261411"/>
          <w:sz w:val="24"/>
        </w:rPr>
        <w:t>each other</w:t>
      </w:r>
      <w:r>
        <w:rPr>
          <w:rFonts w:ascii="IM Fell English" w:hAnsi="IM Fell English"/>
          <w:color w:val="261411"/>
          <w:sz w:val="24"/>
        </w:rPr>
        <w:t xml:space="preserve"> over… this.” He gestured vaguely, encompassing the hidden town, the magic, everything.</w:t>
      </w:r>
    </w:p>
    <w:p>
      <w:r>
        <w:rPr>
          <w:rFonts w:ascii="IM Fell English" w:hAnsi="IM Fell English"/>
          <w:color w:val="261411"/>
          <w:sz w:val="24"/>
        </w:rPr>
        <w:t>“That’s just it, Finn. Not all humans are like the stories. Dylan isn’t. He’s… kind. He was scared, but he told me. He showed me that he understands. That he’s not here to hurt us. He’s here because… well, because he has to be. And he’s alone.” The ache in her chest intensified. Dylan’s profound loneliness, which she’d sensed from the start, now felt like a tangible thing she carried with her.</w:t>
      </w:r>
    </w:p>
    <w:p>
      <w:r>
        <w:rPr>
          <w:rFonts w:ascii="IM Fell English" w:hAnsi="IM Fell English"/>
          <w:color w:val="261411"/>
          <w:sz w:val="24"/>
        </w:rPr>
        <w:t>Finn ran a hand through his shaggy, dark hair, his usual bluster replaced by a thoughtful frown. He was quiet for a long moment, the only sounds the brook’s gentle murmur and the distant rustling of leaves. “So, he’s like… a secret-keeper human? A mythic-sympathizer?” He said the last words with a bewildered air, as if tasting a strange new flavor.</w:t>
      </w:r>
    </w:p>
    <w:p>
      <w:r>
        <w:rPr>
          <w:rFonts w:ascii="IM Fell English" w:hAnsi="IM Fell English"/>
          <w:color w:val="261411"/>
          <w:sz w:val="24"/>
        </w:rPr>
        <w:t>“Something like that,” Lyra confirmed, a flicker of hope igniting within her. Finn’s willingness to even consider the possibility, his quiet contemplation, was a victory in itself. “He’s in danger, Finn. Julian Thorne, the hunter, he’s coming for him. For his family.”</w:t>
      </w:r>
    </w:p>
    <w:p>
      <w:r>
        <w:rPr>
          <w:rFonts w:ascii="IM Fell English" w:hAnsi="IM Fell English"/>
          <w:color w:val="261411"/>
          <w:sz w:val="24"/>
        </w:rPr>
        <w:t>Finn winced at the name. Thorne was a whispered legend even amongst the more superstitious of Whisperfall’s inhabitants – a shadow that stalked the edges of their safe existence. “Thorne? Oh, by the thorny briars. That’s bad. Really bad. Elder Maeve will… well, you know Elder Maeve.”</w:t>
      </w:r>
    </w:p>
    <w:p>
      <w:r>
        <w:rPr>
          <w:rFonts w:ascii="IM Fell English" w:hAnsi="IM Fell English"/>
          <w:color w:val="261411"/>
          <w:sz w:val="24"/>
        </w:rPr>
        <w:t>Lyra did know. Elder Maeve’s stern pronouncements about human treachery were etched into her very being. The town leader saw Dylan as a Trojan horse, a symbol of the inevitable human intrusion that threatened their carefully guarded peace. Lyra could already picture Maeve’s disapproval, the tightening of her jaw, the cold pronouncements about safety and tradition.</w:t>
      </w:r>
    </w:p>
    <w:p>
      <w:r>
        <w:rPr>
          <w:rFonts w:ascii="IM Fell English" w:hAnsi="IM Fell English"/>
          <w:color w:val="261411"/>
          <w:sz w:val="24"/>
        </w:rPr>
        <w:t>“I know,” Lyra said, her gaze drifting towards the edge of the forest, towards the faint outline of the human settlement visible beyond their hidden boundary. “But Dylan… he’s not the enemy, Finn. He’s caught in the middle. Just like… well, just like I feel I am.”</w:t>
      </w:r>
    </w:p>
    <w:p>
      <w:r>
        <w:rPr>
          <w:rFonts w:ascii="IM Fell English" w:hAnsi="IM Fell English"/>
          <w:color w:val="261411"/>
          <w:sz w:val="24"/>
        </w:rPr>
        <w:t>Her confession hung in the air, raw and vulnerable. She’d always felt a deep connection to the natural world, a sense of belonging that was as intrinsic as her roots. But this attraction to Dylan, this burgeoning empathy for a human, was pulling her in a new direction, creating a fissure in her identity. She was a dryad, yes, a protector of Whisperfall. But she was also a creature of burgeoning emotions, of connections that defied logic and fear.</w:t>
      </w:r>
    </w:p>
    <w:p>
      <w:r>
        <w:rPr>
          <w:rFonts w:ascii="IM Fell English" w:hAnsi="IM Fell English"/>
          <w:color w:val="261411"/>
          <w:sz w:val="24"/>
        </w:rPr>
        <w:t>Finn nudged her gently with his elbow. “Hey. You’re not in the middle. You’re Lyra. You’re… you. And whatever complicated human mess Dylan’s in, you’re here. And I’m here. And if this Thorne guy is half as bad as they say, we’ll… we’ll figure something out.” He puffed out his chest, regaining a sliver of his usual bravado. “We’ll just have to be extra dramatic with our defenses. Maybe a surprise chorus of territorial sprites?”</w:t>
      </w:r>
    </w:p>
    <w:p>
      <w:r>
        <w:rPr>
          <w:rFonts w:ascii="IM Fell English" w:hAnsi="IM Fell English"/>
          <w:color w:val="261411"/>
          <w:sz w:val="24"/>
        </w:rPr>
        <w:t xml:space="preserve">Lyra smiled, a genuine, albeit watery, smile this time. Finn’s loyalty was a constant, a bright beacon in her swirling uncertainty. He might not fully grasp the nuances, might still be suspicious, but his unwavering support for </w:t>
      </w:r>
      <w:r>
        <w:rPr>
          <w:rFonts w:ascii="IM Fell English" w:hAnsi="IM Fell English"/>
          <w:i/>
          <w:color w:val="261411"/>
          <w:sz w:val="24"/>
        </w:rPr>
        <w:t>her</w:t>
      </w:r>
      <w:r>
        <w:rPr>
          <w:rFonts w:ascii="IM Fell English" w:hAnsi="IM Fell English"/>
          <w:color w:val="261411"/>
          <w:sz w:val="24"/>
        </w:rPr>
        <w:t xml:space="preserve"> was what mattered.</w:t>
      </w:r>
    </w:p>
    <w:p>
      <w:r>
        <w:rPr>
          <w:rFonts w:ascii="IM Fell English" w:hAnsi="IM Fell English"/>
          <w:color w:val="261411"/>
          <w:sz w:val="24"/>
        </w:rPr>
        <w:t xml:space="preserve">“Thank you, Finn,” she whispered, leaning her head against his shoulder for a brief moment. “I just… I don’t want him to be hunted. I don’t want them to find Whisperfall because of him. But I also… I don’t want </w:t>
      </w:r>
      <w:r>
        <w:rPr>
          <w:rFonts w:ascii="IM Fell English" w:hAnsi="IM Fell English"/>
          <w:i/>
          <w:color w:val="261411"/>
          <w:sz w:val="24"/>
        </w:rPr>
        <w:t>him</w:t>
      </w:r>
      <w:r>
        <w:rPr>
          <w:rFonts w:ascii="IM Fell English" w:hAnsi="IM Fell English"/>
          <w:color w:val="261411"/>
          <w:sz w:val="24"/>
        </w:rPr>
        <w:t xml:space="preserve"> to be hurt.”</w:t>
      </w:r>
    </w:p>
    <w:p>
      <w:r>
        <w:rPr>
          <w:rFonts w:ascii="IM Fell English" w:hAnsi="IM Fell English"/>
          <w:color w:val="261411"/>
          <w:sz w:val="24"/>
        </w:rPr>
        <w:t>The internal struggle was a knot in her stomach. Elder Maeve’s warnings, etched in centuries of mythic trauma, warred with the gentle curiosity and burgeoning affection she felt for Dylan. The terrifying legends of human cruelty felt so distant when she looked into Dylan’s solitary eyes. She saw not a predator, but a fellow exile, a soul adrift.</w:t>
      </w:r>
    </w:p>
    <w:p>
      <w:r>
        <w:rPr>
          <w:rFonts w:ascii="IM Fell English" w:hAnsi="IM Fell English"/>
          <w:color w:val="261411"/>
          <w:sz w:val="24"/>
        </w:rPr>
        <w:t>And if Dylan, a human, could see the magic in the world, could appreciate the delicate balance of Whisperfall, then perhaps… perhaps there was a chance. A terrifying, precarious, beautiful chance for something more than just hiding. A chance for coexistence.</w:t>
      </w:r>
    </w:p>
    <w:p>
      <w:r>
        <w:rPr>
          <w:rFonts w:ascii="IM Fell English" w:hAnsi="IM Fell English"/>
          <w:color w:val="261411"/>
          <w:sz w:val="24"/>
        </w:rPr>
        <w:t xml:space="preserve">The thought, once unthinkable, now bloomed in her mind like a moonflower unfurling in the night. It was a dangerous thought, one that could shatter the fragile peace of Whisperfall. But it was also a hopeful one. A thought that Dylan had planted, a seed of possibility in the rich, fertile soil of her heart. She looked at Finn, at his earnest, slightly bewildered face. He was a symbol of her world, a representation of its fears and traditions. But he was also her friend, and he believed in </w:t>
      </w:r>
      <w:r>
        <w:rPr>
          <w:rFonts w:ascii="IM Fell English" w:hAnsi="IM Fell English"/>
          <w:i/>
          <w:color w:val="261411"/>
          <w:sz w:val="24"/>
        </w:rPr>
        <w:t>her</w:t>
      </w:r>
      <w:r>
        <w:rPr>
          <w:rFonts w:ascii="IM Fell English" w:hAnsi="IM Fell English"/>
          <w:color w:val="261411"/>
          <w:sz w:val="24"/>
        </w:rPr>
        <w:t>. And that was enough to give her hope—she might bridge the divide between their worlds, protect Dylan, and in turn safeguard a part of herself she was only beginning to uncover. She had to try. She needed to protect him, shield his truth—not just for his sake, but for the fragile hope of a future where the forest’s whispers and the quiet steps of understanding humans could coexist without fear.</w:t>
      </w:r>
    </w:p>
    <w:p>
      <w:r>
        <w:rPr>
          <w:rFonts w:ascii="IM Fell English" w:hAnsi="IM Fell English"/>
          <w:color w:val="261411"/>
          <w:sz w:val="24"/>
        </w:rPr>
        <w:t>Navigating the Mythological Underbelly</w:t>
      </w:r>
    </w:p>
    <w:p>
      <w:r>
        <w:rPr>
          <w:rFonts w:ascii="IM Fell English" w:hAnsi="IM Fell English"/>
          <w:color w:val="261411"/>
          <w:sz w:val="24"/>
        </w:rPr>
        <w:t xml:space="preserve">Lyra’s heart still thrummed with a wild, disbelieving rhythm against her ribs. Dylan. Not just a human, but </w:t>
      </w:r>
      <w:r>
        <w:rPr>
          <w:rFonts w:ascii="IM Fell English" w:hAnsi="IM Fell English"/>
          <w:i/>
          <w:color w:val="261411"/>
          <w:sz w:val="24"/>
        </w:rPr>
        <w:t>one of them</w:t>
      </w:r>
      <w:r>
        <w:rPr>
          <w:rFonts w:ascii="IM Fell English" w:hAnsi="IM Fell English"/>
          <w:color w:val="261411"/>
          <w:sz w:val="24"/>
        </w:rPr>
        <w:t>. One of the whispered-about few who knew. And hunted. The words echoed in her mind, a stark contrast to the gentle sincerity in his eyes. The legends, the cautionary tales Elder Maeve had woven into the very fabric of her childhood, dissolved like mist in the sun. He was real. And he was here.</w:t>
      </w:r>
    </w:p>
    <w:p>
      <w:r>
        <w:rPr>
          <w:rFonts w:ascii="IM Fell English" w:hAnsi="IM Fell English"/>
          <w:color w:val="261411"/>
          <w:sz w:val="24"/>
        </w:rPr>
        <w:t>“It’s… a lot, isn’t it?” Dylan’s voice, still soft, broke the stunned silence that had fallen between them in the dappled sunlight of the woods bordering Bramblewood cottage. He hadn’t moved closer, his gaze fixed on a dewdrop clinging precariously to a spiderweb, as if the intricate architecture of nature held more answers than his own complicated existence.</w:t>
      </w:r>
    </w:p>
    <w:p>
      <w:r>
        <w:rPr>
          <w:rFonts w:ascii="IM Fell English" w:hAnsi="IM Fell English"/>
          <w:color w:val="261411"/>
          <w:sz w:val="24"/>
        </w:rPr>
        <w:t>Lyra finally managed a nod, her fingers twitching, a phantom urge to touch the rough bark of a nearby oak, to ground herself. “A lot,” she echoed, the word feeling woefully inadequate. “I thought… I always thought humans were just… stories. Boogeymen.”</w:t>
      </w:r>
    </w:p>
    <w:p>
      <w:r>
        <w:rPr>
          <w:rFonts w:ascii="IM Fell English" w:hAnsi="IM Fell English"/>
          <w:color w:val="261411"/>
          <w:sz w:val="24"/>
        </w:rPr>
        <w:t>Dylan offered a ghost of a smile, a fleeting shadow that deepened the lines of loneliness around his eyes. “We’re not all hunters, Lyra. Not all of us want to burn down what we don’t understand.” He finally met her gaze, a raw vulnerability in his expression. “There are others like me. We… try to keep our heads down. To live alongside, not against. But the others… they don’t like that. They see us as traitors. Or worse, as fuel for their own crusade.”</w:t>
      </w:r>
    </w:p>
    <w:p>
      <w:r>
        <w:rPr>
          <w:rFonts w:ascii="IM Fell English" w:hAnsi="IM Fell English"/>
          <w:color w:val="261411"/>
          <w:sz w:val="24"/>
        </w:rPr>
        <w:t>The weight of his unspoken burden settled onto Lyra’s shoulders. This wasn’t just about her sheltered life in Whisperfall; it was about a hidden war, a secret struggle played out in the shadows of the human world. Her world, until now, had been defined by the safety of its isolation. Now, it felt… porous.</w:t>
      </w:r>
    </w:p>
    <w:p>
      <w:r>
        <w:rPr>
          <w:rFonts w:ascii="IM Fell English" w:hAnsi="IM Fell English"/>
          <w:color w:val="261411"/>
          <w:sz w:val="24"/>
        </w:rPr>
        <w:t>“So,” Lyra began, her voice still a little shaky, “you came here… to hide?”</w:t>
      </w:r>
    </w:p>
    <w:p>
      <w:r>
        <w:rPr>
          <w:rFonts w:ascii="IM Fell English" w:hAnsi="IM Fell English"/>
          <w:color w:val="261411"/>
          <w:sz w:val="24"/>
        </w:rPr>
        <w:t>Dylan hesitated, his gaze sweeping over the verdant canopy above them. “Partly. My family… we heard whispers of a place where things were different. Where the old ways still held sway. A sanctuary. We thought… maybe it was a myth, like the stories you tell about us. But… your town is real.” He looked back at her, his gaze intense. “And you, Lyra… you’re more real than anything I’ve ever known.”</w:t>
      </w:r>
    </w:p>
    <w:p>
      <w:r>
        <w:rPr>
          <w:rFonts w:ascii="IM Fell English" w:hAnsi="IM Fell English"/>
          <w:color w:val="261411"/>
          <w:sz w:val="24"/>
        </w:rPr>
        <w:t>A blush, warmer than the sun on her skin, bloomed across Lyra’s cheeks. His confession, his vulnerability, was a potent elixir, far more intoxicating than the illicit thrill of forbidden curiosity. She wanted to know everything. She wanted to understand the world from which he’d emerged, the world that had shaped his quiet intensity, his profound sadness.</w:t>
      </w:r>
    </w:p>
    <w:p>
      <w:r>
        <w:rPr>
          <w:rFonts w:ascii="IM Fell English" w:hAnsi="IM Fell English"/>
          <w:color w:val="261411"/>
          <w:sz w:val="24"/>
        </w:rPr>
        <w:t>“My world,” Lyra murmured, “is mostly… quiet. And green. And old trees. But Whisperfall… it’s more than just dryads and my kind. There are… others.” She hesitated, the words feeling clumsy on her tongue. “Satyrs, centaurs, fae… we all live here. Together. Like people. But we have to be careful.”</w:t>
      </w:r>
    </w:p>
    <w:p>
      <w:r>
        <w:rPr>
          <w:rFonts w:ascii="IM Fell English" w:hAnsi="IM Fell English"/>
          <w:color w:val="261411"/>
          <w:sz w:val="24"/>
        </w:rPr>
        <w:t>Dylan’s eyes widened, a flicker of genuine wonder replacing the usual melancholy. “You mean… it’s real? Not just stories to scare the younglings?”</w:t>
      </w:r>
    </w:p>
    <w:p>
      <w:r>
        <w:rPr>
          <w:rFonts w:ascii="IM Fell English" w:hAnsi="IM Fell English"/>
          <w:color w:val="261411"/>
          <w:sz w:val="24"/>
        </w:rPr>
        <w:t>Lyra’s lips curved into a small, tentative smile. “Oh, it’s real. Finn, my best friend, he’s a satyr. He’d tell you all about it, probably with a lot of dramatic hoof-stomping.”</w:t>
      </w:r>
    </w:p>
    <w:p>
      <w:r>
        <w:rPr>
          <w:rFonts w:ascii="IM Fell English" w:hAnsi="IM Fell English"/>
          <w:color w:val="261411"/>
          <w:sz w:val="24"/>
        </w:rPr>
        <w:t>Dylan chuckled, a low, rumbling sound that vibrated pleasantly in the air. “I’d like to meet him. And see all of it.” He looked at her, a question in his eyes. “If you’d show me. I know I’m… the threat. The walking paradox. But maybe… maybe seeing it, understanding it… it might help.”</w:t>
      </w:r>
    </w:p>
    <w:p>
      <w:r>
        <w:rPr>
          <w:rFonts w:ascii="IM Fell English" w:hAnsi="IM Fell English"/>
          <w:color w:val="261411"/>
          <w:sz w:val="24"/>
        </w:rPr>
        <w:t>A thrill, sharp and exhilarating, shot through Lyra. This was it. The leap. The step beyond the familiar, into the unknown, with Dylan as her guide. “I can show you,” she said, her voice gaining a newfound confidence. “But you have to promise me something.”</w:t>
      </w:r>
    </w:p>
    <w:p>
      <w:r>
        <w:rPr>
          <w:rFonts w:ascii="IM Fell English" w:hAnsi="IM Fell English"/>
          <w:color w:val="261411"/>
          <w:sz w:val="24"/>
        </w:rPr>
        <w:t>Dylan’s gaze was steady. “Anything.”</w:t>
      </w:r>
    </w:p>
    <w:p>
      <w:r>
        <w:rPr>
          <w:rFonts w:ascii="IM Fell English" w:hAnsi="IM Fell English"/>
          <w:color w:val="261411"/>
          <w:sz w:val="24"/>
        </w:rPr>
        <w:t>“You have to be careful. And… and you have to trust me.” She took a breath. “And I have to trust you.”</w:t>
      </w:r>
    </w:p>
    <w:p>
      <w:r>
        <w:rPr>
          <w:rFonts w:ascii="IM Fell English" w:hAnsi="IM Fell English"/>
          <w:color w:val="261411"/>
          <w:sz w:val="24"/>
        </w:rPr>
        <w:t>He reached out, his fingers brushing hers, a fleeting contact that sent a jolt of electricity through her. It was the first time he had initiated physical touch, and it felt both terrifying and utterly right. “I promise, Lyra.”</w:t>
      </w:r>
    </w:p>
    <w:p>
      <w:r>
        <w:rPr>
          <w:rFonts w:ascii="IM Fell English" w:hAnsi="IM Fell English"/>
          <w:color w:val="261411"/>
          <w:sz w:val="24"/>
        </w:rPr>
        <w:t>Their exploration began tentatively. Dylan, ever the observer, absorbed everything with a quiet intensity. Lyra found herself pointing out the subtle shifts in the forest floor, the way the moss clung to the ancient stones of forgotten pathways, the whispered secrets carried on the wind. She spoke of the communal hearth in the village center, a place where dryads shared stories with centaurs and satyrs traded gossip. She led him past the shimmering, almost invisible veil that marked the true edge of Whisperfall, a boundary that kept the mundane world at bay.</w:t>
      </w:r>
    </w:p>
    <w:p>
      <w:r>
        <w:rPr>
          <w:rFonts w:ascii="IM Fell English" w:hAnsi="IM Fell English"/>
          <w:color w:val="261411"/>
          <w:sz w:val="24"/>
        </w:rPr>
        <w:t>“This is where the Fae gather,” she whispered, gesturing towards a grove of luminous moonpetal flowers that only bloomed under the cloak of night. “Their laughter is said to mend broken hearts, but their mischief can lead you astray.”</w:t>
      </w:r>
    </w:p>
    <w:p>
      <w:r>
        <w:rPr>
          <w:rFonts w:ascii="IM Fell English" w:hAnsi="IM Fell English"/>
          <w:color w:val="261411"/>
          <w:sz w:val="24"/>
        </w:rPr>
        <w:t>Dylan trailed a finger along the petals, his expression one of pure awe. “It’s… beautiful. So much more… vibrant than I imagined. I’ve only seen glimpses. From afar. Always fearing discovery.” He looked at Lyra, his eyes alight with a newfound curiosity. “What about the sirens? Are they as… enchanting as the legends say?”</w:t>
      </w:r>
    </w:p>
    <w:p>
      <w:r>
        <w:rPr>
          <w:rFonts w:ascii="IM Fell English" w:hAnsi="IM Fell English"/>
          <w:color w:val="261411"/>
          <w:sz w:val="24"/>
        </w:rPr>
        <w:t>Lyra laughed, a clear, bell-like sound that echoed through the trees. “Oh, they’re enchanting, alright. They run the bakery down by the Whispering Falls. Their bread is legendary. But their singing… that’s for the water, mostly. Though sometimes, on a quiet evening, you can hear it drifting down the valley. It makes the river sparkle.”</w:t>
      </w:r>
    </w:p>
    <w:p>
      <w:r>
        <w:rPr>
          <w:rFonts w:ascii="IM Fell English" w:hAnsi="IM Fell English"/>
          <w:color w:val="261411"/>
          <w:sz w:val="24"/>
        </w:rPr>
        <w:t>They wandered through the cobbled streets of Whisperfall, the familiar sights now imbued with a new significance. A stately centaur, his horse-human form commanding, bowed his head in greeting as they passed. Lyra introduced Dylan to a nimble sprite who tended the town’s market stall, her wings a blur of iridescent color as she haggled with a gruff dwarf over the price of enchanted mushrooms. Dylan’s quiet nods and polite smiles were met with a mixture of apprehension and cautious curiosity from the townsfolk, but Lyra’s presence seemed to act as a subtle shield. She saw the wary glances, the whispered conversations that ceased when they approached, but for the first time, she felt a flicker of defiance. These were her neighbors, her community, and Dylan was her… friend. More than friend.</w:t>
      </w:r>
    </w:p>
    <w:p>
      <w:r>
        <w:rPr>
          <w:rFonts w:ascii="IM Fell English" w:hAnsi="IM Fell English"/>
          <w:color w:val="261411"/>
          <w:sz w:val="24"/>
        </w:rPr>
        <w:t>“They’re scared,” Dylan observed, his voice low as they passed a group of gossiping fae who quickly scattered. “Understandably so.”</w:t>
      </w:r>
    </w:p>
    <w:p>
      <w:r>
        <w:rPr>
          <w:rFonts w:ascii="IM Fell English" w:hAnsi="IM Fell English"/>
          <w:color w:val="261411"/>
          <w:sz w:val="24"/>
        </w:rPr>
        <w:t>“It’s the stories,” Lyra explained, her voice tinged with regret. “The way humans have treated us, throughout history. It’s ingrained. The fear runs deep.” She paused, glancing at him. “I don’t… I don’t know how to make them see you’re different.”</w:t>
      </w:r>
    </w:p>
    <w:p>
      <w:r>
        <w:rPr>
          <w:rFonts w:ascii="IM Fell English" w:hAnsi="IM Fell English"/>
          <w:color w:val="261411"/>
          <w:sz w:val="24"/>
        </w:rPr>
        <w:t>Dylan’s jaw tightened almost imperceptibly. “I know. And I wouldn’t blame them if they didn’t want me here. But I’m not the enemy, Lyra. And I won’t let them hurt you, or Whisperfall.”</w:t>
      </w:r>
    </w:p>
    <w:p>
      <w:r>
        <w:rPr>
          <w:rFonts w:ascii="IM Fell English" w:hAnsi="IM Fell English"/>
          <w:color w:val="261411"/>
          <w:sz w:val="24"/>
        </w:rPr>
        <w:t>Their bond deepened with each shared glance, each whispered secret. Dylan’s loneliness seemed to dissipate in Lyra’s presence, replaced by a quiet contentment she found herself cherishing. He told her of his sect’s solitary existence, of the constant vigilance, of the dwindling hope for peace. He spoke of his mother, a woman of immense strength, and his father, burdened by a past he rarely shared. He spoke of the shame he felt for being human, for carrying the legacy of his species’ cruelty, and Lyra found herself wanting to wash it all away with her gentle presence.</w:t>
      </w:r>
    </w:p>
    <w:p>
      <w:r>
        <w:rPr>
          <w:rFonts w:ascii="IM Fell English" w:hAnsi="IM Fell English"/>
          <w:color w:val="261411"/>
          <w:sz w:val="24"/>
        </w:rPr>
        <w:t>One evening, as they sat by the edge of Bramblewood, the setting sun painting the sky in hues of orange and lavender, Lyra confessed her deepest fear. “What if… what if this is too dangerous? For both of us? What if my being with you… puts Whisperfall at risk?”</w:t>
      </w:r>
    </w:p>
    <w:p>
      <w:r>
        <w:rPr>
          <w:rFonts w:ascii="IM Fell English" w:hAnsi="IM Fell English"/>
          <w:color w:val="261411"/>
          <w:sz w:val="24"/>
        </w:rPr>
        <w:t>Dylan took her hand, his grip firm and reassuring. “We’ll face it together, Lyra. We have to. Because… because I can’t imagine going back to a world without you in it.” He looked out at the darkening horizon, a pensive frown creasing his brow. “And I feel it too, Lyra. Something… shifting. It’s not just your people’s fear. It’s something else. Something darker.”</w:t>
      </w:r>
    </w:p>
    <w:p>
      <w:r>
        <w:rPr>
          <w:rFonts w:ascii="IM Fell English" w:hAnsi="IM Fell English"/>
          <w:color w:val="261411"/>
          <w:sz w:val="24"/>
        </w:rPr>
        <w:t>Lyra shivered, a prickle of unease running down her spine. She’d dismissed it before as her own anxiety, the residual fear of the unknown. But Dylan’s words resonated with a deeper truth. A subtle discord had entered the otherwise harmonious hum of Whisperfall. A feeling of being watched, of a storm gathering just beyond their idyllic borders. The woods, usually so welcoming, now seemed to hold their breath, a silent harbinger of unseen trouble.</w:t>
      </w:r>
    </w:p>
    <w:p>
      <w:r>
        <w:rPr>
          <w:rFonts w:ascii="IM Fell English" w:hAnsi="IM Fell English"/>
          <w:color w:val="261411"/>
          <w:sz w:val="24"/>
        </w:rPr>
        <w:t xml:space="preserve">The air in Whisperfall, usually thick with the sweet scent of blooming moonpetal and damp earth, now carried a subtle undercurrent of unease. Lyra walked beside Dylan, her bare feet barely disturbing the mossy path that wound deeper into the Bramblewood, the ancient forest that cradled their town. It felt as though the trees themselves were holding their breath, their leaves rustling with a nervous whisper. This wasn't the playful, sun-dappled exploration she’d imagined when Dylan had first offered to show her </w:t>
      </w:r>
      <w:r>
        <w:rPr>
          <w:rFonts w:ascii="IM Fell English" w:hAnsi="IM Fell English"/>
          <w:i/>
          <w:color w:val="261411"/>
          <w:sz w:val="24"/>
        </w:rPr>
        <w:t>his</w:t>
      </w:r>
      <w:r>
        <w:rPr>
          <w:rFonts w:ascii="IM Fell English" w:hAnsi="IM Fell English"/>
          <w:color w:val="261411"/>
          <w:sz w:val="24"/>
        </w:rPr>
        <w:t xml:space="preserve"> Whisperfall, the one beyond the town’s familiar, meticulously guarded borders. This was an unveiling, a hesitant peeling back of layers, and with each new revelation, Lyra felt a knot of apprehension tighten in her chest.</w:t>
      </w:r>
    </w:p>
    <w:p>
      <w:r>
        <w:rPr>
          <w:rFonts w:ascii="IM Fell English" w:hAnsi="IM Fell English"/>
          <w:color w:val="261411"/>
          <w:sz w:val="24"/>
        </w:rPr>
        <w:t xml:space="preserve">Dylan, usually so reserved, was a different person out here. His quiet demeanor softened, replaced by a confident awareness of his surroundings. He pointed out hidden hollows where sprites nested, the iridescent shimmer of a water nymph’s scale clinging to a dewdrop, and the almost invisible threads spun by nocturnal weavers, vital for the town’s protective enchantments. He spoke with a quiet reverence, a language Lyra understood innately, but his words held a layer of experience, of being </w:t>
      </w:r>
      <w:r>
        <w:rPr>
          <w:rFonts w:ascii="IM Fell English" w:hAnsi="IM Fell English"/>
          <w:i/>
          <w:color w:val="261411"/>
          <w:sz w:val="24"/>
        </w:rPr>
        <w:t>part</w:t>
      </w:r>
      <w:r>
        <w:rPr>
          <w:rFonts w:ascii="IM Fell English" w:hAnsi="IM Fell English"/>
          <w:color w:val="261411"/>
          <w:sz w:val="24"/>
        </w:rPr>
        <w:t xml:space="preserve"> of this hidden world, that both thrilled and terrified her.</w:t>
      </w:r>
    </w:p>
    <w:p>
      <w:r>
        <w:rPr>
          <w:rFonts w:ascii="IM Fell English" w:hAnsi="IM Fell English"/>
          <w:color w:val="261411"/>
          <w:sz w:val="24"/>
        </w:rPr>
        <w:t>“This is where the Glowmoss grows,” Dylan murmured, leading her to a shadowed alcove where a soft, ethereal light pulsed from a cluster of luminescent fungi. “It’s potent. Used in healing poultices, but also… other things. Stuff that requires a bit more secrecy.” He glanced at her, his gaze searching. “In my world, the knowledge of these things is dangerous. People… they covet it, or they fear it enough to want to destroy it.”</w:t>
      </w:r>
    </w:p>
    <w:p>
      <w:r>
        <w:rPr>
          <w:rFonts w:ascii="IM Fell English" w:hAnsi="IM Fell English"/>
          <w:color w:val="261411"/>
          <w:sz w:val="24"/>
        </w:rPr>
        <w:t>Lyra reached out, her fingers hovering inches from the Glowmoss, feeling its faint warmth. She understood that fear, she’d been raised on it. But seeing Dylan here, so at ease, so deeply connected to the very magic he spoke of being hunted for, twisted her understanding. He wasn’t a monster; he was… a keeper of secrets, much like the ancient trees themselves.</w:t>
      </w:r>
    </w:p>
    <w:p>
      <w:r>
        <w:rPr>
          <w:rFonts w:ascii="IM Fell English" w:hAnsi="IM Fell English"/>
          <w:color w:val="261411"/>
          <w:sz w:val="24"/>
        </w:rPr>
        <w:t>“My grandmother used to tell stories,” Lyra confessed, her voice barely a breath. “About humans who hunted us. But they were just stories, to keep us safe, to remind us why we stay hidden.”</w:t>
      </w:r>
    </w:p>
    <w:p>
      <w:r>
        <w:rPr>
          <w:rFonts w:ascii="IM Fell English" w:hAnsi="IM Fell English"/>
          <w:color w:val="261411"/>
          <w:sz w:val="24"/>
        </w:rPr>
        <w:t xml:space="preserve">Dylan’s jaw tightened almost imperceptibly. “Not all stories are just stories, Lyra.” He stopped, turning to face her fully. The dappled sunlight caught the flecks of gold in his eyes. “My family… we’re not like them. We don’t hunt. We don’t fear what we don’t understand. We try to… coexist. But that makes us targets too. For them.” He gestured vaguely towards the unseen world beyond Whisperfall. “And for some who live here, who believe </w:t>
      </w:r>
      <w:r>
        <w:rPr>
          <w:rFonts w:ascii="IM Fell English" w:hAnsi="IM Fell English"/>
          <w:i/>
          <w:color w:val="261411"/>
          <w:sz w:val="24"/>
        </w:rPr>
        <w:t>any</w:t>
      </w:r>
      <w:r>
        <w:rPr>
          <w:rFonts w:ascii="IM Fell English" w:hAnsi="IM Fell English"/>
          <w:color w:val="261411"/>
          <w:sz w:val="24"/>
        </w:rPr>
        <w:t xml:space="preserve"> human presence is a threat.”</w:t>
      </w:r>
    </w:p>
    <w:p>
      <w:r>
        <w:rPr>
          <w:rFonts w:ascii="IM Fell English" w:hAnsi="IM Fell English"/>
          <w:color w:val="261411"/>
          <w:sz w:val="24"/>
        </w:rPr>
        <w:t>Lyra’s heart thudded against her ribs. She knew who he meant. Elder Maeve. The formidable matriarch, whose stern gaze seemed to hold the weight of generations of caution. Lyra’s own loyalty to Maeve warred with the undeniable pull she felt towards Dylan, and the growing realization that the world was far more complex, and far more dangerous, than she’d ever imagined.</w:t>
      </w:r>
    </w:p>
    <w:p>
      <w:r>
        <w:rPr>
          <w:rFonts w:ascii="IM Fell English" w:hAnsi="IM Fell English"/>
          <w:color w:val="261411"/>
          <w:sz w:val="24"/>
        </w:rPr>
        <w:t>Their tentative explorations continued for several more days, each one a clandestine meeting, a stolen moment stolen from the watchful eyes of Whisperfall. Lyra learned about the intricate ley line network beneath the earth, the silent language of wind chimes signaling Fae couriers, and hidden tunnel entrances linking different parts of the town. Dylan revealed a world of quiet magic, subtle energies, and a precarious balance that was constantly being tested. He showed her how certain flowers bloomed only under specific constellations, how river spirits hummed ancient melodies to calm troubled minds, and how the soil beneath their feet pulsed with a consciousness Lyra had always felt but never fully grasped.</w:t>
      </w:r>
    </w:p>
    <w:p>
      <w:r>
        <w:rPr>
          <w:rFonts w:ascii="IM Fell English" w:hAnsi="IM Fell English"/>
          <w:color w:val="261411"/>
          <w:sz w:val="24"/>
        </w:rPr>
        <w:t>With each shared secret, Lyra found herself falling deeper, her initial fear giving way to a heady mix of fascination and a fierce, protective instinct. Dylan’s quiet loneliness began to chip away at her own naivete, revealing a vulnerability that resonated deeply within her. She saw the burden he carried, the constant vigilance he maintained, and her heart ached for him. This was no longer just a forbidden crush; it was a burgeoning, profound connection that felt as natural and as vital as the sunlight filtering through the leaves.</w:t>
      </w:r>
    </w:p>
    <w:p>
      <w:r>
        <w:rPr>
          <w:rFonts w:ascii="IM Fell English" w:hAnsi="IM Fell English"/>
          <w:color w:val="261411"/>
          <w:sz w:val="24"/>
        </w:rPr>
        <w:t>But as their bond deepened, so did the unease that had begun to settle over Whisperfall. It started subtly. Lyra noticed the moonpetals, usually vibrant and overflowing, seemed to droop slightly, their intoxicating perfume muted. Finn, ever the drama queen, had complained that his favorite patch of sun-dappled clover was inexplicably wilting. Then, the whispers began. A dislodged stone in the ancient protective ward at the northern border, a flicker of an enchantment that usually held steady.</w:t>
      </w:r>
    </w:p>
    <w:p>
      <w:r>
        <w:rPr>
          <w:rFonts w:ascii="IM Fell English" w:hAnsi="IM Fell English"/>
          <w:color w:val="261411"/>
          <w:sz w:val="24"/>
        </w:rPr>
        <w:t>One afternoon, while Lyra was tending to a patch of herbs near the edge of town, she heard a frantic bleating. A young fawn, its eyes wide with terror, stumbled out of the undergrowth, its flank marked by a strange, dark stain. It wasn’t the clean, decisive mark of a predator; it was something viscous and unnatural, and it seemed to be spreading, like a blight. Lyra, her dryad instincts kicking in, rushed to its aid, but the fawn, wild with fear, bolted back into the woods. She stood there, a chilling premonition settling over her. Something was wrong.</w:t>
      </w:r>
    </w:p>
    <w:p>
      <w:r>
        <w:rPr>
          <w:rFonts w:ascii="IM Fell English" w:hAnsi="IM Fell English"/>
          <w:color w:val="261411"/>
          <w:sz w:val="24"/>
        </w:rPr>
        <w:t>Later that evening, as Lyra sat with Finn near the whispering creek, sharing a bowl of berries, he nudged her with an elbow. “Did you see old Mrs. Gable’s garden?” he asked, his voice laced with concern. “Her prize-winning nightshade looks like it’s been… sick. Properly sick. And the river sprites were unusually quiet today. Didn’t even hum a single welcome as I passed.”</w:t>
      </w:r>
    </w:p>
    <w:p>
      <w:r>
        <w:rPr>
          <w:rFonts w:ascii="IM Fell English" w:hAnsi="IM Fell English"/>
          <w:color w:val="261411"/>
          <w:sz w:val="24"/>
        </w:rPr>
        <w:t>Lyra traced the rim of the berry bowl, her gaze distant. “I saw a fawn, Finn. Hurt. In a strange way.”</w:t>
      </w:r>
    </w:p>
    <w:p>
      <w:r>
        <w:rPr>
          <w:rFonts w:ascii="IM Fell English" w:hAnsi="IM Fell English"/>
          <w:color w:val="261411"/>
          <w:sz w:val="24"/>
        </w:rPr>
        <w:t>Finn’s boisterous energy faltered, replaced by a flicker of genuine worry. He’d seen Lyra’s growing attachment to Dylan, and while he’d grumbled about it, he’d also seen the way Lyra’s eyes lit up when she spoke of him. But this… this felt different. This felt like a shadow creeping into their hidden haven.</w:t>
      </w:r>
    </w:p>
    <w:p>
      <w:r>
        <w:rPr>
          <w:rFonts w:ascii="IM Fell English" w:hAnsi="IM Fell English"/>
          <w:color w:val="261411"/>
          <w:sz w:val="24"/>
        </w:rPr>
        <w:t>The unease culminated during one of Lyra’s clandestine meetings with Dylan. They were in a secluded grove, the air thick with the scent of pine and damp earth, when a sudden, violent gust of wind ripped through the trees. The leaves swirled in a chaotic frenzy, and the protective wards woven into the very fabric of the grove flickered erratically, like a dying flame. Dylan, his face hardening, immediately scanned their surroundings.</w:t>
      </w:r>
    </w:p>
    <w:p>
      <w:r>
        <w:rPr>
          <w:rFonts w:ascii="IM Fell English" w:hAnsi="IM Fell English"/>
          <w:color w:val="261411"/>
          <w:sz w:val="24"/>
        </w:rPr>
        <w:t>“We need to go,” he said, his voice tight with urgency. “Now.”</w:t>
      </w:r>
    </w:p>
    <w:p>
      <w:r>
        <w:rPr>
          <w:rFonts w:ascii="IM Fell English" w:hAnsi="IM Fell English"/>
          <w:color w:val="261411"/>
          <w:sz w:val="24"/>
        </w:rPr>
        <w:t>As they scrambled back towards the town’s familiar glow, a sharp, authoritative voice echoed through the trees. “Lyra! What is the meaning of this?”</w:t>
      </w:r>
    </w:p>
    <w:p>
      <w:r>
        <w:rPr>
          <w:rFonts w:ascii="IM Fell English" w:hAnsi="IM Fell English"/>
          <w:color w:val="261411"/>
          <w:sz w:val="24"/>
        </w:rPr>
        <w:t>Lyra’s heart sank. Elder Maeve stood at the edge of the grove, her face a mask of stern disapproval, her eyes fixing on Dylan with undisguised suspicion. Beside her, a group of older dryads, their faces etched with the same worry, observed the scene.</w:t>
      </w:r>
    </w:p>
    <w:p>
      <w:r>
        <w:rPr>
          <w:rFonts w:ascii="IM Fell English" w:hAnsi="IM Fell English"/>
          <w:color w:val="261411"/>
          <w:sz w:val="24"/>
        </w:rPr>
        <w:t>“Elder Maeve,” Lyra began, her voice trembling slightly, “Dylan was just showing me…”</w:t>
      </w:r>
    </w:p>
    <w:p>
      <w:r>
        <w:rPr>
          <w:rFonts w:ascii="IM Fell English" w:hAnsi="IM Fell English"/>
          <w:color w:val="261411"/>
          <w:sz w:val="24"/>
        </w:rPr>
        <w:t>“Showing you what, Lyra?” Maeve interrupted, her voice cutting through the rustling leaves. “Showing you how to disrupt the very foundations of our sanctuary? These… occurrences… they started the moment this human began to linger.” She gestured towards Dylan, her disdain palpable. “His presence is a blight. A disruption. And you, Lyra, are playing with fire.”</w:t>
      </w:r>
    </w:p>
    <w:p>
      <w:r>
        <w:rPr>
          <w:rFonts w:ascii="IM Fell English" w:hAnsi="IM Fell English"/>
          <w:color w:val="261411"/>
          <w:sz w:val="24"/>
        </w:rPr>
        <w:t>Dylan stepped forward, placing himself slightly in front of Lyra. “Elder Maeve,” he said, his voice calm but firm, “I understand your concerns. But the problems in Whisperfall are not solely my doing. There are other forces at play. Forces that have been tracking me.”</w:t>
      </w:r>
    </w:p>
    <w:p>
      <w:r>
        <w:rPr>
          <w:rFonts w:ascii="IM Fell English" w:hAnsi="IM Fell English"/>
          <w:color w:val="261411"/>
          <w:sz w:val="24"/>
        </w:rPr>
        <w:t>Maeve’s eyes narrowed, her gaze never leaving Dylan. “Other forces? Or a convenient excuse, young man? We have lived in peace, hidden from the world, for centuries. Your kind… your kind brings nothing but chaos and destruction.” She turned her piercing gaze onto Lyra, the sternness now laced with a deep disappointment. “And you, Lyra, who I thought understood the dangers, are willingly walking into the flames. These are forbidden desires, child. Desires that threaten not just you, but all of us.”</w:t>
      </w:r>
    </w:p>
    <w:p>
      <w:r>
        <w:rPr>
          <w:rFonts w:ascii="IM Fell English" w:hAnsi="IM Fell English"/>
          <w:color w:val="261411"/>
          <w:sz w:val="24"/>
        </w:rPr>
        <w:t>Lyra stood between them, caught in a tempest of conflicting loyalties and mounting fears. She could feel the weight of Maeve’s disapproval, the ingrained caution of her people. But she also saw Dylan’s quiet strength, the truth in his words, and the undeniable connection that had blossomed between them. The wilting flowers, the erratic wards, the terrified fawn – they were all pieces of a larger puzzle, and she was beginning to suspect that Dylan’s presence, while a catalyst, wasn’t the sole cause. A darker, more menacing threat was lurking, and it was rapidly closing in on their hidden world. The impossible choice was no longer a distant possibility; it was unfolding before her eyes, threatening to consume everything she held dear.</w:t>
      </w:r>
    </w:p>
    <w:p>
      <w:r>
        <w:rPr>
          <w:rFonts w:ascii="IM Fell English" w:hAnsi="IM Fell English"/>
          <w:color w:val="261411"/>
          <w:sz w:val="24"/>
        </w:rPr>
        <w:t>Forbidden Desires</w:t>
      </w:r>
    </w:p>
    <w:p>
      <w:r>
        <w:rPr>
          <w:rFonts w:ascii="IM Fell English" w:hAnsi="IM Fell English"/>
          <w:color w:val="261411"/>
          <w:sz w:val="24"/>
        </w:rPr>
        <w:t>The air in Whisperfall still hummed with the raw, residual energy of Thorne’s thwarted invasion. The scent of scorched earth mingled with the damp, earthy perfume of the awakening forest, a jarring perfume that clung to Lyra’s senses. She’d watched Thorne’s men, their faces a mixture of fear and bewildered defeat, being marched towards the old quarry for… what? Elder Maeve hadn’t been specific. Capture. Containment. The precise fate of the human hunter, like so many things concerning the human world, remained a chilling enigma.</w:t>
      </w:r>
    </w:p>
    <w:p>
      <w:r>
        <w:rPr>
          <w:rFonts w:ascii="IM Fell English" w:hAnsi="IM Fell English"/>
          <w:color w:val="261411"/>
          <w:sz w:val="24"/>
        </w:rPr>
        <w:t xml:space="preserve">Dylan was safe. That was the primary, overwhelming truth that settled in Lyra’s chest like a warm, sun-drenched stone. He was </w:t>
      </w:r>
      <w:r>
        <w:rPr>
          <w:rFonts w:ascii="IM Fell English" w:hAnsi="IM Fell English"/>
          <w:i/>
          <w:color w:val="261411"/>
          <w:sz w:val="24"/>
        </w:rPr>
        <w:t>here</w:t>
      </w:r>
      <w:r>
        <w:rPr>
          <w:rFonts w:ascii="IM Fell English" w:hAnsi="IM Fell English"/>
          <w:color w:val="261411"/>
          <w:sz w:val="24"/>
        </w:rPr>
        <w:t>, in Whisperfall, under conditions Lyra still struggled to fully comprehend. Elder Maeve’s pronouncement had been curt, her eyes, usually sharp and observant, now holding a weary resignation. Dylan was permitted to remain, a guest under constant, discreet surveillance, a living testament to the blunted edge of Whisperfall’s secrecy. It was a fragile peace, bought with the vulnerability of their hidden existence.</w:t>
      </w:r>
    </w:p>
    <w:p>
      <w:r>
        <w:rPr>
          <w:rFonts w:ascii="IM Fell English" w:hAnsi="IM Fell English"/>
          <w:color w:val="261411"/>
          <w:sz w:val="24"/>
        </w:rPr>
        <w:t>Lyra found herself walking the well-worn path towards Bramblewood cottage, the small, unassuming dwelling that had become the epicenter of so much upheaval. She told herself it was a necessary pilgrimage, a check-in under the guise of civic duty. Elder Maeve had entrusted her with a subtle guardianship of Dylan, a way to monitor his integration, or lack thereof, into their community. Lyra knew, with a tremor of guilt that vibrated deep in her roots, that her motivations were far more personal. The quiet hum of her own longing was a constant counterpoint to the still-echoing fear that had gripped Whisperfall.</w:t>
      </w:r>
    </w:p>
    <w:p>
      <w:r>
        <w:rPr>
          <w:rFonts w:ascii="IM Fell English" w:hAnsi="IM Fell English"/>
          <w:color w:val="261411"/>
          <w:sz w:val="24"/>
        </w:rPr>
        <w:t>The cottage was nestled at the very edge of the whispering woods, a place where the gnarled oaks of Whisperfall gave way to the wilder, untamed growth of the surrounding wilderness. It was here, in the liminal space between her world and the unknown, that she had first truly connected with Dylan. It felt like a lifetime ago, though the memory was still as vivid as the dew on a spiderweb.</w:t>
      </w:r>
    </w:p>
    <w:p>
      <w:r>
        <w:rPr>
          <w:rFonts w:ascii="IM Fell English" w:hAnsi="IM Fell English"/>
          <w:color w:val="261411"/>
          <w:sz w:val="24"/>
        </w:rPr>
        <w:t>She found him in the overgrown garden, the late afternoon sun dappling through the leaves, casting long shadows that stretched across the unruly flowerbeds. He was tending to a small patch of wilting herbs, his movements precise and gentle, a stark contrast to the brooding intensity she often saw in his eyes. He looked up as she approached, a flicker of surprise, quickly masked, crossing his face.</w:t>
      </w:r>
    </w:p>
    <w:p>
      <w:r>
        <w:rPr>
          <w:rFonts w:ascii="IM Fell English" w:hAnsi="IM Fell English"/>
          <w:color w:val="261411"/>
          <w:sz w:val="24"/>
        </w:rPr>
        <w:t>"Lyra," he said, his voice low, a melody that always seemed to resonate in the quiet spaces within her.</w:t>
      </w:r>
    </w:p>
    <w:p>
      <w:r>
        <w:rPr>
          <w:rFonts w:ascii="IM Fell English" w:hAnsi="IM Fell English"/>
          <w:color w:val="261411"/>
          <w:sz w:val="24"/>
        </w:rPr>
        <w:t>"Dylan," she replied, her own voice a little breathy. She smoothed down the simple linen of her dress, a nervous habit she hadn’t realized she possessed. "Elder Maeve sent me. To… check on things."</w:t>
      </w:r>
    </w:p>
    <w:p>
      <w:r>
        <w:rPr>
          <w:rFonts w:ascii="IM Fell English" w:hAnsi="IM Fell English"/>
          <w:color w:val="261411"/>
          <w:sz w:val="24"/>
        </w:rPr>
        <w:t>He gave a small, almost imperceptible nod. "Things are… as they are." He gestured vaguely with a soil-stained hand. "Thorne is gone. And my family is… adjusting." He didn't elaborate on the 'adjusting.' Lyra could only imagine the complexities of their presence, surrounded by creatures they’d only ever known as myth.</w:t>
      </w:r>
    </w:p>
    <w:p>
      <w:r>
        <w:rPr>
          <w:rFonts w:ascii="IM Fell English" w:hAnsi="IM Fell English"/>
          <w:color w:val="261411"/>
          <w:sz w:val="24"/>
        </w:rPr>
        <w:t>She stepped closer, drawn by an invisible thread. "Are you… settling in?"</w:t>
      </w:r>
    </w:p>
    <w:p>
      <w:r>
        <w:rPr>
          <w:rFonts w:ascii="IM Fell English" w:hAnsi="IM Fell English"/>
          <w:color w:val="261411"/>
          <w:sz w:val="24"/>
        </w:rPr>
        <w:t>He turned back to the herbs, his shoulders slumping slightly. "As much as one can, I suppose. This place… it’s so different." He looked at her then, his gaze direct, searching. "I keep expecting to wake up. To find it was all just a dream. Or a trap."</w:t>
      </w:r>
    </w:p>
    <w:p>
      <w:r>
        <w:rPr>
          <w:rFonts w:ascii="IM Fell English" w:hAnsi="IM Fell English"/>
          <w:color w:val="261411"/>
          <w:sz w:val="24"/>
        </w:rPr>
        <w:t>Lyra felt a pang of sympathy, sharp and immediate. He was an island, adrift in a sea of the unknown. "It's not a trap, Dylan. Not for you."</w:t>
      </w:r>
    </w:p>
    <w:p>
      <w:r>
        <w:rPr>
          <w:rFonts w:ascii="IM Fell English" w:hAnsi="IM Fell English"/>
          <w:color w:val="261411"/>
          <w:sz w:val="24"/>
        </w:rPr>
        <w:t>"Not for me," he echoed, a hint of bitterness touching his tone. "But for them? For the ones who sent Thorne?" He stood up, brushing dirt from his hands onto his worn trousers. The sunlight caught the faint scars on his cheekbones, a reminder of a life lived with more danger than she could possibly comprehend. "They won't stop. They can't. This isn't over, Lyra."</w:t>
      </w:r>
    </w:p>
    <w:p>
      <w:r>
        <w:rPr>
          <w:rFonts w:ascii="IM Fell English" w:hAnsi="IM Fell English"/>
          <w:color w:val="261411"/>
          <w:sz w:val="24"/>
        </w:rPr>
        <w:t>His words, so stark and honest, pierced through the soft glow of the garden. This was the crux of it, wasn’t it? The precariousness of their newfound peace. Her heart ached with the knowledge that his presence, while a balm to her soul, was a beacon for danger.</w:t>
      </w:r>
    </w:p>
    <w:p>
      <w:r>
        <w:rPr>
          <w:rFonts w:ascii="IM Fell English" w:hAnsi="IM Fell English"/>
          <w:color w:val="261411"/>
          <w:sz w:val="24"/>
        </w:rPr>
        <w:t>"I know," she whispered, her gaze falling to the wilting rosemary he'd been tending. "But for now… you're here. And Whisperfall is safe."</w:t>
      </w:r>
    </w:p>
    <w:p>
      <w:r>
        <w:rPr>
          <w:rFonts w:ascii="IM Fell English" w:hAnsi="IM Fell English"/>
          <w:color w:val="261411"/>
          <w:sz w:val="24"/>
        </w:rPr>
        <w:t>"For now," he repeated, his eyes scanning the dense foliage at the edge of the garden, as if expecting shadows to coalesce into threats. A breeze rustled the leaves, and Lyra found herself instinctively reaching out, her fingers brushing against his. It was a fleeting touch, barely there, yet it sent a jolt through her entire being.</w:t>
      </w:r>
    </w:p>
    <w:p>
      <w:r>
        <w:rPr>
          <w:rFonts w:ascii="IM Fell English" w:hAnsi="IM Fell English"/>
          <w:color w:val="261411"/>
          <w:sz w:val="24"/>
        </w:rPr>
        <w:t>His eyes widened slightly, and he didn't pull away. Instead, his hand turned, his thumb gently stroking the back of hers. The touch was electric, a silent conversation passing between them, a language of longing and fear and an undeniable, dangerous pull.</w:t>
      </w:r>
    </w:p>
    <w:p>
      <w:r>
        <w:rPr>
          <w:rFonts w:ascii="IM Fell English" w:hAnsi="IM Fell English"/>
          <w:color w:val="261411"/>
          <w:sz w:val="24"/>
        </w:rPr>
        <w:t>"Lyra," he breathed, the name a question, a plea. The air around them seemed to thicken, charged with unspoken desires. The world outside the small circle of their shared breath faded away. The whispers of the forest, the watchful eyes of Whisperfall, even the lingering threat of Thorne – it all receded, leaving only the two of them in the fading sunlight.</w:t>
      </w:r>
    </w:p>
    <w:p>
      <w:r>
        <w:rPr>
          <w:rFonts w:ascii="IM Fell English" w:hAnsi="IM Fell English"/>
          <w:color w:val="261411"/>
          <w:sz w:val="24"/>
        </w:rPr>
        <w:t>She met his gaze, her own heart hammering against her ribs. This was it. The precipice. The point of no return. She felt the tug of Elder Maeve’s warnings, the ingrained fear of humanity that had been woven into her very being since birth. But stronger, more potent, was the yearning that had taken root in her heart, a yearning that Dylan’s quiet vulnerability and his hidden strength had cultivated.</w:t>
      </w:r>
    </w:p>
    <w:p>
      <w:r>
        <w:rPr>
          <w:rFonts w:ascii="IM Fell English" w:hAnsi="IM Fell English"/>
          <w:color w:val="261411"/>
          <w:sz w:val="24"/>
        </w:rPr>
        <w:t>He leaned closer, his breath warm against her cheek. His eyes, a deep, thoughtful blue, searched hers, and in them, Lyra saw a reflection of her own turmoil, her own forbidden hope. The rosemary, its scent sharp and invigorating, seemed to weave itself into the moment, a silent witness to their burgeoning connection.</w:t>
      </w:r>
    </w:p>
    <w:p>
      <w:r>
        <w:rPr>
          <w:rFonts w:ascii="IM Fell English" w:hAnsi="IM Fell English"/>
          <w:color w:val="261411"/>
          <w:sz w:val="24"/>
        </w:rPr>
        <w:t>"We shouldn't," she murmured, her voice barely audible, a ghost of resistance against the overwhelming tide of her feelings.</w:t>
      </w:r>
    </w:p>
    <w:p>
      <w:r>
        <w:rPr>
          <w:rFonts w:ascii="IM Fell English" w:hAnsi="IM Fell English"/>
          <w:color w:val="261411"/>
          <w:sz w:val="24"/>
        </w:rPr>
        <w:t>"I know," he replied, his voice rough with emotion. "But… I can't seem to stop myself."</w:t>
      </w:r>
    </w:p>
    <w:p>
      <w:r>
        <w:rPr>
          <w:rFonts w:ascii="IM Fell English" w:hAnsi="IM Fell English"/>
          <w:color w:val="261411"/>
          <w:sz w:val="24"/>
        </w:rPr>
        <w:t>His gaze dropped to her lips. Lyra’s breath hitched. This was the moment. The moment that defied everything she had been taught, everything she was supposed to be. The moment where her carefully constructed world threatened to shatter. And in the intoxicating proximity, surrounded by the scent of earth and herbs and the undeniable thrum of their shared desire, Lyra found that she didn't want to stop herself. She wanted to fall. She wanted to risk it all.</w:t>
      </w:r>
    </w:p>
    <w:p>
      <w:r>
        <w:rPr>
          <w:rFonts w:ascii="IM Fell English" w:hAnsi="IM Fell English"/>
          <w:color w:val="261411"/>
          <w:sz w:val="24"/>
        </w:rPr>
        <w:t>His lips brushed against hers, a tentative, exploring touch. It was soft, hesitant, a question asked and answered in the same breath. Lyra’s eyes fluttered closed as she leaned into him, her hands finding their way to his chest, feeling the steady, reassuring beat of his heart beneath her palms. The kiss deepened, a slow, tender exploration that spoke of shared loneliness and a burgeoning, defiant hope. It was a kiss that tasted of secrets and moonlight and the intoxicating promise of a world they could build together, even as the shadows of the old world still lingered at the edges.</w:t>
      </w:r>
    </w:p>
    <w:p>
      <w:r>
        <w:rPr>
          <w:rFonts w:ascii="IM Fell English" w:hAnsi="IM Fell English"/>
          <w:color w:val="261411"/>
          <w:sz w:val="24"/>
        </w:rPr>
        <w:t>When they finally broke apart, breathless and trembling, the sun had dipped below the horizon, casting the garden in a soft, ethereal twilight. The air felt different, charged with a new intimacy. Lyra felt a profound shift within her, a quiet blooming of courage that had been dormant for so long. The fear of the unknown still prickled at the edges of her awareness, but it was now overshadowed by something far more powerful: the quiet certainty that this connection with Dylan was worth fighting for.</w:t>
      </w:r>
    </w:p>
    <w:p>
      <w:r>
        <w:rPr>
          <w:rFonts w:ascii="IM Fell English" w:hAnsi="IM Fell English"/>
          <w:color w:val="261411"/>
          <w:sz w:val="24"/>
        </w:rPr>
        <w:t>Dylan looked at her, his eyes shining in the dim light. A faint smile touched his lips, a rare, genuine smile that crinkled the corners of his eyes. "I think," he said softly, his thumb still tracing slow circles on the back of her hand, "we've just made things a lot more complicated."</w:t>
      </w:r>
    </w:p>
    <w:p>
      <w:r>
        <w:rPr>
          <w:rFonts w:ascii="IM Fell English" w:hAnsi="IM Fell English"/>
          <w:color w:val="261411"/>
          <w:sz w:val="24"/>
        </w:rPr>
        <w:t>Lyra returned his smile, a warmth spreading through her that had nothing to do with the fading sun. "Perhaps," she agreed, her voice steady. "But maybe… complicated isn't always a bad thing." The wilting rosemary seemed to perk up slightly, as if sensing the shift in the air. Or perhaps, Lyra mused, it was just her imagination, fueled by the intoxicating scent of forbidden possibility.</w:t>
      </w:r>
    </w:p>
    <w:p>
      <w:r>
        <w:rPr>
          <w:rFonts w:ascii="IM Fell English" w:hAnsi="IM Fell English"/>
          <w:color w:val="261411"/>
          <w:sz w:val="24"/>
        </w:rPr>
        <w:t>Finn’s eyes, usually wide with mischief and readily amused, were narrowed into slits of suspicion. He’d been trailing Lyra, a habit born of concern and a touch of Satyr nosiness, ever since she’d started acting…odd. “Odd” meant less frolicking in the sun-dappled clearings and more furtive glances towards the Bramblewood cottage, more hushed conversations with herself that sounded suspiciously like internal monologues about…well, about the new human boy.</w:t>
      </w:r>
    </w:p>
    <w:p>
      <w:r>
        <w:rPr>
          <w:rFonts w:ascii="IM Fell English" w:hAnsi="IM Fell English"/>
          <w:color w:val="261411"/>
          <w:sz w:val="24"/>
        </w:rPr>
        <w:t>He’d followed her tonight, drawn by the faint, earthy scent of damp moss and Lyra’s own floral perfume, a scent that seemed to cling to her more intensely when she was heading towards the forbidden edge of town. He’d seen her slip away from her family’s grove, a whisper of a movement against the encroaching twilight. He’d kept to the shadows, his hooves making little sound on the soft forest floor, his goat-like ears twitching, trying to decipher the rustle of leaves from the whisper of secrets.</w:t>
      </w:r>
    </w:p>
    <w:p>
      <w:r>
        <w:rPr>
          <w:rFonts w:ascii="IM Fell English" w:hAnsi="IM Fell English"/>
          <w:color w:val="261411"/>
          <w:sz w:val="24"/>
        </w:rPr>
        <w:t xml:space="preserve">Then he saw them. Lyra. And </w:t>
      </w:r>
      <w:r>
        <w:rPr>
          <w:rFonts w:ascii="IM Fell English" w:hAnsi="IM Fell English"/>
          <w:i/>
          <w:color w:val="261411"/>
          <w:sz w:val="24"/>
        </w:rPr>
        <w:t>him</w:t>
      </w:r>
      <w:r>
        <w:rPr>
          <w:rFonts w:ascii="IM Fell English" w:hAnsi="IM Fell English"/>
          <w:color w:val="261411"/>
          <w:sz w:val="24"/>
        </w:rPr>
        <w:t>. Dylan.</w:t>
      </w:r>
    </w:p>
    <w:p>
      <w:r>
        <w:rPr>
          <w:rFonts w:ascii="IM Fell English" w:hAnsi="IM Fell English"/>
          <w:color w:val="261411"/>
          <w:sz w:val="24"/>
        </w:rPr>
        <w:t>They were by the ancient oak, the one whose gnarled branches were said to have witnessed the very birth of Whisperfall. Lyra, usually so vibrant and connected to the very pulse of the woods, seemed to shrink into herself, a fragile bloom against the looming silhouette of the human. Dylan, for his part, stood utterly still, a figure of quiet intensity, his gaze fixed on her. Finn could feel the air crackle between them, a palpable tension that was more than just the usual static of Lyra’s inner turmoil. This was…different. Deeper.</w:t>
      </w:r>
    </w:p>
    <w:p>
      <w:r>
        <w:rPr>
          <w:rFonts w:ascii="IM Fell English" w:hAnsi="IM Fell English"/>
          <w:color w:val="261411"/>
          <w:sz w:val="24"/>
        </w:rPr>
        <w:t>He strained his ears, catching fragments of their hushed conversation. Lyra’s voice, usually so clear and melodic, was laced with an unfamiliar vulnerability. She spoke of the weight of fear, of the stories passed down through generations, of how they’d been taught to distrust and flee. And Dylan…he replied with a quiet sincerity that Finn hadn't expected. His words were measured, thoughtful, and laced with a loneliness that Finn, despite his boisterous exterior, could dimly recognize.</w:t>
      </w:r>
    </w:p>
    <w:p>
      <w:r>
        <w:rPr>
          <w:rFonts w:ascii="IM Fell English" w:hAnsi="IM Fell English"/>
          <w:color w:val="261411"/>
          <w:sz w:val="24"/>
        </w:rPr>
        <w:t>Then, the moment arrived. Lyra’s hand, trembling slightly, reached out, her fingertips brushing against Dylan’s. It was a fleeting touch, an accidental graze, but the reaction was immediate and profound. Dylan’s breath hitched. Lyra froze, her eyes wide, her pupils dilating. The space between them thrummed, a silent question hanging in the air. It was so close, Finn could almost feel the static electricity that built, the undeniable pull drawing them together. Their faces were inches apart, and Finn, his heart thumping a frantic rhythm against his ribs, saw it. He saw the raw longing in Lyra’s eyes, the answering vulnerability in Dylan’s. It was an unspoken yearning, a silent confession that transcended words, a shared breath held in anticipation of a kiss.</w:t>
      </w:r>
    </w:p>
    <w:p>
      <w:r>
        <w:rPr>
          <w:rFonts w:ascii="IM Fell English" w:hAnsi="IM Fell English"/>
          <w:color w:val="261411"/>
          <w:sz w:val="24"/>
        </w:rPr>
        <w:t>And then, it was gone. A rustle in the deeper woods, the snap of a twig – perhaps a foraging squirrel, perhaps something more – shattered the delicate spell. Lyra flinched back, her hand recoiling as if burned. Dylan’s gaze darted to the source of the sound, his quiet intensity hardening into a sharp wariness. The fragile intimacy evaporated, replaced by the familiar shroud of caution. They exchanged a quick, loaded glance, a silent acknowledgment of the precipice they had stood upon, and the danger that lurked just beyond.</w:t>
      </w:r>
    </w:p>
    <w:p>
      <w:r>
        <w:rPr>
          <w:rFonts w:ascii="IM Fell English" w:hAnsi="IM Fell English"/>
          <w:color w:val="261411"/>
          <w:sz w:val="24"/>
        </w:rPr>
        <w:t>Lyra murmured an apology, her voice barely a whisper, and quickly turned away, melting back into the shadows from which she’d come. Dylan watched her go, his expression unreadable, before he too vanished into the trees, a solitary figure dissolving into the deepening gloom.</w:t>
      </w:r>
    </w:p>
    <w:p>
      <w:r>
        <w:rPr>
          <w:rFonts w:ascii="IM Fell English" w:hAnsi="IM Fell English"/>
          <w:color w:val="261411"/>
          <w:sz w:val="24"/>
        </w:rPr>
        <w:t>Finn emerged from his hiding spot, his hooves sinking into the damp earth. He stood there for a long moment, the echo of their charged silence still ringing in his ears. He’d seen enough. More than enough. His usual lighthearted concern had curdled into a knot of genuine anxiety. Lyra, his Lyra, was clearly falling for a human. Not just any human, but one who was being hunted, one who represented everything their community had been taught to fear. And he, Finn, had just witnessed a moment that felt like the very precipice of a forbidden embrace.</w:t>
      </w:r>
    </w:p>
    <w:p>
      <w:r>
        <w:rPr>
          <w:rFonts w:ascii="IM Fell English" w:hAnsi="IM Fell English"/>
          <w:color w:val="261411"/>
          <w:sz w:val="24"/>
        </w:rPr>
        <w:t>As he made his way back towards the familiar glow of the town’s communal hearth, a chill that had nothing to do with the evening air snaked down his spine. The unsettling mysteries troubling Whisperfall—the wilting berry bushes on the north path, the eerie silence of once-raucous nightingales, the oldest oaks groaning under unseen strain—no longer felt like isolated oddities but ominous signs. The delicate balance of their hidden world was fraying, and Lyra’s secret meetings with Dylan felt like the knot being pulled tighter.</w:t>
      </w:r>
    </w:p>
    <w:p>
      <w:r>
        <w:rPr>
          <w:rFonts w:ascii="IM Fell English" w:hAnsi="IM Fell English"/>
          <w:color w:val="261411"/>
          <w:sz w:val="24"/>
        </w:rPr>
        <w:t>He found Lyra in her family’s grove, her slender form silhouetted against the faint moonlight filtering through the leaves. She was tending to a patch of wilting moonpetal flowers, her brow furrowed in concentration. Finn hesitated, his usual effervescence subdued. He approached her cautiously, his heart still a frantic hummingbird in his chest.</w:t>
      </w:r>
    </w:p>
    <w:p>
      <w:r>
        <w:rPr>
          <w:rFonts w:ascii="IM Fell English" w:hAnsi="IM Fell English"/>
          <w:color w:val="261411"/>
          <w:sz w:val="24"/>
        </w:rPr>
        <w:t>“Lyra?” he said, his voice softer than usual.</w:t>
      </w:r>
    </w:p>
    <w:p>
      <w:r>
        <w:rPr>
          <w:rFonts w:ascii="IM Fell English" w:hAnsi="IM Fell English"/>
          <w:color w:val="261411"/>
          <w:sz w:val="24"/>
        </w:rPr>
        <w:t>She startled, turning with wide, guilt-filled eyes. For a fleeting second, Finn saw a flicker of the usual Lyra, the one who would greet him with a laugh and a playful nudge. But that Lyra was overshadowed by a newfound wariness, a defensive posture that pained him.</w:t>
      </w:r>
    </w:p>
    <w:p>
      <w:r>
        <w:rPr>
          <w:rFonts w:ascii="IM Fell English" w:hAnsi="IM Fell English"/>
          <w:color w:val="261411"/>
          <w:sz w:val="24"/>
        </w:rPr>
        <w:t>“Finn! You… you surprised me.” Her voice was a little too bright, a little too high.</w:t>
      </w:r>
    </w:p>
    <w:p>
      <w:r>
        <w:rPr>
          <w:rFonts w:ascii="IM Fell English" w:hAnsi="IM Fell English"/>
          <w:color w:val="261411"/>
          <w:sz w:val="24"/>
        </w:rPr>
        <w:t>He didn’t press. Not yet. He could see the strain on her, the internal tug-of-war. “I was just… out for a walk. The night air is particularly… fragrant tonight.” He managed a weak smile, trying to inject some of his usual levity, but it felt hollow.</w:t>
      </w:r>
    </w:p>
    <w:p>
      <w:r>
        <w:rPr>
          <w:rFonts w:ascii="IM Fell English" w:hAnsi="IM Fell English"/>
          <w:color w:val="261411"/>
          <w:sz w:val="24"/>
        </w:rPr>
        <w:t>Lyra nodded, busying herself with the wilting petals. “Yes, it is. The flowers are struggling a bit, though. I don’t know why.”</w:t>
      </w:r>
    </w:p>
    <w:p>
      <w:r>
        <w:rPr>
          <w:rFonts w:ascii="IM Fell English" w:hAnsi="IM Fell English"/>
          <w:color w:val="261411"/>
          <w:sz w:val="24"/>
        </w:rPr>
        <w:t>Finn’s gaze drifted towards the edge of the grove, towards the direction of Bramblewood cottage, towards the woods where he’d seen her. “Yes, the flowers,” he echoed, his voice low. “And the berries. And the birds. Everything seems a little… off, doesn’t it?”</w:t>
      </w:r>
    </w:p>
    <w:p>
      <w:r>
        <w:rPr>
          <w:rFonts w:ascii="IM Fell English" w:hAnsi="IM Fell English"/>
          <w:color w:val="261411"/>
          <w:sz w:val="24"/>
        </w:rPr>
        <w:t>Lyra’s hands stilled. She didn’t look at him. “The seasons are changing, Finn. It happens.”</w:t>
      </w:r>
    </w:p>
    <w:p>
      <w:r>
        <w:rPr>
          <w:rFonts w:ascii="IM Fell English" w:hAnsi="IM Fell English"/>
          <w:color w:val="261411"/>
          <w:sz w:val="24"/>
        </w:rPr>
        <w:t>“The seasons don’t usually make the moonpetals weep, Lyra,” he said, his voice hardening slightly. He took a step closer, his gaze fixed on her. “And they don’t usually make you sneak out into the woods after twilight to meet… people.”</w:t>
      </w:r>
    </w:p>
    <w:p>
      <w:r>
        <w:rPr>
          <w:rFonts w:ascii="IM Fell English" w:hAnsi="IM Fell English"/>
          <w:color w:val="261411"/>
          <w:sz w:val="24"/>
        </w:rPr>
        <w:t>The word “people” hung in the air, heavy with unspoken accusation. Lyra finally turned to face him fully, her eyes pleading. “Finn, please…”</w:t>
      </w:r>
    </w:p>
    <w:p>
      <w:r>
        <w:rPr>
          <w:rFonts w:ascii="IM Fell English" w:hAnsi="IM Fell English"/>
          <w:color w:val="261411"/>
          <w:sz w:val="24"/>
        </w:rPr>
        <w:t>“Please what, Lyra? Please pretend I didn’t see you? Please pretend that your heart wasn’t beating a frantic rhythm against his chest? Please pretend that you weren’t on the verge of… something?” His voice cracked on the last word. He couldn’t help it. The image of them, so close, so undeniably drawn to each other, was seared into his mind.</w:t>
      </w:r>
    </w:p>
    <w:p>
      <w:r>
        <w:rPr>
          <w:rFonts w:ascii="IM Fell English" w:hAnsi="IM Fell English"/>
          <w:color w:val="261411"/>
          <w:sz w:val="24"/>
        </w:rPr>
        <w:t>Lyra’s shoulders slumped. She looked like a fawn caught in the glare of hunter’s lanterns. “It’s not what you think, Finn.”</w:t>
      </w:r>
    </w:p>
    <w:p>
      <w:r>
        <w:rPr>
          <w:rFonts w:ascii="IM Fell English" w:hAnsi="IM Fell English"/>
          <w:color w:val="261411"/>
          <w:sz w:val="24"/>
        </w:rPr>
        <w:t xml:space="preserve">“Then what is it, Lyra?” he demanded, his frustration finally boiling over. “Because from where I was standing, it looked like you were falling for a human. A human who, might I remind you, is in this town because he’s being </w:t>
      </w:r>
      <w:r>
        <w:rPr>
          <w:rFonts w:ascii="IM Fell English" w:hAnsi="IM Fell English"/>
          <w:i/>
          <w:color w:val="261411"/>
          <w:sz w:val="24"/>
        </w:rPr>
        <w:t>hunted</w:t>
      </w:r>
      <w:r>
        <w:rPr>
          <w:rFonts w:ascii="IM Fell English" w:hAnsi="IM Fell English"/>
          <w:color w:val="261411"/>
          <w:sz w:val="24"/>
        </w:rPr>
        <w:t>. And you? You’re meeting him in secret, practically inviting all sorts of trouble down on us. Do you have any idea what Elder Maeve would do if she found out?”</w:t>
      </w:r>
    </w:p>
    <w:p>
      <w:r>
        <w:rPr>
          <w:rFonts w:ascii="IM Fell English" w:hAnsi="IM Fell English"/>
          <w:color w:val="261411"/>
          <w:sz w:val="24"/>
        </w:rPr>
        <w:t>The mention of Maeve sent a fresh wave of fear through Lyra. She knew Finn was right. She knew the risks. But the pull towards Dylan, the quiet understanding she felt with him, the undeniable spark – it was a force she couldn’t seem to control. It was more intoxicating, more terrifying, than any of the cautionary tales.</w:t>
      </w:r>
    </w:p>
    <w:p>
      <w:r>
        <w:rPr>
          <w:rFonts w:ascii="IM Fell English" w:hAnsi="IM Fell English"/>
          <w:color w:val="261411"/>
          <w:sz w:val="24"/>
        </w:rPr>
        <w:t>“I… I can’t help how I feel, Finn,” she whispered, her voice thick with unshed tears. “He’s… different. He sees me. Not just Lyra the dryad, but… me. And I… I feel like I see him too. Beyond the fear, beyond the stories.”</w:t>
      </w:r>
    </w:p>
    <w:p>
      <w:r>
        <w:rPr>
          <w:rFonts w:ascii="IM Fell English" w:hAnsi="IM Fell English"/>
          <w:color w:val="261411"/>
          <w:sz w:val="24"/>
        </w:rPr>
        <w:t xml:space="preserve">“But he </w:t>
      </w:r>
      <w:r>
        <w:rPr>
          <w:rFonts w:ascii="IM Fell English" w:hAnsi="IM Fell English"/>
          <w:i/>
          <w:color w:val="261411"/>
          <w:sz w:val="24"/>
        </w:rPr>
        <w:t>is</w:t>
      </w:r>
      <w:r>
        <w:rPr>
          <w:rFonts w:ascii="IM Fell English" w:hAnsi="IM Fell English"/>
          <w:color w:val="261411"/>
          <w:sz w:val="24"/>
        </w:rPr>
        <w:t xml:space="preserve"> a human, Lyra!” Finn argued, his voice rising. “And humans… they’re the reason we hide! They’re the reason we’re afraid! And those strange things happening… they started when he arrived. Don’t you see the connection?”</w:t>
      </w:r>
    </w:p>
    <w:p>
      <w:r>
        <w:rPr>
          <w:rFonts w:ascii="IM Fell English" w:hAnsi="IM Fell English"/>
          <w:color w:val="261411"/>
          <w:sz w:val="24"/>
        </w:rPr>
        <w:t>He gestured wildly towards the wilting moonpetals, towards the unseen disturbances rippling through Whisperfall. He saw the doubt warring with affection in Lyra’s eyes, but the suspicion had taken root. He’d seen her glance towards the woods again, a nervous flicker. He knew, with a sickening certainty, that his discovery had just introduced a new, dangerous element into their already precarious situation. Lyra’s secret was no longer entirely her own, and Finn’s worried vigilance had just become a crucial, unwelcome witness to their forbidden entanglement. The weight of exposure, of potential disaster, pressed down on him, a far heavier burden than his usual Satyr dramatics. He had seen the almost-kiss. And now, he feared, the consequences were about to bloom, as twisted and unwelcome as the wilting moonpetals.</w:t>
      </w:r>
    </w:p>
    <w:p>
      <w:r>
        <w:rPr>
          <w:rFonts w:ascii="IM Fell English" w:hAnsi="IM Fell English"/>
          <w:color w:val="261411"/>
          <w:sz w:val="24"/>
        </w:rPr>
        <w:t>Facing the Consequences</w:t>
      </w:r>
    </w:p>
    <w:p>
      <w:r>
        <w:rPr>
          <w:rFonts w:ascii="IM Fell English" w:hAnsi="IM Fell English"/>
          <w:color w:val="261411"/>
          <w:sz w:val="24"/>
        </w:rPr>
        <w:t>The air in Whisperfall had taken on a peculiar, almost brittle quality. It wasn't just the chill of the late autumn creeping in, but a subtler dissonance, a vibration that hummed beneath the surface of their usually placid lives. For Lyra, it was a physical ache, a dull throbbing behind her eyes that mirrored the unease settling over the town. The ancient oaks bordering the marketplace, usually bursting with vibrant autumn hues, seemed muted, their leaves tinged with an unnatural grey. Even the babbling brook that ran through the heart of Whisperfall, a constant, cheerful melody, sounded a little… off-key.</w:t>
      </w:r>
    </w:p>
    <w:p>
      <w:r>
        <w:rPr>
          <w:rFonts w:ascii="IM Fell English" w:hAnsi="IM Fell English"/>
          <w:color w:val="261411"/>
          <w:sz w:val="24"/>
        </w:rPr>
        <w:t xml:space="preserve">Finn, perched precariously on a low-hanging branch of a weeping willow, his goat legs tucked beneath him, sighed dramatically. “It’s the </w:t>
      </w:r>
      <w:r>
        <w:rPr>
          <w:rFonts w:ascii="IM Fell English" w:hAnsi="IM Fell English"/>
          <w:i/>
          <w:color w:val="261411"/>
          <w:sz w:val="24"/>
        </w:rPr>
        <w:t>lack</w:t>
      </w:r>
      <w:r>
        <w:rPr>
          <w:rFonts w:ascii="IM Fell English" w:hAnsi="IM Fell English"/>
          <w:color w:val="261411"/>
          <w:sz w:val="24"/>
        </w:rPr>
        <w:t xml:space="preserve"> of vibrant crimson, Lyra. It’s criminal. Normally, the aspens are practically </w:t>
      </w:r>
      <w:r>
        <w:rPr>
          <w:rFonts w:ascii="IM Fell English" w:hAnsi="IM Fell English"/>
          <w:i/>
          <w:color w:val="261411"/>
          <w:sz w:val="24"/>
        </w:rPr>
        <w:t>screaming</w:t>
      </w:r>
      <w:r>
        <w:rPr>
          <w:rFonts w:ascii="IM Fell English" w:hAnsi="IM Fell English"/>
          <w:color w:val="261411"/>
          <w:sz w:val="24"/>
        </w:rPr>
        <w:t xml:space="preserve"> with colour by now. This is… beige. A visual tragedy.” He picked at a loose thread on his tunic, his brow furrowed in a pantomime of profound artistic suffering.</w:t>
      </w:r>
    </w:p>
    <w:p>
      <w:r>
        <w:rPr>
          <w:rFonts w:ascii="IM Fell English" w:hAnsi="IM Fell English"/>
          <w:color w:val="261411"/>
          <w:sz w:val="24"/>
        </w:rPr>
        <w:t>Lyra offered a weak smile, her gaze fixed on the wilting petunias in a window box outside the bakery. They were supposed to be hardy, thriving even in the cooler months. Now, their petals curled inwards, a desperate plea for sunlight that wasn't coming. “Maybe it’s just a late bloom, Finn?”</w:t>
      </w:r>
    </w:p>
    <w:p>
      <w:r>
        <w:rPr>
          <w:rFonts w:ascii="IM Fell English" w:hAnsi="IM Fell English"/>
          <w:color w:val="261411"/>
          <w:sz w:val="24"/>
        </w:rPr>
        <w:t xml:space="preserve">“A late bloom?” Finn scoffed, nearly tumbling from his perch. He righted himself with a theatrical flourish. “Lyra, darling, this isn’t a ‘late bloom.’ This is a horticultural crisis. A botanical catastrophe! And it started, you know, </w:t>
      </w:r>
      <w:r>
        <w:rPr>
          <w:rFonts w:ascii="IM Fell English" w:hAnsi="IM Fell English"/>
          <w:i/>
          <w:color w:val="261411"/>
          <w:sz w:val="24"/>
        </w:rPr>
        <w:t>precisely</w:t>
      </w:r>
      <w:r>
        <w:rPr>
          <w:rFonts w:ascii="IM Fell English" w:hAnsi="IM Fell English"/>
          <w:color w:val="261411"/>
          <w:sz w:val="24"/>
        </w:rPr>
        <w:t xml:space="preserve"> when… certain </w:t>
      </w:r>
      <w:r>
        <w:rPr>
          <w:rFonts w:ascii="IM Fell English" w:hAnsi="IM Fell English"/>
          <w:i/>
          <w:color w:val="261411"/>
          <w:sz w:val="24"/>
        </w:rPr>
        <w:t>elements</w:t>
      </w:r>
      <w:r>
        <w:rPr>
          <w:rFonts w:ascii="IM Fell English" w:hAnsi="IM Fell English"/>
          <w:color w:val="261411"/>
          <w:sz w:val="24"/>
        </w:rPr>
        <w:t xml:space="preserve"> arrived.” He let the implication hang in the air, his eyes darting pointedly towards the edge of town, towards the quaint cottage nestled amongst the pines.</w:t>
      </w:r>
    </w:p>
    <w:p>
      <w:r>
        <w:rPr>
          <w:rFonts w:ascii="IM Fell English" w:hAnsi="IM Fell English"/>
          <w:color w:val="261411"/>
          <w:sz w:val="24"/>
        </w:rPr>
        <w:t xml:space="preserve">Lyra’s stomach tightened. She knew he meant Dylan. And the whispers had been growing louder, more insistent, not just from Finn, but from others. Old Mrs. Gable, whose prize-winning pumpkins had inexplicably shriveled into desiccated husks overnight, had muttered about “unsettling energies.” The normally placid centaurs had reported their foals acting unusually skittish, their hooves kicking up dust as if fleeing unseen threats. And the protective wards, the shimmering, almost invisible barriers that kept Whisperfall hidden and safe, had been flickering. Lyra had seen it herself, a momentary shimmer, a momentary </w:t>
      </w:r>
      <w:r>
        <w:rPr>
          <w:rFonts w:ascii="IM Fell English" w:hAnsi="IM Fell English"/>
          <w:i/>
          <w:color w:val="261411"/>
          <w:sz w:val="24"/>
        </w:rPr>
        <w:t>opening</w:t>
      </w:r>
      <w:r>
        <w:rPr>
          <w:rFonts w:ascii="IM Fell English" w:hAnsi="IM Fell English"/>
          <w:color w:val="261411"/>
          <w:sz w:val="24"/>
        </w:rPr>
        <w:t xml:space="preserve"> to the world beyond, when she’d been walking with Dylan near the forest edge.</w:t>
      </w:r>
    </w:p>
    <w:p>
      <w:r>
        <w:rPr>
          <w:rFonts w:ascii="IM Fell English" w:hAnsi="IM Fell English"/>
          <w:color w:val="261411"/>
          <w:sz w:val="24"/>
        </w:rPr>
        <w:t>Their clandestine meetings had become a desperate dance. Stolen moments in the quiet twilight, hushed conversations under the cloak of mist rolling in from the valley. Each stolen kiss, each shared secret, felt like a spark in a tinderbox. The guilt gnawed at her, a constant companion to the dizzying exhilaration Dylan stirred within her. He was so different from the legends she’d grown up with. He was quiet, yes, but his silence wasn’t empty; it was filled with a profound sadness that mirrored the wilting flowers and the muted trees. He spoke of his family, of the need to escape something – a “heathen zealotry” he’d called it, a darkness within his own kind. And he looked at her with eyes that held a universe of unspoken pain, a vulnerability that made her protective instincts, so deeply ingrained in her dryad nature, surge.</w:t>
      </w:r>
    </w:p>
    <w:p>
      <w:r>
        <w:rPr>
          <w:rFonts w:ascii="IM Fell English" w:hAnsi="IM Fell English"/>
          <w:color w:val="261411"/>
          <w:sz w:val="24"/>
        </w:rPr>
        <w:t>“It’s not Dylan, Finn,” Lyra insisted, though her voice lacked its usual conviction. “He’s… he’s kind.”</w:t>
      </w:r>
    </w:p>
    <w:p>
      <w:r>
        <w:rPr>
          <w:rFonts w:ascii="IM Fell English" w:hAnsi="IM Fell English"/>
          <w:color w:val="261411"/>
          <w:sz w:val="24"/>
        </w:rPr>
        <w:t>“Kindness doesn’t explain the rot, Lyra!” Finn hopped down, landing with a soft thud. He grabbed her arm, his grip surprisingly firm. “My uncle, the village elder, he’s been muttering about the wards. Says they’re thinning. Like a worn-out cloak. He’s got a bad feeling. And you know Uncle Theron. He only gets bad feelings when something truly awful is brewing.” Finn’s usual jovial demeanor had been replaced by a genuine worry that pricked at Lyra’s conscience.</w:t>
      </w:r>
    </w:p>
    <w:p>
      <w:r>
        <w:rPr>
          <w:rFonts w:ascii="IM Fell English" w:hAnsi="IM Fell English"/>
          <w:color w:val="261411"/>
          <w:sz w:val="24"/>
        </w:rPr>
        <w:t>She knew Elder Maeve was worried. She’d seen the taut line of her jaw, the way her ancient eyes, usually so steady and knowing, now darted around with an unnerving frequency. Maeve’s pronouncements, once delivered with unwavering authority, now carried a new edge of desperation. The stories of human cruelty, the historical accounts of mythic hunts and near extinctions, were not just cautionary tales; they were etched into the very fabric of Whisperfall’s existence. And Dylan, the human, the outsider, was the disruption.</w:t>
      </w:r>
    </w:p>
    <w:p>
      <w:r>
        <w:rPr>
          <w:rFonts w:ascii="IM Fell English" w:hAnsi="IM Fell English"/>
          <w:color w:val="261411"/>
          <w:sz w:val="24"/>
        </w:rPr>
        <w:t>Later that evening, as the moon cast long, skeletal shadows across the town square, Lyra found herself drawn to the edge of the woods, to the place where she and Dylan often met. The air was thick with the scent of damp earth and pine needles, a familiar comfort that was now tinged with an undercurrent of dread. She pushed aside a low-hanging branch, her heart pounding with a mixture of anticipation and apprehension.</w:t>
      </w:r>
    </w:p>
    <w:p>
      <w:r>
        <w:rPr>
          <w:rFonts w:ascii="IM Fell English" w:hAnsi="IM Fell English"/>
          <w:color w:val="261411"/>
          <w:sz w:val="24"/>
        </w:rPr>
        <w:t>Dylan was already there, leaning against the gnarled trunk of a sentinel oak, silhouetted against the pale moonlight. He looked even more withdrawn than usual, his shoulders hunched as if carrying an invisible weight. As she approached, he straightened, a flicker of relief crossing his face, quickly masked by his characteristic reserve.</w:t>
      </w:r>
    </w:p>
    <w:p>
      <w:r>
        <w:rPr>
          <w:rFonts w:ascii="IM Fell English" w:hAnsi="IM Fell English"/>
          <w:color w:val="261411"/>
          <w:sz w:val="24"/>
        </w:rPr>
        <w:t>“Lyra,” he said, his voice a low murmur that seemed to blend with the rustling leaves. “You shouldn’t be out this late. Not with… everything.”</w:t>
      </w:r>
    </w:p>
    <w:p>
      <w:r>
        <w:rPr>
          <w:rFonts w:ascii="IM Fell English" w:hAnsi="IM Fell English"/>
          <w:color w:val="261411"/>
          <w:sz w:val="24"/>
        </w:rPr>
        <w:t>“What ‘everything,’ Dylan?” she asked, her voice barely a whisper. “The dying flowers? The nervous wildlife? The wards that are starting to fray?” She watched his reaction, searching his face for answers he rarely gave.</w:t>
      </w:r>
    </w:p>
    <w:p>
      <w:r>
        <w:rPr>
          <w:rFonts w:ascii="IM Fell English" w:hAnsi="IM Fell English"/>
          <w:color w:val="261411"/>
          <w:sz w:val="24"/>
        </w:rPr>
        <w:t xml:space="preserve">He looked away, his gaze fixed on the distant, dark outline of the mountains. “It’s not just you. They’re coming for me. My family. We were… tracked. They don’t just hunt us. They hunt </w:t>
      </w:r>
      <w:r>
        <w:rPr>
          <w:rFonts w:ascii="IM Fell English" w:hAnsi="IM Fell English"/>
          <w:i/>
          <w:color w:val="261411"/>
          <w:sz w:val="24"/>
        </w:rPr>
        <w:t>knowledge</w:t>
      </w:r>
      <w:r>
        <w:rPr>
          <w:rFonts w:ascii="IM Fell English" w:hAnsi="IM Fell English"/>
          <w:color w:val="261411"/>
          <w:sz w:val="24"/>
        </w:rPr>
        <w:t xml:space="preserve">.” He paused, gathering his thoughts, his fingers tracing the rough bark of the tree. “There are those who believe that your world and mine should never touch. That coexistence is a dangerous myth. They see anyone who even </w:t>
      </w:r>
      <w:r>
        <w:rPr>
          <w:rFonts w:ascii="IM Fell English" w:hAnsi="IM Fell English"/>
          <w:i/>
          <w:color w:val="261411"/>
          <w:sz w:val="24"/>
        </w:rPr>
        <w:t>knows</w:t>
      </w:r>
      <w:r>
        <w:rPr>
          <w:rFonts w:ascii="IM Fell English" w:hAnsi="IM Fell English"/>
          <w:color w:val="261411"/>
          <w:sz w:val="24"/>
        </w:rPr>
        <w:t xml:space="preserve"> about beings like you as a threat. A contagion.”</w:t>
      </w:r>
    </w:p>
    <w:p>
      <w:r>
        <w:rPr>
          <w:rFonts w:ascii="IM Fell English" w:hAnsi="IM Fell English"/>
          <w:color w:val="261411"/>
          <w:sz w:val="24"/>
        </w:rPr>
        <w:t>Lyra’s blood ran cold. She knew the legends of the hunters, the zealous men and women who, fueled by fear and misinformation, had driven mythical creatures to the brink of extinction in the old world. But she’d always thought of them as distant specters, figures from a history that couldn’t touch their hidden sanctuary. “Who are ‘they,’ Dylan?”</w:t>
      </w:r>
    </w:p>
    <w:p>
      <w:r>
        <w:rPr>
          <w:rFonts w:ascii="IM Fell English" w:hAnsi="IM Fell English"/>
          <w:color w:val="261411"/>
          <w:sz w:val="24"/>
        </w:rPr>
        <w:t xml:space="preserve">“Julian Thorne,” Dylan said, the name a low growl. “He’s… relentless. And he’s been following our trail for weeks. He’s not just looking for me. He’s looking for </w:t>
      </w:r>
      <w:r>
        <w:rPr>
          <w:rFonts w:ascii="IM Fell English" w:hAnsi="IM Fell English"/>
          <w:i/>
          <w:color w:val="261411"/>
          <w:sz w:val="24"/>
        </w:rPr>
        <w:t>you</w:t>
      </w:r>
      <w:r>
        <w:rPr>
          <w:rFonts w:ascii="IM Fell English" w:hAnsi="IM Fell English"/>
          <w:color w:val="261411"/>
          <w:sz w:val="24"/>
        </w:rPr>
        <w:t>.”</w:t>
      </w:r>
    </w:p>
    <w:p>
      <w:r>
        <w:rPr>
          <w:rFonts w:ascii="IM Fell English" w:hAnsi="IM Fell English"/>
          <w:color w:val="261411"/>
          <w:sz w:val="24"/>
        </w:rPr>
        <w:t>The weight of his words settled on Lyra like a physical blow. Julian Thorne. The name was whispered in hushed tones even within Whisperfall, a shadow of dread, a harbinger of the very thing their ancestors had fled. Dylan’s presence, their forbidden connection, wasn’t just a local disturbance; it was a beacon, drawing the ultimate danger directly to their doorstep. The wilting petunias, the skittish foals, the weakening wards – they weren't just random occurrences. They were the subtle, insidious symptoms of a much larger, more imminent threat.</w:t>
      </w:r>
    </w:p>
    <w:p>
      <w:r>
        <w:rPr>
          <w:rFonts w:ascii="IM Fell English" w:hAnsi="IM Fell English"/>
          <w:color w:val="261411"/>
          <w:sz w:val="24"/>
        </w:rPr>
        <w:t>As if summoned by the very mention of his name, a faint, metallic glint caught Lyra’s eye, deep within the shadows of the trees lining the path leading from the town. It was a fleeting spark, too regular to be natural, too sharp to be a firefly. Dylan saw it too, his body tensing, his eyes narrowing.</w:t>
      </w:r>
    </w:p>
    <w:p>
      <w:r>
        <w:rPr>
          <w:rFonts w:ascii="IM Fell English" w:hAnsi="IM Fell English"/>
          <w:color w:val="261411"/>
          <w:sz w:val="24"/>
        </w:rPr>
        <w:t>“Did you see that?” he breathed, his hand instinctively reaching for Lyra, pulling her closer to his side.</w:t>
      </w:r>
    </w:p>
    <w:p>
      <w:r>
        <w:rPr>
          <w:rFonts w:ascii="IM Fell English" w:hAnsi="IM Fell English"/>
          <w:color w:val="261411"/>
          <w:sz w:val="24"/>
        </w:rPr>
        <w:t>“A light,” she whispered, her heart hammering against her ribs. “It looked like… a lens. Or metal.”</w:t>
      </w:r>
    </w:p>
    <w:p>
      <w:r>
        <w:rPr>
          <w:rFonts w:ascii="IM Fell English" w:hAnsi="IM Fell English"/>
          <w:color w:val="261411"/>
          <w:sz w:val="24"/>
        </w:rPr>
        <w:t>Dylan’s grip tightened. “He’s here. Thorne’s here. He’s found us.”</w:t>
      </w:r>
    </w:p>
    <w:p>
      <w:r>
        <w:rPr>
          <w:rFonts w:ascii="IM Fell English" w:hAnsi="IM Fell English"/>
          <w:color w:val="261411"/>
          <w:sz w:val="24"/>
        </w:rPr>
        <w:t>The realization struck Lyra with the force of a physical blow. Their stolen moments, their whispered confessions, their tentative touch – they had brought the very nightmare of human eradication to their hidden haven. The fear that had been a dull ache was now a sharp, piercing agony. The protective wards weren't just weakening; they were failing. And the beauty of Whisperfall, the fragile peace they had all taken for granted, was about to be shattered by the very force they had always feared. The consequences of their forbidden love were no longer abstract fears; they were real, tangible, and terrifyingly close. The whispers and oddities were no longer just whispers and oddities; they were the prelude to a storm.</w:t>
      </w:r>
    </w:p>
    <w:p>
      <w:r>
        <w:rPr>
          <w:rFonts w:ascii="IM Fell English" w:hAnsi="IM Fell English"/>
          <w:color w:val="261411"/>
          <w:sz w:val="24"/>
        </w:rPr>
        <w:t>Lyra traced the rough bark of the ancient oak, her fingers singing with the slow pulse of its life. The forest floor, usually a symphony of rustling leaves and chattering critters, felt muted, a hushed prelude to a storm. A prickle of unease, sharper than any thorn, coiled in her gut. It wasn't just the wilting ferns near the brook, or the anxious, darting eyes of the squirrels; it was the suffocating silence that had descended upon Whisperfall since Dylan’s arrival.</w:t>
      </w:r>
    </w:p>
    <w:p>
      <w:r>
        <w:rPr>
          <w:rFonts w:ascii="IM Fell English" w:hAnsi="IM Fell English"/>
          <w:color w:val="261411"/>
          <w:sz w:val="24"/>
        </w:rPr>
        <w:t>She’d seen him again that morning, near the market square. He’d been browsing the stall of the gnome who sold particularly luminous moss, his gaze distant, his shoulders hunched against an invisible weight. Even from across the cobblestones, Lyra could feel the familiar tug, the strange resonance that hummed between them. But this time, as their eyes met for a fleeting second, there was a new layer to his expression – a shadow of worry, mirroring her own. He’d quickly looked away, disappearing into the throng of centaurs haggling over hay.</w:t>
      </w:r>
    </w:p>
    <w:p>
      <w:r>
        <w:rPr>
          <w:rFonts w:ascii="IM Fell English" w:hAnsi="IM Fell English"/>
          <w:color w:val="261411"/>
          <w:sz w:val="24"/>
        </w:rPr>
        <w:t xml:space="preserve">Later, Finn had cornered her by the whispering willows, his goat legs practically vibrating with agitation. "Lyra, seriously," he'd huffed, his voice a breathy whisper that nonetheless carried the weight of a thousand pronouncements. "You can't keep this up. It's like a siren song pulling you to the rocks. Did you </w:t>
      </w:r>
      <w:r>
        <w:rPr>
          <w:rFonts w:ascii="IM Fell English" w:hAnsi="IM Fell English"/>
          <w:i/>
          <w:color w:val="261411"/>
          <w:sz w:val="24"/>
        </w:rPr>
        <w:t>see</w:t>
      </w:r>
      <w:r>
        <w:rPr>
          <w:rFonts w:ascii="IM Fell English" w:hAnsi="IM Fell English"/>
          <w:color w:val="261411"/>
          <w:sz w:val="24"/>
        </w:rPr>
        <w:t xml:space="preserve"> those wilting peonies outside Mrs. Gable's cottage? Peonies! They're practically immortal! And Bartholomew the badger? He’s been trying to dig a new sett for three days straight, and he's usually the most grounded creature in Whisperfall. Something's off, and it all started when </w:t>
      </w:r>
      <w:r>
        <w:rPr>
          <w:rFonts w:ascii="IM Fell English" w:hAnsi="IM Fell English"/>
          <w:i/>
          <w:color w:val="261411"/>
          <w:sz w:val="24"/>
        </w:rPr>
        <w:t>he</w:t>
      </w:r>
      <w:r>
        <w:rPr>
          <w:rFonts w:ascii="IM Fell English" w:hAnsi="IM Fell English"/>
          <w:color w:val="261411"/>
          <w:sz w:val="24"/>
        </w:rPr>
        <w:t xml:space="preserve"> showed up." He gestured vaguely in the direction of the human cottage, his furry brow furrowed.</w:t>
      </w:r>
    </w:p>
    <w:p>
      <w:r>
        <w:rPr>
          <w:rFonts w:ascii="IM Fell English" w:hAnsi="IM Fell English"/>
          <w:color w:val="261411"/>
          <w:sz w:val="24"/>
        </w:rPr>
        <w:t>Lyra sighed, running a hand through her hair, which felt less like leaves and more like static. "Finn, you know I’m careful. We meet in the quietest parts of the woods, far from any prying eyes."</w:t>
      </w:r>
    </w:p>
    <w:p>
      <w:r>
        <w:rPr>
          <w:rFonts w:ascii="IM Fell English" w:hAnsi="IM Fell English"/>
          <w:color w:val="261411"/>
          <w:sz w:val="24"/>
        </w:rPr>
        <w:t xml:space="preserve">"Quiet parts of the woods? Lyra, the </w:t>
      </w:r>
      <w:r>
        <w:rPr>
          <w:rFonts w:ascii="IM Fell English" w:hAnsi="IM Fell English"/>
          <w:i/>
          <w:color w:val="261411"/>
          <w:sz w:val="24"/>
        </w:rPr>
        <w:t>woods</w:t>
      </w:r>
      <w:r>
        <w:rPr>
          <w:rFonts w:ascii="IM Fell English" w:hAnsi="IM Fell English"/>
          <w:color w:val="261411"/>
          <w:sz w:val="24"/>
        </w:rPr>
        <w:t xml:space="preserve"> are Whisperfall! And when the woods start acting… </w:t>
      </w:r>
      <w:r>
        <w:rPr>
          <w:rFonts w:ascii="IM Fell English" w:hAnsi="IM Fell English"/>
          <w:i/>
          <w:color w:val="261411"/>
          <w:sz w:val="24"/>
        </w:rPr>
        <w:t>weird</w:t>
      </w:r>
      <w:r>
        <w:rPr>
          <w:rFonts w:ascii="IM Fell English" w:hAnsi="IM Fell English"/>
          <w:color w:val="261411"/>
          <w:sz w:val="24"/>
        </w:rPr>
        <w:t>… it's not just about prying eyes anymore. It's about the whole damn ecosystem throwing a tantrum. And the wards, Lyra, the wards are practically flickering like a scared firefly." He lowered his voice, leaning in conspiratorially. "Old Man Hemlock, bless his gnarled roots, said he could feel the shimmer weakening. He said it feels like… like a breath of cold air seeping in."</w:t>
      </w:r>
    </w:p>
    <w:p>
      <w:r>
        <w:rPr>
          <w:rFonts w:ascii="IM Fell English" w:hAnsi="IM Fell English"/>
          <w:color w:val="261411"/>
          <w:sz w:val="24"/>
        </w:rPr>
        <w:t>The image of a cold, human breath seeping into Whisperfall sent a fresh wave of dread through Lyra. Finn was right. The subtle shifts were undeniable, and the community was beginning to notice. Whispers, once confined to hushed gossip about Lyra’s unusual absences, were now tinged with a more serious fear. The legends of human destructiveness, once comfortably relegated to cautionary tales, felt a little too close to home.</w:t>
      </w:r>
    </w:p>
    <w:p>
      <w:r>
        <w:rPr>
          <w:rFonts w:ascii="IM Fell English" w:hAnsi="IM Fell English"/>
          <w:color w:val="261411"/>
          <w:sz w:val="24"/>
        </w:rPr>
        <w:t>Her clandestine meetings with Dylan had become a tightrope walk. Each stolen moment, each shared glance, was now layered with the palpable anxiety of her community. She found herself constantly scanning the periphery, her dryad senses on high alert, not just for the thrill of forbidden discovery, but for the fear of exposure.</w:t>
      </w:r>
    </w:p>
    <w:p>
      <w:r>
        <w:rPr>
          <w:rFonts w:ascii="IM Fell English" w:hAnsi="IM Fell English"/>
          <w:color w:val="261411"/>
          <w:sz w:val="24"/>
        </w:rPr>
        <w:t>One evening, under the cloak of a sliver moon, they met by the ancient standing stones, a place steeped in forgotten magic. The air was thick with the scent of night-blooming jasmine, a fragrance usually soothing, but tonight, it felt heavy, almost suffocating. Dylan stood silhouetted against the starlight, his usual quietude amplified by the tense atmosphere.</w:t>
      </w:r>
    </w:p>
    <w:p>
      <w:r>
        <w:rPr>
          <w:rFonts w:ascii="IM Fell English" w:hAnsi="IM Fell English"/>
          <w:color w:val="261411"/>
          <w:sz w:val="24"/>
        </w:rPr>
        <w:t>"They're noticing," Lyra confessed, her voice barely a whisper, as if speaking too loudly might shatter the fragile peace. "Finn’s not the only one. People are talking. The crops… the wards…" She trailed off, unable to articulate the full weight of her worry.</w:t>
      </w:r>
    </w:p>
    <w:p>
      <w:r>
        <w:rPr>
          <w:rFonts w:ascii="IM Fell English" w:hAnsi="IM Fell English"/>
          <w:color w:val="261411"/>
          <w:sz w:val="24"/>
        </w:rPr>
        <w:t>Dylan turned, his eyes, usually pools of deep, quiet sorrow, now held a sharp, almost desperate clarity. "I know. I… I've felt it too. A shift. Not just in the air, but in how people look at me. Even the children who used to stare with curiosity now flinch away." He reached out, his fingers hovering inches from her arm, a familiar hesitation before he finally let his touch connect. His skin was cool, a stark contrast to the warmth that usually radiated from her own. "Lyra, this… this isn't just about us anymore. It’s about what my presence is doing to your home."</w:t>
      </w:r>
    </w:p>
    <w:p>
      <w:r>
        <w:rPr>
          <w:rFonts w:ascii="IM Fell English" w:hAnsi="IM Fell English"/>
          <w:color w:val="261411"/>
          <w:sz w:val="24"/>
        </w:rPr>
        <w:t>His admission, so blunt and honest, struck Lyra with the force of a gale. It wasn’t the detached observation of a stranger; it was the acknowledgment of a shared burden, a burgeoning responsibility. "But… but I can't just stop," she admitted, the words tasting like ash. "I try, Dylan, I really do. I tell myself I’m being foolish, that I should listen to Elder Maeve, that humans are… dangerous. But then I see you, and it’s like… like all those stories are just noise. And then… then the woods get sick, and I feel like I’m somehow responsible."</w:t>
      </w:r>
    </w:p>
    <w:p>
      <w:r>
        <w:rPr>
          <w:rFonts w:ascii="IM Fell English" w:hAnsi="IM Fell English"/>
          <w:color w:val="261411"/>
          <w:sz w:val="24"/>
        </w:rPr>
        <w:t>Dylan’s hand tightened on hers, a silent promise of solidarity. "You are not responsible for the world's fear, Lyra. You're just trying to understand it. And I…" He looked away, towards the dense, inky blackness of the forest that cradled Whisperfall. "I'm the reason that fear is manifesting. I shouldn’t have come here. My family… we thought it would be safe. Hidden. But nothing is truly hidden anymore." He took a deep, ragged breath. "Thorne… he’s relentless. He’s been tracking us. I can feel his presence, like a cold dread that follows me, even here."</w:t>
      </w:r>
    </w:p>
    <w:p>
      <w:r>
        <w:rPr>
          <w:rFonts w:ascii="IM Fell English" w:hAnsi="IM Fell English"/>
          <w:color w:val="261411"/>
          <w:sz w:val="24"/>
        </w:rPr>
        <w:t>The mention of Thorne sent a shiver down Lyra's spine that had nothing to do with the cooling night air. She knew the name. It was spoken in hushed tones by the elders, a phantom menace that represented the worst of humanity’s predatory nature.</w:t>
      </w:r>
    </w:p>
    <w:p>
      <w:r>
        <w:rPr>
          <w:rFonts w:ascii="IM Fell English" w:hAnsi="IM Fell English"/>
          <w:color w:val="261411"/>
          <w:sz w:val="24"/>
        </w:rPr>
        <w:t>Just as Dylan finished speaking, a sharp, piercing cry echoed through the trees. It wasn’t the distress call of an animal, but something more urgent, more human. Lyra’s head snapped up, her instincts screaming.</w:t>
      </w:r>
    </w:p>
    <w:p>
      <w:r>
        <w:rPr>
          <w:rFonts w:ascii="IM Fell English" w:hAnsi="IM Fell English"/>
          <w:color w:val="261411"/>
          <w:sz w:val="24"/>
        </w:rPr>
        <w:t>"What was that?" she breathed.</w:t>
      </w:r>
    </w:p>
    <w:p>
      <w:r>
        <w:rPr>
          <w:rFonts w:ascii="IM Fell English" w:hAnsi="IM Fell English"/>
          <w:color w:val="261411"/>
          <w:sz w:val="24"/>
        </w:rPr>
        <w:t>Dylan’s eyes widened, a flicker of alarm crossing his features. "That… that sounded like… someone in trouble." He squeezed her hand, his grip surprisingly strong.</w:t>
      </w:r>
    </w:p>
    <w:p>
      <w:r>
        <w:rPr>
          <w:rFonts w:ascii="IM Fell English" w:hAnsi="IM Fell English"/>
          <w:color w:val="261411"/>
          <w:sz w:val="24"/>
        </w:rPr>
        <w:t>They moved as one, Lyra’s innate connection to the forest guiding their path, Dylan’s hurried footsteps a steady counterpoint beside her. The sounds of distress, though muffled by the dense foliage, grew more distinct. They found themselves near the edge of the oldest part of the woods, where the trees stood like ancient sentinels.</w:t>
      </w:r>
    </w:p>
    <w:p>
      <w:r>
        <w:rPr>
          <w:rFonts w:ascii="IM Fell English" w:hAnsi="IM Fell English"/>
          <w:color w:val="261411"/>
          <w:sz w:val="24"/>
        </w:rPr>
        <w:t>There, illuminated by the pale moonlight filtering through the canopy, was Elder Maeve. She was kneeling on the ground, her hand pressed to her side, her face etched with pain and surprise. Her stern composure was shattered, replaced by a raw vulnerability Lyra had never witnessed. Beside her lay a broken branch, still faintly glowing with residual warding energy.</w:t>
      </w:r>
    </w:p>
    <w:p>
      <w:r>
        <w:rPr>
          <w:rFonts w:ascii="IM Fell English" w:hAnsi="IM Fell English"/>
          <w:color w:val="261411"/>
          <w:sz w:val="24"/>
        </w:rPr>
        <w:t>Lyra gasped, stumbling forward. "Elder Maeve! What happened?"</w:t>
      </w:r>
    </w:p>
    <w:p>
      <w:r>
        <w:rPr>
          <w:rFonts w:ascii="IM Fell English" w:hAnsi="IM Fell English"/>
          <w:color w:val="261411"/>
          <w:sz w:val="24"/>
        </w:rPr>
        <w:t>Finn, who had apparently been trailing them with the unflagging vigilance of a worried shepherd, burst through the undergrowth, his face a mask of panic. "Oh, by the roots! Elder Maeve!"</w:t>
      </w:r>
    </w:p>
    <w:p>
      <w:r>
        <w:rPr>
          <w:rFonts w:ascii="IM Fell English" w:hAnsi="IM Fell English"/>
          <w:color w:val="261411"/>
          <w:sz w:val="24"/>
        </w:rPr>
        <w:t>Dylan, though clearly a stranger to the immediate customs and dangers, didn’t hesitate. He moved to Maeve’s side, his brow furrowed with concern. He reached for a clean handkerchief from his pocket, his movements efficient and gentle.</w:t>
      </w:r>
    </w:p>
    <w:p>
      <w:r>
        <w:rPr>
          <w:rFonts w:ascii="IM Fell English" w:hAnsi="IM Fell English"/>
          <w:color w:val="261411"/>
          <w:sz w:val="24"/>
        </w:rPr>
        <w:t>Maeve looked up, her eyes, usually sharp and knowing, were clouded with pain and something Lyra couldn’t quite decipher – accusation? "Lyra," she rasped, her voice strained. "You… you shouldn't be here. And you…" Her gaze flickered to Dylan, a flicker of pure, unadulterated fear, quickly masked by her inherent authority, though the tremor in her voice betrayed her. "This is not the time for… dalliances."</w:t>
      </w:r>
    </w:p>
    <w:p>
      <w:r>
        <w:rPr>
          <w:rFonts w:ascii="IM Fell English" w:hAnsi="IM Fell English"/>
          <w:color w:val="261411"/>
          <w:sz w:val="24"/>
        </w:rPr>
        <w:t>"Dalliances?" Finn sputtered, indignantly. "Elder Maeve, she was drawn here by… by something!"</w:t>
      </w:r>
    </w:p>
    <w:p>
      <w:r>
        <w:rPr>
          <w:rFonts w:ascii="IM Fell English" w:hAnsi="IM Fell English"/>
          <w:color w:val="261411"/>
          <w:sz w:val="24"/>
        </w:rPr>
        <w:t>Maeve pushed herself up, wincing. "It was nothing," she said, her voice regaining some of its usual steely resolve, though it was clearly an effort. She ignored Dylan’s offer of assistance, instead brushing past his hand as if it were an unwelcome chill. "A minor incident. A misplaced step. The forest is… restless." She looked pointedly at Lyra. "And those who venture too close to its more turbulent moods should be prepared for what they might stir."</w:t>
      </w:r>
    </w:p>
    <w:p>
      <w:r>
        <w:rPr>
          <w:rFonts w:ascii="IM Fell English" w:hAnsi="IM Fell English"/>
          <w:color w:val="261411"/>
          <w:sz w:val="24"/>
        </w:rPr>
        <w:t>The implication hung heavy in the air, a silent accusation directed at Lyra and, by extension, Dylan. Maeve’s words, though meant to chastise, only deepened the chasm of Lyra’s internal conflict. Her loyalty to Maeve, to her community, warred fiercely with the undeniable pull she felt towards Dylan, and the growing understanding that he was not the simple threat they believed him to be.</w:t>
      </w:r>
    </w:p>
    <w:p>
      <w:r>
        <w:rPr>
          <w:rFonts w:ascii="IM Fell English" w:hAnsi="IM Fell English"/>
          <w:color w:val="261411"/>
          <w:sz w:val="24"/>
        </w:rPr>
        <w:t>As Maeve, supported by a still-worried Finn, hobbled away, her gaze lingering on Lyra with an intensity that felt like a brand, Lyra turned to Dylan. The moonlight cast long shadows across his face, highlighting the troubled lines around his eyes. He watched Maeve depart, his expression unreadable, a mixture of concern and a dawning realization of the sheer magnitude of the situation.</w:t>
      </w:r>
    </w:p>
    <w:p>
      <w:r>
        <w:rPr>
          <w:rFonts w:ascii="IM Fell English" w:hAnsi="IM Fell English"/>
          <w:color w:val="261411"/>
          <w:sz w:val="24"/>
        </w:rPr>
        <w:t>"She thinks it’s my fault, doesn't she?" Dylan said, his voice low and heavy.</w:t>
      </w:r>
    </w:p>
    <w:p>
      <w:r>
        <w:rPr>
          <w:rFonts w:ascii="IM Fell English" w:hAnsi="IM Fell English"/>
          <w:color w:val="261411"/>
          <w:sz w:val="24"/>
        </w:rPr>
        <w:t>Lyra could only nod, her throat tight. "She thinks any disruption is because of… us."</w:t>
      </w:r>
    </w:p>
    <w:p>
      <w:r>
        <w:rPr>
          <w:rFonts w:ascii="IM Fell English" w:hAnsi="IM Fell English"/>
          <w:color w:val="261411"/>
          <w:sz w:val="24"/>
        </w:rPr>
        <w:t>"And she’s not entirely wrong," Dylan admitted, his gaze meeting hers, filled with a profound sadness. "I’m the anomaly. I’m the threat that doesn't fit. I came here hoping for a quiet refuge, a place to disappear. But I’ve only brought the storm closer." He stepped closer, his voice dropping to a near whisper. "Lyra, you have to understand. Your life, your home… they are precious. And I… I am a danger to all of it. Maybe Elder Maeve is right. Maybe it’s time for me to go."</w:t>
      </w:r>
    </w:p>
    <w:p>
      <w:r>
        <w:rPr>
          <w:rFonts w:ascii="IM Fell English" w:hAnsi="IM Fell English"/>
          <w:color w:val="261411"/>
          <w:sz w:val="24"/>
        </w:rPr>
        <w:t>The words struck Lyra like a physical blow. The thought of him leaving, of the unique connection they shared being severed, of returning to her predictable, solitary existence, felt like a sentence to a perpetual twilight. But his words also echoed the growing anxieties within her, the fear that her heart’s desires might indeed be a death knell for Whisperfall. She looked at Dylan, at the profound loneliness that seemed to cling to him like a shroud, and then at the darkening, unsettling woods around them. The weight of her forbidden love had never felt so heavy, nor the choices ahead so stark.</w:t>
      </w:r>
    </w:p>
    <w:p>
      <w:r>
        <w:rPr>
          <w:rFonts w:ascii="IM Fell English" w:hAnsi="IM Fell English"/>
          <w:color w:val="261411"/>
          <w:sz w:val="24"/>
        </w:rPr>
        <w:t>The Protector's Dilemma</w:t>
      </w:r>
    </w:p>
    <w:p>
      <w:r>
        <w:rPr>
          <w:rFonts w:ascii="IM Fell English" w:hAnsi="IM Fell English"/>
          <w:color w:val="261411"/>
          <w:sz w:val="24"/>
        </w:rPr>
        <w:t>The moonlight, usually a gentle balm on Lyra’s skin, felt cold. It painted the ancient oaks around Elder Maeve’s cottage in stark, unforgiving shadows. Lyra’s heart hammered a frantic rhythm against her ribs, a stark contrast to the slow, deliberate cadence of Maeve’s voice.</w:t>
      </w:r>
    </w:p>
    <w:p>
      <w:r>
        <w:rPr>
          <w:rFonts w:ascii="IM Fell English" w:hAnsi="IM Fell English"/>
          <w:color w:val="261411"/>
          <w:sz w:val="24"/>
        </w:rPr>
        <w:t>“I’ve seen you, Lyra,” Maeve began, her tone deceptively soft, like moss growing over sharp stones. She sat in her usual armchair, carved from the heartwood of an ancient elm, her eyes, sharp and knowing, fixed on Lyra. The scent of dried herbs and damp earth clung to the air, a familiar comfort now tinged with the sharp tang of accusation. “Beneath the moon, in the shadowed places where you think no one watches. With the human.”</w:t>
      </w:r>
    </w:p>
    <w:p>
      <w:r>
        <w:rPr>
          <w:rFonts w:ascii="IM Fell English" w:hAnsi="IM Fell English"/>
          <w:color w:val="261411"/>
          <w:sz w:val="24"/>
        </w:rPr>
        <w:t>Lyra’s stomach clenched. She’d known this was inevitable. The stolen moments with Dylan, the shared whispers and hesitant touches, were like tiny sparks in a tinderbox, bound to ignite something. “Elder Maeve, I can explain…”</w:t>
      </w:r>
    </w:p>
    <w:p>
      <w:r>
        <w:rPr>
          <w:rFonts w:ascii="IM Fell English" w:hAnsi="IM Fell English"/>
          <w:color w:val="261411"/>
          <w:sz w:val="24"/>
        </w:rPr>
        <w:t>“Explain what?” Maeve’s voice hardened, the softness gone. “Explain how our youngest, our most promising dryad, is jeopardizing everything we’ve built? Every ward, every pact, every moment of peace we’ve meticulously guarded, all for a fleeting infatuation with an outsider?”</w:t>
      </w:r>
    </w:p>
    <w:p>
      <w:r>
        <w:rPr>
          <w:rFonts w:ascii="IM Fell English" w:hAnsi="IM Fell English"/>
          <w:color w:val="261411"/>
          <w:sz w:val="24"/>
        </w:rPr>
        <w:t>Lyra’s hands clenched at her sides. “He’s not just an outsider, Elder Maeve. He’s… different.” The words felt weak, insufficient. How could she convey the quiet kindness she saw in Dylan, the loneliness that mirrored something deep within her, the startling understanding in his eyes when she’d hinted at her true nature?</w:t>
      </w:r>
    </w:p>
    <w:p>
      <w:r>
        <w:rPr>
          <w:rFonts w:ascii="IM Fell English" w:hAnsi="IM Fell English"/>
          <w:color w:val="261411"/>
          <w:sz w:val="24"/>
        </w:rPr>
        <w:t>“Different is precisely the danger,” Maeve countered, leaning forward. Her silver hair, braided with strands of moonflower vine, gleamed in the dim light. “Humans are unpredictable. Their history is a tapestry woven with threads of fear, of greed, of violence. They hunt what they don’t understand. And you, Lyra, have grown complacent. You’ve forgotten the stories. You’ve forgotten what they’ve done.”</w:t>
      </w:r>
    </w:p>
    <w:p>
      <w:r>
        <w:rPr>
          <w:rFonts w:ascii="IM Fell English" w:hAnsi="IM Fell English"/>
          <w:color w:val="261411"/>
          <w:sz w:val="24"/>
        </w:rPr>
        <w:t>The weight of those words pressed down on Lyra. She knew the stories. Every child in Whisperfall knew them. The pyres, the poisoned wells, the relentless pursuit that had driven their ancestors into hiding. But Dylan… Dylan was a puzzle piece that didn’t fit the gruesome mosaic of human cruelty.</w:t>
      </w:r>
    </w:p>
    <w:p>
      <w:r>
        <w:rPr>
          <w:rFonts w:ascii="IM Fell English" w:hAnsi="IM Fell English"/>
          <w:color w:val="261411"/>
          <w:sz w:val="24"/>
        </w:rPr>
        <w:t>“But he’s not like them,” Lyra pleaded, her voice rising with a desperate conviction. “He doesn’t have that… hunger. He’s quiet, observant. He seems lost.”</w:t>
      </w:r>
    </w:p>
    <w:p>
      <w:r>
        <w:rPr>
          <w:rFonts w:ascii="IM Fell English" w:hAnsi="IM Fell English"/>
          <w:color w:val="261411"/>
          <w:sz w:val="24"/>
        </w:rPr>
        <w:t>Maeve let out a sigh, a sound like wind rustling through dry leaves. “Lost. Yes, perhaps. But a lost predator is still a predator, Lyra. And even if he were the gentlest soul in the human world, his presence here is a beacon. A beacon for trouble. For eyes that shouldn’t be looking our way.”</w:t>
      </w:r>
    </w:p>
    <w:p>
      <w:r>
        <w:rPr>
          <w:rFonts w:ascii="IM Fell English" w:hAnsi="IM Fell English"/>
          <w:color w:val="261411"/>
          <w:sz w:val="24"/>
        </w:rPr>
        <w:t>Lyra shifted her weight, her roots aching with the effort of standing her ground. “What do you mean, trouble?”</w:t>
      </w:r>
    </w:p>
    <w:p>
      <w:r>
        <w:rPr>
          <w:rFonts w:ascii="IM Fell English" w:hAnsi="IM Fell English"/>
          <w:color w:val="261411"/>
          <w:sz w:val="24"/>
        </w:rPr>
        <w:t>“The whispers have started, haven’t they?” Maeve’s gaze intensified, pinning Lyra like an insect. “The wilting in the south grove, the strange unease among the river sprites, the subtle tremors in the protective wards. These are not coincidences, Lyra. These are the first signs that our sanctuary is being probed, tested.”</w:t>
      </w:r>
    </w:p>
    <w:p>
      <w:r>
        <w:rPr>
          <w:rFonts w:ascii="IM Fell English" w:hAnsi="IM Fell English"/>
          <w:color w:val="261411"/>
          <w:sz w:val="24"/>
        </w:rPr>
        <w:t>Lyra’s breath hitched. She’d noticed the subtle shifts, the way the leaves seemed to sigh with a deeper sorrow, the unsettling stillness in the air that wasn’t quite peace. She’d attributed it to the natural ebb and flow of the forest’s energies, but Maeve’s words painted a chilling new picture.</w:t>
      </w:r>
    </w:p>
    <w:p>
      <w:r>
        <w:rPr>
          <w:rFonts w:ascii="IM Fell English" w:hAnsi="IM Fell English"/>
          <w:color w:val="261411"/>
          <w:sz w:val="24"/>
        </w:rPr>
        <w:t>“You believe… you believe it’s because of Dylan?”</w:t>
      </w:r>
    </w:p>
    <w:p>
      <w:r>
        <w:rPr>
          <w:rFonts w:ascii="IM Fell English" w:hAnsi="IM Fell English"/>
          <w:color w:val="261411"/>
          <w:sz w:val="24"/>
        </w:rPr>
        <w:t>“I believe,” Maeve said, her voice dropping to a near whisper, “that his presence has drawn attention. Attention we cannot afford. His family has appeared on the edge of our world, Lyra. That is not a natural occurrence. And now, you are entangled with him. You are compromising yourself, and by extension, you are compromising us all.”</w:t>
      </w:r>
    </w:p>
    <w:p>
      <w:r>
        <w:rPr>
          <w:rFonts w:ascii="IM Fell English" w:hAnsi="IM Fell English"/>
          <w:color w:val="261411"/>
          <w:sz w:val="24"/>
        </w:rPr>
        <w:t>Maeve rose from her chair, her movements surprisingly fluid for her age. She walked towards the large, leaded window, gazing out at the shadowed forest. “I have spent my life protecting this community. I have made difficult decisions, decisions that have kept us safe from the horrors outside. And I will not stand by and watch it all crumble because of a young dryad’s misguided affections.”</w:t>
      </w:r>
    </w:p>
    <w:p>
      <w:r>
        <w:rPr>
          <w:rFonts w:ascii="IM Fell English" w:hAnsi="IM Fell English"/>
          <w:color w:val="261411"/>
          <w:sz w:val="24"/>
        </w:rPr>
        <w:t>She turned back to Lyra, her expression one of grim finality. “You must end this, Lyra. Cut ties with the human. For the good of Whisperfall. For the good of your own future.”</w:t>
      </w:r>
    </w:p>
    <w:p>
      <w:r>
        <w:rPr>
          <w:rFonts w:ascii="IM Fell English" w:hAnsi="IM Fell English"/>
          <w:color w:val="261411"/>
          <w:sz w:val="24"/>
        </w:rPr>
        <w:t>The ultimatum hung in the air, heavy and suffocating. Lyra felt a profound ache spread through her. Elder Maeve was her mentor, her elder, the pillar of their community. Her words carried the weight of generations. But Dylan… Dylan was a nascent hope, a whisper of a different future. The thought of severing that connection, of retreating back into the predictable safety of her old life, felt like tearing a limb from her own being.</w:t>
      </w:r>
    </w:p>
    <w:p>
      <w:r>
        <w:rPr>
          <w:rFonts w:ascii="IM Fell English" w:hAnsi="IM Fell English"/>
          <w:color w:val="261411"/>
          <w:sz w:val="24"/>
        </w:rPr>
        <w:t>“But… I can’t,” Lyra whispered, the words barely audible. The confession felt like a betrayal, not just of Maeve, but of the very fabric of her existence. “I… I care about him.”</w:t>
      </w:r>
    </w:p>
    <w:p>
      <w:r>
        <w:rPr>
          <w:rFonts w:ascii="IM Fell English" w:hAnsi="IM Fell English"/>
          <w:color w:val="261411"/>
          <w:sz w:val="24"/>
        </w:rPr>
        <w:t>Maeve’s gaze softened for a fraction of a second, a flicker of understanding in her ancient eyes, before hardening once more. “Care,” she repeated, the word tasting like ash. “Care is a luxury we can no longer afford, Lyra. Not when the very foundations of our world are being tested. You are a dryad. Your loyalty lies with your kin, with this forest, with Whisperfall. Not with a human who has no place here.”</w:t>
      </w:r>
    </w:p>
    <w:p>
      <w:r>
        <w:rPr>
          <w:rFonts w:ascii="IM Fell English" w:hAnsi="IM Fell English"/>
          <w:color w:val="261411"/>
          <w:sz w:val="24"/>
        </w:rPr>
        <w:t>She stepped closer, her hand, gnarled and strong, reaching out to touch Lyra’s cheek. It was a gesture of comfort, but her touch felt like a brand. “I’m not asking you to forget him entirely. I’m asking you to choose. Choose Whisperfall. Choose your people. Choose the life you were born to live. This fascination… it must end. Now.”</w:t>
      </w:r>
    </w:p>
    <w:p>
      <w:r>
        <w:rPr>
          <w:rFonts w:ascii="IM Fell English" w:hAnsi="IM Fell English"/>
          <w:color w:val="261411"/>
          <w:sz w:val="24"/>
        </w:rPr>
        <w:t>Lyra felt a tremor run through her, as if the very earth beneath her feet was reacting to the impossible choice Maeve had presented. Her gaze flickered towards the window, towards the dark expanse of the forest where Dylan might be, where their stolen moments unfolded. The path Maeve laid out was the path of safety, of tradition, of belonging. But it was also a path of denial, of stifled longing, of a future that felt suddenly barren. The weight of Elder Maeve’s expectations, the ingrained fear of her people, warred with the burgeoning, terrifying possibility of a love that defied all their ancient warnings. The choice, she knew, would irrevocably alter the course of her life, and perhaps, the fate of Whisperfall itself.</w:t>
      </w:r>
    </w:p>
    <w:p>
      <w:r>
        <w:rPr>
          <w:rFonts w:ascii="IM Fell English" w:hAnsi="IM Fell English"/>
          <w:color w:val="261411"/>
          <w:sz w:val="24"/>
        </w:rPr>
        <w:t>Lyra stood before Elder Maeve, the weight of the elder’s gaze pressing down on her like the oldest, most gnarled oak. The air in Maeve’s chambers, usually fragrant with dried herbs and the comforting scent of ancient wood, felt thick with unspoken judgment.</w:t>
      </w:r>
    </w:p>
    <w:p>
      <w:r>
        <w:rPr>
          <w:rFonts w:ascii="IM Fell English" w:hAnsi="IM Fell English"/>
          <w:color w:val="261411"/>
          <w:sz w:val="24"/>
        </w:rPr>
        <w:t>“Lyra,” Maeve’s voice, a low rumble like distant thunder, was laced with an unmistakable disapproval. “Your… association with the human boy grows bolder with each passing twilight.”</w:t>
      </w:r>
    </w:p>
    <w:p>
      <w:r>
        <w:rPr>
          <w:rFonts w:ascii="IM Fell English" w:hAnsi="IM Fell English"/>
          <w:color w:val="261411"/>
          <w:sz w:val="24"/>
        </w:rPr>
        <w:t>Lyra’s fingers, habitually intertwined, tightened. “Dylan is not just a boy, Elder. He has… a depth.”</w:t>
      </w:r>
    </w:p>
    <w:p>
      <w:r>
        <w:rPr>
          <w:rFonts w:ascii="IM Fell English" w:hAnsi="IM Fell English"/>
          <w:color w:val="261411"/>
          <w:sz w:val="24"/>
        </w:rPr>
        <w:t>Maeve scoffed, a dry, rasping sound. “Depth? Or deception? These are the stories we tell our saplings, Lyra. The cautionary tales of human charm, the gilded cage that leads to our ruin. Have you forgotten so quickly?”</w:t>
      </w:r>
    </w:p>
    <w:p>
      <w:r>
        <w:rPr>
          <w:rFonts w:ascii="IM Fell English" w:hAnsi="IM Fell English"/>
          <w:color w:val="261411"/>
          <w:sz w:val="24"/>
        </w:rPr>
        <w:t>Lyra’s gaze fell to the intricate carvings on Maeve’s walking stick, each one a testament to Whisperfall’s history, its long, hard-won peace. “I haven’t forgotten. But Dylan… he’s different.”</w:t>
      </w:r>
    </w:p>
    <w:p>
      <w:r>
        <w:rPr>
          <w:rFonts w:ascii="IM Fell English" w:hAnsi="IM Fell English"/>
          <w:color w:val="261411"/>
          <w:sz w:val="24"/>
        </w:rPr>
        <w:t>“Different how?” Maeve’s eyes narrowed, the ancient wisdom within them warring with a primal fear. “Different enough to risk everything we are? The whispers grow louder, child. The crops in the western meadow… they wither with an unnatural haste. The protective wards along the North Road hum with a discordant frequency. These are not mere coincidences, Lyra. They are echoes of the imbalance your… attachments are creating.”</w:t>
      </w:r>
    </w:p>
    <w:p>
      <w:r>
        <w:rPr>
          <w:rFonts w:ascii="IM Fell English" w:hAnsi="IM Fell English"/>
          <w:color w:val="261411"/>
          <w:sz w:val="24"/>
        </w:rPr>
        <w:t>Lyra felt a tremor of unease, a familiar tremor that had been growing with each clandestine meeting, each shared glance with Dylan. The wilting leaves, the strange buzz in the air – she’d felt them too. Finn had been practically vibrating with anxiety about it for days. “But Elder, Dylan has no part in that. He… he understands the world differently.”</w:t>
      </w:r>
    </w:p>
    <w:p>
      <w:r>
        <w:rPr>
          <w:rFonts w:ascii="IM Fell English" w:hAnsi="IM Fell English"/>
          <w:color w:val="261411"/>
          <w:sz w:val="24"/>
        </w:rPr>
        <w:t xml:space="preserve">“He </w:t>
      </w:r>
      <w:r>
        <w:rPr>
          <w:rFonts w:ascii="IM Fell English" w:hAnsi="IM Fell English"/>
          <w:i/>
          <w:color w:val="261411"/>
          <w:sz w:val="24"/>
        </w:rPr>
        <w:t>is</w:t>
      </w:r>
      <w:r>
        <w:rPr>
          <w:rFonts w:ascii="IM Fell English" w:hAnsi="IM Fell English"/>
          <w:color w:val="261411"/>
          <w:sz w:val="24"/>
        </w:rPr>
        <w:t xml:space="preserve"> the world differently,” Maeve corrected, her voice hardening. “He is human. And humans, as our ancestors learned at such terrible cost, are a contagion. Their very presence can poison our haven. You are a dryad, Lyra. Your lifeblood is this forest. You should feel its distress, not ignore it for a fleeting, dangerous fascination.”</w:t>
      </w:r>
    </w:p>
    <w:p>
      <w:r>
        <w:rPr>
          <w:rFonts w:ascii="IM Fell English" w:hAnsi="IM Fell English"/>
          <w:color w:val="261411"/>
          <w:sz w:val="24"/>
        </w:rPr>
        <w:t xml:space="preserve">Maeve leaned forward, her stern expression softening, a flicker of concern in her eyes. “I see the conflict in you. I see your loyalty to your roots, but I also see the allure of the forbidden. It is a dangerous path you tread, Lyra. A path that leads away from Whisperfall, away from us. I am asking you, no, </w:t>
      </w:r>
      <w:r>
        <w:rPr>
          <w:rFonts w:ascii="IM Fell English" w:hAnsi="IM Fell English"/>
          <w:i/>
          <w:color w:val="261411"/>
          <w:sz w:val="24"/>
        </w:rPr>
        <w:t>demanding</w:t>
      </w:r>
      <w:r>
        <w:rPr>
          <w:rFonts w:ascii="IM Fell English" w:hAnsi="IM Fell English"/>
          <w:color w:val="261411"/>
          <w:sz w:val="24"/>
        </w:rPr>
        <w:t xml:space="preserve"> you, to sever this… connection. For the good of us all.”</w:t>
      </w:r>
    </w:p>
    <w:p>
      <w:r>
        <w:rPr>
          <w:rFonts w:ascii="IM Fell English" w:hAnsi="IM Fell English"/>
          <w:color w:val="261411"/>
          <w:sz w:val="24"/>
        </w:rPr>
        <w:t>The words hung in the air, heavy and final. Lyra’s heart ached, a physical pain. Maeve was her mentor, her elder, the keeper of their history. To defy her was to shatter a bond as old as the oldest oak. Yet, the memory of Dylan’s eyes, the quiet sadness and unexpected kindness in them, felt as real and as vital as the sap running through her own veins. She couldn’t simply… end it. Not yet. Not until she understood what was truly happening.</w:t>
      </w:r>
    </w:p>
    <w:p>
      <w:r>
        <w:rPr>
          <w:rFonts w:ascii="IM Fell English" w:hAnsi="IM Fell English"/>
          <w:color w:val="261411"/>
          <w:sz w:val="24"/>
        </w:rPr>
        <w:t>“I… I need time to think, Elder,” Lyra managed, her voice barely a whisper.</w:t>
      </w:r>
    </w:p>
    <w:p>
      <w:r>
        <w:rPr>
          <w:rFonts w:ascii="IM Fell English" w:hAnsi="IM Fell English"/>
          <w:color w:val="261411"/>
          <w:sz w:val="24"/>
        </w:rPr>
        <w:t>Maeve’s gaze remained steady, unyielding. “Time is a luxury we may not have, child. Think wisely. Your choices have ripples that reach further than you can imagine.”</w:t>
      </w:r>
    </w:p>
    <w:p>
      <w:r>
        <w:rPr>
          <w:rFonts w:ascii="IM Fell English" w:hAnsi="IM Fell English"/>
          <w:color w:val="261411"/>
          <w:sz w:val="24"/>
        </w:rPr>
        <w:t>Lyra retreated from Maeve’s chambers, the oppressive atmosphere clinging to her like mist. The forest, usually a source of solace, felt troubled. The leaves rustled with a nervous energy, and the sunlight filtering through the canopy seemed weaker, tinged with an unfamiliar anxiety. She found herself wandering, her feet carrying her instinctively towards the edge of Whisperfall, towards the quaint cottage that housed the inexplicable disturbance.</w:t>
      </w:r>
    </w:p>
    <w:p>
      <w:r>
        <w:rPr>
          <w:rFonts w:ascii="IM Fell English" w:hAnsi="IM Fell English"/>
          <w:color w:val="261411"/>
          <w:sz w:val="24"/>
        </w:rPr>
        <w:t>The cottage stood apart from the other homes in Whisperfall, its stone walls and neat garden a stark contrast to the organic architecture of the mythical community. It was the human dwelling, a beacon of the outside world that the elders had worked so tirelessly to keep at bay. Lyra’s breath hitched as she spotted a figure tending to a small patch of wilting flowers near the garden fence. Dylan.</w:t>
      </w:r>
    </w:p>
    <w:p>
      <w:r>
        <w:rPr>
          <w:rFonts w:ascii="IM Fell English" w:hAnsi="IM Fell English"/>
          <w:color w:val="261411"/>
          <w:sz w:val="24"/>
        </w:rPr>
        <w:t>He looked up, his gaze meeting hers across the dew-kissed grass. There was no surprise in his eyes, only that familiar, quiet acknowledgment. He straightened, his movements graceful, almost hesitant. Lyra felt a pull, an irresistible urge to seek answers from him, to understand the source of the unease that was now as much a part of her as her own leafy hair.</w:t>
      </w:r>
    </w:p>
    <w:p>
      <w:r>
        <w:rPr>
          <w:rFonts w:ascii="IM Fell English" w:hAnsi="IM Fell English"/>
          <w:color w:val="261411"/>
          <w:sz w:val="24"/>
        </w:rPr>
        <w:t>As she drew closer, a frantic rustling erupted from the nearby bramble bushes. A small, startled rabbit shot out, followed by a flurry of panicked chirps from a flock of birds that suddenly took flight. Lyra’s head whipped around, her dryad senses instantly on alert. It wasn't just nervousness; it was outright fear.</w:t>
      </w:r>
    </w:p>
    <w:p>
      <w:r>
        <w:rPr>
          <w:rFonts w:ascii="IM Fell English" w:hAnsi="IM Fell English"/>
          <w:color w:val="261411"/>
          <w:sz w:val="24"/>
        </w:rPr>
        <w:t>Suddenly, a goat-like leg emerged from the undergrowth, followed by a tuft of shaggy brown hair. Finn tumbled out, dishevelled and panting, his goat hooves tangled in a patch of stubborn ivy. He straightened, adjusting the ill-fitting tunic he wore with an air of injured dignity.</w:t>
      </w:r>
    </w:p>
    <w:p>
      <w:r>
        <w:rPr>
          <w:rFonts w:ascii="IM Fell English" w:hAnsi="IM Fell English"/>
          <w:color w:val="261411"/>
          <w:sz w:val="24"/>
        </w:rPr>
        <w:t>“Honestly, Lyra,” Finn huffed, brushing himself off with a theatrical flourish. “You think I wouldn’t notice you sneaking off to meet the resident mystery human? Maeve’s got a point, you know. This whole thing is giving me the creeps. That rabbit looked like it had seen a ghost. Or worse, a tax collector.”</w:t>
      </w:r>
    </w:p>
    <w:p>
      <w:r>
        <w:rPr>
          <w:rFonts w:ascii="IM Fell English" w:hAnsi="IM Fell English"/>
          <w:color w:val="261411"/>
          <w:sz w:val="24"/>
        </w:rPr>
        <w:t>Lyra’s heart sank. Finn’s impulsivity, usually a source of amusement, was now a source of dread. “Finn! You shouldn’t be here.”</w:t>
      </w:r>
    </w:p>
    <w:p>
      <w:r>
        <w:rPr>
          <w:rFonts w:ascii="IM Fell English" w:hAnsi="IM Fell English"/>
          <w:color w:val="261411"/>
          <w:sz w:val="24"/>
        </w:rPr>
        <w:t>Dylan watched the exchange, his expression unreadable, though Lyra thought she detected a flicker of concern in his eyes. He hadn’t moved from his spot by the fence.</w:t>
      </w:r>
    </w:p>
    <w:p>
      <w:r>
        <w:rPr>
          <w:rFonts w:ascii="IM Fell English" w:hAnsi="IM Fell English"/>
          <w:color w:val="261411"/>
          <w:sz w:val="24"/>
        </w:rPr>
        <w:t>“Oh, don’t worry about me, little leaf,” Finn said, puffing out his chest. “I’m here to… observe. And possibly intervene if this human tries to, I don’t know, charm you into revealing the location of the enchanted acorn that grants eternal youth. Or something equally nefarious.”</w:t>
      </w:r>
    </w:p>
    <w:p>
      <w:r>
        <w:rPr>
          <w:rFonts w:ascii="IM Fell English" w:hAnsi="IM Fell English"/>
          <w:color w:val="261411"/>
          <w:sz w:val="24"/>
        </w:rPr>
        <w:t>Lyra’s cheeks flushed. “Dylan wouldn’t do that! And you’re making things worse.” She turned to Dylan, a desperate plea in her voice. “I’m sorry, Dylan. He’s… he’s my friend.”</w:t>
      </w:r>
    </w:p>
    <w:p>
      <w:r>
        <w:rPr>
          <w:rFonts w:ascii="IM Fell English" w:hAnsi="IM Fell English"/>
          <w:color w:val="261411"/>
          <w:sz w:val="24"/>
        </w:rPr>
        <w:t>Dylan finally took a step towards them, his gaze sweeping over Finn with a curious, almost detached intensity. “The rabbit seemed genuinely distressed,” he said, his voice low and even. “More so than usual. And the birds… they were fleeing in a panic, not just startled.”</w:t>
      </w:r>
    </w:p>
    <w:p>
      <w:r>
        <w:rPr>
          <w:rFonts w:ascii="IM Fell English" w:hAnsi="IM Fell English"/>
          <w:color w:val="261411"/>
          <w:sz w:val="24"/>
        </w:rPr>
        <w:t xml:space="preserve">“Exactly!” Finn exclaimed, pointing a hoof at Dylan. “You see? He notices things! He’s probably some sort of human oracle, observing our downfall. Or maybe he’s the one </w:t>
      </w:r>
      <w:r>
        <w:rPr>
          <w:rFonts w:ascii="IM Fell English" w:hAnsi="IM Fell English"/>
          <w:i/>
          <w:color w:val="261411"/>
          <w:sz w:val="24"/>
        </w:rPr>
        <w:t>causing</w:t>
      </w:r>
      <w:r>
        <w:rPr>
          <w:rFonts w:ascii="IM Fell English" w:hAnsi="IM Fell English"/>
          <w:color w:val="261411"/>
          <w:sz w:val="24"/>
        </w:rPr>
        <w:t xml:space="preserve"> the downfall! Have you seen his eyes? They’re the colour of a storm cloud right before it unleashes hellfire!”</w:t>
      </w:r>
    </w:p>
    <w:p>
      <w:r>
        <w:rPr>
          <w:rFonts w:ascii="IM Fell English" w:hAnsi="IM Fell English"/>
          <w:color w:val="261411"/>
          <w:sz w:val="24"/>
        </w:rPr>
        <w:t>Lyra shot Finn a silencing glare. “Finn, please. Dylan, Elder Maeve… she’s worried. The strange occurrences… she thinks they’re connected to… to us.”</w:t>
      </w:r>
    </w:p>
    <w:p>
      <w:r>
        <w:rPr>
          <w:rFonts w:ascii="IM Fell English" w:hAnsi="IM Fell English"/>
          <w:color w:val="261411"/>
          <w:sz w:val="24"/>
        </w:rPr>
        <w:t>Dylan’s brow furrowed, a visible tension entering his posture. He glanced back towards the cottage, as if checking for unseen watchers. “Connected how?” he asked, his voice even lower now, laced with a new urgency.</w:t>
      </w:r>
    </w:p>
    <w:p>
      <w:r>
        <w:rPr>
          <w:rFonts w:ascii="IM Fell English" w:hAnsi="IM Fell English"/>
          <w:color w:val="261411"/>
          <w:sz w:val="24"/>
        </w:rPr>
        <w:t>Lyra hesitated, the weight of Maeve’s warning pressing down on her. She looked at Finn, who was now watching the exchange with an unusual intensity, his usual flippancy temporarily shelved. She looked at Dylan, his quiet demeanour suddenly radiating an unspoken knowledge, a shared burden.</w:t>
      </w:r>
    </w:p>
    <w:p>
      <w:r>
        <w:rPr>
          <w:rFonts w:ascii="IM Fell English" w:hAnsi="IM Fell English"/>
          <w:color w:val="261411"/>
          <w:sz w:val="24"/>
        </w:rPr>
        <w:t>“The crops are wilting,” Lyra confessed, the words tumbling out. “The wards are… weakening. Maeve believes it’s because of you. Because of… us.”</w:t>
      </w:r>
    </w:p>
    <w:p>
      <w:r>
        <w:rPr>
          <w:rFonts w:ascii="IM Fell English" w:hAnsi="IM Fell English"/>
          <w:color w:val="261411"/>
          <w:sz w:val="24"/>
        </w:rPr>
        <w:t>Dylan’s gaze met Lyra’s, and in its depths, she saw not just understanding, but a dawning realization, and a hint of something far more dangerous. “This is more than just whispers, then,” he murmured, his voice barely audible. He looked back towards the woods, a subtle shift in his stance, as if preparing for an unseen threat. “It seems… they’re already making their move.”</w:t>
      </w:r>
    </w:p>
    <w:p>
      <w:r>
        <w:rPr>
          <w:rFonts w:ascii="IM Fell English" w:hAnsi="IM Fell English"/>
          <w:color w:val="261411"/>
          <w:sz w:val="24"/>
        </w:rPr>
        <w:t>Finn, sensing the shift in atmosphere, shuffled his hooves nervously. “Who’s ‘they’? Are we talking about rogue squirrels? A particularly aggressive badger brigade?”</w:t>
      </w:r>
    </w:p>
    <w:p>
      <w:r>
        <w:rPr>
          <w:rFonts w:ascii="IM Fell English" w:hAnsi="IM Fell English"/>
          <w:color w:val="261411"/>
          <w:sz w:val="24"/>
        </w:rPr>
        <w:t xml:space="preserve">Dylan turned his attention to Finn, his expression hardening slightly. “Not squirrels, Finn. Something far more dangerous. Something that knows Whisperfall is hidden, and is actively trying to breach its defenses.” He looked back at Lyra, his earlier warmth replaced by a grim determination. “Lyra, what Elder Maeve fears from me… it’s a fraction of what she </w:t>
      </w:r>
      <w:r>
        <w:rPr>
          <w:rFonts w:ascii="IM Fell English" w:hAnsi="IM Fell English"/>
          <w:i/>
          <w:color w:val="261411"/>
          <w:sz w:val="24"/>
        </w:rPr>
        <w:t>should</w:t>
      </w:r>
      <w:r>
        <w:rPr>
          <w:rFonts w:ascii="IM Fell English" w:hAnsi="IM Fell English"/>
          <w:color w:val="261411"/>
          <w:sz w:val="24"/>
        </w:rPr>
        <w:t xml:space="preserve"> be afraid of. And what I fear most is that this… disruption… is drawing the attention of those who are far less interested in coexistence than I am. And they hunt people like me, as well as people like you.”</w:t>
      </w:r>
    </w:p>
    <w:p>
      <w:r>
        <w:rPr>
          <w:rFonts w:ascii="IM Fell English" w:hAnsi="IM Fell English"/>
          <w:color w:val="261411"/>
          <w:sz w:val="24"/>
        </w:rPr>
        <w:t>He paused, his gaze sweeping over the seemingly peaceful trees, the quiet meadow. “Your Elder is right to be concerned about imbalance. But I don't think the imbalance is coming from our connection. I think our connection has simply become a spotlight, drawing the attention of those who thrive on chaos.”</w:t>
      </w:r>
    </w:p>
    <w:p>
      <w:r>
        <w:rPr>
          <w:rFonts w:ascii="IM Fell English" w:hAnsi="IM Fell English"/>
          <w:color w:val="261411"/>
          <w:sz w:val="24"/>
        </w:rPr>
        <w:t>Lyra felt a chill that had nothing to do with the encroaching twilight. Dylan’s words, spoken with such quiet conviction, painted a picture far more terrifying than any of Maeve’s cautionary tales. It wasn’t just about forbidden love anymore; it was about a tangible, external threat, a predator drawn to their hidden sanctuary. And Finn, oblivious to the full gravity of the situation, had stumbled right into the heart of it. She had revealed more than she intended, not just to Dylan, but to the volatile, gossipy heart of Whisperfall, embodied by her best friend. Their secret was unraveling, and the danger was far greater than she had ever imagined.</w:t>
      </w:r>
    </w:p>
    <w:p>
      <w:r>
        <w:rPr>
          <w:rFonts w:ascii="IM Fell English" w:hAnsi="IM Fell English"/>
          <w:color w:val="261411"/>
          <w:sz w:val="24"/>
        </w:rPr>
        <w:t>A Desperate Alliance</w:t>
      </w:r>
    </w:p>
    <w:p>
      <w:r>
        <w:rPr>
          <w:rFonts w:ascii="IM Fell English" w:hAnsi="IM Fell English"/>
          <w:color w:val="261411"/>
          <w:sz w:val="24"/>
        </w:rPr>
        <w:t>Lyra stood beside Dylan, her hand resting lightly on his arm. The air in the Elder's chamber felt thick, heavy with unspoken accusations and the lingering scent of ancient wood. Lyra could feel the familiar tremor of the earth beneath her feet, a silent protest against the tension in the room. Elder Maeve sat on her raised stone seat, her gaze, usually sharp and assessing, now clouded with a weariness Lyra hadn't seen before. Around her, the council members – a stoic centaur, a shimmering water spirit, a gruff gnome – watched with a mixture of apprehension and outright suspicion.</w:t>
      </w:r>
    </w:p>
    <w:p>
      <w:r>
        <w:rPr>
          <w:rFonts w:ascii="IM Fell English" w:hAnsi="IM Fell English"/>
          <w:color w:val="261411"/>
          <w:sz w:val="24"/>
        </w:rPr>
        <w:t xml:space="preserve">"You speak of alliance," Elder Maeve's voice was a low rumble, like distant thunder. "An alliance with the very species that has hunted us, driven us into hiding, and nearly extinguished our kind. You ask us to trust </w:t>
      </w:r>
      <w:r>
        <w:rPr>
          <w:rFonts w:ascii="IM Fell English" w:hAnsi="IM Fell English"/>
          <w:i/>
          <w:color w:val="261411"/>
          <w:sz w:val="24"/>
        </w:rPr>
        <w:t>him</w:t>
      </w:r>
      <w:r>
        <w:rPr>
          <w:rFonts w:ascii="IM Fell English" w:hAnsi="IM Fell English"/>
          <w:color w:val="261411"/>
          <w:sz w:val="24"/>
        </w:rPr>
        <w:t>?" Her eyes flickered towards Dylan. "A human. A tracker. Thorne's kin."</w:t>
      </w:r>
    </w:p>
    <w:p>
      <w:r>
        <w:rPr>
          <w:rFonts w:ascii="IM Fell English" w:hAnsi="IM Fell English"/>
          <w:color w:val="261411"/>
          <w:sz w:val="24"/>
        </w:rPr>
        <w:t xml:space="preserve">Lyra’s grip tightened infinitesimally on Dylan’s arm. She could feel his stillness, his quiet strength, but also the tremor of vulnerability that ran beneath it. "He is not Thorne's kin, Elder Maeve," Lyra said, her voice clear and firm, though her heart hammered against her ribs like a trapped bird. "He is </w:t>
      </w:r>
      <w:r>
        <w:rPr>
          <w:rFonts w:ascii="IM Fell English" w:hAnsi="IM Fell English"/>
          <w:i/>
          <w:color w:val="261411"/>
          <w:sz w:val="24"/>
        </w:rPr>
        <w:t>Dylan</w:t>
      </w:r>
      <w:r>
        <w:rPr>
          <w:rFonts w:ascii="IM Fell English" w:hAnsi="IM Fell English"/>
          <w:color w:val="261411"/>
          <w:sz w:val="24"/>
        </w:rPr>
        <w:t>. He knows Thorne's cruelty. He understands what Thorne intends. And he knows that Thorne will not stop with us. If he finds Whisperfall, he will find others."</w:t>
      </w:r>
    </w:p>
    <w:p>
      <w:r>
        <w:rPr>
          <w:rFonts w:ascii="IM Fell English" w:hAnsi="IM Fell English"/>
          <w:color w:val="261411"/>
          <w:sz w:val="24"/>
        </w:rPr>
        <w:t xml:space="preserve">Dylan stepped forward, his gaze meeting Elder Maeve's directly. His voice, usually so soft, held a resonant depth. "Elder Maeve, I have seen what Thorne does. I have seen what he is capable of. He believes he is purifying the world. He sees us not as living beings, but as a blight to be eradicated. My family, and others like us who </w:t>
      </w:r>
      <w:r>
        <w:rPr>
          <w:rFonts w:ascii="IM Fell English" w:hAnsi="IM Fell English"/>
          <w:i/>
          <w:color w:val="261411"/>
          <w:sz w:val="24"/>
        </w:rPr>
        <w:t>try</w:t>
      </w:r>
      <w:r>
        <w:rPr>
          <w:rFonts w:ascii="IM Fell English" w:hAnsi="IM Fell English"/>
          <w:color w:val="261411"/>
          <w:sz w:val="24"/>
        </w:rPr>
        <w:t xml:space="preserve"> to coexist, are also targets. Thorne’s ambition extends far beyond this valley. If he succeeds here, the world will become a far more dangerous place for everyone."</w:t>
      </w:r>
    </w:p>
    <w:p>
      <w:r>
        <w:rPr>
          <w:rFonts w:ascii="IM Fell English" w:hAnsi="IM Fell English"/>
          <w:color w:val="261411"/>
          <w:sz w:val="24"/>
        </w:rPr>
        <w:t xml:space="preserve">A gruff chuckle from the gnome council member broke the tense silence. "Coexist? With </w:t>
      </w:r>
      <w:r>
        <w:rPr>
          <w:rFonts w:ascii="IM Fell English" w:hAnsi="IM Fell English"/>
          <w:i/>
          <w:color w:val="261411"/>
          <w:sz w:val="24"/>
        </w:rPr>
        <w:t>him</w:t>
      </w:r>
      <w:r>
        <w:rPr>
          <w:rFonts w:ascii="IM Fell English" w:hAnsi="IM Fell English"/>
          <w:color w:val="261411"/>
          <w:sz w:val="24"/>
        </w:rPr>
        <w:t xml:space="preserve">?" He gestured dismissively at Dylan. "He brought Thorne to our doorstep. He's the reason the wards weakened, isn't he? The reason they can even </w:t>
      </w:r>
      <w:r>
        <w:rPr>
          <w:rFonts w:ascii="IM Fell English" w:hAnsi="IM Fell English"/>
          <w:i/>
          <w:color w:val="261411"/>
          <w:sz w:val="24"/>
        </w:rPr>
        <w:t>sense</w:t>
      </w:r>
      <w:r>
        <w:rPr>
          <w:rFonts w:ascii="IM Fell English" w:hAnsi="IM Fell English"/>
          <w:color w:val="261411"/>
          <w:sz w:val="24"/>
        </w:rPr>
        <w:t xml:space="preserve"> us?"</w:t>
      </w:r>
    </w:p>
    <w:p>
      <w:r>
        <w:rPr>
          <w:rFonts w:ascii="IM Fell English" w:hAnsi="IM Fell English"/>
          <w:color w:val="261411"/>
          <w:sz w:val="24"/>
        </w:rPr>
        <w:t>"The wards were weakened by forces beyond my control, not by Dylan," Lyra interjected, her voice rising slightly. "And Thorne found us because he was hunting Dylan. If Dylan hadn't been here, they might still be searching. We can't just hide anymore. We can't just wait for them to find us. Thorne is coming. He's organized. He has technology we don't understand. Our magic, our history… it’s not enough to face that alone."</w:t>
      </w:r>
    </w:p>
    <w:p>
      <w:r>
        <w:rPr>
          <w:rFonts w:ascii="IM Fell English" w:hAnsi="IM Fell English"/>
          <w:color w:val="261411"/>
          <w:sz w:val="24"/>
        </w:rPr>
        <w:t>The centaur, whose name was Kaelen, shifted his weight, his hooves clicking softly on the stone floor. "Lyra speaks with the passion of youth, Elder. But her words carry a truth. Thorne’s approach is different. He moves with a singular, brutal efficiency. Our traditions are our strength, yes, but they are also our rigidity. The Fae can weave illusions, the sprites can blind with light, but what happens when illusions are seen through by lenses, or light is outmatched by… whatever Thorne uses?" He looked at Dylan, then back at Lyra. "Your connection, Lyra, has always been to the wild places. Perhaps it is time to connect to the wilder spirit of survival, even if it comes from an unexpected source."</w:t>
      </w:r>
    </w:p>
    <w:p>
      <w:r>
        <w:rPr>
          <w:rFonts w:ascii="IM Fell English" w:hAnsi="IM Fell English"/>
          <w:color w:val="261411"/>
          <w:sz w:val="24"/>
        </w:rPr>
        <w:t>Elder Maeve closed her eyes for a long moment. Lyra could feel the weight of centuries of fear and loss pressing down on the elder. She understood the ingrained distrust, the primal instinct to protect their own by shutting out the outsider. But she also felt the tremor of the forest, the anxiety of the creatures that called Whisperfall home, and the chilling certainty that hiding would no longer suffice.</w:t>
      </w:r>
    </w:p>
    <w:p>
      <w:r>
        <w:rPr>
          <w:rFonts w:ascii="IM Fell English" w:hAnsi="IM Fell English"/>
          <w:color w:val="261411"/>
          <w:sz w:val="24"/>
        </w:rPr>
        <w:t>"You believe Thorne will return?" Elder Maeve finally asked, her voice softer, but still laced with a profound skepticism.</w:t>
      </w:r>
    </w:p>
    <w:p>
      <w:r>
        <w:rPr>
          <w:rFonts w:ascii="IM Fell English" w:hAnsi="IM Fell English"/>
          <w:color w:val="261411"/>
          <w:sz w:val="24"/>
        </w:rPr>
        <w:t>"He will," Dylan confirmed. "He sees Whisperfall as a prize. The ultimate proof of his crusade. He won't let this go."</w:t>
      </w:r>
    </w:p>
    <w:p>
      <w:r>
        <w:rPr>
          <w:rFonts w:ascii="IM Fell English" w:hAnsi="IM Fell English"/>
          <w:color w:val="261411"/>
          <w:sz w:val="24"/>
        </w:rPr>
        <w:t>"And this 'alliance' you propose," Elder Maeve opened her eyes, her gaze fixed on Lyra. "What does it entail? You, a dryad, working alongside a human? Training with him? Sharing our secrets?" The word 'secrets' hung in the air, a charged accusation.</w:t>
      </w:r>
    </w:p>
    <w:p>
      <w:r>
        <w:rPr>
          <w:rFonts w:ascii="IM Fell English" w:hAnsi="IM Fell English"/>
          <w:color w:val="261411"/>
          <w:sz w:val="24"/>
        </w:rPr>
        <w:t>Lyra met her gaze, her own determination hardening. "It entails survival, Elder Maeve. It entails fighting together. Dylan knows how Thorne operates. He knows their tactics, their vulnerabilities. We know the land. We know our magic. Together, we can strengthen our defenses. We can anticipate his moves. I… I believe in Dylan. And I believe that if we are to have any hope of surviving what's coming, we have to try. We have to find a way to bridge the divide, not widen it."</w:t>
      </w:r>
    </w:p>
    <w:p>
      <w:r>
        <w:rPr>
          <w:rFonts w:ascii="IM Fell English" w:hAnsi="IM Fell English"/>
          <w:color w:val="261411"/>
          <w:sz w:val="24"/>
        </w:rPr>
        <w:t>"Bridge the divide," the water spirit whispered, her voice like the gentle lapping of waves. "A dangerous proposition. The currents of fear run deep."</w:t>
      </w:r>
    </w:p>
    <w:p>
      <w:r>
        <w:rPr>
          <w:rFonts w:ascii="IM Fell English" w:hAnsi="IM Fell English"/>
          <w:color w:val="261411"/>
          <w:sz w:val="24"/>
        </w:rPr>
        <w:t>"But the current of desperation runs deeper," Kaelen countered, his voice resonating with authority. "We have always adapted. We have always found ways to endure. Perhaps this is simply the next adaptation."</w:t>
      </w:r>
    </w:p>
    <w:p>
      <w:r>
        <w:rPr>
          <w:rFonts w:ascii="IM Fell English" w:hAnsi="IM Fell English"/>
          <w:color w:val="261411"/>
          <w:sz w:val="24"/>
        </w:rPr>
        <w:t>Elder Maeve looked from Lyra to Dylan, her expression unreadable. The council members murmured amongst themselves, a low hum of dissent and reluctant consideration. Lyra felt a familiar ache in her chest, the conflict between her loyalty to her people and her growing, undeniable connection to Dylan. It was a dangerous precipice, but one she was willing to stand on.</w:t>
      </w:r>
    </w:p>
    <w:p>
      <w:r>
        <w:rPr>
          <w:rFonts w:ascii="IM Fell English" w:hAnsi="IM Fell English"/>
          <w:color w:val="261411"/>
          <w:sz w:val="24"/>
        </w:rPr>
        <w:t>Finally, Elder Maeve sighed, a sound that seemed to carry the weight of generations. "Very well. The immediate threat is clear. Thorne is a menace. And Lyra's foresight, however… unconventional, has proven valuable. We will grant this alliance. Under the strictest of terms." She fixed Lyra with a piercing gaze. "You will lead this effort, Lyra. You will ensure the safety of Whisperfall is paramount. Dylan will assist, but he remains under constant observation. His every move will be scrutinized. There will be no secrets from the council, and no actions taken without our knowledge. If there is any hint of betrayal, any sign that this alliance is a weakness, it will be dissolved. And you, Lyra, will be held accountable."</w:t>
      </w:r>
    </w:p>
    <w:p>
      <w:r>
        <w:rPr>
          <w:rFonts w:ascii="IM Fell English" w:hAnsi="IM Fell English"/>
          <w:color w:val="261411"/>
          <w:sz w:val="24"/>
        </w:rPr>
        <w:t>Lyra felt a surge of relief, so potent it almost made her knees weak. But she knew this was only the beginning. "I understand, Elder Maeve. Thank you."</w:t>
      </w:r>
    </w:p>
    <w:p>
      <w:r>
        <w:rPr>
          <w:rFonts w:ascii="IM Fell English" w:hAnsi="IM Fell English"/>
          <w:color w:val="261411"/>
          <w:sz w:val="24"/>
        </w:rPr>
        <w:t>Dylan offered a slight, almost imperceptible nod to the council, his jaw tight. He knew the price of their acceptance, the precariousness of their position.</w:t>
      </w:r>
    </w:p>
    <w:p>
      <w:r>
        <w:rPr>
          <w:rFonts w:ascii="IM Fell English" w:hAnsi="IM Fell English"/>
          <w:color w:val="261411"/>
          <w:sz w:val="24"/>
        </w:rPr>
        <w:t>"One more thing," Elder Maeve added, her gaze returning to Lyra, a flicker of something akin to concern in her eyes. "Your personal feelings for this human… they must not cloud your judgment. Whisperfall's safety comes before all else. Even before a dryad's heart."</w:t>
      </w:r>
    </w:p>
    <w:p>
      <w:r>
        <w:rPr>
          <w:rFonts w:ascii="IM Fell English" w:hAnsi="IM Fell English"/>
          <w:color w:val="261411"/>
          <w:sz w:val="24"/>
        </w:rPr>
        <w:t>Lyra swallowed, the words a bitter pill. She glanced at Dylan, his face impassive, but she saw the understanding in his eyes. They both knew the impossible balance they were now expected to maintain.</w:t>
      </w:r>
    </w:p>
    <w:p>
      <w:r>
        <w:rPr>
          <w:rFonts w:ascii="IM Fell English" w:hAnsi="IM Fell English"/>
          <w:color w:val="261411"/>
          <w:sz w:val="24"/>
        </w:rPr>
        <w:t>As the council dispersed, murmurs of disbelief and apprehension trailing behind them, Lyra and Dylan remained in the chamber. The silence that fell between them was different now, filled with a shared purpose, a shared burden, and a fragile hope.</w:t>
      </w:r>
    </w:p>
    <w:p>
      <w:r>
        <w:rPr>
          <w:rFonts w:ascii="IM Fell English" w:hAnsi="IM Fell English"/>
          <w:color w:val="261411"/>
          <w:sz w:val="24"/>
        </w:rPr>
        <w:t>"She doesn't trust me," Dylan said quietly, his voice barely a whisper.</w:t>
      </w:r>
    </w:p>
    <w:p>
      <w:r>
        <w:rPr>
          <w:rFonts w:ascii="IM Fell English" w:hAnsi="IM Fell English"/>
          <w:color w:val="261411"/>
          <w:sz w:val="24"/>
        </w:rPr>
        <w:t xml:space="preserve">"She doesn't trust </w:t>
      </w:r>
      <w:r>
        <w:rPr>
          <w:rFonts w:ascii="IM Fell English" w:hAnsi="IM Fell English"/>
          <w:i/>
          <w:color w:val="261411"/>
          <w:sz w:val="24"/>
        </w:rPr>
        <w:t>any</w:t>
      </w:r>
      <w:r>
        <w:rPr>
          <w:rFonts w:ascii="IM Fell English" w:hAnsi="IM Fell English"/>
          <w:color w:val="261411"/>
          <w:sz w:val="24"/>
        </w:rPr>
        <w:t xml:space="preserve"> human," Lyra corrected, her voice gentle. She reached out and took his hand, her fingers intertwining with his. His skin was cool, but his grip was firm, a silent reassurance. "But she trusts me. And she sees the danger. That's enough, for now."</w:t>
      </w:r>
    </w:p>
    <w:p>
      <w:r>
        <w:rPr>
          <w:rFonts w:ascii="IM Fell English" w:hAnsi="IM Fell English"/>
          <w:color w:val="261411"/>
          <w:sz w:val="24"/>
        </w:rPr>
        <w:t>Dylan squeezed her hand. "Is it?"</w:t>
      </w:r>
    </w:p>
    <w:p>
      <w:r>
        <w:rPr>
          <w:rFonts w:ascii="IM Fell English" w:hAnsi="IM Fell English"/>
          <w:color w:val="261411"/>
          <w:sz w:val="24"/>
        </w:rPr>
        <w:t>Lyra looked at their joined hands, then up at his face. His eyes, usually so guarded, held a depth of emotion she was only beginning to understand. "It has to be."</w:t>
      </w:r>
    </w:p>
    <w:p>
      <w:r>
        <w:rPr>
          <w:rFonts w:ascii="IM Fell English" w:hAnsi="IM Fell English"/>
          <w:color w:val="261411"/>
          <w:sz w:val="24"/>
        </w:rPr>
        <w:t>The first few days of their "alliance" were a study in awkwardness, punctuated by the ever-present threat. Lyra found herself navigating a new kind of terrain, one where the scent of damp earth and blossoming flowers was replaced by the sharp tang of metallic ink and the dry rustle of parchment. She was accustomed to the rhythms of the forest, the subtle shifts in the wind, the whisper of leaves. Now, she was poring over maps of the surrounding territories with Dylan, trying to decipher troop movements and identify potential ingress points for Thorne’s forces.</w:t>
      </w:r>
    </w:p>
    <w:p>
      <w:r>
        <w:rPr>
          <w:rFonts w:ascii="IM Fell English" w:hAnsi="IM Fell English"/>
          <w:color w:val="261411"/>
          <w:sz w:val="24"/>
        </w:rPr>
        <w:t>Dylan, despite his reserved nature, proved to be an invaluable strategist. He possessed an almost unsettling knowledge of human military tactics, of supply lines and flanking maneuvers. He would sketch out diagrams on scraps of bark or smooth stones, his brow furrowed in concentration. Lyra, in turn, would translate these human concepts into the language of Whisperfall.</w:t>
      </w:r>
    </w:p>
    <w:p>
      <w:r>
        <w:rPr>
          <w:rFonts w:ascii="IM Fell English" w:hAnsi="IM Fell English"/>
          <w:color w:val="261411"/>
          <w:sz w:val="24"/>
        </w:rPr>
        <w:t>"Thorne will likely approach from the west," Dylan explained one afternoon, tracing a line on a makeshift map etched onto a large, flat mushroom cap. "The terrain there is less forgiving, less guarded by the elder trees. He’ll expect us to reinforce the more obvious approaches."</w:t>
      </w:r>
    </w:p>
    <w:p>
      <w:r>
        <w:rPr>
          <w:rFonts w:ascii="IM Fell English" w:hAnsi="IM Fell English"/>
          <w:color w:val="261411"/>
          <w:sz w:val="24"/>
        </w:rPr>
        <w:t>Lyra nodded, her mind already whirring. "The Whispering Glade. The ancient oaks there are strong. But they’re also… stubborn. They don't like being disturbed for anything less than the direst need." She tapped a finger on the mushroom cap. "But the old riverbed, the one that’s been dry for centuries? We could divert the stream from the Azure Falls through there. It would create a natural barrier, a muddy, impassable mire. Thorne’s vehicles wouldn’t stand a chance."</w:t>
      </w:r>
    </w:p>
    <w:p>
      <w:r>
        <w:rPr>
          <w:rFonts w:ascii="IM Fell English" w:hAnsi="IM Fell English"/>
          <w:color w:val="261411"/>
          <w:sz w:val="24"/>
        </w:rPr>
        <w:t>Finn, who had been sulking in a corner of Lyra's grove, occasionally offering unhelpful commentary like "Why can't we just lure them into a giant patch of nettles?" and "Maybe we can convince a grumpy badger to guard the west pass?" finally piped up. "A muddy mire? Brilliant! Much more dramatic than nettles, I’ll admit." He gave a theatrical flourish with his hooves. "Imagine the headlines! 'Human Forces Submerged in Mythic Mire!'"</w:t>
      </w:r>
    </w:p>
    <w:p>
      <w:r>
        <w:rPr>
          <w:rFonts w:ascii="IM Fell English" w:hAnsi="IM Fell English"/>
          <w:color w:val="261411"/>
          <w:sz w:val="24"/>
        </w:rPr>
        <w:t>Lyra shot him a weary glance. "Finn, this isn't a performance. This is survival."</w:t>
      </w:r>
    </w:p>
    <w:p>
      <w:r>
        <w:rPr>
          <w:rFonts w:ascii="IM Fell English" w:hAnsi="IM Fell English"/>
          <w:color w:val="261411"/>
          <w:sz w:val="24"/>
        </w:rPr>
        <w:t>"Oh, but darling Lyra," Finn countered, a mischievous glint in his eyes, "survival is so much more palatable with a touch of flair."</w:t>
      </w:r>
    </w:p>
    <w:p>
      <w:r>
        <w:rPr>
          <w:rFonts w:ascii="IM Fell English" w:hAnsi="IM Fell English"/>
          <w:color w:val="261411"/>
          <w:sz w:val="24"/>
        </w:rPr>
        <w:t>Dylan, however, offered a small, almost imperceptible smile at Finn's pronouncement. He was slowly, grudgingly, beginning to accept the eccentricities of Whisperfall, much as Lyra was trying to navigate the unfamiliar world of human strategy.</w:t>
      </w:r>
    </w:p>
    <w:p>
      <w:r>
        <w:rPr>
          <w:rFonts w:ascii="IM Fell English" w:hAnsi="IM Fell English"/>
          <w:color w:val="261411"/>
          <w:sz w:val="24"/>
        </w:rPr>
        <w:t>Their training sessions were a delicate dance. Lyra would demonstrate how to channel the earth’s energy, how to coax vines into forming natural restraints, how to command the roots of trees to shift and create obstacles. Dylan, in turn, would explain the principles of camouflage, the importance of coordinated strikes, and the vulnerabilities of well-armed opposition.</w:t>
      </w:r>
    </w:p>
    <w:p>
      <w:r>
        <w:rPr>
          <w:rFonts w:ascii="IM Fell English" w:hAnsi="IM Fell English"/>
          <w:color w:val="261411"/>
          <w:sz w:val="24"/>
        </w:rPr>
        <w:t>"Your people carry devices that can project light, yes?" Dylan asked one evening, as they sat by the soft glow of bioluminescent fungi. "But they also have a limited power source. If we can disrupt their energy flow, or overwhelm their sensors with natural luminescence, it could blind them."</w:t>
      </w:r>
    </w:p>
    <w:p>
      <w:r>
        <w:rPr>
          <w:rFonts w:ascii="IM Fell English" w:hAnsi="IM Fell English"/>
          <w:color w:val="261411"/>
          <w:sz w:val="24"/>
        </w:rPr>
        <w:t>"The Fae are excellent at light manipulation," Lyra mused. "And the fireflies… they can create quite the dazzling display."</w:t>
      </w:r>
    </w:p>
    <w:p>
      <w:r>
        <w:rPr>
          <w:rFonts w:ascii="IM Fell English" w:hAnsi="IM Fell English"/>
          <w:color w:val="261411"/>
          <w:sz w:val="24"/>
        </w:rPr>
        <w:t>"Precisely," Dylan’s eyes lit up with a spark of genuine enthusiasm, a rare sight that always sent a flutter through Lyra's chest. "And if we can then move unseen, while they’re disoriented…"</w:t>
      </w:r>
    </w:p>
    <w:p>
      <w:r>
        <w:rPr>
          <w:rFonts w:ascii="IM Fell English" w:hAnsi="IM Fell English"/>
          <w:color w:val="261411"/>
          <w:sz w:val="24"/>
        </w:rPr>
        <w:t>Lyra felt a pang of unease at his intensity. He was so focused, so driven. It was part of what made him so compelling, but also what worried her. He carried such a heavy burden, and the weight of it seemed to press down on him even in moments of shared purpose.</w:t>
      </w:r>
    </w:p>
    <w:p>
      <w:r>
        <w:rPr>
          <w:rFonts w:ascii="IM Fell English" w:hAnsi="IM Fell English"/>
          <w:color w:val="261411"/>
          <w:sz w:val="24"/>
        </w:rPr>
        <w:t>One afternoon, while they were studying a section of the forest border, a troop of sprites, their wings shimmering like stained glass, flitted past Lyra. She felt their tiny anxieties, their fear of the encroaching human presence, the disturbance in the natural balance. She relayed their unease to Dylan.</w:t>
      </w:r>
    </w:p>
    <w:p>
      <w:r>
        <w:rPr>
          <w:rFonts w:ascii="IM Fell English" w:hAnsi="IM Fell English"/>
          <w:color w:val="261411"/>
          <w:sz w:val="24"/>
        </w:rPr>
        <w:t>"They sense more than just our presence," Dylan explained, his voice low. "They sense Thorne's intent. It's a psychic residue, a dissonance in the natural order. He emanates a powerful… negativity. It frightens the smaller creatures."</w:t>
      </w:r>
    </w:p>
    <w:p>
      <w:r>
        <w:rPr>
          <w:rFonts w:ascii="IM Fell English" w:hAnsi="IM Fell English"/>
          <w:color w:val="261411"/>
          <w:sz w:val="24"/>
        </w:rPr>
        <w:t>Lyra looked at him, a fresh wave of concern washing over her. "Is that why you seem so… burdened, Dylan? Because you can feel it so strongly?"</w:t>
      </w:r>
    </w:p>
    <w:p>
      <w:r>
        <w:rPr>
          <w:rFonts w:ascii="IM Fell English" w:hAnsi="IM Fell English"/>
          <w:color w:val="261411"/>
          <w:sz w:val="24"/>
        </w:rPr>
        <w:t>He hesitated, his gaze drifting towards the setting sun. "Partly. It's a constant hum, a reminder of what he represents. And… there are other things. Things I haven't told you yet."</w:t>
      </w:r>
    </w:p>
    <w:p>
      <w:r>
        <w:rPr>
          <w:rFonts w:ascii="IM Fell English" w:hAnsi="IM Fell English"/>
          <w:color w:val="261411"/>
          <w:sz w:val="24"/>
        </w:rPr>
        <w:t xml:space="preserve">Lyra’s heart tightened. She knew he was holding back, that his secret burden was deeper than she understood. Elder Maeve’s warning echoed in her mind: </w:t>
      </w:r>
      <w:r>
        <w:rPr>
          <w:rFonts w:ascii="IM Fell English" w:hAnsi="IM Fell English"/>
          <w:i/>
          <w:color w:val="261411"/>
          <w:sz w:val="24"/>
        </w:rPr>
        <w:t>your personal feelings must not cloud your judgment</w:t>
      </w:r>
      <w:r>
        <w:rPr>
          <w:rFonts w:ascii="IM Fell English" w:hAnsi="IM Fell English"/>
          <w:color w:val="261411"/>
          <w:sz w:val="24"/>
        </w:rPr>
        <w:t>. But the more she worked with Dylan, the more she saw his quiet courage, his genuine desire to protect Whisperfall, the harder it became to maintain that distance.</w:t>
      </w:r>
    </w:p>
    <w:p>
      <w:r>
        <w:rPr>
          <w:rFonts w:ascii="IM Fell English" w:hAnsi="IM Fell English"/>
          <w:color w:val="261411"/>
          <w:sz w:val="24"/>
        </w:rPr>
        <w:t>Finn, meanwhile, was struggling in his own way. His initial bravado had begun to fray, replaced by a gnawing anxiety. He still cracked jokes, still exaggerated the dangers, but Lyra could see the fear in his eyes, a fear that was becoming less about Lyra and more about the very real threat to their home.</w:t>
      </w:r>
    </w:p>
    <w:p>
      <w:r>
        <w:rPr>
          <w:rFonts w:ascii="IM Fell English" w:hAnsi="IM Fell English"/>
          <w:color w:val="261411"/>
          <w:sz w:val="24"/>
        </w:rPr>
        <w:t xml:space="preserve">"It's just… strange, isn't it?" he confessed to Lyra one evening, as they sat by her ancient oak, its leaves rustling in the twilight. "I've always known humans were bad news. Tales around the fire, warnings from the elders… it’s all I’ve ever known. And then this one. He’s… not like the stories. But he </w:t>
      </w:r>
      <w:r>
        <w:rPr>
          <w:rFonts w:ascii="IM Fell English" w:hAnsi="IM Fell English"/>
          <w:i/>
          <w:color w:val="261411"/>
          <w:sz w:val="24"/>
        </w:rPr>
        <w:t>is</w:t>
      </w:r>
      <w:r>
        <w:rPr>
          <w:rFonts w:ascii="IM Fell English" w:hAnsi="IM Fell English"/>
          <w:color w:val="261411"/>
          <w:sz w:val="24"/>
        </w:rPr>
        <w:t xml:space="preserve"> human. And Thorne… Thorne sounds like every bad story rolled into one terrifying package." He kicked a loose stone with his hoof. "I want to trust you, Lyra. I really do. But this whole… alliance… it feels like playing with fire. And I’m not sure if we’re going to get burned, or if we’re going to get… something else. Something Lyra-and-Dylan-shaped. And that's even scarier."</w:t>
      </w:r>
    </w:p>
    <w:p>
      <w:r>
        <w:rPr>
          <w:rFonts w:ascii="IM Fell English" w:hAnsi="IM Fell English"/>
          <w:color w:val="261411"/>
          <w:sz w:val="24"/>
        </w:rPr>
        <w:t>Lyra offered him a small, tired smile. "It's scary for me too, Finn. But we don't have a choice. Not anymore." She looked out towards the west, where the shadows were deepening, the first hint of a gathering storm on the horizon. "We just have to hope that whatever we're building here, this… bridge… it's strong enough."</w:t>
      </w:r>
    </w:p>
    <w:p>
      <w:r>
        <w:rPr>
          <w:rFonts w:ascii="IM Fell English" w:hAnsi="IM Fell English"/>
          <w:color w:val="261411"/>
          <w:sz w:val="24"/>
        </w:rPr>
        <w:t>Dylan joined them then, his silhouette dark against the fading light. He carried a handful of glowing spores, their soft luminescence illuminating his face. "Scouts report Thorne's encampment is within two days' march," he said, his voice devoid of emotion, but carrying an undeniable urgency. "He’s moving faster than we anticipated."</w:t>
      </w:r>
    </w:p>
    <w:p>
      <w:r>
        <w:rPr>
          <w:rFonts w:ascii="IM Fell English" w:hAnsi="IM Fell English"/>
          <w:color w:val="261411"/>
          <w:sz w:val="24"/>
        </w:rPr>
        <w:t>The quiet hum of unease in the grove intensified. The air grew colder, even without the wind. Lyra felt a familiar surge of determination mixed with a deep, primal fear. The alliance had been forged in the council chambers, but now, out here, in the growing twilight, it was being tested. The time for strategizing was drawing to a close. The time for action was upon them.</w:t>
      </w:r>
    </w:p>
    <w:p>
      <w:r>
        <w:rPr>
          <w:rFonts w:ascii="IM Fell English" w:hAnsi="IM Fell English"/>
          <w:color w:val="261411"/>
          <w:sz w:val="24"/>
        </w:rPr>
        <w:t>The aftermath of Thorne’s attack hung heavy in the air, a phantom chill that no amount of sunlight could entirely dispel. Whisperfall was bruised, its ancient trees bearing fresh scars, its cobblestone paths littered with debris that spoke of a violence it hadn’t known in generations. Elder Maeve, her face a roadmap of worry, had reluctantly agreed to Lyra and Dylan’s desperate proposal for an alliance. The words themselves felt foreign, an impossible fusion of predator and prey, of legend and the very real, terrifying world they’d always hidden from.</w:t>
      </w:r>
    </w:p>
    <w:p>
      <w:r>
        <w:rPr>
          <w:rFonts w:ascii="IM Fell English" w:hAnsi="IM Fell English"/>
          <w:color w:val="261411"/>
          <w:sz w:val="24"/>
        </w:rPr>
        <w:t>Lyra stood with Dylan on the edge of the Whispering Woods, the ancient forest that now served as Whisperfall's first, and most potent, line of defense. Its branches, once sheltering and serene, now felt charged, humming with an energy Lyra had helped awaken, an energy that had driven Thorne’s men back. But it was a raw, untamed power, and the whispers that emanated from its depths were no longer just forest gossip. They were warnings.</w:t>
      </w:r>
    </w:p>
    <w:p>
      <w:r>
        <w:rPr>
          <w:rFonts w:ascii="IM Fell English" w:hAnsi="IM Fell English"/>
          <w:color w:val="261411"/>
          <w:sz w:val="24"/>
        </w:rPr>
        <w:t>“They’re moving east,” Dylan said, his voice low, his gaze fixed on a point beyond the tree line, a place Lyra couldn't see. He’d spent the last few days poring over maps salvaged from Thorne’s abandoned camp, a grim testament to his former life. His hands, once hesitant and unsure, now traced routes with a chilling familiarity. “Scouts intercepted a signal. Thorne isn’t done. He’s regrouping, and he knows Whisperfall is here now. He’ll be back.”</w:t>
      </w:r>
    </w:p>
    <w:p>
      <w:r>
        <w:rPr>
          <w:rFonts w:ascii="IM Fell English" w:hAnsi="IM Fell English"/>
          <w:color w:val="261411"/>
          <w:sz w:val="24"/>
        </w:rPr>
        <w:t>Lyra leaned against a gnarled oak, its bark warm beneath her hand. The tree pulsed with a faint, reassuring energy, a familiar comfort. But even its steadfast presence couldn't entirely soothe the knot of anxiety in her stomach. “The wards are stronger now, thanks to you,” she murmured, her eyes flicking to the shimmering, almost invisible barrier that now encircled the town, a visible manifestation of the forest’s awakened magic and Dylan’s understanding of human intrusion. “And the forest…”</w:t>
      </w:r>
    </w:p>
    <w:p>
      <w:r>
        <w:rPr>
          <w:rFonts w:ascii="IM Fell English" w:hAnsi="IM Fell English"/>
          <w:color w:val="261411"/>
          <w:sz w:val="24"/>
        </w:rPr>
        <w:t>“It’s a beacon now, Lyra,” Dylan interrupted, his gaze finally meeting hers. His eyes, usually so full of a quiet sadness, now held a fierce determination that both thrilled and terrified her. “You’ve made it a target as much as a shield. Thorne knows what you did. He’ll be more prepared.”</w:t>
      </w:r>
    </w:p>
    <w:p>
      <w:r>
        <w:rPr>
          <w:rFonts w:ascii="IM Fell English" w:hAnsi="IM Fell English"/>
          <w:color w:val="261411"/>
          <w:sz w:val="24"/>
        </w:rPr>
        <w:t>Finn, who had been kicking at a loose stone with unnecessary vigor a few yards away, scoffed. “Prepared? He’s a nutter with a vendetta. We just need to tie him up with some particularly thorny vines and let the pixies have their way with him.”</w:t>
      </w:r>
    </w:p>
    <w:p>
      <w:r>
        <w:rPr>
          <w:rFonts w:ascii="IM Fell English" w:hAnsi="IM Fell English"/>
          <w:color w:val="261411"/>
          <w:sz w:val="24"/>
        </w:rPr>
        <w:t>Lyra managed a weak smile. Finn’s bravado was a thin veneer, and she knew it. He was still struggling, his old fears warring with his loyalty. He’d seen firsthand the damage Thorne could inflict, the sheer brutality of men who hunted beings like him for sport.</w:t>
      </w:r>
    </w:p>
    <w:p>
      <w:r>
        <w:rPr>
          <w:rFonts w:ascii="IM Fell English" w:hAnsi="IM Fell English"/>
          <w:color w:val="261411"/>
          <w:sz w:val="24"/>
        </w:rPr>
        <w:t>“It’s not that simple, Finn,” Dylan said, his tone gentle, devoid of accusation. “Thorne has resources. He has people who believe what he’s doing is right. That’s more dangerous than any weapon.”</w:t>
      </w:r>
    </w:p>
    <w:p>
      <w:r>
        <w:rPr>
          <w:rFonts w:ascii="IM Fell English" w:hAnsi="IM Fell English"/>
          <w:color w:val="261411"/>
          <w:sz w:val="24"/>
        </w:rPr>
        <w:t>Finn snorted, but the bravado wavered. He looked at Dylan, then at Lyra, his usual playful demeanor replaced by a weary concern. “So, what? We’re supposed to… team up with the guy who’s hunting us? The guy whose kind has been trying to wipe us out for centuries?” He gestured wildly with his hooves. “This is lunacy, Lyra! Elder Maeve almost had a stroke when you suggested it.”</w:t>
      </w:r>
    </w:p>
    <w:p>
      <w:r>
        <w:rPr>
          <w:rFonts w:ascii="IM Fell English" w:hAnsi="IM Fell English"/>
          <w:color w:val="261411"/>
          <w:sz w:val="24"/>
        </w:rPr>
        <w:t>“She agreed, didn’t she?” Lyra said, pushing herself away from the oak. “Because she saw the threat. And she trusts me, even if she doesn’t trust… him.” She looked at Dylan, a silent acknowledgment of the immense chasm they were trying to bridge.</w:t>
      </w:r>
    </w:p>
    <w:p>
      <w:r>
        <w:rPr>
          <w:rFonts w:ascii="IM Fell English" w:hAnsi="IM Fell English"/>
          <w:color w:val="261411"/>
          <w:sz w:val="24"/>
        </w:rPr>
        <w:t>“Trust is earned, Lyra,” Finn muttered, but his voice lacked its usual conviction. He’d seen Lyra’s genuine affection for Dylan, the way her face lit up when he spoke of things he’d never shared with anyone else. And he’d seen Dylan, quiet and withdrawn, slowly opening up, revealing a vulnerability that belied his brooding exterior.</w:t>
      </w:r>
    </w:p>
    <w:p>
      <w:r>
        <w:rPr>
          <w:rFonts w:ascii="IM Fell English" w:hAnsi="IM Fell English"/>
          <w:color w:val="261411"/>
          <w:sz w:val="24"/>
        </w:rPr>
        <w:t xml:space="preserve">“Which is why we have to show them,” Dylan said, stepping closer to Lyra, his hand hovering near hers before he finally settled it on her arm, a gesture that still sent a tremor through her. “We have to show Whisperfall, and we have to show the world, that we can coexist. If Thorne finds out there are humans who </w:t>
      </w:r>
      <w:r>
        <w:rPr>
          <w:rFonts w:ascii="IM Fell English" w:hAnsi="IM Fell English"/>
          <w:i/>
          <w:color w:val="261411"/>
          <w:sz w:val="24"/>
        </w:rPr>
        <w:t>aren’t</w:t>
      </w:r>
      <w:r>
        <w:rPr>
          <w:rFonts w:ascii="IM Fell English" w:hAnsi="IM Fell English"/>
          <w:color w:val="261411"/>
          <w:sz w:val="24"/>
        </w:rPr>
        <w:t xml:space="preserve"> like him, humans who are willing to fight alongside us… it could change things. Not just for us, but for everyone.”</w:t>
      </w:r>
    </w:p>
    <w:p>
      <w:r>
        <w:rPr>
          <w:rFonts w:ascii="IM Fell English" w:hAnsi="IM Fell English"/>
          <w:color w:val="261411"/>
          <w:sz w:val="24"/>
        </w:rPr>
        <w:t>He pulled a worn leather-bound notebook from his satchel, its pages filled with meticulous drawings and handwritten notes. “I’ve been studying Thorne’s tactics. He relies on predictable patterns, on overwhelming force. He expects us to cower. But we can surprise him. We have magic he doesn’t understand, and I have knowledge he underestimates.” He opened the notebook, revealing a complex diagram of Whisperfall’s perimeter, overlaid with Lyra’s mystical symbols and Dylan’s tactical notations. “We can create diversionary tactics using the forest’s energy. We can set up traps that exploit his reliance on technology. He’s expecting mythic beasts and ancient curses. He’s not expecting coordinated guerrilla warfare.”</w:t>
      </w:r>
    </w:p>
    <w:p>
      <w:r>
        <w:rPr>
          <w:rFonts w:ascii="IM Fell English" w:hAnsi="IM Fell English"/>
          <w:color w:val="261411"/>
          <w:sz w:val="24"/>
        </w:rPr>
        <w:t>Lyra leaned in, studying the diagram. It was a fusion of their worlds, a tangible representation of their unlikely alliance. Her own familiar symbols of earth and growth were intertwined with Dylan’s stark lines and angles, signifying strategic defenses. It was beautiful, in a terrifying way.</w:t>
      </w:r>
    </w:p>
    <w:p>
      <w:r>
        <w:rPr>
          <w:rFonts w:ascii="IM Fell English" w:hAnsi="IM Fell English"/>
          <w:color w:val="261411"/>
          <w:sz w:val="24"/>
        </w:rPr>
        <w:t>“So, you’re going to teach us how to… human?” Finn asked, his voice laced with a nervous sarcasm.</w:t>
      </w:r>
    </w:p>
    <w:p>
      <w:r>
        <w:rPr>
          <w:rFonts w:ascii="IM Fell English" w:hAnsi="IM Fell English"/>
          <w:color w:val="261411"/>
          <w:sz w:val="24"/>
        </w:rPr>
        <w:t>Dylan offered a small, genuine smile. “I’m going to teach you how to think like a human who’s been on the run. How to anticipate their moves. And Lyra,” he turned to her, his gaze softening, “you’ll teach me how to harness that raw power you unleashed. The forest responded to you, Lyra. It’s a part of you. We need to make sure it responds to us, together.”</w:t>
      </w:r>
    </w:p>
    <w:p>
      <w:r>
        <w:rPr>
          <w:rFonts w:ascii="IM Fell English" w:hAnsi="IM Fell English"/>
          <w:color w:val="261411"/>
          <w:sz w:val="24"/>
        </w:rPr>
        <w:t>Over the next few days, Whisperfall buzzed with a different kind of activity. The fear hadn't entirely abated, but it was now tempered with a desperate hope. Lyra found herself caught in a whirlwind of training sessions, her days filled with the scent of damp earth and the sharp tang of metallic contraptions. Dylan, no longer the brooding outsider, was a constant presence, his quiet commands and measured instructions cutting through the panic.</w:t>
      </w:r>
    </w:p>
    <w:p>
      <w:r>
        <w:rPr>
          <w:rFonts w:ascii="IM Fell English" w:hAnsi="IM Fell English"/>
          <w:color w:val="261411"/>
          <w:sz w:val="24"/>
        </w:rPr>
        <w:t>He taught them about reconnaissance, about setting up early warning systems that went beyond the usual whispers of the wind. He showed them how to create mock diversions, using the forest’s natural sounds and Lyra’s growing ability to manipulate them, to draw hypothetical enemy patrols away from the town. He even demonstrated how to disarm some of Thorne’s simpler traps, his hands moving with a swift, practiced efficiency that made Lyra’s heartache with a mixture of pride and sorrow for the life he’d been forced to live.</w:t>
      </w:r>
    </w:p>
    <w:p>
      <w:r>
        <w:rPr>
          <w:rFonts w:ascii="IM Fell English" w:hAnsi="IM Fell English"/>
          <w:color w:val="261411"/>
          <w:sz w:val="24"/>
        </w:rPr>
        <w:t>Lyra, in turn, worked with him to understand the subtle language of the forest. She led him to ancient groves, where the earth whispered secrets only she could hear. She showed him how to coax the roots of trees to shift and create temporary barriers, how to channel the wind to carry messages, or to disorient an approaching enemy. Dylan absorbed it all, his analytical mind finding patterns in the seemingly chaotic magic. He started to anticipate Lyra’s needs, to understand the subtle shifts in her energy before she even spoke.</w:t>
      </w:r>
    </w:p>
    <w:p>
      <w:r>
        <w:rPr>
          <w:rFonts w:ascii="IM Fell English" w:hAnsi="IM Fell English"/>
          <w:color w:val="261411"/>
          <w:sz w:val="24"/>
        </w:rPr>
        <w:t>“It’s like… like the trees are breathing with us,” Dylan murmured one afternoon, his hand pressed against the rough bark of a towering pine. Lyra stood beside him, feeling the same subtle thrum of life. “It’s incredible. And to think, my people… they just see this as something to be destroyed.”</w:t>
      </w:r>
    </w:p>
    <w:p>
      <w:r>
        <w:rPr>
          <w:rFonts w:ascii="IM Fell English" w:hAnsi="IM Fell English"/>
          <w:color w:val="261411"/>
          <w:sz w:val="24"/>
        </w:rPr>
        <w:t>Lyra’s chest tightened. The casual cruelty of humanity, as she was learning it through Dylan’s lived experience, was a stark contrast to the terrifying legends of her childhood. But the danger was still very real. Thorne was a symptom, not the disease.</w:t>
      </w:r>
    </w:p>
    <w:p>
      <w:r>
        <w:rPr>
          <w:rFonts w:ascii="IM Fell English" w:hAnsi="IM Fell English"/>
          <w:color w:val="261411"/>
          <w:sz w:val="24"/>
        </w:rPr>
        <w:t>Finn, meanwhile, was a whirlwind of grudging participation. He’d grumble about the “human nonsense” and “pointy-headed tactics,” but he was there. He was learning to identify different types of human traps, his innate agility making him surprisingly adept at navigating the simulated dangers Dylan set up. He even started to begrudgingly acknowledge Dylan’s insights.</w:t>
      </w:r>
    </w:p>
    <w:p>
      <w:r>
        <w:rPr>
          <w:rFonts w:ascii="IM Fell English" w:hAnsi="IM Fell English"/>
          <w:color w:val="261411"/>
          <w:sz w:val="24"/>
        </w:rPr>
        <w:t>“Alright, alright, I’ll admit it,” Finn conceded one evening, after a particularly grueling session where Dylan had expertly guided them through a simulated patrol route, using Lyra’s amplified forest sounds to mask their movements. “The human’s got some decent ideas. Still think a well-placed banana peel could solve most problems, though.”</w:t>
      </w:r>
    </w:p>
    <w:p>
      <w:r>
        <w:rPr>
          <w:rFonts w:ascii="IM Fell English" w:hAnsi="IM Fell English"/>
          <w:color w:val="261411"/>
          <w:sz w:val="24"/>
        </w:rPr>
        <w:t>Dylan simply smiled, his eyes crinkling at the corners. “We’ll keep that in our arsenal, Finn. Just in case.”</w:t>
      </w:r>
    </w:p>
    <w:p>
      <w:r>
        <w:rPr>
          <w:rFonts w:ascii="IM Fell English" w:hAnsi="IM Fell English"/>
          <w:color w:val="261411"/>
          <w:sz w:val="24"/>
        </w:rPr>
        <w:t>Despite the progress, the tension remained. Lyra felt it in the stolen glances from the town elders, the hushed whispers that followed her and Dylan when they walked together. Elder Maeve, while allowing the training to proceed, remained watchful, her stern gaze a constant reminder of the precariousness of their alliance. Lyra knew she was walking a tightrope, her love for Dylan a dangerous balancing act against her duty to her people. Every shared smile, every brush of their hands, felt like a defiance of centuries of ingrained fear.</w:t>
      </w:r>
    </w:p>
    <w:p>
      <w:r>
        <w:rPr>
          <w:rFonts w:ascii="IM Fell English" w:hAnsi="IM Fell English"/>
          <w:color w:val="261411"/>
          <w:sz w:val="24"/>
        </w:rPr>
        <w:t>One evening, as the sun bled crimson across the sky, painting the damaged forest in hues of fire, Dylan held Lyra’s gaze. “Thorne’s scout birds have been seen closer to the border,” he said, his voice low. “He’s not waiting. He’s coming.”</w:t>
      </w:r>
    </w:p>
    <w:p>
      <w:r>
        <w:rPr>
          <w:rFonts w:ascii="IM Fell English" w:hAnsi="IM Fell English"/>
          <w:color w:val="261411"/>
          <w:sz w:val="24"/>
        </w:rPr>
        <w:t>Lyra’s breath hitched. The training, the fragile hope, the budding alliance – it was all about to be put to the ultimate test. The whispers of the forest suddenly felt like a roar, an urgent warning that time was running out.</w:t>
      </w:r>
    </w:p>
    <w:p>
      <w:r>
        <w:rPr>
          <w:rFonts w:ascii="IM Fell English" w:hAnsi="IM Fell English"/>
          <w:color w:val="261411"/>
          <w:sz w:val="24"/>
        </w:rPr>
        <w:t>The Ultimate Choice</w:t>
      </w:r>
    </w:p>
    <w:p>
      <w:r>
        <w:rPr>
          <w:rFonts w:ascii="IM Fell English" w:hAnsi="IM Fell English"/>
          <w:color w:val="261411"/>
          <w:sz w:val="24"/>
        </w:rPr>
        <w:t>The air in Whisperfall crackled, not with the usual gentle hum of nature’s magic, but with the sharp, metallic tang of impending conflict. Thorne’s crew, a grim, efficient unit clad in tactical gear that seemed jarringly out of place against the ancient trees, moved with unsettling speed. They weren't just hunters; they were an army, armed with technology that twisted the natural world into submission. Their spotlights sliced through the dappled moonlight, disorienting the creatures of Whisperfall, their sonic emitters causing tremors that made the very roots of the ancient oaks groan in protest.</w:t>
      </w:r>
    </w:p>
    <w:p>
      <w:r>
        <w:rPr>
          <w:rFonts w:ascii="IM Fell English" w:hAnsi="IM Fell English"/>
          <w:color w:val="261411"/>
          <w:sz w:val="24"/>
        </w:rPr>
        <w:t>Lyra felt it – a deep, agonizing ache spreading through the forest. It was as if the trees themselves were screaming. Her heart pounded against her ribs, a frantic drumbeat mirroring the chaos erupting around them. Elder Maeve’s voice, usually a steady, authoritative beacon, was strained, issuing commands that were met with the crackle of static and the clang of steel. Fae, their iridescent wings dulled by fear, darted through the undergrowth, their usual playful shimmer replaced by a desperate glint. Centaurs, their powerful hooves churning the soft earth, were being herded back, their mighty lances useless against the projected energy shields that sprang up like alien flora.</w:t>
      </w:r>
    </w:p>
    <w:p>
      <w:r>
        <w:rPr>
          <w:rFonts w:ascii="IM Fell English" w:hAnsi="IM Fell English"/>
          <w:color w:val="261411"/>
          <w:sz w:val="24"/>
        </w:rPr>
        <w:t>Finn, his usually irrepressible energy now a coiled spring of frantic anxiety, was by Lyra’s side, his hooves stomping an agitated rhythm. “This is worse than I imagined, Lyra! They’re like… like locusts with better gear!” he yelped, dodging a stray beam of light that scorched a patch of moss near his feet. “We need to run! Hide! Bury ourselves so deep the squirrels forget we’re here!”</w:t>
      </w:r>
    </w:p>
    <w:p>
      <w:r>
        <w:rPr>
          <w:rFonts w:ascii="IM Fell English" w:hAnsi="IM Fell English"/>
          <w:color w:val="261411"/>
          <w:sz w:val="24"/>
        </w:rPr>
        <w:t>But Lyra couldn’t run. Her roots, even when she wasn’t physically anchored, felt tethered to this place. And then there was Dylan. She scanned the chaotic scene, her eyes desperately searching for him. He had promised to help, promised to stand with her, but in this maelstrom of human aggression, the promise felt fragile.</w:t>
      </w:r>
    </w:p>
    <w:p>
      <w:r>
        <w:rPr>
          <w:rFonts w:ascii="IM Fell English" w:hAnsi="IM Fell English"/>
          <w:color w:val="261411"/>
          <w:sz w:val="24"/>
        </w:rPr>
        <w:t>A blast, louder than anything before, shook the ground, and a section of the protective wards surrounding Whisperfall flickered and died. A collective gasp rippled through the hidden town. Elder Maeve stood at the edge of the town square, her face a mask of grim resolve, her staff glowing with a defiant, albeit weakening, light. She met Lyra’s gaze, and for the first time, Lyra saw a flicker of something akin to desperation in the elder’s ancient eyes.</w:t>
      </w:r>
    </w:p>
    <w:p>
      <w:r>
        <w:rPr>
          <w:rFonts w:ascii="IM Fell English" w:hAnsi="IM Fell English"/>
          <w:color w:val="261411"/>
          <w:sz w:val="24"/>
        </w:rPr>
        <w:t>Then, a figure emerged from the shadows near the town’s central oak, moving with a silent grace that cut through the din. Dylan. He wasn’t armed with their high-tech weaponry, but he carried something Lyra recognized – a quiet determination, a steady gaze that met the encroaching darkness head-on. He moved towards Lyra, his presence a small island of calm in the storm.</w:t>
      </w:r>
    </w:p>
    <w:p>
      <w:r>
        <w:rPr>
          <w:rFonts w:ascii="IM Fell English" w:hAnsi="IM Fell English"/>
          <w:color w:val="261411"/>
          <w:sz w:val="24"/>
        </w:rPr>
        <w:t>“Lyra,” he said, his voice a low murmur, barely audible above the escalating conflict. “We can’t fight them on their terms. Not with their weapons.”</w:t>
      </w:r>
    </w:p>
    <w:p>
      <w:r>
        <w:rPr>
          <w:rFonts w:ascii="IM Fell English" w:hAnsi="IM Fell English"/>
          <w:color w:val="261411"/>
          <w:sz w:val="24"/>
        </w:rPr>
        <w:t>Lyra felt a surge of hope, then despair. “But what else can we do? They’re… they’re tearing Whisperfall apart!” She gestured wildly at the unfolding destruction, at the creatures cowering, at the once-vibrant flora now wilting under the harsh, artificial light.</w:t>
      </w:r>
    </w:p>
    <w:p>
      <w:r>
        <w:rPr>
          <w:rFonts w:ascii="IM Fell English" w:hAnsi="IM Fell English"/>
          <w:color w:val="261411"/>
          <w:sz w:val="24"/>
        </w:rPr>
        <w:t>“They’re trying to force us out, to make us reveal ourselves completely,” Dylan continued, his eyes scanning the patterns of Thorne’s attack. “They want chaos. They thrive on it. But their strength is in their technology, their control. They don’t understand… this.” He reached out, his hand hovering over a patch of scorched earth where delicate moonpetal flowers had been. “They don’t understand what they’re destroying.”</w:t>
      </w:r>
    </w:p>
    <w:p>
      <w:r>
        <w:rPr>
          <w:rFonts w:ascii="IM Fell English" w:hAnsi="IM Fell English"/>
          <w:color w:val="261411"/>
          <w:sz w:val="24"/>
        </w:rPr>
        <w:t>Thorne’s voice boomed then, amplified, chillingly calm. “This is your last chance, creatures of myth! Surrender, and perhaps some of you will live to be studied. Resist, and you will be eradicated. The age of hiding is over.” His voice was a venomous promise, laced with the zeal of a fanatic. He stood silhouetted against the harsh glare of his own men’s lights, a dark figure presiding over the unraveling of Lyra’s world.</w:t>
      </w:r>
    </w:p>
    <w:p>
      <w:r>
        <w:rPr>
          <w:rFonts w:ascii="IM Fell English" w:hAnsi="IM Fell English"/>
          <w:color w:val="261411"/>
          <w:sz w:val="24"/>
        </w:rPr>
        <w:t>Lyra’s gaze snapped to Thorne, and a cold dread settled in her stomach. She saw him, not as a man, but as a force of nature twisted and corrupted. He was a wildfire, consuming everything in its path. Finn nudged her again, his voice trembling. “Lyra, we have to go. Now. My parents are in the old burrow. I can get you there!”</w:t>
      </w:r>
    </w:p>
    <w:p>
      <w:r>
        <w:rPr>
          <w:rFonts w:ascii="IM Fell English" w:hAnsi="IM Fell English"/>
          <w:color w:val="261411"/>
          <w:sz w:val="24"/>
        </w:rPr>
        <w:t>But Lyra shook her head, her eyes locked on Dylan. “No,” she whispered, the word barely a breath. “We can’t go. Not now. Not like this.” She looked at Dylan, a dawning realization in her eyes. His people, his sect, they knew about this. They lived with this constant threat. He understood the human capacity for both creation and destruction, perhaps better than anyone in Whisperfall.</w:t>
      </w:r>
    </w:p>
    <w:p>
      <w:r>
        <w:rPr>
          <w:rFonts w:ascii="IM Fell English" w:hAnsi="IM Fell English"/>
          <w:color w:val="261411"/>
          <w:sz w:val="24"/>
        </w:rPr>
        <w:t>“They think we’re hiding,” Dylan said, his voice gaining a subtle strength. “They think we’re weak because we’re hidden. But they don’t see the power that’s all around us. The power that they’re desecrating.” He looked at Lyra, his gaze piercing. “This is your world, Lyra. You’re connected to it. More than anyone.”</w:t>
      </w:r>
    </w:p>
    <w:p>
      <w:r>
        <w:rPr>
          <w:rFonts w:ascii="IM Fell English" w:hAnsi="IM Fell English"/>
          <w:color w:val="261411"/>
          <w:sz w:val="24"/>
        </w:rPr>
        <w:t>A shiver ran down Lyra’s spine, not of fear, but of a nascent, terrifying power. She felt the forest’s pain, yes, but she also felt its resilience. She felt the ancient wisdom embedded in the very soil, the life force that had endured for millennia. Thorne’s technology was a brutal imposition, a violation, but it was also a testament to humanity’s cleverness, a cleverness that, when untethered from empathy, became monstrous.</w:t>
      </w:r>
    </w:p>
    <w:p>
      <w:r>
        <w:rPr>
          <w:rFonts w:ascii="IM Fell English" w:hAnsi="IM Fell English"/>
          <w:color w:val="261411"/>
          <w:sz w:val="24"/>
        </w:rPr>
        <w:t>Elder Maeve, observing the exchange, her face etched with a mixture of suspicion and dawning comprehension, stepped forward, her staff now humming with a deeper, more resonant energy. “Lyra,” she called out, her voice carrying an authority that still commanded respect, even in this chaos. “What is this talk? We have defenses. We have magic. We have ancient protection!”</w:t>
      </w:r>
    </w:p>
    <w:p>
      <w:r>
        <w:rPr>
          <w:rFonts w:ascii="IM Fell English" w:hAnsi="IM Fell English"/>
          <w:color w:val="261411"/>
          <w:sz w:val="24"/>
        </w:rPr>
        <w:t xml:space="preserve">“And they are failing, Elder Maeve,” Dylan said, stepping into the open, facing Thorne’s advancing ranks. Lyra felt a jolt of fear for him, for the sheer audacity of his actions. “Their weapons are designed to overwhelm. To suppress. They don’t account for… life. For growth. For what </w:t>
      </w:r>
      <w:r>
        <w:rPr>
          <w:rFonts w:ascii="IM Fell English" w:hAnsi="IM Fell English"/>
          <w:i/>
          <w:color w:val="261411"/>
          <w:sz w:val="24"/>
        </w:rPr>
        <w:t>truly</w:t>
      </w:r>
      <w:r>
        <w:rPr>
          <w:rFonts w:ascii="IM Fell English" w:hAnsi="IM Fell English"/>
          <w:color w:val="261411"/>
          <w:sz w:val="24"/>
        </w:rPr>
        <w:t xml:space="preserve"> sustains this place.” He turned to Lyra, his eyes earnest, pleading. “Lyra, they’re trying to rip the heart out of this forest. You can stop them.”</w:t>
      </w:r>
    </w:p>
    <w:p>
      <w:r>
        <w:rPr>
          <w:rFonts w:ascii="IM Fell English" w:hAnsi="IM Fell English"/>
          <w:color w:val="261411"/>
          <w:sz w:val="24"/>
        </w:rPr>
        <w:t>Lyra looked from Dylan to Elder Maeve, then to Finn, who was now frozen, his jaw agape, staring at Dylan’s defiant stance. She saw the fear in the eyes of the Fae, the confusion of the younger creatures, the grim determination of the warriors. And she saw Thorne, his face a mask of smug certainty, as his men tightened their noose.</w:t>
      </w:r>
    </w:p>
    <w:p>
      <w:r>
        <w:rPr>
          <w:rFonts w:ascii="IM Fell English" w:hAnsi="IM Fell English"/>
          <w:color w:val="261411"/>
          <w:sz w:val="24"/>
        </w:rPr>
        <w:t>This wasn’t just about defending Whisperfall anymore. It was about proving that humanity’s capacity for destruction wasn’t the only path. It was about showing that there was another way, a way of connection, of reverence, of coexistence. Her love for Dylan, once a secret tremor, now felt like a bedrock. He had brought her to this precipice, to a choice that would define not just her life, but the future of her entire species.</w:t>
      </w:r>
    </w:p>
    <w:p>
      <w:r>
        <w:rPr>
          <w:rFonts w:ascii="IM Fell English" w:hAnsi="IM Fell English"/>
          <w:color w:val="261411"/>
          <w:sz w:val="24"/>
        </w:rPr>
        <w:t>She took a deep breath, feeling the raw power of the earth thrumming beneath her feet. It was a wild, untamed energy, an echo of the ancient world that Thorne sought to obliterate. She felt its pulse, its rhythm, its desperate plea. And she knew, with a certainty that eclipsed all fear, what she had to do.</w:t>
      </w:r>
    </w:p>
    <w:p>
      <w:r>
        <w:rPr>
          <w:rFonts w:ascii="IM Fell English" w:hAnsi="IM Fell English"/>
          <w:color w:val="261411"/>
          <w:sz w:val="24"/>
        </w:rPr>
        <w:t xml:space="preserve">“They want to control,” Lyra said, her voice surprisingly steady, carrying over the din. She looked directly at Thorne, her gaze unflinching. “They want to dominate. But they don’t understand. This forest… it’s not something you conquer. It’s something you </w:t>
      </w:r>
      <w:r>
        <w:rPr>
          <w:rFonts w:ascii="IM Fell English" w:hAnsi="IM Fell English"/>
          <w:i/>
          <w:color w:val="261411"/>
          <w:sz w:val="24"/>
        </w:rPr>
        <w:t>become</w:t>
      </w:r>
      <w:r>
        <w:rPr>
          <w:rFonts w:ascii="IM Fell English" w:hAnsi="IM Fell English"/>
          <w:color w:val="261411"/>
          <w:sz w:val="24"/>
        </w:rPr>
        <w:t xml:space="preserve"> a part of.”</w:t>
      </w:r>
    </w:p>
    <w:p>
      <w:r>
        <w:rPr>
          <w:rFonts w:ascii="IM Fell English" w:hAnsi="IM Fell English"/>
          <w:color w:val="261411"/>
          <w:sz w:val="24"/>
        </w:rPr>
        <w:t xml:space="preserve">She closed her eyes, her hands extending, palms facing outward. She wasn’t just reaching out to the trees; she was reaching </w:t>
      </w:r>
      <w:r>
        <w:rPr>
          <w:rFonts w:ascii="IM Fell English" w:hAnsi="IM Fell English"/>
          <w:i/>
          <w:color w:val="261411"/>
          <w:sz w:val="24"/>
        </w:rPr>
        <w:t>into</w:t>
      </w:r>
      <w:r>
        <w:rPr>
          <w:rFonts w:ascii="IM Fell English" w:hAnsi="IM Fell English"/>
          <w:color w:val="261411"/>
          <w:sz w:val="24"/>
        </w:rPr>
        <w:t xml:space="preserve"> them. She felt the roots, vast and ancient, spread beneath the earth. She felt the sap, the lifeblood of the forest, coursing through their veins. She felt the silent, slow conversation of the leaves, the patient wisdom of the ancient boughs.</w:t>
      </w:r>
    </w:p>
    <w:p>
      <w:r>
        <w:rPr>
          <w:rFonts w:ascii="IM Fell English" w:hAnsi="IM Fell English"/>
          <w:color w:val="261411"/>
          <w:sz w:val="24"/>
        </w:rPr>
        <w:t>A low hum began to emanate from the ground, a sound that quickly intensified, vibrating through the very marrow of the earth. Finn stumbled back, his eyes wide with disbelief. Even Thorne’s men faltered, their advanced equipment registering anomalies they couldn’t comprehend.</w:t>
      </w:r>
    </w:p>
    <w:p>
      <w:r>
        <w:rPr>
          <w:rFonts w:ascii="IM Fell English" w:hAnsi="IM Fell English"/>
          <w:color w:val="261411"/>
          <w:sz w:val="24"/>
        </w:rPr>
        <w:t>“What is she doing?” Thorne snarled, his composure finally cracking.</w:t>
      </w:r>
    </w:p>
    <w:p>
      <w:r>
        <w:rPr>
          <w:rFonts w:ascii="IM Fell English" w:hAnsi="IM Fell English"/>
          <w:color w:val="261411"/>
          <w:sz w:val="24"/>
        </w:rPr>
        <w:t>“She’s waking it up,” Dylan said, his voice filled with awe, standing a step behind Lyra, his hand finding hers, a silent anchor.</w:t>
      </w:r>
    </w:p>
    <w:p>
      <w:r>
        <w:rPr>
          <w:rFonts w:ascii="IM Fell English" w:hAnsi="IM Fell English"/>
          <w:color w:val="261411"/>
          <w:sz w:val="24"/>
        </w:rPr>
        <w:t>The ground beneath their feet began to heave. Not with violence, but with a surge of living energy. Ancient roots, thicker than any man’s arm, snaked out from the earth, not to ensnare, but to create a living barrier. Branches, heavy with years, bent and twisted, forming an impenetrable curtain of wood and leaf. The very air thickened, growing heavy with the scent of damp earth and the primal power of growth.</w:t>
      </w:r>
    </w:p>
    <w:p>
      <w:r>
        <w:rPr>
          <w:rFonts w:ascii="IM Fell English" w:hAnsi="IM Fell English"/>
          <w:color w:val="261411"/>
          <w:sz w:val="24"/>
        </w:rPr>
        <w:t>Thorne’s searchlights, so effective moments before, were now swallowed by the encroaching, living darkness. His men, their weapons trained on the spectral glow of the remaining wards, found themselves facing a far more formidable, and far more ancient, adversary. The earth itself was rising to defend its own. The forest, Lyra’s forest, was breathing, and it was pushing back. The sounds of panic and confusion erupted from Thorne’s ranks as the living walls closed in, not with destructive force, but with an overwhelming, relentless presence that seemed to absorb their technological might. Their organized assault dissolved into disarray as they found themselves trapped within a shifting, breathing labyrinth of nature’s making. Lyra’s connection, once a source of gentle empathy, had become a conduit for raw, unyielding power.</w:t>
      </w:r>
    </w:p>
    <w:p>
      <w:r>
        <w:rPr>
          <w:rFonts w:ascii="IM Fell English" w:hAnsi="IM Fell English"/>
          <w:color w:val="261411"/>
          <w:sz w:val="24"/>
        </w:rPr>
        <w:t>The roars of Thorne’s mechanical beasts were a symphony of destruction, their metallic screeches echoing the terror in the hearts of Whisperfall’s residents. Lyra, however, felt a different vibration beneath her bare feet, a deep thrumming that resonated not from steel and circuits, but from the very earth. Dylan’s hand, surprisingly steady despite the chaos, squeezed hers. He didn't speak, his gaze fixed on the encroaching metal menace, but his presence was a silent anchor in the swirling storm.</w:t>
      </w:r>
    </w:p>
    <w:p>
      <w:r>
        <w:rPr>
          <w:rFonts w:ascii="IM Fell English" w:hAnsi="IM Fell English"/>
          <w:color w:val="261411"/>
          <w:sz w:val="24"/>
        </w:rPr>
        <w:t>“Lyra, you have to go!” Elder Maeve’s voice, usually a clear bell, was strained, choked with dust and desperation. Thorne’s men, a tide of grim faces and advanced weaponry, were pushing through the shattered remnants of the town's perimeter wards. Lyra could feel the forest straining, its ancient heart pounding in response to the violation. It was a familiar ache, a shared pain, but this time it was amplified, a desperate plea.</w:t>
      </w:r>
    </w:p>
    <w:p>
      <w:r>
        <w:rPr>
          <w:rFonts w:ascii="IM Fell English" w:hAnsi="IM Fell English"/>
          <w:color w:val="261411"/>
          <w:sz w:val="24"/>
        </w:rPr>
        <w:t>“I can’t, Maeve,” Lyra murmured, her eyes not on the Elder, but on the gargantuan oak at the forest's edge, its branches thick with centuries of memory. It pulsed with a raw, untamed power. “It’s calling to me. It needs… me.”</w:t>
      </w:r>
    </w:p>
    <w:p>
      <w:r>
        <w:rPr>
          <w:rFonts w:ascii="IM Fell English" w:hAnsi="IM Fell English"/>
          <w:color w:val="261411"/>
          <w:sz w:val="24"/>
        </w:rPr>
        <w:t>Dylan’s grip tightened. “What do you mean, ‘needs you’?” His voice was low, laced with a new kind of awe, a dawning understanding that went beyond his sect's whispered lore.</w:t>
      </w:r>
    </w:p>
    <w:p>
      <w:r>
        <w:rPr>
          <w:rFonts w:ascii="IM Fell English" w:hAnsi="IM Fell English"/>
          <w:color w:val="261411"/>
          <w:sz w:val="24"/>
        </w:rPr>
        <w:t>Lyra didn’t have time to explain. A guttural roar from one of Thorne’s hunters, a hulking brute encased in augmented armor, spurred her to action. He was aiming a sonic disruptor at Finn, who, in a futile act of defiance, was attempting to trip the man with his goat legs. The blast would surely incapacitate him, perhaps worse.</w:t>
      </w:r>
    </w:p>
    <w:p>
      <w:r>
        <w:rPr>
          <w:rFonts w:ascii="IM Fell English" w:hAnsi="IM Fell English"/>
          <w:color w:val="261411"/>
          <w:sz w:val="24"/>
        </w:rPr>
        <w:t>“NO!” The cry ripped from Lyra’s throat, a primal sound that seemed to shake the very foundations of the earth. It wasn't just her voice; it was the rustle of leaves, the creak of ancient branches, the low growl of the earth itself. She wrenched her hand from Dylan’s, not in rejection, but in a desperate surge of purpose. She ran towards the massive oak, her boots barely touching the churned earth.</w:t>
      </w:r>
    </w:p>
    <w:p>
      <w:r>
        <w:rPr>
          <w:rFonts w:ascii="IM Fell English" w:hAnsi="IM Fell English"/>
          <w:color w:val="261411"/>
          <w:sz w:val="24"/>
        </w:rPr>
        <w:t>As she neared the tree, its bark seemed to ripple, to shift. Luminescent moss pulsed with an inner light, and the air thickened, humming with an energy that made her skin tingle. She placed her hands flat against the rough bark, closing her eyes. The fear, the despair, the searing pain of her home being desecrated – it all flowed out of her, not as a weakness, but as a conduit. She felt the forest’s ancient roots, stretching miles beneath the soil, and she whispered to them, her voice a song of desperation and fierce protectiveness.</w:t>
      </w:r>
    </w:p>
    <w:p>
      <w:r>
        <w:rPr>
          <w:rFonts w:ascii="IM Fell English" w:hAnsi="IM Fell English"/>
          <w:i/>
          <w:color w:val="261411"/>
          <w:sz w:val="24"/>
        </w:rPr>
        <w:t>Wake.</w:t>
      </w:r>
    </w:p>
    <w:p>
      <w:r>
        <w:rPr>
          <w:rFonts w:ascii="IM Fell English" w:hAnsi="IM Fell English"/>
          <w:color w:val="261411"/>
          <w:sz w:val="24"/>
        </w:rPr>
        <w:t>The command resonated deep within the earth. The ground beneath Thorne’s men began to tremble, not violently, but with a growing insistence. Roots, thick as a man’s thigh, erupted from the soil, not to ensnare, but to form a living, breathing wall. The branches of the oak above them groaned, then unfurled with an impossible speed, weaving themselves into a dense canopy that blotted out the sky. Vines, previously dormant, sprang to life, snaking around the metallic legs of the beasts, binding them, holding them fast. The air filled with a low, resonant hum, a sound that vibrated in the very bones of the hunters, making their teeth ache and their vision blur.</w:t>
      </w:r>
    </w:p>
    <w:p>
      <w:r>
        <w:rPr>
          <w:rFonts w:ascii="IM Fell English" w:hAnsi="IM Fell English"/>
          <w:color w:val="261411"/>
          <w:sz w:val="24"/>
        </w:rPr>
        <w:t>Thorne, who had been directing the assault from the edge of the town, his face a mask of grim satisfaction, faltered. His comm crackled with panicked reports. “Sir, the terrain is… it’s changing!” “The forest… it’s alive!”</w:t>
      </w:r>
    </w:p>
    <w:p>
      <w:r>
        <w:rPr>
          <w:rFonts w:ascii="IM Fell English" w:hAnsi="IM Fell English"/>
          <w:color w:val="261411"/>
          <w:sz w:val="24"/>
        </w:rPr>
        <w:t>Lyra, her eyes still closed, felt Dylan’s presence beside her. He hadn’t followed her, hadn’t tried to stop her. He was here, a silent witness, a steadfast support. She felt his hand tentatively rest on her shoulder, a grounding touch in the burgeoning wildness.</w:t>
      </w:r>
    </w:p>
    <w:p>
      <w:r>
        <w:rPr>
          <w:rFonts w:ascii="IM Fell English" w:hAnsi="IM Fell English"/>
          <w:color w:val="261411"/>
          <w:sz w:val="24"/>
        </w:rPr>
        <w:t>“Lyra, what are you doing?” Finn’s voice, surprisingly steady now, cut through the din. He had been freed from his near-capture by a swiftly growing tangle of brambles that had tripped his attacker.</w:t>
      </w:r>
    </w:p>
    <w:p>
      <w:r>
        <w:rPr>
          <w:rFonts w:ascii="IM Fell English" w:hAnsi="IM Fell English"/>
          <w:color w:val="261411"/>
          <w:sz w:val="24"/>
        </w:rPr>
        <w:t>Lyra opened her eyes. The hunters were ensnared, their advanced weaponry rendered useless against the ancient, living defense of the forest. Their metallic roars turned into frustrated bellows, their technologically-aided fury impotent against nature’s awakened wrath. Thorne’s carefully constructed assault was crumbling.</w:t>
      </w:r>
    </w:p>
    <w:p>
      <w:r>
        <w:rPr>
          <w:rFonts w:ascii="IM Fell English" w:hAnsi="IM Fell English"/>
          <w:color w:val="261411"/>
          <w:sz w:val="24"/>
        </w:rPr>
        <w:t>But the fight wasn't over. Thorne, his face contorted in a mixture of disbelief and rage, pulled a sidearm. It wasn't a standard firearm; it hummed with a dark, otherworldly energy, clearly designed for beings like them. He aimed it directly at Lyra.</w:t>
      </w:r>
    </w:p>
    <w:p>
      <w:r>
        <w:rPr>
          <w:rFonts w:ascii="IM Fell English" w:hAnsi="IM Fell English"/>
          <w:color w:val="261411"/>
          <w:sz w:val="24"/>
        </w:rPr>
        <w:t>Before Lyra could react, Dylan moved. He threw himself forward, a blur of motion, intercepting the blast with his own body. He cried out, stumbling back, but he stayed on his feet. Lyra’s breath hitched.</w:t>
      </w:r>
    </w:p>
    <w:p>
      <w:r>
        <w:rPr>
          <w:rFonts w:ascii="IM Fell English" w:hAnsi="IM Fell English"/>
          <w:color w:val="261411"/>
          <w:sz w:val="24"/>
        </w:rPr>
        <w:t>“Dylan!” she screamed, rushing towards him.</w:t>
      </w:r>
    </w:p>
    <w:p>
      <w:r>
        <w:rPr>
          <w:rFonts w:ascii="IM Fell English" w:hAnsi="IM Fell English"/>
          <w:color w:val="261411"/>
          <w:sz w:val="24"/>
        </w:rPr>
        <w:t>Thorne stared, momentarily stunned by Dylan’s action. Then, his gaze hardened, recognizing the defiance, the bond. “You dare interfere, human?” he snarled, raising his weapon again.</w:t>
      </w:r>
    </w:p>
    <w:p>
      <w:r>
        <w:rPr>
          <w:rFonts w:ascii="IM Fell English" w:hAnsi="IM Fell English"/>
          <w:color w:val="261411"/>
          <w:sz w:val="24"/>
        </w:rPr>
        <w:t>“He’s not just a human, Thorne,” Elder Maeve’s voice boomed, clearer now, infused with a newfound authority. She had emerged from the chaos, her face etched with exhaustion but her eyes blazing. Her staff, which had been used to fend off a stray attack, now pulsed with a soft, protective light. Around her, other Whisperfall residents, injured but unbowed, began to gather, their fear replaced by a quiet resolve.</w:t>
      </w:r>
    </w:p>
    <w:p>
      <w:r>
        <w:rPr>
          <w:rFonts w:ascii="IM Fell English" w:hAnsi="IM Fell English"/>
          <w:color w:val="261411"/>
          <w:sz w:val="24"/>
        </w:rPr>
        <w:t xml:space="preserve">“He chose a side,” Lyra said, her voice ringing with conviction as she reached Dylan’s side, supporting his wounded arm. “He chose </w:t>
      </w:r>
      <w:r>
        <w:rPr>
          <w:rFonts w:ascii="IM Fell English" w:hAnsi="IM Fell English"/>
          <w:i/>
          <w:color w:val="261411"/>
          <w:sz w:val="24"/>
        </w:rPr>
        <w:t>our</w:t>
      </w:r>
      <w:r>
        <w:rPr>
          <w:rFonts w:ascii="IM Fell English" w:hAnsi="IM Fell English"/>
          <w:color w:val="261411"/>
          <w:sz w:val="24"/>
        </w:rPr>
        <w:t xml:space="preserve"> side.”</w:t>
      </w:r>
    </w:p>
    <w:p>
      <w:r>
        <w:rPr>
          <w:rFonts w:ascii="IM Fell English" w:hAnsi="IM Fell English"/>
          <w:color w:val="261411"/>
          <w:sz w:val="24"/>
        </w:rPr>
        <w:t>Thorne sneered. “Sentimental fools. You believe this can stop me?” He gestured at the ensnared hunters and the imposing natural barrier. “This is merely a delay. I will return, and when I do, the world will know of your existence. And then, it will be purged.”</w:t>
      </w:r>
    </w:p>
    <w:p>
      <w:r>
        <w:rPr>
          <w:rFonts w:ascii="IM Fell English" w:hAnsi="IM Fell English"/>
          <w:color w:val="261411"/>
          <w:sz w:val="24"/>
        </w:rPr>
        <w:t>Suddenly, the ground beneath Thorne shifted. Not the protective roots, but a deeper, more deliberate manipulation. A section of earth, not dense with forest, but rocky and sparse, opened up. It wasn't a natural sinkhole. It was as if the land itself, sensing the pure malice radiating from Thorne, had decided to swallow him whole.</w:t>
      </w:r>
    </w:p>
    <w:p>
      <w:r>
        <w:rPr>
          <w:rFonts w:ascii="IM Fell English" w:hAnsi="IM Fell English"/>
          <w:color w:val="261411"/>
          <w:sz w:val="24"/>
        </w:rPr>
        <w:t>Thorne yelped in surprise as he lost his footing, tumbling into the chasm. His crew, still struggling against the forest’s grip, hesitated, torn between their leader and their own survival. Elder Maeve raised her staff, a silent command. The trees seemed to lean in, the vines tightening. The remaining hunters, their bravado gone, surrendered, their faces pale with a terror far more primal than they had anticipated.</w:t>
      </w:r>
    </w:p>
    <w:p>
      <w:r>
        <w:rPr>
          <w:rFonts w:ascii="IM Fell English" w:hAnsi="IM Fell English"/>
          <w:color w:val="261411"/>
          <w:sz w:val="24"/>
        </w:rPr>
        <w:t>Lyra watched Thorne disappear, a grim satisfaction warring with a residual unease. He was defeated, yes, but not killed. The threat of him, of his ideology, remained.</w:t>
      </w:r>
    </w:p>
    <w:p>
      <w:r>
        <w:rPr>
          <w:rFonts w:ascii="IM Fell English" w:hAnsi="IM Fell English"/>
          <w:color w:val="261411"/>
          <w:sz w:val="24"/>
        </w:rPr>
        <w:t>The forest, its work done, began to recede, the roots sinking back into the earth, the branches folding themselves gently back into their natural positions. The oppressive hum faded, replaced by the chirping of birds and the rustle of leaves. Silence fell over Whisperfall, a stunned, reverent quietude broken only by the whimpers of the captured hunters.</w:t>
      </w:r>
    </w:p>
    <w:p>
      <w:r>
        <w:rPr>
          <w:rFonts w:ascii="IM Fell English" w:hAnsi="IM Fell English"/>
          <w:color w:val="261411"/>
          <w:sz w:val="24"/>
        </w:rPr>
        <w:t>Lyra turned to Dylan, her heart aching for him. The energy blast had left a glowing mark on his arm, but he was already beginning to heal, the skin knitting itself back together with a faint, ethereal shimmer. It was a testament to his unique nature, a human who had learned to exist alongside their world.</w:t>
      </w:r>
    </w:p>
    <w:p>
      <w:r>
        <w:rPr>
          <w:rFonts w:ascii="IM Fell English" w:hAnsi="IM Fell English"/>
          <w:color w:val="261411"/>
          <w:sz w:val="24"/>
        </w:rPr>
        <w:t>“You… you saved me,” Lyra whispered, her voice thick with emotion.</w:t>
      </w:r>
    </w:p>
    <w:p>
      <w:r>
        <w:rPr>
          <w:rFonts w:ascii="IM Fell English" w:hAnsi="IM Fell English"/>
          <w:color w:val="261411"/>
          <w:sz w:val="24"/>
        </w:rPr>
        <w:t>Dylan managed a weak smile. “We saved each other.” He looked around at the battered but standing town, at the faces of the mythological beings who had witnessed their combined strength. He met Elder Maeve’s gaze, his expression steady, unwavering.</w:t>
      </w:r>
    </w:p>
    <w:p>
      <w:r>
        <w:rPr>
          <w:rFonts w:ascii="IM Fell English" w:hAnsi="IM Fell English"/>
          <w:color w:val="261411"/>
          <w:sz w:val="24"/>
        </w:rPr>
        <w:t>Elder Maeve approached them, her stern facade softening with a mixture of exhaustion and profound realization. She looked from Lyra, her hands still smudged with earth, to Dylan, his injured arm healing, and then at the surrendered hunters, a grim testament to Thorne’s failed crusade.</w:t>
      </w:r>
    </w:p>
    <w:p>
      <w:r>
        <w:rPr>
          <w:rFonts w:ascii="IM Fell English" w:hAnsi="IM Fell English"/>
          <w:color w:val="261411"/>
          <w:sz w:val="24"/>
        </w:rPr>
        <w:t>“Lyra,” Maeve began, her voice resonating with a new depth, “you have shown us a power we had long forgotten. The forest… it answered your call.” She paused, her gaze lingering on Dylan. “And you, young man… you stand with us. You fight for us.”</w:t>
      </w:r>
    </w:p>
    <w:p>
      <w:r>
        <w:rPr>
          <w:rFonts w:ascii="IM Fell English" w:hAnsi="IM Fell English"/>
          <w:color w:val="261411"/>
          <w:sz w:val="24"/>
        </w:rPr>
        <w:t>Dylan met her gaze directly. “I believe in a world where we don’t have to hide. Where we can coexist. Lyra has shown me that it’s possible.”</w:t>
      </w:r>
    </w:p>
    <w:p>
      <w:r>
        <w:rPr>
          <w:rFonts w:ascii="IM Fell English" w:hAnsi="IM Fell English"/>
          <w:color w:val="261411"/>
          <w:sz w:val="24"/>
        </w:rPr>
        <w:t>Elder Maeve studied him for a long moment, the weight of centuries of fear and caution etched on her face. But beneath it, something new was taking root – a grudging respect, a flicker of hope. She looked at Lyra, her eyes filled with a quiet understanding.</w:t>
      </w:r>
    </w:p>
    <w:p>
      <w:r>
        <w:rPr>
          <w:rFonts w:ascii="IM Fell English" w:hAnsi="IM Fell English"/>
          <w:color w:val="261411"/>
          <w:sz w:val="24"/>
        </w:rPr>
        <w:t>“The veil is thinned,” Maeve said, her voice a low rumble. “Thorne’s actions, and ours, have made sure of that. We cannot go back to how things were.” She looked back at Dylan. “You chose to defend Whisperfall. You stood by Lyra. These are not small things.”</w:t>
      </w:r>
    </w:p>
    <w:p>
      <w:r>
        <w:rPr>
          <w:rFonts w:ascii="IM Fell English" w:hAnsi="IM Fell English"/>
          <w:color w:val="261411"/>
          <w:sz w:val="24"/>
        </w:rPr>
        <w:t>She took a deep breath. “You may stay, Dylan,” she said, the words delivered with an almost palpable reluctance, yet laced with an undeniable sincerity. “But you must understand. Your presence here is a privilege, not a right. You will be watched. And you will be expected to uphold the peace you helped create. The conditions will be… strict.”</w:t>
      </w:r>
    </w:p>
    <w:p>
      <w:r>
        <w:rPr>
          <w:rFonts w:ascii="IM Fell English" w:hAnsi="IM Fell English"/>
          <w:color w:val="261411"/>
          <w:sz w:val="24"/>
        </w:rPr>
        <w:t xml:space="preserve">A collective sigh of relief rippled through the gathered residents. Finn, who had been watching the exchange with wide, attentive eyes, let out a dramatic groan. “Strict? Oh, by the nymphs’ shimmering dew, this is going to be a </w:t>
      </w:r>
      <w:r>
        <w:rPr>
          <w:rFonts w:ascii="IM Fell English" w:hAnsi="IM Fell English"/>
          <w:i/>
          <w:color w:val="261411"/>
          <w:sz w:val="24"/>
        </w:rPr>
        <w:t>story</w:t>
      </w:r>
      <w:r>
        <w:rPr>
          <w:rFonts w:ascii="IM Fell English" w:hAnsi="IM Fell English"/>
          <w:color w:val="261411"/>
          <w:sz w:val="24"/>
        </w:rPr>
        <w:t>.”</w:t>
      </w:r>
    </w:p>
    <w:p>
      <w:r>
        <w:rPr>
          <w:rFonts w:ascii="IM Fell English" w:hAnsi="IM Fell English"/>
          <w:color w:val="261411"/>
          <w:sz w:val="24"/>
        </w:rPr>
        <w:t>Lyra didn’t hear him. She was already looking at Dylan, a radiant smile blooming on her face. His arm was almost fully healed, the mark fading. He met her gaze, and in his eyes, she saw not just acceptance, but a promise. A promise of a future, uncertain and challenging, but one they would face, hand in hand, as the first threads of a new tapestry began to weave in Whisperfall. The forest, a silent sentinel, rustled its leaves in a gentle, knowing breeze.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51" w:lineRule="auto"/>
    </w:pPr>
    <w:rPr>
      <w:rFonts w:ascii="IM Fell English" w:hAnsi="IM Fell English"/>
      <w:color w:val="261411"/>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381A14"/>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381A1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381A14"/>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