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Novel 1: Dream Life of A Legacy Built By Fire</w:t>
      </w:r>
    </w:p>
    <w:p>
      <w:pPr>
        <w:jc w:val="center"/>
      </w:pPr>
      <w:r>
        <w:rPr>
          <w:rFonts w:ascii="IM Fell English" w:hAnsi="IM Fell English"/>
          <w:color w:val="141414"/>
          <w:sz w:val="28"/>
        </w:rPr>
        <w:t>Christian Wilson</w:t>
      </w:r>
    </w:p>
    <w:p>
      <w:r>
        <w:br w:type="page"/>
      </w:r>
    </w:p>
    <w:p>
      <w:pPr>
        <w:pStyle w:val="Heading1"/>
        <w:jc w:val="center"/>
      </w:pPr>
      <w:r>
        <w:rPr>
          <w:rFonts w:ascii="IM Fell English" w:hAnsi="IM Fell English"/>
          <w:color w:val="0D0D0D"/>
        </w:rPr>
        <w:t>Chapter 1 - The First Queen</w:t>
      </w:r>
    </w:p>
    <w:p>
      <w:r>
        <w:rPr>
          <w:rFonts w:ascii="IM Fell English" w:hAnsi="IM Fell English"/>
          <w:color w:val="141414"/>
          <w:sz w:val="24"/>
        </w:rPr>
        <w:t xml:space="preserve">The air in the throne room, carved from the living rock of Eden's periphery, was thick with the scent of blood, sweat, and a primal anticipation that hummed just beneath the skin. Awan, the first Queen of the werewolves, had cultivated this atmosphere over millennia. Her reign was forged in absolute power and sealed in the ecstasy of violence. Standing upon an obsidian dais, her form was a testament to predatory perfection—lean muscle coiled beneath skin scarred by countless battles, including those against her own daughters. Her frozen amber eyes surveyed the scene with unnerving calm. </w:t>
      </w:r>
    </w:p>
    <w:p>
      <w:r>
        <w:rPr>
          <w:rFonts w:ascii="IM Fell English" w:hAnsi="IM Fell English"/>
          <w:color w:val="141414"/>
          <w:sz w:val="24"/>
        </w:rPr>
        <w:t>Below, the circular fighting pit was a maelstrom of motion. Two young women, their bodies slick with sweat and grime, danced a lethal ballet with daggers that gleamed like captured starlight. Every parry was a test of reflex, every lunge a promise of agony. This was the fifteenth birthday tournament, a sadistic rite of passage Awan had devised to cull the weak and amuse her court. The guidelines were simple: make your opponent surrender without causing a fatality. It was a rule everyone, including Awan, knew was a lie. Accidental deaths were not accidents; they were sacrifices to the clan's insatiable hunger for destruction.</w:t>
      </w:r>
    </w:p>
    <w:p>
      <w:r>
        <w:rPr>
          <w:rFonts w:ascii="IM Fell English" w:hAnsi="IM Fell English"/>
          <w:color w:val="141414"/>
          <w:sz w:val="24"/>
        </w:rPr>
        <w:t>"My Queen," a voice, smooth as silk yet sharp as glass, murmured beside her.</w:t>
      </w:r>
    </w:p>
    <w:p>
      <w:r>
        <w:rPr>
          <w:rFonts w:ascii="IM Fell English" w:hAnsi="IM Fell English"/>
          <w:color w:val="141414"/>
          <w:sz w:val="24"/>
        </w:rPr>
        <w:t>Awan didn't turn. She knew the voice, the presence, the scent of ozone and old blood that clung to him like a shroud. Cain. Her King. Her partner in damnation. His hand, large and calloused, settled on her shoulder, a gesture of possession that was both comforting and suffocating.</w:t>
      </w:r>
    </w:p>
    <w:p>
      <w:r>
        <w:rPr>
          <w:rFonts w:ascii="IM Fell English" w:hAnsi="IM Fell English"/>
          <w:color w:val="141414"/>
          <w:sz w:val="24"/>
        </w:rPr>
        <w:t>"They fight with more passion this year," Cain noted, his gaze fixed on the two combatants. One was Bellona, his own daughter with Awan, her movements a whirlwind of inherited fury. The other was Cyrene, the daughter of Madeline, Abel's widow, whom Cain had claimed as his own after the murder. The tension between them was a living thing, a legacy of jealousy and rivalry that fed the very air they breathed.</w:t>
      </w:r>
    </w:p>
    <w:p>
      <w:r>
        <w:rPr>
          <w:rFonts w:ascii="IM Fell English" w:hAnsi="IM Fell English"/>
          <w:color w:val="141414"/>
          <w:sz w:val="24"/>
        </w:rPr>
        <w:t>Awan allowed a rare, thin smile to touch her lips. "They fight for the right to be broken by me. Do not mistake their passion for anything but ambition, my love."</w:t>
      </w:r>
    </w:p>
    <w:p>
      <w:r>
        <w:rPr>
          <w:rFonts w:ascii="IM Fell English" w:hAnsi="IM Fell English"/>
          <w:color w:val="141414"/>
          <w:sz w:val="24"/>
        </w:rPr>
        <w:t>The fight ended with a sickening crunch. Bellona, faster and more ruthless, had disarmed Cyrene and driven her own blade deep into her opponent's shoulder, just shy of the heart. Cyrene cried out, a sound of pain and fury, and dropped to one knee, her good hand pressed to the wound. The crowd roared its approval.</w:t>
      </w:r>
    </w:p>
    <w:p>
      <w:r>
        <w:rPr>
          <w:rFonts w:ascii="IM Fell English" w:hAnsi="IM Fell English"/>
          <w:color w:val="141414"/>
          <w:sz w:val="24"/>
        </w:rPr>
        <w:t>Bellona stood over her, her chest heaving, her eyes burning with a triumphant fire. She looked up at the dais, directly at her mother, and raised her dagger in salute. Awan felt a thrill that was equal parts pride and possessive rage. This was her daughter, her creation. But creations often sought to surpass their creators.</w:t>
      </w:r>
    </w:p>
    <w:p>
      <w:r>
        <w:rPr>
          <w:rFonts w:ascii="IM Fell English" w:hAnsi="IM Fell English"/>
          <w:color w:val="141414"/>
          <w:sz w:val="24"/>
        </w:rPr>
        <w:t>"An impressive display," Cain purred, his fingers tightening on Awan's shoulder. "She is almost ready."</w:t>
      </w:r>
    </w:p>
    <w:p>
      <w:r>
        <w:rPr>
          <w:rFonts w:ascii="IM Fell English" w:hAnsi="IM Fell English"/>
          <w:color w:val="141414"/>
          <w:sz w:val="24"/>
        </w:rPr>
        <w:t>Awan's smile vanished. "She is not yours to claim, Cain. None of them are."</w:t>
      </w:r>
    </w:p>
    <w:p>
      <w:r>
        <w:rPr>
          <w:rFonts w:ascii="IM Fell English" w:hAnsi="IM Fell English"/>
          <w:color w:val="141414"/>
          <w:sz w:val="24"/>
        </w:rPr>
        <w:t>The tournament continued through the day, a litany of brutal encounters. By nightfall, only Bellona and Cyrene remained standing, though both were heavily wounded. As the final moon rose, bathing the pit in an ethereal glow, Awan descended from her throne. The crowd fell silent, parting before her like a sea.</w:t>
      </w:r>
    </w:p>
    <w:p>
      <w:r>
        <w:rPr>
          <w:rFonts w:ascii="IM Fell English" w:hAnsi="IM Fell English"/>
          <w:color w:val="141414"/>
          <w:sz w:val="24"/>
        </w:rPr>
        <w:t xml:space="preserve">"Tonight," Awan's voice boomed, resonating with ancient power, "we change the rules. There will be no surrender. There will be only one survivor." She looked from Bellona to Cyrene, her gaze lingering on the latter. "My regenerative power has been stripped from me for this night. To reclaim it, I must draw the life from one of you. The survivor will face me. If I fall, the clan will feast upon my corpse. If I stand, the loser will join Madeline as my eternal slave." </w:t>
      </w:r>
    </w:p>
    <w:p>
      <w:r>
        <w:rPr>
          <w:rFonts w:ascii="IM Fell English" w:hAnsi="IM Fell English"/>
          <w:color w:val="141414"/>
          <w:sz w:val="24"/>
        </w:rPr>
        <w:t>A collective gasp rippled through the werewolves. This was beyond their usual brutal games. This was a challenge to the throne itself.</w:t>
      </w:r>
    </w:p>
    <w:p>
      <w:r>
        <w:rPr>
          <w:rFonts w:ascii="IM Fell English" w:hAnsi="IM Fell English"/>
          <w:color w:val="141414"/>
          <w:sz w:val="24"/>
        </w:rPr>
        <w:t>Bellona's eyes widened, then narrowed with a terrifying clarity. She understood immediately. This was her chance. Without Awan's regenerative power, the Queen was vulnerable. Killable.</w:t>
      </w:r>
    </w:p>
    <w:p>
      <w:r>
        <w:rPr>
          <w:rFonts w:ascii="IM Fell English" w:hAnsi="IM Fell English"/>
          <w:color w:val="141414"/>
          <w:sz w:val="24"/>
        </w:rPr>
        <w:t>Cyrene, however, looked only confused and terrified. "Mother... I..."</w:t>
      </w:r>
    </w:p>
    <w:p>
      <w:r>
        <w:rPr>
          <w:rFonts w:ascii="IM Fell English" w:hAnsi="IM Fell English"/>
          <w:color w:val="141414"/>
          <w:sz w:val="24"/>
        </w:rPr>
        <w:t>But Awan was no longer looking at her. She had eyes only for Bellona. "Begin," she commanded.</w:t>
      </w:r>
    </w:p>
    <w:p>
      <w:r>
        <w:rPr>
          <w:rFonts w:ascii="IM Fell English" w:hAnsi="IM Fell English"/>
          <w:color w:val="141414"/>
          <w:sz w:val="24"/>
        </w:rPr>
        <w:t>The fight that followed was not a dance. It was a slaughter. Bellona, fueled by a lifetime of resentment and a sudden, intoxicating hope for power, was a blur of motion. Cyrene, brave but outmatched, fought desperately, but it was over in moments. With a final, brutal twist, Bellona snapped her half-sister's neck.</w:t>
      </w:r>
    </w:p>
    <w:p>
      <w:r>
        <w:rPr>
          <w:rFonts w:ascii="IM Fell English" w:hAnsi="IM Fell English"/>
          <w:color w:val="141414"/>
          <w:sz w:val="24"/>
        </w:rPr>
        <w:t>The silence that followed was heavier than before. Bellona stood over Cyrene's body, breathing heavily, her face spattered with blood. She looked up at Awan, not with triumph, but with a chilling understanding of what came next.</w:t>
      </w:r>
    </w:p>
    <w:p>
      <w:r>
        <w:rPr>
          <w:rFonts w:ascii="IM Fell English" w:hAnsi="IM Fell English"/>
          <w:color w:val="141414"/>
          <w:sz w:val="24"/>
        </w:rPr>
        <w:t>"Come then, daughter," Awan snarled, her own claws extending. "Let us see if the apple falls far from the tree."</w:t>
      </w:r>
    </w:p>
    <w:p>
      <w:r>
        <w:rPr>
          <w:rFonts w:ascii="IM Fell English" w:hAnsi="IM Fell English"/>
          <w:color w:val="141414"/>
          <w:sz w:val="24"/>
        </w:rPr>
        <w:t>Their battle was cataclysmic. It raged through the throne room and out into the wilds beyond, a storm of tooth and claw against tooth and claw. Awan was older, more experienced, but Bellona was younger, faster, and driven by a desperation Awan had long since forgotten. For hours, they tore at each other, the landscape around them becoming a canvas of their mutual destruction.</w:t>
      </w:r>
    </w:p>
    <w:p>
      <w:r>
        <w:rPr>
          <w:rFonts w:ascii="IM Fell English" w:hAnsi="IM Fell English"/>
          <w:color w:val="141414"/>
          <w:sz w:val="24"/>
        </w:rPr>
        <w:t>It ended near the banks of a wide, slow-moving river, just as the first light of dawn began to paint the eastern sky. They were both mortally wounded, their bodies failing. Awan, her strength finally giving out, stumbled. Bellona saw her chance and lunged, sinking her teeth into Awan's throat and ripping it out.</w:t>
      </w:r>
    </w:p>
    <w:p>
      <w:r>
        <w:rPr>
          <w:rFonts w:ascii="IM Fell English" w:hAnsi="IM Fell English"/>
          <w:color w:val="141414"/>
          <w:sz w:val="24"/>
        </w:rPr>
        <w:t>As Awan's lifeblood poured onto the damp earth, she looked into her daughter's eyes. She saw no remorse, only the cold, hard glint of victory. And in that moment, a strange, dark pride filled her. This was the legacy she had built. This was the daughter she had forged.</w:t>
      </w:r>
    </w:p>
    <w:p>
      <w:r>
        <w:rPr>
          <w:rFonts w:ascii="IM Fell English" w:hAnsi="IM Fell English"/>
          <w:color w:val="141414"/>
          <w:sz w:val="24"/>
        </w:rPr>
        <w:t>Bellona stood over her mother's cooling body, the new Queen of the werewolves, her reign beginning not with a coronation, but with a matricide. The clan, watching from the shadows, began to howl, a sound that was both mournful and celebratory. The age of Awan was over. The age of Bellona had begun.</w:t>
      </w:r>
    </w:p>
    <w:p>
      <w:pPr>
        <w:pStyle w:val="Heading1"/>
        <w:jc w:val="center"/>
      </w:pPr>
      <w:r>
        <w:rPr>
          <w:rFonts w:ascii="IM Fell English" w:hAnsi="IM Fell English"/>
          <w:color w:val="0D0D0D"/>
        </w:rPr>
        <w:t>Chapter 2: The Vampire Covenant</w:t>
      </w:r>
    </w:p>
    <w:p>
      <w:r>
        <w:rPr>
          <w:rFonts w:ascii="IM Fell English" w:hAnsi="IM Fell English"/>
          <w:color w:val="141414"/>
          <w:sz w:val="24"/>
        </w:rPr>
        <w:t>Before the werewolves carved out their brutal dominion in the wilds, there was the garden. And in the garden, there were brothers. Cain, the firstborn, tilled the soil with a simmering resentment, his eyes often drawn to the offerings his younger brother, Abel, presented at the altar. Abel's gifts were always the finest, the firstborn of his flock, their blood still warm. They pleased the unseen God of their world. Cain's offerings, grown from the same cursed ground, were deemed lesser.</w:t>
      </w:r>
    </w:p>
    <w:p>
      <w:r>
        <w:rPr>
          <w:rFonts w:ascii="IM Fell English" w:hAnsi="IM Fell English"/>
          <w:color w:val="141414"/>
          <w:sz w:val="24"/>
        </w:rPr>
        <w:t>This resentment festered, a poison in his soul, but it was the arrival of Madeline that truly lit the fuse. She was sixteen, gifted to Abel as his bride, a vision of innocence with eyes that held a knowing, ancient wisdom. Cain watched from the shadows as his brother claimed her, a possessive, ugly jealousy twisting his heart into a knot of pure hatred. She was supposed to be his. It was always supposed to be his.</w:t>
      </w:r>
    </w:p>
    <w:p>
      <w:r>
        <w:rPr>
          <w:rFonts w:ascii="IM Fell English" w:hAnsi="IM Fell English"/>
          <w:color w:val="141414"/>
          <w:sz w:val="24"/>
        </w:rPr>
        <w:t>The pact with the serpent, with the devil in the guise of a charming confidant, had been made long before. It promised Eve power, longevity, and a dynasty that would defy God's will. It promised Cain something else: a chance to take what he felt was rightfully his. The devil had watched with amusement as Cain's obsession with Madeline grew, whispering suggestions, stoking the fires of his envy until they were an inferno.</w:t>
      </w:r>
    </w:p>
    <w:p>
      <w:r>
        <w:rPr>
          <w:rFonts w:ascii="IM Fell English" w:hAnsi="IM Fell English"/>
          <w:color w:val="141414"/>
          <w:sz w:val="24"/>
        </w:rPr>
        <w:t>The murder was not premeditated. It was an explosion of rage. Cain found them beside a stream, Madeline laughing at something Abel had whispered. The sight of her joy in another man's arms, his brother's arms, was the final straw. He picked up a rock, the first thing his hand found, and struck Abel down again and again until the pretty face was a ruin of blood and bone and the stream ran red.</w:t>
      </w:r>
    </w:p>
    <w:p>
      <w:r>
        <w:rPr>
          <w:rFonts w:ascii="IM Fell English" w:hAnsi="IM Fell English"/>
          <w:color w:val="141414"/>
          <w:sz w:val="24"/>
        </w:rPr>
        <w:t>Madeline's screams were swallowed by the wilderness. Cain stood over his brother's body, panting, the rock slipping from his bloody fingers. There was no remorse, only a hollow victory and the chilling realization of what he had done. The mark appeared then, a searing pain on his forehead as God's brand burned into his skin, a symbol of his crime and his banishment.</w:t>
      </w:r>
    </w:p>
    <w:p>
      <w:r>
        <w:rPr>
          <w:rFonts w:ascii="IM Fell English" w:hAnsi="IM Fell English"/>
          <w:color w:val="141414"/>
          <w:sz w:val="24"/>
        </w:rPr>
        <w:t>Driven from the garden, Cain and Madeline wandered into the harsh, untamed lands. It was there they found them. The werewolves. Not the noble creatures of later lore, but feral, half-formed things led by a she-wolf of terrifying power—Awan, in her early days of rule. They watched the human pair with hungry, intelligent eyes.</w:t>
      </w:r>
    </w:p>
    <w:p>
      <w:r>
        <w:rPr>
          <w:rFonts w:ascii="IM Fell English" w:hAnsi="IM Fell English"/>
          <w:color w:val="141414"/>
          <w:sz w:val="24"/>
        </w:rPr>
        <w:t>It was Madeline who saved them. She saw the intelligence in their gaze, the flicker of something more than mere beast. She spoke to them, not with words, but with a calm, unyielding presence that intrigued the pack's alpha. Awan saw in her a kindred spirit, a fellow female who understood the brutal realities of power. An alliance, born of mutual need and suspicion, was formed.</w:t>
      </w:r>
    </w:p>
    <w:p>
      <w:r>
        <w:rPr>
          <w:rFonts w:ascii="IM Fell English" w:hAnsi="IM Fell English"/>
          <w:color w:val="141414"/>
          <w:sz w:val="24"/>
        </w:rPr>
        <w:t>Cain, however, found a different path. In a shadowed cave, separated from the pack, he was approached by another. A woman who moved with an impossible grace, her eyes holding the depth of centuries. Her name was Samantha. She was not like the werewolves. She was something older, something that fed not on flesh, but on life itself.</w:t>
      </w:r>
    </w:p>
    <w:p>
      <w:r>
        <w:rPr>
          <w:rFonts w:ascii="IM Fell English" w:hAnsi="IM Fell English"/>
          <w:color w:val="141414"/>
          <w:sz w:val="24"/>
        </w:rPr>
        <w:t>"You carry the stain of fratricide," Samantha's voice was a caress, a promise. "But you also carry the spark of defiance. God cast you out. I will give you a home. I will give you power beyond your imagining."</w:t>
      </w:r>
    </w:p>
    <w:p>
      <w:r>
        <w:rPr>
          <w:rFonts w:ascii="IM Fell English" w:hAnsi="IM Fell English"/>
          <w:color w:val="141414"/>
          <w:sz w:val="24"/>
        </w:rPr>
        <w:t xml:space="preserve">The offer was tempting. To be more than the consort of a werewolf Queen. To be a king in his own right. Cain accepted. The ritual was agonizing. Samantha's bite was not a simple transformation; it was an unholy communion. She shared her blood, her essence, and in doing so, remade him. The pain was fire, ice, and oblivion, and when it was over, Cain was no longer merely human. He was something new. A vampire. The first of his kind. </w:t>
      </w:r>
    </w:p>
    <w:p>
      <w:r>
        <w:rPr>
          <w:rFonts w:ascii="IM Fell English" w:hAnsi="IM Fell English"/>
          <w:color w:val="141414"/>
          <w:sz w:val="24"/>
        </w:rPr>
        <w:t>He returned to Madeline changed. His eyes glowed with a faint, predatory light. His movements were preternaturally swift. He felt a new, chilling hunger, a thirst that the blood of the werewolves could never truly quench.</w:t>
      </w:r>
    </w:p>
    <w:p>
      <w:r>
        <w:rPr>
          <w:rFonts w:ascii="IM Fell English" w:hAnsi="IM Fell English"/>
          <w:color w:val="141414"/>
          <w:sz w:val="24"/>
        </w:rPr>
        <w:t xml:space="preserve">Madeline mourned the loss of Cain’s humanity, but pragmatism soon outweighed her grief. Now a Queen by his side, she accepted their union as a complex tapestry of love, hatred, and political necessity. </w:t>
      </w:r>
    </w:p>
    <w:p>
      <w:r>
        <w:rPr>
          <w:rFonts w:ascii="IM Fell English" w:hAnsi="IM Fell English"/>
          <w:color w:val="141414"/>
          <w:sz w:val="24"/>
        </w:rPr>
        <w:t>Nine months later, Madeline gave birth. It was a difficult labor, her human body strained by the supernatural child growing within her. As she screamed, the werewolves watched, their expressions a mixture of awe and bloodlust. The child that emerged was Bellona. She had Cain's eyes and Awan's spirit. She was the perfect fusion of their two worlds.</w:t>
      </w:r>
    </w:p>
    <w:p>
      <w:r>
        <w:rPr>
          <w:rFonts w:ascii="IM Fell English" w:hAnsi="IM Fell English"/>
          <w:color w:val="141414"/>
          <w:sz w:val="24"/>
        </w:rPr>
        <w:t>The covenant between Cain and Samantha was solidified that day. Cain would rule the werewolves with Madeline, but his true loyalty, his very soul, belonged to the vampire bloodline. He would build his own dynasty, one of shadow and blood, a dark mirror to the brutal, sunlit savagery of the werewolves. The eternal war between their kinds had begun, not with a grand battle, but with a single act of jealous rage and a whispered promise in the dark.</w:t>
      </w:r>
    </w:p>
    <w:p>
      <w:pPr>
        <w:pStyle w:val="Heading1"/>
        <w:jc w:val="center"/>
      </w:pPr>
      <w:r>
        <w:rPr>
          <w:rFonts w:ascii="IM Fell English" w:hAnsi="IM Fell English"/>
          <w:color w:val="0D0D0D"/>
        </w:rPr>
        <w:t>Chapter 3: The Garden of Forbidden Wolves</w:t>
      </w:r>
    </w:p>
    <w:p>
      <w:r>
        <w:rPr>
          <w:rFonts w:ascii="IM Fell English" w:hAnsi="IM Fell English"/>
          <w:color w:val="141414"/>
          <w:sz w:val="24"/>
        </w:rPr>
        <w:t>Generations passed. The werewolves thrived under their Queens, their brutal traditions becoming more entrenched with each ruler. The vampires built their own shadow empire, their influence spreading like a stain through the human world. But far from the territories of both, a different kind of power was stirring.</w:t>
      </w:r>
    </w:p>
    <w:p>
      <w:r>
        <w:rPr>
          <w:rFonts w:ascii="IM Fell English" w:hAnsi="IM Fell English"/>
          <w:color w:val="141414"/>
          <w:sz w:val="24"/>
        </w:rPr>
        <w:t>The place was known only as the Forbidden Garden, a verdant paradise that had somehow survived the wrath of God after the exile from Eden. It was a place of impossible beauty, where the flora glowed with internal light and the very air hummed with a raw, untamed energy. It was also the domain of the hounds. Massive, dire wolves the size of small horses, their fur the color of starless night, their eyes burning with intelligence. They were God's first mistake, His enforcers, and they were utterly merciless.</w:t>
      </w:r>
    </w:p>
    <w:p>
      <w:r>
        <w:rPr>
          <w:rFonts w:ascii="IM Fell English" w:hAnsi="IM Fell English"/>
          <w:color w:val="141414"/>
          <w:sz w:val="24"/>
        </w:rPr>
        <w:t>Into this paradise walked a woman. She was young, perhaps eighteen, with long, silver hair that cascaded down her back and eyes the color of a winter sky. She moved with an unshakable confidence, her simple white dress a stark contrast to the riot of color around her. She was Artemis, and she was not afraid.</w:t>
      </w:r>
    </w:p>
    <w:p>
      <w:r>
        <w:rPr>
          <w:rFonts w:ascii="IM Fell English" w:hAnsi="IM Fell English"/>
          <w:color w:val="141414"/>
          <w:sz w:val="24"/>
        </w:rPr>
        <w:t>She felt their eyes on her long before she saw them. The feeling was a physical pressure, a weight of ancient judgment. She continued walking until she reached the center of the garden, where a colossal black wolf, larger than any of the others, stood blocking her path. Its lips were curled back, revealing teeth like ivory daggers. A low, guttural growl rumbled in its chest, a sound that vibrated in the bones.</w:t>
      </w:r>
    </w:p>
    <w:p>
      <w:r>
        <w:rPr>
          <w:rFonts w:ascii="IM Fell English" w:hAnsi="IM Fell English"/>
          <w:color w:val="141414"/>
          <w:sz w:val="24"/>
        </w:rPr>
        <w:t>Artemis stopped a mere ten feet from the beast. She did not flinch. She did not show fear. She simply looked at it, meeting its burning gaze with her own calm, steady one.</w:t>
      </w:r>
    </w:p>
    <w:p>
      <w:r>
        <w:rPr>
          <w:rFonts w:ascii="IM Fell English" w:hAnsi="IM Fell English"/>
          <w:color w:val="141414"/>
          <w:sz w:val="24"/>
        </w:rPr>
        <w:t>"My name is Artemis," she said. Her voice was clear and strong, but the words that followed were not in any human tongue. It was a language of clicks, growls, and tonal shifts that only the hounds and their original creator should understand. "And I am here to be your Goddess. I will lead you to greatness, just as Adam and Eve did before they were expelled from this ground. Do you dare to test me? I am not afraid of your kind, bastard."</w:t>
      </w:r>
    </w:p>
    <w:p>
      <w:r>
        <w:rPr>
          <w:rFonts w:ascii="IM Fell English" w:hAnsi="IM Fell English"/>
          <w:color w:val="141414"/>
          <w:sz w:val="24"/>
        </w:rPr>
        <w:t>The growling stopped. The immense wolf tilted its head, its burning eyes narrowing in confusion and suspicion. No human had ever spoken their language. No creature had ever dared to stand before it and issue a challenge. This was unprecedented.</w:t>
      </w:r>
    </w:p>
    <w:p>
      <w:r>
        <w:rPr>
          <w:rFonts w:ascii="IM Fell English" w:hAnsi="IM Fell English"/>
          <w:color w:val="141414"/>
          <w:sz w:val="24"/>
        </w:rPr>
        <w:t>"Why are you discussing my fate, hounds of God?" Artemis continued, her voice unwavering. "I am not a werewolf. I loathe those weak half-breeds of Queen Bellona. Come at me with all your might, and if I survive, you will submit to me or face my anger, for I am your Goddess."</w:t>
      </w:r>
    </w:p>
    <w:p>
      <w:r>
        <w:rPr>
          <w:rFonts w:ascii="IM Fell English" w:hAnsi="IM Fell English"/>
          <w:color w:val="141414"/>
          <w:sz w:val="24"/>
        </w:rPr>
        <w:t>The pack emerged from the trees then, a dozen of the massive hounds, forming a loose circle around their alpha and the strange, fearless woman. They were a wall of muscle, fang, and fur, the very embodiment of divine wrath.</w:t>
      </w:r>
    </w:p>
    <w:p>
      <w:r>
        <w:rPr>
          <w:rFonts w:ascii="IM Fell English" w:hAnsi="IM Fell English"/>
          <w:color w:val="141414"/>
          <w:sz w:val="24"/>
        </w:rPr>
        <w:t>The alpha wolf took a step forward, its muscles coiling to spring. It was a test. A challenge to see if this human's courage was genuine or foolish.</w:t>
      </w:r>
    </w:p>
    <w:p>
      <w:r>
        <w:rPr>
          <w:rFonts w:ascii="IM Fell English" w:hAnsi="IM Fell English"/>
          <w:color w:val="141414"/>
          <w:sz w:val="24"/>
        </w:rPr>
        <w:t>"Let us see if you can destroy me, mutt," the alpha's thoughts entered Artemis's mind, a cold, alien presence. "We will see how your divine blood spills upon the sacred soil."</w:t>
      </w:r>
    </w:p>
    <w:p>
      <w:r>
        <w:rPr>
          <w:rFonts w:ascii="IM Fell English" w:hAnsi="IM Fell English"/>
          <w:color w:val="141414"/>
          <w:sz w:val="24"/>
        </w:rPr>
        <w:t>It lunged.</w:t>
      </w:r>
    </w:p>
    <w:p>
      <w:r>
        <w:rPr>
          <w:rFonts w:ascii="IM Fell English" w:hAnsi="IM Fell English"/>
          <w:color w:val="141414"/>
          <w:sz w:val="24"/>
        </w:rPr>
        <w:t>It was not a battle of speed or agility. It was a contest of pure, indomitable will. The wolf hit her like a battering ram, a mass of supernatural force that should have torn her apart. Artemis stood her ground. She didn't try to dodge. She met the charge head-on, her small frame absorbing the impact with a grunt. The wolf's jaws snapped at her throat, but she caught its snout, her hands surprisingly strong, and held it. Its claws raked at her sides, shredding her dress and drawing blood, but she did not scream. She did not break.</w:t>
      </w:r>
    </w:p>
    <w:p>
      <w:r>
        <w:rPr>
          <w:rFonts w:ascii="IM Fell English" w:hAnsi="IM Fell English"/>
          <w:color w:val="141414"/>
          <w:sz w:val="24"/>
        </w:rPr>
        <w:t>For what felt like an eternity, they struggled. The wolf trying to overpower her with brute force, Artemis countering with an unyielding resilience that seemed to defy the laws of nature. The hounds watched in stunned silence. They had never seen anything like it. No human, no creature, had ever withstood their alpha's assault.</w:t>
      </w:r>
    </w:p>
    <w:p>
      <w:r>
        <w:rPr>
          <w:rFonts w:ascii="IM Fell English" w:hAnsi="IM Fell English"/>
          <w:color w:val="141414"/>
          <w:sz w:val="24"/>
        </w:rPr>
        <w:t>Slowly, impossibly, the tide began to turn. Artemis, using the wolf's own momentum against it, managed to shift her weight and throw the colossal beast off balance. It stumbled, and for a fleeting moment, it was vulnerable. Artemis drove her elbow into its throat, not with enough force to kill, but with enough to make it gag and choke.</w:t>
      </w:r>
    </w:p>
    <w:p>
      <w:r>
        <w:rPr>
          <w:rFonts w:ascii="IM Fell English" w:hAnsi="IM Fell English"/>
          <w:color w:val="141414"/>
          <w:sz w:val="24"/>
        </w:rPr>
        <w:t>The wolf fell back, panting, its eyes wide with a new emotion: disbelief. It looked at the woman standing over it, her body bleeding, her dress in tatters, but her spirit completely unbroken. She had not just survived; she had proven herself worthy.</w:t>
      </w:r>
    </w:p>
    <w:p>
      <w:r>
        <w:rPr>
          <w:rFonts w:ascii="IM Fell English" w:hAnsi="IM Fell English"/>
          <w:color w:val="141414"/>
          <w:sz w:val="24"/>
        </w:rPr>
        <w:t>The alpha lowered its head in a gesture of submission. A low, whining sound came from its throat, not of weakness, but of respect. One by one, the other hounds followed suit, lowering their heads in acknowledgement of their new master.</w:t>
      </w:r>
    </w:p>
    <w:p>
      <w:r>
        <w:rPr>
          <w:rFonts w:ascii="IM Fell English" w:hAnsi="IM Fell English"/>
          <w:color w:val="141414"/>
          <w:sz w:val="24"/>
        </w:rPr>
        <w:t>Artemis had done it. She had tamed God's hounds. From that day forward, she was their Goddess. They would be her enforcers, her army, and they would be known as 'Los Perros despiadados de Dios'—God's Merciless Dogs. Under her guidance, they would become a force of pure destruction, a holy terror that would make the werewolves and vampires alike look over their shoulders in fear. The age of the pure wolves had begun.</w:t>
      </w:r>
    </w:p>
    <w:p>
      <w:pPr>
        <w:pStyle w:val="Heading1"/>
        <w:jc w:val="center"/>
      </w:pPr>
      <w:r>
        <w:rPr>
          <w:rFonts w:ascii="IM Fell English" w:hAnsi="IM Fell English"/>
          <w:color w:val="0D0D0D"/>
        </w:rPr>
        <w:t>Chapter 4: The Blood Demon's Birth</w:t>
      </w:r>
    </w:p>
    <w:p>
      <w:r>
        <w:rPr>
          <w:rFonts w:ascii="IM Fell English" w:hAnsi="IM Fell English"/>
          <w:color w:val="141414"/>
          <w:sz w:val="24"/>
        </w:rPr>
        <w:t>The union of Cain and Madeline was a fragile truce, a kingdom built on the bones of a brother and the ashes of innocence. Their rule over the werewolves was a constant struggle for dominance, a brutal dance between Cain's newfound vampiric arrogance and Madeline's deep, primal connection to the pack. Yet, in the shadows, a darker power was consolidating his own legacy.</w:t>
      </w:r>
    </w:p>
    <w:p>
      <w:r>
        <w:rPr>
          <w:rFonts w:ascii="IM Fell English" w:hAnsi="IM Fell English"/>
          <w:color w:val="141414"/>
          <w:sz w:val="24"/>
        </w:rPr>
        <w:t>Abaddon, the name whispered in the deepest pits of Hell, was not merely a demon; he was a progenitor, a weaver of bloodlines. He watched Cain's transformation with a critical eye, seeing potential but also imperfection. The vampire was too... human still, too bound by the emotions that had driven him to murder. Abaddon sought a purer vessel, a perfect fusion of his demonic essence and the untamed ferocity of the mortal world.</w:t>
      </w:r>
    </w:p>
    <w:p>
      <w:r>
        <w:rPr>
          <w:rFonts w:ascii="IM Fell English" w:hAnsi="IM Fell English"/>
          <w:color w:val="141414"/>
          <w:sz w:val="24"/>
        </w:rPr>
        <w:t>He found his opportunity in a slave girl named Elizabeth. She was eighteen, possessed of a stark, haunting beauty with grey eyes that seemed to see through to the soul and a body that defied its fragile appearance. She was purchased by a human man named Daniel Lakewood, a cruel and ambitious gunsmith who saw in her not a person, but a tool. Abaddon saw something else entirely. He saw the perfect womb.</w:t>
      </w:r>
    </w:p>
    <w:p>
      <w:r>
        <w:rPr>
          <w:rFonts w:ascii="IM Fell English" w:hAnsi="IM Fell English"/>
          <w:color w:val="141414"/>
          <w:sz w:val="24"/>
        </w:rPr>
        <w:t>Through a series of meticulously planned events, Abaddon ensured Elizabeth's path would cross with his most loyal servant, a vampire of immense power and cruelty named Samantha. He orchestrated her capture and her eventual "sale" to Daniel, but not before infusing her with a sliver of his own essence. The price was steep: Elizabeth's body, her will, her very soul, to be used as a crucible for a new breed of monster.</w:t>
      </w:r>
    </w:p>
    <w:p>
      <w:r>
        <w:rPr>
          <w:rFonts w:ascii="IM Fell English" w:hAnsi="IM Fell English"/>
          <w:color w:val="141414"/>
          <w:sz w:val="24"/>
        </w:rPr>
        <w:t>Daniel, believing he had simply acquired a remarkable slave, subjected Elizabeth to unimaginable torments. He built a peculiar structure in a small Californian town—an upside-down U-shaped platform where he would leave her tied and exposed for any who wished to partake in her suffering. It was during one of these sessions, as Elizabeth lay broken and bleeding, that the true conception occurred. Abaddon's demonic servant, under his master's direction, visited her in the night. The union was not one of flesh, but of essence. A demonic egg, modified with the DNA of wolf and human, was implanted within her.</w:t>
      </w:r>
    </w:p>
    <w:p>
      <w:r>
        <w:rPr>
          <w:rFonts w:ascii="IM Fell English" w:hAnsi="IM Fell English"/>
          <w:color w:val="141414"/>
          <w:sz w:val="24"/>
        </w:rPr>
        <w:t>The pregnancy was a nightmare. Elizabeth's body, already pushed to its limits, rebelled. She grew gaunt, her skin stretching taut over the unnatural life within. Daniel, fascinated by her resilience, became obsessed. He documented her changes, his journal a chilling testament to his madness.</w:t>
      </w:r>
    </w:p>
    <w:p>
      <w:r>
        <w:rPr>
          <w:rFonts w:ascii="IM Fell English" w:hAnsi="IM Fell English"/>
          <w:color w:val="141414"/>
          <w:sz w:val="24"/>
        </w:rPr>
        <w:t>Nine months later, the birth was not a miracle, but a cataclysm. Elizabeth, chained in the dungeon of Daniel's estate, screamed as her body was torn apart from the inside. The first child to emerge was Vince. He was a mixed breed, half-human and half-wolf, with purple eyes that glowed with a faint, internal light. He was silent, unnervingly so, as he took his first breath.</w:t>
      </w:r>
    </w:p>
    <w:p>
      <w:r>
        <w:rPr>
          <w:rFonts w:ascii="IM Fell English" w:hAnsi="IM Fell English"/>
          <w:color w:val="141414"/>
          <w:sz w:val="24"/>
        </w:rPr>
        <w:t>A year later, Christopher was born. He was also a hybrid, but with mint-green eyes and a more volatile temperament. The moment he drew breath, he transformed, his tiny body contorting into that of a wolf pup. He latched onto Elizabeth's breast, his sharp teeth tearing away at her flesh as he fed. Daniel, in a rare moment of something akin to awe, caged the child, placing him with his brother.</w:t>
      </w:r>
    </w:p>
    <w:p>
      <w:r>
        <w:rPr>
          <w:rFonts w:ascii="IM Fell English" w:hAnsi="IM Fell English"/>
          <w:color w:val="141414"/>
          <w:sz w:val="24"/>
        </w:rPr>
        <w:t>Elizabeth was not given time to recover. Abaddon's will was absolute. She was taken away, her body healed just enough to survive the next ordeal. This time, she was given to another of Abaddon's "sons"—a creature of immense power, a hybrid of tiger and demon. For six months, she endured his attentions, a violation of body and spirit that left her a hollow shell.</w:t>
      </w:r>
    </w:p>
    <w:p>
      <w:r>
        <w:rPr>
          <w:rFonts w:ascii="IM Fell English" w:hAnsi="IM Fell English"/>
          <w:color w:val="141414"/>
          <w:sz w:val="24"/>
        </w:rPr>
        <w:t>When she was returned to Daniel, a note was left with her. It was written in Abaddon's elegant, terrifying script. It explained that she was carrying a daughter this time, a gift to compensate for the lost time. It also contained a warning and a promise: this child would be different. This child would be the true heir to his power.</w:t>
      </w:r>
    </w:p>
    <w:p>
      <w:r>
        <w:rPr>
          <w:rFonts w:ascii="IM Fell English" w:hAnsi="IM Fell English"/>
          <w:color w:val="141414"/>
          <w:sz w:val="24"/>
        </w:rPr>
        <w:t>The final birth was the most horrific. Rachel was born on Halloween, October 31st, 1880. She was a chimera, a mix of human and tiger, with orange-reddish eyes and a coat of fine, dark fur on her limbs. But the true horror came moments after her birth. As Elizabeth lay exhausted, Rachel's small form seemed to... phase. Her skin shimmered, and for a terrifying second, she was not one child, but two, a human infant and a spectral tiger cub overlapping in the same space. Then, with a sound like tearing silk, she ripped herself out of Elizabeth's lower chest, leaving a gaping, mortal wound.</w:t>
      </w:r>
    </w:p>
    <w:p>
      <w:r>
        <w:rPr>
          <w:rFonts w:ascii="IM Fell English" w:hAnsi="IM Fell English"/>
          <w:color w:val="141414"/>
          <w:sz w:val="24"/>
        </w:rPr>
        <w:t>Daniel stood frozen, his scientific mind unable to process the abomination before him. He had created monsters, yes, but this... this was something else. This was a blood demon given flesh. Abaddon's experiment was a success. The perfect weapon, the perfect heir, had been born.</w:t>
      </w:r>
    </w:p>
    <w:p>
      <w:pPr>
        <w:jc w:val="center"/>
      </w:pPr>
      <w:r>
        <w:rPr>
          <w:color w:val="141414"/>
        </w:rPr>
        <w:t>———</w:t>
      </w:r>
    </w:p>
    <w:p>
      <w:pPr>
        <w:pStyle w:val="Heading1"/>
        <w:jc w:val="center"/>
      </w:pPr>
      <w:r>
        <w:rPr>
          <w:rFonts w:ascii="IM Fell English" w:hAnsi="IM Fell English"/>
          <w:color w:val="0D0D0D"/>
        </w:rPr>
        <w:t>Chapter 5: The First Hunter</w:t>
      </w:r>
    </w:p>
    <w:p>
      <w:r>
        <w:rPr>
          <w:rFonts w:ascii="IM Fell English" w:hAnsi="IM Fell English"/>
          <w:color w:val="141414"/>
          <w:sz w:val="24"/>
        </w:rPr>
        <w:t>While supernatural dynasties were being forged in blood and shadow, the human world remained largely ignorant, shielded by a veil of disbelief. But there were always those who peered through the veil, those who stumbled into the darkness and, by some miracle, survived to tell the tale. The first to do so with purpose was a man named Jedediah Kane.</w:t>
      </w:r>
    </w:p>
    <w:p>
      <w:r>
        <w:rPr>
          <w:rFonts w:ascii="IM Fell English" w:hAnsi="IM Fell English"/>
          <w:color w:val="141414"/>
          <w:sz w:val="24"/>
        </w:rPr>
        <w:t>A former Union soldier, Kane had seen enough of man's inhumanity to man to last a lifetime. He returned from the Civil War with a hollowed-out soul and a deep-seated hatred for violence of any kind. He sought solace in the vast, untamed wilderness of the American West, becoming a trapper and hunter, living a solitary life on the edge of civilization.</w:t>
      </w:r>
    </w:p>
    <w:p>
      <w:r>
        <w:rPr>
          <w:rFonts w:ascii="IM Fell English" w:hAnsi="IM Fell English"/>
          <w:color w:val="141414"/>
          <w:sz w:val="24"/>
        </w:rPr>
        <w:t>It was during a harsh winter that he found them. He was tracking a large wolf pack, one unnaturally aggressive and clever, when he came upon a scene that would haunt him forever. In a small clearing, the wolves were not just feeding on a deer carcass. They were gathered around a naked human woman, tearing at her flesh with a terrifying deliberation. She was still alive, her whimpers of agony the only sound in the frigid air.</w:t>
      </w:r>
    </w:p>
    <w:p>
      <w:r>
        <w:rPr>
          <w:rFonts w:ascii="IM Fell English" w:hAnsi="IM Fell English"/>
          <w:color w:val="141414"/>
          <w:sz w:val="24"/>
        </w:rPr>
        <w:t>Kane's military training screamed at him to run, to hide. But something else, a cold, hard resolve forged in the crucible of war, made him stay. He watched for hours, hidden in the rocks, as the wolves systematically devoured the woman. He saw the way their eyes glowed with intelligence, the way they moved with a coordination that was anything but animal. He saw one of them, larger than the others, stand on its hind legs and speak in a guttural, snarling language.</w:t>
      </w:r>
    </w:p>
    <w:p>
      <w:r>
        <w:rPr>
          <w:rFonts w:ascii="IM Fell English" w:hAnsi="IM Fell English"/>
          <w:color w:val="141414"/>
          <w:sz w:val="24"/>
        </w:rPr>
        <w:t>When they finally left, leaving only a bloodied, unrecognizable corpse, Kane approached. He was a practical man, not given to superstition. But what he had witnessed was not of the natural world. He examined the remains, his stomach churning, and found things that made no sense: bones that were partially dissolved by a corrosive substance, and tracks that morphed from paw print to human footprint.</w:t>
      </w:r>
    </w:p>
    <w:p>
      <w:r>
        <w:rPr>
          <w:rFonts w:ascii="IM Fell English" w:hAnsi="IM Fell English"/>
          <w:color w:val="141414"/>
          <w:sz w:val="24"/>
        </w:rPr>
        <w:t>That night, everything changed for Jedediah Kane. His pacifism died in that clearing, replaced by a cold, burning purpose. He was not a soldier anymore. He was a hunter. And his prey was not beast, but abomination.</w:t>
      </w:r>
    </w:p>
    <w:p>
      <w:r>
        <w:rPr>
          <w:rFonts w:ascii="IM Fell English" w:hAnsi="IM Fell English"/>
          <w:color w:val="141414"/>
          <w:sz w:val="24"/>
        </w:rPr>
        <w:t>He spent the next decade learning everything he could. He tracked the werewolves, studying their patterns, their habits, their weaknesses. He learned they were strongest during the full moon but existed year-round. He learned they could be hurt by conventional weapons, but only truly killed by fire or by severing the spine. He learned they had a society, a hierarchy, and a territory.</w:t>
      </w:r>
    </w:p>
    <w:p>
      <w:r>
        <w:rPr>
          <w:rFonts w:ascii="IM Fell English" w:hAnsi="IM Fell English"/>
          <w:color w:val="141414"/>
          <w:sz w:val="24"/>
        </w:rPr>
        <w:t>His first kill was a lone werewolf, a young male separated from the pack. Kane ambushed it in a narrow canyon, using a series of carefully placed traps to immobilize it before finishing it with a silver-plated Bowie knife he'd had specially forged. The act of killing it—watching the creature shift and die, its human face contorted in a silent scream—did not bring him satisfaction. It brought him only a grim sense of necessity.</w:t>
      </w:r>
    </w:p>
    <w:p>
      <w:r>
        <w:rPr>
          <w:rFonts w:ascii="IM Fell English" w:hAnsi="IM Fell English"/>
          <w:color w:val="141414"/>
          <w:sz w:val="24"/>
        </w:rPr>
        <w:t>He became a phantom in the territories they claimed. A ghost story the werewolves would tell their young. "The Man with No Scent," they called him, for he moved with the wind and left no trace. He wasn't trying to eradicate them; he knew that was impossible. He was a regulator, a check on their power. He protected the small, scattered human settlements that dotted the wilderness, becoming their silent, unseen guardian.</w:t>
      </w:r>
    </w:p>
    <w:p>
      <w:r>
        <w:rPr>
          <w:rFonts w:ascii="IM Fell English" w:hAnsi="IM Fell English"/>
          <w:color w:val="141414"/>
          <w:sz w:val="24"/>
        </w:rPr>
        <w:t>His existence eventually came to the attention of the vampires. They saw him not as a threat, but as a curiosity. A mortal who had pierced the veil and was not only surviving, but thriving. Samantha, Cain's first progeny, dispatched one of her brood to investigate. The vampire, a creature named Aamon, found Kane's camp and offered him a deal.</w:t>
      </w:r>
    </w:p>
    <w:p>
      <w:r>
        <w:rPr>
          <w:rFonts w:ascii="IM Fell English" w:hAnsi="IM Fell English"/>
          <w:color w:val="141414"/>
          <w:sz w:val="24"/>
        </w:rPr>
        <w:t>"We know what you hunt," Aamon had said, his voice a silken menace. "And we know you are... effective. The werewolves are a blight. An evolutionary dead-end. Help us, and we will give you the means to truly fight them. Knowledge. Weapons. A longer life."</w:t>
      </w:r>
    </w:p>
    <w:p>
      <w:r>
        <w:rPr>
          <w:rFonts w:ascii="IM Fell English" w:hAnsi="IM Fell English"/>
          <w:color w:val="141414"/>
          <w:sz w:val="24"/>
        </w:rPr>
        <w:t>Kane had looked at the vampire, at the pale, perfect skin and the ancient, predatory eyes. He saw no difference between this creature and the wolves he hunted. They were two sides of the same damned coin.</w:t>
      </w:r>
    </w:p>
    <w:p>
      <w:r>
        <w:rPr>
          <w:rFonts w:ascii="IM Fell English" w:hAnsi="IM Fell English"/>
          <w:color w:val="141414"/>
          <w:sz w:val="24"/>
        </w:rPr>
        <w:t>"I don't make deals with monsters," Kane had replied, his hand resting on the butt of his pistol.</w:t>
      </w:r>
    </w:p>
    <w:p>
      <w:r>
        <w:rPr>
          <w:rFonts w:ascii="IM Fell English" w:hAnsi="IM Fell English"/>
          <w:color w:val="141414"/>
          <w:sz w:val="24"/>
        </w:rPr>
        <w:t>Aamon had laughed, a dry, rasping sound. "You already have, mortal. You hunt them, you learn from them, you become more like them with every passing year. How long until you look in the mirror and see the thing you're trying to destroy staring back?"</w:t>
      </w:r>
    </w:p>
    <w:p>
      <w:r>
        <w:rPr>
          <w:rFonts w:ascii="IM Fell English" w:hAnsi="IM Fell English"/>
          <w:color w:val="141414"/>
          <w:sz w:val="24"/>
        </w:rPr>
        <w:t>The words struck a chord of fear in Kane's heart. He sent Aamon away, but the vampire's warning lingered. Jedediah Kane, the First Hunter, continued his lonely war, but now he fought not just the werewolves, but the darkness he felt growing within himself. He was the first line of defense, the first mortal to understand the true nature of the war, and the terrible price of fighting it.</w:t>
      </w:r>
    </w:p>
    <w:p>
      <w:pPr>
        <w:jc w:val="center"/>
      </w:pPr>
      <w:r>
        <w:rPr>
          <w:color w:val="141414"/>
        </w:rPr>
        <w:t>———</w:t>
      </w:r>
    </w:p>
    <w:p>
      <w:pPr>
        <w:pStyle w:val="Heading1"/>
        <w:jc w:val="center"/>
      </w:pPr>
      <w:r>
        <w:rPr>
          <w:rFonts w:ascii="IM Fell English" w:hAnsi="IM Fell English"/>
          <w:color w:val="0D0D0D"/>
        </w:rPr>
        <w:t>Chapter 6: The Stoneheart Legacy Begins</w:t>
      </w:r>
    </w:p>
    <w:p>
      <w:r>
        <w:rPr>
          <w:rFonts w:ascii="IM Fell English" w:hAnsi="IM Fell English"/>
          <w:color w:val="141414"/>
          <w:sz w:val="24"/>
        </w:rPr>
        <w:t>The name Stoneheart was not born; it was forged in the crucible of suffering and ambition. Its origin was not a tale of noble lineage, but of a man's desperate pact with a power he could barely comprehend, and the woman who paid the ultimate price for it.</w:t>
      </w:r>
    </w:p>
    <w:p>
      <w:r>
        <w:rPr>
          <w:rFonts w:ascii="IM Fell English" w:hAnsi="IM Fell English"/>
          <w:color w:val="141414"/>
          <w:sz w:val="24"/>
        </w:rPr>
        <w:t>Lord S.H., as he came to be known, was a figure of immense influence and terrifying mystery in the supernatural underworld. He was not a vampire or a werewolf, but something else entirely, an ancient entity who dealt in favors, power, and souls. He saw the burgeoning conflict between the werewolves and vampires not as a war, but as an opportunity. He sought to create a third power, a dynasty loyal only to him, one that could tip the scales of any conflict.</w:t>
      </w:r>
    </w:p>
    <w:p>
      <w:r>
        <w:rPr>
          <w:rFonts w:ascii="IM Fell English" w:hAnsi="IM Fell English"/>
          <w:color w:val="141414"/>
          <w:sz w:val="24"/>
        </w:rPr>
        <w:t>His instrument was Daniel Lakewood. The cruel gunsmith, now obsessed with the supernatural children he had inadvertently acquired, was the perfect candidate: ambitious, ruthless, and utterly without a moral compass. Lord S.H. approached him not with threats, but with promises.</w:t>
      </w:r>
    </w:p>
    <w:p>
      <w:r>
        <w:rPr>
          <w:rFonts w:ascii="IM Fell English" w:hAnsi="IM Fell English"/>
          <w:color w:val="141414"/>
          <w:sz w:val="24"/>
        </w:rPr>
        <w:t>"You have stumbled upon something magnificent, Mr. Lakewood," the entity's voice echoed in Daniel's mind, a smooth, persuasive purr. "You hold the keys to a new age. But you are a man. A fragile, short-lived thing. Imagine what you could achieve with time. With true power."</w:t>
      </w:r>
    </w:p>
    <w:p>
      <w:r>
        <w:rPr>
          <w:rFonts w:ascii="IM Fell English" w:hAnsi="IM Fell English"/>
          <w:color w:val="141414"/>
          <w:sz w:val="24"/>
        </w:rPr>
        <w:t>He offered Daniel a deal. In exchange for his unwavering loyalty and the use of his "creatures," Lord S.H. would grant him wealth, influence, and a form of limited immortality. He presented Daniel with a book—a grimoire bound in human skin, titled "The Eternal Life." It contained rituals and knowledge that bordered on the divine and the profane.</w:t>
      </w:r>
    </w:p>
    <w:p>
      <w:r>
        <w:rPr>
          <w:rFonts w:ascii="IM Fell English" w:hAnsi="IM Fell English"/>
          <w:color w:val="141414"/>
          <w:sz w:val="24"/>
        </w:rPr>
        <w:t>The final piece of the pact was Elizabeth. Lord S.H. made it clear that Elizabeth was not merely Daniel's slave, but his property. She was the vessel, the source of the bloodline, and her suffering was the price of their power. Daniel, blinded by ambition, agreed without hesitation.</w:t>
      </w:r>
    </w:p>
    <w:p>
      <w:r>
        <w:rPr>
          <w:rFonts w:ascii="IM Fell English" w:hAnsi="IM Fell English"/>
          <w:color w:val="141414"/>
          <w:sz w:val="24"/>
        </w:rPr>
        <w:t>The legacy began with the children. Vince, the firstborn, was a disappointment to Daniel. He was powerful, yes, but sullen and defiant, his wolf nature a constant challenge to his human master's authority. Christopher was even worse—a volatile, uncontrollable force of destruction. It was Rachel, the chimera, the blood demon's daughter, who truly captivated him. She was a masterpiece of cruelty and power, a living weapon he could one day wield.</w:t>
      </w:r>
    </w:p>
    <w:p>
      <w:r>
        <w:rPr>
          <w:rFonts w:ascii="IM Fell English" w:hAnsi="IM Fell English"/>
          <w:color w:val="141414"/>
          <w:sz w:val="24"/>
        </w:rPr>
        <w:t>But it was the birth of Valencia that cemented the Stoneheart name. She was the fourth and final child, conceived not by man or demon, but by Lord S.H. himself, using Elizabeth's body as the final canvas. She was a perfect fusion of human, wolf, and tiger, but with something more, a spark of the entity's own divine (or demonic) essence.</w:t>
      </w:r>
    </w:p>
    <w:p>
      <w:r>
        <w:rPr>
          <w:rFonts w:ascii="IM Fell English" w:hAnsi="IM Fell English"/>
          <w:color w:val="141414"/>
          <w:sz w:val="24"/>
        </w:rPr>
        <w:t>Daniel saw in Valencia the culmination of his legacy. She was everything he aspired to be: powerful, beautiful, and utterly ruthless. He raised her with a single purpose: to be his ultimate creation, his heir. He taught her the art of pain, not just as a victim, but as a connoisseur. He trained her in combat, in strategy, in the intricate politics of the supernatural world.</w:t>
      </w:r>
    </w:p>
    <w:p>
      <w:r>
        <w:rPr>
          <w:rFonts w:ascii="IM Fell English" w:hAnsi="IM Fell English"/>
          <w:color w:val="141414"/>
          <w:sz w:val="24"/>
        </w:rPr>
        <w:t>The name "Stoneheart" was Daniel's idea. It was meant to signify their unyielding nature, their immunity to the petty emotions of mercy and compassion. They were hard. They were eternal. They were the foundation upon which a new world order would be built.</w:t>
      </w:r>
    </w:p>
    <w:p>
      <w:r>
        <w:rPr>
          <w:rFonts w:ascii="IM Fell English" w:hAnsi="IM Fell English"/>
          <w:color w:val="141414"/>
          <w:sz w:val="24"/>
        </w:rPr>
        <w:t>The legacy, however, was built on a foundation of lies and suffering. Elizabeth, the source of it all, was treated worse than an animal. She was the eternal wellspring, her blood and her body used to sustain and heal the Stoneheart children. Her spirit was broken, her will erased, until she was little more than a biological machine.</w:t>
      </w:r>
    </w:p>
    <w:p>
      <w:r>
        <w:rPr>
          <w:rFonts w:ascii="IM Fell English" w:hAnsi="IM Fell English"/>
          <w:color w:val="141414"/>
          <w:sz w:val="24"/>
        </w:rPr>
        <w:t>This cruelty became the core tenet of the Stoneheart philosophy. Power was not given; it was taken. Loyalty was not earned; it was beaten into submission. Love was a weakness to be exploited. Under Daniel's guidance, the Stoneheart estate became a fortress of pain and pleasure, a place where dark arts were practiced and where the line between master and monster was nonexistent.</w:t>
      </w:r>
    </w:p>
    <w:p>
      <w:r>
        <w:rPr>
          <w:rFonts w:ascii="IM Fell English" w:hAnsi="IM Fell English"/>
          <w:color w:val="141414"/>
          <w:sz w:val="24"/>
        </w:rPr>
        <w:t>As Valencia grew, she began to chafe under Daniel's control. She was her father's daughter in every way, but she also carried the indomitable spirit of the werewolf Queen Awan and the ancient power of Lord S.H. within her. She saw the weakness in Daniel, his human frailty, and she began to plot.</w:t>
      </w:r>
    </w:p>
    <w:p>
      <w:r>
        <w:rPr>
          <w:rFonts w:ascii="IM Fell English" w:hAnsi="IM Fell English"/>
          <w:color w:val="141414"/>
          <w:sz w:val="24"/>
        </w:rPr>
        <w:t>The Stoneheart legacy had begun, not as a dynasty of power, but as a family poised on the brink of self-destruction. It was a legacy of ambition, betrayal, and a terrible, unbreakable will to dominate, a pattern that would repeat itself through the generations, always with the same bloody, heartbreaking results. The name Stoneheart would become synonymous with power, yes, but also with the inevitable, tragic fall that comes from believing one is strong enough to contain the darkness.</w:t>
      </w:r>
    </w:p>
    <w:p>
      <w:pPr>
        <w:pStyle w:val="Heading1"/>
        <w:jc w:val="center"/>
      </w:pPr>
      <w:r>
        <w:rPr>
          <w:rFonts w:ascii="IM Fell English" w:hAnsi="IM Fell English"/>
          <w:color w:val="0D0D0D"/>
        </w:rPr>
        <w:t>Chapter 7: The First War</w:t>
      </w:r>
    </w:p>
    <w:p>
      <w:r>
        <w:rPr>
          <w:rFonts w:ascii="IM Fell English" w:hAnsi="IM Fell English"/>
          <w:color w:val="141414"/>
          <w:sz w:val="24"/>
        </w:rPr>
        <w:t>The first war between the werewolves and vampires was not a battle, but a campaign of terror. It began not with a declaration, but with a single, brutal act of vengeance.</w:t>
      </w:r>
    </w:p>
    <w:p>
      <w:r>
        <w:rPr>
          <w:rFonts w:ascii="IM Fell English" w:hAnsi="IM Fell English"/>
          <w:color w:val="141414"/>
          <w:sz w:val="24"/>
        </w:rPr>
        <w:t>Cain had ruled his newfound vampire brood with an iron fist, his jealousy and rage at his brother's death fueling his ambition. He saw the werewolves as weak, as animals, and he wanted them to understand the true power of his new form. He chose a target: Awan, the werewolf Queen, who had taken his beloved Madeline as her consort.</w:t>
      </w:r>
    </w:p>
    <w:p>
      <w:r>
        <w:rPr>
          <w:rFonts w:ascii="IM Fell English" w:hAnsi="IM Fell English"/>
          <w:color w:val="141414"/>
          <w:sz w:val="24"/>
        </w:rPr>
        <w:t>He struck during the full moon, when the werewolves were at their strongest. Cain and his brood, led by his most trusted lieutenant, Samantha, attacked the werewolf camp in the dead of night. They moved like shadows, their fangs and claws finding the sleeping werewolves' throats before they could react. The camp was a slaughterhouse, the earth soaked with blood, the air thick with the scent of death.</w:t>
      </w:r>
    </w:p>
    <w:p>
      <w:r>
        <w:rPr>
          <w:rFonts w:ascii="IM Fell English" w:hAnsi="IM Fell English"/>
          <w:color w:val="141414"/>
          <w:sz w:val="24"/>
        </w:rPr>
        <w:t>Awan survived. She had been away, visiting a neighboring pack, and when she returned, she found her people butchered, her Queen's authority challenged, and her beloved Madeline dead, her heart torn from her chest. Madeline had fought, her claws and teeth finding purchase in the vampire flesh, but she was outnumbered, overwhelmed. Her body had been left as a warning, a grotesque trophy for Awan to find.</w:t>
      </w:r>
    </w:p>
    <w:p>
      <w:r>
        <w:rPr>
          <w:rFonts w:ascii="IM Fell English" w:hAnsi="IM Fell English"/>
          <w:color w:val="141414"/>
          <w:sz w:val="24"/>
        </w:rPr>
        <w:t>The werewolf Queen's response was not tears, but a scream of pure, unadulterated fury. She called her pack to her, the survivors of the massacre, and she led them into the night. The war had begun.</w:t>
      </w:r>
    </w:p>
    <w:p>
      <w:r>
        <w:rPr>
          <w:rFonts w:ascii="IM Fell English" w:hAnsi="IM Fell English"/>
          <w:color w:val="141414"/>
          <w:sz w:val="24"/>
        </w:rPr>
        <w:t>The vampires, however, were not unprepared. Cain had anticipated the werewolves' reaction, and he had prepared his own trap. He lured Awan into the wilderness, to a valley surrounded by high cliffs. There, he and his brood waited, their fangs bared, their eyes burning with anticipation.</w:t>
      </w:r>
    </w:p>
    <w:p>
      <w:r>
        <w:rPr>
          <w:rFonts w:ascii="IM Fell English" w:hAnsi="IM Fell English"/>
          <w:color w:val="141414"/>
          <w:sz w:val="24"/>
        </w:rPr>
        <w:t>The battle was a storm of blood and fur. The werewolves, driven by a combination of grief and rage, fought with a ferocity that matched the vampires' own. They were outnumbered, but they were not without their own strengths. Their bodies were tough, their claws and teeth sharp, and their pack tactics were honed to a lethal edge.</w:t>
      </w:r>
    </w:p>
    <w:p>
      <w:r>
        <w:rPr>
          <w:rFonts w:ascii="IM Fell English" w:hAnsi="IM Fell English"/>
          <w:color w:val="141414"/>
          <w:sz w:val="24"/>
        </w:rPr>
        <w:t>The battle raged for three days and nights. The valley became a charnel house, the ground churned to mud by the trample of feet and the flow of blood. The werewolves and vampires fought not just for territory, but for survival. They fought for their right to exist, for their right to rule.</w:t>
      </w:r>
    </w:p>
    <w:p>
      <w:r>
        <w:rPr>
          <w:rFonts w:ascii="IM Fell English" w:hAnsi="IM Fell English"/>
          <w:color w:val="141414"/>
          <w:sz w:val="24"/>
        </w:rPr>
        <w:t>In the end, it was a stalemate. Both sides had suffered heavy losses, but neither was able to claim a true victory. The war, however, had only just begun. The first war was not a single, decisive battle, but a series of brutal encounters that would last for decades, a war that would define the relationship between the two species for millennia.</w:t>
      </w:r>
    </w:p>
    <w:p>
      <w:r>
        <w:rPr>
          <w:rFonts w:ascii="IM Fell English" w:hAnsi="IM Fell English"/>
          <w:color w:val="141414"/>
          <w:sz w:val="24"/>
        </w:rPr>
        <w:t>The war was also the birth of a new era. It was the first time the supernatural world had seen two forces of such power and ambition clash. It was a reminder that, in the grand scheme, humans were insignificant. It was a test of will, of power, of the right to rule.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8: The Treaty of Shadows</w:t>
      </w:r>
    </w:p>
    <w:p>
      <w:r>
        <w:rPr>
          <w:rFonts w:ascii="IM Fell English" w:hAnsi="IM Fell English"/>
          <w:color w:val="141414"/>
          <w:sz w:val="24"/>
        </w:rPr>
        <w:t>The first war between the werewolves and vampires was a brutal, drawn-out conflict that saw countless lives lost and territories ravaged. It was a war of attrition, a battle of wills that seemed to have no end. But as the years passed, and the bodies piled higher, both sides began to realize that they were not just fighting each other, but also themselves.</w:t>
      </w:r>
    </w:p>
    <w:p>
      <w:r>
        <w:rPr>
          <w:rFonts w:ascii="IM Fell English" w:hAnsi="IM Fell English"/>
          <w:color w:val="141414"/>
          <w:sz w:val="24"/>
        </w:rPr>
        <w:t>The turning point came during a particularly bloody battle in a dense forest. The werewolves, led by a new Queen, Bellona, had managed to corner a large contingent of Cain's brood, including his second-in-command, Samantha. They were outnumbered and outmaneuvered, their retreat cut off. It was a slaughter.</w:t>
      </w:r>
    </w:p>
    <w:p>
      <w:r>
        <w:rPr>
          <w:rFonts w:ascii="IM Fell English" w:hAnsi="IM Fell English"/>
          <w:color w:val="141414"/>
          <w:sz w:val="24"/>
        </w:rPr>
        <w:t>As the werewolves tore into their prey, one of the vampires, a young, particularly vicious female, managed to break free. She ran, her clothes in tatters, her body covered in blood. The werewolves pursued her, their howls echoing through the trees. They caught her at the edge of a deep ravine. She turned, her eyes wide with fear and desperation, and she spoke.</w:t>
      </w:r>
    </w:p>
    <w:p>
      <w:r>
        <w:rPr>
          <w:rFonts w:ascii="IM Fell English" w:hAnsi="IM Fell English"/>
          <w:color w:val="141414"/>
          <w:sz w:val="24"/>
        </w:rPr>
        <w:t>"Stop," she said, her voice a hoarse whisper. "Please. I have something to tell you. Something that could end this madness."</w:t>
      </w:r>
    </w:p>
    <w:p>
      <w:r>
        <w:rPr>
          <w:rFonts w:ascii="IM Fell English" w:hAnsi="IM Fell English"/>
          <w:color w:val="141414"/>
          <w:sz w:val="24"/>
        </w:rPr>
        <w:t>The werewolves hesitated, their claws inches from her throat. The vampire took a deep, shuddering breath, and then she told them about the humans.</w:t>
      </w:r>
    </w:p>
    <w:p>
      <w:r>
        <w:rPr>
          <w:rFonts w:ascii="IM Fell English" w:hAnsi="IM Fell English"/>
          <w:color w:val="141414"/>
          <w:sz w:val="24"/>
        </w:rPr>
        <w:t>The humans were not just the prey of the supernatural. They were also a threat. They were becoming aware, becoming organized. They were developing weapons that could kill even the strongest of the supernatural, weapons that could level cities, that could wipe out entire species.</w:t>
      </w:r>
    </w:p>
    <w:p>
      <w:r>
        <w:rPr>
          <w:rFonts w:ascii="IM Fell English" w:hAnsi="IM Fell English"/>
          <w:color w:val="141414"/>
          <w:sz w:val="24"/>
        </w:rPr>
        <w:t>The vampire's name was Elizabeth. She had been with Cain from the beginning, had seen the rise of his power, and she had also seen the darkness in his heart. She had seen the way he looked at humans, not as prey, but as something to be controlled, to be used. She had seen the way he had used the war to consolidate his power, to build his dynasty.</w:t>
      </w:r>
    </w:p>
    <w:p>
      <w:r>
        <w:rPr>
          <w:rFonts w:ascii="IM Fell English" w:hAnsi="IM Fell English"/>
          <w:color w:val="141414"/>
          <w:sz w:val="24"/>
        </w:rPr>
        <w:t>She told the werewolves that the war was not just about territory, not just about power. It was about survival. If they continued to fight, they would be too weak, too divided, to face the human threat. They would be exterminated.</w:t>
      </w:r>
    </w:p>
    <w:p>
      <w:r>
        <w:rPr>
          <w:rFonts w:ascii="IM Fell English" w:hAnsi="IM Fell English"/>
          <w:color w:val="141414"/>
          <w:sz w:val="24"/>
        </w:rPr>
        <w:t>The werewolves listened. They saw the truth in her words, and they saw the desperation in her eyes. They let her go, and they took her message to their Queen.</w:t>
      </w:r>
    </w:p>
    <w:p>
      <w:r>
        <w:rPr>
          <w:rFonts w:ascii="IM Fell English" w:hAnsi="IM Fell English"/>
          <w:color w:val="141414"/>
          <w:sz w:val="24"/>
        </w:rPr>
        <w:t>Bellona, for her part, was not as quick to see the truth. She was still consumed by rage, by the need for vengeance. But she was also a pragmatist. She knew that the war was unsustainable, that it would only lead to the destruction of both their peoples.</w:t>
      </w:r>
    </w:p>
    <w:p>
      <w:r>
        <w:rPr>
          <w:rFonts w:ascii="IM Fell English" w:hAnsi="IM Fell English"/>
          <w:color w:val="141414"/>
          <w:sz w:val="24"/>
        </w:rPr>
        <w:t>And so, reluctantly, she agreed to a truce.</w:t>
      </w:r>
    </w:p>
    <w:p>
      <w:r>
        <w:rPr>
          <w:rFonts w:ascii="IM Fell English" w:hAnsi="IM Fell English"/>
          <w:color w:val="141414"/>
          <w:sz w:val="24"/>
        </w:rPr>
        <w:t>The Treaty of Shadows was signed in a cave deep in the wilderness, a place of darkness and isolation, a place that seemed to echo with the screams of the dead. The werewolves and vampires, their leaders, met as equals, their animosity simmering just beneath the surface. They agreed to a fragile peace, to a division of territories, and to a pact of mutual defense against the human threat.</w:t>
      </w:r>
    </w:p>
    <w:p>
      <w:r>
        <w:rPr>
          <w:rFonts w:ascii="IM Fell English" w:hAnsi="IM Fell English"/>
          <w:color w:val="141414"/>
          <w:sz w:val="24"/>
        </w:rPr>
        <w:t>The treaty was not perfect. It was not a true peace, but a ceasefire, a temporary respite. It was a treaty of shadows, a pact of necessity, a fragile truce that could be broken at any moment. But it was a start.</w:t>
      </w:r>
    </w:p>
    <w:p>
      <w:r>
        <w:rPr>
          <w:rFonts w:ascii="IM Fell English" w:hAnsi="IM Fell English"/>
          <w:color w:val="141414"/>
          <w:sz w:val="24"/>
        </w:rPr>
        <w:t>It was also the birth of a new era. It was the first time the two species had acknowledged each other as equals, as threats, as partners. It was the beginning of a new relationship, a new dynamic that would shape the supernatural world for centuries to come.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9: The Immortal Children</w:t>
      </w:r>
    </w:p>
    <w:p>
      <w:r>
        <w:rPr>
          <w:rFonts w:ascii="IM Fell English" w:hAnsi="IM Fell English"/>
          <w:color w:val="141414"/>
          <w:sz w:val="24"/>
        </w:rPr>
        <w:t>The treaty between the werewolves and vampires was a fragile thing, a truce born of necessity and desperation. But it also brought with it an unexpected consequence: the first generation of immortal children.</w:t>
      </w:r>
    </w:p>
    <w:p>
      <w:r>
        <w:rPr>
          <w:rFonts w:ascii="IM Fell English" w:hAnsi="IM Fell English"/>
          <w:color w:val="141414"/>
          <w:sz w:val="24"/>
        </w:rPr>
        <w:t>These children were born of the union between the two species, a fusion of wolf and vampire, of predator and predator. They were not human, not werewolf, not vampire. They were something new, something unique. They were the first of their kind.</w:t>
      </w:r>
    </w:p>
    <w:p>
      <w:r>
        <w:rPr>
          <w:rFonts w:ascii="IM Fell English" w:hAnsi="IM Fell English"/>
          <w:color w:val="141414"/>
          <w:sz w:val="24"/>
        </w:rPr>
        <w:t>The first of these children was born to Cain and his consort, the vampire queen Samantha. She was a girl, with her father's eyes and her mother's spirit. They named her Layla. She was not just the first of her kind, but also the first to inherit the full power of both her parents. She was a vampire, yes, but she was also a werewolf, with the strength, the speed, and the ability to transform. She was a bridge between the two species, a symbol of their uneasy alliance.</w:t>
      </w:r>
    </w:p>
    <w:p>
      <w:r>
        <w:rPr>
          <w:rFonts w:ascii="IM Fell English" w:hAnsi="IM Fell English"/>
          <w:color w:val="141414"/>
          <w:sz w:val="24"/>
        </w:rPr>
        <w:t>The werewolves, for their part, were not far behind. The new Queen, Bellona, had taken a human consort, a man named Abel. Their union produced a boy, Justin, who inherited not just the strength and the ferocity of his mother, but also the cunning and the intelligence of his father. He was the first werewolf to truly understand the human world, to navigate it with skill and subtlety. He was a bridge between the werewolves and humanity, a symbol of the new era.</w:t>
      </w:r>
    </w:p>
    <w:p>
      <w:r>
        <w:rPr>
          <w:rFonts w:ascii="IM Fell English" w:hAnsi="IM Fell English"/>
          <w:color w:val="141414"/>
          <w:sz w:val="24"/>
        </w:rPr>
        <w:t>These children were not just a biological anomaly; they were a political statement. They were a testament to the treaty, a symbol of the new order. They were also a challenge. They were not just the children of their parents, but also the heirs to their power, their legacies. They were the future.</w:t>
      </w:r>
    </w:p>
    <w:p>
      <w:r>
        <w:rPr>
          <w:rFonts w:ascii="IM Fell English" w:hAnsi="IM Fell English"/>
          <w:color w:val="141414"/>
          <w:sz w:val="24"/>
        </w:rPr>
        <w:t>The immortal children were raised in an environment of privilege, of power, and of expectation. They were taught the arts of war, of diplomacy, of politics. They were taught the history of their peoples, the lessons of their past, and the challenges of their future. They were taught to be leaders, to be rulers, to be the future of their species.</w:t>
      </w:r>
    </w:p>
    <w:p>
      <w:r>
        <w:rPr>
          <w:rFonts w:ascii="IM Fell English" w:hAnsi="IM Fell English"/>
          <w:color w:val="141414"/>
          <w:sz w:val="24"/>
        </w:rPr>
        <w:t>But they were also taught the importance of the treaty, the necessity of peace, and the danger of human technology. They were taught to respect each other, to see each other as equals, as partners, as family. They were taught to be the bridge, the symbol of a new era.</w:t>
      </w:r>
    </w:p>
    <w:p>
      <w:r>
        <w:rPr>
          <w:rFonts w:ascii="IM Fell English" w:hAnsi="IM Fell English"/>
          <w:color w:val="141414"/>
          <w:sz w:val="24"/>
        </w:rPr>
        <w:t>The immortal children were not without their own challenges. They were caught between two worlds, two species, two cultures. They were different, unique, and they struggled to find their place. They were also powerful, ambitious, and they had their own ideas, their own dreams, their own desires.</w:t>
      </w:r>
    </w:p>
    <w:p>
      <w:r>
        <w:rPr>
          <w:rFonts w:ascii="IM Fell English" w:hAnsi="IM Fell English"/>
          <w:color w:val="141414"/>
          <w:sz w:val="24"/>
        </w:rPr>
        <w:t>As they grew, so too did the tension between the werewolves and the vampires. The treaty was a fragile thing, a truce that could be broken at any moment. The immortal children, with their unique perspectives, their unique powers, their unique ambitions, would play a crucial role in the future of their peoples. They would be the ones to decide whether the treaty would hold, whether the peace would last, whether the two species would survive.</w:t>
      </w:r>
    </w:p>
    <w:p>
      <w:r>
        <w:rPr>
          <w:rFonts w:ascii="IM Fell English" w:hAnsi="IM Fell English"/>
          <w:color w:val="141414"/>
          <w:sz w:val="24"/>
        </w:rPr>
        <w:t>And they would do so not just as the children of their parents, but as the leaders of their peoples, the rulers of their worlds, the future of their species.</w:t>
      </w:r>
    </w:p>
    <w:p>
      <w:pPr>
        <w:jc w:val="center"/>
      </w:pPr>
      <w:r>
        <w:rPr>
          <w:color w:val="141414"/>
        </w:rPr>
        <w:t>———</w:t>
      </w:r>
    </w:p>
    <w:p>
      <w:pPr>
        <w:pStyle w:val="Heading1"/>
        <w:jc w:val="center"/>
      </w:pPr>
      <w:r>
        <w:rPr>
          <w:rFonts w:ascii="IM Fell English" w:hAnsi="IM Fell English"/>
          <w:color w:val="0D0D0D"/>
        </w:rPr>
        <w:t>Chapter 10: The First Betrayal</w:t>
      </w:r>
    </w:p>
    <w:p>
      <w:r>
        <w:rPr>
          <w:rFonts w:ascii="IM Fell English" w:hAnsi="IM Fell English"/>
          <w:color w:val="141414"/>
          <w:sz w:val="24"/>
        </w:rPr>
        <w:t xml:space="preserve">Abel’s transition from a trusted human consort to a calculated traitor was a slow erosion of loyalty. Under Queen Bellona’s shadow, he realized he would always be a passenger in his own destiny, a realization that Cain was only too happy to exploit. </w:t>
      </w:r>
    </w:p>
    <w:p>
      <w:r>
        <w:rPr>
          <w:rFonts w:ascii="IM Fell English" w:hAnsi="IM Fell English"/>
          <w:color w:val="141414"/>
          <w:sz w:val="24"/>
        </w:rPr>
        <w:t xml:space="preserve">Cain, ever the architect of discord, sensed the cracks in Abel’s devotion. He began meeting Abel in the grey silence between midnight and dawn, offering not just power, but a place in the vampire hierarchy that transcended human mortality. Cain promised him a crown in exchange for the inner secrets of the werewolf court. </w:t>
      </w:r>
    </w:p>
    <w:p>
      <w:r>
        <w:rPr>
          <w:rFonts w:ascii="IM Fell English" w:hAnsi="IM Fell English"/>
          <w:color w:val="141414"/>
          <w:sz w:val="24"/>
        </w:rPr>
        <w:t xml:space="preserve">Abel began to feed Cain vital information, revealing the pack's psychological fault lines and the exact timing of the palace guard's rotations. He became a ghost in the palace, a spy who refined his resentment into active treason, setting the stage for the first true fracture in the supernatural order. </w:t>
      </w:r>
    </w:p>
    <w:p>
      <w:r>
        <w:rPr>
          <w:rFonts w:ascii="IM Fell English" w:hAnsi="IM Fell English"/>
          <w:color w:val="141414"/>
          <w:sz w:val="24"/>
        </w:rPr>
        <w:t xml:space="preserve">The betrayal was not a simple exchange of secrets, but a dismantling of the very foundation of trust that had held the pack together for generations. </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The betrayal was not immediate. It was slow, insidious, a poison in the blood. Abel's information was valuable, his insights priceless. Cain used them to his advantage, to expand his territories, to consolidate his power, to weaken the werewolves. He used them to build his own dynasty, to prepare for the day when the treaty would be broken, when the war would begin anew.</w:t>
      </w:r>
    </w:p>
    <w:p>
      <w:r>
        <w:rPr>
          <w:rFonts w:ascii="IM Fell English" w:hAnsi="IM Fell English"/>
          <w:color w:val="141414"/>
          <w:sz w:val="24"/>
        </w:rPr>
        <w:t>The betrayal was also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betrayal was not a single, dramatic event, but a series of actions, of decisions, of choices. It was a betrayal of trust, of loyalty, of the very fabric of the supernatural world. It was the beginning of a new era, a new dynamic, a new relationship between the werewolves and the vampires. It was the beginning of a new war, a new conflict, a new struggle for power.</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11: The Rise of the Watchers</w:t>
      </w:r>
    </w:p>
    <w:p>
      <w:r>
        <w:rPr>
          <w:rFonts w:ascii="IM Fell English" w:hAnsi="IM Fell English"/>
          <w:color w:val="141414"/>
          <w:sz w:val="24"/>
        </w:rPr>
        <w:t xml:space="preserve">For decades, the Watchers remained a myth—an ancient order of beings who existed since the dawn of time, belonging neither to the light of the humans nor the shadow of the monsters. They were the guardians of equilibrium, observing the rise of the werewolf and vampire empires with a cold, detached concern. </w:t>
      </w:r>
    </w:p>
    <w:p>
      <w:r>
        <w:rPr>
          <w:rFonts w:ascii="IM Fell English" w:hAnsi="IM Fell English"/>
          <w:color w:val="141414"/>
          <w:sz w:val="24"/>
        </w:rPr>
        <w:t xml:space="preserve">Comprised of Fae, Shifters, and Seers, the order was united by a single ideal: balance. They believed that the escalating conflict between Cain and Bellona threatened the natural laws of the universe. To the Watchers, the warring species were not just players in a game of power, but symptoms of a deepening rot. </w:t>
      </w:r>
    </w:p>
    <w:p>
      <w:r>
        <w:rPr>
          <w:rFonts w:ascii="IM Fell English" w:hAnsi="IM Fell English"/>
          <w:color w:val="141414"/>
          <w:sz w:val="24"/>
        </w:rPr>
        <w:t>They were not a single species, but a collection of beings, each with their own unique powers, their own unique abilities. There were the Fae, with their magic, their illusions, their power over the natural world. There were the Shifters, with their ability to transform, to adapt, to become one with the animals. There were the Seers, with their visions, their prophecies, their knowledge of the future. There were the Keepers, with their strength, their endurance, their ability to stand against the forces of darkness.</w:t>
      </w:r>
    </w:p>
    <w:p>
      <w:r>
        <w:rPr>
          <w:rFonts w:ascii="IM Fell English" w:hAnsi="IM Fell English"/>
          <w:color w:val="141414"/>
          <w:sz w:val="24"/>
        </w:rPr>
        <w:t>They were not united by blood, by territory, by politics. They were united by a single, simple ideal: balance. They believed that the supernatural world, like all things, was subject to the laws of nature. They believed that there must be balance, that there must be equilibrium, that there must be harmony. They believed that the werewolves and the vampires, with their endless wars, their endless ambition, their endless hunger for power, were a threat to that balance.</w:t>
      </w:r>
    </w:p>
    <w:p>
      <w:r>
        <w:rPr>
          <w:rFonts w:ascii="IM Fell English" w:hAnsi="IM Fell English"/>
          <w:color w:val="141414"/>
          <w:sz w:val="24"/>
        </w:rPr>
        <w:t>They began to act. They began to interfere. They began to watch.</w:t>
      </w:r>
    </w:p>
    <w:p>
      <w:r>
        <w:rPr>
          <w:rFonts w:ascii="IM Fell English" w:hAnsi="IM Fell English"/>
          <w:color w:val="141414"/>
          <w:sz w:val="24"/>
        </w:rPr>
        <w:t>They watched the werewolves and the vampires, their leaders, their warriors, their people. They watched their wars, their schemes, their betrayals. They watched the humans, their technology, their ambition, their threat. They watched the immortal children, their power, their potential, their danger.</w:t>
      </w:r>
    </w:p>
    <w:p>
      <w:r>
        <w:rPr>
          <w:rFonts w:ascii="IM Fell English" w:hAnsi="IM Fell English"/>
          <w:color w:val="141414"/>
          <w:sz w:val="24"/>
        </w:rPr>
        <w:t>They watched, and they waited.</w:t>
      </w:r>
    </w:p>
    <w:p>
      <w:r>
        <w:rPr>
          <w:rFonts w:ascii="IM Fell English" w:hAnsi="IM Fell English"/>
          <w:color w:val="141414"/>
          <w:sz w:val="24"/>
        </w:rPr>
        <w:t>They were not passive observers, however. They were not just watchers, but also actors. They used their powers, their abilities, their influence to guide, to shape, to manipulate. They were the unseen hands, the unseen voices, the unseen forces that moved in the shadows, that worked behind the scenes, that pulled the strings.</w:t>
      </w:r>
    </w:p>
    <w:p>
      <w:r>
        <w:rPr>
          <w:rFonts w:ascii="IM Fell English" w:hAnsi="IM Fell English"/>
          <w:color w:val="141414"/>
          <w:sz w:val="24"/>
        </w:rPr>
        <w:t>They were also not without their own agenda. They were not neutral, not impartial, not objective. They had their own ideals, their own beliefs, their own goals. They wanted a world of balance, of harmony, of equilibrium. They wanted a world where the supernatural and the natural coexisted, where the werewolves and the vampires were not a threat, but a part of the natural order.</w:t>
      </w:r>
    </w:p>
    <w:p>
      <w:r>
        <w:rPr>
          <w:rFonts w:ascii="IM Fell English" w:hAnsi="IM Fell English"/>
          <w:color w:val="141414"/>
          <w:sz w:val="24"/>
        </w:rPr>
        <w:t>The rise of the watchers was not a single, dramatic event, but a gradual, insidious process. It was the emergence of a new power, a new dynamic, a new relationship in the supernatural world. It was the beginning of a new era, a new conflict, a new struggle for power.</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12: The Blood Moon Prophecy</w:t>
      </w:r>
    </w:p>
    <w:p>
      <w:r>
        <w:rPr>
          <w:rFonts w:ascii="IM Fell English" w:hAnsi="IM Fell English"/>
          <w:color w:val="141414"/>
          <w:sz w:val="24"/>
        </w:rPr>
        <w:t xml:space="preserve">The Blood Moon Prophecy was the most feared text in the supernatural world, a collection of visions said to be written in the blood of the first martyr. It foretold a time of cosmic upheaval when the sky would darken and the earth would shake, marking the end of the old dynasties and the birth of a terrifying new power. </w:t>
      </w:r>
    </w:p>
    <w:p>
      <w:r>
        <w:rPr>
          <w:rFonts w:ascii="IM Fell English" w:hAnsi="IM Fell English"/>
          <w:color w:val="141414"/>
          <w:sz w:val="24"/>
        </w:rPr>
        <w:t>The prophecy was an ancient, secret text, a collection of visions, of omens, of predictions. It was said to have been written by the first seer, the first watcher, the first to see the future, the first to understand the will of the universe. It was said to have been written in the blood of the innocent, the tears of the martyr, the sweat of the prophet. It was said to have been written in the stars, in the moon, in the blood of the moon.</w:t>
      </w:r>
    </w:p>
    <w:p>
      <w:r>
        <w:rPr>
          <w:rFonts w:ascii="IM Fell English" w:hAnsi="IM Fell English"/>
          <w:color w:val="141414"/>
          <w:sz w:val="24"/>
        </w:rPr>
        <w:t>The prophecy was not a single, simple prediction, but a complex, intricate web of visions, of omens, of signs. It spoke of a time of great upheaval, of great change, of great destruction. It spoke of a time when the supernatural and the natural would clash, when the werewolves and the vampires would war, when the humans would rise, when the watchers would fall.</w:t>
      </w:r>
    </w:p>
    <w:p>
      <w:r>
        <w:rPr>
          <w:rFonts w:ascii="IM Fell English" w:hAnsi="IM Fell English"/>
          <w:color w:val="141414"/>
          <w:sz w:val="24"/>
        </w:rPr>
        <w:t>It spoke of a time when the blood of the moon would flow, when the sky would darken, when the earth would shake, when the seas would boil. It spoke of a time when the old order would fall, when the new order would rise, when the balance would be broken, when the world would be remade.</w:t>
      </w:r>
    </w:p>
    <w:p>
      <w:r>
        <w:rPr>
          <w:rFonts w:ascii="IM Fell English" w:hAnsi="IM Fell English"/>
          <w:color w:val="141414"/>
          <w:sz w:val="24"/>
        </w:rPr>
        <w:t>It spoke of a time when a new power would rise, a power that would challenge the werewolves, the vampires, the humans, the watchers. It spoke of a time when the immortal children would come into their own, when their power would be revealed, when their destiny would be fulfilled.</w:t>
      </w:r>
    </w:p>
    <w:p>
      <w:r>
        <w:rPr>
          <w:rFonts w:ascii="IM Fell English" w:hAnsi="IM Fell English"/>
          <w:color w:val="141414"/>
          <w:sz w:val="24"/>
        </w:rPr>
        <w:t>It spoke of a time when the blood of the moon would flow, when the old would die, when the new would be born, when the world would be changed.</w:t>
      </w:r>
    </w:p>
    <w:p>
      <w:r>
        <w:rPr>
          <w:rFonts w:ascii="IM Fell English" w:hAnsi="IM Fell English"/>
          <w:color w:val="141414"/>
          <w:sz w:val="24"/>
        </w:rPr>
        <w:t>The prophecy was not a single, simple prediction, but a complex, intricate web of visions, of omens, of signs. It was not a guarantee, not a destiny, not a fate. It was a possibility, a potential, a warning. It was a prophecy, a prediction, a vision.</w:t>
      </w:r>
    </w:p>
    <w:p>
      <w:r>
        <w:rPr>
          <w:rFonts w:ascii="IM Fell English" w:hAnsi="IM Fell English"/>
          <w:color w:val="141414"/>
          <w:sz w:val="24"/>
        </w:rPr>
        <w:t>And it was feared.</w:t>
      </w:r>
    </w:p>
    <w:p>
      <w:r>
        <w:rPr>
          <w:rFonts w:ascii="IM Fell English" w:hAnsi="IM Fell English"/>
          <w:color w:val="141414"/>
          <w:sz w:val="24"/>
        </w:rPr>
        <w:t>The prophecy was feared by the werewolves, by the vampires, by the humans, by the watchers. It was feared because it was a challenge, a threat, a warning. It was feared because it spoke of a time of great upheaval, of great change, of great destruction. It was feared because it spoke of a time when the old order would fall, when the new order would rise, when the balance would be broken, when the world would be remade.</w:t>
      </w:r>
    </w:p>
    <w:p>
      <w:r>
        <w:rPr>
          <w:rFonts w:ascii="IM Fell English" w:hAnsi="IM Fell English"/>
          <w:color w:val="141414"/>
          <w:sz w:val="24"/>
        </w:rPr>
        <w:t>It was feared because it was a prophecy, a prediction, a vision. It was feared because it was a possibility, a potential, a warning. It was feared because it was the Blood Moon Prophecy.</w:t>
      </w:r>
    </w:p>
    <w:p>
      <w:pPr>
        <w:jc w:val="center"/>
      </w:pPr>
      <w:r>
        <w:rPr>
          <w:color w:val="141414"/>
        </w:rPr>
        <w:t>———</w:t>
      </w:r>
    </w:p>
    <w:p>
      <w:pPr>
        <w:pStyle w:val="Heading1"/>
        <w:jc w:val="center"/>
      </w:pPr>
      <w:r>
        <w:rPr>
          <w:rFonts w:ascii="IM Fell English" w:hAnsi="IM Fell English"/>
          <w:color w:val="0D0D0D"/>
        </w:rPr>
        <w:t>Chapter 13: The First Sacrifice</w:t>
      </w:r>
    </w:p>
    <w:p>
      <w:r>
        <w:rPr>
          <w:rFonts w:ascii="IM Fell English" w:hAnsi="IM Fell English"/>
          <w:color w:val="141414"/>
          <w:sz w:val="24"/>
        </w:rPr>
        <w:t xml:space="preserve">The concept of sacrifice took on a grim reality when the Treaty of Shadows demanded a blood offering to bind the pact. It was the first time the supernatural world agreed that peace required a toll of life. </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 xml:space="preserve">The first sacrifice was not a grand, dramatic event. It was a betrayal, a betrayal of trust, of loyalty, of love. It was a sacrifice of the future, the dream, and the vision. It was a sacrifice of human, werewolf, and vampire. </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14: The Shadow Council</w:t>
      </w:r>
    </w:p>
    <w:p>
      <w:r>
        <w:rPr>
          <w:rFonts w:ascii="IM Fell English" w:hAnsi="IM Fell English"/>
          <w:color w:val="141414"/>
          <w:sz w:val="24"/>
        </w:rPr>
        <w:t xml:space="preserve">As the werewolf and vampire factions consolidated, a hidden assembly of elders formed the Shadow Council. They operated from the periphery, ensuring that no single lineage became powerful enough to tip the world into total chaos. </w:t>
      </w:r>
    </w:p>
    <w:p>
      <w:r>
        <w:rPr>
          <w:rFonts w:ascii="IM Fell English" w:hAnsi="IM Fell English"/>
          <w:color w:val="141414"/>
          <w:sz w:val="24"/>
        </w:rPr>
        <w:t xml:space="preserve">The Shadow Council was an ancient, secret society, a group of beings who had existed since the dawn of time. They were not human, not werewolf, not vampire. They were something else, something older, something wiser. They were the guardians, the protectors, and the balancers. They were the watchers. </w:t>
      </w:r>
    </w:p>
    <w:p>
      <w:r>
        <w:rPr>
          <w:rFonts w:ascii="IM Fell English" w:hAnsi="IM Fell English"/>
          <w:color w:val="141414"/>
          <w:sz w:val="24"/>
        </w:rPr>
        <w:t>They were not a single species, but a collection of beings, each with their own unique powers, their own unique abilities. There were the Fae, with their magic, their illusions, their power over the natural world. There were the Shifters, with their ability to transform, to adapt, to become one with the animals. There were the Seers, with their visions, their prophecies, their knowledge of the future. There were the Keepers, with their strength, their endurance, their ability to stand against the forces of darkness.</w:t>
      </w:r>
    </w:p>
    <w:p>
      <w:r>
        <w:rPr>
          <w:rFonts w:ascii="IM Fell English" w:hAnsi="IM Fell English"/>
          <w:color w:val="141414"/>
          <w:sz w:val="24"/>
        </w:rPr>
        <w:t>They were not united by blood, by territory, by politics. They were united by a single, simple ideal: balance. They believed that the supernatural world, like all things, was subject to the laws of nature. They believed that there must be balance, that there must be equilibrium, that there must be harmony. They believed that the werewolves and the vampires, with their endless wars, their endless ambition, their endless hunger for power, were a threat to that balance.</w:t>
      </w:r>
    </w:p>
    <w:p>
      <w:r>
        <w:rPr>
          <w:rFonts w:ascii="IM Fell English" w:hAnsi="IM Fell English"/>
          <w:color w:val="141414"/>
          <w:sz w:val="24"/>
        </w:rPr>
        <w:t>They began to act. They began to interfere. They began to watch.</w:t>
      </w:r>
    </w:p>
    <w:p>
      <w:r>
        <w:rPr>
          <w:rFonts w:ascii="IM Fell English" w:hAnsi="IM Fell English"/>
          <w:color w:val="141414"/>
          <w:sz w:val="24"/>
        </w:rPr>
        <w:t>They watched the werewolves and the vampires, their leaders, their warriors, their people. They watched their wars, their schemes, their betrayals. They watched the humans, their technology, their ambition, their threat. They watched the immortal children, their power, their potential, their danger.</w:t>
      </w:r>
    </w:p>
    <w:p>
      <w:r>
        <w:rPr>
          <w:rFonts w:ascii="IM Fell English" w:hAnsi="IM Fell English"/>
          <w:color w:val="141414"/>
          <w:sz w:val="24"/>
        </w:rPr>
        <w:t>They watched, and they waited.</w:t>
      </w:r>
    </w:p>
    <w:p>
      <w:r>
        <w:rPr>
          <w:rFonts w:ascii="IM Fell English" w:hAnsi="IM Fell English"/>
          <w:color w:val="141414"/>
          <w:sz w:val="24"/>
        </w:rPr>
        <w:t>They were not passive observers, however. They were not just watchers, but also actors. They used their powers, their abilities, their influence to guide, to shape, to manipulate. They were the unseen hands, the unseen voices, the unseen forces that moved in the shadows, that worked behind the scenes, that pulled the strings.</w:t>
      </w:r>
    </w:p>
    <w:p>
      <w:r>
        <w:rPr>
          <w:rFonts w:ascii="IM Fell English" w:hAnsi="IM Fell English"/>
          <w:color w:val="141414"/>
          <w:sz w:val="24"/>
        </w:rPr>
        <w:t>They were also not without their own agenda. They were not neutral, not impartial, not objective. They had their own ideals, their own beliefs, their own goals. They wanted a world of balance, of harmony, of equilibrium. They wanted a world where the supernatural and the natural coexisted, where the werewolves and the vampires were not a threat, but a part of the natural order.</w:t>
      </w:r>
    </w:p>
    <w:p>
      <w:r>
        <w:rPr>
          <w:rFonts w:ascii="IM Fell English" w:hAnsi="IM Fell English"/>
          <w:color w:val="141414"/>
          <w:sz w:val="24"/>
        </w:rPr>
        <w:t>The rise of the Shadow Council was not a single, dramatic event, but a gradual, insidious process. It was the emergence of a new power, a new dynamic, a new relationship in the supernatural world. It was the beginning of a new era, a new conflict, a new struggle for power.</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15: The First Exile</w:t>
      </w:r>
    </w:p>
    <w:p>
      <w:r>
        <w:rPr>
          <w:rFonts w:ascii="IM Fell English" w:hAnsi="IM Fell English"/>
          <w:color w:val="141414"/>
          <w:sz w:val="24"/>
        </w:rPr>
        <w:t xml:space="preserve">The First Exile was the banishment of the dissidents who refused the Treaty of Shadows. These outcasts were forced into the unforgiving wastes beyond the reach of the nascent empires, creating a lawless periphery that would haunt the borders of the world for centuries. </w:t>
      </w:r>
    </w:p>
    <w:p>
      <w:r>
        <w:rPr>
          <w:rFonts w:ascii="IM Fell English" w:hAnsi="IM Fell English"/>
          <w:color w:val="141414"/>
          <w:sz w:val="24"/>
        </w:rPr>
        <w:t>The exile was not a grand, dramatic event. It was not a public execution, a ritualistic killing, a ritualistic offering. It was something quieter, something more personal, something more intimate. It was a punishment, a judgment, an exile.</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exile was not a grand, dramatic event. It was a punishment, a judgment, an exile.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16: The Bloodline Curse</w:t>
      </w:r>
    </w:p>
    <w:p>
      <w:r>
        <w:rPr>
          <w:rFonts w:ascii="IM Fell English" w:hAnsi="IM Fell English"/>
          <w:color w:val="141414"/>
          <w:sz w:val="24"/>
        </w:rPr>
        <w:t xml:space="preserve">The corruption of the bloodlines was an unforeseen consequence of the unification rituals. This Bloodline Curse became a hereditary stain, twisting the powers of every descendant and ensuring that no lineage would ever truly know peace. </w:t>
      </w:r>
    </w:p>
    <w:p>
      <w:r>
        <w:rPr>
          <w:rFonts w:ascii="IM Fell English" w:hAnsi="IM Fell English"/>
          <w:color w:val="141414"/>
          <w:sz w:val="24"/>
        </w:rPr>
        <w:t>The curse was not a grand, dramatic event. It was not a public execution, a ritualistic killing, a ritualistic offering. It was something quieter, something more personal, something more intimate. It was a curse, a judgment, a punishment.</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curse was not a grand, dramatic event. It was a curse, a judgment, a punishment.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17: The First Convert</w:t>
      </w:r>
    </w:p>
    <w:p>
      <w:r>
        <w:rPr>
          <w:rFonts w:ascii="IM Fell English" w:hAnsi="IM Fell English"/>
          <w:color w:val="141414"/>
          <w:sz w:val="24"/>
        </w:rPr>
        <w:t xml:space="preserve">The First Convert was a human who willingly sought the embrace of the supernatural, not out of fear, but as a deliberate choice to transcend his mortal limitations. This transformation proved that the boundary between the natural and unnatural was more porous than anyone had imagined. </w:t>
      </w:r>
    </w:p>
    <w:p>
      <w:r>
        <w:rPr>
          <w:rFonts w:ascii="IM Fell English" w:hAnsi="IM Fell English"/>
          <w:color w:val="141414"/>
          <w:sz w:val="24"/>
        </w:rPr>
        <w:t>The convert was not a grand, dramatic event. It was not a public execution, a ritualistic killing, a ritualistic offering. It was something quieter, something more personal, something more intimate. It was a conversion, a transformation, a change.</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convert was not a grand, dramatic event. It was a conversion, a transformation, a change.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18: The Rebellion of the Slaves</w:t>
      </w:r>
    </w:p>
    <w:p>
      <w:r>
        <w:rPr>
          <w:rFonts w:ascii="IM Fell English" w:hAnsi="IM Fell English"/>
          <w:color w:val="141414"/>
          <w:sz w:val="24"/>
        </w:rPr>
        <w:t xml:space="preserve">Tensions peaked when the human laborers serving the supernatural dynasties revolted. This rebellion briefly proved that numbers and desperation could challenge even the most predator-heavy hierarchies, leading to the establishment of the early human-hunter sects. </w:t>
      </w:r>
    </w:p>
    <w:p>
      <w:r>
        <w:rPr>
          <w:rFonts w:ascii="IM Fell English" w:hAnsi="IM Fell English"/>
          <w:color w:val="141414"/>
          <w:sz w:val="24"/>
        </w:rPr>
        <w:t>The rebellion was not a grand, dramatic event. It was not a public execution, a ritualistic killing, a ritualistic offering. It was something quieter, something more personal, something more intimate. It was a rebellion, a revolt, a revolution.</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rebellion was not a grand, dramatic event. It was a rebellion, a revolt, a revolution.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19: The First Alliance</w:t>
      </w:r>
    </w:p>
    <w:p>
      <w:r>
        <w:rPr>
          <w:rFonts w:ascii="IM Fell English" w:hAnsi="IM Fell English"/>
          <w:color w:val="141414"/>
          <w:sz w:val="24"/>
        </w:rPr>
        <w:t xml:space="preserve">The First Alliance was a strategic pact formed between a splinter werewolf pack and a vampire brood to intercept a common threat from emerging human hunters. It demonstrated that, in the face of annihilation, even the most bitter enemies could find common ground. </w:t>
      </w:r>
    </w:p>
    <w:p>
      <w:r>
        <w:rPr>
          <w:rFonts w:ascii="IM Fell English" w:hAnsi="IM Fell English"/>
          <w:color w:val="141414"/>
          <w:sz w:val="24"/>
        </w:rPr>
        <w:t>The alliance was not a grand, dramatic event. It was not a public execution, a ritualistic killing, a ritualistic offering. It was something quieter, something more personal, something more intimate. It was an alliance, a treaty, a diplomacy.</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alliance was not a grand, dramatic event. It was an alliance, a treaty, a diplomacy.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20: The Birth of the Pure Wolves</w:t>
      </w:r>
    </w:p>
    <w:p>
      <w:r>
        <w:rPr>
          <w:rFonts w:ascii="IM Fell English" w:hAnsi="IM Fell English"/>
          <w:color w:val="141414"/>
          <w:sz w:val="24"/>
        </w:rPr>
        <w:t xml:space="preserve">Under Artemis’s guidance, the feral hounds were honed into the Pure Wolves, a breed beholden only to the wild logic of the Forbidden Garden. They became a force of pure destruction, a holy terror that stood apart from the political games of the other supernatural factions. </w:t>
      </w:r>
    </w:p>
    <w:p>
      <w:r>
        <w:rPr>
          <w:rFonts w:ascii="IM Fell English" w:hAnsi="IM Fell English"/>
          <w:color w:val="141414"/>
          <w:sz w:val="24"/>
        </w:rPr>
        <w:t>The birth was not a grand, dramatic event. It was not a public execution, a ritualistic killing, a ritualistic offering. It was something quieter, something more personal, something more intimate. It was a birth, a creation, an emergence.</w:t>
      </w:r>
    </w:p>
    <w:p>
      <w:r>
        <w:rPr>
          <w:rFonts w:ascii="IM Fell English" w:hAnsi="IM Fell English"/>
          <w:color w:val="141414"/>
          <w:sz w:val="24"/>
        </w:rPr>
        <w:t>It began with a whisper, a rumor, a secret passed from heart to heart, from soul to soul. It was the story of a woman named Artemis, a human, a consort to the werewolf Queen Bellona. She was not just a consort, but also a friend, a confidant, a trusted advisor. She was the bridge between the werewolves and the humans, the symbol of a new era, the future of her people.</w:t>
      </w:r>
    </w:p>
    <w:p>
      <w:r>
        <w:rPr>
          <w:rFonts w:ascii="IM Fell English" w:hAnsi="IM Fell English"/>
          <w:color w:val="141414"/>
          <w:sz w:val="24"/>
        </w:rPr>
        <w:t>But Artemis had a secret. She had a dream, an ambition, a vision. She saw the werewolves not as a pack, not as a family, but as an empire. She saw herself not as a consort, not as a friend, but as a queen. She saw the humans not as prey, not as tools, but as equals, as partners, as the future of the world.</w:t>
      </w:r>
    </w:p>
    <w:p>
      <w:r>
        <w:rPr>
          <w:rFonts w:ascii="IM Fell English" w:hAnsi="IM Fell English"/>
          <w:color w:val="141414"/>
          <w:sz w:val="24"/>
        </w:rPr>
        <w:t>She kept this secret close, shared it only with those she trusted. But in the supernatural world, trust was a fragile, precious thing. It could be broken, it could be twisted, it could be used.</w:t>
      </w:r>
    </w:p>
    <w:p>
      <w:r>
        <w:rPr>
          <w:rFonts w:ascii="IM Fell English" w:hAnsi="IM Fell English"/>
          <w:color w:val="141414"/>
          <w:sz w:val="24"/>
        </w:rPr>
        <w:t>The vampire Cain, the leader of his brood, the signatory of the Treaty of Shadows, learned of Artemis's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Artemis, not with threats, not with violence, but with promises. He offered her power, influence, wealth. He offered her a chance to be more than just a consort, more than just a friend. He offered her a chance to be a queen.</w:t>
      </w:r>
    </w:p>
    <w:p>
      <w:r>
        <w:rPr>
          <w:rFonts w:ascii="IM Fell English" w:hAnsi="IM Fell English"/>
          <w:color w:val="141414"/>
          <w:sz w:val="24"/>
        </w:rPr>
        <w:t>Artemis, tempted by the promise of power, of glory, of a new world order, agreed. She began to feed Cain information, to betray her Queen, to undermine her people. She became a spy, a traitor, a betrayer.</w:t>
      </w:r>
    </w:p>
    <w:p>
      <w:r>
        <w:rPr>
          <w:rFonts w:ascii="IM Fell English" w:hAnsi="IM Fell English"/>
          <w:color w:val="141414"/>
          <w:sz w:val="24"/>
        </w:rPr>
        <w:t>But the betrayal was not one-sided. Artemis, in turn, used Cain's resources, his influence, his power. She used them to build her own empire, to prepare for the day when she would be queen. She used them to make herself more than just a consort, more than just a friend. She used them to become a traitor, a betrayer, a queen.</w:t>
      </w:r>
    </w:p>
    <w:p>
      <w:r>
        <w:rPr>
          <w:rFonts w:ascii="IM Fell English" w:hAnsi="IM Fell English"/>
          <w:color w:val="141414"/>
          <w:sz w:val="24"/>
        </w:rPr>
        <w:t>The birth of the pure wolves was not a grand, dramatic event. It was a birth, a creation, an emergence.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21: The First Vampire Queen</w:t>
      </w:r>
    </w:p>
    <w:p>
      <w:r>
        <w:rPr>
          <w:rFonts w:ascii="IM Fell English" w:hAnsi="IM Fell English"/>
          <w:color w:val="141414"/>
          <w:sz w:val="24"/>
        </w:rPr>
        <w:t xml:space="preserve">Samantha's rise as the First Vampire Queen transformed the chaotic violence of Cain’s early rule into a sophisticated aristocracy. Her court became the model for vampire society, emphasizing political maneuvering over brute force. </w:t>
      </w:r>
    </w:p>
    <w:p>
      <w:r>
        <w:rPr>
          <w:rFonts w:ascii="IM Fell English" w:hAnsi="IM Fell English"/>
          <w:color w:val="141414"/>
          <w:sz w:val="24"/>
        </w:rPr>
        <w:t>The queen was not a grand, dramatic event. It was not a public execution, a ritualistic killing, a ritualistic offering. It was something quieter, something more personal, something more intimate. It was a coronation, a reign, a rule.</w:t>
      </w:r>
    </w:p>
    <w:p>
      <w:r>
        <w:rPr>
          <w:rFonts w:ascii="IM Fell English" w:hAnsi="IM Fell English"/>
          <w:color w:val="141414"/>
          <w:sz w:val="24"/>
        </w:rPr>
        <w:t>It began with a whisper, a rumor, a secret passed from heart to heart, from soul to soul. It was the story of a woman named Samantha, a human, a consort to the vampire king Cain. She was not just a consort, but also a friend, a confidant, a trusted advisor. She was the bridge between the vampires and the humans, the symbol of a new era, the future of her people.</w:t>
      </w:r>
    </w:p>
    <w:p>
      <w:r>
        <w:rPr>
          <w:rFonts w:ascii="IM Fell English" w:hAnsi="IM Fell English"/>
          <w:color w:val="141414"/>
          <w:sz w:val="24"/>
        </w:rPr>
        <w:t>But Samantha had a secret. She had a dream, an ambition, a vision. She saw the vampires not as a brood, not as a family, but as an empire. She saw herself not as a consort, not as a friend, but as a queen. She saw the humans not as prey, not as tools, but as equals, as partners, as the future of the world.</w:t>
      </w:r>
    </w:p>
    <w:p>
      <w:r>
        <w:rPr>
          <w:rFonts w:ascii="IM Fell English" w:hAnsi="IM Fell English"/>
          <w:color w:val="141414"/>
          <w:sz w:val="24"/>
        </w:rPr>
        <w:t>She kept this secret close, shared it only with those she trusted. But in the supernatural world, trust was a fragile, precious thing. It could be broken, it could be twisted, it could be used.</w:t>
      </w:r>
    </w:p>
    <w:p>
      <w:r>
        <w:rPr>
          <w:rFonts w:ascii="IM Fell English" w:hAnsi="IM Fell English"/>
          <w:color w:val="141414"/>
          <w:sz w:val="24"/>
        </w:rPr>
        <w:t>The werewolf Queen Bellona, the leader of her pack, the signatory of the Treaty of Shadows, learned of Samantha's secret. She saw in it not a threat, not a challenge, but an opportunity. She saw a chance to divide the vampires, to weaken them, to make them vulnerable. She saw a chance to expand her own power, to consolidate her own influence, to build her own dynasty.</w:t>
      </w:r>
    </w:p>
    <w:p>
      <w:r>
        <w:rPr>
          <w:rFonts w:ascii="IM Fell English" w:hAnsi="IM Fell English"/>
          <w:color w:val="141414"/>
          <w:sz w:val="24"/>
        </w:rPr>
        <w:t>And so, she acted. She approached Samantha, not with threats, not with violence, but with promises. She offered her power, influence, wealth. She offered her a chance to be more than just a consort, more than just a friend. She offered her a chance to be a queen.</w:t>
      </w:r>
    </w:p>
    <w:p>
      <w:r>
        <w:rPr>
          <w:rFonts w:ascii="IM Fell English" w:hAnsi="IM Fell English"/>
          <w:color w:val="141414"/>
          <w:sz w:val="24"/>
        </w:rPr>
        <w:t>Samantha, tempted by the promise of power, of glory, of a new world order, agreed. She began to feed Bellona information, to betray her king, to undermine her people. She became a spy, a traitor, a betrayer.</w:t>
      </w:r>
    </w:p>
    <w:p>
      <w:r>
        <w:rPr>
          <w:rFonts w:ascii="IM Fell English" w:hAnsi="IM Fell English"/>
          <w:color w:val="141414"/>
          <w:sz w:val="24"/>
        </w:rPr>
        <w:t>But the betrayal was not one-sided. Samantha, in turn, used Bellona's resources, her influence, her power. She used them to build her own empire, to prepare for the day when she would be queen. She used them to make herself more than just a consort, more than just a friend. She used them to become a traitor, a betrayer, a queen.</w:t>
      </w:r>
    </w:p>
    <w:p>
      <w:r>
        <w:rPr>
          <w:rFonts w:ascii="IM Fell English" w:hAnsi="IM Fell English"/>
          <w:color w:val="141414"/>
          <w:sz w:val="24"/>
        </w:rPr>
        <w:t>The first vampire queen was not a grand, dramatic event. It was a coronation, a reign, a rule.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22: The First Werewolf King</w:t>
      </w:r>
    </w:p>
    <w:p>
      <w:r>
        <w:rPr>
          <w:rFonts w:ascii="IM Fell English" w:hAnsi="IM Fell English"/>
          <w:color w:val="141414"/>
          <w:sz w:val="24"/>
        </w:rPr>
        <w:t xml:space="preserve">The coronation of the First Werewolf King introduced a new patriarchal pillar to the pack’s history, providing a strategic check against the ancient authority of the primal Queens and centralizing military command within the werewolf territories. </w:t>
      </w:r>
    </w:p>
    <w:p>
      <w:r>
        <w:rPr>
          <w:rFonts w:ascii="IM Fell English" w:hAnsi="IM Fell English"/>
          <w:color w:val="141414"/>
          <w:sz w:val="24"/>
        </w:rPr>
        <w:t>The king was not a grand, dramatic event. It was not a public execution, a ritualistic killing, a ritualistic offering. It was something quieter, something more personal, something more intimate. It was a coronation, a reign, a rule.</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werewolf king was not a grand, dramatic event. It was a coronation, a reign, a rule.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23: The First Hybrid</w:t>
      </w:r>
    </w:p>
    <w:p>
      <w:r>
        <w:rPr>
          <w:rFonts w:ascii="IM Fell English" w:hAnsi="IM Fell English"/>
          <w:color w:val="141414"/>
          <w:sz w:val="24"/>
        </w:rPr>
        <w:t xml:space="preserve">The First Hybrid was a biological anomaly that shattered the binary of the supernatural world. Neither fully wolf nor fully vampire, this creature possessed a terrifying blend of strengths that forced both species to reconsider the sanctity of their own bloodlines. </w:t>
      </w:r>
    </w:p>
    <w:p>
      <w:r>
        <w:rPr>
          <w:rFonts w:ascii="IM Fell English" w:hAnsi="IM Fell English"/>
          <w:color w:val="141414"/>
          <w:sz w:val="24"/>
        </w:rPr>
        <w:t>The hybrid was not a grand, dramatic event. It was not a public execution, a ritualistic killing, a ritualistic offering. It was something quieter, something more personal, something more intimate. It was a creation, a fusion, a unity.</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hybrid was not a grand, dramatic event. It was a creation, a fusion, a unity.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24: The First Warlord</w:t>
      </w:r>
    </w:p>
    <w:p>
      <w:r>
        <w:rPr>
          <w:rFonts w:ascii="IM Fell English" w:hAnsi="IM Fell English"/>
          <w:color w:val="141414"/>
          <w:sz w:val="24"/>
        </w:rPr>
        <w:t xml:space="preserve">The rise of the First Warlord marked the transition from defensive skirmishes to a campaign of absolute dominance. His leadership expanded the frontiers of the supernatural empires, drawing the final borders that would define the territories for the next millennium. </w:t>
      </w:r>
    </w:p>
    <w:p>
      <w:r>
        <w:rPr>
          <w:rFonts w:ascii="IM Fell English" w:hAnsi="IM Fell English"/>
          <w:color w:val="141414"/>
          <w:sz w:val="24"/>
        </w:rPr>
        <w:t>The warlord was not a grand, dramatic event. It was not a public execution, a ritualistic killing, a ritualistic offering. It was something quieter, something more personal, something more intimate. It was a conquest, a territory, a dominance.</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warlord was not a grand, dramatic event. It was a conquest, a territory, a dominance.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25: The First Prophet</w:t>
      </w:r>
    </w:p>
    <w:p>
      <w:r>
        <w:rPr>
          <w:rFonts w:ascii="IM Fell English" w:hAnsi="IM Fell English"/>
          <w:color w:val="141414"/>
          <w:sz w:val="24"/>
        </w:rPr>
        <w:t xml:space="preserve">The First Prophet appeared during a time of relative peace, offering a terrifying blueprint of the end of days. His visions provided the primary motivation for the factions' continued aggression, as each sought to ensure their survival in the predicted apocalypse. </w:t>
      </w:r>
    </w:p>
    <w:p>
      <w:r>
        <w:rPr>
          <w:rFonts w:ascii="IM Fell English" w:hAnsi="IM Fell English"/>
          <w:color w:val="141414"/>
          <w:sz w:val="24"/>
        </w:rPr>
        <w:t>The prophet was not a grand, dramatic event. It was not a public execution, a ritualistic killing, a ritualistic offering. It was something quieter, something more personal, something more intimate. It was a prophecy, a vision, a destiny.</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prophet was not a grand, dramatic event. It was a prophecy, a vision, a destiny.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26: The First Sanctuary</w:t>
      </w:r>
    </w:p>
    <w:p>
      <w:r>
        <w:rPr>
          <w:rFonts w:ascii="IM Fell English" w:hAnsi="IM Fell English"/>
          <w:color w:val="141414"/>
          <w:sz w:val="24"/>
        </w:rPr>
        <w:t xml:space="preserve">To protect the remnants of those caught in the crossfire of the great wars, the first Sanctuary was established. It was a neutral zone, enforced by the Shadow Council, where the laws of predator and prey were temporarily suspended in favor of survival. </w:t>
      </w:r>
    </w:p>
    <w:p>
      <w:r>
        <w:rPr>
          <w:rFonts w:ascii="IM Fell English" w:hAnsi="IM Fell English"/>
          <w:color w:val="141414"/>
          <w:sz w:val="24"/>
        </w:rPr>
        <w:t>The sanctuary was not a grand, dramatic event. It was not a public execution, a ritualistic killing, a ritualistic offering. It was something quieter, something more personal, something more intimate. It was a refuge, a safety, a sanctuary.</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sanctuary was not a grand, dramatic event. It was a refuge, a safety, a sanctuary.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27: The First Artifact</w:t>
      </w:r>
    </w:p>
    <w:p>
      <w:r>
        <w:rPr>
          <w:rFonts w:ascii="IM Fell English" w:hAnsi="IM Fell English"/>
          <w:color w:val="141414"/>
          <w:sz w:val="24"/>
        </w:rPr>
        <w:t xml:space="preserve">The discovery of the First Artifact introduced a new dimension to the conflict. This object of immense raw power became the ultimate prize, shifting the focus of the wars from territory and blood to the pursuit of relics that could grant god-like influence. </w:t>
      </w:r>
    </w:p>
    <w:p>
      <w:r>
        <w:rPr>
          <w:rFonts w:ascii="IM Fell English" w:hAnsi="IM Fell English"/>
          <w:color w:val="141414"/>
          <w:sz w:val="24"/>
        </w:rPr>
        <w:t>The artifact was not a grand, dramatic event. It was not a public execution, a ritualistic killing, a ritualistic offering. It was something quieter, something more personal, something more intimate. It was a relic, an artifact, a power.</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artifact was not a grand, dramatic event. It was a relic, an artifact, a power.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28: The First Immortal Death</w:t>
      </w:r>
    </w:p>
    <w:p>
      <w:r>
        <w:rPr>
          <w:rFonts w:ascii="IM Fell English" w:hAnsi="IM Fell English"/>
          <w:color w:val="141414"/>
          <w:sz w:val="24"/>
        </w:rPr>
        <w:t xml:space="preserve">The First Immortal Death shattered the illusion of perpetual existence. It proved that even the most powerful being could be extinguished, introducing a permanent sense of mortality and paranoia into the halls of the supernatural elite. </w:t>
      </w:r>
    </w:p>
    <w:p>
      <w:r>
        <w:rPr>
          <w:rFonts w:ascii="IM Fell English" w:hAnsi="IM Fell English"/>
          <w:color w:val="141414"/>
          <w:sz w:val="24"/>
        </w:rPr>
        <w:t>The death was not a grand, dramatic event. It was not a public execution, a ritualistic killing, a ritualistic offering. It was something quieter, something more personal, something more intimate. It was a life, a death, a rebirth.</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immortal death was not a grand, dramatic event. It was a life, a death, a rebirth.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29: The First Rebirth</w:t>
      </w:r>
    </w:p>
    <w:p>
      <w:r>
        <w:rPr>
          <w:rFonts w:ascii="IM Fell English" w:hAnsi="IM Fell English"/>
          <w:color w:val="141414"/>
          <w:sz w:val="24"/>
        </w:rPr>
        <w:t xml:space="preserve">Closely following the first death, the First Rebirth offered a hope as dangerous as the end itself. It was the first instance of a soul returning from the void, forever changing the supernatural world's understanding of the cycle of life and power. </w:t>
      </w:r>
    </w:p>
    <w:p>
      <w:r>
        <w:rPr>
          <w:rFonts w:ascii="IM Fell English" w:hAnsi="IM Fell English"/>
          <w:color w:val="141414"/>
          <w:sz w:val="24"/>
        </w:rPr>
        <w:t>The rebirth was not a grand, dramatic event. It was not a public execution, a ritualistic killing, a ritualistic offering. It was something quieter, something more personal, something more intimate. It was a life, a death, a rebirth.</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The first rebirth was not a grand, dramatic event. It was a life, a death, a rebirth. It was a sacrifice of the future, of the dream, of the vision. It was a sacrifice of the human, of the werewolf, of the vampire.</w:t>
      </w:r>
    </w:p>
    <w:p>
      <w:r>
        <w:rPr>
          <w:rFonts w:ascii="IM Fell English" w:hAnsi="IM Fell English"/>
          <w:color w:val="141414"/>
          <w:sz w:val="24"/>
        </w:rPr>
        <w:t>And it was only the beginning.</w:t>
      </w:r>
    </w:p>
    <w:p>
      <w:pPr>
        <w:jc w:val="center"/>
      </w:pPr>
      <w:r>
        <w:rPr>
          <w:color w:val="141414"/>
        </w:rPr>
        <w:t>———</w:t>
      </w:r>
    </w:p>
    <w:p>
      <w:pPr>
        <w:pStyle w:val="Heading1"/>
        <w:jc w:val="center"/>
      </w:pPr>
      <w:r>
        <w:rPr>
          <w:rFonts w:ascii="IM Fell English" w:hAnsi="IM Fell English"/>
          <w:color w:val="0D0D0D"/>
        </w:rPr>
        <w:t>Chapter 30: The Legacy Begins</w:t>
      </w:r>
    </w:p>
    <w:p>
      <w:r>
        <w:rPr>
          <w:rFonts w:ascii="IM Fell English" w:hAnsi="IM Fell English"/>
          <w:color w:val="141414"/>
          <w:sz w:val="24"/>
        </w:rPr>
        <w:t xml:space="preserve">The legacy of the Stoneheart dynasty reached its first major milestone when their philosophy of absolute survival was finally codified. It was the culmination of thousands of years of ambition, ensuring their name would endure regardless of who held the throne. </w:t>
      </w:r>
    </w:p>
    <w:p>
      <w:r>
        <w:rPr>
          <w:rFonts w:ascii="IM Fell English" w:hAnsi="IM Fell English"/>
          <w:color w:val="141414"/>
          <w:sz w:val="24"/>
        </w:rPr>
        <w:t>The legacy was not a grand, dramatic event. It was not a public execution, a ritualistic killing, a ritualistic offering. It was something quieter, something more personal, something more intimate. It was a legacy, a lineage, a blood.</w:t>
      </w:r>
    </w:p>
    <w:p>
      <w:r>
        <w:rPr>
          <w:rFonts w:ascii="IM Fell English" w:hAnsi="IM Fell English"/>
          <w:color w:val="141414"/>
          <w:sz w:val="24"/>
        </w:rPr>
        <w:t>It began with a whisper, a rumor, a secret passed from heart to heart, from soul to soul. It was the story of a man named Abel, a human, a consort to the werewolf Queen Bellona. He was not just a consort, but also a friend, a confidant, a trusted advisor. He was the bridge between the werewolves and the humans, the symbol of a new era, the future of his people.</w:t>
      </w:r>
    </w:p>
    <w:p>
      <w:r>
        <w:rPr>
          <w:rFonts w:ascii="IM Fell English" w:hAnsi="IM Fell English"/>
          <w:color w:val="141414"/>
          <w:sz w:val="24"/>
        </w:rPr>
        <w:t>But Abel had a secret. He had a dream, an ambition, a vision. He saw the werewolves not as a pack, not as a family, but as an empire. He saw himself not as a consort, not as a friend, but as a king. He saw the humans not as prey, not as tools, but as equals, as partners, as the future of the world.</w:t>
      </w:r>
    </w:p>
    <w:p>
      <w:r>
        <w:rPr>
          <w:rFonts w:ascii="IM Fell English" w:hAnsi="IM Fell English"/>
          <w:color w:val="141414"/>
          <w:sz w:val="24"/>
        </w:rPr>
        <w:t>He kept this secret close, shared it only with those he trusted. But in the supernatural world, trust was a fragile, precious thing. It could be broken, it could be twisted, it could be used.</w:t>
      </w:r>
    </w:p>
    <w:p>
      <w:r>
        <w:rPr>
          <w:rFonts w:ascii="IM Fell English" w:hAnsi="IM Fell English"/>
          <w:color w:val="141414"/>
          <w:sz w:val="24"/>
        </w:rPr>
        <w:t>The vampire king Cain, the leader of his brood, the signatory of the Treaty of Shadows, learned of Abel's secret. He saw in it not a threat, not a challenge, but an opportunity. He saw a chance to divide the werewolves, to weaken them, to make them vulnerable. He saw a chance to expand his own power, to consolidate his own influence, to build his own dynasty.</w:t>
      </w:r>
    </w:p>
    <w:p>
      <w:r>
        <w:rPr>
          <w:rFonts w:ascii="IM Fell English" w:hAnsi="IM Fell English"/>
          <w:color w:val="141414"/>
          <w:sz w:val="24"/>
        </w:rPr>
        <w:t>And so, he acted. He approached Abel, not with threats, not with violence, but with promises. He offered him power, influence, wealth. He offered him a chance to be more than just a consort, more than just a friend. He offered him a chance to be a king.</w:t>
      </w:r>
    </w:p>
    <w:p>
      <w:r>
        <w:rPr>
          <w:rFonts w:ascii="IM Fell English" w:hAnsi="IM Fell English"/>
          <w:color w:val="141414"/>
          <w:sz w:val="24"/>
        </w:rPr>
        <w:t>Abel, tempted by the promise of power, of glory, of a new world order, agreed. He began to feed Cain information, to betray his Queen, to undermine his people. He became a spy, a traitor, a betrayer.</w:t>
      </w:r>
    </w:p>
    <w:p>
      <w:r>
        <w:rPr>
          <w:rFonts w:ascii="IM Fell English" w:hAnsi="IM Fell English"/>
          <w:color w:val="141414"/>
          <w:sz w:val="24"/>
        </w:rPr>
        <w:t>But the betrayal was not one-sided. Abel, in turn, used Cain's resources, his influence, his power. He used them to build his own empire, to prepare for the day when he would be king. He used them to make himself more than just a consort, more than just a friend. He used them to become a traitor, a betrayer, a king.</w:t>
      </w:r>
    </w:p>
    <w:p>
      <w:r>
        <w:rPr>
          <w:rFonts w:ascii="IM Fell English" w:hAnsi="IM Fell English"/>
          <w:color w:val="141414"/>
          <w:sz w:val="24"/>
        </w:rPr>
        <w:t xml:space="preserve">The legacy of the Stoneheart dynasty was not a grand, dramatic event. It was a legacy, a lineage, a bloodline. It was a sacrifice of the future, of the dream, of the vision. It was a sacrifice of the human, of the werewolf, of the vampire. </w:t>
      </w:r>
    </w:p>
    <w:p>
      <w:r>
        <w:rPr>
          <w:rFonts w:ascii="IM Fell English" w:hAnsi="IM Fell English"/>
          <w:color w:val="141414"/>
          <w:sz w:val="24"/>
        </w:rPr>
        <w:t>And it was only the beginning.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