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Novel 3: Dream Life Of Pure Death – Ghost Protocol</w:t>
      </w:r>
    </w:p>
    <w:p>
      <w:pPr>
        <w:jc w:val="center"/>
      </w:pPr>
      <w:r>
        <w:rPr>
          <w:rFonts w:ascii="IM Fell English" w:hAnsi="IM Fell English"/>
          <w:color w:val="141414"/>
          <w:sz w:val="28"/>
        </w:rPr>
        <w:t>Christian Wilson</w:t>
      </w:r>
    </w:p>
    <w:p>
      <w:r>
        <w:br w:type="page"/>
      </w:r>
    </w:p>
    <w:p>
      <w:pPr>
        <w:pStyle w:val="Heading1"/>
        <w:jc w:val="center"/>
      </w:pPr>
      <w:r>
        <w:rPr>
          <w:rFonts w:ascii="IM Fell English" w:hAnsi="IM Fell English"/>
          <w:color w:val="0D0D0D"/>
        </w:rPr>
        <w:t>CHAPTER 1 — THE PACKET</w:t>
      </w:r>
    </w:p>
    <w:p>
      <w:r>
        <w:rPr>
          <w:rFonts w:ascii="IM Fell English" w:hAnsi="IM Fell English"/>
          <w:color w:val="141414"/>
          <w:sz w:val="24"/>
        </w:rPr>
        <w:t>The mansion had been quiet for six months.</w:t>
      </w:r>
    </w:p>
    <w:p>
      <w:r>
        <w:rPr>
          <w:rFonts w:ascii="IM Fell English" w:hAnsi="IM Fell English"/>
          <w:color w:val="141414"/>
          <w:sz w:val="24"/>
        </w:rPr>
        <w:t xml:space="preserve">It wasn't the restorative hush of convalescence or the measured stillness of Lena and Marcus in the guest wing. This was a clinical edge—cameras tracking every blink, Katie’s feed live, distilling the world down to just the two of them.  </w:t>
      </w:r>
    </w:p>
    <w:p>
      <w:r>
        <w:rPr>
          <w:rFonts w:ascii="IM Fell English" w:hAnsi="IM Fell English"/>
          <w:color w:val="141414"/>
          <w:sz w:val="24"/>
        </w:rPr>
        <w:t>Jackie stood in the kitchen in black trousers and an unbuttoned shirt, coffee in one hand, the other resting on the counter. The bruises from the last private session had faded to yellow ghosts along her hips. She didn’t bother covering them. Neither did Jennifer.</w:t>
      </w:r>
    </w:p>
    <w:p>
      <w:r>
        <w:rPr>
          <w:rFonts w:ascii="IM Fell English" w:hAnsi="IM Fell English"/>
          <w:color w:val="141414"/>
          <w:sz w:val="24"/>
        </w:rPr>
        <w:t xml:space="preserve">Jennifer sat on the kitchen island, bare legs hooked over the edge, wearing one of Jackie’s old shirts and nothing else. She picked at a piece of toast she had no intention of finishing. Her eyes kept drifting to the side table where the black packet sat face-down, title hidden, edges perfectly square. </w:t>
      </w:r>
    </w:p>
    <w:p>
      <w:r>
        <w:rPr>
          <w:rFonts w:ascii="IM Fell English" w:hAnsi="IM Fell English"/>
          <w:color w:val="141414"/>
          <w:sz w:val="24"/>
        </w:rPr>
        <w:t>“It’s been three days,” Jennifer said.</w:t>
      </w:r>
    </w:p>
    <w:p>
      <w:r>
        <w:rPr>
          <w:rFonts w:ascii="IM Fell English" w:hAnsi="IM Fell English"/>
          <w:color w:val="141414"/>
          <w:sz w:val="24"/>
        </w:rPr>
        <w:t>“I know.”</w:t>
      </w:r>
    </w:p>
    <w:p>
      <w:r>
        <w:rPr>
          <w:rFonts w:ascii="IM Fell English" w:hAnsi="IM Fell English"/>
          <w:color w:val="141414"/>
          <w:sz w:val="24"/>
        </w:rPr>
        <w:t>“You’re not even curious.”</w:t>
      </w:r>
    </w:p>
    <w:p>
      <w:r>
        <w:rPr>
          <w:rFonts w:ascii="IM Fell English" w:hAnsi="IM Fell English"/>
          <w:color w:val="141414"/>
          <w:sz w:val="24"/>
        </w:rPr>
        <w:t>Jackie took a slow sip of coffee. “I’m curious. I’m also not stupid. Katie said don’t open it until she tells us. Saiya said the same thing. Opening it early is how we end up on separate buildings again.”</w:t>
      </w:r>
    </w:p>
    <w:p>
      <w:r>
        <w:rPr>
          <w:rFonts w:ascii="IM Fell English" w:hAnsi="IM Fell English"/>
          <w:color w:val="141414"/>
          <w:sz w:val="24"/>
        </w:rPr>
        <w:t>Jennifer made a face. “I liked the separate-buildings threat better when it was theoretical.”</w:t>
      </w:r>
    </w:p>
    <w:p>
      <w:r>
        <w:rPr>
          <w:rFonts w:ascii="IM Fell English" w:hAnsi="IM Fell English"/>
          <w:color w:val="141414"/>
          <w:sz w:val="24"/>
        </w:rPr>
        <w:t>“It wasn’t theoretical last time.”</w:t>
      </w:r>
    </w:p>
    <w:p>
      <w:r>
        <w:rPr>
          <w:rFonts w:ascii="IM Fell English" w:hAnsi="IM Fell English"/>
          <w:color w:val="141414"/>
          <w:sz w:val="24"/>
        </w:rPr>
        <w:t xml:space="preserve">Jennifer slid off the island, bare feet silent on the tile. She stopped close enough for her shirt to brush Jackie’s open collar. The scent of last night—sweat, soap, and Lena’s lingering touch—clung to her skin. </w:t>
      </w:r>
    </w:p>
    <w:p>
      <w:r>
        <w:rPr>
          <w:rFonts w:ascii="IM Fell English" w:hAnsi="IM Fell English"/>
          <w:color w:val="141414"/>
          <w:sz w:val="24"/>
        </w:rPr>
        <w:t>“You’re in full command again,” Jennifer said, voice low. “Studio, house, me. Doesn’t that make you want to do something reckless?”</w:t>
      </w:r>
    </w:p>
    <w:p>
      <w:r>
        <w:rPr>
          <w:rFonts w:ascii="IM Fell English" w:hAnsi="IM Fell English"/>
          <w:color w:val="141414"/>
          <w:sz w:val="24"/>
        </w:rPr>
        <w:t>Jackie set the mug down, reached up, and caught Jennifer’s chin between thumb and forefinger. Not hard. Just enough to tilt her face up.</w:t>
      </w:r>
    </w:p>
    <w:p>
      <w:r>
        <w:rPr>
          <w:rFonts w:ascii="IM Fell English" w:hAnsi="IM Fell English"/>
          <w:color w:val="141414"/>
          <w:sz w:val="24"/>
        </w:rPr>
        <w:t>“It makes me want to keep what we just got back. You turn the first week into theater and Saiya will put you on the north lot until the packet opens. Alone.”</w:t>
      </w:r>
    </w:p>
    <w:p>
      <w:r>
        <w:rPr>
          <w:rFonts w:ascii="IM Fell English" w:hAnsi="IM Fell English"/>
          <w:color w:val="141414"/>
          <w:sz w:val="24"/>
        </w:rPr>
        <w:t>Jennifer’s mouth curved. “You’d miss me.”</w:t>
      </w:r>
    </w:p>
    <w:p>
      <w:r>
        <w:rPr>
          <w:rFonts w:ascii="IM Fell English" w:hAnsi="IM Fell English"/>
          <w:color w:val="141414"/>
          <w:sz w:val="24"/>
        </w:rPr>
        <w:t>“I’d correct you on site and then miss you. There’s a difference.”</w:t>
      </w:r>
    </w:p>
    <w:p>
      <w:r>
        <w:rPr>
          <w:rFonts w:ascii="IM Fell English" w:hAnsi="IM Fell English"/>
          <w:color w:val="141414"/>
          <w:sz w:val="24"/>
        </w:rPr>
        <w:t>Jennifer leaned in anyway, lips brushing Jackie’s. The kiss stayed short. Jackie controlled the depth and the end of it. When she pulled back, Jennifer’s eyes were already darker.</w:t>
      </w:r>
    </w:p>
    <w:p>
      <w:r>
        <w:rPr>
          <w:rFonts w:ascii="IM Fell English" w:hAnsi="IM Fell English"/>
          <w:color w:val="141414"/>
          <w:sz w:val="24"/>
        </w:rPr>
        <w:t>“Cameras are watching,” Jennifer murmured.</w:t>
      </w:r>
    </w:p>
    <w:p>
      <w:r>
        <w:rPr>
          <w:rFonts w:ascii="IM Fell English" w:hAnsi="IM Fell English"/>
          <w:color w:val="141414"/>
          <w:sz w:val="24"/>
        </w:rPr>
        <w:t>“They always are.”</w:t>
      </w:r>
    </w:p>
    <w:p>
      <w:r>
        <w:rPr>
          <w:rFonts w:ascii="IM Fell English" w:hAnsi="IM Fell English"/>
          <w:color w:val="141414"/>
          <w:sz w:val="24"/>
        </w:rPr>
        <w:t>“We could give her a morning show.”</w:t>
      </w:r>
    </w:p>
    <w:p>
      <w:r>
        <w:rPr>
          <w:rFonts w:ascii="IM Fell English" w:hAnsi="IM Fell English"/>
          <w:color w:val="141414"/>
          <w:sz w:val="24"/>
        </w:rPr>
        <w:t>Jackie released her chin and pointed at the toast. “Eat. Studio by nine. Staff meeting at nine-thirty. If you walk in looking like you spent the night inventing new ways to get punished, keep the explanation boring.”</w:t>
      </w:r>
    </w:p>
    <w:p>
      <w:r>
        <w:rPr>
          <w:rFonts w:ascii="IM Fell English" w:hAnsi="IM Fell English"/>
          <w:color w:val="141414"/>
          <w:sz w:val="24"/>
        </w:rPr>
        <w:t>Jennifer picked up the toast, took a deliberate bite, and chewed while staring at the living-room table.</w:t>
      </w:r>
    </w:p>
    <w:p>
      <w:r>
        <w:rPr>
          <w:rFonts w:ascii="IM Fell English" w:hAnsi="IM Fell English"/>
          <w:color w:val="141414"/>
          <w:sz w:val="24"/>
        </w:rPr>
        <w:t>“It’s rude to leave a closed script in a marriage.”</w:t>
      </w:r>
    </w:p>
    <w:p>
      <w:r>
        <w:rPr>
          <w:rFonts w:ascii="IM Fell English" w:hAnsi="IM Fell English"/>
          <w:color w:val="141414"/>
          <w:sz w:val="24"/>
        </w:rPr>
        <w:t>“It’s family. Family is rude.”</w:t>
      </w:r>
    </w:p>
    <w:p>
      <w:r>
        <w:rPr>
          <w:rFonts w:ascii="IM Fell English" w:hAnsi="IM Fell English"/>
          <w:color w:val="141414"/>
          <w:sz w:val="24"/>
        </w:rPr>
        <w:t>They finished getting ready without more argument. Jennifer pulled on dark jeans and a fitted black top that did nothing to hide the fading marks on her collarbones. Jackie stayed in the trousers and button-up, top two buttons left open, hair in a low messy knot. The mirror showed two women who looked employed again—sharp, marked, and no longer recovering.</w:t>
      </w:r>
    </w:p>
    <w:p>
      <w:r>
        <w:rPr>
          <w:rFonts w:ascii="IM Fell English" w:hAnsi="IM Fell English"/>
          <w:color w:val="141414"/>
          <w:sz w:val="24"/>
        </w:rPr>
        <w:t>At the front door Jennifer paused, keys in hand.</w:t>
      </w:r>
    </w:p>
    <w:p>
      <w:r>
        <w:rPr>
          <w:rFonts w:ascii="IM Fell English" w:hAnsi="IM Fell English"/>
          <w:color w:val="141414"/>
          <w:sz w:val="24"/>
        </w:rPr>
        <w:t>“You driving or am I?”</w:t>
      </w:r>
    </w:p>
    <w:p>
      <w:r>
        <w:rPr>
          <w:rFonts w:ascii="IM Fell English" w:hAnsi="IM Fell English"/>
          <w:color w:val="141414"/>
          <w:sz w:val="24"/>
        </w:rPr>
        <w:t>“You drive. I want to go over the night-security notes.”</w:t>
      </w:r>
    </w:p>
    <w:p>
      <w:r>
        <w:rPr>
          <w:rFonts w:ascii="IM Fell English" w:hAnsi="IM Fell English"/>
          <w:color w:val="141414"/>
          <w:sz w:val="24"/>
        </w:rPr>
        <w:t>Jennifer unlocked the car. Before she got in she looked back at Jackie, expression softer than the morning had any right to be.</w:t>
      </w:r>
    </w:p>
    <w:p>
      <w:r>
        <w:rPr>
          <w:rFonts w:ascii="IM Fell English" w:hAnsi="IM Fell English"/>
          <w:color w:val="141414"/>
          <w:sz w:val="24"/>
        </w:rPr>
        <w:t>“I’m glad it’s you,” she said.</w:t>
      </w:r>
    </w:p>
    <w:p>
      <w:r>
        <w:rPr>
          <w:rFonts w:ascii="IM Fell English" w:hAnsi="IM Fell English"/>
          <w:color w:val="141414"/>
          <w:sz w:val="24"/>
        </w:rPr>
        <w:t>Jackie stepped in, kissed her once—slow, deliberate, owned—and answered the same way she always did.</w:t>
      </w:r>
    </w:p>
    <w:p>
      <w:r>
        <w:rPr>
          <w:rFonts w:ascii="IM Fell English" w:hAnsi="IM Fell English"/>
          <w:color w:val="141414"/>
          <w:sz w:val="24"/>
        </w:rPr>
        <w:t>“Me too.”</w:t>
      </w:r>
    </w:p>
    <w:p>
      <w:r>
        <w:rPr>
          <w:rFonts w:ascii="IM Fell English" w:hAnsi="IM Fell English"/>
          <w:color w:val="141414"/>
          <w:sz w:val="24"/>
        </w:rPr>
        <w:t>The lot had not forgotten them.</w:t>
      </w:r>
    </w:p>
    <w:p>
      <w:r>
        <w:rPr>
          <w:rFonts w:ascii="IM Fell English" w:hAnsi="IM Fell English"/>
          <w:color w:val="141414"/>
          <w:sz w:val="24"/>
        </w:rPr>
        <w:t xml:space="preserve">Half a year of interim management had served as a grim reminder of how precarious leniency could be. As Jackie and Jennifer crossed the lot, the temperature plummeted in their wake. Assistants stiffened to attention; leads vanished into the wings. The atmosphere was thick with the scent of ionizing cables, fine dust, and old money.  </w:t>
      </w:r>
    </w:p>
    <w:p>
      <w:r>
        <w:rPr>
          <w:rFonts w:ascii="IM Fell English" w:hAnsi="IM Fell English"/>
          <w:color w:val="141414"/>
          <w:sz w:val="24"/>
        </w:rPr>
        <w:t>Lisa met them halfway with a tablet and the careful smile of someone who still remembered being scared of both of them.</w:t>
      </w:r>
    </w:p>
    <w:p>
      <w:r>
        <w:rPr>
          <w:rFonts w:ascii="IM Fell English" w:hAnsi="IM Fell English"/>
          <w:color w:val="141414"/>
          <w:sz w:val="24"/>
        </w:rPr>
        <w:t>“Ms. Voss, Mrs. Voss. Production meeting moved up to nine-thirty. Set design is already in Conference B. Investors’ call stays this afternoon.”</w:t>
      </w:r>
    </w:p>
    <w:p>
      <w:r>
        <w:rPr>
          <w:rFonts w:ascii="IM Fell English" w:hAnsi="IM Fell English"/>
          <w:color w:val="141414"/>
          <w:sz w:val="24"/>
        </w:rPr>
        <w:t>Jennifer gave the polite nod. “Thank you, Lisa.”</w:t>
      </w:r>
    </w:p>
    <w:p>
      <w:r>
        <w:rPr>
          <w:rFonts w:ascii="IM Fell English" w:hAnsi="IM Fell English"/>
          <w:color w:val="141414"/>
          <w:sz w:val="24"/>
        </w:rPr>
        <w:t>Jackie waited until the assistant was gone before speaking.</w:t>
      </w:r>
    </w:p>
    <w:p>
      <w:r>
        <w:rPr>
          <w:rFonts w:ascii="IM Fell English" w:hAnsi="IM Fell English"/>
          <w:color w:val="141414"/>
          <w:sz w:val="24"/>
        </w:rPr>
        <w:t>“She’s still scared of you.”</w:t>
      </w:r>
    </w:p>
    <w:p>
      <w:r>
        <w:rPr>
          <w:rFonts w:ascii="IM Fell English" w:hAnsi="IM Fell English"/>
          <w:color w:val="141414"/>
          <w:sz w:val="24"/>
        </w:rPr>
        <w:t>“Good,” Jennifer said. “Means she does her job.”</w:t>
      </w:r>
    </w:p>
    <w:p>
      <w:r>
        <w:rPr>
          <w:rFonts w:ascii="IM Fell English" w:hAnsi="IM Fell English"/>
          <w:color w:val="141414"/>
          <w:sz w:val="24"/>
        </w:rPr>
        <w:t>They took the elevator in silence. Jackie leaned against the wall and watched Jennifer’s reflection in the brushed steel.</w:t>
      </w:r>
    </w:p>
    <w:p>
      <w:r>
        <w:rPr>
          <w:rFonts w:ascii="IM Fell English" w:hAnsi="IM Fell English"/>
          <w:color w:val="141414"/>
          <w:sz w:val="24"/>
        </w:rPr>
        <w:t>“At home you’re soft and sleepy and letting me touch you however I want,” Jackie said. “Here you’re all Ms. Voss and making people nervous just by existing.”</w:t>
      </w:r>
    </w:p>
    <w:p>
      <w:r>
        <w:rPr>
          <w:rFonts w:ascii="IM Fell English" w:hAnsi="IM Fell English"/>
          <w:color w:val="141414"/>
          <w:sz w:val="24"/>
        </w:rPr>
        <w:t>Jennifer’s mouth twitched. “That’s because at home I don’t have to deal with budgets and people who think they know better than me. And because you’re the only one who gets to see me soft.”</w:t>
      </w:r>
    </w:p>
    <w:p>
      <w:r>
        <w:rPr>
          <w:rFonts w:ascii="IM Fell English" w:hAnsi="IM Fell English"/>
          <w:color w:val="141414"/>
          <w:sz w:val="24"/>
        </w:rPr>
        <w:t xml:space="preserve">The doors opened. They walked the corridor in tandem, heels clicking. The black packet waited on the side table twenty minutes away, a secret under cloth. </w:t>
      </w:r>
    </w:p>
    <w:p>
      <w:r>
        <w:rPr>
          <w:rFonts w:ascii="IM Fell English" w:hAnsi="IM Fell English"/>
          <w:color w:val="141414"/>
          <w:sz w:val="24"/>
        </w:rPr>
        <w:t>Conference Room B was already half full. Marcus Hale stood at the head of the table, thinning hair, wire glasses, permanently stressed. He cleared his throat the moment they sat.</w:t>
      </w:r>
    </w:p>
    <w:p>
      <w:r>
        <w:rPr>
          <w:rFonts w:ascii="IM Fell English" w:hAnsi="IM Fell English"/>
          <w:color w:val="141414"/>
          <w:sz w:val="24"/>
        </w:rPr>
        <w:t>“Alright. Final pre-production lock for the next slate. We’re on track, but we’ve got issues that need decisions today.”</w:t>
      </w:r>
    </w:p>
    <w:p>
      <w:r>
        <w:rPr>
          <w:rFonts w:ascii="IM Fell English" w:hAnsi="IM Fell English"/>
          <w:color w:val="141414"/>
          <w:sz w:val="24"/>
        </w:rPr>
        <w:t xml:space="preserve">Jackie leaned back, arms crossed. Overtime was approved; casting notes were sharpened. The phrase “intense sequences” made people shift. Everyone knew what that meant on a Voss production. </w:t>
      </w:r>
    </w:p>
    <w:p>
      <w:r>
        <w:rPr>
          <w:rFonts w:ascii="IM Fell English" w:hAnsi="IM Fell English"/>
          <w:color w:val="141414"/>
          <w:sz w:val="24"/>
        </w:rPr>
        <w:t>Jackie spoke only once.</w:t>
      </w:r>
    </w:p>
    <w:p>
      <w:r>
        <w:rPr>
          <w:rFonts w:ascii="IM Fell English" w:hAnsi="IM Fell English"/>
          <w:color w:val="141414"/>
          <w:sz w:val="24"/>
        </w:rPr>
        <w:t>“Make sure whoever we bring in knows exactly what they’re signing up for. I don’t want another situation like last time where someone gets on set and suddenly discovers they have limits.”</w:t>
      </w:r>
    </w:p>
    <w:p>
      <w:r>
        <w:rPr>
          <w:rFonts w:ascii="IM Fell English" w:hAnsi="IM Fell English"/>
          <w:color w:val="141414"/>
          <w:sz w:val="24"/>
        </w:rPr>
        <w:t>No one argued.</w:t>
      </w:r>
    </w:p>
    <w:p>
      <w:r>
        <w:rPr>
          <w:rFonts w:ascii="IM Fell English" w:hAnsi="IM Fell English"/>
          <w:color w:val="141414"/>
          <w:sz w:val="24"/>
        </w:rPr>
        <w:t xml:space="preserve">By the time they broke, the lot remembered the old order: Jackie to stop things, Jennifer to move them, and both to remind the building that it was not run by committee. </w:t>
      </w:r>
    </w:p>
    <w:p>
      <w:r>
        <w:rPr>
          <w:rFonts w:ascii="IM Fell English" w:hAnsi="IM Fell English"/>
          <w:color w:val="141414"/>
          <w:sz w:val="24"/>
        </w:rPr>
        <w:t>They drove home after dark.</w:t>
      </w:r>
    </w:p>
    <w:p>
      <w:r>
        <w:rPr>
          <w:rFonts w:ascii="IM Fell English" w:hAnsi="IM Fell English"/>
          <w:color w:val="141414"/>
          <w:sz w:val="24"/>
        </w:rPr>
        <w:t xml:space="preserve">The gate accepted the code, the door locked, and the cameras acknowledged them. On the table, the black packet remained exactly where Katie had left it—sealed and heavier now that the studio was theirs again. </w:t>
      </w:r>
    </w:p>
    <w:p>
      <w:r>
        <w:rPr>
          <w:rFonts w:ascii="IM Fell English" w:hAnsi="IM Fell English"/>
          <w:color w:val="141414"/>
          <w:sz w:val="24"/>
        </w:rPr>
        <w:t>Jennifer dropped her bag, walked straight to it, and stopped one foot short.</w:t>
      </w:r>
    </w:p>
    <w:p>
      <w:r>
        <w:rPr>
          <w:rFonts w:ascii="IM Fell English" w:hAnsi="IM Fell English"/>
          <w:color w:val="141414"/>
          <w:sz w:val="24"/>
        </w:rPr>
        <w:t>“I’m not opening it.”</w:t>
      </w:r>
    </w:p>
    <w:p>
      <w:r>
        <w:rPr>
          <w:rFonts w:ascii="IM Fell English" w:hAnsi="IM Fell English"/>
          <w:color w:val="141414"/>
          <w:sz w:val="24"/>
        </w:rPr>
        <w:t>“I know.”</w:t>
      </w:r>
    </w:p>
    <w:p>
      <w:r>
        <w:rPr>
          <w:rFonts w:ascii="IM Fell English" w:hAnsi="IM Fell English"/>
          <w:color w:val="141414"/>
          <w:sz w:val="24"/>
        </w:rPr>
        <w:t>“I’m just clarifying that I could.”</w:t>
      </w:r>
    </w:p>
    <w:p>
      <w:r>
        <w:rPr>
          <w:rFonts w:ascii="IM Fell English" w:hAnsi="IM Fell English"/>
          <w:color w:val="141414"/>
          <w:sz w:val="24"/>
        </w:rPr>
        <w:t>Jackie came up behind her, slid one arm around her waist, and put her mouth near Jennifer’s ear.</w:t>
      </w:r>
    </w:p>
    <w:p>
      <w:r>
        <w:rPr>
          <w:rFonts w:ascii="IM Fell English" w:hAnsi="IM Fell English"/>
          <w:color w:val="141414"/>
          <w:sz w:val="24"/>
        </w:rPr>
        <w:t>“You could. And then preparation would stop looking like work schedules and start looking like correction.”</w:t>
      </w:r>
    </w:p>
    <w:p>
      <w:r>
        <w:rPr>
          <w:rFonts w:ascii="IM Fell English" w:hAnsi="IM Fell English"/>
          <w:color w:val="141414"/>
          <w:sz w:val="24"/>
        </w:rPr>
        <w:t>Jennifer leaned back into her. “Say correction again.”</w:t>
      </w:r>
    </w:p>
    <w:p>
      <w:r>
        <w:rPr>
          <w:rFonts w:ascii="IM Fell English" w:hAnsi="IM Fell English"/>
          <w:color w:val="141414"/>
          <w:sz w:val="24"/>
        </w:rPr>
        <w:t>“No.”</w:t>
      </w:r>
    </w:p>
    <w:p>
      <w:r>
        <w:rPr>
          <w:rFonts w:ascii="IM Fell English" w:hAnsi="IM Fell English"/>
          <w:color w:val="141414"/>
          <w:sz w:val="24"/>
        </w:rPr>
        <w:t>Jennifer smiled at the packet. “I can feel it watching us. Stupid. It’s paper.”</w:t>
      </w:r>
    </w:p>
    <w:p>
      <w:r>
        <w:rPr>
          <w:rFonts w:ascii="IM Fell English" w:hAnsi="IM Fell English"/>
          <w:color w:val="141414"/>
          <w:sz w:val="24"/>
        </w:rPr>
        <w:t xml:space="preserve">“It’s paper with family behind it,” Jackie said. “Eat. Shower. If you need to be handled, ask me. Not the ceiling, not the table. Me.” </w:t>
      </w:r>
    </w:p>
    <w:p>
      <w:r>
        <w:rPr>
          <w:rFonts w:ascii="IM Fell English" w:hAnsi="IM Fell English"/>
          <w:color w:val="141414"/>
          <w:sz w:val="24"/>
        </w:rPr>
        <w:t>Jennifer turned in her arm, searched her face, and nodded once.</w:t>
      </w:r>
    </w:p>
    <w:p>
      <w:r>
        <w:rPr>
          <w:rFonts w:ascii="IM Fell English" w:hAnsi="IM Fell English"/>
          <w:color w:val="141414"/>
          <w:sz w:val="24"/>
        </w:rPr>
        <w:t>“Ask you.”</w:t>
      </w:r>
    </w:p>
    <w:p>
      <w:r>
        <w:rPr>
          <w:rFonts w:ascii="IM Fell English" w:hAnsi="IM Fell English"/>
          <w:color w:val="141414"/>
          <w:sz w:val="24"/>
        </w:rPr>
        <w:t>“Good.”</w:t>
      </w:r>
    </w:p>
    <w:p>
      <w:r>
        <w:rPr>
          <w:rFonts w:ascii="IM Fell English" w:hAnsi="IM Fell English"/>
          <w:color w:val="141414"/>
          <w:sz w:val="24"/>
        </w:rPr>
        <w:t>They made a late dinner out of leftovers and stood eating in the kitchen like people who had been too busy running a machine all day to remember plates. Jennifer stole food off Jackie’s fork. Jackie let her, then put two fingers against her mouth when the stealing became performance. Jennifer laughed and surrendered the point.</w:t>
      </w:r>
    </w:p>
    <w:p>
      <w:r>
        <w:rPr>
          <w:rFonts w:ascii="IM Fell English" w:hAnsi="IM Fell English"/>
          <w:color w:val="141414"/>
          <w:sz w:val="24"/>
        </w:rPr>
        <w:t>Later, in bed, Jennifer was quieter than usual. She put Jackie’s hand over her sternum without explanation and held it there.</w:t>
      </w:r>
    </w:p>
    <w:p>
      <w:r>
        <w:rPr>
          <w:rFonts w:ascii="IM Fell English" w:hAnsi="IM Fell English"/>
          <w:color w:val="141414"/>
          <w:sz w:val="24"/>
        </w:rPr>
        <w:t>“Not a scene,” she said. “Just stay.”</w:t>
      </w:r>
    </w:p>
    <w:p>
      <w:r>
        <w:rPr>
          <w:rFonts w:ascii="IM Fell English" w:hAnsi="IM Fell English"/>
          <w:color w:val="141414"/>
          <w:sz w:val="24"/>
        </w:rPr>
        <w:t>Jackie stayed.</w:t>
      </w:r>
    </w:p>
    <w:p>
      <w:r>
        <w:rPr>
          <w:rFonts w:ascii="IM Fell English" w:hAnsi="IM Fell English"/>
          <w:color w:val="141414"/>
          <w:sz w:val="24"/>
        </w:rPr>
        <w:t>In the living room the packet remained closed.</w:t>
      </w:r>
    </w:p>
    <w:p>
      <w:r>
        <w:rPr>
          <w:rFonts w:ascii="IM Fell English" w:hAnsi="IM Fell English"/>
          <w:color w:val="141414"/>
          <w:sz w:val="24"/>
        </w:rPr>
        <w:t>On the lot the building had learned their names again in the old order.</w:t>
      </w:r>
    </w:p>
    <w:p>
      <w:r>
        <w:rPr>
          <w:rFonts w:ascii="IM Fell English" w:hAnsi="IM Fell English"/>
          <w:color w:val="141414"/>
          <w:sz w:val="24"/>
        </w:rPr>
        <w:t>And somewhere beyond the cameras, family watched the first full day back the way family always did—patient, proprietary, and already certain the sealed thing on the table would open soon enough.</w:t>
      </w:r>
    </w:p>
    <w:p>
      <w:r>
        <w:rPr>
          <w:rFonts w:ascii="IM Fell English" w:hAnsi="IM Fell English"/>
          <w:color w:val="141414"/>
          <w:sz w:val="24"/>
        </w:rPr>
        <w:t>Jackie finally slept with her palm still over Jennifer’s heart, as if ownership and partnership had become the same pressure in the dark.</w:t>
      </w:r>
    </w:p>
    <w:p>
      <w:pPr>
        <w:pStyle w:val="Heading1"/>
        <w:jc w:val="center"/>
      </w:pPr>
      <w:r>
        <w:rPr>
          <w:rFonts w:ascii="IM Fell English" w:hAnsi="IM Fell English"/>
          <w:color w:val="0D0D0D"/>
        </w:rPr>
        <w:t>CHAPTER 2 — ESTATE SUMMONS</w:t>
      </w:r>
    </w:p>
    <w:p>
      <w:r>
        <w:rPr>
          <w:rFonts w:ascii="IM Fell English" w:hAnsi="IM Fell English"/>
          <w:color w:val="141414"/>
          <w:sz w:val="24"/>
        </w:rPr>
        <w:t>The call came at 7:42 p.m.</w:t>
      </w:r>
    </w:p>
    <w:p>
      <w:r>
        <w:rPr>
          <w:rFonts w:ascii="IM Fell English" w:hAnsi="IM Fell English"/>
          <w:color w:val="141414"/>
          <w:sz w:val="24"/>
        </w:rPr>
        <w:t>Jackie was still in the kitchen, rinsing the last of the plates, when Jennifer’s phone lit up on the counter. Jennifer glanced at the screen, then held it out without answering.</w:t>
      </w:r>
    </w:p>
    <w:p>
      <w:r>
        <w:rPr>
          <w:rFonts w:ascii="IM Fell English" w:hAnsi="IM Fell English"/>
          <w:color w:val="141414"/>
          <w:sz w:val="24"/>
        </w:rPr>
        <w:t>Katie.</w:t>
      </w:r>
    </w:p>
    <w:p>
      <w:r>
        <w:rPr>
          <w:rFonts w:ascii="IM Fell English" w:hAnsi="IM Fell English"/>
          <w:color w:val="141414"/>
          <w:sz w:val="24"/>
        </w:rPr>
        <w:t>Jackie dried her hands, took the phone, and put it on speaker.</w:t>
      </w:r>
    </w:p>
    <w:p>
      <w:r>
        <w:rPr>
          <w:rFonts w:ascii="IM Fell English" w:hAnsi="IM Fell English"/>
          <w:color w:val="141414"/>
          <w:sz w:val="24"/>
        </w:rPr>
        <w:t>“You’re both home,” Katie said. Not a question.</w:t>
      </w:r>
    </w:p>
    <w:p>
      <w:r>
        <w:rPr>
          <w:rFonts w:ascii="IM Fell English" w:hAnsi="IM Fell English"/>
          <w:color w:val="141414"/>
          <w:sz w:val="24"/>
        </w:rPr>
        <w:t>“Yes.”</w:t>
      </w:r>
    </w:p>
    <w:p>
      <w:r>
        <w:rPr>
          <w:rFonts w:ascii="IM Fell English" w:hAnsi="IM Fell English"/>
          <w:color w:val="141414"/>
          <w:sz w:val="24"/>
        </w:rPr>
        <w:t>“Get dressed. Something clean. You’re expected at the estate in forty minutes. Lilith and I are already at the table. Jimmy’s here. Corporate is here. Saiya is here. Don’t be late.”</w:t>
      </w:r>
    </w:p>
    <w:p>
      <w:r>
        <w:rPr>
          <w:rFonts w:ascii="IM Fell English" w:hAnsi="IM Fell English"/>
          <w:color w:val="141414"/>
          <w:sz w:val="24"/>
        </w:rPr>
        <w:t>The line went dead.</w:t>
      </w:r>
    </w:p>
    <w:p>
      <w:r>
        <w:rPr>
          <w:rFonts w:ascii="IM Fell English" w:hAnsi="IM Fell English"/>
          <w:color w:val="141414"/>
          <w:sz w:val="24"/>
        </w:rPr>
        <w:t>Jennifer stared at the dark screen. “That didn’t sound optional.”</w:t>
      </w:r>
    </w:p>
    <w:p>
      <w:r>
        <w:rPr>
          <w:rFonts w:ascii="IM Fell English" w:hAnsi="IM Fell English"/>
          <w:color w:val="141414"/>
          <w:sz w:val="24"/>
        </w:rPr>
        <w:t>“It never is.”</w:t>
      </w:r>
    </w:p>
    <w:p>
      <w:r>
        <w:rPr>
          <w:rFonts w:ascii="IM Fell English" w:hAnsi="IM Fell English"/>
          <w:color w:val="141414"/>
          <w:sz w:val="24"/>
        </w:rPr>
        <w:t xml:space="preserve">They changed in silence—Jackie in black trousers and an open shirt, Jennifer in a short black dress that showcased the marks on her neck. They covered nothing; the cameras tracked their every move. </w:t>
      </w:r>
    </w:p>
    <w:p>
      <w:r>
        <w:rPr>
          <w:rFonts w:ascii="IM Fell English" w:hAnsi="IM Fell English"/>
          <w:color w:val="141414"/>
          <w:sz w:val="24"/>
        </w:rPr>
        <w:t>Jennifer drove. Jackie watched the city lights slide past and said nothing until they reached the gated drive.</w:t>
      </w:r>
    </w:p>
    <w:p>
      <w:r>
        <w:rPr>
          <w:rFonts w:ascii="IM Fell English" w:hAnsi="IM Fell English"/>
          <w:color w:val="141414"/>
          <w:sz w:val="24"/>
        </w:rPr>
        <w:t>“You going to behave?” Jackie asked.</w:t>
      </w:r>
    </w:p>
    <w:p>
      <w:r>
        <w:rPr>
          <w:rFonts w:ascii="IM Fell English" w:hAnsi="IM Fell English"/>
          <w:color w:val="141414"/>
          <w:sz w:val="24"/>
        </w:rPr>
        <w:t>Jennifer’s mouth curved. “Define behave.”</w:t>
      </w:r>
    </w:p>
    <w:p>
      <w:r>
        <w:rPr>
          <w:rFonts w:ascii="IM Fell English" w:hAnsi="IM Fell English"/>
          <w:color w:val="141414"/>
          <w:sz w:val="24"/>
        </w:rPr>
        <w:t>“Don’t make Katie repeat herself. Don’t make Lilith smile that particular smile. And if Saiya opens her mouth, you let me handle it.”</w:t>
      </w:r>
    </w:p>
    <w:p>
      <w:r>
        <w:rPr>
          <w:rFonts w:ascii="IM Fell English" w:hAnsi="IM Fell English"/>
          <w:color w:val="141414"/>
          <w:sz w:val="24"/>
        </w:rPr>
        <w:t>Jennifer parked under the porte-cochère and killed the engine. “Yes, boss.”</w:t>
      </w:r>
    </w:p>
    <w:p>
      <w:r>
        <w:rPr>
          <w:rFonts w:ascii="IM Fell English" w:hAnsi="IM Fell English"/>
          <w:color w:val="141414"/>
          <w:sz w:val="24"/>
        </w:rPr>
        <w:t>The front doors opened before they knocked. Lena stood there in black, expression unreadable, and stepped aside without a word. Marcus was further down the hall, already turning toward the dining room.</w:t>
      </w:r>
    </w:p>
    <w:p>
      <w:r>
        <w:rPr>
          <w:rFonts w:ascii="IM Fell English" w:hAnsi="IM Fell English"/>
          <w:color w:val="141414"/>
          <w:sz w:val="24"/>
        </w:rPr>
        <w:t xml:space="preserve">The long table was set for twelve, though only half the chairs were filled. Katie sat at the head in a black silk blouse, her hair pulled tight, one hand resting loosely around a glass of red. Lilith sat to her right, equally composed in a dark dress, her wedding band catching the light. Jimmy occupied the seat to Katie’s left. Two corporate faces from previous budget cycles sat further down, and Saiya held the far end—coffee untouched, posture perfect and glacial. </w:t>
      </w:r>
    </w:p>
    <w:p>
      <w:r>
        <w:rPr>
          <w:rFonts w:ascii="IM Fell English" w:hAnsi="IM Fell English"/>
          <w:color w:val="141414"/>
          <w:sz w:val="24"/>
        </w:rPr>
        <w:t>Katie did not stand.</w:t>
      </w:r>
    </w:p>
    <w:p>
      <w:r>
        <w:rPr>
          <w:rFonts w:ascii="IM Fell English" w:hAnsi="IM Fell English"/>
          <w:color w:val="141414"/>
          <w:sz w:val="24"/>
        </w:rPr>
        <w:t>“Sit.”</w:t>
      </w:r>
    </w:p>
    <w:p>
      <w:r>
        <w:rPr>
          <w:rFonts w:ascii="IM Fell English" w:hAnsi="IM Fell English"/>
          <w:color w:val="141414"/>
          <w:sz w:val="24"/>
        </w:rPr>
        <w:t>Jackie took the chair opposite Jimmy. Jennifer sat beside her. Lena and Marcus remained standing against the wall like furniture that could move if ordered.</w:t>
      </w:r>
    </w:p>
    <w:p>
      <w:r>
        <w:rPr>
          <w:rFonts w:ascii="IM Fell English" w:hAnsi="IM Fell English"/>
          <w:color w:val="141414"/>
          <w:sz w:val="24"/>
        </w:rPr>
        <w:t>Katie looked at both of them for a long moment, then at Saiya.</w:t>
      </w:r>
    </w:p>
    <w:p>
      <w:r>
        <w:rPr>
          <w:rFonts w:ascii="IM Fell English" w:hAnsi="IM Fell English"/>
          <w:color w:val="141414"/>
          <w:sz w:val="24"/>
        </w:rPr>
        <w:t>“The six-month provisional period is over. Effective tomorrow morning, Jackie and Jennifer hold full day-to-day operational control of the lot again. Same grid. Same authority. Notices go out before first call.”</w:t>
      </w:r>
    </w:p>
    <w:p>
      <w:r>
        <w:rPr>
          <w:rFonts w:ascii="IM Fell English" w:hAnsi="IM Fell English"/>
          <w:color w:val="141414"/>
          <w:sz w:val="24"/>
        </w:rPr>
        <w:t>Saiya’s expression did not change, but the temperature at her end of the table dropped.</w:t>
      </w:r>
    </w:p>
    <w:p>
      <w:r>
        <w:rPr>
          <w:rFonts w:ascii="IM Fell English" w:hAnsi="IM Fell English"/>
          <w:color w:val="141414"/>
          <w:sz w:val="24"/>
        </w:rPr>
        <w:t>Katie continued, voice calm and absolute.</w:t>
      </w:r>
    </w:p>
    <w:p>
      <w:r>
        <w:rPr>
          <w:rFonts w:ascii="IM Fell English" w:hAnsi="IM Fell English"/>
          <w:color w:val="141414"/>
          <w:sz w:val="24"/>
        </w:rPr>
        <w:t>“Saiya retains creative direction. She does not retain the leash. That stays with me. If either of you turns the first week into private theater that damages schedule or bodies before the next film is ready, I will put you on separate buildings until I decide otherwise. Clear?”</w:t>
      </w:r>
    </w:p>
    <w:p>
      <w:r>
        <w:rPr>
          <w:rFonts w:ascii="IM Fell English" w:hAnsi="IM Fell English"/>
          <w:color w:val="141414"/>
          <w:sz w:val="24"/>
        </w:rPr>
        <w:t>“Clear,” Jackie said.</w:t>
      </w:r>
    </w:p>
    <w:p>
      <w:r>
        <w:rPr>
          <w:rFonts w:ascii="IM Fell English" w:hAnsi="IM Fell English"/>
          <w:color w:val="141414"/>
          <w:sz w:val="24"/>
        </w:rPr>
        <w:t>Jennifer nodded once.</w:t>
      </w:r>
    </w:p>
    <w:p>
      <w:r>
        <w:rPr>
          <w:rFonts w:ascii="IM Fell English" w:hAnsi="IM Fell English"/>
          <w:color w:val="141414"/>
          <w:sz w:val="24"/>
        </w:rPr>
        <w:t>Katie’s gaze moved to Jennifer and stayed there.</w:t>
      </w:r>
    </w:p>
    <w:p>
      <w:r>
        <w:rPr>
          <w:rFonts w:ascii="IM Fell English" w:hAnsi="IM Fell English"/>
          <w:color w:val="141414"/>
          <w:sz w:val="24"/>
        </w:rPr>
        <w:t>“You’re already pushing the behavioral terms Saiya gave you. Stairwell. Call-sheet. The almost. I saw the feeds. Do it again and Jackie has standing permission to end it on site in whatever way keeps the still frame from becoming a problem. Understood?”</w:t>
      </w:r>
    </w:p>
    <w:p>
      <w:r>
        <w:rPr>
          <w:rFonts w:ascii="IM Fell English" w:hAnsi="IM Fell English"/>
          <w:color w:val="141414"/>
          <w:sz w:val="24"/>
        </w:rPr>
        <w:t>Jennifer’s throat worked. “Yes, Mistress.”</w:t>
      </w:r>
    </w:p>
    <w:p>
      <w:r>
        <w:rPr>
          <w:rFonts w:ascii="IM Fell English" w:hAnsi="IM Fell English"/>
          <w:color w:val="141414"/>
          <w:sz w:val="24"/>
        </w:rPr>
        <w:t>“Good.”</w:t>
      </w:r>
    </w:p>
    <w:p>
      <w:r>
        <w:rPr>
          <w:rFonts w:ascii="IM Fell English" w:hAnsi="IM Fell English"/>
          <w:color w:val="141414"/>
          <w:sz w:val="24"/>
        </w:rPr>
        <w:t>Lilith spoke for the first time, voice low and even.</w:t>
      </w:r>
    </w:p>
    <w:p>
      <w:r>
        <w:rPr>
          <w:rFonts w:ascii="IM Fell English" w:hAnsi="IM Fell English"/>
          <w:color w:val="141414"/>
          <w:sz w:val="24"/>
        </w:rPr>
        <w:t>“Corporate has one additional clarification. The two of you may fuck each other—or be fucked—anywhere on the lot during working hours. Hallways. Offices. Stages after wrap. We do not care. The only hard limit is lasting or pre-film damage. Broken bones that affect call times. Injuries that require medical holds before principal photography. Everything else is permitted.”</w:t>
      </w:r>
    </w:p>
    <w:p>
      <w:r>
        <w:rPr>
          <w:rFonts w:ascii="IM Fell English" w:hAnsi="IM Fell English"/>
          <w:color w:val="141414"/>
          <w:sz w:val="24"/>
        </w:rPr>
        <w:t>Jimmy added, almost casual, “The CCTV grid is now officially the porn CCTV. Internal memo goes out with the power notices. Every department head, every PA, every visiting money man with clearance can watch the two of you in real time. It’s expected. It’s useful. Don’t pretend privacy exists on that lot.”</w:t>
      </w:r>
    </w:p>
    <w:p>
      <w:r>
        <w:rPr>
          <w:rFonts w:ascii="IM Fell English" w:hAnsi="IM Fell English"/>
          <w:color w:val="141414"/>
          <w:sz w:val="24"/>
        </w:rPr>
        <w:t>Katie lifted her glass slightly.</w:t>
      </w:r>
    </w:p>
    <w:p>
      <w:r>
        <w:rPr>
          <w:rFonts w:ascii="IM Fell English" w:hAnsi="IM Fell English"/>
          <w:color w:val="141414"/>
          <w:sz w:val="24"/>
        </w:rPr>
        <w:t>“Any questions?”</w:t>
      </w:r>
    </w:p>
    <w:p>
      <w:r>
        <w:rPr>
          <w:rFonts w:ascii="IM Fell English" w:hAnsi="IM Fell English"/>
          <w:color w:val="141414"/>
          <w:sz w:val="24"/>
        </w:rPr>
        <w:t>Jackie met her eyes. “The packet.”</w:t>
      </w:r>
    </w:p>
    <w:p>
      <w:r>
        <w:rPr>
          <w:rFonts w:ascii="IM Fell English" w:hAnsi="IM Fell English"/>
          <w:color w:val="141414"/>
          <w:sz w:val="24"/>
        </w:rPr>
        <w:t>“Opens when I say. Not before. Tonight you eat, you get claimed, and you go home under the new rules. Tomorrow you run the building like women who just got their kingdom restored and still belong to me.”</w:t>
      </w:r>
    </w:p>
    <w:p>
      <w:r>
        <w:rPr>
          <w:rFonts w:ascii="IM Fell English" w:hAnsi="IM Fell English"/>
          <w:color w:val="141414"/>
          <w:sz w:val="24"/>
        </w:rPr>
        <w:t>Lilith’s mouth curved.</w:t>
      </w:r>
    </w:p>
    <w:p>
      <w:r>
        <w:rPr>
          <w:rFonts w:ascii="IM Fell English" w:hAnsi="IM Fell English"/>
          <w:color w:val="141414"/>
          <w:sz w:val="24"/>
        </w:rPr>
        <w:t>“Both of you. Stand.”</w:t>
      </w:r>
    </w:p>
    <w:p>
      <w:r>
        <w:rPr>
          <w:rFonts w:ascii="IM Fell English" w:hAnsi="IM Fell English"/>
          <w:color w:val="141414"/>
          <w:sz w:val="24"/>
        </w:rPr>
        <w:t>They stood.</w:t>
      </w:r>
    </w:p>
    <w:p>
      <w:r>
        <w:rPr>
          <w:rFonts w:ascii="IM Fell English" w:hAnsi="IM Fell English"/>
          <w:color w:val="141414"/>
          <w:sz w:val="24"/>
        </w:rPr>
        <w:t>What followed was not gentle.</w:t>
      </w:r>
    </w:p>
    <w:p>
      <w:r>
        <w:rPr>
          <w:rFonts w:ascii="IM Fell English" w:hAnsi="IM Fell English"/>
          <w:color w:val="141414"/>
          <w:sz w:val="24"/>
        </w:rPr>
        <w:t xml:space="preserve">Jimmy went first. He fisted Jackie’s hair, dragging her in for a kiss of open, filthy ownership while his free hand shoved the dress up Jennifer’s thighs. Marcus stepped in behind Jennifer, bending her over the cleared edge of the table and yanking her panties down hard enough to sting. Jennifer’s laugh broke into a wet gasp as he pushed two fingers into her, pumping deep. </w:t>
      </w:r>
    </w:p>
    <w:p>
      <w:r>
        <w:rPr>
          <w:rFonts w:ascii="IM Fell English" w:hAnsi="IM Fell English"/>
          <w:color w:val="141414"/>
          <w:sz w:val="24"/>
        </w:rPr>
        <w:t>“Fuck— Marcus—”</w:t>
      </w:r>
    </w:p>
    <w:p>
      <w:r>
        <w:rPr>
          <w:rFonts w:ascii="IM Fell English" w:hAnsi="IM Fell English"/>
          <w:color w:val="141414"/>
          <w:sz w:val="24"/>
        </w:rPr>
        <w:t>“Quiet,” he said, and replaced his fingers with his cock in one thrust.</w:t>
      </w:r>
    </w:p>
    <w:p>
      <w:r>
        <w:rPr>
          <w:rFonts w:ascii="IM Fell English" w:hAnsi="IM Fell English"/>
          <w:color w:val="141414"/>
          <w:sz w:val="24"/>
        </w:rPr>
        <w:t>Katie watched for a count of five, then walked in like a woman reclaiming property. She grabbed Jennifer’s hair, lifted her face from the table, and spat into her open mouth.</w:t>
      </w:r>
    </w:p>
    <w:p>
      <w:r>
        <w:rPr>
          <w:rFonts w:ascii="IM Fell English" w:hAnsi="IM Fell English"/>
          <w:color w:val="141414"/>
          <w:sz w:val="24"/>
        </w:rPr>
        <w:t>“Whores. Show the founders why we gave you the lot back.”</w:t>
      </w:r>
    </w:p>
    <w:p>
      <w:r>
        <w:rPr>
          <w:rFonts w:ascii="IM Fell English" w:hAnsi="IM Fell English"/>
          <w:color w:val="141414"/>
          <w:sz w:val="24"/>
        </w:rPr>
        <w:t>Lena stripped Jackie open while Jimmy worked her mouth onto his cock. Jackie took him to the throat on the second shove, eyes watering. Lilith moved behind Lena, kissed her, then leaned down and bit Jennifer’s inner thigh hard enough to mark.</w:t>
      </w:r>
    </w:p>
    <w:p>
      <w:r>
        <w:rPr>
          <w:rFonts w:ascii="IM Fell English" w:hAnsi="IM Fell English"/>
          <w:color w:val="141414"/>
          <w:sz w:val="24"/>
        </w:rPr>
        <w:t>They rotated without romance.</w:t>
      </w:r>
    </w:p>
    <w:p>
      <w:r>
        <w:rPr>
          <w:rFonts w:ascii="IM Fell English" w:hAnsi="IM Fell English"/>
          <w:color w:val="141414"/>
          <w:sz w:val="24"/>
        </w:rPr>
        <w:t>Marcus pulled out of Jennifer, flipped her onto her back among the displaced plates, and shoved back into her while Jimmy dragged Jackie onto the carpet. Katie straddled Jackie’s face and settled her cunt over Jackie’s mouth.</w:t>
      </w:r>
    </w:p>
    <w:p>
      <w:r>
        <w:rPr>
          <w:rFonts w:ascii="IM Fell English" w:hAnsi="IM Fell English"/>
          <w:color w:val="141414"/>
          <w:sz w:val="24"/>
        </w:rPr>
        <w:t>“Work.”</w:t>
      </w:r>
    </w:p>
    <w:p>
      <w:r>
        <w:rPr>
          <w:rFonts w:ascii="IM Fell English" w:hAnsi="IM Fell English"/>
          <w:color w:val="141414"/>
          <w:sz w:val="24"/>
        </w:rPr>
        <w:t>Jackie worked. Her tongue was obedient and filthy. Katie rode her face in slow, controlling rolls  while Marcus folded Jennifer’s knees back and fucked her open and deep enough to knock broken yeses out of her. Lilith knelt over Jennifer’s chest, fed her fingers into Jennifer’s mouth, then replaced them with her cunt and made Jennifer service both ends of the hierarchy like a trained animal.</w:t>
      </w:r>
    </w:p>
    <w:p>
      <w:r>
        <w:rPr>
          <w:rFonts w:ascii="IM Fell English" w:hAnsi="IM Fell English"/>
          <w:color w:val="141414"/>
          <w:sz w:val="24"/>
        </w:rPr>
        <w:t>“Say what you are,” Lilith ordered.</w:t>
      </w:r>
    </w:p>
    <w:p>
      <w:r>
        <w:rPr>
          <w:rFonts w:ascii="IM Fell English" w:hAnsi="IM Fell English"/>
          <w:color w:val="141414"/>
          <w:sz w:val="24"/>
        </w:rPr>
        <w:t>Jennifer, muffled, filthy, desperate, still managed it when Lilith lifted enough to allow air.</w:t>
      </w:r>
    </w:p>
    <w:p>
      <w:r>
        <w:rPr>
          <w:rFonts w:ascii="IM Fell English" w:hAnsi="IM Fell English"/>
          <w:color w:val="141414"/>
          <w:sz w:val="24"/>
        </w:rPr>
        <w:t>“Worthless whore— Katie’s whore— please—”</w:t>
      </w:r>
    </w:p>
    <w:p>
      <w:r>
        <w:rPr>
          <w:rFonts w:ascii="IM Fell English" w:hAnsi="IM Fell English"/>
          <w:color w:val="141414"/>
          <w:sz w:val="24"/>
        </w:rPr>
        <w:t>Marcus rewarded that with harder strokes. Jimmy came first with a hard sound, pulling out over Jackie’s tongue and lips. She swallowed what she was given. Lena came next, grinding down through it on Jackie’s face. Marcus followed hard in Jennifer, buried deep, holding her hips tight enough to bruise while Jennifer shuddered through another forced climax and thanked him in broken repeats.</w:t>
      </w:r>
    </w:p>
    <w:p>
      <w:r>
        <w:rPr>
          <w:rFonts w:ascii="IM Fell English" w:hAnsi="IM Fell English"/>
          <w:color w:val="141414"/>
          <w:sz w:val="24"/>
        </w:rPr>
        <w:t>Katie took her time.</w:t>
      </w:r>
    </w:p>
    <w:p>
      <w:r>
        <w:rPr>
          <w:rFonts w:ascii="IM Fell English" w:hAnsi="IM Fell English"/>
          <w:color w:val="141414"/>
          <w:sz w:val="24"/>
        </w:rPr>
        <w:t>She put Jennifer on her back, straddled her hips, and used Jennifer’s mouth and the pressure of her own hand until she came with a controlled tremor and a soft, satisfied curse. Then she reached for Jackie, pulled her in by the hair, and made Jackie finish what Jennifer’s mouth had started until Katie’s thighs flexed and her breath went sharp.</w:t>
      </w:r>
    </w:p>
    <w:p>
      <w:r>
        <w:rPr>
          <w:rFonts w:ascii="IM Fell English" w:hAnsi="IM Fell English"/>
          <w:color w:val="141414"/>
          <w:sz w:val="24"/>
        </w:rPr>
        <w:t>After that the room was all heat and wreckage.</w:t>
      </w:r>
    </w:p>
    <w:p>
      <w:r>
        <w:rPr>
          <w:rFonts w:ascii="IM Fell English" w:hAnsi="IM Fell English"/>
          <w:color w:val="141414"/>
          <w:sz w:val="24"/>
        </w:rPr>
        <w:t>Jennifer lay on her side on the rug, mouth swollen, chin shiny, laughing weakly every time someone walked past and nudged her with a foot. Jackie sat against a table leg with Jimmy’s jacket thrown over her bare shoulders and Katie’s fingers absentmindedly combing through her ruined hair. Lilith lit a cigarette by the window. Marcus drank water from crystal like a man off shift. Jimmy checked the time, nodded once to Katie, and stood.</w:t>
      </w:r>
    </w:p>
    <w:p>
      <w:r>
        <w:rPr>
          <w:rFonts w:ascii="IM Fell English" w:hAnsi="IM Fell English"/>
          <w:color w:val="141414"/>
          <w:sz w:val="24"/>
        </w:rPr>
        <w:t>“Lot’s theirs in the morning,” he said. “Notices will go out. Porn CCTV grid stays integrated. If middle management cries about the language, send them to me.”</w:t>
      </w:r>
    </w:p>
    <w:p>
      <w:r>
        <w:rPr>
          <w:rFonts w:ascii="IM Fell English" w:hAnsi="IM Fell English"/>
          <w:color w:val="141414"/>
          <w:sz w:val="24"/>
        </w:rPr>
        <w:t>Katie kissed Jackie’s temple, then leaned down and kissed Jennifer’s filthy mouth with open ownership.</w:t>
      </w:r>
    </w:p>
    <w:p>
      <w:r>
        <w:rPr>
          <w:rFonts w:ascii="IM Fell English" w:hAnsi="IM Fell English"/>
          <w:color w:val="141414"/>
          <w:sz w:val="24"/>
        </w:rPr>
        <w:t>“Sleep here one hour if you need. Then go home under my lenses and act like women who just got their kingdom restored.”</w:t>
      </w:r>
    </w:p>
    <w:p>
      <w:r>
        <w:rPr>
          <w:rFonts w:ascii="IM Fell English" w:hAnsi="IM Fell English"/>
          <w:color w:val="141414"/>
          <w:sz w:val="24"/>
        </w:rPr>
        <w:t>Jennifer, hoarse, smiled up at her.</w:t>
      </w:r>
    </w:p>
    <w:p>
      <w:r>
        <w:rPr>
          <w:rFonts w:ascii="IM Fell English" w:hAnsi="IM Fell English"/>
          <w:color w:val="141414"/>
          <w:sz w:val="24"/>
        </w:rPr>
        <w:t>“Did we earn it?”</w:t>
      </w:r>
    </w:p>
    <w:p>
      <w:r>
        <w:rPr>
          <w:rFonts w:ascii="IM Fell English" w:hAnsi="IM Fell English"/>
          <w:color w:val="141414"/>
          <w:sz w:val="24"/>
        </w:rPr>
        <w:t>Katie’s answer was simple.</w:t>
      </w:r>
    </w:p>
    <w:p>
      <w:r>
        <w:rPr>
          <w:rFonts w:ascii="IM Fell English" w:hAnsi="IM Fell English"/>
          <w:color w:val="141414"/>
          <w:sz w:val="24"/>
        </w:rPr>
        <w:t>“You’ve been earning it for five years. Tonight we stopped pretending otherwise.”</w:t>
      </w:r>
    </w:p>
    <w:p>
      <w:r>
        <w:rPr>
          <w:rFonts w:ascii="IM Fell English" w:hAnsi="IM Fell English"/>
          <w:color w:val="141414"/>
          <w:sz w:val="24"/>
        </w:rPr>
        <w:t>Jackie looked at Jennifer across the wrecked dining room—both marked, claimed, re-crowned, and still on a leash that had only become more honest.</w:t>
      </w:r>
    </w:p>
    <w:p>
      <w:r>
        <w:rPr>
          <w:rFonts w:ascii="IM Fell English" w:hAnsi="IM Fell English"/>
          <w:color w:val="141414"/>
          <w:sz w:val="24"/>
        </w:rPr>
        <w:t>“Tomorrow,” Jackie said.</w:t>
      </w:r>
    </w:p>
    <w:p>
      <w:r>
        <w:rPr>
          <w:rFonts w:ascii="IM Fell English" w:hAnsi="IM Fell English"/>
          <w:color w:val="141414"/>
          <w:sz w:val="24"/>
        </w:rPr>
        <w:t>Jennifer’s eyes shone.</w:t>
      </w:r>
    </w:p>
    <w:p>
      <w:r>
        <w:rPr>
          <w:rFonts w:ascii="IM Fell English" w:hAnsi="IM Fell English"/>
          <w:color w:val="141414"/>
          <w:sz w:val="24"/>
        </w:rPr>
        <w:t>“Tomorrow we make the building remember.”</w:t>
      </w:r>
    </w:p>
    <w:p>
      <w:r>
        <w:rPr>
          <w:rFonts w:ascii="IM Fell English" w:hAnsi="IM Fell English"/>
          <w:color w:val="141414"/>
          <w:sz w:val="24"/>
        </w:rPr>
        <w:t>They did not stay the hour.</w:t>
      </w:r>
    </w:p>
    <w:p>
      <w:r>
        <w:rPr>
          <w:rFonts w:ascii="IM Fell English" w:hAnsi="IM Fell English"/>
          <w:color w:val="141414"/>
          <w:sz w:val="24"/>
        </w:rPr>
        <w:t>Lena walked them to the door. Marcus handed Jackie her trousers and Jennifer her dress without comment. The drive home was quiet except for the low hum of the engine and the occasional wince when Jennifer shifted on the seat.</w:t>
      </w:r>
    </w:p>
    <w:p>
      <w:r>
        <w:rPr>
          <w:rFonts w:ascii="IM Fell English" w:hAnsi="IM Fell English"/>
          <w:color w:val="141414"/>
          <w:sz w:val="24"/>
        </w:rPr>
        <w:t>The gate accepted the code. The door locked. The cameras made their soft electronic acknowledgments in the corners. On the side table the black packet remained facedown, still sealed, suddenly less important than the bruises under clean clothes and the fact that Saiya’s lever was gone.</w:t>
      </w:r>
    </w:p>
    <w:p>
      <w:r>
        <w:rPr>
          <w:rFonts w:ascii="IM Fell English" w:hAnsi="IM Fell English"/>
          <w:color w:val="141414"/>
          <w:sz w:val="24"/>
        </w:rPr>
        <w:t>Jennifer dropped her bag, walked into the living room, and stood there with her hands on her hips.</w:t>
      </w:r>
    </w:p>
    <w:p>
      <w:r>
        <w:rPr>
          <w:rFonts w:ascii="IM Fell English" w:hAnsi="IM Fell English"/>
          <w:color w:val="141414"/>
          <w:sz w:val="24"/>
        </w:rPr>
        <w:t>“Say it.”</w:t>
      </w:r>
    </w:p>
    <w:p>
      <w:r>
        <w:rPr>
          <w:rFonts w:ascii="IM Fell English" w:hAnsi="IM Fell English"/>
          <w:color w:val="141414"/>
          <w:sz w:val="24"/>
        </w:rPr>
        <w:t>Jackie hung her jacket.</w:t>
      </w:r>
    </w:p>
    <w:p>
      <w:r>
        <w:rPr>
          <w:rFonts w:ascii="IM Fell English" w:hAnsi="IM Fell English"/>
          <w:color w:val="141414"/>
          <w:sz w:val="24"/>
        </w:rPr>
        <w:t>“Say what.”</w:t>
      </w:r>
    </w:p>
    <w:p>
      <w:r>
        <w:rPr>
          <w:rFonts w:ascii="IM Fell English" w:hAnsi="IM Fell English"/>
          <w:color w:val="141414"/>
          <w:sz w:val="24"/>
        </w:rPr>
        <w:t>“That we got the kingdom back because we’re useful whores with good numbers.”</w:t>
      </w:r>
    </w:p>
    <w:p>
      <w:r>
        <w:rPr>
          <w:rFonts w:ascii="IM Fell English" w:hAnsi="IM Fell English"/>
          <w:color w:val="141414"/>
          <w:sz w:val="24"/>
        </w:rPr>
        <w:t>Jackie looked at her for a long second, then nodded once.</w:t>
      </w:r>
    </w:p>
    <w:p>
      <w:r>
        <w:rPr>
          <w:rFonts w:ascii="IM Fell English" w:hAnsi="IM Fell English"/>
          <w:color w:val="141414"/>
          <w:sz w:val="24"/>
        </w:rPr>
        <w:t>“We got the kingdom back because we’re useful whores with good numbers.”</w:t>
      </w:r>
    </w:p>
    <w:p>
      <w:r>
        <w:rPr>
          <w:rFonts w:ascii="IM Fell English" w:hAnsi="IM Fell English"/>
          <w:color w:val="141414"/>
          <w:sz w:val="24"/>
        </w:rPr>
        <w:t>Jennifer’s mouth split into a delighted, exhausted grin.</w:t>
      </w:r>
    </w:p>
    <w:p>
      <w:r>
        <w:rPr>
          <w:rFonts w:ascii="IM Fell English" w:hAnsi="IM Fell English"/>
          <w:color w:val="141414"/>
          <w:sz w:val="24"/>
        </w:rPr>
        <w:t>“God, I love honesty.”</w:t>
      </w:r>
    </w:p>
    <w:p>
      <w:r>
        <w:rPr>
          <w:rFonts w:ascii="IM Fell English" w:hAnsi="IM Fell English"/>
          <w:color w:val="141414"/>
          <w:sz w:val="24"/>
        </w:rPr>
        <w:t>She crossed the room, hooked two fingers in Jackie’s waistband, and pulled. Jackie let herself be drawn in as far as the first kiss, then caught Jennifer’s wrist and stopped the second.</w:t>
      </w:r>
    </w:p>
    <w:p>
      <w:r>
        <w:rPr>
          <w:rFonts w:ascii="IM Fell English" w:hAnsi="IM Fell English"/>
          <w:color w:val="141414"/>
          <w:sz w:val="24"/>
        </w:rPr>
        <w:t>“Ask.”</w:t>
      </w:r>
    </w:p>
    <w:p>
      <w:r>
        <w:rPr>
          <w:rFonts w:ascii="IM Fell English" w:hAnsi="IM Fell English"/>
          <w:color w:val="141414"/>
          <w:sz w:val="24"/>
        </w:rPr>
        <w:t>Jennifer’s eyes flashed.</w:t>
      </w:r>
    </w:p>
    <w:p>
      <w:r>
        <w:rPr>
          <w:rFonts w:ascii="IM Fell English" w:hAnsi="IM Fell English"/>
          <w:color w:val="141414"/>
          <w:sz w:val="24"/>
        </w:rPr>
        <w:t>“You’re really doing household-command language after a founder fuck feast?”</w:t>
      </w:r>
    </w:p>
    <w:p>
      <w:r>
        <w:rPr>
          <w:rFonts w:ascii="IM Fell English" w:hAnsi="IM Fell English"/>
          <w:color w:val="141414"/>
          <w:sz w:val="24"/>
        </w:rPr>
        <w:t>“Yes.”</w:t>
      </w:r>
    </w:p>
    <w:p>
      <w:r>
        <w:rPr>
          <w:rFonts w:ascii="IM Fell English" w:hAnsi="IM Fell English"/>
          <w:color w:val="141414"/>
          <w:sz w:val="24"/>
        </w:rPr>
        <w:t>Jennifer searched her face, found no joke, and exhaled hard through her nose.</w:t>
      </w:r>
    </w:p>
    <w:p>
      <w:r>
        <w:rPr>
          <w:rFonts w:ascii="IM Fell English" w:hAnsi="IM Fell English"/>
          <w:color w:val="141414"/>
          <w:sz w:val="24"/>
        </w:rPr>
        <w:t>“Handle me.”</w:t>
      </w:r>
    </w:p>
    <w:p>
      <w:r>
        <w:rPr>
          <w:rFonts w:ascii="IM Fell English" w:hAnsi="IM Fell English"/>
          <w:color w:val="141414"/>
          <w:sz w:val="24"/>
        </w:rPr>
        <w:t>Jackie pointed at the rug.</w:t>
      </w:r>
    </w:p>
    <w:p>
      <w:r>
        <w:rPr>
          <w:rFonts w:ascii="IM Fell English" w:hAnsi="IM Fell English"/>
          <w:color w:val="141414"/>
          <w:sz w:val="24"/>
        </w:rPr>
        <w:t>“Knees.”</w:t>
      </w:r>
    </w:p>
    <w:p>
      <w:r>
        <w:rPr>
          <w:rFonts w:ascii="IM Fell English" w:hAnsi="IM Fell English"/>
          <w:color w:val="141414"/>
          <w:sz w:val="24"/>
        </w:rPr>
        <w:t>Jennifer went down at once, still in the dinner dress, mouth already open. Jackie freed herself, took Jennifer by the hair, and used her mouth in the living room under the camera lights with slow, exacting strokes. Not estate chaos. Home law. Jennifer moaned around her and tried to push deeper than she was given. Jackie held her still and made her take the pace she was allowed.</w:t>
      </w:r>
    </w:p>
    <w:p>
      <w:r>
        <w:rPr>
          <w:rFonts w:ascii="IM Fell English" w:hAnsi="IM Fell English"/>
          <w:color w:val="141414"/>
          <w:sz w:val="24"/>
        </w:rPr>
        <w:t>“You don’t run me because Jimmy smiled at your numbers,” Jackie said quietly. “You run the lot with me. In this house you still ask.”</w:t>
      </w:r>
    </w:p>
    <w:p>
      <w:r>
        <w:rPr>
          <w:rFonts w:ascii="IM Fell English" w:hAnsi="IM Fell English"/>
          <w:color w:val="141414"/>
          <w:sz w:val="24"/>
        </w:rPr>
        <w:t>Jennifer’s answer was wet and immediate, a muffled sound of agreement that made Jackie’s grip tighten. When Jackie finally pulled her off, Jennifer stayed kneeling with spit on her lower lip and pure satisfaction in her eyes.</w:t>
      </w:r>
    </w:p>
    <w:p>
      <w:r>
        <w:rPr>
          <w:rFonts w:ascii="IM Fell English" w:hAnsi="IM Fell English"/>
          <w:color w:val="141414"/>
          <w:sz w:val="24"/>
        </w:rPr>
        <w:t>“Thank you.”</w:t>
      </w:r>
    </w:p>
    <w:p>
      <w:r>
        <w:rPr>
          <w:rFonts w:ascii="IM Fell English" w:hAnsi="IM Fell English"/>
          <w:color w:val="141414"/>
          <w:sz w:val="24"/>
        </w:rPr>
        <w:t>Jackie thumbed her mouth clean.</w:t>
      </w:r>
    </w:p>
    <w:p>
      <w:r>
        <w:rPr>
          <w:rFonts w:ascii="IM Fell English" w:hAnsi="IM Fell English"/>
          <w:color w:val="141414"/>
          <w:sz w:val="24"/>
        </w:rPr>
        <w:t>“Shower. Then kitchen. If you start climbing the furniture because full power made you stupid, I’m putting you to sleep on the floor.”</w:t>
      </w:r>
    </w:p>
    <w:p>
      <w:r>
        <w:rPr>
          <w:rFonts w:ascii="IM Fell English" w:hAnsi="IM Fell English"/>
          <w:color w:val="141414"/>
          <w:sz w:val="24"/>
        </w:rPr>
        <w:t>Jennifer rose, kissed Jackie’s jaw once, and went.</w:t>
      </w:r>
    </w:p>
    <w:p>
      <w:r>
        <w:rPr>
          <w:rFonts w:ascii="IM Fell English" w:hAnsi="IM Fell English"/>
          <w:color w:val="141414"/>
          <w:sz w:val="24"/>
        </w:rPr>
        <w:t>The ceiling camera followed the movement in a tiny obedient turn.</w:t>
      </w:r>
    </w:p>
    <w:p>
      <w:r>
        <w:rPr>
          <w:rFonts w:ascii="IM Fell English" w:hAnsi="IM Fell English"/>
          <w:color w:val="141414"/>
          <w:sz w:val="24"/>
        </w:rPr>
        <w:t>They ate standing up, because sitting still felt like a different kind of obedience than either of them wanted after the estate. Jennifer stole from Jackie’s plate. Jackie let her, then slapped her hand when the stealing became performance. Jennifer laughed and ate a piece of cold chicken like a woman who had been crowned and face-fucked in the same night.</w:t>
      </w:r>
    </w:p>
    <w:p>
      <w:r>
        <w:rPr>
          <w:rFonts w:ascii="IM Fell English" w:hAnsi="IM Fell English"/>
          <w:color w:val="141414"/>
          <w:sz w:val="24"/>
        </w:rPr>
        <w:t>Later, in bed, Jennifer put Jackie’s hand over her sternum again and held it there.</w:t>
      </w:r>
    </w:p>
    <w:p>
      <w:r>
        <w:rPr>
          <w:rFonts w:ascii="IM Fell English" w:hAnsi="IM Fell English"/>
          <w:color w:val="141414"/>
          <w:sz w:val="24"/>
        </w:rPr>
        <w:t>“Stay.”</w:t>
      </w:r>
    </w:p>
    <w:p>
      <w:r>
        <w:rPr>
          <w:rFonts w:ascii="IM Fell English" w:hAnsi="IM Fell English"/>
          <w:color w:val="141414"/>
          <w:sz w:val="24"/>
        </w:rPr>
        <w:t>Jackie stayed.</w:t>
      </w:r>
    </w:p>
    <w:p>
      <w:r>
        <w:rPr>
          <w:rFonts w:ascii="IM Fell English" w:hAnsi="IM Fell English"/>
          <w:color w:val="141414"/>
          <w:sz w:val="24"/>
        </w:rPr>
        <w:t>In the living room the packet remained closed.</w:t>
      </w:r>
    </w:p>
    <w:p>
      <w:r>
        <w:rPr>
          <w:rFonts w:ascii="IM Fell English" w:hAnsi="IM Fell English"/>
          <w:color w:val="141414"/>
          <w:sz w:val="24"/>
        </w:rPr>
        <w:t>On the lot the building would wake to new notices and an open porn CCTV grid.</w:t>
      </w:r>
    </w:p>
    <w:p>
      <w:r>
        <w:rPr>
          <w:rFonts w:ascii="IM Fell English" w:hAnsi="IM Fell English"/>
          <w:color w:val="141414"/>
          <w:sz w:val="24"/>
        </w:rPr>
        <w:t>And somewhere beyond the cameras, Katie and Lilith—married, absolute, and still watching—closed the night the only way this family understood power:</w:t>
      </w:r>
    </w:p>
    <w:p>
      <w:r>
        <w:rPr>
          <w:rFonts w:ascii="IM Fell English" w:hAnsi="IM Fell English"/>
          <w:color w:val="141414"/>
          <w:sz w:val="24"/>
        </w:rPr>
        <w:t>not by speech alone,</w:t>
      </w:r>
    </w:p>
    <w:p>
      <w:r>
        <w:rPr>
          <w:rFonts w:ascii="IM Fell English" w:hAnsi="IM Fell English"/>
          <w:color w:val="141414"/>
          <w:sz w:val="24"/>
        </w:rPr>
        <w:t>but by appetite enforced in full view of the people who mattered.</w:t>
      </w:r>
    </w:p>
    <w:p>
      <w:pPr>
        <w:pStyle w:val="Heading1"/>
        <w:jc w:val="center"/>
      </w:pPr>
      <w:r>
        <w:rPr>
          <w:rFonts w:ascii="IM Fell English" w:hAnsi="IM Fell English"/>
          <w:color w:val="0D0D0D"/>
        </w:rPr>
        <w:t>CHAPTER 3 — PORN CCTV</w:t>
      </w:r>
    </w:p>
    <w:p>
      <w:r>
        <w:rPr>
          <w:rFonts w:ascii="IM Fell English" w:hAnsi="IM Fell English"/>
          <w:color w:val="141414"/>
          <w:sz w:val="24"/>
        </w:rPr>
        <w:t xml:space="preserve"> </w:t>
      </w:r>
      <w:r>
        <w:rPr>
          <w:rFonts w:ascii="IM Fell English" w:hAnsi="IM Fell English"/>
          <w:color w:val="141414"/>
          <w:sz w:val="24"/>
        </w:rPr>
      </w:r>
      <w:r>
        <w:rPr>
          <w:rFonts w:ascii="IM Fell English" w:hAnsi="IM Fell English"/>
          <w:color w:val="141414"/>
          <w:sz w:val="24"/>
        </w:rPr>
        <w:t>Jackie woke first.</w:t>
      </w:r>
    </w:p>
    <w:p>
      <w:r>
        <w:rPr>
          <w:rFonts w:ascii="IM Fell English" w:hAnsi="IM Fell English"/>
          <w:color w:val="141414"/>
          <w:sz w:val="24"/>
        </w:rPr>
        <w:t xml:space="preserve">A thin blade of light from the bathroom cut the bedroom's gloom. Jennifer lay prone, an arm buried beneath the pillow, the sheets a discarded heap at her waist. Faded amber shadows of past corrections haunted the backs of her thighs. Jackie tracked the steady, rhythmic tide of her breathing before placing a palm on the heat above her hip.  </w:t>
      </w:r>
    </w:p>
    <w:p>
      <w:r>
        <w:rPr>
          <w:rFonts w:ascii="IM Fell English" w:hAnsi="IM Fell English"/>
          <w:color w:val="141414"/>
          <w:sz w:val="24"/>
        </w:rPr>
        <w:t>Jennifer made a low sound but didn’t open her eyes.</w:t>
      </w:r>
    </w:p>
    <w:p>
      <w:r>
        <w:rPr>
          <w:rFonts w:ascii="IM Fell English" w:hAnsi="IM Fell English"/>
          <w:color w:val="141414"/>
          <w:sz w:val="24"/>
        </w:rPr>
        <w:t>“Studio day two under the new rules,” Jackie said quietly. “Coffee’s not going to make itself.”</w:t>
      </w:r>
    </w:p>
    <w:p>
      <w:r>
        <w:rPr>
          <w:rFonts w:ascii="IM Fell English" w:hAnsi="IM Fell English"/>
          <w:color w:val="141414"/>
          <w:sz w:val="24"/>
        </w:rPr>
        <w:t>“Five more minutes.”</w:t>
      </w:r>
    </w:p>
    <w:p>
      <w:r>
        <w:rPr>
          <w:rFonts w:ascii="IM Fell English" w:hAnsi="IM Fell English"/>
          <w:color w:val="141414"/>
          <w:sz w:val="24"/>
        </w:rPr>
        <w:t>“You said that yesterday.”</w:t>
      </w:r>
    </w:p>
    <w:p>
      <w:r>
        <w:rPr>
          <w:rFonts w:ascii="IM Fell English" w:hAnsi="IM Fell English"/>
          <w:color w:val="141414"/>
          <w:sz w:val="24"/>
        </w:rPr>
        <w:t>Jennifer turned her head just enough to crack one eye open. Her voice was thick with sleep. “You’re bossier when the packet’s still closed.”</w:t>
      </w:r>
    </w:p>
    <w:p>
      <w:r>
        <w:rPr>
          <w:rFonts w:ascii="IM Fell English" w:hAnsi="IM Fell English"/>
          <w:color w:val="141414"/>
          <w:sz w:val="24"/>
        </w:rPr>
        <w:t>Jackie leaned down and kissed the back of her shoulder, lips lingering against the faint salt of her skin. “I’m exactly as bossy as I need to be. Get up.”</w:t>
      </w:r>
    </w:p>
    <w:p>
      <w:r>
        <w:rPr>
          <w:rFonts w:ascii="IM Fell English" w:hAnsi="IM Fell English"/>
          <w:color w:val="141414"/>
          <w:sz w:val="24"/>
        </w:rPr>
        <w:t>They moved through the morning with the same easy rhythm they had reclaimed. Jennifer stood at the bathroom mirror in nothing but a towel, brushing her teeth while Jackie buttoned a black shirt behind her. The mirror showed the two of them in the soft light—marked, rested, and no longer pretending they were still in recovery.</w:t>
      </w:r>
    </w:p>
    <w:p>
      <w:r>
        <w:rPr>
          <w:rFonts w:ascii="IM Fell English" w:hAnsi="IM Fell English"/>
          <w:color w:val="141414"/>
          <w:sz w:val="24"/>
        </w:rPr>
        <w:t>Jennifer spat, rinsed, and caught Jackie’s eyes in the glass.</w:t>
      </w:r>
    </w:p>
    <w:p>
      <w:r>
        <w:rPr>
          <w:rFonts w:ascii="IM Fell English" w:hAnsi="IM Fell English"/>
          <w:color w:val="141414"/>
          <w:sz w:val="24"/>
        </w:rPr>
        <w:t>“You’re staring.”</w:t>
      </w:r>
    </w:p>
    <w:p>
      <w:r>
        <w:rPr>
          <w:rFonts w:ascii="IM Fell English" w:hAnsi="IM Fell English"/>
          <w:color w:val="141414"/>
          <w:sz w:val="24"/>
        </w:rPr>
        <w:t>“Can you blame me?”</w:t>
      </w:r>
    </w:p>
    <w:p>
      <w:r>
        <w:rPr>
          <w:rFonts w:ascii="IM Fell English" w:hAnsi="IM Fell English"/>
          <w:color w:val="141414"/>
          <w:sz w:val="24"/>
        </w:rPr>
        <w:t>Jennifer’s mouth curved. She turned, stepped in close, and slid her hands under Jackie’s open shirt, palms flat against bare skin. “We could be late.”</w:t>
      </w:r>
    </w:p>
    <w:p>
      <w:r>
        <w:rPr>
          <w:rFonts w:ascii="IM Fell English" w:hAnsi="IM Fell English"/>
          <w:color w:val="141414"/>
          <w:sz w:val="24"/>
        </w:rPr>
        <w:t>Jackie caught both wrists and pinned them lightly against the counter. Not hard. Just enough to remind her who held the line.</w:t>
      </w:r>
    </w:p>
    <w:p>
      <w:r>
        <w:rPr>
          <w:rFonts w:ascii="IM Fell English" w:hAnsi="IM Fell English"/>
          <w:color w:val="141414"/>
          <w:sz w:val="24"/>
        </w:rPr>
        <w:t>“We could. And then Saiya would put you on the north lot for the rest of the week. Alone. I’m not explaining to Katie why full power lasted exactly one day.”</w:t>
      </w:r>
    </w:p>
    <w:p>
      <w:r>
        <w:rPr>
          <w:rFonts w:ascii="IM Fell English" w:hAnsi="IM Fell English"/>
          <w:color w:val="141414"/>
          <w:sz w:val="24"/>
        </w:rPr>
        <w:t>Jennifer’s pulse jumped under Jackie’s thumbs. She smiled anyway. “You’re hot when you restore civilization.”</w:t>
      </w:r>
    </w:p>
    <w:p>
      <w:r>
        <w:rPr>
          <w:rFonts w:ascii="IM Fell English" w:hAnsi="IM Fell English"/>
          <w:color w:val="141414"/>
          <w:sz w:val="24"/>
        </w:rPr>
        <w:t>Jackie released her, finished the last button, and pointed at the closet. “Clothes. Now.”</w:t>
      </w:r>
    </w:p>
    <w:p>
      <w:r>
        <w:rPr>
          <w:rFonts w:ascii="IM Fell English" w:hAnsi="IM Fell English"/>
          <w:color w:val="141414"/>
          <w:sz w:val="24"/>
        </w:rPr>
        <w:t>They dressed without further negotiation. Jennifer chose a fitted black blouse and high-waisted trousers that made the remaining marks on her neck look deliberate. Jackie stayed in black slacks and the half-open shirt. Neither of them covered anything.</w:t>
      </w:r>
    </w:p>
    <w:p>
      <w:r>
        <w:rPr>
          <w:rFonts w:ascii="IM Fell English" w:hAnsi="IM Fell English"/>
          <w:color w:val="141414"/>
          <w:sz w:val="24"/>
        </w:rPr>
        <w:t>At the front door Jennifer paused with the keys.</w:t>
      </w:r>
    </w:p>
    <w:p>
      <w:r>
        <w:rPr>
          <w:rFonts w:ascii="IM Fell English" w:hAnsi="IM Fell English"/>
          <w:color w:val="141414"/>
          <w:sz w:val="24"/>
        </w:rPr>
        <w:t>“You feel it too,” she said. “The packet. It’s heavier today.”</w:t>
      </w:r>
    </w:p>
    <w:p>
      <w:r>
        <w:rPr>
          <w:rFonts w:ascii="IM Fell English" w:hAnsi="IM Fell English"/>
          <w:color w:val="141414"/>
          <w:sz w:val="24"/>
        </w:rPr>
        <w:t>Jackie glanced toward the living-room table. The black rectangle sat exactly where it had been left—facedown, sealed, patient.</w:t>
      </w:r>
    </w:p>
    <w:p>
      <w:r>
        <w:rPr>
          <w:rFonts w:ascii="IM Fell English" w:hAnsi="IM Fell English"/>
          <w:color w:val="141414"/>
          <w:sz w:val="24"/>
        </w:rPr>
        <w:t>“I feel it. I’m also not opening it. Get in the car.”</w:t>
      </w:r>
    </w:p>
    <w:p>
      <w:r>
        <w:rPr>
          <w:rFonts w:ascii="IM Fell English" w:hAnsi="IM Fell English"/>
          <w:color w:val="141414"/>
          <w:sz w:val="24"/>
        </w:rPr>
        <w:t xml:space="preserve">The lot had already digested the new notices: Full operational control restored, and the CCTV grid officially designated for the porn feed. People still straightened when Jackie and Jennifer entered, but the atmosphere had shifted. Eyes lingered. A pair of grips on the second-floor landing watched them pass with open interest, the old fear replaced by something hungrier. </w:t>
      </w:r>
    </w:p>
    <w:p>
      <w:r>
        <w:rPr>
          <w:rFonts w:ascii="IM Fell English" w:hAnsi="IM Fell English"/>
          <w:color w:val="141414"/>
          <w:sz w:val="24"/>
        </w:rPr>
        <w:t>Lisa met them halfway with the tablet and a carefully neutral face.</w:t>
      </w:r>
    </w:p>
    <w:p>
      <w:r>
        <w:rPr>
          <w:rFonts w:ascii="IM Fell English" w:hAnsi="IM Fell English"/>
          <w:color w:val="141414"/>
          <w:sz w:val="24"/>
        </w:rPr>
        <w:t>“Ms. Voss, Mrs. Voss. Set construction is on schedule. The new production coordinator is waiting in your office. Also… the memo went out. People are already pulling feeds.”</w:t>
      </w:r>
    </w:p>
    <w:p>
      <w:r>
        <w:rPr>
          <w:rFonts w:ascii="IM Fell English" w:hAnsi="IM Fell English"/>
          <w:color w:val="141414"/>
          <w:sz w:val="24"/>
        </w:rPr>
        <w:t>Jackie took the tablet, scanned the request, and handed it back. “Approve the overtime if they still need it. Tell the coordinator we’ll see him at nine-fifteen.”</w:t>
      </w:r>
    </w:p>
    <w:p>
      <w:r>
        <w:rPr>
          <w:rFonts w:ascii="IM Fell English" w:hAnsi="IM Fell English"/>
          <w:color w:val="141414"/>
          <w:sz w:val="24"/>
        </w:rPr>
        <w:t>Jennifer waited until Lisa was gone before speaking under her breath. “She’s trying so hard not to look curious.”</w:t>
      </w:r>
    </w:p>
    <w:p>
      <w:r>
        <w:rPr>
          <w:rFonts w:ascii="IM Fell English" w:hAnsi="IM Fell English"/>
          <w:color w:val="141414"/>
          <w:sz w:val="24"/>
        </w:rPr>
        <w:t>“She’s allowed to be curious. She’s not allowed to be slow. Move.”</w:t>
      </w:r>
    </w:p>
    <w:p>
      <w:r>
        <w:rPr>
          <w:rFonts w:ascii="IM Fell English" w:hAnsi="IM Fell English"/>
          <w:color w:val="141414"/>
          <w:sz w:val="24"/>
        </w:rPr>
        <w:t>The morning ran clean until eleven-forty.</w:t>
      </w:r>
    </w:p>
    <w:p>
      <w:r>
        <w:rPr>
          <w:rFonts w:ascii="IM Fell English" w:hAnsi="IM Fell English"/>
          <w:color w:val="141414"/>
          <w:sz w:val="24"/>
        </w:rPr>
        <w:t>Jackie was on the second-floor landing reviewing night-security angles when she heard Jennifer’s voice cut through the stairwell—not loud, but sharp enough to stop three PAs mid-step.</w:t>
      </w:r>
    </w:p>
    <w:p>
      <w:r>
        <w:rPr>
          <w:rFonts w:ascii="IM Fell English" w:hAnsi="IM Fell English"/>
          <w:color w:val="141414"/>
          <w:sz w:val="24"/>
        </w:rPr>
        <w:t>“Who signed off on that call sheet? No—don’t explain. Get every body that can walk to Stage C in ten minutes or start looking for work in coffee.”</w:t>
      </w:r>
    </w:p>
    <w:p>
      <w:r>
        <w:rPr>
          <w:rFonts w:ascii="IM Fell English" w:hAnsi="IM Fell English"/>
          <w:color w:val="141414"/>
          <w:sz w:val="24"/>
        </w:rPr>
        <w:t>Jackie reached the landing in time to see the color drain from the nearest assistant’s face. Jennifer stood with her arms crossed, boots planted, the exact expression she wore when the pressure in her teeth got louder than the job.</w:t>
      </w:r>
    </w:p>
    <w:p>
      <w:r>
        <w:rPr>
          <w:rFonts w:ascii="IM Fell English" w:hAnsi="IM Fell English"/>
          <w:color w:val="141414"/>
          <w:sz w:val="24"/>
        </w:rPr>
        <w:t>Jackie didn’t raise her voice.</w:t>
      </w:r>
    </w:p>
    <w:p>
      <w:r>
        <w:rPr>
          <w:rFonts w:ascii="IM Fell English" w:hAnsi="IM Fell English"/>
          <w:color w:val="141414"/>
          <w:sz w:val="24"/>
        </w:rPr>
        <w:t>“Jennifer.”</w:t>
      </w:r>
    </w:p>
    <w:p>
      <w:r>
        <w:rPr>
          <w:rFonts w:ascii="IM Fell English" w:hAnsi="IM Fell English"/>
          <w:color w:val="141414"/>
          <w:sz w:val="24"/>
        </w:rPr>
        <w:t>Jennifer turned, still hot. “I’m handling it.”</w:t>
      </w:r>
    </w:p>
    <w:p>
      <w:r>
        <w:rPr>
          <w:rFonts w:ascii="IM Fell English" w:hAnsi="IM Fell English"/>
          <w:color w:val="141414"/>
          <w:sz w:val="24"/>
        </w:rPr>
        <w:t>“You’re scarring it. Move the bodies. Save the sermon.”</w:t>
      </w:r>
    </w:p>
    <w:p>
      <w:r>
        <w:rPr>
          <w:rFonts w:ascii="IM Fell English" w:hAnsi="IM Fell English"/>
          <w:color w:val="141414"/>
          <w:sz w:val="24"/>
        </w:rPr>
        <w:t>For half a second the air between them tightened. Staff held their breath without meaning to. Then Jennifer exhaled through her teeth, pointed at the nearest PA, and snapped, “Stage C. Now. All of them.”</w:t>
      </w:r>
    </w:p>
    <w:p>
      <w:r>
        <w:rPr>
          <w:rFonts w:ascii="IM Fell English" w:hAnsi="IM Fell English"/>
          <w:color w:val="141414"/>
          <w:sz w:val="24"/>
        </w:rPr>
        <w:t>They ran.</w:t>
      </w:r>
    </w:p>
    <w:p>
      <w:r>
        <w:rPr>
          <w:rFonts w:ascii="IM Fell English" w:hAnsi="IM Fell English"/>
          <w:color w:val="141414"/>
          <w:sz w:val="24"/>
        </w:rPr>
        <w:t>Jackie waited until the stairwell cleared, then stepped in close enough that only Jennifer could hear.</w:t>
      </w:r>
    </w:p>
    <w:p>
      <w:r>
        <w:rPr>
          <w:rFonts w:ascii="IM Fell English" w:hAnsi="IM Fell English"/>
          <w:color w:val="141414"/>
          <w:sz w:val="24"/>
        </w:rPr>
        <w:t>“Office. Five minutes. Door open.”</w:t>
      </w:r>
    </w:p>
    <w:p>
      <w:r>
        <w:rPr>
          <w:rFonts w:ascii="IM Fell English" w:hAnsi="IM Fell English"/>
          <w:color w:val="141414"/>
          <w:sz w:val="24"/>
        </w:rPr>
        <w:t>Jennifer’s eyes shone with the almost. “Yes, boss.”</w:t>
      </w:r>
    </w:p>
    <w:p>
      <w:r>
        <w:rPr>
          <w:rFonts w:ascii="IM Fell English" w:hAnsi="IM Fell English"/>
          <w:color w:val="141414"/>
          <w:sz w:val="24"/>
        </w:rPr>
        <w:t>The shared office door stayed open.</w:t>
      </w:r>
    </w:p>
    <w:p>
      <w:r>
        <w:rPr>
          <w:rFonts w:ascii="IM Fell English" w:hAnsi="IM Fell English"/>
          <w:color w:val="141414"/>
          <w:sz w:val="24"/>
        </w:rPr>
        <w:t>Jackie sat on the edge of the desk. Jennifer locked eyes with the ceiling camera—the small black eye that now fed the porn CCTV grid—then dropped to her knees between Jackie’s chair and the desk. She looked up once.</w:t>
      </w:r>
    </w:p>
    <w:p>
      <w:r>
        <w:rPr>
          <w:rFonts w:ascii="IM Fell English" w:hAnsi="IM Fell English"/>
          <w:color w:val="141414"/>
          <w:sz w:val="24"/>
        </w:rPr>
        <w:t>“Ask.”</w:t>
      </w:r>
    </w:p>
    <w:p>
      <w:r>
        <w:rPr>
          <w:rFonts w:ascii="IM Fell English" w:hAnsi="IM Fell English"/>
          <w:color w:val="141414"/>
          <w:sz w:val="24"/>
        </w:rPr>
        <w:t>“Handle me. Where they can watch.”</w:t>
      </w:r>
    </w:p>
    <w:p>
      <w:r>
        <w:rPr>
          <w:rFonts w:ascii="IM Fell English" w:hAnsi="IM Fell English"/>
          <w:color w:val="141414"/>
          <w:sz w:val="24"/>
        </w:rPr>
        <w:t>Jackie freed herself, took Jennifer by the hair, and put her mouth to work in full view of the open doorway and the live feed. Jennifer opened for it at once, hungry and relieved, one hand braced on Jackie’s thigh. Footsteps slowed in the corridor. Someone stopped, then kept walking. The camera’s tiny light stayed steady. Somewhere on the lot, monitors updated.</w:t>
      </w:r>
    </w:p>
    <w:p>
      <w:r>
        <w:rPr>
          <w:rFonts w:ascii="IM Fell English" w:hAnsi="IM Fell English"/>
          <w:color w:val="141414"/>
          <w:sz w:val="24"/>
        </w:rPr>
        <w:t xml:space="preserve">Jackie kept her there until Jennifer’s posture broke and her sounds went unguarded. When Jackie pulled back, Jennifer stayed kneeling, breathing hard against Jackie’s thigh. </w:t>
      </w:r>
    </w:p>
    <w:p>
      <w:r>
        <w:rPr>
          <w:rFonts w:ascii="IM Fell English" w:hAnsi="IM Fell English"/>
          <w:color w:val="141414"/>
          <w:sz w:val="24"/>
        </w:rPr>
        <w:t>“Thank you.”</w:t>
      </w:r>
    </w:p>
    <w:p>
      <w:r>
        <w:rPr>
          <w:rFonts w:ascii="IM Fell English" w:hAnsi="IM Fell English"/>
          <w:color w:val="141414"/>
          <w:sz w:val="24"/>
        </w:rPr>
        <w:t>Jackie thumbed her mouth clean. “Get up. North-lot dispute in ten minutes. If you walk in looking like you just got used under a camera, keep the explanation boring.”</w:t>
      </w:r>
    </w:p>
    <w:p>
      <w:r>
        <w:rPr>
          <w:rFonts w:ascii="IM Fell English" w:hAnsi="IM Fell English"/>
          <w:color w:val="141414"/>
          <w:sz w:val="24"/>
        </w:rPr>
        <w:t>Jennifer stood, straightened Jackie’s collar with mock care, and murmured, “Yes, boss.”</w:t>
      </w:r>
    </w:p>
    <w:p>
      <w:r>
        <w:rPr>
          <w:rFonts w:ascii="IM Fell English" w:hAnsi="IM Fell English"/>
          <w:color w:val="141414"/>
          <w:sz w:val="24"/>
        </w:rPr>
        <w:t>This time she made the word filthy on purpose.</w:t>
      </w:r>
    </w:p>
    <w:p>
      <w:r>
        <w:rPr>
          <w:rFonts w:ascii="IM Fell English" w:hAnsi="IM Fell English"/>
          <w:color w:val="141414"/>
          <w:sz w:val="24"/>
        </w:rPr>
        <w:t>Jackie let her.</w:t>
      </w:r>
    </w:p>
    <w:p>
      <w:r>
        <w:rPr>
          <w:rFonts w:ascii="IM Fell English" w:hAnsi="IM Fell English"/>
          <w:color w:val="141414"/>
          <w:sz w:val="24"/>
        </w:rPr>
        <w:t>The north-lot dispute took twenty minutes and ended with a revised access list and one visiting assistant director who would not be returning. Jennifer handled the bodies. Jackie handled the perimeter. They crossed paths again on the second-floor landing just after noon. Jennifer’s eyes were still dark from the office. Jackie’s expression was calm.</w:t>
      </w:r>
    </w:p>
    <w:p>
      <w:r>
        <w:rPr>
          <w:rFonts w:ascii="IM Fell English" w:hAnsi="IM Fell English"/>
          <w:color w:val="141414"/>
          <w:sz w:val="24"/>
        </w:rPr>
        <w:t>Saiya appeared at the far end of the corridor, coffee in hand, and stopped long enough to look at both of them. Her gaze flicked once to the nearest camera, then back.</w:t>
      </w:r>
    </w:p>
    <w:p>
      <w:r>
        <w:rPr>
          <w:rFonts w:ascii="IM Fell English" w:hAnsi="IM Fell English"/>
          <w:color w:val="141414"/>
          <w:sz w:val="24"/>
        </w:rPr>
        <w:t>“Adequate,” she said, and kept walking.</w:t>
      </w:r>
    </w:p>
    <w:p>
      <w:r>
        <w:rPr>
          <w:rFonts w:ascii="IM Fell English" w:hAnsi="IM Fell English"/>
          <w:color w:val="141414"/>
          <w:sz w:val="24"/>
        </w:rPr>
        <w:t>Jennifer waited until she was gone. “She’s colder.”</w:t>
      </w:r>
    </w:p>
    <w:p>
      <w:r>
        <w:rPr>
          <w:rFonts w:ascii="IM Fell English" w:hAnsi="IM Fell English"/>
          <w:color w:val="141414"/>
          <w:sz w:val="24"/>
        </w:rPr>
        <w:t>“She’s directing. We’re running. That’s the deal.”</w:t>
      </w:r>
    </w:p>
    <w:p>
      <w:r>
        <w:rPr>
          <w:rFonts w:ascii="IM Fell English" w:hAnsi="IM Fell English"/>
          <w:color w:val="141414"/>
          <w:sz w:val="24"/>
        </w:rPr>
        <w:t>They ate lunch in the office with the door open. Jennifer sat on the desk again, boots off, one foot swinging. A pair of PAs slowed as they passed the open doorway, glanced at the camera in the corner, and kept moving. Jennifer watched them go and smiled into her sandwich.</w:t>
      </w:r>
    </w:p>
    <w:p>
      <w:r>
        <w:rPr>
          <w:rFonts w:ascii="IM Fell English" w:hAnsi="IM Fell English"/>
          <w:color w:val="141414"/>
          <w:sz w:val="24"/>
        </w:rPr>
        <w:t>“They’re going to be useless all afternoon.”</w:t>
      </w:r>
    </w:p>
    <w:p>
      <w:r>
        <w:rPr>
          <w:rFonts w:ascii="IM Fell English" w:hAnsi="IM Fell English"/>
          <w:color w:val="141414"/>
          <w:sz w:val="24"/>
        </w:rPr>
        <w:t>“They’re going to do their jobs or they’re going to find new ones. Finish eating. Stage B at four.”</w:t>
      </w:r>
    </w:p>
    <w:p>
      <w:r>
        <w:rPr>
          <w:rFonts w:ascii="IM Fell English" w:hAnsi="IM Fell English"/>
          <w:color w:val="141414"/>
          <w:sz w:val="24"/>
        </w:rPr>
        <w:t>Stage B at four was hot with bank lights and empty of talent. Jackie walked the perimeter while security control patched camera views to a handheld monitor. Jennifer stayed close, thumb moving over the screen, watching live corridors fill and empty.</w:t>
      </w:r>
    </w:p>
    <w:p>
      <w:r>
        <w:rPr>
          <w:rFonts w:ascii="IM Fell English" w:hAnsi="IM Fell English"/>
          <w:color w:val="141414"/>
          <w:sz w:val="24"/>
        </w:rPr>
        <w:t>“This is the part where you tell me home cameras and work cameras are different religions,” Jennifer said under her breath.</w:t>
      </w:r>
    </w:p>
    <w:p>
      <w:r>
        <w:rPr>
          <w:rFonts w:ascii="IM Fell English" w:hAnsi="IM Fell English"/>
          <w:color w:val="141414"/>
          <w:sz w:val="24"/>
        </w:rPr>
        <w:t>“They are.”</w:t>
      </w:r>
    </w:p>
    <w:p>
      <w:r>
        <w:rPr>
          <w:rFonts w:ascii="IM Fell English" w:hAnsi="IM Fell English"/>
          <w:color w:val="141414"/>
          <w:sz w:val="24"/>
        </w:rPr>
        <w:t>“One is Grandma and her wife. One is Mother.”</w:t>
      </w:r>
    </w:p>
    <w:p>
      <w:r>
        <w:rPr>
          <w:rFonts w:ascii="IM Fell English" w:hAnsi="IM Fell English"/>
          <w:color w:val="141414"/>
          <w:sz w:val="24"/>
        </w:rPr>
        <w:t>“One is Katie’s leash. One is Saiya’s building.” Jackie stopped under a catwalk and marked a dead corner on the monitor. “Neither is privacy. And now everyone gets to watch the same feeds we do.”</w:t>
      </w:r>
    </w:p>
    <w:p>
      <w:r>
        <w:rPr>
          <w:rFonts w:ascii="IM Fell English" w:hAnsi="IM Fell English"/>
          <w:color w:val="141414"/>
          <w:sz w:val="24"/>
        </w:rPr>
        <w:t>Jennifer looked up into the dark above them. “Do you miss private?”</w:t>
      </w:r>
    </w:p>
    <w:p>
      <w:r>
        <w:rPr>
          <w:rFonts w:ascii="IM Fell English" w:hAnsi="IM Fell English"/>
          <w:color w:val="141414"/>
          <w:sz w:val="24"/>
        </w:rPr>
        <w:t>Jackie handed her the monitor. “I miss quiet. Private was always a rumor in this family.”</w:t>
      </w:r>
    </w:p>
    <w:p>
      <w:r>
        <w:rPr>
          <w:rFonts w:ascii="IM Fell English" w:hAnsi="IM Fell English"/>
          <w:color w:val="141414"/>
          <w:sz w:val="24"/>
        </w:rPr>
        <w:t>A tech called over about a gate sensor. Jackie went to deal with it. Jennifer stayed under the catwalk a moment longer, watching the live corridors, then returned the monitor without another joke.</w:t>
      </w:r>
    </w:p>
    <w:p>
      <w:r>
        <w:rPr>
          <w:rFonts w:ascii="IM Fell English" w:hAnsi="IM Fell English"/>
          <w:color w:val="141414"/>
          <w:sz w:val="24"/>
        </w:rPr>
        <w:t>That almost worried Jackie more than the jokes.</w:t>
      </w:r>
    </w:p>
    <w:p>
      <w:r>
        <w:rPr>
          <w:rFonts w:ascii="IM Fell English" w:hAnsi="IM Fell English"/>
          <w:color w:val="141414"/>
          <w:sz w:val="24"/>
        </w:rPr>
        <w:t>They drove home after dark.</w:t>
      </w:r>
    </w:p>
    <w:p>
      <w:r>
        <w:rPr>
          <w:rFonts w:ascii="IM Fell English" w:hAnsi="IM Fell English"/>
          <w:color w:val="141414"/>
          <w:sz w:val="24"/>
        </w:rPr>
        <w:t xml:space="preserve">The mansion accepted them. No Lena, no Marcus—just the red pinlights of the cameras and the black packet, still facedown and patient. </w:t>
      </w:r>
    </w:p>
    <w:p>
      <w:r>
        <w:rPr>
          <w:rFonts w:ascii="IM Fell English" w:hAnsi="IM Fell English"/>
          <w:color w:val="141414"/>
          <w:sz w:val="24"/>
        </w:rPr>
        <w:t>Jennifer dropped her bag, walked straight to it, and stopped one foot short.</w:t>
      </w:r>
    </w:p>
    <w:p>
      <w:r>
        <w:rPr>
          <w:rFonts w:ascii="IM Fell English" w:hAnsi="IM Fell English"/>
          <w:color w:val="141414"/>
          <w:sz w:val="24"/>
        </w:rPr>
        <w:t>“I’m not opening it.”</w:t>
      </w:r>
    </w:p>
    <w:p>
      <w:r>
        <w:rPr>
          <w:rFonts w:ascii="IM Fell English" w:hAnsi="IM Fell English"/>
          <w:color w:val="141414"/>
          <w:sz w:val="24"/>
        </w:rPr>
        <w:t>“I know.”</w:t>
      </w:r>
    </w:p>
    <w:p>
      <w:r>
        <w:rPr>
          <w:rFonts w:ascii="IM Fell English" w:hAnsi="IM Fell English"/>
          <w:color w:val="141414"/>
          <w:sz w:val="24"/>
        </w:rPr>
        <w:t>“I’m just clarifying that I could.”</w:t>
      </w:r>
    </w:p>
    <w:p>
      <w:r>
        <w:rPr>
          <w:rFonts w:ascii="IM Fell English" w:hAnsi="IM Fell English"/>
          <w:color w:val="141414"/>
          <w:sz w:val="24"/>
        </w:rPr>
        <w:t>Jackie came up behind her, slid one arm around her waist, and put her mouth near Jennifer’s ear.</w:t>
      </w:r>
    </w:p>
    <w:p>
      <w:r>
        <w:rPr>
          <w:rFonts w:ascii="IM Fell English" w:hAnsi="IM Fell English"/>
          <w:color w:val="141414"/>
          <w:sz w:val="24"/>
        </w:rPr>
        <w:t>“You could. And then preparation would stop looking like work schedules and start looking like correction.”</w:t>
      </w:r>
    </w:p>
    <w:p>
      <w:r>
        <w:rPr>
          <w:rFonts w:ascii="IM Fell English" w:hAnsi="IM Fell English"/>
          <w:color w:val="141414"/>
          <w:sz w:val="24"/>
        </w:rPr>
        <w:t>Jennifer leaned back into her. “Say correction again.”</w:t>
      </w:r>
    </w:p>
    <w:p>
      <w:r>
        <w:rPr>
          <w:rFonts w:ascii="IM Fell English" w:hAnsi="IM Fell English"/>
          <w:color w:val="141414"/>
          <w:sz w:val="24"/>
        </w:rPr>
        <w:t>“No.”</w:t>
      </w:r>
    </w:p>
    <w:p>
      <w:r>
        <w:rPr>
          <w:rFonts w:ascii="IM Fell English" w:hAnsi="IM Fell English"/>
          <w:color w:val="141414"/>
          <w:sz w:val="24"/>
        </w:rPr>
        <w:t>Jennifer smiled at the packet. “I can feel it watching us. Stupid. It’s paper.”</w:t>
      </w:r>
    </w:p>
    <w:p>
      <w:r>
        <w:rPr>
          <w:rFonts w:ascii="IM Fell English" w:hAnsi="IM Fell English"/>
          <w:color w:val="141414"/>
          <w:sz w:val="24"/>
        </w:rPr>
        <w:t>“It’s paper with family behind it. Eat. Shower. If you need to be handled, you ask me. Not the ceiling. Not the table. Me.”</w:t>
      </w:r>
    </w:p>
    <w:p>
      <w:r>
        <w:rPr>
          <w:rFonts w:ascii="IM Fell English" w:hAnsi="IM Fell English"/>
          <w:color w:val="141414"/>
          <w:sz w:val="24"/>
        </w:rPr>
        <w:t>Jennifer turned in her arm, searched her face, and nodded once.</w:t>
      </w:r>
    </w:p>
    <w:p>
      <w:r>
        <w:rPr>
          <w:rFonts w:ascii="IM Fell English" w:hAnsi="IM Fell English"/>
          <w:color w:val="141414"/>
          <w:sz w:val="24"/>
        </w:rPr>
        <w:t>“Ask you.”</w:t>
      </w:r>
    </w:p>
    <w:p>
      <w:r>
        <w:rPr>
          <w:rFonts w:ascii="IM Fell English" w:hAnsi="IM Fell English"/>
          <w:color w:val="141414"/>
          <w:sz w:val="24"/>
        </w:rPr>
        <w:t>“Good.”</w:t>
      </w:r>
    </w:p>
    <w:p>
      <w:r>
        <w:rPr>
          <w:rFonts w:ascii="IM Fell English" w:hAnsi="IM Fell English"/>
          <w:color w:val="141414"/>
          <w:sz w:val="24"/>
        </w:rPr>
        <w:t>They made a late dinner out of leftovers and stood eating in the kitchen like people who had been too busy running a machine all day to remember plates. Jennifer stole food off Jackie’s fork. Jackie let her, then put two fingers against her mouth when the stealing became performance. Jennifer laughed and surrendered the point.</w:t>
      </w:r>
    </w:p>
    <w:p>
      <w:r>
        <w:rPr>
          <w:rFonts w:ascii="IM Fell English" w:hAnsi="IM Fell English"/>
          <w:color w:val="141414"/>
          <w:sz w:val="24"/>
        </w:rPr>
        <w:t>Later, in bed, Jennifer was quieter than usual. She put Jackie’s hand over her sternum without explanation and held it there.</w:t>
      </w:r>
    </w:p>
    <w:p>
      <w:r>
        <w:rPr>
          <w:rFonts w:ascii="IM Fell English" w:hAnsi="IM Fell English"/>
          <w:color w:val="141414"/>
          <w:sz w:val="24"/>
        </w:rPr>
        <w:t>“Not a scene,” she said. “Just stay.”</w:t>
      </w:r>
    </w:p>
    <w:p>
      <w:r>
        <w:rPr>
          <w:rFonts w:ascii="IM Fell English" w:hAnsi="IM Fell English"/>
          <w:color w:val="141414"/>
          <w:sz w:val="24"/>
        </w:rPr>
        <w:t>Jackie stayed.</w:t>
      </w:r>
    </w:p>
    <w:p>
      <w:r>
        <w:rPr>
          <w:rFonts w:ascii="IM Fell English" w:hAnsi="IM Fell English"/>
          <w:color w:val="141414"/>
          <w:sz w:val="24"/>
        </w:rPr>
        <w:t>In the living room the packet remained closed.</w:t>
      </w:r>
    </w:p>
    <w:p>
      <w:r>
        <w:rPr>
          <w:rFonts w:ascii="IM Fell English" w:hAnsi="IM Fell English"/>
          <w:color w:val="141414"/>
          <w:sz w:val="24"/>
        </w:rPr>
        <w:t>On the lot the porn CCTV ran through the night, replaying the office sequence for anyone who still had clearance and curiosity.</w:t>
      </w:r>
    </w:p>
    <w:p>
      <w:r>
        <w:rPr>
          <w:rFonts w:ascii="IM Fell English" w:hAnsi="IM Fell English"/>
          <w:color w:val="141414"/>
          <w:sz w:val="24"/>
        </w:rPr>
        <w:t>And somewhere beyond the cameras, Katie and Lilith—married, absolute, and still watching—let the first full day of restored power settle exactly the way they wanted it: open, useful, and still on a leash.</w:t>
      </w:r>
    </w:p>
    <w:p>
      <w:pPr>
        <w:pStyle w:val="Heading1"/>
        <w:jc w:val="center"/>
      </w:pPr>
      <w:r>
        <w:rPr>
          <w:rFonts w:ascii="IM Fell English" w:hAnsi="IM Fell English"/>
          <w:color w:val="0D0D0D"/>
        </w:rPr>
        <w:t>CHAPTER 4 — OPEN FEEDS</w:t>
      </w:r>
    </w:p>
    <w:p>
      <w:r>
        <w:rPr>
          <w:rFonts w:ascii="IM Fell English" w:hAnsi="IM Fell English"/>
          <w:color w:val="141414"/>
          <w:sz w:val="24"/>
        </w:rPr>
        <w:t>Jackie woke to the sound of Jennifer already moving.</w:t>
      </w:r>
    </w:p>
    <w:p>
      <w:r>
        <w:rPr>
          <w:rFonts w:ascii="IM Fell English" w:hAnsi="IM Fell English"/>
          <w:color w:val="141414"/>
          <w:sz w:val="24"/>
        </w:rPr>
        <w:t>The bedroom was still dim. Jennifer stood at the dresser in nothing but yesterday’s shirt, scrolling through her phone with one hand while the other rubbed absently at a bruise on her thigh. The ceiling camera’s tiny light was steady. Jackie watched her for a moment, then sat up.</w:t>
      </w:r>
    </w:p>
    <w:p>
      <w:r>
        <w:rPr>
          <w:rFonts w:ascii="IM Fell English" w:hAnsi="IM Fell English"/>
          <w:color w:val="141414"/>
          <w:sz w:val="24"/>
        </w:rPr>
        <w:t>“You’re up early.”</w:t>
      </w:r>
    </w:p>
    <w:p>
      <w:r>
        <w:rPr>
          <w:rFonts w:ascii="IM Fell English" w:hAnsi="IM Fell English"/>
          <w:color w:val="141414"/>
          <w:sz w:val="24"/>
        </w:rPr>
        <w:t>Jennifer didn’t turn around. “Porn CCTV numbers came in. Overnight views on the office sequence are higher than the last three investor meetings combined.”</w:t>
      </w:r>
    </w:p>
    <w:p>
      <w:r>
        <w:rPr>
          <w:rFonts w:ascii="IM Fell English" w:hAnsi="IM Fell English"/>
          <w:color w:val="141414"/>
          <w:sz w:val="24"/>
        </w:rPr>
        <w:t>Jackie swung her legs out of bed. “Corporate will be pleased.”</w:t>
      </w:r>
    </w:p>
    <w:p>
      <w:r>
        <w:rPr>
          <w:rFonts w:ascii="IM Fell English" w:hAnsi="IM Fell English"/>
          <w:color w:val="141414"/>
          <w:sz w:val="24"/>
        </w:rPr>
        <w:t>“Saiya sent a one-line reply to the whole production list. ‘Keep the marriage off the stairs. The feeds are sufficient.’” Jennifer finally looked over her shoulder. “She’s not even trying to sound warm anymore.”</w:t>
      </w:r>
    </w:p>
    <w:p>
      <w:r>
        <w:rPr>
          <w:rFonts w:ascii="IM Fell English" w:hAnsi="IM Fell English"/>
          <w:color w:val="141414"/>
          <w:sz w:val="24"/>
        </w:rPr>
        <w:t>“She’s directing. We’re running. That’s the deal we accepted at the estate.” Jackie stood, crossed to her, and took the phone. The numbers were real. Multiple departments had pulled the office feed more than once. A couple of visiting producer accounts had stayed on it for the full eleven minutes. “Get dressed. We’re not discussing view counts before coffee.”</w:t>
      </w:r>
    </w:p>
    <w:p>
      <w:r>
        <w:rPr>
          <w:rFonts w:ascii="IM Fell English" w:hAnsi="IM Fell English"/>
          <w:color w:val="141414"/>
          <w:sz w:val="24"/>
        </w:rPr>
        <w:t>Jennifer leaned back against the dresser, shirt riding high on her thighs. “We could give them a morning sequel. Right here. Camera’s already on.”</w:t>
      </w:r>
    </w:p>
    <w:p>
      <w:r>
        <w:rPr>
          <w:rFonts w:ascii="IM Fell English" w:hAnsi="IM Fell English"/>
          <w:color w:val="141414"/>
          <w:sz w:val="24"/>
        </w:rPr>
        <w:t>Jackie set the phone down, caught Jennifer’s wrists, and pinned them lightly to the wood. “Ask.”</w:t>
      </w:r>
    </w:p>
    <w:p>
      <w:r>
        <w:rPr>
          <w:rFonts w:ascii="IM Fell English" w:hAnsi="IM Fell English"/>
          <w:color w:val="141414"/>
          <w:sz w:val="24"/>
        </w:rPr>
        <w:t>Jennifer’s eyes darkened. “Handle me. Before we leave. Where the house feeds can see it.”</w:t>
      </w:r>
    </w:p>
    <w:p>
      <w:r>
        <w:rPr>
          <w:rFonts w:ascii="IM Fell English" w:hAnsi="IM Fell English"/>
          <w:color w:val="141414"/>
          <w:sz w:val="24"/>
        </w:rPr>
        <w:t>Jackie kissed her once—hard, short, owned—then released her. “Shower. Together. Then coffee. If you still need it after that, you ask again in the car. Not here. Not yet.”</w:t>
      </w:r>
    </w:p>
    <w:p>
      <w:r>
        <w:rPr>
          <w:rFonts w:ascii="IM Fell English" w:hAnsi="IM Fell English"/>
          <w:color w:val="141414"/>
          <w:sz w:val="24"/>
        </w:rPr>
        <w:t>Jennifer exhaled through her nose, but she moved.</w:t>
      </w:r>
    </w:p>
    <w:p>
      <w:r>
        <w:rPr>
          <w:rFonts w:ascii="IM Fell English" w:hAnsi="IM Fell English"/>
          <w:color w:val="141414"/>
          <w:sz w:val="24"/>
        </w:rPr>
        <w:t>They showered without turning it into a full scene. Jackie washed Jennifer’s hair. Jennifer returned the favor and kept her hands mostly respectful. By the time they reached the kitchen the restless line in Jennifer’s shoulders had eased, not disappeared.</w:t>
      </w:r>
    </w:p>
    <w:p>
      <w:r>
        <w:rPr>
          <w:rFonts w:ascii="IM Fell English" w:hAnsi="IM Fell English"/>
          <w:color w:val="141414"/>
          <w:sz w:val="24"/>
        </w:rPr>
        <w:t>Jennifer stole toast off Jackie’s plate and spoke around it. “Packet’s still closed.”</w:t>
      </w:r>
    </w:p>
    <w:p>
      <w:r>
        <w:rPr>
          <w:rFonts w:ascii="IM Fell English" w:hAnsi="IM Fell English"/>
          <w:color w:val="141414"/>
          <w:sz w:val="24"/>
        </w:rPr>
        <w:t>“I know.”</w:t>
      </w:r>
    </w:p>
    <w:p>
      <w:r>
        <w:rPr>
          <w:rFonts w:ascii="IM Fell English" w:hAnsi="IM Fell English"/>
          <w:color w:val="141414"/>
          <w:sz w:val="24"/>
        </w:rPr>
        <w:t>“Three days feels like a year when it’s sitting there watching us.”</w:t>
      </w:r>
    </w:p>
    <w:p>
      <w:r>
        <w:rPr>
          <w:rFonts w:ascii="IM Fell English" w:hAnsi="IM Fell English"/>
          <w:color w:val="141414"/>
          <w:sz w:val="24"/>
        </w:rPr>
        <w:t>Jackie poured coffee into the travel cups. “It’s paper. Family is behind it. We open it when Katie says. Until then we run the lot and we don’t break each other early. That’s the job.”</w:t>
      </w:r>
    </w:p>
    <w:p>
      <w:r>
        <w:rPr>
          <w:rFonts w:ascii="IM Fell English" w:hAnsi="IM Fell English"/>
          <w:color w:val="141414"/>
          <w:sz w:val="24"/>
        </w:rPr>
        <w:t>Jennifer accepted the cup. “Yes, boss.”</w:t>
      </w:r>
    </w:p>
    <w:p>
      <w:r>
        <w:rPr>
          <w:rFonts w:ascii="IM Fell English" w:hAnsi="IM Fell English"/>
          <w:color w:val="141414"/>
          <w:sz w:val="24"/>
        </w:rPr>
        <w:t>The lot was already watching when they arrived.</w:t>
      </w:r>
    </w:p>
    <w:p>
      <w:r>
        <w:rPr>
          <w:rFonts w:ascii="IM Fell English" w:hAnsi="IM Fell English"/>
          <w:color w:val="141414"/>
          <w:sz w:val="24"/>
        </w:rPr>
        <w:t>Carl waved them through with the same tired nod, but his eyes lingered a second longer on the open collar of Jackie’s shirt and the marks still visible on Jennifer’s neck. Lisa met them at the entrance with the tablet and a carefully blank expression.</w:t>
      </w:r>
    </w:p>
    <w:p>
      <w:r>
        <w:rPr>
          <w:rFonts w:ascii="IM Fell English" w:hAnsi="IM Fell English"/>
          <w:color w:val="141414"/>
          <w:sz w:val="24"/>
        </w:rPr>
        <w:t>“Ms. Voss, Mrs. Voss. Stage C has a talent no-show. Wet-down set is already lit. Visiting money man from the afternoon call is on the floor asking questions he doesn’t have clearance for. Also… the overnight numbers are circulating.”</w:t>
      </w:r>
    </w:p>
    <w:p>
      <w:r>
        <w:rPr>
          <w:rFonts w:ascii="IM Fell English" w:hAnsi="IM Fell English"/>
          <w:color w:val="141414"/>
          <w:sz w:val="24"/>
        </w:rPr>
        <w:t>Jackie took the tablet. “Kill the money man’s access until he remembers the grid rules. Reroute secondary talent to C. Jennifer, with me.”</w:t>
      </w:r>
    </w:p>
    <w:p>
      <w:r>
        <w:rPr>
          <w:rFonts w:ascii="IM Fell English" w:hAnsi="IM Fell English"/>
          <w:color w:val="141414"/>
          <w:sz w:val="24"/>
        </w:rPr>
        <w:t>They handled the no-show in twenty minutes. Jennifer rebuilt the sequence board on her feet while Jackie locked the perimeter and stripped the visiting producer’s temporary credentials on the spot. By the time the set was turning again, two different monitors in the security office were replaying the previous day’s office feed on a loop. No one bothered to hide it.</w:t>
      </w:r>
    </w:p>
    <w:p>
      <w:r>
        <w:rPr>
          <w:rFonts w:ascii="IM Fell English" w:hAnsi="IM Fell English"/>
          <w:color w:val="141414"/>
          <w:sz w:val="24"/>
        </w:rPr>
        <w:t>At 11:40 the fracture came from the stairwell again.</w:t>
      </w:r>
    </w:p>
    <w:p>
      <w:r>
        <w:rPr>
          <w:rFonts w:ascii="IM Fell English" w:hAnsi="IM Fell English"/>
          <w:color w:val="141414"/>
          <w:sz w:val="24"/>
        </w:rPr>
        <w:t>Jackie heard Jennifer’s voice first—sharp, controlled, but carrying.</w:t>
      </w:r>
    </w:p>
    <w:p>
      <w:r>
        <w:rPr>
          <w:rFonts w:ascii="IM Fell English" w:hAnsi="IM Fell English"/>
          <w:color w:val="141414"/>
          <w:sz w:val="24"/>
        </w:rPr>
        <w:t>“Who signed off on that call sheet revision? No. Don’t explain. Get every body that belongs on C back here in eight minutes or start updating your résumés.”</w:t>
      </w:r>
    </w:p>
    <w:p>
      <w:r>
        <w:rPr>
          <w:rFonts w:ascii="IM Fell English" w:hAnsi="IM Fell English"/>
          <w:color w:val="141414"/>
          <w:sz w:val="24"/>
        </w:rPr>
        <w:t>Jackie reached the landing in time to see three PAs freeze and one production assistant stare at Jennifer like the corridor itself might become the next feed. Jackie’s hand twitched at her side. Old instinct. Throat. Wall. End it.</w:t>
      </w:r>
    </w:p>
    <w:p>
      <w:r>
        <w:rPr>
          <w:rFonts w:ascii="IM Fell English" w:hAnsi="IM Fell English"/>
          <w:color w:val="141414"/>
          <w:sz w:val="24"/>
        </w:rPr>
        <w:t>She didn’t touch her.</w:t>
      </w:r>
    </w:p>
    <w:p>
      <w:r>
        <w:rPr>
          <w:rFonts w:ascii="IM Fell English" w:hAnsi="IM Fell English"/>
          <w:color w:val="141414"/>
          <w:sz w:val="24"/>
        </w:rPr>
        <w:t>“Jennifer.”</w:t>
      </w:r>
    </w:p>
    <w:p>
      <w:r>
        <w:rPr>
          <w:rFonts w:ascii="IM Fell English" w:hAnsi="IM Fell English"/>
          <w:color w:val="141414"/>
          <w:sz w:val="24"/>
        </w:rPr>
        <w:t>Jennifer turned, still hot. “I’m handling it.”</w:t>
      </w:r>
    </w:p>
    <w:p>
      <w:r>
        <w:rPr>
          <w:rFonts w:ascii="IM Fell English" w:hAnsi="IM Fell English"/>
          <w:color w:val="141414"/>
          <w:sz w:val="24"/>
        </w:rPr>
        <w:t>“You’re scarring it. Move the bodies. Save the sermon for somewhere the cameras already expect it.”</w:t>
      </w:r>
    </w:p>
    <w:p>
      <w:r>
        <w:rPr>
          <w:rFonts w:ascii="IM Fell English" w:hAnsi="IM Fell English"/>
          <w:color w:val="141414"/>
          <w:sz w:val="24"/>
        </w:rPr>
        <w:t>For half a second the air between them tightened. Staff held their breath without meaning to. Then Jennifer exhaled through her teeth, pointed at the nearest PA, and snapped, “Stage C. Now. All of them.”</w:t>
      </w:r>
    </w:p>
    <w:p>
      <w:r>
        <w:rPr>
          <w:rFonts w:ascii="IM Fell English" w:hAnsi="IM Fell English"/>
          <w:color w:val="141414"/>
          <w:sz w:val="24"/>
        </w:rPr>
        <w:t>They ran.</w:t>
      </w:r>
    </w:p>
    <w:p>
      <w:r>
        <w:rPr>
          <w:rFonts w:ascii="IM Fell English" w:hAnsi="IM Fell English"/>
          <w:color w:val="141414"/>
          <w:sz w:val="24"/>
        </w:rPr>
        <w:t>Jackie waited until the stairwell cleared, then stepped in close enough that only Jennifer could hear.</w:t>
      </w:r>
    </w:p>
    <w:p>
      <w:r>
        <w:rPr>
          <w:rFonts w:ascii="IM Fell English" w:hAnsi="IM Fell English"/>
          <w:color w:val="141414"/>
          <w:sz w:val="24"/>
        </w:rPr>
        <w:t>“Office. Five minutes. Door open.”</w:t>
      </w:r>
    </w:p>
    <w:p>
      <w:r>
        <w:rPr>
          <w:rFonts w:ascii="IM Fell English" w:hAnsi="IM Fell English"/>
          <w:color w:val="141414"/>
          <w:sz w:val="24"/>
        </w:rPr>
        <w:t>Jennifer’s eyes shone with the almost. “Yes, boss.”</w:t>
      </w:r>
    </w:p>
    <w:p>
      <w:r>
        <w:rPr>
          <w:rFonts w:ascii="IM Fell English" w:hAnsi="IM Fell English"/>
          <w:color w:val="141414"/>
          <w:sz w:val="24"/>
        </w:rPr>
        <w:t>The shared office door stayed open.</w:t>
      </w:r>
    </w:p>
    <w:p>
      <w:r>
        <w:rPr>
          <w:rFonts w:ascii="IM Fell English" w:hAnsi="IM Fell English"/>
          <w:color w:val="141414"/>
          <w:sz w:val="24"/>
        </w:rPr>
        <w:t>Jackie sat on the edge of the desk. Jennifer locked eyes with the ceiling camera, then dropped to her knees without being told. She looked up once.</w:t>
      </w:r>
    </w:p>
    <w:p>
      <w:r>
        <w:rPr>
          <w:rFonts w:ascii="IM Fell English" w:hAnsi="IM Fell English"/>
          <w:color w:val="141414"/>
          <w:sz w:val="24"/>
        </w:rPr>
        <w:t>“Ask.”</w:t>
      </w:r>
    </w:p>
    <w:p>
      <w:r>
        <w:rPr>
          <w:rFonts w:ascii="IM Fell English" w:hAnsi="IM Fell English"/>
          <w:color w:val="141414"/>
          <w:sz w:val="24"/>
        </w:rPr>
        <w:t>“Handle me. Where they can all watch. Hard enough that I stop wanting to burn the next hallway.”</w:t>
      </w:r>
    </w:p>
    <w:p>
      <w:r>
        <w:rPr>
          <w:rFonts w:ascii="IM Fell English" w:hAnsi="IM Fell English"/>
          <w:color w:val="141414"/>
          <w:sz w:val="24"/>
        </w:rPr>
        <w:t>Jackie freed herself, took Jennifer by the hair, and put her mouth to work in full view of the open doorway and the live porn CCTV feed. Jennifer opened for it at once, hungry and relieved. Footsteps slowed in the corridor. Someone stopped, then kept walking. The camera’s light stayed steady.</w:t>
      </w:r>
    </w:p>
    <w:p>
      <w:r>
        <w:rPr>
          <w:rFonts w:ascii="IM Fell English" w:hAnsi="IM Fell English"/>
          <w:color w:val="141414"/>
          <w:sz w:val="24"/>
        </w:rPr>
        <w:t>Jackie kept her there until the restless line broke and Jennifer’s sounds went wet and unguarded. When she finally pulled her off, Jennifer stayed kneeling, lips shiny, breathing hard, forehead against Jackie’s thigh.</w:t>
      </w:r>
    </w:p>
    <w:p>
      <w:r>
        <w:rPr>
          <w:rFonts w:ascii="IM Fell English" w:hAnsi="IM Fell English"/>
          <w:color w:val="141414"/>
          <w:sz w:val="24"/>
        </w:rPr>
        <w:t>“Thank you.”</w:t>
      </w:r>
    </w:p>
    <w:p>
      <w:r>
        <w:rPr>
          <w:rFonts w:ascii="IM Fell English" w:hAnsi="IM Fell English"/>
          <w:color w:val="141414"/>
          <w:sz w:val="24"/>
        </w:rPr>
        <w:t>Jackie thumbed her mouth clean. “Get up. Stage B walkthrough in fifteen. If you walk in looking used, keep the explanation boring.”</w:t>
      </w:r>
    </w:p>
    <w:p>
      <w:r>
        <w:rPr>
          <w:rFonts w:ascii="IM Fell English" w:hAnsi="IM Fell English"/>
          <w:color w:val="141414"/>
          <w:sz w:val="24"/>
        </w:rPr>
        <w:t>Jennifer stood, straightened Jackie’s collar, and made the word filthy on purpose.</w:t>
      </w:r>
    </w:p>
    <w:p>
      <w:r>
        <w:rPr>
          <w:rFonts w:ascii="IM Fell English" w:hAnsi="IM Fell English"/>
          <w:color w:val="141414"/>
          <w:sz w:val="24"/>
        </w:rPr>
        <w:t>“Yes, boss.”</w:t>
      </w:r>
    </w:p>
    <w:p>
      <w:r>
        <w:rPr>
          <w:rFonts w:ascii="IM Fell English" w:hAnsi="IM Fell English"/>
          <w:color w:val="141414"/>
          <w:sz w:val="24"/>
        </w:rPr>
        <w:t>Jackie let her.</w:t>
      </w:r>
    </w:p>
    <w:p>
      <w:r>
        <w:rPr>
          <w:rFonts w:ascii="IM Fell English" w:hAnsi="IM Fell English"/>
          <w:color w:val="141414"/>
          <w:sz w:val="24"/>
        </w:rPr>
        <w:t>They closed the board at six. Saiya sent a single line to both phones as they walked out:</w:t>
      </w:r>
    </w:p>
    <w:p>
      <w:r>
        <w:rPr>
          <w:rFonts w:ascii="IM Fell English" w:hAnsi="IM Fell English"/>
          <w:i/>
          <w:color w:val="141414"/>
          <w:sz w:val="24"/>
        </w:rPr>
        <w:t>Feeds are sufficient. Keep the marriage off the stairs.</w:t>
      </w:r>
    </w:p>
    <w:p>
      <w:r>
        <w:rPr>
          <w:rFonts w:ascii="IM Fell English" w:hAnsi="IM Fell English"/>
          <w:color w:val="141414"/>
          <w:sz w:val="24"/>
        </w:rPr>
        <w:t>Jennifer read it aloud in the parking structure and laughed once, sharp. “Motherhood.”</w:t>
      </w:r>
    </w:p>
    <w:p>
      <w:r>
        <w:rPr>
          <w:rFonts w:ascii="IM Fell English" w:hAnsi="IM Fell English"/>
          <w:color w:val="141414"/>
          <w:sz w:val="24"/>
        </w:rPr>
        <w:t>Jackie opened the car. “Get in.”</w:t>
      </w:r>
    </w:p>
    <w:p>
      <w:r>
        <w:rPr>
          <w:rFonts w:ascii="IM Fell English" w:hAnsi="IM Fell English"/>
          <w:color w:val="141414"/>
          <w:sz w:val="24"/>
        </w:rPr>
        <w:t>She drove them one structure over again, to the covered executive level the cameras still owned and the staff rarely used after wrap. Engine off. Seat belts off. Jennifer waited with her hands on her thighs like a woman who had held posture all day and wanted the reward and the correction in the same breath.</w:t>
      </w:r>
    </w:p>
    <w:p>
      <w:r>
        <w:rPr>
          <w:rFonts w:ascii="IM Fell English" w:hAnsi="IM Fell English"/>
          <w:color w:val="141414"/>
          <w:sz w:val="24"/>
        </w:rPr>
        <w:t>“Ask,” Jackie said.</w:t>
      </w:r>
    </w:p>
    <w:p>
      <w:r>
        <w:rPr>
          <w:rFonts w:ascii="IM Fell English" w:hAnsi="IM Fell English"/>
          <w:color w:val="141414"/>
          <w:sz w:val="24"/>
        </w:rPr>
        <w:t>Jennifer looked straight at her. “Handle me. Hard enough that I stop vibrating before we hit the gate.”</w:t>
      </w:r>
    </w:p>
    <w:p>
      <w:r>
        <w:rPr>
          <w:rFonts w:ascii="IM Fell English" w:hAnsi="IM Fell English"/>
          <w:color w:val="141414"/>
          <w:sz w:val="24"/>
        </w:rPr>
        <w:t>Jackie took her by the hair, pulled her across the console, and used her mouth with no interest in softness. Jennifer opened for it at once. When Jackie finally pulled her off, Jennifer stayed bent, breathing hard, forehead against Jackie’s hip.</w:t>
      </w:r>
    </w:p>
    <w:p>
      <w:r>
        <w:rPr>
          <w:rFonts w:ascii="IM Fell English" w:hAnsi="IM Fell English"/>
          <w:color w:val="141414"/>
          <w:sz w:val="24"/>
        </w:rPr>
        <w:t>“Home,” Jackie said. “That was enough.”</w:t>
      </w:r>
    </w:p>
    <w:p>
      <w:r>
        <w:rPr>
          <w:rFonts w:ascii="IM Fell English" w:hAnsi="IM Fell English"/>
          <w:color w:val="141414"/>
          <w:sz w:val="24"/>
        </w:rPr>
        <w:t>Jennifer sat back, wiped her mouth, and stared through the windscreen at concrete. “The packet’s going to open soon.”</w:t>
      </w:r>
    </w:p>
    <w:p>
      <w:r>
        <w:rPr>
          <w:rFonts w:ascii="IM Fell English" w:hAnsi="IM Fell English"/>
          <w:color w:val="141414"/>
          <w:sz w:val="24"/>
        </w:rPr>
        <w:t>Jackie started the engine. “Probably.”</w:t>
      </w:r>
    </w:p>
    <w:p>
      <w:r>
        <w:rPr>
          <w:rFonts w:ascii="IM Fell English" w:hAnsi="IM Fell English"/>
          <w:color w:val="141414"/>
          <w:sz w:val="24"/>
        </w:rPr>
        <w:t>“Full power first. Open feeds second. Sealed thing third. That’s a sequence.”</w:t>
      </w:r>
    </w:p>
    <w:p>
      <w:r>
        <w:rPr>
          <w:rFonts w:ascii="IM Fell English" w:hAnsi="IM Fell English"/>
          <w:color w:val="141414"/>
          <w:sz w:val="24"/>
        </w:rPr>
        <w:t>Jackie pulled out of the space. “It’s a sequence. Don’t write the ending in the parking structure.”</w:t>
      </w:r>
    </w:p>
    <w:p>
      <w:r>
        <w:rPr>
          <w:rFonts w:ascii="IM Fell English" w:hAnsi="IM Fell English"/>
          <w:color w:val="141414"/>
          <w:sz w:val="24"/>
        </w:rPr>
        <w:t>On the drive home the city moved past like ordinary life. Behind them the studio held their restored names and an open porn CCTV grid that had already archived two new sequences. Ahead of them the mansion waited with live lenses and a facedown black packet that felt heavier every night it stayed closed.</w:t>
      </w:r>
    </w:p>
    <w:p>
      <w:r>
        <w:rPr>
          <w:rFonts w:ascii="IM Fell English" w:hAnsi="IM Fell English"/>
          <w:color w:val="141414"/>
          <w:sz w:val="24"/>
        </w:rPr>
        <w:t>Jennifer spoke only once more before the gate.</w:t>
      </w:r>
    </w:p>
    <w:p>
      <w:r>
        <w:rPr>
          <w:rFonts w:ascii="IM Fell English" w:hAnsi="IM Fell English"/>
          <w:color w:val="141414"/>
          <w:sz w:val="24"/>
        </w:rPr>
        <w:t>“If I almost fracture the building again tomorrow, don’t warn me in a whisper.”</w:t>
      </w:r>
    </w:p>
    <w:p>
      <w:r>
        <w:rPr>
          <w:rFonts w:ascii="IM Fell English" w:hAnsi="IM Fell English"/>
          <w:color w:val="141414"/>
          <w:sz w:val="24"/>
        </w:rPr>
        <w:t>Jackie’s hands stayed steady on the wheel. “I won’t. I’ll end it on the spot and take the still frame.”</w:t>
      </w:r>
    </w:p>
    <w:p>
      <w:r>
        <w:rPr>
          <w:rFonts w:ascii="IM Fell English" w:hAnsi="IM Fell English"/>
          <w:color w:val="141414"/>
          <w:sz w:val="24"/>
        </w:rPr>
        <w:t>Jennifer smiled at the side window, small and sincere. “Good.”</w:t>
      </w:r>
    </w:p>
    <w:p>
      <w:r>
        <w:rPr>
          <w:rFonts w:ascii="IM Fell English" w:hAnsi="IM Fell English"/>
          <w:color w:val="141414"/>
          <w:sz w:val="24"/>
        </w:rPr>
        <w:t>The gate opened.</w:t>
      </w:r>
    </w:p>
    <w:p>
      <w:r>
        <w:rPr>
          <w:rFonts w:ascii="IM Fell English" w:hAnsi="IM Fell English"/>
          <w:color w:val="141414"/>
          <w:sz w:val="24"/>
        </w:rPr>
        <w:t>The house accepted them under watch.</w:t>
      </w:r>
    </w:p>
    <w:p>
      <w:r>
        <w:rPr>
          <w:rFonts w:ascii="IM Fell English" w:hAnsi="IM Fell English"/>
          <w:color w:val="141414"/>
          <w:sz w:val="24"/>
        </w:rPr>
        <w:t>And the day closed on the truth the open feeds had made plain:</w:t>
      </w:r>
    </w:p>
    <w:p>
      <w:r>
        <w:rPr>
          <w:rFonts w:ascii="IM Fell English" w:hAnsi="IM Fell English"/>
          <w:color w:val="141414"/>
          <w:sz w:val="24"/>
        </w:rPr>
        <w:t>they could run the machine,</w:t>
      </w:r>
    </w:p>
    <w:p>
      <w:r>
        <w:rPr>
          <w:rFonts w:ascii="IM Fell English" w:hAnsi="IM Fell English"/>
          <w:color w:val="141414"/>
          <w:sz w:val="24"/>
        </w:rPr>
        <w:t>they could use each other where everyone was allowed to watch,</w:t>
      </w:r>
    </w:p>
    <w:p>
      <w:r>
        <w:rPr>
          <w:rFonts w:ascii="IM Fell English" w:hAnsi="IM Fell English"/>
          <w:color w:val="141414"/>
          <w:sz w:val="24"/>
        </w:rPr>
        <w:t>and the only thing still unopened was the black rectangle on the side table—waiting, patient, and no longer the heaviest thing in the house.</w:t>
      </w:r>
    </w:p>
    <w:p>
      <w:pPr>
        <w:pStyle w:val="Heading1"/>
        <w:jc w:val="center"/>
      </w:pPr>
      <w:r>
        <w:rPr>
          <w:rFonts w:ascii="IM Fell English" w:hAnsi="IM Fell English"/>
          <w:color w:val="0D0D0D"/>
        </w:rPr>
        <w:t>CHAPTER 5 — FIRST OFFER</w:t>
      </w:r>
    </w:p>
    <w:p>
      <w:r>
        <w:rPr>
          <w:rFonts w:ascii="IM Fell English" w:hAnsi="IM Fell English"/>
          <w:color w:val="141414"/>
          <w:sz w:val="24"/>
        </w:rPr>
        <w:t>The collar came out of the bottom drawer on the fifth morning.</w:t>
      </w:r>
    </w:p>
    <w:p>
      <w:r>
        <w:rPr>
          <w:rFonts w:ascii="IM Fell English" w:hAnsi="IM Fell English"/>
          <w:color w:val="141414"/>
          <w:sz w:val="24"/>
        </w:rPr>
        <w:t>Jackie set it on the kitchen counter next to the coffee cups. Simple black leather, silver ring, no lock yet. The engraved plate on the front was still blank.</w:t>
      </w:r>
    </w:p>
    <w:p>
      <w:r>
        <w:rPr>
          <w:rFonts w:ascii="IM Fell English" w:hAnsi="IM Fell English"/>
          <w:color w:val="141414"/>
          <w:sz w:val="24"/>
        </w:rPr>
        <w:t>Jennifer stared at it while she buttered toast. “That’s new.”</w:t>
      </w:r>
    </w:p>
    <w:p>
      <w:r>
        <w:rPr>
          <w:rFonts w:ascii="IM Fell English" w:hAnsi="IM Fell English"/>
          <w:color w:val="141414"/>
          <w:sz w:val="24"/>
        </w:rPr>
        <w:t>“It’s been in the drawer since the estate. Katie had Lena drop it off with the packet. I was waiting until the feeds settled.”</w:t>
      </w:r>
    </w:p>
    <w:p>
      <w:r>
        <w:rPr>
          <w:rFonts w:ascii="IM Fell English" w:hAnsi="IM Fell English"/>
          <w:color w:val="141414"/>
          <w:sz w:val="24"/>
        </w:rPr>
        <w:t>Jennifer picked it up, turned it over, and ran her thumb across the empty plate. “What are you putting on it?”</w:t>
      </w:r>
    </w:p>
    <w:p>
      <w:r>
        <w:rPr>
          <w:rFonts w:ascii="IM Fell English" w:hAnsi="IM Fell English"/>
          <w:color w:val="141414"/>
          <w:sz w:val="24"/>
        </w:rPr>
        <w:t>Jackie took a sip of coffee. “Haven’t decided. Something true. Something that makes the crew read it twice.”</w:t>
      </w:r>
    </w:p>
    <w:p>
      <w:r>
        <w:rPr>
          <w:rFonts w:ascii="IM Fell English" w:hAnsi="IM Fell English"/>
          <w:color w:val="141414"/>
          <w:sz w:val="24"/>
        </w:rPr>
        <w:t>Jennifer’s mouth curved. “Cheating Wife For Rent.”</w:t>
      </w:r>
    </w:p>
    <w:p>
      <w:r>
        <w:rPr>
          <w:rFonts w:ascii="IM Fell English" w:hAnsi="IM Fell English"/>
          <w:color w:val="141414"/>
          <w:sz w:val="24"/>
        </w:rPr>
        <w:t>“Or Own for a Day. Or Property of the Lot. We’ll decide when I put it on you.”</w:t>
      </w:r>
    </w:p>
    <w:p>
      <w:r>
        <w:rPr>
          <w:rFonts w:ascii="IM Fell English" w:hAnsi="IM Fell English"/>
          <w:color w:val="141414"/>
          <w:sz w:val="24"/>
        </w:rPr>
        <w:t>Jennifer set the collar back down and leaned against the counter, shirt riding high on her thighs. “Today?”</w:t>
      </w:r>
    </w:p>
    <w:p>
      <w:r>
        <w:rPr>
          <w:rFonts w:ascii="IM Fell English" w:hAnsi="IM Fell English"/>
          <w:color w:val="141414"/>
          <w:sz w:val="24"/>
        </w:rPr>
        <w:t>“Not all day. Not yet. But yes. After the ten o’clock production meeting I’m walking you down to Stage B in it. Wrist cuffs optional. You stay dressed enough to look employed. Anyone with clearance who wants twenty minutes asks me, not you. No permanent marks. No damage that affects call times. You stay functional. Clear?”</w:t>
      </w:r>
    </w:p>
    <w:p>
      <w:r>
        <w:rPr>
          <w:rFonts w:ascii="IM Fell English" w:hAnsi="IM Fell English"/>
          <w:color w:val="141414"/>
          <w:sz w:val="24"/>
        </w:rPr>
        <w:t>Jennifer’s eyes had gone dark. “Clear.”</w:t>
      </w:r>
    </w:p>
    <w:p>
      <w:r>
        <w:rPr>
          <w:rFonts w:ascii="IM Fell English" w:hAnsi="IM Fell English"/>
          <w:color w:val="141414"/>
          <w:sz w:val="24"/>
        </w:rPr>
        <w:t>“Ask.”</w:t>
      </w:r>
    </w:p>
    <w:p>
      <w:r>
        <w:rPr>
          <w:rFonts w:ascii="IM Fell English" w:hAnsi="IM Fell English"/>
          <w:color w:val="141414"/>
          <w:sz w:val="24"/>
        </w:rPr>
        <w:t>Jennifer stepped in, close enough that the shirt she slept in brushed Jackie’s open collar. “Put it on me when we get there. Let them see it. Let them ask.”</w:t>
      </w:r>
    </w:p>
    <w:p>
      <w:r>
        <w:rPr>
          <w:rFonts w:ascii="IM Fell English" w:hAnsi="IM Fell English"/>
          <w:color w:val="141414"/>
          <w:sz w:val="24"/>
        </w:rPr>
        <w:t>Jackie kissed her once—hard, short, owned. “Get dressed. Something that unbuttons easy.”</w:t>
      </w:r>
    </w:p>
    <w:p>
      <w:r>
        <w:rPr>
          <w:rFonts w:ascii="IM Fell English" w:hAnsi="IM Fell English"/>
          <w:color w:val="141414"/>
          <w:sz w:val="24"/>
        </w:rPr>
        <w:t>They dressed in the same easy rhythm as the previous mornings, but the collar stayed on the counter like a third presence. Jennifer chose a short black skirt and a blouse that buttoned down the front. No jacket. The marks on her neck were visible. Jackie stayed in black trousers and a dark button-down, top two buttons left open. She carried the collar loosely in one hand when they left the house, the way she might carry a radio or a set of keys.</w:t>
      </w:r>
    </w:p>
    <w:p>
      <w:r>
        <w:rPr>
          <w:rFonts w:ascii="IM Fell English" w:hAnsi="IM Fell English"/>
          <w:color w:val="141414"/>
          <w:sz w:val="24"/>
        </w:rPr>
        <w:t>The lot noticed the moment they stepped out of the car.</w:t>
      </w:r>
    </w:p>
    <w:p>
      <w:r>
        <w:rPr>
          <w:rFonts w:ascii="IM Fell English" w:hAnsi="IM Fell English"/>
          <w:color w:val="141414"/>
          <w:sz w:val="24"/>
        </w:rPr>
        <w:t>Carl’s eyes flicked to the leather in Jackie’s hand and then to Jennifer’s throat, already bare and waiting. Lisa met them at the entrance with the tablet and stopped mid-sentence when she saw what Jackie was holding.</w:t>
      </w:r>
    </w:p>
    <w:p>
      <w:r>
        <w:rPr>
          <w:rFonts w:ascii="IM Fell English" w:hAnsi="IM Fell English"/>
          <w:color w:val="141414"/>
          <w:sz w:val="24"/>
        </w:rPr>
        <w:t>“Ms. Voss… Mrs. Voss. The ten o’clock is in Conference Two. Saiya’s already there. Also… people are asking about the overnight numbers again.”</w:t>
      </w:r>
    </w:p>
    <w:p>
      <w:r>
        <w:rPr>
          <w:rFonts w:ascii="IM Fell English" w:hAnsi="IM Fell English"/>
          <w:color w:val="141414"/>
          <w:sz w:val="24"/>
        </w:rPr>
        <w:t>Jackie took the tablet. “We’ll be five minutes late. Tell them to start without us if they need to.”</w:t>
      </w:r>
    </w:p>
    <w:p>
      <w:r>
        <w:rPr>
          <w:rFonts w:ascii="IM Fell English" w:hAnsi="IM Fell English"/>
          <w:color w:val="141414"/>
          <w:sz w:val="24"/>
        </w:rPr>
        <w:t>They took the elevator. As the doors closed Jackie turned Jennifer to face the mirrored wall, brushed her hair aside, and buckled the collar around her throat. The leather sat snug. The empty plate caught the light.</w:t>
      </w:r>
    </w:p>
    <w:p>
      <w:r>
        <w:rPr>
          <w:rFonts w:ascii="IM Fell English" w:hAnsi="IM Fell English"/>
          <w:color w:val="141414"/>
          <w:sz w:val="24"/>
        </w:rPr>
        <w:t>Jennifer watched the reflection, fingers lifting once to touch the silver ring. “Still blank.”</w:t>
      </w:r>
    </w:p>
    <w:p>
      <w:r>
        <w:rPr>
          <w:rFonts w:ascii="IM Fell English" w:hAnsi="IM Fell English"/>
          <w:color w:val="141414"/>
          <w:sz w:val="24"/>
        </w:rPr>
        <w:t>“For now.” Jackie clipped a short lead to the ring, then unclipped it and let it hang. “Meeting first. Then Stage B. You don’t speak unless I tell you to. You don’t decide who gets time. I do.”</w:t>
      </w:r>
    </w:p>
    <w:p>
      <w:r>
        <w:rPr>
          <w:rFonts w:ascii="IM Fell English" w:hAnsi="IM Fell English"/>
          <w:color w:val="141414"/>
          <w:sz w:val="24"/>
        </w:rPr>
        <w:t>Jennifer’s voice was low. “Yes, boss.”</w:t>
      </w:r>
    </w:p>
    <w:p>
      <w:r>
        <w:rPr>
          <w:rFonts w:ascii="IM Fell English" w:hAnsi="IM Fell English"/>
          <w:color w:val="141414"/>
          <w:sz w:val="24"/>
        </w:rPr>
        <w:t>Conference Two went silent when they walked in.</w:t>
      </w:r>
    </w:p>
    <w:p>
      <w:r>
        <w:rPr>
          <w:rFonts w:ascii="IM Fell English" w:hAnsi="IM Fell English"/>
          <w:color w:val="141414"/>
          <w:sz w:val="24"/>
        </w:rPr>
        <w:t>Saiya sat at the head of the table, coffee untouched. The department heads and the new production coordinator stared at the collar for a full second before they remembered to look at anything else. Jackie took her usual seat near the head. Jennifer stood at her right shoulder, close enough that the lead brushed Jackie’s sleeve when she shifted.</w:t>
      </w:r>
    </w:p>
    <w:p>
      <w:r>
        <w:rPr>
          <w:rFonts w:ascii="IM Fell English" w:hAnsi="IM Fell English"/>
          <w:color w:val="141414"/>
          <w:sz w:val="24"/>
        </w:rPr>
        <w:t>Saiya’s eyes lingered on the leather. “I see the new rules are being interpreted liberally.”</w:t>
      </w:r>
    </w:p>
    <w:p>
      <w:r>
        <w:rPr>
          <w:rFonts w:ascii="IM Fell English" w:hAnsi="IM Fell English"/>
          <w:color w:val="141414"/>
          <w:sz w:val="24"/>
        </w:rPr>
        <w:t>Jackie met her gaze without heat. “Katie’s rules. Corporate’s clarification. The feeds are open. We’re using them.”</w:t>
      </w:r>
    </w:p>
    <w:p>
      <w:r>
        <w:rPr>
          <w:rFonts w:ascii="IM Fell English" w:hAnsi="IM Fell English"/>
          <w:color w:val="141414"/>
          <w:sz w:val="24"/>
        </w:rPr>
        <w:t>Saiya looked at Jennifer for a long moment, then back to the agenda. “Then let’s keep the rest of the morning efficient.”</w:t>
      </w:r>
    </w:p>
    <w:p>
      <w:r>
        <w:rPr>
          <w:rFonts w:ascii="IM Fell English" w:hAnsi="IM Fell English"/>
          <w:color w:val="141414"/>
          <w:sz w:val="24"/>
        </w:rPr>
        <w:t>The meeting ran twenty-eight minutes. No one mentioned the collar out loud. Every time Jennifer shifted her weight the silver ring caught the light and more than one person glanced at it. The new production coordinator dropped his pen twice. A line producer kept his eyes on his tablet with the rigid focus of a man trying not to look at the lead hanging against Jackie’s wrist.</w:t>
      </w:r>
    </w:p>
    <w:p>
      <w:r>
        <w:rPr>
          <w:rFonts w:ascii="IM Fell English" w:hAnsi="IM Fell English"/>
          <w:color w:val="141414"/>
          <w:sz w:val="24"/>
        </w:rPr>
        <w:t>When it ended Jackie stood, clipped the lead back on, and walked Jennifer out without a word. They took the long way to Stage B—past open offices, past the main stairwell, past two different monitors already showing live corridor feeds. People slowed. A grip on the landing watched until they turned the corner. A visiting producer from the investor list actually opened his mouth, then closed it again when Jackie’s expression stayed flat.</w:t>
      </w:r>
    </w:p>
    <w:p>
      <w:r>
        <w:rPr>
          <w:rFonts w:ascii="IM Fell English" w:hAnsi="IM Fell English"/>
          <w:color w:val="141414"/>
          <w:sz w:val="24"/>
        </w:rPr>
        <w:t>Stage B was empty except for a pair of techs striking a side wall. The bank lights were off. The space felt larger than usual. Jackie stopped in the center of the open floor, unclipped the lead, and pointed at the floor in front of her.</w:t>
      </w:r>
    </w:p>
    <w:p>
      <w:r>
        <w:rPr>
          <w:rFonts w:ascii="IM Fell English" w:hAnsi="IM Fell English"/>
          <w:color w:val="141414"/>
          <w:sz w:val="24"/>
        </w:rPr>
        <w:t>Jennifer went to her knees.</w:t>
      </w:r>
    </w:p>
    <w:p>
      <w:r>
        <w:rPr>
          <w:rFonts w:ascii="IM Fell English" w:hAnsi="IM Fell English"/>
          <w:color w:val="141414"/>
          <w:sz w:val="24"/>
        </w:rPr>
        <w:t>Jackie looked at the nearest camera, then at the two techs who had stopped working.</w:t>
      </w:r>
    </w:p>
    <w:p>
      <w:r>
        <w:rPr>
          <w:rFonts w:ascii="IM Fell English" w:hAnsi="IM Fell English"/>
          <w:color w:val="141414"/>
          <w:sz w:val="24"/>
        </w:rPr>
        <w:t>“Twenty minutes,” she said, voice clear enough to carry. “No permanent marks. She stays functional for the afternoon. Anyone who wants it asks me.”</w:t>
      </w:r>
    </w:p>
    <w:p>
      <w:r>
        <w:rPr>
          <w:rFonts w:ascii="IM Fell English" w:hAnsi="IM Fell English"/>
          <w:color w:val="141414"/>
          <w:sz w:val="24"/>
        </w:rPr>
        <w:t>One of the techs looked at the other. The other looked at Jennifer’s collar, then at Jackie.</w:t>
      </w:r>
    </w:p>
    <w:p>
      <w:r>
        <w:rPr>
          <w:rFonts w:ascii="IM Fell English" w:hAnsi="IM Fell English"/>
          <w:color w:val="141414"/>
          <w:sz w:val="24"/>
        </w:rPr>
        <w:t>Jackie waited.</w:t>
      </w:r>
    </w:p>
    <w:p>
      <w:r>
        <w:rPr>
          <w:rFonts w:ascii="IM Fell English" w:hAnsi="IM Fell English"/>
          <w:color w:val="141414"/>
          <w:sz w:val="24"/>
        </w:rPr>
        <w:t>The first one stepped forward.</w:t>
      </w:r>
    </w:p>
    <w:p>
      <w:r>
        <w:rPr>
          <w:rFonts w:ascii="IM Fell English" w:hAnsi="IM Fell English"/>
          <w:color w:val="141414"/>
          <w:sz w:val="24"/>
        </w:rPr>
        <w:t>“I do.”</w:t>
      </w:r>
    </w:p>
    <w:p>
      <w:r>
        <w:rPr>
          <w:rFonts w:ascii="IM Fell English" w:hAnsi="IM Fell English"/>
          <w:color w:val="141414"/>
          <w:sz w:val="24"/>
        </w:rPr>
        <w:t>Jackie nodded once. “Clock starts now.”</w:t>
      </w:r>
    </w:p>
    <w:p>
      <w:r>
        <w:rPr>
          <w:rFonts w:ascii="IM Fell English" w:hAnsi="IM Fell English"/>
          <w:color w:val="141414"/>
          <w:sz w:val="24"/>
        </w:rPr>
        <w:t>She stepped back, arms crossed, and watched.</w:t>
      </w:r>
    </w:p>
    <w:p>
      <w:r>
        <w:rPr>
          <w:rFonts w:ascii="IM Fell English" w:hAnsi="IM Fell English"/>
          <w:color w:val="141414"/>
          <w:sz w:val="24"/>
        </w:rPr>
        <w:t>Jennifer stayed on her knees, mouth already open, eyes on Jackie the entire time the tech used her. He was careful—too careful at first—until Jackie’s voice cut across the empty stage.</w:t>
      </w:r>
    </w:p>
    <w:p>
      <w:r>
        <w:rPr>
          <w:rFonts w:ascii="IM Fell English" w:hAnsi="IM Fell English"/>
          <w:color w:val="141414"/>
          <w:sz w:val="24"/>
        </w:rPr>
        <w:t>“She won’t break from that. Use her properly or step aside.”</w:t>
      </w:r>
    </w:p>
    <w:p>
      <w:r>
        <w:rPr>
          <w:rFonts w:ascii="IM Fell English" w:hAnsi="IM Fell English"/>
          <w:color w:val="141414"/>
          <w:sz w:val="24"/>
        </w:rPr>
        <w:t>He adjusted. Jennifer took it without complaint, the blank plate on the collar catching the work lights every time her head moved. When he finished and stepped away, breathing harder than he had been a minute earlier, the second tech asked.</w:t>
      </w:r>
    </w:p>
    <w:p>
      <w:r>
        <w:rPr>
          <w:rFonts w:ascii="IM Fell English" w:hAnsi="IM Fell English"/>
          <w:color w:val="141414"/>
          <w:sz w:val="24"/>
        </w:rPr>
        <w:t>Jackie gave the same nod. Same rules. Same calm attention.</w:t>
      </w:r>
    </w:p>
    <w:p>
      <w:r>
        <w:rPr>
          <w:rFonts w:ascii="IM Fell English" w:hAnsi="IM Fell English"/>
          <w:color w:val="141414"/>
          <w:sz w:val="24"/>
        </w:rPr>
        <w:t>By the time both were done Jennifer’s mouth was shiny and her breathing had gone rough. Jackie clipped the lead back on, helped her to her feet, and straightened the collar so the blank plate sat centered against her throat.</w:t>
      </w:r>
    </w:p>
    <w:p>
      <w:r>
        <w:rPr>
          <w:rFonts w:ascii="IM Fell English" w:hAnsi="IM Fell English"/>
          <w:color w:val="141414"/>
          <w:sz w:val="24"/>
        </w:rPr>
        <w:t>“Still functional?” Jackie asked quietly.</w:t>
      </w:r>
    </w:p>
    <w:p>
      <w:r>
        <w:rPr>
          <w:rFonts w:ascii="IM Fell English" w:hAnsi="IM Fell English"/>
          <w:color w:val="141414"/>
          <w:sz w:val="24"/>
        </w:rPr>
        <w:t>Jennifer’s voice was hoarse. “Yes, boss.”</w:t>
      </w:r>
    </w:p>
    <w:p>
      <w:r>
        <w:rPr>
          <w:rFonts w:ascii="IM Fell English" w:hAnsi="IM Fell English"/>
          <w:color w:val="141414"/>
          <w:sz w:val="24"/>
        </w:rPr>
        <w:t>“Good. North-lot walkthrough in fifteen. Keep the explanation boring.”</w:t>
      </w:r>
    </w:p>
    <w:p>
      <w:r>
        <w:rPr>
          <w:rFonts w:ascii="IM Fell English" w:hAnsi="IM Fell English"/>
          <w:color w:val="141414"/>
          <w:sz w:val="24"/>
        </w:rPr>
        <w:t>They walked out of Stage B with the lead still attached. The corridor monitors updated in real time. Somewhere on the lot, people were already pulling the new feed. A pair of PAs coming the other direction slowed, eyes dropping to the collar, then to the lead in Jackie’s hand. One of them opened his mouth. Jackie’s expression did not change. He closed it again and kept walking.</w:t>
      </w:r>
    </w:p>
    <w:p>
      <w:r>
        <w:rPr>
          <w:rFonts w:ascii="IM Fell English" w:hAnsi="IM Fell English"/>
          <w:color w:val="141414"/>
          <w:sz w:val="24"/>
        </w:rPr>
        <w:t>Jennifer spoke only once, low enough that only Jackie could hear.</w:t>
      </w:r>
    </w:p>
    <w:p>
      <w:r>
        <w:rPr>
          <w:rFonts w:ascii="IM Fell English" w:hAnsi="IM Fell English"/>
          <w:color w:val="141414"/>
          <w:sz w:val="24"/>
        </w:rPr>
        <w:t>“You’re going to put words on it soon.”</w:t>
      </w:r>
    </w:p>
    <w:p>
      <w:r>
        <w:rPr>
          <w:rFonts w:ascii="IM Fell English" w:hAnsi="IM Fell English"/>
          <w:color w:val="141414"/>
          <w:sz w:val="24"/>
        </w:rPr>
        <w:t>Jackie kept walking, the lead loose but present between them. “When I’m ready. Until then they can read the blank and wonder.”</w:t>
      </w:r>
    </w:p>
    <w:p>
      <w:r>
        <w:rPr>
          <w:rFonts w:ascii="IM Fell English" w:hAnsi="IM Fell English"/>
          <w:color w:val="141414"/>
          <w:sz w:val="24"/>
        </w:rPr>
        <w:t>The rest of the afternoon stayed professional on the surface. North-lot access lists. A revised overnight crew request. A short argument with a set designer who wanted to open a hot set for “vibes.” Jackie shut it down with one look. Jennifer stayed at her shoulder, collar visible, lead clipped or unclipped depending on how many people were watching. Twice more someone asked—once a visiting coordinator, once a camera operator between setups. Jackie gave each of them fifteen minutes in an open side office with the door left wide and the camera already live. Jennifer went to her knees both times without being told. Jackie watched both times without looking away.</w:t>
      </w:r>
    </w:p>
    <w:p>
      <w:r>
        <w:rPr>
          <w:rFonts w:ascii="IM Fell English" w:hAnsi="IM Fell English"/>
          <w:color w:val="141414"/>
          <w:sz w:val="24"/>
        </w:rPr>
        <w:t>By the time they closed the board at six, the porn CCTV had archived four new sequences. Saiya sent no message. That was colder than any one-line reply.</w:t>
      </w:r>
    </w:p>
    <w:p>
      <w:r>
        <w:rPr>
          <w:rFonts w:ascii="IM Fell English" w:hAnsi="IM Fell English"/>
          <w:color w:val="141414"/>
          <w:sz w:val="24"/>
        </w:rPr>
        <w:t>Jennifer read the lack of a text in the parking structure and laughed once, sharp. “She’s not even pretending to supervise the feeds anymore.”</w:t>
      </w:r>
    </w:p>
    <w:p>
      <w:r>
        <w:rPr>
          <w:rFonts w:ascii="IM Fell English" w:hAnsi="IM Fell English"/>
          <w:color w:val="141414"/>
          <w:sz w:val="24"/>
        </w:rPr>
        <w:t>Jackie opened the car. “Get in.”</w:t>
      </w:r>
    </w:p>
    <w:p>
      <w:r>
        <w:rPr>
          <w:rFonts w:ascii="IM Fell English" w:hAnsi="IM Fell English"/>
          <w:color w:val="141414"/>
          <w:sz w:val="24"/>
        </w:rPr>
        <w:t>She drove them one structure over again, to the covered executive level. Engine off. Seat belts off. Jennifer waited with her hands on her thighs, the collar still buckled, the blank plate dull in the low light.</w:t>
      </w:r>
    </w:p>
    <w:p>
      <w:r>
        <w:rPr>
          <w:rFonts w:ascii="IM Fell English" w:hAnsi="IM Fell English"/>
          <w:color w:val="141414"/>
          <w:sz w:val="24"/>
        </w:rPr>
        <w:t>“Ask,” Jackie said.</w:t>
      </w:r>
    </w:p>
    <w:p>
      <w:r>
        <w:rPr>
          <w:rFonts w:ascii="IM Fell English" w:hAnsi="IM Fell English"/>
          <w:color w:val="141414"/>
          <w:sz w:val="24"/>
        </w:rPr>
        <w:t>Jennifer looked straight at her. “Handle me. Hard enough that I stop feeling the lead even when it’s not there.”</w:t>
      </w:r>
    </w:p>
    <w:p>
      <w:r>
        <w:rPr>
          <w:rFonts w:ascii="IM Fell English" w:hAnsi="IM Fell English"/>
          <w:color w:val="141414"/>
          <w:sz w:val="24"/>
        </w:rPr>
        <w:t>Jackie took her by the hair, pulled her across the console, and used her mouth with no interest in softness. Jennifer opened for it at once, the collar ring clicking softly against Jackie’s wrist every time she moved. When Jackie finally pulled her off, Jennifer stayed bent, breathing hard, forehead against Jackie’s hip.</w:t>
      </w:r>
    </w:p>
    <w:p>
      <w:r>
        <w:rPr>
          <w:rFonts w:ascii="IM Fell English" w:hAnsi="IM Fell English"/>
          <w:color w:val="141414"/>
          <w:sz w:val="24"/>
        </w:rPr>
        <w:t>“Home,” Jackie said. “That was enough.”</w:t>
      </w:r>
    </w:p>
    <w:p>
      <w:r>
        <w:rPr>
          <w:rFonts w:ascii="IM Fell English" w:hAnsi="IM Fell English"/>
          <w:color w:val="141414"/>
          <w:sz w:val="24"/>
        </w:rPr>
        <w:t>Jennifer sat back, wiped her mouth, and touched the blank plate once with two fingers. “You’re going to engrave it.”</w:t>
      </w:r>
    </w:p>
    <w:p>
      <w:r>
        <w:rPr>
          <w:rFonts w:ascii="IM Fell English" w:hAnsi="IM Fell English"/>
          <w:color w:val="141414"/>
          <w:sz w:val="24"/>
        </w:rPr>
        <w:t>Jackie started the engine. “Soon.”</w:t>
      </w:r>
    </w:p>
    <w:p>
      <w:r>
        <w:rPr>
          <w:rFonts w:ascii="IM Fell English" w:hAnsi="IM Fell English"/>
          <w:color w:val="141414"/>
          <w:sz w:val="24"/>
        </w:rPr>
        <w:t>On the drive home the city moved past like ordinary life. Behind them the studio held their restored names, an open porn CCTV grid, and a new set of archived sequences that already included the collar. Ahead of them the mansion waited with live lenses and a facedown black packet that felt, for the first time, like it was waiting on the leather around Jennifer’s throat instead of the other way around.</w:t>
      </w:r>
    </w:p>
    <w:p>
      <w:r>
        <w:rPr>
          <w:rFonts w:ascii="IM Fell English" w:hAnsi="IM Fell English"/>
          <w:color w:val="141414"/>
          <w:sz w:val="24"/>
        </w:rPr>
        <w:t>Jennifer spoke only once more before the gate.</w:t>
      </w:r>
    </w:p>
    <w:p>
      <w:r>
        <w:rPr>
          <w:rFonts w:ascii="IM Fell English" w:hAnsi="IM Fell English"/>
          <w:color w:val="141414"/>
          <w:sz w:val="24"/>
        </w:rPr>
        <w:t>“If someone asks for an hour tomorrow instead of twenty minutes, are you going to give it to them?”</w:t>
      </w:r>
    </w:p>
    <w:p>
      <w:r>
        <w:rPr>
          <w:rFonts w:ascii="IM Fell English" w:hAnsi="IM Fell English"/>
          <w:color w:val="141414"/>
          <w:sz w:val="24"/>
        </w:rPr>
        <w:t>Jackie’s hands stayed steady on the wheel. “If they ask me. If she stays functional. If it doesn’t cost us schedule. Yes.”</w:t>
      </w:r>
    </w:p>
    <w:p>
      <w:r>
        <w:rPr>
          <w:rFonts w:ascii="IM Fell English" w:hAnsi="IM Fell English"/>
          <w:color w:val="141414"/>
          <w:sz w:val="24"/>
        </w:rPr>
        <w:t>Jennifer smiled at the side window, small and sincere. “Good.”</w:t>
      </w:r>
    </w:p>
    <w:p>
      <w:r>
        <w:rPr>
          <w:rFonts w:ascii="IM Fell English" w:hAnsi="IM Fell English"/>
          <w:color w:val="141414"/>
          <w:sz w:val="24"/>
        </w:rPr>
        <w:t>The gate opened.</w:t>
      </w:r>
    </w:p>
    <w:p>
      <w:r>
        <w:rPr>
          <w:rFonts w:ascii="IM Fell English" w:hAnsi="IM Fell English"/>
          <w:color w:val="141414"/>
          <w:sz w:val="24"/>
        </w:rPr>
        <w:t>The house accepted them under watch.</w:t>
      </w:r>
    </w:p>
    <w:p>
      <w:r>
        <w:rPr>
          <w:rFonts w:ascii="IM Fell English" w:hAnsi="IM Fell English"/>
          <w:color w:val="141414"/>
          <w:sz w:val="24"/>
        </w:rPr>
        <w:t>Jackie unbuckled the collar in the front hall and set it on the side table next to the sealed packet. Two black rectangles, one leather, one paper, both still unfinished.</w:t>
      </w:r>
    </w:p>
    <w:p>
      <w:r>
        <w:rPr>
          <w:rFonts w:ascii="IM Fell English" w:hAnsi="IM Fell English"/>
          <w:color w:val="141414"/>
          <w:sz w:val="24"/>
        </w:rPr>
        <w:t>Jennifer looked at them side by side for a long moment.</w:t>
      </w:r>
    </w:p>
    <w:p>
      <w:r>
        <w:rPr>
          <w:rFonts w:ascii="IM Fell English" w:hAnsi="IM Fell English"/>
          <w:color w:val="141414"/>
          <w:sz w:val="24"/>
        </w:rPr>
        <w:t>“They’re going to look the same weight soon.”</w:t>
      </w:r>
    </w:p>
    <w:p>
      <w:r>
        <w:rPr>
          <w:rFonts w:ascii="IM Fell English" w:hAnsi="IM Fell English"/>
          <w:color w:val="141414"/>
          <w:sz w:val="24"/>
        </w:rPr>
        <w:t>Jackie came up behind her, slid both arms around her waist, and rested her chin on Jennifer’s shoulder.</w:t>
      </w:r>
    </w:p>
    <w:p>
      <w:r>
        <w:rPr>
          <w:rFonts w:ascii="IM Fell English" w:hAnsi="IM Fell English"/>
          <w:color w:val="141414"/>
          <w:sz w:val="24"/>
        </w:rPr>
        <w:t>“One of them opens when Katie says. The other opens when I decide the words are right. Until then you ask. And you stay functional.”</w:t>
      </w:r>
    </w:p>
    <w:p>
      <w:r>
        <w:rPr>
          <w:rFonts w:ascii="IM Fell English" w:hAnsi="IM Fell English"/>
          <w:color w:val="141414"/>
          <w:sz w:val="24"/>
        </w:rPr>
        <w:t>Jennifer leaned back into her. “Yes, boss.”</w:t>
      </w:r>
    </w:p>
    <w:p>
      <w:r>
        <w:rPr>
          <w:rFonts w:ascii="IM Fell English" w:hAnsi="IM Fell English"/>
          <w:color w:val="141414"/>
          <w:sz w:val="24"/>
        </w:rPr>
        <w:t>They ate standing up in the kitchen. Jennifer stole food off Jackie’s plate. Jackie let her, then put two fingers against her mouth when the stealing became performance. Jennifer laughed and surrendered the point.</w:t>
      </w:r>
    </w:p>
    <w:p>
      <w:r>
        <w:rPr>
          <w:rFonts w:ascii="IM Fell English" w:hAnsi="IM Fell English"/>
          <w:color w:val="141414"/>
          <w:sz w:val="24"/>
        </w:rPr>
        <w:t>Later, in bed, Jennifer put Jackie’s hand over her sternum and held it there.</w:t>
      </w:r>
    </w:p>
    <w:p>
      <w:r>
        <w:rPr>
          <w:rFonts w:ascii="IM Fell English" w:hAnsi="IM Fell English"/>
          <w:color w:val="141414"/>
          <w:sz w:val="24"/>
        </w:rPr>
        <w:t>“Stay.”</w:t>
      </w:r>
    </w:p>
    <w:p>
      <w:r>
        <w:rPr>
          <w:rFonts w:ascii="IM Fell English" w:hAnsi="IM Fell English"/>
          <w:color w:val="141414"/>
          <w:sz w:val="24"/>
        </w:rPr>
        <w:t>Jackie stayed.</w:t>
      </w:r>
    </w:p>
    <w:p>
      <w:r>
        <w:rPr>
          <w:rFonts w:ascii="IM Fell English" w:hAnsi="IM Fell English"/>
          <w:color w:val="141414"/>
          <w:sz w:val="24"/>
        </w:rPr>
        <w:t>In the living room the packet remained closed.</w:t>
      </w:r>
    </w:p>
    <w:p>
      <w:r>
        <w:rPr>
          <w:rFonts w:ascii="IM Fell English" w:hAnsi="IM Fell English"/>
          <w:color w:val="141414"/>
          <w:sz w:val="24"/>
        </w:rPr>
        <w:t>On the side table the blank collar waited beside it.</w:t>
      </w:r>
    </w:p>
    <w:p>
      <w:r>
        <w:rPr>
          <w:rFonts w:ascii="IM Fell English" w:hAnsi="IM Fell English"/>
          <w:color w:val="141414"/>
          <w:sz w:val="24"/>
        </w:rPr>
        <w:t>And somewhere beyond the cameras, Katie and Lilith—married, absolute, and still watching—let the first day of the collar settle exactly the way they wanted it:</w:t>
      </w:r>
    </w:p>
    <w:p>
      <w:r>
        <w:rPr>
          <w:rFonts w:ascii="IM Fell English" w:hAnsi="IM Fell English"/>
          <w:color w:val="141414"/>
          <w:sz w:val="24"/>
        </w:rPr>
        <w:t>visible, useful, and still only the beginning.</w:t>
      </w:r>
    </w:p>
    <w:p>
      <w:pPr>
        <w:pStyle w:val="Heading1"/>
        <w:jc w:val="center"/>
      </w:pPr>
      <w:r>
        <w:rPr>
          <w:rFonts w:ascii="IM Fell English" w:hAnsi="IM Fell English"/>
          <w:color w:val="0D0D0D"/>
        </w:rPr>
        <w:t>CHAPTER 6 — ENGRAVED</w:t>
      </w:r>
    </w:p>
    <w:p>
      <w:r>
        <w:rPr>
          <w:rFonts w:ascii="IM Fell English" w:hAnsi="IM Fell English"/>
          <w:color w:val="141414"/>
          <w:sz w:val="24"/>
        </w:rPr>
        <w:t>Jackie engraved the plate herself the next morning.</w:t>
      </w:r>
    </w:p>
    <w:p>
      <w:r>
        <w:rPr>
          <w:rFonts w:ascii="IM Fell English" w:hAnsi="IM Fell English"/>
          <w:color w:val="141414"/>
          <w:sz w:val="24"/>
        </w:rPr>
        <w:t>She sat at the kitchen island with the small handheld engraver Lena had left in the drawer beside the collar. Jennifer watched from the other side of the counter, coffee forgotten, while the needle bit clean letters into the silver.</w:t>
      </w:r>
    </w:p>
    <w:p>
      <w:r>
        <w:rPr>
          <w:rFonts w:ascii="IM Fell English" w:hAnsi="IM Fell English"/>
          <w:b/>
          <w:color w:val="141414"/>
          <w:sz w:val="24"/>
        </w:rPr>
        <w:t>CHEATING WIFE FOR RENT</w:t>
      </w:r>
    </w:p>
    <w:p>
      <w:r>
        <w:rPr>
          <w:rFonts w:ascii="IM Fell English" w:hAnsi="IM Fell English"/>
          <w:color w:val="141414"/>
          <w:sz w:val="24"/>
        </w:rPr>
        <w:t>Jennifer read it upside down, then again right-side up when Jackie turned it toward her.</w:t>
      </w:r>
    </w:p>
    <w:p>
      <w:r>
        <w:rPr>
          <w:rFonts w:ascii="IM Fell English" w:hAnsi="IM Fell English"/>
          <w:color w:val="141414"/>
          <w:sz w:val="24"/>
        </w:rPr>
        <w:t>“Own for a Day felt too soft,” Jackie said. She blew the metal dust off and checked the depth. “This one makes them decide faster.”</w:t>
      </w:r>
    </w:p>
    <w:p>
      <w:r>
        <w:rPr>
          <w:rFonts w:ascii="IM Fell English" w:hAnsi="IM Fell English"/>
          <w:color w:val="141414"/>
          <w:sz w:val="24"/>
        </w:rPr>
        <w:t>Jennifer’s mouth curved. “You’re going to get more than twenty-minute requests.”</w:t>
      </w:r>
    </w:p>
    <w:p>
      <w:r>
        <w:rPr>
          <w:rFonts w:ascii="IM Fell English" w:hAnsi="IM Fell English"/>
          <w:color w:val="141414"/>
          <w:sz w:val="24"/>
        </w:rPr>
        <w:t>“I’m counting on it.” Jackie set the engraver aside, buckled the collar around Jennifer’s throat, and locked the small padlock through the ring with a quiet click. The key went into her own pocket. “All day today. Lead stays on between locations. Wrist cuffs when I say. You stay dressed enough to walk into a meeting without stopping traffic for the wrong reason. Anyone who wants time asks me. No permanent marks. No damage that puts us behind. You stay functional. Clear?”</w:t>
      </w:r>
    </w:p>
    <w:p>
      <w:r>
        <w:rPr>
          <w:rFonts w:ascii="IM Fell English" w:hAnsi="IM Fell English"/>
          <w:color w:val="141414"/>
          <w:sz w:val="24"/>
        </w:rPr>
        <w:t>Jennifer touched the new plate with two fingers, feeling the letters. “Clear.”</w:t>
      </w:r>
    </w:p>
    <w:p>
      <w:r>
        <w:rPr>
          <w:rFonts w:ascii="IM Fell English" w:hAnsi="IM Fell English"/>
          <w:color w:val="141414"/>
          <w:sz w:val="24"/>
        </w:rPr>
        <w:t>“Ask.”</w:t>
      </w:r>
    </w:p>
    <w:p>
      <w:r>
        <w:rPr>
          <w:rFonts w:ascii="IM Fell English" w:hAnsi="IM Fell English"/>
          <w:color w:val="141414"/>
          <w:sz w:val="24"/>
        </w:rPr>
        <w:t>Jennifer stepped in close. “Keep it on me until we get home. Let them read it. Let them ask for longer.”</w:t>
      </w:r>
    </w:p>
    <w:p>
      <w:r>
        <w:rPr>
          <w:rFonts w:ascii="IM Fell English" w:hAnsi="IM Fell English"/>
          <w:color w:val="141414"/>
          <w:sz w:val="24"/>
        </w:rPr>
        <w:t>Jackie kissed her once—hard, short, owned. “Car. Now.”</w:t>
      </w:r>
    </w:p>
    <w:p>
      <w:r>
        <w:rPr>
          <w:rFonts w:ascii="IM Fell English" w:hAnsi="IM Fell English"/>
          <w:color w:val="141414"/>
          <w:sz w:val="24"/>
        </w:rPr>
        <w:t>The lot read the plate before they reached the main entrance.</w:t>
      </w:r>
    </w:p>
    <w:p>
      <w:r>
        <w:rPr>
          <w:rFonts w:ascii="IM Fell English" w:hAnsi="IM Fell English"/>
          <w:color w:val="141414"/>
          <w:sz w:val="24"/>
        </w:rPr>
        <w:t>Carl’s eyes dropped to Jennifer’s throat, lingered on the engraved words, then flicked up to Jackie’s face. He waved them through without comment, but the look stayed with him. Lisa met them inside, tablet already raised, and stopped dead when she saw the collar.</w:t>
      </w:r>
    </w:p>
    <w:p>
      <w:r>
        <w:rPr>
          <w:rFonts w:ascii="IM Fell English" w:hAnsi="IM Fell English"/>
          <w:color w:val="141414"/>
          <w:sz w:val="24"/>
        </w:rPr>
        <w:t>“Ms. Voss… Mrs. Voss. Ten o’clock production meeting is in Conference Two. Saiya’s already seated. Also… three different department heads have already asked security if the overnight feeds from Stage B are cleared for general viewing.”</w:t>
      </w:r>
    </w:p>
    <w:p>
      <w:r>
        <w:rPr>
          <w:rFonts w:ascii="IM Fell English" w:hAnsi="IM Fell English"/>
          <w:color w:val="141414"/>
          <w:sz w:val="24"/>
        </w:rPr>
        <w:t>Jackie took the tablet. “They are. Everything on the porn CCTV is cleared. Tell them to stop asking and start watching if they want to. We’ll be on time.”</w:t>
      </w:r>
    </w:p>
    <w:p>
      <w:r>
        <w:rPr>
          <w:rFonts w:ascii="IM Fell English" w:hAnsi="IM Fell English"/>
          <w:color w:val="141414"/>
          <w:sz w:val="24"/>
        </w:rPr>
        <w:t>They walked the long corridor to Conference Two with the lead clipped. People slowed. A pair of grips on the landing actually stepped aside and watched the plate pass at eye level. Someone in an open office doorway muttered the words under their breath and then pretended they hadn’t.</w:t>
      </w:r>
    </w:p>
    <w:p>
      <w:r>
        <w:rPr>
          <w:rFonts w:ascii="IM Fell English" w:hAnsi="IM Fell English"/>
          <w:color w:val="141414"/>
          <w:sz w:val="24"/>
        </w:rPr>
        <w:t>Conference Two went quieter than the day before.</w:t>
      </w:r>
    </w:p>
    <w:p>
      <w:r>
        <w:rPr>
          <w:rFonts w:ascii="IM Fell English" w:hAnsi="IM Fell English"/>
          <w:color w:val="141414"/>
          <w:sz w:val="24"/>
        </w:rPr>
        <w:t>Saiya sat at the head of the table, coffee untouched. Her eyes went straight to the engraved plate and stayed there for a full three seconds. The new production coordinator dropped his pen again. A line producer across the table stared openly until Jackie’s gaze pinned him and he looked down at his notes.</w:t>
      </w:r>
    </w:p>
    <w:p>
      <w:r>
        <w:rPr>
          <w:rFonts w:ascii="IM Fell English" w:hAnsi="IM Fell English"/>
          <w:color w:val="141414"/>
          <w:sz w:val="24"/>
        </w:rPr>
        <w:t>Jackie took her seat. Jennifer stood at her right shoulder, lead loose in Jackie’s hand.</w:t>
      </w:r>
    </w:p>
    <w:p>
      <w:r>
        <w:rPr>
          <w:rFonts w:ascii="IM Fell English" w:hAnsi="IM Fell English"/>
          <w:color w:val="141414"/>
          <w:sz w:val="24"/>
        </w:rPr>
        <w:t>Saiya’s voice was flat. “I see the interpretation has evolved.”</w:t>
      </w:r>
    </w:p>
    <w:p>
      <w:r>
        <w:rPr>
          <w:rFonts w:ascii="IM Fell English" w:hAnsi="IM Fell English"/>
          <w:color w:val="141414"/>
          <w:sz w:val="24"/>
        </w:rPr>
        <w:t>Jackie met her eyes. “Katie’s rules. Corporate’s clarification. The plate just makes the terms easier to read.”</w:t>
      </w:r>
    </w:p>
    <w:p>
      <w:r>
        <w:rPr>
          <w:rFonts w:ascii="IM Fell English" w:hAnsi="IM Fell English"/>
          <w:color w:val="141414"/>
          <w:sz w:val="24"/>
        </w:rPr>
        <w:t>Saiya looked at Jennifer, then at the plate, then back to the agenda. “Try not to let the reading material delay the schedule.”</w:t>
      </w:r>
    </w:p>
    <w:p>
      <w:r>
        <w:rPr>
          <w:rFonts w:ascii="IM Fell English" w:hAnsi="IM Fell English"/>
          <w:color w:val="141414"/>
          <w:sz w:val="24"/>
        </w:rPr>
        <w:t>“It won’t.”</w:t>
      </w:r>
    </w:p>
    <w:p>
      <w:r>
        <w:rPr>
          <w:rFonts w:ascii="IM Fell English" w:hAnsi="IM Fell English"/>
          <w:color w:val="141414"/>
          <w:sz w:val="24"/>
        </w:rPr>
        <w:t>The meeting ran thirty-one minutes. No one mentioned the collar out loud. Every time Jennifer shifted, the silver letters caught the overhead lights and more than one person lost their place in the conversation. When it ended Jackie stood, kept the lead clipped, and walked Jennifer out without waiting for questions.</w:t>
      </w:r>
    </w:p>
    <w:p>
      <w:r>
        <w:rPr>
          <w:rFonts w:ascii="IM Fell English" w:hAnsi="IM Fell English"/>
          <w:color w:val="141414"/>
          <w:sz w:val="24"/>
        </w:rPr>
        <w:t>They took the long route to Stage C—past the main stairwell, past the open bullpen, past three different monitors already cycling the previous day’s Stage B feed. A visiting money man from the investor list stepped directly into their path, eyes on the plate.</w:t>
      </w:r>
    </w:p>
    <w:p>
      <w:r>
        <w:rPr>
          <w:rFonts w:ascii="IM Fell English" w:hAnsi="IM Fell English"/>
          <w:color w:val="141414"/>
          <w:sz w:val="24"/>
        </w:rPr>
        <w:t>“Is the offer open?”</w:t>
      </w:r>
    </w:p>
    <w:p>
      <w:r>
        <w:rPr>
          <w:rFonts w:ascii="IM Fell English" w:hAnsi="IM Fell English"/>
          <w:color w:val="141414"/>
          <w:sz w:val="24"/>
        </w:rPr>
        <w:t>Jackie stopped. Jennifer stopped with her, silent.</w:t>
      </w:r>
    </w:p>
    <w:p>
      <w:r>
        <w:rPr>
          <w:rFonts w:ascii="IM Fell English" w:hAnsi="IM Fell English"/>
          <w:color w:val="141414"/>
          <w:sz w:val="24"/>
        </w:rPr>
        <w:t>“Twenty minutes,” Jackie said. “No permanent marks. She stays functional. Clock starts when I say.”</w:t>
      </w:r>
    </w:p>
    <w:p>
      <w:r>
        <w:rPr>
          <w:rFonts w:ascii="IM Fell English" w:hAnsi="IM Fell English"/>
          <w:color w:val="141414"/>
          <w:sz w:val="24"/>
        </w:rPr>
        <w:t>The man nodded. Jackie pointed to the nearest open side office, door already wide, camera already live. She walked Jennifer inside, unclipped the lead, and pointed at the floor.</w:t>
      </w:r>
    </w:p>
    <w:p>
      <w:r>
        <w:rPr>
          <w:rFonts w:ascii="IM Fell English" w:hAnsi="IM Fell English"/>
          <w:color w:val="141414"/>
          <w:sz w:val="24"/>
        </w:rPr>
        <w:t>Jennifer went to her knees.</w:t>
      </w:r>
    </w:p>
    <w:p>
      <w:r>
        <w:rPr>
          <w:rFonts w:ascii="IM Fell English" w:hAnsi="IM Fell English"/>
          <w:color w:val="141414"/>
          <w:sz w:val="24"/>
        </w:rPr>
        <w:t>Jackie stepped back against the wall, arms crossed, and watched the full twenty minutes. When it was over she clipped the lead back on, straightened the collar so the plate sat centered, and walked Jennifer out past the money man without comment.</w:t>
      </w:r>
    </w:p>
    <w:p>
      <w:r>
        <w:rPr>
          <w:rFonts w:ascii="IM Fell English" w:hAnsi="IM Fell English"/>
          <w:color w:val="141414"/>
          <w:sz w:val="24"/>
        </w:rPr>
        <w:t>By noon three more people had asked.</w:t>
      </w:r>
    </w:p>
    <w:p>
      <w:r>
        <w:rPr>
          <w:rFonts w:ascii="IM Fell English" w:hAnsi="IM Fell English"/>
          <w:color w:val="141414"/>
          <w:sz w:val="24"/>
        </w:rPr>
        <w:t>Jackie gave each of them twenty minutes in open spaces—once in a stairwell landing between floors, once in the shared office with the door left open, once against the wall outside the commissary while the lunch line pretended not to watch. Jennifer stayed on her knees or braced against whatever surface Jackie chose. The plate stayed visible. The lead stayed in Jackie’s hand between uses. Every sequence hit the porn CCTV in real time.</w:t>
      </w:r>
    </w:p>
    <w:p>
      <w:r>
        <w:rPr>
          <w:rFonts w:ascii="IM Fell English" w:hAnsi="IM Fell English"/>
          <w:color w:val="141414"/>
          <w:sz w:val="24"/>
        </w:rPr>
        <w:t>At 1:40 a camera operator asked for forty minutes.</w:t>
      </w:r>
    </w:p>
    <w:p>
      <w:r>
        <w:rPr>
          <w:rFonts w:ascii="IM Fell English" w:hAnsi="IM Fell English"/>
          <w:color w:val="141414"/>
          <w:sz w:val="24"/>
        </w:rPr>
        <w:t>Jackie looked at him for a long second, then at Jennifer.</w:t>
      </w:r>
    </w:p>
    <w:p>
      <w:r>
        <w:rPr>
          <w:rFonts w:ascii="IM Fell English" w:hAnsi="IM Fell English"/>
          <w:color w:val="141414"/>
          <w:sz w:val="24"/>
        </w:rPr>
        <w:t>“Forty,” she said. “Still no permanent marks. Still functional for the three o’clock walkthrough. Clock starts now.”</w:t>
      </w:r>
    </w:p>
    <w:p>
      <w:r>
        <w:rPr>
          <w:rFonts w:ascii="IM Fell English" w:hAnsi="IM Fell English"/>
          <w:color w:val="141414"/>
          <w:sz w:val="24"/>
        </w:rPr>
        <w:t>She used an empty dressing room on Stage B. Door open. Camera already live. Jackie stayed inside the entire time, leaning against the makeup counter, watching. When the forty minutes ended Jennifer’s mouth was swollen and her knees had gone red, but she stood when Jackie clipped the lead back on and answered the same quiet question.</w:t>
      </w:r>
    </w:p>
    <w:p>
      <w:r>
        <w:rPr>
          <w:rFonts w:ascii="IM Fell English" w:hAnsi="IM Fell English"/>
          <w:color w:val="141414"/>
          <w:sz w:val="24"/>
        </w:rPr>
        <w:t>“Still functional?”</w:t>
      </w:r>
    </w:p>
    <w:p>
      <w:r>
        <w:rPr>
          <w:rFonts w:ascii="IM Fell English" w:hAnsi="IM Fell English"/>
          <w:color w:val="141414"/>
          <w:sz w:val="24"/>
        </w:rPr>
        <w:t>“Yes, boss.”</w:t>
      </w:r>
    </w:p>
    <w:p>
      <w:r>
        <w:rPr>
          <w:rFonts w:ascii="IM Fell English" w:hAnsi="IM Fell English"/>
          <w:color w:val="141414"/>
          <w:sz w:val="24"/>
        </w:rPr>
        <w:t>“Good. Walkthrough in fifteen. Keep the explanation boring.”</w:t>
      </w:r>
    </w:p>
    <w:p>
      <w:r>
        <w:rPr>
          <w:rFonts w:ascii="IM Fell English" w:hAnsi="IM Fell English"/>
          <w:color w:val="141414"/>
          <w:sz w:val="24"/>
        </w:rPr>
        <w:t>The afternoon stayed professional on the surface. Access lists. A revised overnight request. A short argument with a set designer that Jackie shut down with one look. Jennifer stayed at her shoulder, collar locked, lead clipped or unclipped depending on how many people were watching. Twice more someone asked—once a grip, once a visiting coordinator. Jackie gave each of them twenty minutes and watched both.</w:t>
      </w:r>
    </w:p>
    <w:p>
      <w:r>
        <w:rPr>
          <w:rFonts w:ascii="IM Fell English" w:hAnsi="IM Fell English"/>
          <w:color w:val="141414"/>
          <w:sz w:val="24"/>
        </w:rPr>
        <w:t xml:space="preserve">By wrap, the porn CCTV had archived nine sequences. Saiya’s silence was louder than a reply. </w:t>
      </w:r>
    </w:p>
    <w:p>
      <w:r>
        <w:rPr>
          <w:rFonts w:ascii="IM Fell English" w:hAnsi="IM Fell English"/>
          <w:color w:val="141414"/>
          <w:sz w:val="24"/>
        </w:rPr>
        <w:t>Jennifer touched the plate in the parking structure and laughed once, low. “They’re going to start asking for half-days.”</w:t>
      </w:r>
    </w:p>
    <w:p>
      <w:r>
        <w:rPr>
          <w:rFonts w:ascii="IM Fell English" w:hAnsi="IM Fell English"/>
          <w:color w:val="141414"/>
          <w:sz w:val="24"/>
        </w:rPr>
        <w:t>Jackie opened the car. “When they do, I’ll decide. Get in.”</w:t>
      </w:r>
    </w:p>
    <w:p>
      <w:r>
        <w:rPr>
          <w:rFonts w:ascii="IM Fell English" w:hAnsi="IM Fell English"/>
          <w:color w:val="141414"/>
          <w:sz w:val="24"/>
        </w:rPr>
        <w:t>She drove them one structure over again. Engine off. Jennifer waited with her hands on her thighs, the locked collar dull in the low light, the engraved words still readable.</w:t>
      </w:r>
    </w:p>
    <w:p>
      <w:r>
        <w:rPr>
          <w:rFonts w:ascii="IM Fell English" w:hAnsi="IM Fell English"/>
          <w:color w:val="141414"/>
          <w:sz w:val="24"/>
        </w:rPr>
        <w:t>“Ask,” Jackie said.</w:t>
      </w:r>
    </w:p>
    <w:p>
      <w:r>
        <w:rPr>
          <w:rFonts w:ascii="IM Fell English" w:hAnsi="IM Fell English"/>
          <w:color w:val="141414"/>
          <w:sz w:val="24"/>
        </w:rPr>
        <w:t>Jennifer looked straight at her. “Handle me. Hard enough that the plate feels like it’s part of my throat.”</w:t>
      </w:r>
    </w:p>
    <w:p>
      <w:r>
        <w:rPr>
          <w:rFonts w:ascii="IM Fell English" w:hAnsi="IM Fell English"/>
          <w:color w:val="141414"/>
          <w:sz w:val="24"/>
        </w:rPr>
        <w:t>Jackie took her by the hair, pulled her across the console, and used her mouth with no interest in softness. The padlock clicked softly against Jackie’s wrist every time Jennifer moved. When Jackie finally pulled her off, Jennifer stayed bent, breathing hard.</w:t>
      </w:r>
    </w:p>
    <w:p>
      <w:r>
        <w:rPr>
          <w:rFonts w:ascii="IM Fell English" w:hAnsi="IM Fell English"/>
          <w:color w:val="141414"/>
          <w:sz w:val="24"/>
        </w:rPr>
        <w:t>“Home,” Jackie said. “That was enough.”</w:t>
      </w:r>
    </w:p>
    <w:p>
      <w:r>
        <w:rPr>
          <w:rFonts w:ascii="IM Fell English" w:hAnsi="IM Fell English"/>
          <w:color w:val="141414"/>
          <w:sz w:val="24"/>
        </w:rPr>
        <w:t>On the drive home Jennifer spoke only once. “You’re going to get an all-day request soon.”</w:t>
      </w:r>
    </w:p>
    <w:p>
      <w:r>
        <w:rPr>
          <w:rFonts w:ascii="IM Fell English" w:hAnsi="IM Fell English"/>
          <w:color w:val="141414"/>
          <w:sz w:val="24"/>
        </w:rPr>
        <w:t>Jackie kept her eyes on the road. “When it comes, I’ll decide if she stays functional. Until then you ask. And you stay on the lead between locations.”</w:t>
      </w:r>
    </w:p>
    <w:p>
      <w:r>
        <w:rPr>
          <w:rFonts w:ascii="IM Fell English" w:hAnsi="IM Fell English"/>
          <w:color w:val="141414"/>
          <w:sz w:val="24"/>
        </w:rPr>
        <w:t>Jennifer smiled at the side window. “Yes, boss.”</w:t>
      </w:r>
    </w:p>
    <w:p>
      <w:r>
        <w:rPr>
          <w:rFonts w:ascii="IM Fell English" w:hAnsi="IM Fell English"/>
          <w:color w:val="141414"/>
          <w:sz w:val="24"/>
        </w:rPr>
        <w:t>The gate opened. The house accepted them under watch.</w:t>
      </w:r>
    </w:p>
    <w:p>
      <w:r>
        <w:rPr>
          <w:rFonts w:ascii="IM Fell English" w:hAnsi="IM Fell English"/>
          <w:color w:val="141414"/>
          <w:sz w:val="24"/>
        </w:rPr>
        <w:t>Jackie unlocked the collar in the front hall and set it on the side table next to the sealed packet. The engraved plate faced up. Two black shapes, one leather, one paper, both heavier than they had been the day before.</w:t>
      </w:r>
    </w:p>
    <w:p>
      <w:r>
        <w:rPr>
          <w:rFonts w:ascii="IM Fell English" w:hAnsi="IM Fell English"/>
          <w:color w:val="141414"/>
          <w:sz w:val="24"/>
        </w:rPr>
        <w:t>Jennifer looked at them side by side.</w:t>
      </w:r>
    </w:p>
    <w:p>
      <w:r>
        <w:rPr>
          <w:rFonts w:ascii="IM Fell English" w:hAnsi="IM Fell English"/>
          <w:color w:val="141414"/>
          <w:sz w:val="24"/>
        </w:rPr>
        <w:t>“They’re starting to feel the same.”</w:t>
      </w:r>
    </w:p>
    <w:p>
      <w:r>
        <w:rPr>
          <w:rFonts w:ascii="IM Fell English" w:hAnsi="IM Fell English"/>
          <w:color w:val="141414"/>
          <w:sz w:val="24"/>
        </w:rPr>
        <w:t>Jackie came up behind her, slid both arms around her waist, and rested her chin on Jennifer’s shoulder.</w:t>
      </w:r>
    </w:p>
    <w:p>
      <w:r>
        <w:rPr>
          <w:rFonts w:ascii="IM Fell English" w:hAnsi="IM Fell English"/>
          <w:color w:val="141414"/>
          <w:sz w:val="24"/>
        </w:rPr>
        <w:t>“One of them opens when Katie says. The other stays locked until I decide the day is over. Until then you ask. And you stay functional.”</w:t>
      </w:r>
    </w:p>
    <w:p>
      <w:r>
        <w:rPr>
          <w:rFonts w:ascii="IM Fell English" w:hAnsi="IM Fell English"/>
          <w:color w:val="141414"/>
          <w:sz w:val="24"/>
        </w:rPr>
        <w:t>Jennifer leaned back into her. “Yes, boss.”</w:t>
      </w:r>
    </w:p>
    <w:p>
      <w:r>
        <w:rPr>
          <w:rFonts w:ascii="IM Fell English" w:hAnsi="IM Fell English"/>
          <w:color w:val="141414"/>
          <w:sz w:val="24"/>
        </w:rPr>
        <w:t>They ate standing up in the kitchen. Jennifer stole food off Jackie’s plate. Jackie let her, then put two fingers against her mouth when the stealing became performance. Jennifer laughed and surrendered the point.</w:t>
      </w:r>
    </w:p>
    <w:p>
      <w:r>
        <w:rPr>
          <w:rFonts w:ascii="IM Fell English" w:hAnsi="IM Fell English"/>
          <w:color w:val="141414"/>
          <w:sz w:val="24"/>
        </w:rPr>
        <w:t>Later, in bed, Jennifer put Jackie’s hand over her sternum and held it there.</w:t>
      </w:r>
    </w:p>
    <w:p>
      <w:r>
        <w:rPr>
          <w:rFonts w:ascii="IM Fell English" w:hAnsi="IM Fell English"/>
          <w:color w:val="141414"/>
          <w:sz w:val="24"/>
        </w:rPr>
        <w:t>“Stay.”</w:t>
      </w:r>
    </w:p>
    <w:p>
      <w:r>
        <w:rPr>
          <w:rFonts w:ascii="IM Fell English" w:hAnsi="IM Fell English"/>
          <w:color w:val="141414"/>
          <w:sz w:val="24"/>
        </w:rPr>
        <w:t>Jackie stayed.</w:t>
      </w:r>
    </w:p>
    <w:p>
      <w:r>
        <w:rPr>
          <w:rFonts w:ascii="IM Fell English" w:hAnsi="IM Fell English"/>
          <w:color w:val="141414"/>
          <w:sz w:val="24"/>
        </w:rPr>
        <w:t>In the living room the packet remained closed.</w:t>
      </w:r>
    </w:p>
    <w:p>
      <w:r>
        <w:rPr>
          <w:rFonts w:ascii="IM Fell English" w:hAnsi="IM Fell English"/>
          <w:color w:val="141414"/>
          <w:sz w:val="24"/>
        </w:rPr>
        <w:t>On the side table the engraved collar waited beside it, plate facing the ceiling cameras.</w:t>
      </w:r>
    </w:p>
    <w:p>
      <w:r>
        <w:rPr>
          <w:rFonts w:ascii="IM Fell English" w:hAnsi="IM Fell English"/>
          <w:color w:val="141414"/>
          <w:sz w:val="24"/>
        </w:rPr>
        <w:t>And somewhere beyond the lenses, Katie and Lilith—married, absolute, and still watching—let the first full day of the engraved plate settle exactly the way they wanted it:</w:t>
      </w:r>
    </w:p>
    <w:p>
      <w:r>
        <w:rPr>
          <w:rFonts w:ascii="IM Fell English" w:hAnsi="IM Fell English"/>
          <w:color w:val="141414"/>
          <w:sz w:val="24"/>
        </w:rPr>
        <w:t>readable, useful, and still only the middle of the ramp.</w:t>
      </w:r>
    </w:p>
    <w:p>
      <w:pPr>
        <w:pStyle w:val="Heading1"/>
        <w:jc w:val="center"/>
      </w:pPr>
      <w:r>
        <w:rPr>
          <w:rFonts w:ascii="IM Fell English" w:hAnsi="IM Fell English"/>
          <w:color w:val="0D0D0D"/>
        </w:rPr>
        <w:t>CHAPTER 7 — HALF-DAY</w:t>
      </w:r>
    </w:p>
    <w:p>
      <w:r>
        <w:rPr>
          <w:rFonts w:ascii="IM Fell English" w:hAnsi="IM Fell English"/>
          <w:color w:val="141414"/>
          <w:sz w:val="24"/>
        </w:rPr>
        <w:t>The first half-day request came before coffee was finished.</w:t>
      </w:r>
    </w:p>
    <w:p>
      <w:r>
        <w:rPr>
          <w:rFonts w:ascii="IM Fell English" w:hAnsi="IM Fell English"/>
          <w:color w:val="141414"/>
          <w:sz w:val="24"/>
        </w:rPr>
        <w:t>Jackie was still in the kitchen when her phone lit up with a message from the new production coordinator. Polite. Direct. He had watched the overnight feeds. He wanted Jennifer from the end of the ten o’clock meeting until the three o’clock walkthrough. Four and a half hours. He understood the rules. No permanent marks. She stayed functional. He would ask Jackie in person if the answer needed to be face-to-face.</w:t>
      </w:r>
    </w:p>
    <w:p>
      <w:r>
        <w:rPr>
          <w:rFonts w:ascii="IM Fell English" w:hAnsi="IM Fell English"/>
          <w:color w:val="141414"/>
          <w:sz w:val="24"/>
        </w:rPr>
        <w:t>Jennifer read the message over Jackie’s shoulder, collar already buckled and locked from the moment she had stepped out of the shower. The engraved plate sat centered against her throat.</w:t>
      </w:r>
    </w:p>
    <w:p>
      <w:r>
        <w:rPr>
          <w:rFonts w:ascii="IM Fell English" w:hAnsi="IM Fell English"/>
          <w:color w:val="141414"/>
          <w:sz w:val="24"/>
        </w:rPr>
        <w:t>“He’s not the only one who’s going to ask,” she said.</w:t>
      </w:r>
    </w:p>
    <w:p>
      <w:r>
        <w:rPr>
          <w:rFonts w:ascii="IM Fell English" w:hAnsi="IM Fell English"/>
          <w:color w:val="141414"/>
          <w:sz w:val="24"/>
        </w:rPr>
        <w:t>Jackie locked the phone and set it down. “I know. Lead stays on between every location. Wrist cuffs when I say. You stay dressed enough to walk the halls without stopping the entire grid. He gets you in open spaces or rooms with live cameras only. I check on you every hour. You stay functional for the walkthrough and whatever comes after. Clear?”</w:t>
      </w:r>
    </w:p>
    <w:p>
      <w:r>
        <w:rPr>
          <w:rFonts w:ascii="IM Fell English" w:hAnsi="IM Fell English"/>
          <w:color w:val="141414"/>
          <w:sz w:val="24"/>
        </w:rPr>
        <w:t>Jennifer touched the plate. “Clear.”</w:t>
      </w:r>
    </w:p>
    <w:p>
      <w:r>
        <w:rPr>
          <w:rFonts w:ascii="IM Fell English" w:hAnsi="IM Fell English"/>
          <w:color w:val="141414"/>
          <w:sz w:val="24"/>
        </w:rPr>
        <w:t>“Ask.”</w:t>
      </w:r>
    </w:p>
    <w:p>
      <w:r>
        <w:rPr>
          <w:rFonts w:ascii="IM Fell English" w:hAnsi="IM Fell English"/>
          <w:color w:val="141414"/>
          <w:sz w:val="24"/>
        </w:rPr>
        <w:t>Jennifer stepped in close. “Give it to him. Let them see an entire half-day on the feeds. Let them start calculating what a full day costs.”</w:t>
      </w:r>
    </w:p>
    <w:p>
      <w:r>
        <w:rPr>
          <w:rFonts w:ascii="IM Fell English" w:hAnsi="IM Fell English"/>
          <w:color w:val="141414"/>
          <w:sz w:val="24"/>
        </w:rPr>
        <w:t>Jackie kissed her once—hard, short, owned. “Car. Now.”</w:t>
      </w:r>
    </w:p>
    <w:p>
      <w:r>
        <w:rPr>
          <w:rFonts w:ascii="IM Fell English" w:hAnsi="IM Fell English"/>
          <w:color w:val="141414"/>
          <w:sz w:val="24"/>
        </w:rPr>
        <w:t>The lot read the locked collar and the lead before they cleared the entrance. Carl’s eyes dropped to the plate, then to the short leather leash in Jackie’s hand. Lisa met them inside, tablet raised, and this time she didn’t stop the sentence. She just stared at the collar long enough that Jackie had to take the tablet from her hands.</w:t>
      </w:r>
    </w:p>
    <w:p>
      <w:r>
        <w:rPr>
          <w:rFonts w:ascii="IM Fell English" w:hAnsi="IM Fell English"/>
          <w:color w:val="141414"/>
          <w:sz w:val="24"/>
        </w:rPr>
        <w:t>“Ten o’clock is in Conference Two. Saiya’s already seated. The coordinator is waiting outside the door. He said he messaged you.”</w:t>
      </w:r>
    </w:p>
    <w:p>
      <w:r>
        <w:rPr>
          <w:rFonts w:ascii="IM Fell English" w:hAnsi="IM Fell English"/>
          <w:color w:val="141414"/>
          <w:sz w:val="24"/>
        </w:rPr>
        <w:t>“He did. Tell him the answer is yes. Four and a half hours. Rules stand.”</w:t>
      </w:r>
    </w:p>
    <w:p>
      <w:r>
        <w:rPr>
          <w:rFonts w:ascii="IM Fell English" w:hAnsi="IM Fell English"/>
          <w:color w:val="141414"/>
          <w:sz w:val="24"/>
        </w:rPr>
        <w:t>They walked the corridor with the lead clipped. People slowed. Someone in an open doorway actually mouthed the words on the plate as they passed. A pair of grips on the landing stepped aside and watched the entire length of the leash disappear around the corner.</w:t>
      </w:r>
    </w:p>
    <w:p>
      <w:r>
        <w:rPr>
          <w:rFonts w:ascii="IM Fell English" w:hAnsi="IM Fell English"/>
          <w:color w:val="141414"/>
          <w:sz w:val="24"/>
        </w:rPr>
        <w:t>Conference Two went silent when they entered.</w:t>
      </w:r>
    </w:p>
    <w:p>
      <w:r>
        <w:rPr>
          <w:rFonts w:ascii="IM Fell English" w:hAnsi="IM Fell English"/>
          <w:color w:val="141414"/>
          <w:sz w:val="24"/>
        </w:rPr>
        <w:t>Saiya’s eyes went straight to the collar, then to the lead, then to Jackie’s face. The department heads stared. The production coordinator stood near the wall, already looking at Jennifer like the clock had started.</w:t>
      </w:r>
    </w:p>
    <w:p>
      <w:r>
        <w:rPr>
          <w:rFonts w:ascii="IM Fell English" w:hAnsi="IM Fell English"/>
          <w:color w:val="141414"/>
          <w:sz w:val="24"/>
        </w:rPr>
        <w:t>Jackie took her seat. Jennifer stood at her shoulder.</w:t>
      </w:r>
    </w:p>
    <w:p>
      <w:r>
        <w:rPr>
          <w:rFonts w:ascii="IM Fell English" w:hAnsi="IM Fell English"/>
          <w:color w:val="141414"/>
          <w:sz w:val="24"/>
        </w:rPr>
        <w:t>Saiya’s voice was flat. “I assume the half-day request was approved.”</w:t>
      </w:r>
    </w:p>
    <w:p>
      <w:r>
        <w:rPr>
          <w:rFonts w:ascii="IM Fell English" w:hAnsi="IM Fell English"/>
          <w:color w:val="141414"/>
          <w:sz w:val="24"/>
        </w:rPr>
        <w:t>“It was. She’ll be back for the three o’clock walkthrough. Functional.”</w:t>
      </w:r>
    </w:p>
    <w:p>
      <w:r>
        <w:rPr>
          <w:rFonts w:ascii="IM Fell English" w:hAnsi="IM Fell English"/>
          <w:color w:val="141414"/>
          <w:sz w:val="24"/>
        </w:rPr>
        <w:t>Saiya looked at the plate for a long moment. “Try not to let the rental schedule become the main production.”</w:t>
      </w:r>
    </w:p>
    <w:p>
      <w:r>
        <w:rPr>
          <w:rFonts w:ascii="IM Fell English" w:hAnsi="IM Fell English"/>
          <w:color w:val="141414"/>
          <w:sz w:val="24"/>
        </w:rPr>
        <w:t>“It won’t.”</w:t>
      </w:r>
    </w:p>
    <w:p>
      <w:r>
        <w:rPr>
          <w:rFonts w:ascii="IM Fell English" w:hAnsi="IM Fell English"/>
          <w:color w:val="141414"/>
          <w:sz w:val="24"/>
        </w:rPr>
        <w:t>The meeting ran twenty-six minutes. No one mentioned the collar out loud. When it ended Jackie stood, unclipped the lead, and handed it to the coordinator.</w:t>
      </w:r>
    </w:p>
    <w:p>
      <w:r>
        <w:rPr>
          <w:rFonts w:ascii="IM Fell English" w:hAnsi="IM Fell English"/>
          <w:color w:val="141414"/>
          <w:sz w:val="24"/>
        </w:rPr>
        <w:t>“Open spaces or rooms with live cameras only. I check every hour. She stays dressed enough to move between locations without incident. No permanent marks. She’s back here at two-fifty for the walkthrough. Clear?”</w:t>
      </w:r>
    </w:p>
    <w:p>
      <w:r>
        <w:rPr>
          <w:rFonts w:ascii="IM Fell English" w:hAnsi="IM Fell English"/>
          <w:color w:val="141414"/>
          <w:sz w:val="24"/>
        </w:rPr>
        <w:t>“Clear.”</w:t>
      </w:r>
    </w:p>
    <w:p>
      <w:r>
        <w:rPr>
          <w:rFonts w:ascii="IM Fell English" w:hAnsi="IM Fell English"/>
          <w:color w:val="141414"/>
          <w:sz w:val="24"/>
        </w:rPr>
        <w:t>Jackie looked at Jennifer. “You don’t decide. He asks me if he wants to change locations or add time. You stay functional.”</w:t>
      </w:r>
    </w:p>
    <w:p>
      <w:r>
        <w:rPr>
          <w:rFonts w:ascii="IM Fell English" w:hAnsi="IM Fell English"/>
          <w:color w:val="141414"/>
          <w:sz w:val="24"/>
        </w:rPr>
        <w:t>Jennifer’s voice was low. “Yes, boss.”</w:t>
      </w:r>
    </w:p>
    <w:p>
      <w:r>
        <w:rPr>
          <w:rFonts w:ascii="IM Fell English" w:hAnsi="IM Fell English"/>
          <w:color w:val="141414"/>
          <w:sz w:val="24"/>
        </w:rPr>
        <w:t>Jackie watched them leave the conference room together—Jennifer a half-step behind, lead now in someone else’s hand, plate visible under the overhead lights. The corridor monitors updated in real time. Somewhere on the lot, people were already pulling the new feed.</w:t>
      </w:r>
    </w:p>
    <w:p>
      <w:r>
        <w:rPr>
          <w:rFonts w:ascii="IM Fell English" w:hAnsi="IM Fell English"/>
          <w:color w:val="141414"/>
          <w:sz w:val="24"/>
        </w:rPr>
        <w:t>Jackie spent the next four and a half hours running the building the way she always did. Access lists. A revised overnight crew request. A short argument with a set designer that ended with one look. Every hour she walked whatever location the coordinator had chosen—once an open side office, once a stairwell landing between floors, once the empty commissary after the lunch rush, once a dressing room on Stage B with the door left wide. Each time she found Jennifer on her knees or braced against a wall or bent over a surface, still dressed enough to look employed, collar locked, plate readable, and still able to meet Jackie’s eyes and answer the same quiet question.</w:t>
      </w:r>
    </w:p>
    <w:p>
      <w:r>
        <w:rPr>
          <w:rFonts w:ascii="IM Fell English" w:hAnsi="IM Fell English"/>
          <w:color w:val="141414"/>
          <w:sz w:val="24"/>
        </w:rPr>
        <w:t>“Still functional?”</w:t>
      </w:r>
    </w:p>
    <w:p>
      <w:r>
        <w:rPr>
          <w:rFonts w:ascii="IM Fell English" w:hAnsi="IM Fell English"/>
          <w:color w:val="141414"/>
          <w:sz w:val="24"/>
        </w:rPr>
        <w:t>“Yes, boss.”</w:t>
      </w:r>
    </w:p>
    <w:p>
      <w:r>
        <w:rPr>
          <w:rFonts w:ascii="IM Fell English" w:hAnsi="IM Fell English"/>
          <w:color w:val="141414"/>
          <w:sz w:val="24"/>
        </w:rPr>
        <w:t>Jackie checked the time, nodded once to the coordinator, and left them to the remaining minutes.</w:t>
      </w:r>
    </w:p>
    <w:p>
      <w:r>
        <w:rPr>
          <w:rFonts w:ascii="IM Fell English" w:hAnsi="IM Fell English"/>
          <w:color w:val="141414"/>
          <w:sz w:val="24"/>
        </w:rPr>
        <w:t>At two-fifty Jennifer walked back into Conference Two on the lead, mouth swollen, knees red, blouse wrinkled, and still steady on her feet. The coordinator handed the lead back to Jackie without being asked. Jackie clipped it on, straightened the plate, and looked her over once.</w:t>
      </w:r>
    </w:p>
    <w:p>
      <w:r>
        <w:rPr>
          <w:rFonts w:ascii="IM Fell English" w:hAnsi="IM Fell English"/>
          <w:color w:val="141414"/>
          <w:sz w:val="24"/>
        </w:rPr>
        <w:t>“Walkthrough in ten. Keep the explanation boring.”</w:t>
      </w:r>
    </w:p>
    <w:p>
      <w:r>
        <w:rPr>
          <w:rFonts w:ascii="IM Fell English" w:hAnsi="IM Fell English"/>
          <w:color w:val="141414"/>
          <w:sz w:val="24"/>
        </w:rPr>
        <w:t>Jennifer’s voice was hoarse. “Yes, boss.”</w:t>
      </w:r>
    </w:p>
    <w:p>
      <w:r>
        <w:rPr>
          <w:rFonts w:ascii="IM Fell English" w:hAnsi="IM Fell English"/>
          <w:color w:val="141414"/>
          <w:sz w:val="24"/>
        </w:rPr>
        <w:t>By wrap, the porn CCTV held fourteen sequences, including the half-day. Saiya remained silent. ent people asked for twenty minutes afterward. Jackie gave each of them time in open spaces and watched both. By the time they closed the board at six the porn CCTV had archived fourteen new sequences, including the full half-day.</w:t>
      </w:r>
    </w:p>
    <w:p>
      <w:r>
        <w:rPr>
          <w:rFonts w:ascii="IM Fell English" w:hAnsi="IM Fell English"/>
          <w:color w:val="141414"/>
          <w:sz w:val="24"/>
        </w:rPr>
        <w:t>Saiya sent no message.</w:t>
      </w:r>
    </w:p>
    <w:p>
      <w:r>
        <w:rPr>
          <w:rFonts w:ascii="IM Fell English" w:hAnsi="IM Fell English"/>
          <w:color w:val="141414"/>
          <w:sz w:val="24"/>
        </w:rPr>
        <w:t>Jennifer touched the plate in the parking structure and laughed once, low and rough. “They’re going to ask for full days next.”</w:t>
      </w:r>
    </w:p>
    <w:p>
      <w:r>
        <w:rPr>
          <w:rFonts w:ascii="IM Fell English" w:hAnsi="IM Fell English"/>
          <w:color w:val="141414"/>
          <w:sz w:val="24"/>
        </w:rPr>
        <w:t>Jackie opened the car. “When they do, I’ll decide. Get in.”</w:t>
      </w:r>
    </w:p>
    <w:p>
      <w:r>
        <w:rPr>
          <w:rFonts w:ascii="IM Fell English" w:hAnsi="IM Fell English"/>
          <w:color w:val="141414"/>
          <w:sz w:val="24"/>
        </w:rPr>
        <w:t>She drove them one structure over again. Engine off. Jennifer waited with her hands on her thighs, the locked collar dull in the low light, the engraved words still sharp.</w:t>
      </w:r>
    </w:p>
    <w:p>
      <w:r>
        <w:rPr>
          <w:rFonts w:ascii="IM Fell English" w:hAnsi="IM Fell English"/>
          <w:color w:val="141414"/>
          <w:sz w:val="24"/>
        </w:rPr>
        <w:t>“Ask,” Jackie said.</w:t>
      </w:r>
    </w:p>
    <w:p>
      <w:r>
        <w:rPr>
          <w:rFonts w:ascii="IM Fell English" w:hAnsi="IM Fell English"/>
          <w:color w:val="141414"/>
          <w:sz w:val="24"/>
        </w:rPr>
        <w:t>Jennifer looked straight at her. “Handle me. Hard enough that the half-day feels like it belonged to you the entire time.”</w:t>
      </w:r>
    </w:p>
    <w:p>
      <w:r>
        <w:rPr>
          <w:rFonts w:ascii="IM Fell English" w:hAnsi="IM Fell English"/>
          <w:color w:val="141414"/>
          <w:sz w:val="24"/>
        </w:rPr>
        <w:t>Jackie took her by the hair, pulled her across the console, and used her mouth with no interest in softness. The padlock clicked against her wrist every time Jennifer moved. When Jackie finally pulled her off, Jennifer stayed bent, breathing hard.</w:t>
      </w:r>
    </w:p>
    <w:p>
      <w:r>
        <w:rPr>
          <w:rFonts w:ascii="IM Fell English" w:hAnsi="IM Fell English"/>
          <w:color w:val="141414"/>
          <w:sz w:val="24"/>
        </w:rPr>
        <w:t>“Home,” Jackie said. “That was enough.”</w:t>
      </w:r>
    </w:p>
    <w:p>
      <w:r>
        <w:rPr>
          <w:rFonts w:ascii="IM Fell English" w:hAnsi="IM Fell English"/>
          <w:color w:val="141414"/>
          <w:sz w:val="24"/>
        </w:rPr>
        <w:t>On the drive home Jennifer spoke only once. “The packet’s going to open soon.”</w:t>
      </w:r>
    </w:p>
    <w:p>
      <w:r>
        <w:rPr>
          <w:rFonts w:ascii="IM Fell English" w:hAnsi="IM Fell English"/>
          <w:color w:val="141414"/>
          <w:sz w:val="24"/>
        </w:rPr>
        <w:t>Jackie kept her eyes on the road. “Probably. Don’t write the ending in the parking structure.”</w:t>
      </w:r>
    </w:p>
    <w:p>
      <w:r>
        <w:rPr>
          <w:rFonts w:ascii="IM Fell English" w:hAnsi="IM Fell English"/>
          <w:color w:val="141414"/>
          <w:sz w:val="24"/>
        </w:rPr>
        <w:t>The gate opened. The house accepted them under watch.</w:t>
      </w:r>
    </w:p>
    <w:p>
      <w:r>
        <w:rPr>
          <w:rFonts w:ascii="IM Fell English" w:hAnsi="IM Fell English"/>
          <w:color w:val="141414"/>
          <w:sz w:val="24"/>
        </w:rPr>
        <w:t>Jackie unlocked the collar in the front hall and set it on the side table next to the sealed packet. The engraved plate faced up. Two black shapes, one leather, one paper, both heavier than they had been that morning.</w:t>
      </w:r>
    </w:p>
    <w:p>
      <w:r>
        <w:rPr>
          <w:rFonts w:ascii="IM Fell English" w:hAnsi="IM Fell English"/>
          <w:color w:val="141414"/>
          <w:sz w:val="24"/>
        </w:rPr>
        <w:t>Jennifer looked at them side by side for a long moment.</w:t>
      </w:r>
    </w:p>
    <w:p>
      <w:r>
        <w:rPr>
          <w:rFonts w:ascii="IM Fell English" w:hAnsi="IM Fell English"/>
          <w:color w:val="141414"/>
          <w:sz w:val="24"/>
        </w:rPr>
        <w:t>“They’re the same weight now.”</w:t>
      </w:r>
    </w:p>
    <w:p>
      <w:r>
        <w:rPr>
          <w:rFonts w:ascii="IM Fell English" w:hAnsi="IM Fell English"/>
          <w:color w:val="141414"/>
          <w:sz w:val="24"/>
        </w:rPr>
        <w:t>Jackie came up behind her, slid both arms around her waist, and rested her chin on Jennifer’s shoulder.</w:t>
      </w:r>
    </w:p>
    <w:p>
      <w:r>
        <w:rPr>
          <w:rFonts w:ascii="IM Fell English" w:hAnsi="IM Fell English"/>
          <w:color w:val="141414"/>
          <w:sz w:val="24"/>
        </w:rPr>
        <w:t>“One of them opens when Katie says. The other stays locked until I decide the day is over. Until then you ask. And you stay functional.”</w:t>
      </w:r>
    </w:p>
    <w:p>
      <w:r>
        <w:rPr>
          <w:rFonts w:ascii="IM Fell English" w:hAnsi="IM Fell English"/>
          <w:color w:val="141414"/>
          <w:sz w:val="24"/>
        </w:rPr>
        <w:t>Jennifer leaned back into her. “Yes, boss.”</w:t>
      </w:r>
    </w:p>
    <w:p>
      <w:r>
        <w:rPr>
          <w:rFonts w:ascii="IM Fell English" w:hAnsi="IM Fell English"/>
          <w:color w:val="141414"/>
          <w:sz w:val="24"/>
        </w:rPr>
        <w:t>They ate standing up in the kitchen. Jennifer stole food off Jackie’s plate. Jackie let her, then put two fingers against her mouth when the stealing became performance. Jennifer laughed and surrendered the point.</w:t>
      </w:r>
    </w:p>
    <w:p>
      <w:r>
        <w:rPr>
          <w:rFonts w:ascii="IM Fell English" w:hAnsi="IM Fell English"/>
          <w:color w:val="141414"/>
          <w:sz w:val="24"/>
        </w:rPr>
        <w:t>Later, in bed, Jennifer put Jackie’s hand over her sternum and held it there.</w:t>
      </w:r>
    </w:p>
    <w:p>
      <w:r>
        <w:rPr>
          <w:rFonts w:ascii="IM Fell English" w:hAnsi="IM Fell English"/>
          <w:color w:val="141414"/>
          <w:sz w:val="24"/>
        </w:rPr>
        <w:t>“Stay.”</w:t>
      </w:r>
    </w:p>
    <w:p>
      <w:r>
        <w:rPr>
          <w:rFonts w:ascii="IM Fell English" w:hAnsi="IM Fell English"/>
          <w:color w:val="141414"/>
          <w:sz w:val="24"/>
        </w:rPr>
        <w:t>Jackie stayed.</w:t>
      </w:r>
    </w:p>
    <w:p>
      <w:r>
        <w:rPr>
          <w:rFonts w:ascii="IM Fell English" w:hAnsi="IM Fell English"/>
          <w:color w:val="141414"/>
          <w:sz w:val="24"/>
        </w:rPr>
        <w:t>In the living room the packet remained closed.</w:t>
      </w:r>
    </w:p>
    <w:p>
      <w:r>
        <w:rPr>
          <w:rFonts w:ascii="IM Fell English" w:hAnsi="IM Fell English"/>
          <w:color w:val="141414"/>
          <w:sz w:val="24"/>
        </w:rPr>
        <w:t>On the side table the engraved collar waited beside it, plate facing the ceiling cameras.</w:t>
      </w:r>
    </w:p>
    <w:p>
      <w:r>
        <w:rPr>
          <w:rFonts w:ascii="IM Fell English" w:hAnsi="IM Fell English"/>
          <w:color w:val="141414"/>
          <w:sz w:val="24"/>
        </w:rPr>
        <w:t>And somewhere beyond the lenses, Katie and Lilith—married, absolute, and still watching—let the first half-day settle exactly the way they wanted it:</w:t>
      </w:r>
    </w:p>
    <w:p>
      <w:r>
        <w:rPr>
          <w:rFonts w:ascii="IM Fell English" w:hAnsi="IM Fell English"/>
          <w:color w:val="141414"/>
          <w:sz w:val="24"/>
        </w:rPr>
        <w:t>logged, useful, and still only the next step on the ramp.</w:t>
      </w:r>
    </w:p>
    <w:p>
      <w:pPr>
        <w:pStyle w:val="Heading1"/>
        <w:jc w:val="center"/>
      </w:pPr>
      <w:r>
        <w:rPr>
          <w:rFonts w:ascii="IM Fell English" w:hAnsi="IM Fell English"/>
          <w:color w:val="0D0D0D"/>
        </w:rPr>
        <w:t>CHAPTER 8 — WALKED AWAY</w:t>
      </w:r>
    </w:p>
    <w:p>
      <w:r>
        <w:rPr>
          <w:rFonts w:ascii="IM Fell English" w:hAnsi="IM Fell English"/>
          <w:color w:val="141414"/>
          <w:sz w:val="24"/>
        </w:rPr>
        <w:t>The first full-day request arrived before the coffee finished brewing.</w:t>
      </w:r>
    </w:p>
    <w:p>
      <w:r>
        <w:rPr>
          <w:rFonts w:ascii="IM Fell English" w:hAnsi="IM Fell English"/>
          <w:color w:val="141414"/>
          <w:sz w:val="24"/>
        </w:rPr>
        <w:t>Jackie read it standing at the kitchen counter, collar already locked around Jennifer’s throat from the moment she stepped out of the shower. The engraved plate sat centered and clean.</w:t>
      </w:r>
    </w:p>
    <w:p>
      <w:r>
        <w:rPr>
          <w:rFonts w:ascii="IM Fell English" w:hAnsi="IM Fell English"/>
          <w:b/>
          <w:color w:val="141414"/>
          <w:sz w:val="24"/>
        </w:rPr>
        <w:t>CHEATING WIFE FOR RENT</w:t>
      </w:r>
    </w:p>
    <w:p>
      <w:r>
        <w:rPr>
          <w:rFonts w:ascii="IM Fell English" w:hAnsi="IM Fell English"/>
          <w:color w:val="141414"/>
          <w:sz w:val="24"/>
        </w:rPr>
        <w:t>The message was from a visiting executive producer who had been on the lot for three days and had watched every archived feed. He wanted Jennifer from first call until wrap. Full day. He understood the rules. No permanent marks. She stayed functional. He would check in with Jackie at every major location change.</w:t>
      </w:r>
    </w:p>
    <w:p>
      <w:r>
        <w:rPr>
          <w:rFonts w:ascii="IM Fell English" w:hAnsi="IM Fell English"/>
          <w:color w:val="141414"/>
          <w:sz w:val="24"/>
        </w:rPr>
        <w:t>Jennifer read it over her shoulder, lead already clipped and resting against Jackie’s wrist.</w:t>
      </w:r>
    </w:p>
    <w:p>
      <w:r>
        <w:rPr>
          <w:rFonts w:ascii="IM Fell English" w:hAnsi="IM Fell English"/>
          <w:color w:val="141414"/>
          <w:sz w:val="24"/>
        </w:rPr>
        <w:t>“He’s not asking for twenty minutes,” she said.</w:t>
      </w:r>
    </w:p>
    <w:p>
      <w:r>
        <w:rPr>
          <w:rFonts w:ascii="IM Fell English" w:hAnsi="IM Fell English"/>
          <w:color w:val="141414"/>
          <w:sz w:val="24"/>
        </w:rPr>
        <w:t>“No.” Jackie locked the phone. “Full day. Open spaces or rooms with live cameras only. I check every ninety minutes. Wrist cuffs when I say. You stay dressed enough to move between stages without stopping the entire grid. He doesn’t get to take you off the lot. You’re back here at wrap, still functional. Clear?”</w:t>
      </w:r>
    </w:p>
    <w:p>
      <w:r>
        <w:rPr>
          <w:rFonts w:ascii="IM Fell English" w:hAnsi="IM Fell English"/>
          <w:color w:val="141414"/>
          <w:sz w:val="24"/>
        </w:rPr>
        <w:t>Jennifer touched the plate. “Clear.”</w:t>
      </w:r>
    </w:p>
    <w:p>
      <w:r>
        <w:rPr>
          <w:rFonts w:ascii="IM Fell English" w:hAnsi="IM Fell English"/>
          <w:color w:val="141414"/>
          <w:sz w:val="24"/>
        </w:rPr>
        <w:t>“Ask.”</w:t>
      </w:r>
    </w:p>
    <w:p>
      <w:r>
        <w:rPr>
          <w:rFonts w:ascii="IM Fell English" w:hAnsi="IM Fell English"/>
          <w:color w:val="141414"/>
          <w:sz w:val="24"/>
        </w:rPr>
        <w:t>Jennifer stepped in close. “Give it to him. Let them watch an entire day. Let them see what the plate actually costs.”</w:t>
      </w:r>
    </w:p>
    <w:p>
      <w:r>
        <w:rPr>
          <w:rFonts w:ascii="IM Fell English" w:hAnsi="IM Fell English"/>
          <w:color w:val="141414"/>
          <w:sz w:val="24"/>
        </w:rPr>
        <w:t>Jackie kissed her once—hard, short, owned. “Car. Now.”</w:t>
      </w:r>
    </w:p>
    <w:p>
      <w:r>
        <w:rPr>
          <w:rFonts w:ascii="IM Fell English" w:hAnsi="IM Fell English"/>
          <w:color w:val="141414"/>
          <w:sz w:val="24"/>
        </w:rPr>
        <w:t>The lot read the locked collar and the full-day arrangement before they cleared security. Carl’s eyes dropped to the plate, then to the lead, then to Jackie’s face. He waved them through without speaking. Lisa met them inside, tablet raised, and this time she only said,</w:t>
      </w:r>
    </w:p>
    <w:p>
      <w:r>
        <w:rPr>
          <w:rFonts w:ascii="IM Fell English" w:hAnsi="IM Fell English"/>
          <w:color w:val="141414"/>
          <w:sz w:val="24"/>
        </w:rPr>
        <w:t>“He’s waiting at Conference Two. Saiya’s already seated. The full-day request is on the internal board. People are already pulling the live corridor feeds.”</w:t>
      </w:r>
    </w:p>
    <w:p>
      <w:r>
        <w:rPr>
          <w:rFonts w:ascii="IM Fell English" w:hAnsi="IM Fell English"/>
          <w:color w:val="141414"/>
          <w:sz w:val="24"/>
        </w:rPr>
        <w:t>Jackie took the tablet. “Good. Tell him the answer is yes. Rules stand.”</w:t>
      </w:r>
    </w:p>
    <w:p>
      <w:r>
        <w:rPr>
          <w:rFonts w:ascii="IM Fell English" w:hAnsi="IM Fell English"/>
          <w:color w:val="141414"/>
          <w:sz w:val="24"/>
        </w:rPr>
        <w:t>They walked the corridor with the lead clipped. People slowed. Someone in an open doorway actually stepped out to watch the plate pass at eye level. A pair of grips on the landing moved aside and tracked the entire length of the leash until it disappeared around the corner.</w:t>
      </w:r>
    </w:p>
    <w:p>
      <w:r>
        <w:rPr>
          <w:rFonts w:ascii="IM Fell English" w:hAnsi="IM Fell English"/>
          <w:color w:val="141414"/>
          <w:sz w:val="24"/>
        </w:rPr>
        <w:t>Conference Two went silent.</w:t>
      </w:r>
    </w:p>
    <w:p>
      <w:r>
        <w:rPr>
          <w:rFonts w:ascii="IM Fell English" w:hAnsi="IM Fell English"/>
          <w:color w:val="141414"/>
          <w:sz w:val="24"/>
        </w:rPr>
        <w:t>Saiya’s eyes went to the collar, then to the lead, then to the visiting producer standing near the wall. Jackie took her seat. Jennifer stood at her shoulder.</w:t>
      </w:r>
    </w:p>
    <w:p>
      <w:r>
        <w:rPr>
          <w:rFonts w:ascii="IM Fell English" w:hAnsi="IM Fell English"/>
          <w:color w:val="141414"/>
          <w:sz w:val="24"/>
        </w:rPr>
        <w:t>Saiya’s voice was flat. “Full day.”</w:t>
      </w:r>
    </w:p>
    <w:p>
      <w:r>
        <w:rPr>
          <w:rFonts w:ascii="IM Fell English" w:hAnsi="IM Fell English"/>
          <w:color w:val="141414"/>
          <w:sz w:val="24"/>
        </w:rPr>
        <w:t>“Full day. She’ll be back at wrap. Functional.”</w:t>
      </w:r>
    </w:p>
    <w:p>
      <w:r>
        <w:rPr>
          <w:rFonts w:ascii="IM Fell English" w:hAnsi="IM Fell English"/>
          <w:color w:val="141414"/>
          <w:sz w:val="24"/>
        </w:rPr>
        <w:t>Saiya looked at the plate for a long moment. “Try not to let the rental become the only thing the lot remembers about this week.”</w:t>
      </w:r>
    </w:p>
    <w:p>
      <w:r>
        <w:rPr>
          <w:rFonts w:ascii="IM Fell English" w:hAnsi="IM Fell English"/>
          <w:color w:val="141414"/>
          <w:sz w:val="24"/>
        </w:rPr>
        <w:t>“It won’t.”</w:t>
      </w:r>
    </w:p>
    <w:p>
      <w:r>
        <w:rPr>
          <w:rFonts w:ascii="IM Fell English" w:hAnsi="IM Fell English"/>
          <w:color w:val="141414"/>
          <w:sz w:val="24"/>
        </w:rPr>
        <w:t>The meeting ran twenty-four minutes. When it ended Jackie unclipped the lead and handed it to the producer.</w:t>
      </w:r>
    </w:p>
    <w:p>
      <w:r>
        <w:rPr>
          <w:rFonts w:ascii="IM Fell English" w:hAnsi="IM Fell English"/>
          <w:color w:val="141414"/>
          <w:sz w:val="24"/>
        </w:rPr>
        <w:t>“Open spaces or rooms with live cameras only. I check every ninety minutes. She stays dressed enough to move. No permanent marks. She’s back at the main entrance at wrap. Clear?”</w:t>
      </w:r>
    </w:p>
    <w:p>
      <w:r>
        <w:rPr>
          <w:rFonts w:ascii="IM Fell English" w:hAnsi="IM Fell English"/>
          <w:color w:val="141414"/>
          <w:sz w:val="24"/>
        </w:rPr>
        <w:t>“Clear.”</w:t>
      </w:r>
    </w:p>
    <w:p>
      <w:r>
        <w:rPr>
          <w:rFonts w:ascii="IM Fell English" w:hAnsi="IM Fell English"/>
          <w:color w:val="141414"/>
          <w:sz w:val="24"/>
        </w:rPr>
        <w:t>Jackie looked at Jennifer. “You don’t decide. He asks me if he wants to change locations or extend. You stay functional.”</w:t>
      </w:r>
    </w:p>
    <w:p>
      <w:r>
        <w:rPr>
          <w:rFonts w:ascii="IM Fell English" w:hAnsi="IM Fell English"/>
          <w:color w:val="141414"/>
          <w:sz w:val="24"/>
        </w:rPr>
        <w:t>Jennifer’s voice was low. “Yes, boss.”</w:t>
      </w:r>
    </w:p>
    <w:p>
      <w:r>
        <w:rPr>
          <w:rFonts w:ascii="IM Fell English" w:hAnsi="IM Fell English"/>
          <w:color w:val="141414"/>
          <w:sz w:val="24"/>
        </w:rPr>
        <w:t>Jackie watched them leave together—Jennifer a half-step behind, lead now in someone else’s hand, plate visible under the lights. The corridor monitors updated in real time.</w:t>
      </w:r>
    </w:p>
    <w:p>
      <w:r>
        <w:rPr>
          <w:rFonts w:ascii="IM Fell English" w:hAnsi="IM Fell English"/>
          <w:color w:val="141414"/>
          <w:sz w:val="24"/>
        </w:rPr>
        <w:t>Jackie spent the day running the building. Access lists. Overnight crew. A short argument with a set designer that ended with one look. Every ninety minutes she walked whatever location the producer had chosen—an open side office, a stairwell landing, the empty commissary after lunch, a dressing room on Stage B with the door left wide, the loading dock between setups. Each time she found Jennifer on her knees or braced against a wall or bent over a surface, still dressed enough to look employed, collar locked, plate readable, and still able to meet Jackie’s eyes.</w:t>
      </w:r>
    </w:p>
    <w:p>
      <w:r>
        <w:rPr>
          <w:rFonts w:ascii="IM Fell English" w:hAnsi="IM Fell English"/>
          <w:color w:val="141414"/>
          <w:sz w:val="24"/>
        </w:rPr>
        <w:t>“Still functional?”</w:t>
      </w:r>
    </w:p>
    <w:p>
      <w:r>
        <w:rPr>
          <w:rFonts w:ascii="IM Fell English" w:hAnsi="IM Fell English"/>
          <w:color w:val="141414"/>
          <w:sz w:val="24"/>
        </w:rPr>
        <w:t>“Yes, boss.”</w:t>
      </w:r>
    </w:p>
    <w:p>
      <w:r>
        <w:rPr>
          <w:rFonts w:ascii="IM Fell English" w:hAnsi="IM Fell English"/>
          <w:color w:val="141414"/>
          <w:sz w:val="24"/>
        </w:rPr>
        <w:t>Jackie checked the time, nodded once to the producer, and left them to the remaining minutes.</w:t>
      </w:r>
    </w:p>
    <w:p>
      <w:r>
        <w:rPr>
          <w:rFonts w:ascii="IM Fell English" w:hAnsi="IM Fell English"/>
          <w:color w:val="141414"/>
          <w:sz w:val="24"/>
        </w:rPr>
        <w:t>At wrap Jennifer walked back to the main entrance on the lead, mouth swollen, knees red, blouse wrinkled, skirt crooked, and still steady on her feet. The producer handed the lead back without being asked. Jackie clipped it on, straightened the plate, and looked her over once.</w:t>
      </w:r>
    </w:p>
    <w:p>
      <w:r>
        <w:rPr>
          <w:rFonts w:ascii="IM Fell English" w:hAnsi="IM Fell English"/>
          <w:color w:val="141414"/>
          <w:sz w:val="24"/>
        </w:rPr>
        <w:t>“Car.”</w:t>
      </w:r>
    </w:p>
    <w:p>
      <w:r>
        <w:rPr>
          <w:rFonts w:ascii="IM Fell English" w:hAnsi="IM Fell English"/>
          <w:color w:val="141414"/>
          <w:sz w:val="24"/>
        </w:rPr>
        <w:t>Jennifer’s voice was hoarse. “Yes, boss.”</w:t>
      </w:r>
    </w:p>
    <w:p>
      <w:r>
        <w:rPr>
          <w:rFonts w:ascii="IM Fell English" w:hAnsi="IM Fell English"/>
          <w:color w:val="141414"/>
          <w:sz w:val="24"/>
        </w:rPr>
        <w:t>They drove home in silence. The gate accepted the code. The door locked. The cameras made their soft electronic acknowledgments. Jackie unlocked the collar in the front hall and set it on the side table next to the sealed packet. The engraved plate faced up.</w:t>
      </w:r>
    </w:p>
    <w:p>
      <w:r>
        <w:rPr>
          <w:rFonts w:ascii="IM Fell English" w:hAnsi="IM Fell English"/>
          <w:color w:val="141414"/>
          <w:sz w:val="24"/>
        </w:rPr>
        <w:t>Jennifer looked at the two black shapes side by side.</w:t>
      </w:r>
    </w:p>
    <w:p>
      <w:r>
        <w:rPr>
          <w:rFonts w:ascii="IM Fell English" w:hAnsi="IM Fell English"/>
          <w:color w:val="141414"/>
          <w:sz w:val="24"/>
        </w:rPr>
        <w:t>“They’re the same weight.”</w:t>
      </w:r>
    </w:p>
    <w:p>
      <w:r>
        <w:rPr>
          <w:rFonts w:ascii="IM Fell English" w:hAnsi="IM Fell English"/>
          <w:color w:val="141414"/>
          <w:sz w:val="24"/>
        </w:rPr>
        <w:t>Jackie came up behind her, slid both arms around her waist, and rested her chin on Jennifer’s shoulder.</w:t>
      </w:r>
    </w:p>
    <w:p>
      <w:r>
        <w:rPr>
          <w:rFonts w:ascii="IM Fell English" w:hAnsi="IM Fell English"/>
          <w:color w:val="141414"/>
          <w:sz w:val="24"/>
        </w:rPr>
        <w:t>“One of them opens when Katie says. The other stays locked until I decide the day is over. Until then you ask. And you stay functional.”</w:t>
      </w:r>
    </w:p>
    <w:p>
      <w:r>
        <w:rPr>
          <w:rFonts w:ascii="IM Fell English" w:hAnsi="IM Fell English"/>
          <w:color w:val="141414"/>
          <w:sz w:val="24"/>
        </w:rPr>
        <w:t>Jennifer leaned back into her. “Yes, boss.”</w:t>
      </w:r>
    </w:p>
    <w:p>
      <w:r>
        <w:rPr>
          <w:rFonts w:ascii="IM Fell English" w:hAnsi="IM Fell English"/>
          <w:color w:val="141414"/>
          <w:sz w:val="24"/>
        </w:rPr>
        <w:t>They were still standing there when the front door opened without a knock.</w:t>
      </w:r>
    </w:p>
    <w:p>
      <w:r>
        <w:rPr>
          <w:rFonts w:ascii="IM Fell English" w:hAnsi="IM Fell English"/>
          <w:color w:val="141414"/>
          <w:sz w:val="24"/>
        </w:rPr>
        <w:t>Lilith walked in like she already owned the threshold. Black dress, wedding band visible, expression calm. She looked at the collar on the table, then at Jennifer’s bare throat, then at Jackie.</w:t>
      </w:r>
    </w:p>
    <w:p>
      <w:r>
        <w:rPr>
          <w:rFonts w:ascii="IM Fell English" w:hAnsi="IM Fell English"/>
          <w:color w:val="141414"/>
          <w:sz w:val="24"/>
        </w:rPr>
        <w:t>“Katie’s on a call with corporate. She sent me.” Lilith’s voice was quiet and absolute. “The packet stays closed tonight. Jennifer comes with me.”</w:t>
      </w:r>
    </w:p>
    <w:p>
      <w:r>
        <w:rPr>
          <w:rFonts w:ascii="IM Fell English" w:hAnsi="IM Fell English"/>
          <w:color w:val="141414"/>
          <w:sz w:val="24"/>
        </w:rPr>
        <w:t>Jackie didn’t move. “For how long?”</w:t>
      </w:r>
    </w:p>
    <w:p>
      <w:r>
        <w:rPr>
          <w:rFonts w:ascii="IM Fell English" w:hAnsi="IM Fell English"/>
          <w:color w:val="141414"/>
          <w:sz w:val="24"/>
        </w:rPr>
        <w:t>“Until we decide otherwise.” Lilith picked up the collar, turned the engraved plate toward the light, and then held out her hand. “Key.”</w:t>
      </w:r>
    </w:p>
    <w:p>
      <w:r>
        <w:rPr>
          <w:rFonts w:ascii="IM Fell English" w:hAnsi="IM Fell English"/>
          <w:color w:val="141414"/>
          <w:sz w:val="24"/>
        </w:rPr>
        <w:t>Jackie took the small key from her pocket and set it in Lilith’s palm. Lilith buckled the collar back around Jennifer’s throat, locked it, and clipped the lead on with the same efficient motion Jackie had used all week.</w:t>
      </w:r>
    </w:p>
    <w:p>
      <w:r>
        <w:rPr>
          <w:rFonts w:ascii="IM Fell English" w:hAnsi="IM Fell English"/>
          <w:color w:val="141414"/>
          <w:sz w:val="24"/>
        </w:rPr>
        <w:t>Jennifer looked at Jackie once. No question. No protest. Only the same dark, steady acceptance she had worn every time the lead changed hands on the lot.</w:t>
      </w:r>
    </w:p>
    <w:p>
      <w:r>
        <w:rPr>
          <w:rFonts w:ascii="IM Fell English" w:hAnsi="IM Fell English"/>
          <w:color w:val="141414"/>
          <w:sz w:val="24"/>
        </w:rPr>
        <w:t>Lilith tested the lead, then nodded once to Jackie.</w:t>
      </w:r>
    </w:p>
    <w:p>
      <w:r>
        <w:rPr>
          <w:rFonts w:ascii="IM Fell English" w:hAnsi="IM Fell English"/>
          <w:color w:val="141414"/>
          <w:sz w:val="24"/>
        </w:rPr>
        <w:t>“She’s functional. You’ve kept her that way. We’ll keep her that way.” She turned toward the door, lead in hand. “Don’t open the packet. Don’t come to the estate unless we call. Run the lot tomorrow like the kingdom is still yours. It is. Until we say otherwise.”</w:t>
      </w:r>
    </w:p>
    <w:p>
      <w:r>
        <w:rPr>
          <w:rFonts w:ascii="IM Fell English" w:hAnsi="IM Fell English"/>
          <w:color w:val="141414"/>
          <w:sz w:val="24"/>
        </w:rPr>
        <w:t>Jackie stood in the front hall and watched Lilith walk Jennifer out into the night.</w:t>
      </w:r>
    </w:p>
    <w:p>
      <w:r>
        <w:rPr>
          <w:rFonts w:ascii="IM Fell English" w:hAnsi="IM Fell English"/>
          <w:color w:val="141414"/>
          <w:sz w:val="24"/>
        </w:rPr>
        <w:t>The door closed.</w:t>
      </w:r>
    </w:p>
    <w:p>
      <w:r>
        <w:rPr>
          <w:rFonts w:ascii="IM Fell English" w:hAnsi="IM Fell English"/>
          <w:color w:val="141414"/>
          <w:sz w:val="24"/>
        </w:rPr>
        <w:t>The cameras tracked the empty space where they had been.</w:t>
      </w:r>
    </w:p>
    <w:p>
      <w:r>
        <w:rPr>
          <w:rFonts w:ascii="IM Fell English" w:hAnsi="IM Fell English"/>
          <w:color w:val="141414"/>
          <w:sz w:val="24"/>
        </w:rPr>
        <w:t>On the side table the sealed packet remained facedown, suddenly the only black rectangle left.</w:t>
      </w:r>
    </w:p>
    <w:p>
      <w:r>
        <w:rPr>
          <w:rFonts w:ascii="IM Fell English" w:hAnsi="IM Fell English"/>
          <w:color w:val="141414"/>
          <w:sz w:val="24"/>
        </w:rPr>
        <w:t>Jackie locked the door, turned off the entry light, and stood there a long time listening to the house settle around the absence.</w:t>
      </w:r>
    </w:p>
    <w:p>
      <w:r>
        <w:rPr>
          <w:rFonts w:ascii="IM Fell English" w:hAnsi="IM Fell English"/>
          <w:color w:val="141414"/>
          <w:sz w:val="24"/>
        </w:rPr>
        <w:t>Somewhere beyond the lenses, Katie and Lilith—married, absolute, and still watching—had taken the next piece off the board.</w:t>
      </w:r>
    </w:p>
    <w:p>
      <w:r>
        <w:rPr>
          <w:rFonts w:ascii="IM Fell English" w:hAnsi="IM Fell English"/>
          <w:color w:val="141414"/>
          <w:sz w:val="24"/>
        </w:rPr>
        <w:t>And the ramp into whatever the packet contained had just gone vertical.</w:t>
      </w:r>
    </w:p>
    <w:p>
      <w:pPr>
        <w:pStyle w:val="Heading1"/>
        <w:jc w:val="center"/>
      </w:pPr>
      <w:r>
        <w:rPr>
          <w:rFonts w:ascii="IM Fell English" w:hAnsi="IM Fell English"/>
          <w:color w:val="0D0D0D"/>
        </w:rPr>
        <w:t>CHAPTER 9 — JACKIE — KEEPERS</w:t>
      </w:r>
    </w:p>
    <w:p>
      <w:r>
        <w:rPr>
          <w:rFonts w:ascii="IM Fell English" w:hAnsi="IM Fell English"/>
          <w:color w:val="141414"/>
          <w:sz w:val="24"/>
        </w:rPr>
        <w:t xml:space="preserve">Jackie had lost count of the rotations, but the hunger remained unabated. </w:t>
      </w:r>
    </w:p>
    <w:p>
      <w:r>
        <w:rPr>
          <w:rFonts w:ascii="IM Fell English" w:hAnsi="IM Fell English"/>
          <w:color w:val="141414"/>
          <w:sz w:val="24"/>
        </w:rPr>
        <w:t xml:space="preserve">The chamber was a tomb of windowless concrete, lit by a solitary bulb that swayed on its wire like a pendulum. The air hung heavy with a cocktail of sweat, slick, and the sharp ozone sting of the collar’s internal circuitry. Three men, designated as Miss Black’s keepers, rotated their charge with a clinical, unhurried focus. One maintained the tension on the short lead clipped to the heavy black leather at her throat, her wrists locked behind her spine. The collar’s silver plate remained a mocking blank. The others executed their turns with the rhythmic, workmanlike efficiency of men granted temporary use of Miss Black’s kitten, serving the system until it commanded a new direction.  </w:t>
      </w:r>
    </w:p>
    <w:p>
      <w:r>
        <w:rPr>
          <w:rFonts w:ascii="IM Fell English" w:hAnsi="IM Fell English"/>
          <w:color w:val="141414"/>
          <w:sz w:val="24"/>
        </w:rPr>
        <w:t xml:space="preserve">On her knees, cheek to the cold floor, she watched the third man step back. Naked save for collar and cuffs, her jumpsuit a torn heap, she was slick with sweat and use. Every muscle ached; her voice was a rough rasp. </w:t>
      </w:r>
    </w:p>
    <w:p>
      <w:r>
        <w:rPr>
          <w:rFonts w:ascii="IM Fell English" w:hAnsi="IM Fell English"/>
          <w:color w:val="141414"/>
          <w:sz w:val="24"/>
        </w:rPr>
        <w:t>“Harder,” she rasped when the lead tightened and the keeper dragged her upright. “Miss Black’s kitten can take it harder than that.”</w:t>
      </w:r>
    </w:p>
    <w:p>
      <w:r>
        <w:rPr>
          <w:rFonts w:ascii="IM Fell English" w:hAnsi="IM Fell English"/>
          <w:color w:val="141414"/>
          <w:sz w:val="24"/>
        </w:rPr>
        <w:t xml:space="preserve">The senior keeper gave a short, amused huff. He looked at the others, received a nod and the quiet permission they all understood: they could rough the toy up more, as long as she stayed functional and the focus stayed on using her for pleasure. </w:t>
      </w:r>
    </w:p>
    <w:p>
      <w:r>
        <w:rPr>
          <w:rFonts w:ascii="IM Fell English" w:hAnsi="IM Fell English"/>
          <w:color w:val="141414"/>
          <w:sz w:val="24"/>
        </w:rPr>
        <w:t>They did.</w:t>
      </w:r>
    </w:p>
    <w:p>
      <w:r>
        <w:rPr>
          <w:rFonts w:ascii="IM Fell English" w:hAnsi="IM Fell English"/>
          <w:color w:val="141414"/>
          <w:sz w:val="24"/>
        </w:rPr>
        <w:t>The second man bent her over the metal table and shoved into her cunt hard enough to rock the table on its bolts. One hand locked in her hair, the other gripping the collar so each thrust pulled the ring tight against her throat. Jackie moaned brokenly and pushed back to meet him. When he pulled out the third man took his place immediately, adding a sharp open-handed slap across her ass every few strokes. Jackie gasped, then laughed once, low and filthy.</w:t>
      </w:r>
    </w:p>
    <w:p>
      <w:r>
        <w:rPr>
          <w:rFonts w:ascii="IM Fell English" w:hAnsi="IM Fell English"/>
          <w:color w:val="141414"/>
          <w:sz w:val="24"/>
        </w:rPr>
        <w:t>“Yes— like that. Don’t you dare go soft on me.”</w:t>
      </w:r>
    </w:p>
    <w:p>
      <w:r>
        <w:rPr>
          <w:rFonts w:ascii="IM Fell English" w:hAnsi="IM Fell English"/>
          <w:color w:val="141414"/>
          <w:sz w:val="24"/>
        </w:rPr>
        <w:t xml:space="preserve">They rotated her with fresh energy after that—one in her mouth while another took her from behind, then both of them using her at the same time while the third held the lead short and slapped her breasts and the insides of her thighs. Jackie came hard around the cock buried in her cunt, thighs shaking, and still begged for more between wet, choking breaths. The keepers gave it to her. Not the lethal, contemptuous damage Jennifer received on the other side of the board, but real roughness—harder thrusts, tighter grip on the collar, more slaps, more hair-pulling—all of it still aimed at exhausting her with pleasure rather than breaking her for its own sake. </w:t>
      </w:r>
    </w:p>
    <w:p>
      <w:r>
        <w:rPr>
          <w:rFonts w:ascii="IM Fell English" w:hAnsi="IM Fell English"/>
          <w:color w:val="141414"/>
          <w:sz w:val="24"/>
        </w:rPr>
        <w:t>By the time the senior keeper finally stepped back and unclipped the lead for a moment, Jackie’s legs would no longer hold her. She slid to her knees, chest heaving, chin shiny, the blank plate of the collar wet with her own spit and other people’s come. Her eyes were dark with satisfied exhaustion.</w:t>
      </w:r>
    </w:p>
    <w:p>
      <w:r>
        <w:rPr>
          <w:rFonts w:ascii="IM Fell English" w:hAnsi="IM Fell English"/>
          <w:color w:val="141414"/>
          <w:sz w:val="24"/>
        </w:rPr>
        <w:t>That was when the collar made a small mechanical sound.</w:t>
      </w:r>
    </w:p>
    <w:p>
      <w:r>
        <w:rPr>
          <w:rFonts w:ascii="IM Fell English" w:hAnsi="IM Fell English"/>
          <w:color w:val="141414"/>
          <w:sz w:val="24"/>
        </w:rPr>
        <w:t>A soft whir. Then the distinct, rapid click-click-click of a miniature printer.</w:t>
      </w:r>
    </w:p>
    <w:p>
      <w:r>
        <w:rPr>
          <w:rFonts w:ascii="IM Fell English" w:hAnsi="IM Fell English"/>
          <w:color w:val="141414"/>
          <w:sz w:val="24"/>
        </w:rPr>
        <w:t>All three men stopped.</w:t>
      </w:r>
    </w:p>
    <w:p>
      <w:r>
        <w:rPr>
          <w:rFonts w:ascii="IM Fell English" w:hAnsi="IM Fell English"/>
          <w:color w:val="141414"/>
          <w:sz w:val="24"/>
        </w:rPr>
        <w:t>A thin strip of white paper began to emerge from a narrow slot hidden in the back of the collar plate. It unspooled slowly, the typing noise unnaturally loud in the sudden quiet. The senior keeper reached forward, tore the strip free when it finished, and read it under the swinging bulb.</w:t>
      </w:r>
    </w:p>
    <w:p>
      <w:r>
        <w:rPr>
          <w:rFonts w:ascii="IM Fell English" w:hAnsi="IM Fell English"/>
          <w:color w:val="141414"/>
          <w:sz w:val="24"/>
        </w:rPr>
        <w:t>His eyebrows rose once. He handed the strip to the others without comment. They read it in turn.</w:t>
      </w:r>
    </w:p>
    <w:p>
      <w:r>
        <w:rPr>
          <w:rFonts w:ascii="IM Fell English" w:hAnsi="IM Fell English"/>
          <w:color w:val="141414"/>
          <w:sz w:val="24"/>
        </w:rPr>
        <w:t>Jackie could not see the words, but she felt the shift in the room. The man who had still been half-inside her mouth pulled out. The one who had been waiting stepped back. The lead loosened.</w:t>
      </w:r>
    </w:p>
    <w:p>
      <w:r>
        <w:rPr>
          <w:rFonts w:ascii="IM Fell English" w:hAnsi="IM Fell English"/>
          <w:color w:val="141414"/>
          <w:sz w:val="24"/>
        </w:rPr>
        <w:t>The senior keeper spoke for the first time in nearly an hour.</w:t>
      </w:r>
    </w:p>
    <w:p>
      <w:r>
        <w:rPr>
          <w:rFonts w:ascii="IM Fell English" w:hAnsi="IM Fell English"/>
          <w:color w:val="141414"/>
          <w:sz w:val="24"/>
        </w:rPr>
        <w:t>“New assignment. Session’s over.”</w:t>
      </w:r>
    </w:p>
    <w:p>
      <w:r>
        <w:rPr>
          <w:rFonts w:ascii="IM Fell English" w:hAnsi="IM Fell English"/>
          <w:color w:val="141414"/>
          <w:sz w:val="24"/>
        </w:rPr>
        <w:t>They cleaned her with the same efficiency they had used her, but there was still a residual care in the way they handled Miss Black’s property. A rough cloth and cold water. Impersonal hands wiping come and spit from her face, her chest, the insides of her thighs. One of them unlocked the wrist cuffs long enough to force her arms into the torn jumpsuit, then locked them again in front of her body. The printed strip was folded once and tucked into the front pocket of the jumpsuit, directly over her heart.</w:t>
      </w:r>
    </w:p>
    <w:p>
      <w:r>
        <w:rPr>
          <w:rFonts w:ascii="IM Fell English" w:hAnsi="IM Fell English"/>
          <w:color w:val="141414"/>
          <w:sz w:val="24"/>
        </w:rPr>
        <w:t>The senior keeper clipped the lead back on, opened the only door, and pointed into the dark corridor beyond.</w:t>
      </w:r>
    </w:p>
    <w:p>
      <w:r>
        <w:rPr>
          <w:rFonts w:ascii="IM Fell English" w:hAnsi="IM Fell English"/>
          <w:color w:val="141414"/>
          <w:sz w:val="24"/>
        </w:rPr>
        <w:t>“Out, kitten. You know the protocol. Don’t stop until you reach the target.”</w:t>
      </w:r>
    </w:p>
    <w:p>
      <w:r>
        <w:rPr>
          <w:rFonts w:ascii="IM Fell English" w:hAnsi="IM Fell English"/>
          <w:color w:val="141414"/>
          <w:sz w:val="24"/>
        </w:rPr>
        <w:t>Jackie stepped through the doorway on legs that still trembled from how hard she had come. The corridor was colder and smelled of wet concrete and distant machine oil. Emergency lighting glowed a dull red along the floor at long intervals. Somewhere ahead a heavy door unlocked with a hydraulic hiss and stayed open, waiting.</w:t>
      </w:r>
    </w:p>
    <w:p>
      <w:r>
        <w:rPr>
          <w:rFonts w:ascii="IM Fell English" w:hAnsi="IM Fell English"/>
          <w:color w:val="141414"/>
          <w:sz w:val="24"/>
        </w:rPr>
        <w:t>Behind her the keepers were already turning back to their own business, the session logged and closed, the room being reset for whatever came next.</w:t>
      </w:r>
    </w:p>
    <w:p>
      <w:r>
        <w:rPr>
          <w:rFonts w:ascii="IM Fell English" w:hAnsi="IM Fell English"/>
          <w:color w:val="141414"/>
          <w:sz w:val="24"/>
        </w:rPr>
        <w:t>Jackie walked.</w:t>
      </w:r>
    </w:p>
    <w:p>
      <w:r>
        <w:rPr>
          <w:rFonts w:ascii="IM Fell English" w:hAnsi="IM Fell English"/>
          <w:color w:val="141414"/>
          <w:sz w:val="24"/>
        </w:rPr>
        <w:t>The printed orders sat against her chest like a second collar, unread by her but already obeyed. The heavy black collar remained locked around her throat, blank plate facing forward, the tiny printer slot now silent. Every few steps the lead — still held by no one — swung and tapped against her thigh.</w:t>
      </w:r>
    </w:p>
    <w:p>
      <w:r>
        <w:rPr>
          <w:rFonts w:ascii="IM Fell English" w:hAnsi="IM Fell English"/>
          <w:color w:val="141414"/>
          <w:sz w:val="24"/>
        </w:rPr>
        <w:t>She did not look back.</w:t>
      </w:r>
    </w:p>
    <w:p>
      <w:r>
        <w:rPr>
          <w:rFonts w:ascii="IM Fell English" w:hAnsi="IM Fell English"/>
          <w:color w:val="141414"/>
          <w:sz w:val="24"/>
        </w:rPr>
        <w:t>The corridor stretched longer than it should have. Her bare feet left faint damp prints on the concrete. The deep, satisfied ache between her legs and in her throat kept time with her pulse. Somewhere far behind the door she had left, one of the keepers laughed at something she could not hear.</w:t>
      </w:r>
    </w:p>
    <w:p>
      <w:r>
        <w:rPr>
          <w:rFonts w:ascii="IM Fell English" w:hAnsi="IM Fell English"/>
          <w:color w:val="141414"/>
          <w:sz w:val="24"/>
        </w:rPr>
        <w:t>Jackie kept walking into the red-lit dark, the new assignment already in motion, the old session still warm between her thighs.</w:t>
      </w:r>
    </w:p>
    <w:p>
      <w:r>
        <w:rPr>
          <w:rFonts w:ascii="IM Fell English" w:hAnsi="IM Fell English"/>
          <w:color w:val="141414"/>
          <w:sz w:val="24"/>
        </w:rPr>
        <w:t>Whatever waited at the end of the corridor, Miss Black had decided her kitten was ready for it.</w:t>
      </w:r>
    </w:p>
    <w:p>
      <w:r>
        <w:rPr>
          <w:rFonts w:ascii="IM Fell English" w:hAnsi="IM Fell English"/>
          <w:color w:val="141414"/>
          <w:sz w:val="24"/>
        </w:rPr>
        <w:t>She did not stop.</w:t>
      </w:r>
    </w:p>
    <w:p>
      <w:pPr>
        <w:pStyle w:val="Heading1"/>
        <w:jc w:val="center"/>
      </w:pPr>
      <w:r>
        <w:rPr>
          <w:rFonts w:ascii="IM Fell English" w:hAnsi="IM Fell English"/>
          <w:color w:val="0D0D0D"/>
        </w:rPr>
        <w:t>CHAPTER 10 — JENNIFER — KEEPERS</w:t>
      </w:r>
    </w:p>
    <w:p>
      <w:r>
        <w:rPr>
          <w:rFonts w:ascii="IM Fell English" w:hAnsi="IM Fell English"/>
          <w:color w:val="141414"/>
          <w:sz w:val="24"/>
        </w:rPr>
        <w:t xml:space="preserve">Jennifer had surrendered the count of blows long before she ceased tallying the rotations, yet her body remained a betraying, slick testament to every impact.  </w:t>
      </w:r>
    </w:p>
    <w:p>
      <w:r>
        <w:rPr>
          <w:rFonts w:ascii="IM Fell English" w:hAnsi="IM Fell English"/>
          <w:color w:val="141414"/>
          <w:sz w:val="24"/>
        </w:rPr>
        <w:t xml:space="preserve">The room was windowless concrete, lit by a flickering bulb that hummed with an incessant buzz. The air hung heavy with the stench of sweat, piss, sex, and blood. Four of Miss White’s subordinates—two men, two women—treated her exactly as instructed: like a human mutt whose only purpose was to be broken and emptied until the collar spat out new orders. </w:t>
      </w:r>
    </w:p>
    <w:p>
      <w:r>
        <w:rPr>
          <w:rFonts w:ascii="IM Fell English" w:hAnsi="IM Fell English"/>
          <w:color w:val="141414"/>
          <w:sz w:val="24"/>
        </w:rPr>
        <w:t>She was on the floor, cheek pressed into a smear of her own spit and blood, when the current cycle peaked. One of the men had a knee in her back and was driving into her ass with short, vicious strokes while the other used her throat so hard her vision kept whiting out. One of the women sat on a crate and watched, occasionally leaning down to grind a cigarette out on Jennifer’s bare shoulder or thigh. The fourth held the short lead clipped to the heavy black collar and yanked it whenever Jennifer’s sounds got too loud or too quiet. The plate on the collar was blank. Her wrists were cuffed behind her back. She had been naked since they dragged her in.</w:t>
      </w:r>
    </w:p>
    <w:p>
      <w:r>
        <w:rPr>
          <w:rFonts w:ascii="IM Fell English" w:hAnsi="IM Fell English"/>
          <w:color w:val="141414"/>
          <w:sz w:val="24"/>
        </w:rPr>
        <w:t>Miss White did not care what they did to her while she waited.</w:t>
      </w:r>
    </w:p>
    <w:p>
      <w:r>
        <w:rPr>
          <w:rFonts w:ascii="IM Fell English" w:hAnsi="IM Fell English"/>
          <w:color w:val="141414"/>
          <w:sz w:val="24"/>
        </w:rPr>
        <w:t>Jennifer grinned through the blood in her mouth when the woman with the cigarette leaned down again.</w:t>
      </w:r>
    </w:p>
    <w:p>
      <w:r>
        <w:rPr>
          <w:rFonts w:ascii="IM Fell English" w:hAnsi="IM Fell English"/>
          <w:color w:val="141414"/>
          <w:sz w:val="24"/>
        </w:rPr>
        <w:t>“What’s the matter?” she rasped, voice ruined. “Miss Black’s soft little kitten couldn’t take a real beating so you have to take it out on the actual whore? Fucking pathetic. These mutts know how to hurt a girl properly.”</w:t>
      </w:r>
    </w:p>
    <w:p>
      <w:r>
        <w:rPr>
          <w:rFonts w:ascii="IM Fell English" w:hAnsi="IM Fell English"/>
          <w:color w:val="141414"/>
          <w:sz w:val="24"/>
        </w:rPr>
        <w:t>The woman laughed once, cold, and ground the cigarette out higher on Jennifer’s breast. The men took it as permission to get worse. They beat her when they got bored of fucking her — open hands, closed fists, the length of rubber hose one of them kept on a wall hook. Jennifer thanked them for it between wet, choking gasps and came hard when the hose landed across her already raw cunt. When she was too slow to thank them, they beat her harder and then fucked the broken, satisfied sounds out of her mouth and cunt and ass again. One of the women pissed on her face and forced her to swallow what she could; Jennifer swallowed greedily and asked for more. One of the men dragged her to the drain in the corner by the collar and made her clean it with her tongue while the others took turns kicking her ribs. Every time she tried to curl in on herself the lead yanked her flat again, and every time the pain spiked she got wetter.</w:t>
      </w:r>
    </w:p>
    <w:p>
      <w:r>
        <w:rPr>
          <w:rFonts w:ascii="IM Fell English" w:hAnsi="IM Fell English"/>
          <w:color w:val="141414"/>
          <w:sz w:val="24"/>
        </w:rPr>
        <w:t>Jennifer’s world had narrowed to pure, perfect pain and the thick, coppery taste of blood in her mouth. Her preferred place. The place where sex became secondary to the simple fact of being ruined. She had stopped fighting the noises they pulled from her hours ago and started feeding them instead — moaning when the hose cracked, laughing when they called her a worthless piece of shit, begging them to stop only so they would do the opposite.</w:t>
      </w:r>
    </w:p>
    <w:p>
      <w:r>
        <w:rPr>
          <w:rFonts w:ascii="IM Fell English" w:hAnsi="IM Fell English"/>
          <w:color w:val="141414"/>
          <w:sz w:val="24"/>
        </w:rPr>
        <w:t>They were still rotating her — one in her ass, one in her throat, the hose occasionally cracking across her thighs — when the collar made a small mechanical sound.</w:t>
      </w:r>
    </w:p>
    <w:p>
      <w:r>
        <w:rPr>
          <w:rFonts w:ascii="IM Fell English" w:hAnsi="IM Fell English"/>
          <w:color w:val="141414"/>
          <w:sz w:val="24"/>
        </w:rPr>
        <w:t>A soft whir. Then the distinct, rapid click-click-click of a miniature printer.</w:t>
      </w:r>
    </w:p>
    <w:p>
      <w:r>
        <w:rPr>
          <w:rFonts w:ascii="IM Fell English" w:hAnsi="IM Fell English"/>
          <w:color w:val="141414"/>
          <w:sz w:val="24"/>
        </w:rPr>
        <w:t>All four of them stopped.</w:t>
      </w:r>
    </w:p>
    <w:p>
      <w:r>
        <w:rPr>
          <w:rFonts w:ascii="IM Fell English" w:hAnsi="IM Fell English"/>
          <w:color w:val="141414"/>
          <w:sz w:val="24"/>
        </w:rPr>
        <w:t>A thin strip of white paper began to emerge from a narrow slot hidden in the back of the collar plate. It unspooled slowly, the typing noise unnaturally loud in the sudden quiet. The woman holding the lead tore the strip free when it finished and read it under the buzzing bulb.</w:t>
      </w:r>
    </w:p>
    <w:p>
      <w:r>
        <w:rPr>
          <w:rFonts w:ascii="IM Fell English" w:hAnsi="IM Fell English"/>
          <w:color w:val="141414"/>
          <w:sz w:val="24"/>
        </w:rPr>
        <w:t>She snorted once and tossed the strip onto Jennifer’s bleeding back.</w:t>
      </w:r>
    </w:p>
    <w:p>
      <w:r>
        <w:rPr>
          <w:rFonts w:ascii="IM Fell English" w:hAnsi="IM Fell English"/>
          <w:color w:val="141414"/>
          <w:sz w:val="24"/>
        </w:rPr>
        <w:t>“New assignment. Mutt’s done here.”</w:t>
      </w:r>
    </w:p>
    <w:p>
      <w:r>
        <w:rPr>
          <w:rFonts w:ascii="IM Fell English" w:hAnsi="IM Fell English"/>
          <w:color w:val="141414"/>
          <w:sz w:val="24"/>
        </w:rPr>
        <w:t>They did not clean her.</w:t>
      </w:r>
    </w:p>
    <w:p>
      <w:r>
        <w:rPr>
          <w:rFonts w:ascii="IM Fell English" w:hAnsi="IM Fell English"/>
          <w:color w:val="141414"/>
          <w:sz w:val="24"/>
        </w:rPr>
        <w:t>They did not give her clothing.</w:t>
      </w:r>
    </w:p>
    <w:p>
      <w:r>
        <w:rPr>
          <w:rFonts w:ascii="IM Fell English" w:hAnsi="IM Fell English"/>
          <w:color w:val="141414"/>
          <w:sz w:val="24"/>
        </w:rPr>
        <w:t>One of them unlocked the wrist cuffs only long enough to bring them in front of her body and lock them again. The printed strip was shoved between her cuffed hands so she would have to carry it. The senior woman unclipped the lead, opened the only door, and pointed into the dark corridor with the toe of her boot.</w:t>
      </w:r>
    </w:p>
    <w:p>
      <w:r>
        <w:rPr>
          <w:rFonts w:ascii="IM Fell English" w:hAnsi="IM Fell English"/>
          <w:color w:val="141414"/>
          <w:sz w:val="24"/>
        </w:rPr>
        <w:t xml:space="preserve">“Out. Protocol’s the same. Don’t stop until you reach the target. And try not to die on the stairs—it leaves a mess.” </w:t>
      </w:r>
    </w:p>
    <w:p>
      <w:r>
        <w:rPr>
          <w:rFonts w:ascii="IM Fell English" w:hAnsi="IM Fell English"/>
          <w:color w:val="141414"/>
          <w:sz w:val="24"/>
        </w:rPr>
        <w:t>Jennifer pushed herself up on shaking arms and knees. Blood and come and piss ran down her thighs and dripped from her chin. One eye was already swelling shut. Her lips were split. Every rib ached. She was still dripping wet between her legs. She gripped the crumpled printout between her cuffed hands and staggered through the doorway on bare, filthy feet, a broken little laugh still leaking out of her.</w:t>
      </w:r>
    </w:p>
    <w:p>
      <w:r>
        <w:rPr>
          <w:rFonts w:ascii="IM Fell English" w:hAnsi="IM Fell English"/>
          <w:color w:val="141414"/>
          <w:sz w:val="24"/>
        </w:rPr>
        <w:t>The corridor was colder and smelled of wet stone. Emergency lighting glowed a dull red along the floor at long intervals. Somewhere ahead a heavy door unlocked with a hydraulic hiss and stayed open, waiting.</w:t>
      </w:r>
    </w:p>
    <w:p>
      <w:r>
        <w:rPr>
          <w:rFonts w:ascii="IM Fell English" w:hAnsi="IM Fell English"/>
          <w:color w:val="141414"/>
          <w:sz w:val="24"/>
        </w:rPr>
        <w:t>Behind her the keepers were already turning back to their own business, the mutt session logged and closed, the floor still wet with what they had left of her.</w:t>
      </w:r>
    </w:p>
    <w:p>
      <w:r>
        <w:rPr>
          <w:rFonts w:ascii="IM Fell English" w:hAnsi="IM Fell English"/>
          <w:color w:val="141414"/>
          <w:sz w:val="24"/>
        </w:rPr>
        <w:t>Jennifer walked.</w:t>
      </w:r>
    </w:p>
    <w:p>
      <w:r>
        <w:rPr>
          <w:rFonts w:ascii="IM Fell English" w:hAnsi="IM Fell English"/>
          <w:color w:val="141414"/>
          <w:sz w:val="24"/>
        </w:rPr>
        <w:t>She was naked except for the heavy black collar, the cuffs, and the folded strip of paper. The blank plate faced forward, the tiny printer slot now silent. Every step sent fresh spikes of pain through her abused body, and every spike still made her clench with residual arousal. The unread orders sat against her palms like another set of restraints.</w:t>
      </w:r>
    </w:p>
    <w:p>
      <w:r>
        <w:rPr>
          <w:rFonts w:ascii="IM Fell English" w:hAnsi="IM Fell English"/>
          <w:color w:val="141414"/>
          <w:sz w:val="24"/>
        </w:rPr>
        <w:t>She did not stop.</w:t>
      </w:r>
    </w:p>
    <w:p>
      <w:r>
        <w:rPr>
          <w:rFonts w:ascii="IM Fell English" w:hAnsi="IM Fell English"/>
          <w:color w:val="141414"/>
          <w:sz w:val="24"/>
        </w:rPr>
        <w:t>Whatever waited at the end of the corridor, Miss White had decided the mutt was ready for it.</w:t>
      </w:r>
    </w:p>
    <w:p>
      <w:r>
        <w:rPr>
          <w:rFonts w:ascii="IM Fell English" w:hAnsi="IM Fell English"/>
          <w:color w:val="141414"/>
          <w:sz w:val="24"/>
        </w:rPr>
        <w:t>Jennifer kept walking into the red-lit dark, the new assignment already in motion, the old session still dripping down her legs and drying in the open wounds on her back, a filthy, satisfied smile still ghosting across her split lips.</w:t>
      </w:r>
    </w:p>
    <w:p>
      <w:pPr>
        <w:pStyle w:val="Heading1"/>
        <w:jc w:val="center"/>
      </w:pPr>
      <w:r>
        <w:rPr>
          <w:rFonts w:ascii="IM Fell English" w:hAnsi="IM Fell English"/>
          <w:color w:val="0D0D0D"/>
        </w:rPr>
        <w:t>CHAPTER 11 — JACKIE — PERIMETER</w:t>
      </w:r>
    </w:p>
    <w:p>
      <w:r>
        <w:rPr>
          <w:rFonts w:ascii="IM Fell English" w:hAnsi="IM Fell English"/>
          <w:color w:val="141414"/>
          <w:sz w:val="24"/>
        </w:rPr>
        <w:t>Jackie walked until the red emergency lights ended.</w:t>
      </w:r>
    </w:p>
    <w:p>
      <w:r>
        <w:rPr>
          <w:rFonts w:ascii="IM Fell English" w:hAnsi="IM Fell English"/>
          <w:color w:val="141414"/>
          <w:sz w:val="24"/>
        </w:rPr>
        <w:t>The corridor opened into a wider service tunnel that smelled of wet concrete, machine oil, and the faint musk of dogs. The printed strip still sat in the front pocket of her jumpsuit, unread but obeyed. The heavy black collar remained locked around her throat, blank plate facing forward. Her wrists were still cuffed in front of her. Every step reminded her of the three hours the keepers had spent enjoying her; the deep, satisfied ache between her legs and in her throat had settled into something she could still walk on.</w:t>
      </w:r>
    </w:p>
    <w:p>
      <w:r>
        <w:rPr>
          <w:rFonts w:ascii="IM Fell English" w:hAnsi="IM Fell English"/>
          <w:color w:val="141414"/>
          <w:sz w:val="24"/>
        </w:rPr>
        <w:t>She had no map. No weapons. No additional gear. Only the orders Miss Black had printed into the collar and the protocol she already knew: keep moving toward the target. Do not stop.</w:t>
      </w:r>
    </w:p>
    <w:p>
      <w:r>
        <w:rPr>
          <w:rFonts w:ascii="IM Fell English" w:hAnsi="IM Fell English"/>
          <w:color w:val="141414"/>
          <w:sz w:val="24"/>
        </w:rPr>
        <w:t>The first dog found her before the first guard did.</w:t>
      </w:r>
    </w:p>
    <w:p>
      <w:r>
        <w:rPr>
          <w:rFonts w:ascii="IM Fell English" w:hAnsi="IM Fell English"/>
          <w:color w:val="141414"/>
          <w:sz w:val="24"/>
        </w:rPr>
        <w:t>It came out of a side passage low and fast, a large dark working breed that hit her square in the chest and drove her back against the tunnel wall. The impact knocked the air from her lungs. Jaws closed on the shoulder of her jumpsuit hard enough to bruise, not quite hard enough to break skin. A second dog appeared from the opposite direction and circled, growling, while the handler’s boots echoed toward them at a controlled run.</w:t>
      </w:r>
    </w:p>
    <w:p>
      <w:r>
        <w:rPr>
          <w:rFonts w:ascii="IM Fell English" w:hAnsi="IM Fell English"/>
          <w:color w:val="141414"/>
          <w:sz w:val="24"/>
        </w:rPr>
        <w:t>The handler saw the collar and slowed.</w:t>
      </w:r>
    </w:p>
    <w:p>
      <w:r>
        <w:rPr>
          <w:rFonts w:ascii="IM Fell English" w:hAnsi="IM Fell English"/>
          <w:color w:val="141414"/>
          <w:sz w:val="24"/>
        </w:rPr>
        <w:t>He spoke into a throat mic, received a short answer, and lowered the small rifle he carried. The dogs did not release her until he gave a two-note whistle. Even then they only backed up a single pace, eyes bright, bodies still coiled.</w:t>
      </w:r>
    </w:p>
    <w:p>
      <w:r>
        <w:rPr>
          <w:rFonts w:ascii="IM Fell English" w:hAnsi="IM Fell English"/>
          <w:color w:val="141414"/>
          <w:sz w:val="24"/>
        </w:rPr>
        <w:t>“Protocol,” the handler said, almost conversational. “Miss Black’s kitten. We know the rules.”</w:t>
      </w:r>
    </w:p>
    <w:p>
      <w:r>
        <w:rPr>
          <w:rFonts w:ascii="IM Fell English" w:hAnsi="IM Fell English"/>
          <w:color w:val="141414"/>
          <w:sz w:val="24"/>
        </w:rPr>
        <w:t>Jackie looked up at him through the hair in her face and gave a rough, breathless little laugh.</w:t>
      </w:r>
    </w:p>
    <w:p>
      <w:r>
        <w:rPr>
          <w:rFonts w:ascii="IM Fell English" w:hAnsi="IM Fell English"/>
          <w:color w:val="141414"/>
          <w:sz w:val="24"/>
        </w:rPr>
        <w:t>“Then stop being gentle. The kitten can take more than that.”</w:t>
      </w:r>
    </w:p>
    <w:p>
      <w:r>
        <w:rPr>
          <w:rFonts w:ascii="IM Fell English" w:hAnsi="IM Fell English"/>
          <w:color w:val="141414"/>
          <w:sz w:val="24"/>
        </w:rPr>
        <w:t>The handler glanced at the dogs, then back at her. A short nod from the throat mic gave him the limited permission they all understood: he could rough Miss Black’s toy up more, as long as she stayed functional and the focus stayed on using her for pleasure.</w:t>
      </w:r>
    </w:p>
    <w:p>
      <w:r>
        <w:rPr>
          <w:rFonts w:ascii="IM Fell English" w:hAnsi="IM Fell English"/>
          <w:color w:val="141414"/>
          <w:sz w:val="24"/>
        </w:rPr>
        <w:t>He did.</w:t>
      </w:r>
    </w:p>
    <w:p>
      <w:r>
        <w:rPr>
          <w:rFonts w:ascii="IM Fell English" w:hAnsi="IM Fell English"/>
          <w:color w:val="141414"/>
          <w:sz w:val="24"/>
        </w:rPr>
        <w:t>He took her to a concrete alcove with a single work light and a metal bench. The dogs sat on short leads and watched while he bent her over the bench, shoved the jumpsuit down, and fucked her with hard, deep strokes that made the bench scrape across the floor. One hand stayed locked in her hair, the other gripping the collar so each thrust pulled the ring tight against her throat. Jackie moaned brokenly and pushed back to meet every stroke, asking for it harder between wet, gasping breaths. When he finished he turned her around, pushed her to her knees, and used her mouth just as roughly until he came a second time. The entire encounter lasted longer than the minimum protocol required.</w:t>
      </w:r>
    </w:p>
    <w:p>
      <w:r>
        <w:rPr>
          <w:rFonts w:ascii="IM Fell English" w:hAnsi="IM Fell English"/>
          <w:color w:val="141414"/>
          <w:sz w:val="24"/>
        </w:rPr>
        <w:t>He wiped himself on the sleeve of her jumpsuit, pulled the fabric back into place with residual care, and pointed deeper into the tunnel.</w:t>
      </w:r>
    </w:p>
    <w:p>
      <w:r>
        <w:rPr>
          <w:rFonts w:ascii="IM Fell English" w:hAnsi="IM Fell English"/>
          <w:color w:val="141414"/>
          <w:sz w:val="24"/>
        </w:rPr>
        <w:t>“Keep moving, kitten. Next layer’s waiting.”</w:t>
      </w:r>
    </w:p>
    <w:p>
      <w:r>
        <w:rPr>
          <w:rFonts w:ascii="IM Fell English" w:hAnsi="IM Fell English"/>
          <w:color w:val="141414"/>
          <w:sz w:val="24"/>
        </w:rPr>
        <w:t>Jackie fixed the collar, adjusted the cuffs, and walked on with the taste of him still in her mouth and a fresh, satisfied throb between her legs. The dogs and their handler disappeared back into the side passages behind her.</w:t>
      </w:r>
    </w:p>
    <w:p>
      <w:r>
        <w:rPr>
          <w:rFonts w:ascii="IM Fell English" w:hAnsi="IM Fell English"/>
          <w:color w:val="141414"/>
          <w:sz w:val="24"/>
        </w:rPr>
        <w:t>The tunnel branched twice. She took the downward path both times. The air grew colder. The red lights became farther apart.</w:t>
      </w:r>
    </w:p>
    <w:p>
      <w:r>
        <w:rPr>
          <w:rFonts w:ascii="IM Fell English" w:hAnsi="IM Fell English"/>
          <w:color w:val="141414"/>
          <w:sz w:val="24"/>
        </w:rPr>
        <w:t>The second capture happened at a junction where three corridors met.</w:t>
      </w:r>
    </w:p>
    <w:p>
      <w:r>
        <w:rPr>
          <w:rFonts w:ascii="IM Fell English" w:hAnsi="IM Fell English"/>
          <w:color w:val="141414"/>
          <w:sz w:val="24"/>
        </w:rPr>
        <w:t xml:space="preserve">Two guards this time. They saw the collar, exchanged a glance, and moved in. One clipped a temporary lead to the ring while the other unlocked her wrist cuffs only long enough to re-cuff them behind her back. Jackie met their eyes and smiled, split-lipped and filthy. </w:t>
      </w:r>
    </w:p>
    <w:p>
      <w:r>
        <w:rPr>
          <w:rFonts w:ascii="IM Fell English" w:hAnsi="IM Fell English"/>
          <w:color w:val="141414"/>
          <w:sz w:val="24"/>
        </w:rPr>
        <w:t>“Don’t hold back on Miss Black’s account. She likes her kitten used properly.”</w:t>
      </w:r>
    </w:p>
    <w:p>
      <w:r>
        <w:rPr>
          <w:rFonts w:ascii="IM Fell English" w:hAnsi="IM Fell English"/>
          <w:color w:val="141414"/>
          <w:sz w:val="24"/>
        </w:rPr>
        <w:t xml:space="preserve">They received the same quiet permission and took it. They used her against the wall harder than the previous layer—one holding the lead short while the other shoved into her, then both of them rotating with real force, open-handed slaps across her breasts and thighs, tighter grip on the collar. Jackie came hard around the cock buried in her cunt and still begged for more between choking breaths. When they finished they restored the front cuffs, unclipped the temporary lead, and pointed down the left-hand corridor. </w:t>
      </w:r>
    </w:p>
    <w:p>
      <w:r>
        <w:rPr>
          <w:rFonts w:ascii="IM Fell English" w:hAnsi="IM Fell English"/>
          <w:color w:val="141414"/>
          <w:sz w:val="24"/>
        </w:rPr>
        <w:t>“Still deeper,” one of them said. “She’s expected.”</w:t>
      </w:r>
    </w:p>
    <w:p>
      <w:r>
        <w:rPr>
          <w:rFonts w:ascii="IM Fell English" w:hAnsi="IM Fell English"/>
          <w:color w:val="141414"/>
          <w:sz w:val="24"/>
        </w:rPr>
        <w:t>Jackie walked.</w:t>
      </w:r>
    </w:p>
    <w:p>
      <w:r>
        <w:rPr>
          <w:rFonts w:ascii="IM Fell English" w:hAnsi="IM Fell English"/>
          <w:color w:val="141414"/>
          <w:sz w:val="24"/>
        </w:rPr>
        <w:t xml:space="preserve">A spiral stairwell led down. Jackie counted three turns before dogs found her on the next level. </w:t>
      </w:r>
    </w:p>
    <w:p>
      <w:r>
        <w:rPr>
          <w:rFonts w:ascii="IM Fell English" w:hAnsi="IM Fell English"/>
          <w:color w:val="141414"/>
          <w:sz w:val="24"/>
        </w:rPr>
        <w:t>These were faster. They took her down hard and held her pinned until the handler arrived. He needed longer to call them off. When he finally did, he used her on the cold floor while the dogs watched. He took her mouth first, then her cunt, then her mouth again, one hand locked around the collar. Jackie moaned and pushed into every thrust, asking for it rougher, and he gave it to her within the limits he had been allowed. When he finished he stood, wiped his cock on her jumpsuit, and nodded toward a heavy door at the far end of the level.</w:t>
      </w:r>
    </w:p>
    <w:p>
      <w:r>
        <w:rPr>
          <w:rFonts w:ascii="IM Fell English" w:hAnsi="IM Fell English"/>
          <w:color w:val="141414"/>
          <w:sz w:val="24"/>
        </w:rPr>
        <w:t>“Through there. Keep moving, kitten.”</w:t>
      </w:r>
    </w:p>
    <w:p>
      <w:r>
        <w:rPr>
          <w:rFonts w:ascii="IM Fell English" w:hAnsi="IM Fell English"/>
          <w:color w:val="141414"/>
          <w:sz w:val="24"/>
        </w:rPr>
        <w:t>Jackie got to her feet on legs that trembled from how hard she had come. She fixed the collar, straightened the jumpsuit as much as the damp fabric allowed, and walked toward the door. Behind her the dogs were already being led away.</w:t>
      </w:r>
    </w:p>
    <w:p>
      <w:r>
        <w:rPr>
          <w:rFonts w:ascii="IM Fell English" w:hAnsi="IM Fell English"/>
          <w:color w:val="141414"/>
          <w:sz w:val="24"/>
        </w:rPr>
        <w:t>The door unlocked with a hydraulic hiss when she was three meters away.</w:t>
      </w:r>
    </w:p>
    <w:p>
      <w:r>
        <w:rPr>
          <w:rFonts w:ascii="IM Fell English" w:hAnsi="IM Fell English"/>
          <w:color w:val="141414"/>
          <w:sz w:val="24"/>
        </w:rPr>
        <w:t>Jackie stepped through.</w:t>
      </w:r>
    </w:p>
    <w:p>
      <w:r>
        <w:rPr>
          <w:rFonts w:ascii="IM Fell English" w:hAnsi="IM Fell English"/>
          <w:color w:val="141414"/>
          <w:sz w:val="24"/>
        </w:rPr>
        <w:t>The corridor beyond was narrower, quieter, and lit by the same dull red emergency strips. The air was colder still. Somewhere ahead she heard another set of boots and the soft click of claws on concrete.</w:t>
      </w:r>
    </w:p>
    <w:p>
      <w:r>
        <w:rPr>
          <w:rFonts w:ascii="IM Fell English" w:hAnsi="IM Fell English"/>
          <w:color w:val="141414"/>
          <w:sz w:val="24"/>
        </w:rPr>
        <w:t>She kept walking.</w:t>
      </w:r>
    </w:p>
    <w:p>
      <w:r>
        <w:rPr>
          <w:rFonts w:ascii="IM Fell English" w:hAnsi="IM Fell English"/>
          <w:color w:val="141414"/>
          <w:sz w:val="24"/>
        </w:rPr>
        <w:t>The pattern held — guards, dogs, use, pointed deeper — but every encounter still carried the same quiet privilege and the same permission to be rougher because the kitten asked for it. They left her able to walk. They left her able to breathe. They left her able to continue, thoroughly used and still wanting more.</w:t>
      </w:r>
    </w:p>
    <w:p>
      <w:r>
        <w:rPr>
          <w:rFonts w:ascii="IM Fell English" w:hAnsi="IM Fell English"/>
          <w:color w:val="141414"/>
          <w:sz w:val="24"/>
        </w:rPr>
        <w:t>Jackie did not stop.</w:t>
      </w:r>
    </w:p>
    <w:p>
      <w:r>
        <w:rPr>
          <w:rFonts w:ascii="IM Fell English" w:hAnsi="IM Fell English"/>
          <w:color w:val="141414"/>
          <w:sz w:val="24"/>
        </w:rPr>
        <w:t>She no longer tried to count the levels. She only knew that the air kept getting colder, the lights kept getting redder, and the order still sat unread but absolute in her pocket.</w:t>
      </w:r>
    </w:p>
    <w:p>
      <w:r>
        <w:rPr>
          <w:rFonts w:ascii="IM Fell English" w:hAnsi="IM Fell English"/>
          <w:color w:val="141414"/>
          <w:sz w:val="24"/>
        </w:rPr>
        <w:t>Somewhere ahead the target waited.</w:t>
      </w:r>
    </w:p>
    <w:p>
      <w:r>
        <w:rPr>
          <w:rFonts w:ascii="IM Fell English" w:hAnsi="IM Fell English"/>
          <w:color w:val="141414"/>
          <w:sz w:val="24"/>
        </w:rPr>
        <w:t>Jackie kept walking into the dark, still steady enough to ask for it harder when the next layer found her.</w:t>
      </w:r>
    </w:p>
    <w:p>
      <w:pPr>
        <w:pStyle w:val="Heading1"/>
        <w:jc w:val="center"/>
      </w:pPr>
      <w:r>
        <w:rPr>
          <w:rFonts w:ascii="IM Fell English" w:hAnsi="IM Fell English"/>
          <w:color w:val="0D0D0D"/>
        </w:rPr>
        <w:t>CHAPTER 12 — JENNIFER — PERIMETER</w:t>
      </w:r>
    </w:p>
    <w:p>
      <w:r>
        <w:rPr>
          <w:rFonts w:ascii="IM Fell English" w:hAnsi="IM Fell English"/>
          <w:color w:val="141414"/>
          <w:sz w:val="24"/>
        </w:rPr>
        <w:t>Jennifer walked until the red emergency lights ended.</w:t>
      </w:r>
    </w:p>
    <w:p>
      <w:r>
        <w:rPr>
          <w:rFonts w:ascii="IM Fell English" w:hAnsi="IM Fell English"/>
          <w:color w:val="141414"/>
          <w:sz w:val="24"/>
        </w:rPr>
        <w:t>The corridor opened into a wider service tunnel that smelled of wet concrete, machine oil, and the faint musk of dogs. She was naked except for the heavy black collar locked around her throat and the cuffs that kept her wrists together in front of her. The folded printout remained gripped between her hands. Every step sent fresh spikes of pain through the open cigarette burns, the bruised ribs, and the raw flesh between her legs — and every spike still made her clench with residual arousal. Bare feet left damp, bloody prints on the concrete.</w:t>
      </w:r>
    </w:p>
    <w:p>
      <w:r>
        <w:rPr>
          <w:rFonts w:ascii="IM Fell English" w:hAnsi="IM Fell English"/>
          <w:color w:val="141414"/>
          <w:sz w:val="24"/>
        </w:rPr>
        <w:t>She had no map. No clothing. No additional gear. Only the order and the protocol: keep moving. Do not stop.</w:t>
      </w:r>
    </w:p>
    <w:p>
      <w:r>
        <w:rPr>
          <w:rFonts w:ascii="IM Fell English" w:hAnsi="IM Fell English"/>
          <w:color w:val="141414"/>
          <w:sz w:val="24"/>
        </w:rPr>
        <w:t>The first dog found her before the first guard did.</w:t>
      </w:r>
    </w:p>
    <w:p>
      <w:r>
        <w:rPr>
          <w:rFonts w:ascii="IM Fell English" w:hAnsi="IM Fell English"/>
          <w:color w:val="141414"/>
          <w:sz w:val="24"/>
        </w:rPr>
        <w:t xml:space="preserve">A dog hit her chest, pinning her to the stone while teeth broke skin on her shoulder. A second dog clamped onto her thigh. The handler took his time, watching the dogs worry her before whistling them off. </w:t>
      </w:r>
    </w:p>
    <w:p>
      <w:r>
        <w:rPr>
          <w:rFonts w:ascii="IM Fell English" w:hAnsi="IM Fell English"/>
          <w:color w:val="141414"/>
          <w:sz w:val="24"/>
        </w:rPr>
        <w:t>“Protocol,” he said, looking down at the bleeding mutt on the floor. “We don’t care what condition you’re in when you arrive. Only that you arrive.”</w:t>
      </w:r>
    </w:p>
    <w:p>
      <w:r>
        <w:rPr>
          <w:rFonts w:ascii="IM Fell English" w:hAnsi="IM Fell English"/>
          <w:color w:val="141414"/>
          <w:sz w:val="24"/>
        </w:rPr>
        <w:t>Jennifer grinned through the blood in her mouth, one eye already starting to swell.</w:t>
      </w:r>
    </w:p>
    <w:p>
      <w:r>
        <w:rPr>
          <w:rFonts w:ascii="IM Fell English" w:hAnsi="IM Fell English"/>
          <w:color w:val="141414"/>
          <w:sz w:val="24"/>
        </w:rPr>
        <w:t>“What’s the matter — Miss Black’s soft little kitten couldn’t take real dogs so you had to keep them gentle for her? Fucking pathetic. These ones seem to know how to hurt a proper whore.”</w:t>
      </w:r>
    </w:p>
    <w:p>
      <w:r>
        <w:rPr>
          <w:rFonts w:ascii="IM Fell English" w:hAnsi="IM Fell English"/>
          <w:color w:val="141414"/>
          <w:sz w:val="24"/>
        </w:rPr>
        <w:t>The handler laughed once, cold, and let the dogs have another ten seconds before calling them off properly. Then he used her right there against the wall while the animals sat and watched. He bent her forward by the collar, slammed into her raw cunt without preparation, and fucked her with short, vicious strokes that forced broken, wet sounds out of her with every thrust. Jennifer pushed back into it, moaning when the pain spiked, and came hard when he drove especially deep. When he finished he turned her around, shoved her to her knees on the bloody concrete, and used her throat until she gagged and choked. She swallowed everything he gave her and laughed again when he wiped himself on her hair.</w:t>
      </w:r>
    </w:p>
    <w:p>
      <w:r>
        <w:rPr>
          <w:rFonts w:ascii="IM Fell English" w:hAnsi="IM Fell English"/>
          <w:color w:val="141414"/>
          <w:sz w:val="24"/>
        </w:rPr>
        <w:t>He pointed deeper into the tunnel with the toe of his boot.</w:t>
      </w:r>
    </w:p>
    <w:p>
      <w:r>
        <w:rPr>
          <w:rFonts w:ascii="IM Fell English" w:hAnsi="IM Fell English"/>
          <w:color w:val="141414"/>
          <w:sz w:val="24"/>
        </w:rPr>
        <w:t>“Move, mutt. Next ones won’t be as gentle.”</w:t>
      </w:r>
    </w:p>
    <w:p>
      <w:r>
        <w:rPr>
          <w:rFonts w:ascii="IM Fell English" w:hAnsi="IM Fell English"/>
          <w:color w:val="141414"/>
          <w:sz w:val="24"/>
        </w:rPr>
        <w:t>Jennifer pushed herself up on shaking arms. Blood ran from the tooth punctures on her shoulder and thigh. She was still dripping wet between her legs. She gripped the crumpled printout between her cuffed hands and staggered on, a filthy little smile still on her split lips.</w:t>
      </w:r>
    </w:p>
    <w:p>
      <w:r>
        <w:rPr>
          <w:rFonts w:ascii="IM Fell English" w:hAnsi="IM Fell English"/>
          <w:color w:val="141414"/>
          <w:sz w:val="24"/>
        </w:rPr>
        <w:t>The tunnel branched twice. She took the downward path both times. The air grew colder. The red lights became farther apart.</w:t>
      </w:r>
    </w:p>
    <w:p>
      <w:r>
        <w:rPr>
          <w:rFonts w:ascii="IM Fell English" w:hAnsi="IM Fell English"/>
          <w:color w:val="141414"/>
          <w:sz w:val="24"/>
        </w:rPr>
        <w:t>The second capture happened at a junction where three corridors met.</w:t>
      </w:r>
    </w:p>
    <w:p>
      <w:r>
        <w:rPr>
          <w:rFonts w:ascii="IM Fell English" w:hAnsi="IM Fell English"/>
          <w:color w:val="141414"/>
          <w:sz w:val="24"/>
        </w:rPr>
        <w:t>Three guards this time. They saw the collar and the state of her and smiled. One clipped a temporary lead to the ring and dragged her to the wall hard enough to leave new scrapes down her back. Jennifer looked at them through the hair stuck to her bloody face and gave them the same vicious grin.</w:t>
      </w:r>
    </w:p>
    <w:p>
      <w:r>
        <w:rPr>
          <w:rFonts w:ascii="IM Fell English" w:hAnsi="IM Fell English"/>
          <w:color w:val="141414"/>
          <w:sz w:val="24"/>
        </w:rPr>
        <w:t>“Don’t hold back on my account. The kitten gets the soft treatment. The mutt can take whatever you’ve got.”</w:t>
      </w:r>
    </w:p>
    <w:p>
      <w:r>
        <w:rPr>
          <w:rFonts w:ascii="IM Fell English" w:hAnsi="IM Fell English"/>
          <w:color w:val="141414"/>
          <w:sz w:val="24"/>
        </w:rPr>
        <w:t xml:space="preserve">They took that as the invitation it was. Two of them used her at the same time—one in her cunt, one in her throat—while the third smoked and occasionally stepped in to slap her face or grind a boot against the open bites on her thigh. Jennifer came twice while they ruined her, laughing and cursing and thanking them between choking gasps. When they finally finished they left her on her hands and knees, dripping, and pointed down the left-hand corridor. </w:t>
      </w:r>
    </w:p>
    <w:p>
      <w:r>
        <w:rPr>
          <w:rFonts w:ascii="IM Fell English" w:hAnsi="IM Fell English"/>
          <w:color w:val="141414"/>
          <w:sz w:val="24"/>
        </w:rPr>
        <w:t>“Still deeper, piece of shit. Try not to pass out on the stairs.”</w:t>
      </w:r>
    </w:p>
    <w:p>
      <w:r>
        <w:rPr>
          <w:rFonts w:ascii="IM Fell English" w:hAnsi="IM Fell English"/>
          <w:color w:val="141414"/>
          <w:sz w:val="24"/>
        </w:rPr>
        <w:t>Jennifer crawled the first few meters before she forced herself back to her feet. Her bare feet were filthy and leaving red prints now. The collar felt like it was closing around her windpipe. The unread printout sat against her palms like another set of cuffs. She was still wet, still aching, still hungry for the next layer of pain.</w:t>
      </w:r>
    </w:p>
    <w:p>
      <w:r>
        <w:rPr>
          <w:rFonts w:ascii="IM Fell English" w:hAnsi="IM Fell English"/>
          <w:color w:val="141414"/>
          <w:sz w:val="24"/>
        </w:rPr>
        <w:t>The corridor ended in a metal stairwell that spiraled downward. Each step was a separate punishment and a separate pulse of arousal. She lost count of the turns. When the stairwell finally opened onto another service floor the dogs were already waiting.</w:t>
      </w:r>
    </w:p>
    <w:p>
      <w:r>
        <w:rPr>
          <w:rFonts w:ascii="IM Fell English" w:hAnsi="IM Fell English"/>
          <w:color w:val="141414"/>
          <w:sz w:val="24"/>
        </w:rPr>
        <w:t>Four of them this time. They took her down in a snarling heap and were allowed to keep her pinned and bleeding for almost a full minute before the handler bothered to call them off. He used her on the cold concrete while the dogs circled and growled, occasionally darting in to nip at her calves or the soles of her feet. Jennifer moaned into the floor every time teeth or cock pushed her further into the pain, and she came hard when he finally forced himself down her throat and held her there. When he finished he stood, kicked her once in the ribs for good measure, and nodded toward a heavy door at the far end of the level.</w:t>
      </w:r>
    </w:p>
    <w:p>
      <w:r>
        <w:rPr>
          <w:rFonts w:ascii="IM Fell English" w:hAnsi="IM Fell English"/>
          <w:color w:val="141414"/>
          <w:sz w:val="24"/>
        </w:rPr>
        <w:t>“Through there. Don’t die yet. She still needs the mutt breathing.”</w:t>
      </w:r>
    </w:p>
    <w:p>
      <w:r>
        <w:rPr>
          <w:rFonts w:ascii="IM Fell English" w:hAnsi="IM Fell English"/>
          <w:color w:val="141414"/>
          <w:sz w:val="24"/>
        </w:rPr>
        <w:t>Jennifer got to her feet because the only other option was to stay on the floor and be used again. She fixed the collar with trembling, cuffed hands, gripped the blood-smeared printout, and staggered toward the door. Behind her the dogs were already being pulled away, disappointed.</w:t>
      </w:r>
    </w:p>
    <w:p>
      <w:r>
        <w:rPr>
          <w:rFonts w:ascii="IM Fell English" w:hAnsi="IM Fell English"/>
          <w:color w:val="141414"/>
          <w:sz w:val="24"/>
        </w:rPr>
        <w:t>The door unlocked with a hydraulic hiss when she was two meters away.</w:t>
      </w:r>
    </w:p>
    <w:p>
      <w:r>
        <w:rPr>
          <w:rFonts w:ascii="IM Fell English" w:hAnsi="IM Fell English"/>
          <w:color w:val="141414"/>
          <w:sz w:val="24"/>
        </w:rPr>
        <w:t>Jennifer stepped through.</w:t>
      </w:r>
    </w:p>
    <w:p>
      <w:r>
        <w:rPr>
          <w:rFonts w:ascii="IM Fell English" w:hAnsi="IM Fell English"/>
          <w:color w:val="141414"/>
          <w:sz w:val="24"/>
        </w:rPr>
        <w:t>The corridor beyond was narrower, quieter, and lit by the same dull red emergency strips. The air was colder still. Somewhere ahead she heard another set of boots and the soft click of claws on concrete.</w:t>
      </w:r>
    </w:p>
    <w:p>
      <w:r>
        <w:rPr>
          <w:rFonts w:ascii="IM Fell English" w:hAnsi="IM Fell English"/>
          <w:color w:val="141414"/>
          <w:sz w:val="24"/>
        </w:rPr>
        <w:t>She kept walking.</w:t>
      </w:r>
    </w:p>
    <w:p>
      <w:r>
        <w:rPr>
          <w:rFonts w:ascii="IM Fell English" w:hAnsi="IM Fell English"/>
          <w:color w:val="141414"/>
          <w:sz w:val="24"/>
        </w:rPr>
        <w:t>Blood ran down her legs. One eye was nearly closed. Every breath scraped. Every step still made her clench with residual, filthy satisfaction. The pattern would hold — more guards, more dogs, more pain, pointed deeper — because no one in this place cared how much of the mutt was left when she finally reached the target, and because the mutt herself was still getting exactly what she wanted.</w:t>
      </w:r>
    </w:p>
    <w:p>
      <w:r>
        <w:rPr>
          <w:rFonts w:ascii="IM Fell English" w:hAnsi="IM Fell English"/>
          <w:color w:val="141414"/>
          <w:sz w:val="24"/>
        </w:rPr>
        <w:t>Jennifer did not stop.</w:t>
      </w:r>
    </w:p>
    <w:p>
      <w:r>
        <w:rPr>
          <w:rFonts w:ascii="IM Fell English" w:hAnsi="IM Fell English"/>
          <w:color w:val="141414"/>
          <w:sz w:val="24"/>
        </w:rPr>
        <w:t>She no longer tried to count the levels. She only knew that the air kept getting colder, the lights kept getting redder, and the order still sat unread but absolute between her hands.</w:t>
      </w:r>
    </w:p>
    <w:p>
      <w:r>
        <w:rPr>
          <w:rFonts w:ascii="IM Fell English" w:hAnsi="IM Fell English"/>
          <w:color w:val="141414"/>
          <w:sz w:val="24"/>
        </w:rPr>
        <w:t>Somewhere ahead the target waited.</w:t>
      </w:r>
    </w:p>
    <w:p>
      <w:r>
        <w:rPr>
          <w:rFonts w:ascii="IM Fell English" w:hAnsi="IM Fell English"/>
          <w:color w:val="141414"/>
          <w:sz w:val="24"/>
        </w:rPr>
        <w:t>Jennifer kept walking into the dark, leaving a trail of bloody footprints behind her and a broken, satisfied little laugh floating in the red-lit air.</w:t>
      </w:r>
    </w:p>
    <w:p>
      <w:pPr>
        <w:pStyle w:val="Heading1"/>
        <w:jc w:val="center"/>
      </w:pPr>
      <w:r>
        <w:rPr>
          <w:rFonts w:ascii="IM Fell English" w:hAnsi="IM Fell English"/>
          <w:color w:val="0D0D0D"/>
        </w:rPr>
        <w:t>CHAPTER 13 — JACKIE — SUB-LEVEL</w:t>
      </w:r>
    </w:p>
    <w:p>
      <w:r>
        <w:rPr>
          <w:rFonts w:ascii="IM Fell English" w:hAnsi="IM Fell English"/>
          <w:color w:val="141414"/>
          <w:sz w:val="24"/>
        </w:rPr>
        <w:t>Jackie walked the red-lit corridor until the floor itself began to slope downward.</w:t>
      </w:r>
    </w:p>
    <w:p>
      <w:r>
        <w:rPr>
          <w:rFonts w:ascii="IM Fell English" w:hAnsi="IM Fell English"/>
          <w:color w:val="141414"/>
          <w:sz w:val="24"/>
        </w:rPr>
        <w:t>The air grew colder with every step. The printed strip still rode in the pocket over her heart. The heavy black collar remained locked, blank plate facing forward. Her wrists were still cuffed in front of her. The jumpsuit was damp, torn at one shoulder, and marked with the evidence of every man who had used her since the keepers. She was sore in the best way, tired, and still steady.</w:t>
      </w:r>
    </w:p>
    <w:p>
      <w:r>
        <w:rPr>
          <w:rFonts w:ascii="IM Fell English" w:hAnsi="IM Fell English"/>
          <w:color w:val="141414"/>
          <w:sz w:val="24"/>
        </w:rPr>
        <w:t>She had no map. No weapons. Only the order and the protocol: keep moving. Do not stop.</w:t>
      </w:r>
    </w:p>
    <w:p>
      <w:r>
        <w:rPr>
          <w:rFonts w:ascii="IM Fell English" w:hAnsi="IM Fell English"/>
          <w:color w:val="141414"/>
          <w:sz w:val="24"/>
        </w:rPr>
        <w:t>The first capture on this level came without dogs.</w:t>
      </w:r>
    </w:p>
    <w:p>
      <w:r>
        <w:rPr>
          <w:rFonts w:ascii="IM Fell English" w:hAnsi="IM Fell English"/>
          <w:color w:val="141414"/>
          <w:sz w:val="24"/>
        </w:rPr>
        <w:t>Two guards stepped out of a recessed alcove as if they had been waiting for the sound of her bare feet. They saw the collar, exchanged a single glance, and moved in with the quiet efficiency reserved for valued property. One clipped a temporary lead to the ring while the other unlocked her wrist cuffs only long enough to re-cuff them behind her back. Jackie met their eyes and gave a rough, breathless little smile.</w:t>
      </w:r>
    </w:p>
    <w:p>
      <w:r>
        <w:rPr>
          <w:rFonts w:ascii="IM Fell English" w:hAnsi="IM Fell English"/>
          <w:color w:val="141414"/>
          <w:sz w:val="24"/>
        </w:rPr>
        <w:t>“Don’t be gentle. The kitten can take more than the last layer gave her.”</w:t>
      </w:r>
    </w:p>
    <w:p>
      <w:r>
        <w:rPr>
          <w:rFonts w:ascii="IM Fell English" w:hAnsi="IM Fell English"/>
          <w:color w:val="141414"/>
          <w:sz w:val="24"/>
        </w:rPr>
        <w:t>They received the limited permission they all understood and took it. They used her against the corridor wall harder than the previous pairs — one holding the lead short and high so she had to stand on her toes, the other shoving the jumpsuit down and fucking her with firm, deep strokes that made her moan and push back for more. The man on the lead used her mouth at the same time. They rotated once, adding open-handed slaps across her breasts and thighs, tighter grip on the collar, real force. Jackie came hard around the cock buried in her cunt and still asked for it rougher between wet, choking breaths. When they finished they restored the front cuffs, unclipped the temporary lead, and pointed farther down the sloping corridor.</w:t>
      </w:r>
    </w:p>
    <w:p>
      <w:r>
        <w:rPr>
          <w:rFonts w:ascii="IM Fell English" w:hAnsi="IM Fell English"/>
          <w:color w:val="141414"/>
          <w:sz w:val="24"/>
        </w:rPr>
        <w:t>“Still deeper,” one of them said. “She’s expected.”</w:t>
      </w:r>
    </w:p>
    <w:p>
      <w:r>
        <w:rPr>
          <w:rFonts w:ascii="IM Fell English" w:hAnsi="IM Fell English"/>
          <w:color w:val="141414"/>
          <w:sz w:val="24"/>
        </w:rPr>
        <w:t>Jackie walked.</w:t>
      </w:r>
    </w:p>
    <w:p>
      <w:r>
        <w:rPr>
          <w:rFonts w:ascii="IM Fell English" w:hAnsi="IM Fell English"/>
          <w:color w:val="141414"/>
          <w:sz w:val="24"/>
        </w:rPr>
        <w:t>The corridor ended in another metal stairwell, narrower than the last. Each step sent a dull, pleasurable spike through the fresh bruises. She counted four full turns before the stairwell opened onto a wide, low-ceilinged service floor lit by rows of recessed white lights. Along the far wall a series of heavy reinforced doors stood closed. One of them had a small red indicator glowing above the frame.</w:t>
      </w:r>
    </w:p>
    <w:p>
      <w:r>
        <w:rPr>
          <w:rFonts w:ascii="IM Fell English" w:hAnsi="IM Fell English"/>
          <w:color w:val="141414"/>
          <w:sz w:val="24"/>
        </w:rPr>
        <w:t>She was halfway across the open floor when the dogs found her again.</w:t>
      </w:r>
    </w:p>
    <w:p>
      <w:r>
        <w:rPr>
          <w:rFonts w:ascii="IM Fell English" w:hAnsi="IM Fell English"/>
          <w:color w:val="141414"/>
          <w:sz w:val="24"/>
        </w:rPr>
        <w:t>Three this time, larger than the previous sets. They took her down hard — one at each shoulder, one at the hip — and held her pinned on her stomach on the cold concrete. The handler who arrived needed almost a full minute to call them off. When he finally did, Jackie looked up at him through the hair stuck to her face and laughed, low and filthy.</w:t>
      </w:r>
    </w:p>
    <w:p>
      <w:r>
        <w:rPr>
          <w:rFonts w:ascii="IM Fell English" w:hAnsi="IM Fell English"/>
          <w:color w:val="141414"/>
          <w:sz w:val="24"/>
        </w:rPr>
        <w:t>“Took you long enough. The kitten was starting to think you’d gone soft.”</w:t>
      </w:r>
    </w:p>
    <w:p>
      <w:r>
        <w:rPr>
          <w:rFonts w:ascii="IM Fell English" w:hAnsi="IM Fell English"/>
          <w:color w:val="141414"/>
          <w:sz w:val="24"/>
        </w:rPr>
        <w:t>He gave her the same limited permission and used her right there on the floor while the dogs sat in a tight semicircle watching. He took her mouth first, then her cunt, then her mouth again, one hand locked around the collar, the other delivering sharp slaps to her thighs and ass whenever she asked for more. Jackie moaned and pushed into every thrust, coming once while he was buried in her throat and again when he switched back to her cunt. When he finished he stood, wiped his cock on the already filthy jumpsuit, and nodded toward the door with the red indicator.</w:t>
      </w:r>
    </w:p>
    <w:p>
      <w:r>
        <w:rPr>
          <w:rFonts w:ascii="IM Fell English" w:hAnsi="IM Fell English"/>
          <w:color w:val="141414"/>
          <w:sz w:val="24"/>
        </w:rPr>
        <w:t>“Through there. Keep moving, kitten.”</w:t>
      </w:r>
    </w:p>
    <w:p>
      <w:r>
        <w:rPr>
          <w:rFonts w:ascii="IM Fell English" w:hAnsi="IM Fell English"/>
          <w:color w:val="141414"/>
          <w:sz w:val="24"/>
        </w:rPr>
        <w:t>Jackie got to her feet on legs that trembled from how hard she had come. She fixed the collar, straightened the jumpsuit as much as the damp fabric allowed, and walked toward the glowing red light. Behind her the dogs were already being led away.</w:t>
      </w:r>
    </w:p>
    <w:p>
      <w:r>
        <w:rPr>
          <w:rFonts w:ascii="IM Fell English" w:hAnsi="IM Fell English"/>
          <w:color w:val="141414"/>
          <w:sz w:val="24"/>
        </w:rPr>
        <w:t>The door unlocked with a hydraulic hiss when she was two meters away.</w:t>
      </w:r>
    </w:p>
    <w:p>
      <w:r>
        <w:rPr>
          <w:rFonts w:ascii="IM Fell English" w:hAnsi="IM Fell English"/>
          <w:color w:val="141414"/>
          <w:sz w:val="24"/>
        </w:rPr>
        <w:t>Jackie stepped through.</w:t>
      </w:r>
    </w:p>
    <w:p>
      <w:r>
        <w:rPr>
          <w:rFonts w:ascii="IM Fell English" w:hAnsi="IM Fell English"/>
          <w:color w:val="141414"/>
          <w:sz w:val="24"/>
        </w:rPr>
        <w:t>The corridor beyond was narrower, quieter, and lit by the same dull red emergency strips. The air was colder still. Somewhere ahead she heard another set of boots and the soft click of claws on concrete.</w:t>
      </w:r>
    </w:p>
    <w:p>
      <w:r>
        <w:rPr>
          <w:rFonts w:ascii="IM Fell English" w:hAnsi="IM Fell English"/>
          <w:color w:val="141414"/>
          <w:sz w:val="24"/>
        </w:rPr>
        <w:t>She kept walking.</w:t>
      </w:r>
    </w:p>
    <w:p>
      <w:r>
        <w:rPr>
          <w:rFonts w:ascii="IM Fell English" w:hAnsi="IM Fell English"/>
          <w:color w:val="141414"/>
          <w:sz w:val="24"/>
        </w:rPr>
        <w:t>The next capture came at a blind corner. Two more guards, faster this time. They had her against the wall before she could react. Jackie didn’t wait for them to decide how rough to be.</w:t>
      </w:r>
    </w:p>
    <w:p>
      <w:r>
        <w:rPr>
          <w:rFonts w:ascii="IM Fell English" w:hAnsi="IM Fell English"/>
          <w:color w:val="141414"/>
          <w:sz w:val="24"/>
        </w:rPr>
        <w:t>“Harder,” she rasped as soon as the temporary lead clipped on. “Miss Black’s kitten didn’t come this far for gentle.”</w:t>
      </w:r>
    </w:p>
    <w:p>
      <w:r>
        <w:rPr>
          <w:rFonts w:ascii="IM Fell English" w:hAnsi="IM Fell English"/>
          <w:color w:val="141414"/>
          <w:sz w:val="24"/>
        </w:rPr>
        <w:t>They gave it to her within the limits they had. Temporary lead short, jumpsuit shoved down, one of them already inside her while the other used her mouth. They were rougher than the previous pairs — tighter grip on the collar, harder thrusts, more slaps — but still stopped short of the kind of damage that would keep her from continuing. Jackie came hard between them and still begged for more until they were finished. When they pointed her down the corridor she went with fresh come running down her thighs and a satisfied, exhausted little smile on her face.</w:t>
      </w:r>
    </w:p>
    <w:p>
      <w:r>
        <w:rPr>
          <w:rFonts w:ascii="IM Fell English" w:hAnsi="IM Fell English"/>
          <w:color w:val="141414"/>
          <w:sz w:val="24"/>
        </w:rPr>
        <w:t>Jackie walked.</w:t>
      </w:r>
    </w:p>
    <w:p>
      <w:r>
        <w:rPr>
          <w:rFonts w:ascii="IM Fell English" w:hAnsi="IM Fell English"/>
          <w:color w:val="141414"/>
          <w:sz w:val="24"/>
        </w:rPr>
        <w:t>Her bare feet were filthy. The jumpsuit hung open. The collar felt heavier with every hour. The unread printout sat against her chest like a second pulse. She had stopped trying to wipe the latest load from her chin; there was no point, and she liked the reminder.</w:t>
      </w:r>
    </w:p>
    <w:p>
      <w:r>
        <w:rPr>
          <w:rFonts w:ascii="IM Fell English" w:hAnsi="IM Fell English"/>
          <w:color w:val="141414"/>
          <w:sz w:val="24"/>
        </w:rPr>
        <w:t>Another stairwell. Another downward spiral. Another open service floor that looked almost identical to the last. She crossed it without being stopped and entered the next corridor on the far side.</w:t>
      </w:r>
    </w:p>
    <w:p>
      <w:r>
        <w:rPr>
          <w:rFonts w:ascii="IM Fell English" w:hAnsi="IM Fell English"/>
          <w:color w:val="141414"/>
          <w:sz w:val="24"/>
        </w:rPr>
        <w:t>The pattern held.</w:t>
      </w:r>
    </w:p>
    <w:p>
      <w:r>
        <w:rPr>
          <w:rFonts w:ascii="IM Fell English" w:hAnsi="IM Fell English"/>
          <w:color w:val="141414"/>
          <w:sz w:val="24"/>
        </w:rPr>
        <w:t>Guards. Dogs. Use. Pointed deeper.</w:t>
      </w:r>
    </w:p>
    <w:p>
      <w:r>
        <w:rPr>
          <w:rFonts w:ascii="IM Fell English" w:hAnsi="IM Fell English"/>
          <w:color w:val="141414"/>
          <w:sz w:val="24"/>
        </w:rPr>
        <w:t>Every encounter still carried the same quiet privilege and the same permission to be rougher because the kitten asked for it. They left her able to walk. They left her able to breathe. They left her able to continue, thoroughly used and still wanting more.</w:t>
      </w:r>
    </w:p>
    <w:p>
      <w:r>
        <w:rPr>
          <w:rFonts w:ascii="IM Fell English" w:hAnsi="IM Fell English"/>
          <w:color w:val="141414"/>
          <w:sz w:val="24"/>
        </w:rPr>
        <w:t>Jackie did not stop.</w:t>
      </w:r>
    </w:p>
    <w:p>
      <w:r>
        <w:rPr>
          <w:rFonts w:ascii="IM Fell English" w:hAnsi="IM Fell English"/>
          <w:color w:val="141414"/>
          <w:sz w:val="24"/>
        </w:rPr>
        <w:t>She no longer tried to count the levels. She only knew that the air kept getting colder, the lights kept getting redder, and the order still sat unread but absolute in her pocket.</w:t>
      </w:r>
    </w:p>
    <w:p>
      <w:r>
        <w:rPr>
          <w:rFonts w:ascii="IM Fell English" w:hAnsi="IM Fell English"/>
          <w:color w:val="141414"/>
          <w:sz w:val="24"/>
        </w:rPr>
        <w:t>Somewhere ahead the target waited.</w:t>
      </w:r>
    </w:p>
    <w:p>
      <w:r>
        <w:rPr>
          <w:rFonts w:ascii="IM Fell English" w:hAnsi="IM Fell English"/>
          <w:color w:val="141414"/>
          <w:sz w:val="24"/>
        </w:rPr>
        <w:t>Jackie kept walking into the dark, still steady enough to ask for it harder when the next layer found her.</w:t>
      </w:r>
    </w:p>
    <w:p>
      <w:pPr>
        <w:pStyle w:val="Heading1"/>
        <w:jc w:val="center"/>
      </w:pPr>
      <w:r>
        <w:rPr>
          <w:rFonts w:ascii="IM Fell English" w:hAnsi="IM Fell English"/>
          <w:color w:val="0D0D0D"/>
        </w:rPr>
        <w:t>CHAPTER 14 — JENNIFER — SUB-LEVEL</w:t>
      </w:r>
    </w:p>
    <w:p>
      <w:r>
        <w:rPr>
          <w:rFonts w:ascii="IM Fell English" w:hAnsi="IM Fell English"/>
          <w:color w:val="141414"/>
          <w:sz w:val="24"/>
        </w:rPr>
        <w:t>Jennifer walked the red-lit corridor until the floor itself began to slope downward.</w:t>
      </w:r>
    </w:p>
    <w:p>
      <w:r>
        <w:rPr>
          <w:rFonts w:ascii="IM Fell English" w:hAnsi="IM Fell English"/>
          <w:color w:val="141414"/>
          <w:sz w:val="24"/>
        </w:rPr>
        <w:t>The air grew colder with every step. She was still naked except for the heavy black collar locked around her throat and the cuffs that kept her wrists together in front of her. The folded printout remained gripped between her hands. Blood from the earlier bites had dried in dark streaks down her shoulder and thigh. Every breath scraped. Every step sent fresh spikes of pain through the open wounds and the raw flesh between her legs — and every spike still made her clench with residual, filthy arousal. Bare feet left damp, bloody prints on the concrete.</w:t>
      </w:r>
    </w:p>
    <w:p>
      <w:r>
        <w:rPr>
          <w:rFonts w:ascii="IM Fell English" w:hAnsi="IM Fell English"/>
          <w:color w:val="141414"/>
          <w:sz w:val="24"/>
        </w:rPr>
        <w:t>She had no map. No clothing. No additional gear. Only the order and the protocol: keep moving. Do not stop.</w:t>
      </w:r>
    </w:p>
    <w:p>
      <w:r>
        <w:rPr>
          <w:rFonts w:ascii="IM Fell English" w:hAnsi="IM Fell English"/>
          <w:color w:val="141414"/>
          <w:sz w:val="24"/>
        </w:rPr>
        <w:t>The first capture on this level came with dogs already waiting.</w:t>
      </w:r>
    </w:p>
    <w:p>
      <w:r>
        <w:rPr>
          <w:rFonts w:ascii="IM Fell English" w:hAnsi="IM Fell English"/>
          <w:color w:val="141414"/>
          <w:sz w:val="24"/>
        </w:rPr>
        <w:t>Four of them this time, larger and heavier than the previous sets. They hit her from both sides and drove her flat onto the cold concrete before the handler even appeared. Jaws locked on her shoulders, her hip, the back of one thigh. They shook her hard enough to make her vision gray out. The handler who finally arrived took his time. He watched them worry the mutt for almost a full minute, smoking, before he gave the short whistle that pulled them back.</w:t>
      </w:r>
    </w:p>
    <w:p>
      <w:r>
        <w:rPr>
          <w:rFonts w:ascii="IM Fell English" w:hAnsi="IM Fell English"/>
          <w:color w:val="141414"/>
          <w:sz w:val="24"/>
        </w:rPr>
        <w:t>Jennifer grinned through the blood in her mouth, one eye swelling shut.</w:t>
      </w:r>
    </w:p>
    <w:p>
      <w:r>
        <w:rPr>
          <w:rFonts w:ascii="IM Fell English" w:hAnsi="IM Fell English"/>
          <w:color w:val="141414"/>
          <w:sz w:val="24"/>
        </w:rPr>
        <w:t>“What’s the matter — Miss Black’s soft little kitten couldn’t take real dogs so you had to keep them gentle for her? Fucking pathetic. These ones seem to know how to hurt a proper whore.”</w:t>
      </w:r>
    </w:p>
    <w:p>
      <w:r>
        <w:rPr>
          <w:rFonts w:ascii="IM Fell English" w:hAnsi="IM Fell English"/>
          <w:color w:val="141414"/>
          <w:sz w:val="24"/>
        </w:rPr>
        <w:t>The handler laughed once, cold, and let the dogs have another ten seconds before calling them off properly. Then he and the two guards with him let the animals have her properly.</w:t>
      </w:r>
    </w:p>
    <w:p>
      <w:r>
        <w:rPr>
          <w:rFonts w:ascii="IM Fell English" w:hAnsi="IM Fell English"/>
          <w:color w:val="141414"/>
          <w:sz w:val="24"/>
        </w:rPr>
        <w:t>One dog mounted her from behind while she was still face-down and forced its cock into her already raw cunt with short, brutal thrusts. A second pushed at her face until she opened her mouth and then shoved in deep, choking her. The men stood in a loose semicircle and laughed while the animals worked. When the first dog’s knot started to swell the handler only crouched lower to watch it lock inside her cunt. Jennifer’s body jerked and convulsed around it; she came hard, screaming around the cock buried in her throat. The second knot forced its way past her teeth and lodged deep, cutting off air completely. She gagged, eyes bulging, cuffed hands scrabbling uselessly against the concrete, and still came a second time from the pure, perfect lack of air and the stretch.</w:t>
      </w:r>
    </w:p>
    <w:p>
      <w:r>
        <w:rPr>
          <w:rFonts w:ascii="IM Fell English" w:hAnsi="IM Fell English"/>
          <w:color w:val="141414"/>
          <w:sz w:val="24"/>
        </w:rPr>
        <w:t>The guards found it hilarious.</w:t>
      </w:r>
    </w:p>
    <w:p>
      <w:r>
        <w:rPr>
          <w:rFonts w:ascii="IM Fell English" w:hAnsi="IM Fell English"/>
          <w:color w:val="141414"/>
          <w:sz w:val="24"/>
        </w:rPr>
        <w:t>“Stupid fucking mutt can’t even take a dog knot without coming.”</w:t>
      </w:r>
      <w:r>
        <w:rPr>
          <w:rFonts w:ascii="IM Fell English" w:hAnsi="IM Fell English"/>
          <w:color w:val="141414"/>
          <w:sz w:val="24"/>
        </w:rPr>
      </w:r>
      <w:r>
        <w:rPr>
          <w:rFonts w:ascii="IM Fell English" w:hAnsi="IM Fell English"/>
          <w:color w:val="141414"/>
          <w:sz w:val="24"/>
        </w:rPr>
        <w:t>“Look at her choke and cream. Useless piece of shit.”</w:t>
      </w:r>
      <w:r>
        <w:rPr>
          <w:rFonts w:ascii="IM Fell English" w:hAnsi="IM Fell English"/>
          <w:color w:val="141414"/>
          <w:sz w:val="24"/>
        </w:rPr>
      </w:r>
      <w:r>
        <w:rPr>
          <w:rFonts w:ascii="IM Fell English" w:hAnsi="IM Fell English"/>
          <w:color w:val="141414"/>
          <w:sz w:val="24"/>
        </w:rPr>
        <w:t>“Miss White really sent us the bottom of the barrel this time.”</w:t>
      </w:r>
    </w:p>
    <w:p>
      <w:r>
        <w:rPr>
          <w:rFonts w:ascii="IM Fell English" w:hAnsi="IM Fell English"/>
          <w:color w:val="141414"/>
          <w:sz w:val="24"/>
        </w:rPr>
        <w:t>They left the dogs locked in her for several long minutes, occasionally kicking her ribs or grinding a boot on the back of her neck when her struggles got too loud. Jennifer thrashed and moaned and laughed brokenly around the knot in her throat the entire time. Only when both knots finally softened did the handler call the animals off. Jennifer collapsed onto her side, gasping wet, broken breaths, come and blood running from her mouth and cunt, still shaking with aftershocks.</w:t>
      </w:r>
    </w:p>
    <w:p>
      <w:r>
        <w:rPr>
          <w:rFonts w:ascii="IM Fell English" w:hAnsi="IM Fell English"/>
          <w:color w:val="141414"/>
          <w:sz w:val="24"/>
        </w:rPr>
        <w:t>Then the men took their turn.</w:t>
      </w:r>
    </w:p>
    <w:p>
      <w:r>
        <w:rPr>
          <w:rFonts w:ascii="IM Fell English" w:hAnsi="IM Fell English"/>
          <w:color w:val="141414"/>
          <w:sz w:val="24"/>
        </w:rPr>
        <w:t>They were rougher than the dogs. One dragged her up by the collar and bent her over a low pipe so the second could force his cock into her ass while the first used her bruised throat. They swapped. They spit on her. They slapped her face every time she gagged too hard. Jennifer pushed back into every thrust, came again when one of them punched her in the ribs while buried in her ass, and kept the filthy, defiant grin on her face even when it was split and bloody. One of them came in her ass and immediately shoved a dog’s muzzle between her cheeks so it could clean her. Another finished down her throat and held her nose closed until she swallowed. She swallowed and laughed.</w:t>
      </w:r>
    </w:p>
    <w:p>
      <w:r>
        <w:rPr>
          <w:rFonts w:ascii="IM Fell English" w:hAnsi="IM Fell English"/>
          <w:color w:val="141414"/>
          <w:sz w:val="24"/>
        </w:rPr>
        <w:t>When they finally finished they left her on her hands and knees, dripping from every hole, and pointed farther down the sloping corridor.</w:t>
      </w:r>
    </w:p>
    <w:p>
      <w:r>
        <w:rPr>
          <w:rFonts w:ascii="IM Fell English" w:hAnsi="IM Fell English"/>
          <w:color w:val="141414"/>
          <w:sz w:val="24"/>
        </w:rPr>
        <w:t>“Still deeper, piece of shit. Try not to die on the stairs. It leaves a mess the dogs have to lick up.”</w:t>
      </w:r>
    </w:p>
    <w:p>
      <w:r>
        <w:rPr>
          <w:rFonts w:ascii="IM Fell English" w:hAnsi="IM Fell English"/>
          <w:color w:val="141414"/>
          <w:sz w:val="24"/>
        </w:rPr>
        <w:t>Jennifer crawled the first several meters because her legs would not hold her. Come, blood, and dog saliva ran down her thighs and dripped from her chin. She forced herself back to her feet only after the sound of the dogs being led away faded. The printout was almost unreadable now, soaked through with everything that had come out of her. She was still wet, still aching, still hungry for the next layer of pain.</w:t>
      </w:r>
    </w:p>
    <w:p>
      <w:r>
        <w:rPr>
          <w:rFonts w:ascii="IM Fell English" w:hAnsi="IM Fell English"/>
          <w:color w:val="141414"/>
          <w:sz w:val="24"/>
        </w:rPr>
        <w:t>The corridor ended in another metal stairwell. Each step was a separate punishment and a separate pulse of arousal. She lost count of the turns. When the stairwell finally opened onto another service floor the pattern repeated — more dogs, more guards, more knots forced into her ass and throat while they watched and laughed and called her things that no longer even sounded like words. Jennifer came from the pain, laughed through the blood, and asked for more even when her voice was gone. They used her until she could no longer stand, then dragged her the last few meters by the collar and dropped her in front of a heavy door with a red indicator light.</w:t>
      </w:r>
    </w:p>
    <w:p>
      <w:r>
        <w:rPr>
          <w:rFonts w:ascii="IM Fell English" w:hAnsi="IM Fell English"/>
          <w:color w:val="141414"/>
          <w:sz w:val="24"/>
        </w:rPr>
        <w:t>“Through there. Don’t die in the doorway. It blocks the fucking sensors.”</w:t>
      </w:r>
    </w:p>
    <w:p>
      <w:r>
        <w:rPr>
          <w:rFonts w:ascii="IM Fell English" w:hAnsi="IM Fell English"/>
          <w:color w:val="141414"/>
          <w:sz w:val="24"/>
        </w:rPr>
        <w:t>Jennifer got to her knees, then her feet, because the only other option was to stay on the floor and be used again. She fixed the collar with trembling, cuffed hands, gripped what was left of the printout, and staggered toward the door. Behind her the dogs were already being pulled away, still interested in the trail she was leaving.</w:t>
      </w:r>
    </w:p>
    <w:p>
      <w:r>
        <w:rPr>
          <w:rFonts w:ascii="IM Fell English" w:hAnsi="IM Fell English"/>
          <w:color w:val="141414"/>
          <w:sz w:val="24"/>
        </w:rPr>
        <w:t>The door unlocked with a hydraulic hiss when she was two meters away.</w:t>
      </w:r>
    </w:p>
    <w:p>
      <w:r>
        <w:rPr>
          <w:rFonts w:ascii="IM Fell English" w:hAnsi="IM Fell English"/>
          <w:color w:val="141414"/>
          <w:sz w:val="24"/>
        </w:rPr>
        <w:t>Jennifer stepped through.</w:t>
      </w:r>
    </w:p>
    <w:p>
      <w:r>
        <w:rPr>
          <w:rFonts w:ascii="IM Fell English" w:hAnsi="IM Fell English"/>
          <w:color w:val="141414"/>
          <w:sz w:val="24"/>
        </w:rPr>
        <w:t>The corridor beyond was narrower, quieter, and lit by the same dull red emergency strips. The air was colder still. Somewhere ahead she heard another set of boots and the soft click of claws on concrete.</w:t>
      </w:r>
    </w:p>
    <w:p>
      <w:r>
        <w:rPr>
          <w:rFonts w:ascii="IM Fell English" w:hAnsi="IM Fell English"/>
          <w:color w:val="141414"/>
          <w:sz w:val="24"/>
        </w:rPr>
        <w:t>She kept walking.</w:t>
      </w:r>
    </w:p>
    <w:p>
      <w:r>
        <w:rPr>
          <w:rFonts w:ascii="IM Fell English" w:hAnsi="IM Fell English"/>
          <w:color w:val="141414"/>
          <w:sz w:val="24"/>
        </w:rPr>
        <w:t>Blood and come ran down her legs in continuous streams. Every breath was a wet rattle. Every step still made her clench with residual, filthy satisfaction. The pattern would hold — more dogs, more guards, more knots, more laughing, pointed deeper — because no one in this place cared how much of the mutt was left when she finally reached the target, and because the mutt herself was still getting exactly what she wanted.</w:t>
      </w:r>
    </w:p>
    <w:p>
      <w:r>
        <w:rPr>
          <w:rFonts w:ascii="IM Fell English" w:hAnsi="IM Fell English"/>
          <w:color w:val="141414"/>
          <w:sz w:val="24"/>
        </w:rPr>
        <w:t>Jennifer did not stop.</w:t>
      </w:r>
    </w:p>
    <w:p>
      <w:r>
        <w:rPr>
          <w:rFonts w:ascii="IM Fell English" w:hAnsi="IM Fell English"/>
          <w:color w:val="141414"/>
          <w:sz w:val="24"/>
        </w:rPr>
        <w:t>She no longer tried to count the levels. She only knew that the air kept getting colder, the lights kept getting redder, and the order still sat unread but absolute between her ruined hands.</w:t>
      </w:r>
    </w:p>
    <w:p>
      <w:r>
        <w:rPr>
          <w:rFonts w:ascii="IM Fell English" w:hAnsi="IM Fell English"/>
          <w:color w:val="141414"/>
          <w:sz w:val="24"/>
        </w:rPr>
        <w:t>Somewhere ahead the target waited.</w:t>
      </w:r>
    </w:p>
    <w:p>
      <w:r>
        <w:rPr>
          <w:rFonts w:ascii="IM Fell English" w:hAnsi="IM Fell English"/>
          <w:color w:val="141414"/>
          <w:sz w:val="24"/>
        </w:rPr>
        <w:t>Jennifer kept walking into the dark, leaving a thicker trail of bloody, filthy footprints behind her and a broken, satisfied little laugh floating in the red-lit air.</w:t>
      </w:r>
    </w:p>
    <w:p>
      <w:pPr>
        <w:pStyle w:val="Heading1"/>
        <w:jc w:val="center"/>
      </w:pPr>
      <w:r>
        <w:rPr>
          <w:rFonts w:ascii="IM Fell English" w:hAnsi="IM Fell English"/>
          <w:color w:val="0D0D0D"/>
        </w:rPr>
        <w:t>CHAPTER 15 — JACKIE — DEEPER</w:t>
      </w:r>
    </w:p>
    <w:p>
      <w:r>
        <w:rPr>
          <w:rFonts w:ascii="IM Fell English" w:hAnsi="IM Fell English"/>
          <w:color w:val="141414"/>
          <w:sz w:val="24"/>
        </w:rPr>
        <w:t>Jackie walked the red-lit corridor until the air itself felt heavier.</w:t>
      </w:r>
    </w:p>
    <w:p>
      <w:r>
        <w:rPr>
          <w:rFonts w:ascii="IM Fell English" w:hAnsi="IM Fell English"/>
          <w:color w:val="141414"/>
          <w:sz w:val="24"/>
        </w:rPr>
        <w:t>The printed strip still rode in the pocket over her heart. The heavy black collar remained locked, blank plate facing forward. Her wrists were still cuffed in front of her. The jumpsuit was little more than damp, torn rags now — one shoulder completely open where successive dogs had gripped her, the seat of the pants ripped and hanging, the front stained with everything the previous layers had left on her. She was sore in every place a body could be sore, thoroughly used, and still steady on her feet. The deep, satisfied ache between her legs and in her throat had become a constant companion she almost liked. Every step reminded her how hard she had already come and how much more she still wanted.</w:t>
      </w:r>
    </w:p>
    <w:p>
      <w:r>
        <w:rPr>
          <w:rFonts w:ascii="IM Fell English" w:hAnsi="IM Fell English"/>
          <w:color w:val="141414"/>
          <w:sz w:val="24"/>
        </w:rPr>
        <w:t>She had no map. No weapons. Only the order and the protocol: keep moving. Do not stop.</w:t>
      </w:r>
    </w:p>
    <w:p>
      <w:r>
        <w:rPr>
          <w:rFonts w:ascii="IM Fell English" w:hAnsi="IM Fell English"/>
          <w:color w:val="141414"/>
          <w:sz w:val="24"/>
        </w:rPr>
        <w:t>The first capture on this deeper stretch came without warning.</w:t>
      </w:r>
    </w:p>
    <w:p>
      <w:r>
        <w:rPr>
          <w:rFonts w:ascii="IM Fell English" w:hAnsi="IM Fell English"/>
          <w:color w:val="141414"/>
          <w:sz w:val="24"/>
        </w:rPr>
        <w:t>Two guards stepped out of the dark as if the corridor itself had produced them. They saw the collar and the state of her clothing and moved in with the quiet efficiency reserved for valued property. One clipped a temporary lead to the ring while the other unlocked her wrist cuffs only long enough to re-cuff them behind her back. Jackie met their eyes through the hair stuck to her face and gave a rough, breathless little smile.</w:t>
      </w:r>
    </w:p>
    <w:p>
      <w:r>
        <w:rPr>
          <w:rFonts w:ascii="IM Fell English" w:hAnsi="IM Fell English"/>
          <w:color w:val="141414"/>
          <w:sz w:val="24"/>
        </w:rPr>
        <w:t>“Don’t be gentle. The kitten’s been waiting for someone to stop holding back.”</w:t>
      </w:r>
    </w:p>
    <w:p>
      <w:r>
        <w:rPr>
          <w:rFonts w:ascii="IM Fell English" w:hAnsi="IM Fell English"/>
          <w:color w:val="141414"/>
          <w:sz w:val="24"/>
        </w:rPr>
        <w:t>They received the limited permission they all understood and took it. They used her against the wall harder than the previous layers — one holding the lead short and high so she had to stand on her toes, the other shoving what remained of the jumpsuit aside and fucking her with firm, deep strokes that made her moan and push back for more. The man on the lead used her mouth at the same time, fingers tight in her hair. They rotated once, adding open-handed slaps across her breasts and the insides of her thighs, tighter grip on the collar, real force that rocked her onto her toes with every thrust. Jackie came hard around the cock buried in her cunt, thighs shaking, and still asked for it rougher between wet, choking breaths.</w:t>
      </w:r>
    </w:p>
    <w:p>
      <w:r>
        <w:rPr>
          <w:rFonts w:ascii="IM Fell English" w:hAnsi="IM Fell English"/>
          <w:color w:val="141414"/>
          <w:sz w:val="24"/>
        </w:rPr>
        <w:t>“Harder— fuck, don’t you dare go soft on me now—”</w:t>
      </w:r>
    </w:p>
    <w:p>
      <w:r>
        <w:rPr>
          <w:rFonts w:ascii="IM Fell English" w:hAnsi="IM Fell English"/>
          <w:color w:val="141414"/>
          <w:sz w:val="24"/>
        </w:rPr>
        <w:t>They gave her what she asked for within the limits they had. When they finished they restored the front cuffs, unclipped the temporary lead, and pointed farther down the corridor.</w:t>
      </w:r>
    </w:p>
    <w:p>
      <w:r>
        <w:rPr>
          <w:rFonts w:ascii="IM Fell English" w:hAnsi="IM Fell English"/>
          <w:color w:val="141414"/>
          <w:sz w:val="24"/>
        </w:rPr>
        <w:t>“Still deeper, kitten. She’s waiting.”</w:t>
      </w:r>
    </w:p>
    <w:p>
      <w:r>
        <w:rPr>
          <w:rFonts w:ascii="IM Fell English" w:hAnsi="IM Fell English"/>
          <w:color w:val="141414"/>
          <w:sz w:val="24"/>
        </w:rPr>
        <w:t>Jackie walked on unsteady but willing legs, fresh come running down her thighs, the taste of both men still thick on her tongue.</w:t>
      </w:r>
    </w:p>
    <w:p>
      <w:r>
        <w:rPr>
          <w:rFonts w:ascii="IM Fell English" w:hAnsi="IM Fell English"/>
          <w:color w:val="141414"/>
          <w:sz w:val="24"/>
        </w:rPr>
        <w:t>The corridor ended in another metal stairwell, steeper and narrower than the last. Each step sent a dull, pleasurable spike through the layered bruises on her hips and thighs. She counted five full turns, breathing through the ache the way she had learned to breathe through everything else, before the stairwell opened onto a wide service floor lit by cold white strips. The air was noticeably colder. Along the far wall more reinforced doors stood closed. One of them had a steady amber indicator instead of red.</w:t>
      </w:r>
    </w:p>
    <w:p>
      <w:r>
        <w:rPr>
          <w:rFonts w:ascii="IM Fell English" w:hAnsi="IM Fell English"/>
          <w:color w:val="141414"/>
          <w:sz w:val="24"/>
        </w:rPr>
        <w:t>She was halfway across the open floor when the dogs found her.</w:t>
      </w:r>
    </w:p>
    <w:p>
      <w:r>
        <w:rPr>
          <w:rFonts w:ascii="IM Fell English" w:hAnsi="IM Fell English"/>
          <w:color w:val="141414"/>
          <w:sz w:val="24"/>
        </w:rPr>
        <w:t>Four this time, heavier and quieter until the final moment. They took her down hard — shoulders, hip, the back of one thigh — and held her pinned on her stomach on the cold concrete. The handler who arrived needed almost a full minute to call them off. When he finally did, Jackie lifted her head as much as the collar and the remaining dog weight allowed and laughed, low and filthy.</w:t>
      </w:r>
    </w:p>
    <w:p>
      <w:r>
        <w:rPr>
          <w:rFonts w:ascii="IM Fell English" w:hAnsi="IM Fell English"/>
          <w:color w:val="141414"/>
          <w:sz w:val="24"/>
        </w:rPr>
        <w:t>“Took you long enough. The kitten was starting to think you’d gone soft on Miss Black’s property.”</w:t>
      </w:r>
    </w:p>
    <w:p>
      <w:r>
        <w:rPr>
          <w:rFonts w:ascii="IM Fell English" w:hAnsi="IM Fell English"/>
          <w:color w:val="141414"/>
          <w:sz w:val="24"/>
        </w:rPr>
        <w:t>He gave her the same limited permission and used her right there on the concrete while the dogs sat in a tight semicircle watching. He took her mouth first, shoving deep enough to make her eyes water, then her cunt with hard, thorough strokes, then her mouth again. One hand stayed locked around the collar so every thrust pulled the ring tight against her throat; the other delivered sharp, measured slaps to her thighs and ass whenever she asked for more. Jackie moaned and pushed into every thrust, coming once while he was buried in her throat and again when he switched back to her cunt, the sounds she made half pleasure and half demand.</w:t>
      </w:r>
    </w:p>
    <w:p>
      <w:r>
        <w:rPr>
          <w:rFonts w:ascii="IM Fell English" w:hAnsi="IM Fell English"/>
          <w:color w:val="141414"/>
          <w:sz w:val="24"/>
        </w:rPr>
        <w:t>“Yes— like that— don’t stop—”</w:t>
      </w:r>
    </w:p>
    <w:p>
      <w:r>
        <w:rPr>
          <w:rFonts w:ascii="IM Fell English" w:hAnsi="IM Fell English"/>
          <w:color w:val="141414"/>
          <w:sz w:val="24"/>
        </w:rPr>
        <w:t>When he finished he stood, wiped his cock on the remains of her jumpsuit, and nodded toward the door with the amber light.</w:t>
      </w:r>
    </w:p>
    <w:p>
      <w:r>
        <w:rPr>
          <w:rFonts w:ascii="IM Fell English" w:hAnsi="IM Fell English"/>
          <w:color w:val="141414"/>
          <w:sz w:val="24"/>
        </w:rPr>
        <w:t>“Through there. Keep moving.”</w:t>
      </w:r>
    </w:p>
    <w:p>
      <w:r>
        <w:rPr>
          <w:rFonts w:ascii="IM Fell English" w:hAnsi="IM Fell English"/>
          <w:color w:val="141414"/>
          <w:sz w:val="24"/>
        </w:rPr>
        <w:t>Jackie got to her feet on legs that trembled from how hard she had come. She fixed the collar, pulled the torn fabric back into some kind of order, and walked toward the door. Behind her the dogs were already being led away.</w:t>
      </w:r>
    </w:p>
    <w:p>
      <w:r>
        <w:rPr>
          <w:rFonts w:ascii="IM Fell English" w:hAnsi="IM Fell English"/>
          <w:color w:val="141414"/>
          <w:sz w:val="24"/>
        </w:rPr>
        <w:t>The door unlocked with a hydraulic hiss when she was two meters away.</w:t>
      </w:r>
    </w:p>
    <w:p>
      <w:r>
        <w:rPr>
          <w:rFonts w:ascii="IM Fell English" w:hAnsi="IM Fell English"/>
          <w:color w:val="141414"/>
          <w:sz w:val="24"/>
        </w:rPr>
        <w:t>Jackie stepped through.</w:t>
      </w:r>
    </w:p>
    <w:p>
      <w:r>
        <w:rPr>
          <w:rFonts w:ascii="IM Fell English" w:hAnsi="IM Fell English"/>
          <w:color w:val="141414"/>
          <w:sz w:val="24"/>
        </w:rPr>
        <w:t>The corridor beyond was narrower, quieter, and lit by the same dull red emergency strips. The air was colder still. Somewhere ahead she heard another set of boots and the soft click of claws on concrete.</w:t>
      </w:r>
    </w:p>
    <w:p>
      <w:r>
        <w:rPr>
          <w:rFonts w:ascii="IM Fell English" w:hAnsi="IM Fell English"/>
          <w:color w:val="141414"/>
          <w:sz w:val="24"/>
        </w:rPr>
        <w:t>She kept walking.</w:t>
      </w:r>
    </w:p>
    <w:p>
      <w:r>
        <w:rPr>
          <w:rFonts w:ascii="IM Fell English" w:hAnsi="IM Fell English"/>
          <w:color w:val="141414"/>
          <w:sz w:val="24"/>
        </w:rPr>
        <w:t>The next capture came at a blind corner. Three guards this time. They had her against the wall before she could react — temporary lead clipped, what was left of the jumpsuit shoved down. Jackie didn’t wait for them to decide how rough to be.</w:t>
      </w:r>
    </w:p>
    <w:p>
      <w:r>
        <w:rPr>
          <w:rFonts w:ascii="IM Fell English" w:hAnsi="IM Fell English"/>
          <w:color w:val="141414"/>
          <w:sz w:val="24"/>
        </w:rPr>
        <w:t>“Harder,” she rasped the moment the lead went taut. “Miss Black’s kitten didn’t come this far for gentle. Use me properly.”</w:t>
      </w:r>
    </w:p>
    <w:p>
      <w:r>
        <w:rPr>
          <w:rFonts w:ascii="IM Fell English" w:hAnsi="IM Fell English"/>
          <w:color w:val="141414"/>
          <w:sz w:val="24"/>
        </w:rPr>
        <w:t>They gave it to her within the limits they had. Two of them used her at once while the third held the lead short and watched, occasionally leaning in to slap her breasts or the insides of her thighs. The use was harder than the previous pairs — tighter grip on the collar, deeper thrusts, more force — but still stopped short of the kind of damage that would keep her from continuing. Jackie came hard between them, moaning and cursing and begging for more until they were finished. When they finally pointed her down the corridor she went with fresh come running down her thighs, her mouth shiny, and a satisfied, exhausted little smile on her face.</w:t>
      </w:r>
    </w:p>
    <w:p>
      <w:r>
        <w:rPr>
          <w:rFonts w:ascii="IM Fell English" w:hAnsi="IM Fell English"/>
          <w:color w:val="141414"/>
          <w:sz w:val="24"/>
        </w:rPr>
        <w:t>Jackie walked.</w:t>
      </w:r>
    </w:p>
    <w:p>
      <w:r>
        <w:rPr>
          <w:rFonts w:ascii="IM Fell English" w:hAnsi="IM Fell English"/>
          <w:color w:val="141414"/>
          <w:sz w:val="24"/>
        </w:rPr>
        <w:t>Her bare feet were filthy. The jumpsuit hung in pieces. The collar felt heavier with every hour. The unread printout sat against her chest like a second pulse. She had stopped trying to wipe the latest load from her chin; there was no point, and she liked the reminder of how thoroughly she was still being enjoyed.</w:t>
      </w:r>
    </w:p>
    <w:p>
      <w:r>
        <w:rPr>
          <w:rFonts w:ascii="IM Fell English" w:hAnsi="IM Fell English"/>
          <w:color w:val="141414"/>
          <w:sz w:val="24"/>
        </w:rPr>
        <w:t>Another stairwell. Another downward spiral. Another open service floor that looked almost identical to the last. She crossed it without being stopped and entered the next corridor on the far side.</w:t>
      </w:r>
    </w:p>
    <w:p>
      <w:r>
        <w:rPr>
          <w:rFonts w:ascii="IM Fell English" w:hAnsi="IM Fell English"/>
          <w:color w:val="141414"/>
          <w:sz w:val="24"/>
        </w:rPr>
        <w:t>The pattern held.</w:t>
      </w:r>
    </w:p>
    <w:p>
      <w:r>
        <w:rPr>
          <w:rFonts w:ascii="IM Fell English" w:hAnsi="IM Fell English"/>
          <w:color w:val="141414"/>
          <w:sz w:val="24"/>
        </w:rPr>
        <w:t>Guards. Dogs. Use. Pointed deeper.</w:t>
      </w:r>
    </w:p>
    <w:p>
      <w:r>
        <w:rPr>
          <w:rFonts w:ascii="IM Fell English" w:hAnsi="IM Fell English"/>
          <w:color w:val="141414"/>
          <w:sz w:val="24"/>
        </w:rPr>
        <w:t>Every encounter still carried the same quiet privilege and the same permission to be rougher because the kitten asked for it. They left her able to walk. They left her able to breathe. They left her able to continue, thoroughly used, still wet, and still wanting more.</w:t>
      </w:r>
    </w:p>
    <w:p>
      <w:r>
        <w:rPr>
          <w:rFonts w:ascii="IM Fell English" w:hAnsi="IM Fell English"/>
          <w:color w:val="141414"/>
          <w:sz w:val="24"/>
        </w:rPr>
        <w:t>Jackie did not stop.</w:t>
      </w:r>
    </w:p>
    <w:p>
      <w:r>
        <w:rPr>
          <w:rFonts w:ascii="IM Fell English" w:hAnsi="IM Fell English"/>
          <w:color w:val="141414"/>
          <w:sz w:val="24"/>
        </w:rPr>
        <w:t>She no longer tried to count the levels. She only knew that the air kept getting colder, the lights kept getting redder, and the order still sat unread but absolute in her pocket.</w:t>
      </w:r>
    </w:p>
    <w:p>
      <w:r>
        <w:rPr>
          <w:rFonts w:ascii="IM Fell English" w:hAnsi="IM Fell English"/>
          <w:color w:val="141414"/>
          <w:sz w:val="24"/>
        </w:rPr>
        <w:t>Somewhere ahead the target waited.</w:t>
      </w:r>
    </w:p>
    <w:p>
      <w:r>
        <w:rPr>
          <w:rFonts w:ascii="IM Fell English" w:hAnsi="IM Fell English"/>
          <w:color w:val="141414"/>
          <w:sz w:val="24"/>
        </w:rPr>
        <w:t>Jackie kept walking into the dark, still steady enough to ask for it harder when the next layer found her.</w:t>
      </w:r>
    </w:p>
    <w:p>
      <w:pPr>
        <w:pStyle w:val="Heading1"/>
        <w:jc w:val="center"/>
      </w:pPr>
      <w:r>
        <w:rPr>
          <w:rFonts w:ascii="IM Fell English" w:hAnsi="IM Fell English"/>
          <w:color w:val="0D0D0D"/>
        </w:rPr>
        <w:t>CHAPTER 16 — JENNIFER — DEEPER</w:t>
      </w:r>
    </w:p>
    <w:p>
      <w:r>
        <w:rPr>
          <w:rFonts w:ascii="IM Fell English" w:hAnsi="IM Fell English"/>
          <w:color w:val="141414"/>
          <w:sz w:val="24"/>
        </w:rPr>
        <w:t>Jennifer walked the red-lit corridor until the air itself felt like it was trying to stop her lungs.</w:t>
      </w:r>
    </w:p>
    <w:p>
      <w:r>
        <w:rPr>
          <w:rFonts w:ascii="IM Fell English" w:hAnsi="IM Fell English"/>
          <w:color w:val="141414"/>
          <w:sz w:val="24"/>
        </w:rPr>
        <w:t>She was still naked except for the heavy black collar locked around her throat and the cuffs that kept her wrists together in front of her. The folded printout was a soaked, bloody pulp between her hands. Fresh and old blood ran in sticky lines down her shoulder, her thigh, the backs of her legs. One eye was swollen completely shut. Every breath whistled through a throat that still felt stretched around a knot. Every step sent fresh spikes of pain through the open wounds and the raw flesh between her legs — and every spike still made her clench with residual, filthy arousal. Bare feet left thick, dark prints on the concrete.</w:t>
      </w:r>
    </w:p>
    <w:p>
      <w:r>
        <w:rPr>
          <w:rFonts w:ascii="IM Fell English" w:hAnsi="IM Fell English"/>
          <w:color w:val="141414"/>
          <w:sz w:val="24"/>
        </w:rPr>
        <w:t>She had no map. No clothing. No additional gear. Only the order and the protocol: keep moving. Do not stop.</w:t>
      </w:r>
    </w:p>
    <w:p>
      <w:r>
        <w:rPr>
          <w:rFonts w:ascii="IM Fell English" w:hAnsi="IM Fell English"/>
          <w:color w:val="141414"/>
          <w:sz w:val="24"/>
        </w:rPr>
        <w:t>The first capture on this deeper stretch came with dogs already loose.</w:t>
      </w:r>
    </w:p>
    <w:p>
      <w:r>
        <w:rPr>
          <w:rFonts w:ascii="IM Fell English" w:hAnsi="IM Fell English"/>
          <w:color w:val="141414"/>
          <w:sz w:val="24"/>
        </w:rPr>
        <w:t>Five of them this time. They hit her in a coordinated rush and drove her flat onto the concrete before any human voice spoke. Jaws locked on both shoulders, both thighs, and the back of her neck. They shook her hard enough that something in her left shoulder gave with a wet pop. The handler who eventually strolled into view took his time. He lit a cigarette and watched the mutt thrash for almost two full minutes before he gave the whistle.</w:t>
      </w:r>
    </w:p>
    <w:p>
      <w:r>
        <w:rPr>
          <w:rFonts w:ascii="IM Fell English" w:hAnsi="IM Fell English"/>
          <w:color w:val="141414"/>
          <w:sz w:val="24"/>
        </w:rPr>
        <w:t>Jennifer grinned through the blood in her mouth, one eye swollen shut, and forced the words out anyway.</w:t>
      </w:r>
    </w:p>
    <w:p>
      <w:r>
        <w:rPr>
          <w:rFonts w:ascii="IM Fell English" w:hAnsi="IM Fell English"/>
          <w:color w:val="141414"/>
          <w:sz w:val="24"/>
        </w:rPr>
        <w:t>“What’s the matter — Miss Black’s soft little kitten couldn’t take real dogs so you had to keep them gentle for her? Fucking pathetic. These ones seem to know how to hurt a proper whore.”</w:t>
      </w:r>
    </w:p>
    <w:p>
      <w:r>
        <w:rPr>
          <w:rFonts w:ascii="IM Fell English" w:hAnsi="IM Fell English"/>
          <w:color w:val="141414"/>
          <w:sz w:val="24"/>
        </w:rPr>
        <w:t>The handler laughed once, cold, and let the dogs have another fifteen seconds before calling them off properly. Then he and the three guards with him let the animals have her properly.</w:t>
      </w:r>
    </w:p>
    <w:p>
      <w:r>
        <w:rPr>
          <w:rFonts w:ascii="IM Fell English" w:hAnsi="IM Fell English"/>
          <w:color w:val="141414"/>
          <w:sz w:val="24"/>
        </w:rPr>
        <w:t>Two of them mounted her while she was still pinned. One forced its cock into her bleeding cunt and began the short, savage thrusts that would end in a knot. The other pushed at her face until her jaw was forced open and then shoved deep into her throat. The men stood in a loose circle and laughed while the animals worked. When the knots started to swell they crouched lower to watch. The knot in her cunt locked first, stretching her open until she screamed around the cock buried in her throat — and came hard, body convulsing. The second knot forced its way past her teeth and lodged deep, cutting off air completely. Jennifer’s eyes bulged; her cuffed hands clawed at the concrete hard enough to tear nails; she came a second time from the pure, perfect lack of air and the brutal stretch, a broken, wet sound vibrating around the knot in her throat.</w:t>
      </w:r>
    </w:p>
    <w:p>
      <w:r>
        <w:rPr>
          <w:rFonts w:ascii="IM Fell English" w:hAnsi="IM Fell English"/>
          <w:color w:val="141414"/>
          <w:sz w:val="24"/>
        </w:rPr>
        <w:t>The guards found it better than the last time.</w:t>
      </w:r>
    </w:p>
    <w:p>
      <w:r>
        <w:rPr>
          <w:rFonts w:ascii="IM Fell English" w:hAnsi="IM Fell English"/>
          <w:color w:val="141414"/>
          <w:sz w:val="24"/>
        </w:rPr>
        <w:t>“Look at the stupid mutt choke on dog cock and still cream.”</w:t>
      </w:r>
      <w:r>
        <w:rPr>
          <w:rFonts w:ascii="IM Fell English" w:hAnsi="IM Fell English"/>
          <w:color w:val="141414"/>
          <w:sz w:val="24"/>
        </w:rPr>
      </w:r>
      <w:r>
        <w:rPr>
          <w:rFonts w:ascii="IM Fell English" w:hAnsi="IM Fell English"/>
          <w:color w:val="141414"/>
          <w:sz w:val="24"/>
        </w:rPr>
        <w:t>“Knotted at both ends like the worthless whore she is.”</w:t>
      </w:r>
      <w:r>
        <w:rPr>
          <w:rFonts w:ascii="IM Fell English" w:hAnsi="IM Fell English"/>
          <w:color w:val="141414"/>
          <w:sz w:val="24"/>
        </w:rPr>
      </w:r>
      <w:r>
        <w:rPr>
          <w:rFonts w:ascii="IM Fell English" w:hAnsi="IM Fell English"/>
          <w:color w:val="141414"/>
          <w:sz w:val="24"/>
        </w:rPr>
        <w:t>“Should leave them locked in her until she passes out.”</w:t>
      </w:r>
    </w:p>
    <w:p>
      <w:r>
        <w:rPr>
          <w:rFonts w:ascii="IM Fell English" w:hAnsi="IM Fell English"/>
          <w:color w:val="141414"/>
          <w:sz w:val="24"/>
        </w:rPr>
        <w:t>They almost did. Jennifer thrashed and moaned and laughed brokenly around the knot in her throat the entire time, the pain and the humiliation feeding the same filthy heat between her legs. Only when her struggles weakened to weak twitches did the handler finally call the dogs off. Both knots pulled free with wet, painful sounds. She collapsed onto her side, gagging up strings of dog come and blood, chest heaving in shallow, panicked pulls of air, still shaking with aftershocks.</w:t>
      </w:r>
    </w:p>
    <w:p>
      <w:r>
        <w:rPr>
          <w:rFonts w:ascii="IM Fell English" w:hAnsi="IM Fell English"/>
          <w:color w:val="141414"/>
          <w:sz w:val="24"/>
        </w:rPr>
        <w:t>Then the men took their turn.</w:t>
      </w:r>
    </w:p>
    <w:p>
      <w:r>
        <w:rPr>
          <w:rFonts w:ascii="IM Fell English" w:hAnsi="IM Fell English"/>
          <w:color w:val="141414"/>
          <w:sz w:val="24"/>
        </w:rPr>
        <w:t>They were worse than the dogs. One dragged her up by the collar and slammed her face-first into the wall so the second could force his cock into her already ruined ass. The third used her throat while she was still trying to remember how to breathe. They swapped positions without ever letting her knees touch the floor for long. They slapped her, punched her ribs, spat on her, and kept up the steady stream of names — mutt, cumrag, dog toilet, waste of skin, something that should have been drowned at birth. Jennifer pushed back into every thrust, came again when one of them punched her in the ribs while buried in her ass, and kept the filthy, defiant grin on her face even when it was split and bloody. One of them came in her ass and immediately shoved a dog’s muzzle between her cheeks so it could clean her out. Another finished down her throat and held her nose closed until she swallowed. She swallowed, laughed, and asked for more in a voice that barely worked.</w:t>
      </w:r>
    </w:p>
    <w:p>
      <w:r>
        <w:rPr>
          <w:rFonts w:ascii="IM Fell English" w:hAnsi="IM Fell English"/>
          <w:color w:val="141414"/>
          <w:sz w:val="24"/>
        </w:rPr>
        <w:t>When they finally finished they left her in a heap on the concrete and pointed farther down the corridor with a boot.</w:t>
      </w:r>
    </w:p>
    <w:p>
      <w:r>
        <w:rPr>
          <w:rFonts w:ascii="IM Fell English" w:hAnsi="IM Fell English"/>
          <w:color w:val="141414"/>
          <w:sz w:val="24"/>
        </w:rPr>
        <w:t>“Still deeper, piece of shit. Crawl if you have to. She still wants the mutt delivered breathing.”</w:t>
      </w:r>
    </w:p>
    <w:p>
      <w:r>
        <w:rPr>
          <w:rFonts w:ascii="IM Fell English" w:hAnsi="IM Fell English"/>
          <w:color w:val="141414"/>
          <w:sz w:val="24"/>
        </w:rPr>
        <w:t>Jennifer crawled because her left arm no longer worked properly and her legs would not take her weight. Come, blood, and dog saliva ran down her thighs and dripped from her chin in thick ropes. She forced herself back to her feet only after the sound of the dogs being led away faded. The printout was almost unreadable now, soaked through with everything that had come out of her. She was still wet, still aching, still hungry for the next layer of pain.</w:t>
      </w:r>
    </w:p>
    <w:p>
      <w:r>
        <w:rPr>
          <w:rFonts w:ascii="IM Fell English" w:hAnsi="IM Fell English"/>
          <w:color w:val="141414"/>
          <w:sz w:val="24"/>
        </w:rPr>
        <w:t>The corridor ended in another metal stairwell. Each step was a separate, private hell and a separate pulse of arousal. She lost count of the turns and of the times she had to stop and vomit bile and blood onto the steps. When the stairwell finally opened onto another service floor the pattern repeated — more dogs, more guards, more knots forced into her ass and throat while they watched and laughed and called her things that no longer even sounded like words. Jennifer came from the pain, laughed through the blood, and asked for more even when her voice was gone. They used her until she could no longer stand, then dragged her the last few meters by the collar and dropped her in front of a heavy door with a steady amber indicator light.</w:t>
      </w:r>
    </w:p>
    <w:p>
      <w:r>
        <w:rPr>
          <w:rFonts w:ascii="IM Fell English" w:hAnsi="IM Fell English"/>
          <w:color w:val="141414"/>
          <w:sz w:val="24"/>
        </w:rPr>
        <w:t>“Through there. Don’t die in the doorway. It blocks the fucking sensors.”</w:t>
      </w:r>
    </w:p>
    <w:p>
      <w:r>
        <w:rPr>
          <w:rFonts w:ascii="IM Fell English" w:hAnsi="IM Fell English"/>
          <w:color w:val="141414"/>
          <w:sz w:val="24"/>
        </w:rPr>
        <w:t>Jennifer got to her knees, then her feet, because the only other option was to stay on the floor and be used again. She fixed the collar with one trembling hand and the useless remains of the other, gripped what was left of the printout, and staggered toward the door. Behind her the dogs were already being pulled away, still interested in the trail she was leaving.</w:t>
      </w:r>
    </w:p>
    <w:p>
      <w:r>
        <w:rPr>
          <w:rFonts w:ascii="IM Fell English" w:hAnsi="IM Fell English"/>
          <w:color w:val="141414"/>
          <w:sz w:val="24"/>
        </w:rPr>
        <w:t>The door unlocked with a hydraulic hiss when she was two meters away.</w:t>
      </w:r>
    </w:p>
    <w:p>
      <w:r>
        <w:rPr>
          <w:rFonts w:ascii="IM Fell English" w:hAnsi="IM Fell English"/>
          <w:color w:val="141414"/>
          <w:sz w:val="24"/>
        </w:rPr>
        <w:t>Jennifer stepped through.</w:t>
      </w:r>
    </w:p>
    <w:p>
      <w:r>
        <w:rPr>
          <w:rFonts w:ascii="IM Fell English" w:hAnsi="IM Fell English"/>
          <w:color w:val="141414"/>
          <w:sz w:val="24"/>
        </w:rPr>
        <w:t>The corridor beyond was narrower, quieter, and lit by the same dull red emergency strips. The air was colder still. Somewhere ahead she heard another set of boots and the soft click of claws on concrete.</w:t>
      </w:r>
    </w:p>
    <w:p>
      <w:r>
        <w:rPr>
          <w:rFonts w:ascii="IM Fell English" w:hAnsi="IM Fell English"/>
          <w:color w:val="141414"/>
          <w:sz w:val="24"/>
        </w:rPr>
        <w:t>She kept walking.</w:t>
      </w:r>
    </w:p>
    <w:p>
      <w:r>
        <w:rPr>
          <w:rFonts w:ascii="IM Fell English" w:hAnsi="IM Fell English"/>
          <w:color w:val="141414"/>
          <w:sz w:val="24"/>
        </w:rPr>
        <w:t>Blood and come ran down her legs in continuous streams. Every breath was a wet rattle. Every step still made her clench with residual, filthy satisfaction. The pattern would hold — more dogs, more guards, more knots, more laughing, pointed deeper — because no one in this place cared how much of the mutt was left when she finally reached the target, and because the mutt herself was still getting exactly what she wanted.</w:t>
      </w:r>
    </w:p>
    <w:p>
      <w:r>
        <w:rPr>
          <w:rFonts w:ascii="IM Fell English" w:hAnsi="IM Fell English"/>
          <w:color w:val="141414"/>
          <w:sz w:val="24"/>
        </w:rPr>
        <w:t>Jennifer did not stop.</w:t>
      </w:r>
    </w:p>
    <w:p>
      <w:r>
        <w:rPr>
          <w:rFonts w:ascii="IM Fell English" w:hAnsi="IM Fell English"/>
          <w:color w:val="141414"/>
          <w:sz w:val="24"/>
        </w:rPr>
        <w:t>She no longer tried to count the levels. She only knew that the air kept getting colder, the lights kept getting redder, and the order still sat unread but absolute between her ruined hands.</w:t>
      </w:r>
    </w:p>
    <w:p>
      <w:r>
        <w:rPr>
          <w:rFonts w:ascii="IM Fell English" w:hAnsi="IM Fell English"/>
          <w:color w:val="141414"/>
          <w:sz w:val="24"/>
        </w:rPr>
        <w:t>Somewhere ahead the target waited.</w:t>
      </w:r>
    </w:p>
    <w:p>
      <w:r>
        <w:rPr>
          <w:rFonts w:ascii="IM Fell English" w:hAnsi="IM Fell English"/>
          <w:color w:val="141414"/>
          <w:sz w:val="24"/>
        </w:rPr>
        <w:t>Jennifer kept walking into the dark, leaving a thick, wet trail of bloody footprints and worse behind her, a broken, satisfied little laugh still leaking out of her on every other breath.</w:t>
      </w:r>
    </w:p>
    <w:p>
      <w:pPr>
        <w:pStyle w:val="Heading1"/>
        <w:jc w:val="center"/>
      </w:pPr>
      <w:r>
        <w:rPr>
          <w:rFonts w:ascii="IM Fell English" w:hAnsi="IM Fell English"/>
          <w:color w:val="0D0D0D"/>
        </w:rPr>
        <w:t>CHAPTER 17 — JACKIE — INNER</w:t>
      </w:r>
    </w:p>
    <w:p>
      <w:r>
        <w:rPr>
          <w:rFonts w:ascii="IM Fell English" w:hAnsi="IM Fell English"/>
          <w:color w:val="141414"/>
          <w:sz w:val="24"/>
        </w:rPr>
        <w:t>Jackie walked the red-lit corridor until the cold started to feel personal.</w:t>
      </w:r>
    </w:p>
    <w:p>
      <w:r>
        <w:rPr>
          <w:rFonts w:ascii="IM Fell English" w:hAnsi="IM Fell English"/>
          <w:color w:val="141414"/>
          <w:sz w:val="24"/>
        </w:rPr>
        <w:t>The printed strip still rode in the pocket over her heart. The heavy black collar remained locked, blank plate facing forward. Her wrists were still cuffed in front of her. What was left of the jumpsuit hung off her in filthy, torn strips — one shoulder completely gone, the seat ripped open, the front stiff with dried come. She was sore in every place a body could be sore, thoroughly used from every previous layer, and still steady on her feet. The deep, satisfied ache between her legs and in her throat had become something she carried like a second heartbeat. Every step reminded her how hard she had already come and how much more she still wanted.</w:t>
      </w:r>
    </w:p>
    <w:p>
      <w:r>
        <w:rPr>
          <w:rFonts w:ascii="IM Fell English" w:hAnsi="IM Fell English"/>
          <w:color w:val="141414"/>
          <w:sz w:val="24"/>
        </w:rPr>
        <w:t>She had no map. No weapons. Only the order and the protocol: keep moving. Do not stop.</w:t>
      </w:r>
    </w:p>
    <w:p>
      <w:r>
        <w:rPr>
          <w:rFonts w:ascii="IM Fell English" w:hAnsi="IM Fell English"/>
          <w:color w:val="141414"/>
          <w:sz w:val="24"/>
        </w:rPr>
        <w:t>The first capture on this inner stretch came without dogs.</w:t>
      </w:r>
    </w:p>
    <w:p>
      <w:r>
        <w:rPr>
          <w:rFonts w:ascii="IM Fell English" w:hAnsi="IM Fell English"/>
          <w:color w:val="141414"/>
          <w:sz w:val="24"/>
        </w:rPr>
        <w:t>Three guards stepped out of a recessed section of wall as if they had been waiting for the exact sound of her bare feet. They saw the collar and the state of her and moved in with the quiet efficiency reserved for valued property. One clipped a temporary lead to the ring while the other two unlocked her wrist cuffs only long enough to re-cuff them behind her back. Jackie met their eyes through the hair stuck to her face and gave a rough, breathless little smile.</w:t>
      </w:r>
    </w:p>
    <w:p>
      <w:r>
        <w:rPr>
          <w:rFonts w:ascii="IM Fell English" w:hAnsi="IM Fell English"/>
          <w:color w:val="141414"/>
          <w:sz w:val="24"/>
        </w:rPr>
        <w:t>“Don’t be gentle. The kitten’s been waiting for someone to stop holding back.”</w:t>
      </w:r>
    </w:p>
    <w:p>
      <w:r>
        <w:rPr>
          <w:rFonts w:ascii="IM Fell English" w:hAnsi="IM Fell English"/>
          <w:color w:val="141414"/>
          <w:sz w:val="24"/>
        </w:rPr>
        <w:t>They received the limited permission they all understood and took it. They used her against the corridor wall harder than the previous layers — one holding the lead short and high so she had to stand on her toes, the other two taking turns in her cunt and her mouth with firm, deep strokes that made her moan and push back for more. Open-handed slaps landed across her breasts and the insides of her thighs. The grip on the collar stayed tight enough to make every thrust pull the ring against her throat. Jackie came hard around the cock buried in her cunt, thighs shaking, and still asked for it rougher between wet, choking breaths.</w:t>
      </w:r>
    </w:p>
    <w:p>
      <w:r>
        <w:rPr>
          <w:rFonts w:ascii="IM Fell English" w:hAnsi="IM Fell English"/>
          <w:color w:val="141414"/>
          <w:sz w:val="24"/>
        </w:rPr>
        <w:t>“Harder— fuck, don’t you dare go soft on me now—”</w:t>
      </w:r>
    </w:p>
    <w:p>
      <w:r>
        <w:rPr>
          <w:rFonts w:ascii="IM Fell English" w:hAnsi="IM Fell English"/>
          <w:color w:val="141414"/>
          <w:sz w:val="24"/>
        </w:rPr>
        <w:t>They gave her what she asked for within the limits they had. When they finished they restored the front cuffs, unclipped the temporary lead, and pointed farther down the corridor.</w:t>
      </w:r>
    </w:p>
    <w:p>
      <w:r>
        <w:rPr>
          <w:rFonts w:ascii="IM Fell English" w:hAnsi="IM Fell English"/>
          <w:color w:val="141414"/>
          <w:sz w:val="24"/>
        </w:rPr>
        <w:t>“Still deeper, kitten. She’s waiting.”</w:t>
      </w:r>
    </w:p>
    <w:p>
      <w:r>
        <w:rPr>
          <w:rFonts w:ascii="IM Fell English" w:hAnsi="IM Fell English"/>
          <w:color w:val="141414"/>
          <w:sz w:val="24"/>
        </w:rPr>
        <w:t>Jackie walked on unsteady but willing legs, fresh come running down her thighs, the taste of all three men still thick on her tongue.</w:t>
      </w:r>
    </w:p>
    <w:p>
      <w:r>
        <w:rPr>
          <w:rFonts w:ascii="IM Fell English" w:hAnsi="IM Fell English"/>
          <w:color w:val="141414"/>
          <w:sz w:val="24"/>
        </w:rPr>
        <w:t>The corridor ended in another metal stairwell, steeper and narrower than the last. Each step sent a dull, pleasurable spike through the layered bruises on her hips and thighs. She counted six full turns, breathing through the ache the way she had learned to breathe through everything else, before the stairwell opened onto a wide service floor lit by cold white strips. The air was noticeably colder. Along the far wall more reinforced doors stood closed. One of them had a steady amber indicator.</w:t>
      </w:r>
    </w:p>
    <w:p>
      <w:r>
        <w:rPr>
          <w:rFonts w:ascii="IM Fell English" w:hAnsi="IM Fell English"/>
          <w:color w:val="141414"/>
          <w:sz w:val="24"/>
        </w:rPr>
        <w:t>She was halfway across the open floor when the dogs found her.</w:t>
      </w:r>
    </w:p>
    <w:p>
      <w:r>
        <w:rPr>
          <w:rFonts w:ascii="IM Fell English" w:hAnsi="IM Fell English"/>
          <w:color w:val="141414"/>
          <w:sz w:val="24"/>
        </w:rPr>
        <w:t>Five this time, heavier and quieter until the final moment. They took her down hard — shoulders, hips, the back of one thigh — and held her pinned on her stomach on the cold concrete. The handler who arrived needed almost a full minute to call them off. When he finally did, Jackie lifted her head as much as the collar and the remaining dog weight allowed and laughed, low and filthy.</w:t>
      </w:r>
    </w:p>
    <w:p>
      <w:r>
        <w:rPr>
          <w:rFonts w:ascii="IM Fell English" w:hAnsi="IM Fell English"/>
          <w:color w:val="141414"/>
          <w:sz w:val="24"/>
        </w:rPr>
        <w:t>“Took you long enough. The kitten was starting to think you’d gone soft on Miss Black’s property.”</w:t>
      </w:r>
    </w:p>
    <w:p>
      <w:r>
        <w:rPr>
          <w:rFonts w:ascii="IM Fell English" w:hAnsi="IM Fell English"/>
          <w:color w:val="141414"/>
          <w:sz w:val="24"/>
        </w:rPr>
        <w:t>He received the same limited permission and used her right there on the concrete while the dogs sat in a tight semicircle watching. He took her mouth first, shoving deep enough to make her eyes water, then her cunt with hard, thorough strokes, then her mouth again. One hand stayed locked around the collar so every thrust pulled the ring tight against her throat; the other delivered sharp, measured slaps to her thighs and ass whenever she asked for more. Jackie moaned and pushed into every thrust, coming once while he was buried in her throat and again when he switched back to her cunt, the sounds she made half pleasure and half demand.</w:t>
      </w:r>
    </w:p>
    <w:p>
      <w:r>
        <w:rPr>
          <w:rFonts w:ascii="IM Fell English" w:hAnsi="IM Fell English"/>
          <w:color w:val="141414"/>
          <w:sz w:val="24"/>
        </w:rPr>
        <w:t>“Yes— like that— don’t stop—”</w:t>
      </w:r>
    </w:p>
    <w:p>
      <w:r>
        <w:rPr>
          <w:rFonts w:ascii="IM Fell English" w:hAnsi="IM Fell English"/>
          <w:color w:val="141414"/>
          <w:sz w:val="24"/>
        </w:rPr>
        <w:t>When he finished he stood, wiped his cock on the remains of her jumpsuit, and nodded toward the door with the amber light.</w:t>
      </w:r>
    </w:p>
    <w:p>
      <w:r>
        <w:rPr>
          <w:rFonts w:ascii="IM Fell English" w:hAnsi="IM Fell English"/>
          <w:color w:val="141414"/>
          <w:sz w:val="24"/>
        </w:rPr>
        <w:t>“Through there. Keep moving.”</w:t>
      </w:r>
    </w:p>
    <w:p>
      <w:r>
        <w:rPr>
          <w:rFonts w:ascii="IM Fell English" w:hAnsi="IM Fell English"/>
          <w:color w:val="141414"/>
          <w:sz w:val="24"/>
        </w:rPr>
        <w:t>Jackie got to her feet on legs that trembled from how hard she had come. She fixed the collar, pulled the torn fabric back into some kind of order, and walked toward the door. Behind her the dogs were already being led away.</w:t>
      </w:r>
    </w:p>
    <w:p>
      <w:r>
        <w:rPr>
          <w:rFonts w:ascii="IM Fell English" w:hAnsi="IM Fell English"/>
          <w:color w:val="141414"/>
          <w:sz w:val="24"/>
        </w:rPr>
        <w:t>The door unlocked with a hydraulic hiss when she was two meters away.</w:t>
      </w:r>
    </w:p>
    <w:p>
      <w:r>
        <w:rPr>
          <w:rFonts w:ascii="IM Fell English" w:hAnsi="IM Fell English"/>
          <w:color w:val="141414"/>
          <w:sz w:val="24"/>
        </w:rPr>
        <w:t>Jackie stepped through.</w:t>
      </w:r>
    </w:p>
    <w:p>
      <w:r>
        <w:rPr>
          <w:rFonts w:ascii="IM Fell English" w:hAnsi="IM Fell English"/>
          <w:color w:val="141414"/>
          <w:sz w:val="24"/>
        </w:rPr>
        <w:t>The corridor beyond was narrower, quieter, and lit by the same dull red emergency strips. The air was colder still. Somewhere ahead she heard another set of boots and the soft click of claws on concrete.</w:t>
      </w:r>
    </w:p>
    <w:p>
      <w:r>
        <w:rPr>
          <w:rFonts w:ascii="IM Fell English" w:hAnsi="IM Fell English"/>
          <w:color w:val="141414"/>
          <w:sz w:val="24"/>
        </w:rPr>
        <w:t>She kept walking.</w:t>
      </w:r>
    </w:p>
    <w:p>
      <w:r>
        <w:rPr>
          <w:rFonts w:ascii="IM Fell English" w:hAnsi="IM Fell English"/>
          <w:color w:val="141414"/>
          <w:sz w:val="24"/>
        </w:rPr>
        <w:t>The next capture came at a blind corner. Four guards this time. They had her against the wall before she could react — temporary lead clipped, what was left of the jumpsuit shoved down. Jackie didn’t wait for them to decide how rough to be.</w:t>
      </w:r>
    </w:p>
    <w:p>
      <w:r>
        <w:rPr>
          <w:rFonts w:ascii="IM Fell English" w:hAnsi="IM Fell English"/>
          <w:color w:val="141414"/>
          <w:sz w:val="24"/>
        </w:rPr>
        <w:t>“Harder,” she rasped the moment the lead went taut. “Miss Black’s kitten didn’t come this far for gentle. Use me properly.”</w:t>
      </w:r>
    </w:p>
    <w:p>
      <w:r>
        <w:rPr>
          <w:rFonts w:ascii="IM Fell English" w:hAnsi="IM Fell English"/>
          <w:color w:val="141414"/>
          <w:sz w:val="24"/>
        </w:rPr>
        <w:t>They received the limited permission and gave it to her within the limits they had. Two of them used her at once while the other two held the lead short and took turns slapping her breasts, her thighs, the side of her face. The use was harder than the previous pairs — tighter grip on the collar, deeper thrusts, more force — but still stopped short of the kind of damage that would keep her from continuing. Jackie came hard between them, moaning and cursing and begging for more until they were finished. When they finally pointed her down the corridor she went with fresh come running down her thighs, her mouth shiny, and a satisfied, exhausted little smile on her face.</w:t>
      </w:r>
    </w:p>
    <w:p>
      <w:r>
        <w:rPr>
          <w:rFonts w:ascii="IM Fell English" w:hAnsi="IM Fell English"/>
          <w:color w:val="141414"/>
          <w:sz w:val="24"/>
        </w:rPr>
        <w:t>Jackie walked.</w:t>
      </w:r>
    </w:p>
    <w:p>
      <w:r>
        <w:rPr>
          <w:rFonts w:ascii="IM Fell English" w:hAnsi="IM Fell English"/>
          <w:color w:val="141414"/>
          <w:sz w:val="24"/>
        </w:rPr>
        <w:t>Her bare feet were filthy. The jumpsuit hung in pieces. The collar felt heavier with every hour. The unread printout sat against her chest like a second pulse. She had stopped trying to wipe the latest load from her chin; there was no point, and she liked the reminder of how thoroughly she was still being enjoyed.</w:t>
      </w:r>
    </w:p>
    <w:p>
      <w:r>
        <w:rPr>
          <w:rFonts w:ascii="IM Fell English" w:hAnsi="IM Fell English"/>
          <w:color w:val="141414"/>
          <w:sz w:val="24"/>
        </w:rPr>
        <w:t>Another stairwell. Another downward spiral. Another open service floor that looked almost identical to the last. She crossed it without being stopped and entered the next corridor on the far side.</w:t>
      </w:r>
    </w:p>
    <w:p>
      <w:r>
        <w:rPr>
          <w:rFonts w:ascii="IM Fell English" w:hAnsi="IM Fell English"/>
          <w:color w:val="141414"/>
          <w:sz w:val="24"/>
        </w:rPr>
        <w:t>The pattern held.</w:t>
      </w:r>
    </w:p>
    <w:p>
      <w:r>
        <w:rPr>
          <w:rFonts w:ascii="IM Fell English" w:hAnsi="IM Fell English"/>
          <w:color w:val="141414"/>
          <w:sz w:val="24"/>
        </w:rPr>
        <w:t>Guards. Dogs. Use. Pointed deeper.</w:t>
      </w:r>
    </w:p>
    <w:p>
      <w:r>
        <w:rPr>
          <w:rFonts w:ascii="IM Fell English" w:hAnsi="IM Fell English"/>
          <w:color w:val="141414"/>
          <w:sz w:val="24"/>
        </w:rPr>
        <w:t>Every encounter still carried the same quiet privilege and the same permission to be rougher because the kitten asked for it. They left her able to walk. They left her able to breathe. They left her able to continue, thoroughly used, still wet, and still wanting more.</w:t>
      </w:r>
    </w:p>
    <w:p>
      <w:r>
        <w:rPr>
          <w:rFonts w:ascii="IM Fell English" w:hAnsi="IM Fell English"/>
          <w:color w:val="141414"/>
          <w:sz w:val="24"/>
        </w:rPr>
        <w:t>Jackie did not stop.</w:t>
      </w:r>
    </w:p>
    <w:p>
      <w:r>
        <w:rPr>
          <w:rFonts w:ascii="IM Fell English" w:hAnsi="IM Fell English"/>
          <w:color w:val="141414"/>
          <w:sz w:val="24"/>
        </w:rPr>
        <w:t>She no longer tried to count the levels. She only knew that the air kept getting colder, the lights kept getting redder, and the order still sat unread but absolute in her pocket.</w:t>
      </w:r>
    </w:p>
    <w:p>
      <w:r>
        <w:rPr>
          <w:rFonts w:ascii="IM Fell English" w:hAnsi="IM Fell English"/>
          <w:color w:val="141414"/>
          <w:sz w:val="24"/>
        </w:rPr>
        <w:t>Somewhere ahead the target waited.</w:t>
      </w:r>
    </w:p>
    <w:p>
      <w:r>
        <w:rPr>
          <w:rFonts w:ascii="IM Fell English" w:hAnsi="IM Fell English"/>
          <w:color w:val="141414"/>
          <w:sz w:val="24"/>
        </w:rPr>
        <w:t>Jackie kept walking into the dark, still steady enough to ask for it harder when the next layer found her.</w:t>
      </w:r>
    </w:p>
    <w:p>
      <w:pPr>
        <w:pStyle w:val="Heading1"/>
        <w:jc w:val="center"/>
      </w:pPr>
      <w:r>
        <w:rPr>
          <w:rFonts w:ascii="IM Fell English" w:hAnsi="IM Fell English"/>
          <w:color w:val="0D0D0D"/>
        </w:rPr>
        <w:t>CHAPTER 18 — JENNIFER — INNER</w:t>
      </w:r>
    </w:p>
    <w:p>
      <w:r>
        <w:rPr>
          <w:rFonts w:ascii="IM Fell English" w:hAnsi="IM Fell English"/>
          <w:color w:val="141414"/>
          <w:sz w:val="24"/>
        </w:rPr>
        <w:t>Jennifer walked the red-lit corridor until the cold started to feel like it was trying to crawl inside her bones.</w:t>
      </w:r>
    </w:p>
    <w:p>
      <w:r>
        <w:rPr>
          <w:rFonts w:ascii="IM Fell English" w:hAnsi="IM Fell English"/>
          <w:color w:val="141414"/>
          <w:sz w:val="24"/>
        </w:rPr>
        <w:t>She was still naked except for the heavy black collar locked around her throat and the cuffs that kept her wrists together in front of her. The folded printout was a soaked, unrecognizable pulp between her hands. Fresh and old blood ran in sticky lines down both shoulders, both thighs, the backs of her legs. One eye was swollen completely shut. The other was reduced to a slit. Every breath whistled and rattled through a throat that still felt torn. Every step sent fresh spikes of pain through the open wounds, the dislocated shoulder, and the raw, ruined flesh between her legs — and every spike still made her clench with residual, filthy arousal. Bare feet left thick, dark, uneven prints on the concrete.</w:t>
      </w:r>
    </w:p>
    <w:p>
      <w:r>
        <w:rPr>
          <w:rFonts w:ascii="IM Fell English" w:hAnsi="IM Fell English"/>
          <w:color w:val="141414"/>
          <w:sz w:val="24"/>
        </w:rPr>
        <w:t>She had no map. No clothing. No additional gear. Only the order and the protocol: keep moving. Do not stop.</w:t>
      </w:r>
    </w:p>
    <w:p>
      <w:r>
        <w:rPr>
          <w:rFonts w:ascii="IM Fell English" w:hAnsi="IM Fell English"/>
          <w:color w:val="141414"/>
          <w:sz w:val="24"/>
        </w:rPr>
        <w:t>The first capture on this inner stretch came with dogs already loose and waiting.</w:t>
      </w:r>
    </w:p>
    <w:p>
      <w:r>
        <w:rPr>
          <w:rFonts w:ascii="IM Fell English" w:hAnsi="IM Fell English"/>
          <w:color w:val="141414"/>
          <w:sz w:val="24"/>
        </w:rPr>
        <w:t>Six of them this time. They hit her in a coordinated rush and drove her flat onto the concrete so hard her vision went white. Jaws locked on both shoulders, both thighs, the back of her neck, and one ankle. They shook her like something already dead. The handler who eventually strolled into view took his time. He lit a cigarette and watched the mutt thrash and bleed for almost three full minutes before he gave the whistle.</w:t>
      </w:r>
    </w:p>
    <w:p>
      <w:r>
        <w:rPr>
          <w:rFonts w:ascii="IM Fell English" w:hAnsi="IM Fell English"/>
          <w:color w:val="141414"/>
          <w:sz w:val="24"/>
        </w:rPr>
        <w:t>Jennifer forced the words out anyway, voice shredded, blood running from the corner of her mouth.</w:t>
      </w:r>
    </w:p>
    <w:p>
      <w:r>
        <w:rPr>
          <w:rFonts w:ascii="IM Fell English" w:hAnsi="IM Fell English"/>
          <w:color w:val="141414"/>
          <w:sz w:val="24"/>
        </w:rPr>
        <w:t>“What’s the matter — Miss Black’s soft little kitten still needs the dogs kept gentle? Fucking pathetic. These ones know how to hurt a real whore.”</w:t>
      </w:r>
    </w:p>
    <w:p>
      <w:r>
        <w:rPr>
          <w:rFonts w:ascii="IM Fell English" w:hAnsi="IM Fell English"/>
          <w:color w:val="141414"/>
          <w:sz w:val="24"/>
        </w:rPr>
        <w:t>The handler laughed once, cold, and let the dogs have another twenty seconds before calling them off properly. Then he and the four guards with him let the animals have her properly.</w:t>
      </w:r>
    </w:p>
    <w:p>
      <w:r>
        <w:rPr>
          <w:rFonts w:ascii="IM Fell English" w:hAnsi="IM Fell English"/>
          <w:color w:val="141414"/>
          <w:sz w:val="24"/>
        </w:rPr>
        <w:t>Two of them mounted her while she was still pinned and half-conscious. One forced its cock into her bleeding cunt and began the short, savage thrusts that would end in a knot. The other pushed at her face until her jaw was forced open far past comfortable and then shoved deep into her throat. The men stood in a loose circle and laughed while the animals worked. When the knots started to swell they crouched lower to watch. The knot in her cunt locked first, stretching her open until she screamed around the cock buried in her throat — and came hard, body convulsing in pure, helpless agony and arousal. The second knot forced its way past her teeth and lodged deep, cutting off air completely. Jennifer’s remaining eye bulged; her cuffed hands clawed weakly at the concrete; she came a second time from the lack of air and the brutal stretch, a broken, wet sound vibrating around the knot in her throat.</w:t>
      </w:r>
    </w:p>
    <w:p>
      <w:r>
        <w:rPr>
          <w:rFonts w:ascii="IM Fell English" w:hAnsi="IM Fell English"/>
          <w:color w:val="141414"/>
          <w:sz w:val="24"/>
        </w:rPr>
        <w:t>The guards found it better than ever.</w:t>
      </w:r>
    </w:p>
    <w:p>
      <w:r>
        <w:rPr>
          <w:rFonts w:ascii="IM Fell English" w:hAnsi="IM Fell English"/>
          <w:color w:val="141414"/>
          <w:sz w:val="24"/>
        </w:rPr>
        <w:t>“Look at the stupid mutt choke on dog cock and still cream like a bitch in heat.”</w:t>
      </w:r>
      <w:r>
        <w:rPr>
          <w:rFonts w:ascii="IM Fell English" w:hAnsi="IM Fell English"/>
          <w:color w:val="141414"/>
          <w:sz w:val="24"/>
        </w:rPr>
      </w:r>
      <w:r>
        <w:rPr>
          <w:rFonts w:ascii="IM Fell English" w:hAnsi="IM Fell English"/>
          <w:color w:val="141414"/>
          <w:sz w:val="24"/>
        </w:rPr>
        <w:t>“Knotted at both ends and still getting off. Worthless piece of shit.”</w:t>
      </w:r>
      <w:r>
        <w:rPr>
          <w:rFonts w:ascii="IM Fell English" w:hAnsi="IM Fell English"/>
          <w:color w:val="141414"/>
          <w:sz w:val="24"/>
        </w:rPr>
      </w:r>
      <w:r>
        <w:rPr>
          <w:rFonts w:ascii="IM Fell English" w:hAnsi="IM Fell English"/>
          <w:color w:val="141414"/>
          <w:sz w:val="24"/>
        </w:rPr>
        <w:t>“Should leave them locked in her until she stops twitching.”</w:t>
      </w:r>
    </w:p>
    <w:p>
      <w:r>
        <w:rPr>
          <w:rFonts w:ascii="IM Fell English" w:hAnsi="IM Fell English"/>
          <w:color w:val="141414"/>
          <w:sz w:val="24"/>
        </w:rPr>
        <w:t>They almost did. Jennifer thrashed and moaned and tried to laugh around the knot in her throat the entire time, the pain and the humiliation feeding the same filthy heat that had kept her moving this far. Only when her struggles weakened to weak, irregular twitches did the handler finally call the dogs off. Both knots pulled free with wet, painful, tearing sounds. She collapsed onto her side, gagging up strings of dog come, blood, and bile, chest heaving in shallow, panicked pulls of air, still shaking with aftershocks.</w:t>
      </w:r>
    </w:p>
    <w:p>
      <w:r>
        <w:rPr>
          <w:rFonts w:ascii="IM Fell English" w:hAnsi="IM Fell English"/>
          <w:color w:val="141414"/>
          <w:sz w:val="24"/>
        </w:rPr>
        <w:t>Then the men took their turn.</w:t>
      </w:r>
    </w:p>
    <w:p>
      <w:r>
        <w:rPr>
          <w:rFonts w:ascii="IM Fell English" w:hAnsi="IM Fell English"/>
          <w:color w:val="141414"/>
          <w:sz w:val="24"/>
        </w:rPr>
        <w:t>They were worse than the dogs. One dragged her up by the collar and slammed her face-first into the wall so hard her vision whited out again; the second forced his cock into her already ruined ass while the first used her throat. They swapped without ever letting her knees touch the floor for long. They slapped her, punched her ribs, spat on her, ground cigarettes out on the open bites, and kept up the steady stream of names — mutt, cumrag, dog toilet, waste of skin, something that should have been left in a ditch to die. Jennifer pushed back into every thrust as much as her broken body allowed, came again when one of them punched her in the dislocated shoulder while buried in her ass, and kept trying to grin even when her lips were too split and swollen to manage it. One of them came in her ass and immediately shoved a dog’s muzzle between her cheeks so it could clean her out. Another finished down her throat and held her nose closed until she swallowed or choked. She swallowed, coughed blood, and still tried to laugh.</w:t>
      </w:r>
    </w:p>
    <w:p>
      <w:r>
        <w:rPr>
          <w:rFonts w:ascii="IM Fell English" w:hAnsi="IM Fell English"/>
          <w:color w:val="141414"/>
          <w:sz w:val="24"/>
        </w:rPr>
        <w:t>When they finally finished they left her in a heap on the concrete and pointed farther down the corridor with a boot.</w:t>
      </w:r>
    </w:p>
    <w:p>
      <w:r>
        <w:rPr>
          <w:rFonts w:ascii="IM Fell English" w:hAnsi="IM Fell English"/>
          <w:color w:val="141414"/>
          <w:sz w:val="24"/>
        </w:rPr>
        <w:t>“Still deeper, piece of shit. Crawl if you have to. She still wants the mutt delivered breathing.”</w:t>
      </w:r>
    </w:p>
    <w:p>
      <w:r>
        <w:rPr>
          <w:rFonts w:ascii="IM Fell English" w:hAnsi="IM Fell English"/>
          <w:color w:val="141414"/>
          <w:sz w:val="24"/>
        </w:rPr>
        <w:t>Jennifer crawled because neither arm worked properly anymore and her legs would not take her weight. Come, blood, dog saliva, and worse ran down her thighs and dripped from her chin in thick ropes. She forced herself back to her feet only after the sound of the dogs being led away faded, using the wall for balance. The printout was gone — lost somewhere in the last struggle, soaked into the concrete and forgotten. She no longer needed it. The order was already burned into whatever was left of her.</w:t>
      </w:r>
    </w:p>
    <w:p>
      <w:r>
        <w:rPr>
          <w:rFonts w:ascii="IM Fell English" w:hAnsi="IM Fell English"/>
          <w:color w:val="141414"/>
          <w:sz w:val="24"/>
        </w:rPr>
        <w:t>The corridor ended in another metal stairwell. Each step was a separate, private hell and a separate pulse of unwilling, undeniable arousal. She lost count of the turns and of the times she had to stop and vomit blood and bile onto the steps. When the stairwell finally opened onto another service floor the pattern repeated — more dogs, more guards, more knots forced into her ass and throat while they watched and laughed and called her things that no longer even sounded like language. Jennifer came from the pain, tried to laugh through the blood, and asked for more even when no sound came out. They used her until she could no longer move under her own power, then dragged her the last few meters by the collar and dropped her in front of a heavy door with a steady amber indicator light.</w:t>
      </w:r>
    </w:p>
    <w:p>
      <w:r>
        <w:rPr>
          <w:rFonts w:ascii="IM Fell English" w:hAnsi="IM Fell English"/>
          <w:color w:val="141414"/>
          <w:sz w:val="24"/>
        </w:rPr>
        <w:t>“Through there. Don’t die in the doorway. It blocks the fucking sensors.”</w:t>
      </w:r>
    </w:p>
    <w:p>
      <w:r>
        <w:rPr>
          <w:rFonts w:ascii="IM Fell English" w:hAnsi="IM Fell English"/>
          <w:color w:val="141414"/>
          <w:sz w:val="24"/>
        </w:rPr>
        <w:t>Jennifer got to her knees, then her feet, because the only other option was to stay on the floor and be used again. She fixed the collar with the back of one ruined hand, left a smear of blood across the blank plate, and staggered toward the door. Behind her the dogs were already being pulled away, still interested in the thick trail she was leaving.</w:t>
      </w:r>
    </w:p>
    <w:p>
      <w:r>
        <w:rPr>
          <w:rFonts w:ascii="IM Fell English" w:hAnsi="IM Fell English"/>
          <w:color w:val="141414"/>
          <w:sz w:val="24"/>
        </w:rPr>
        <w:t>The door unlocked with a hydraulic hiss when she was two meters away.</w:t>
      </w:r>
    </w:p>
    <w:p>
      <w:r>
        <w:rPr>
          <w:rFonts w:ascii="IM Fell English" w:hAnsi="IM Fell English"/>
          <w:color w:val="141414"/>
          <w:sz w:val="24"/>
        </w:rPr>
        <w:t>Jennifer stepped through.</w:t>
      </w:r>
    </w:p>
    <w:p>
      <w:r>
        <w:rPr>
          <w:rFonts w:ascii="IM Fell English" w:hAnsi="IM Fell English"/>
          <w:color w:val="141414"/>
          <w:sz w:val="24"/>
        </w:rPr>
        <w:t>The corridor beyond was narrower, quieter, and lit by the same dull red emergency strips. The air was colder still. Somewhere ahead she heard another set of boots and the soft click of claws on concrete.</w:t>
      </w:r>
    </w:p>
    <w:p>
      <w:r>
        <w:rPr>
          <w:rFonts w:ascii="IM Fell English" w:hAnsi="IM Fell English"/>
          <w:color w:val="141414"/>
          <w:sz w:val="24"/>
        </w:rPr>
        <w:t>She kept walking.</w:t>
      </w:r>
    </w:p>
    <w:p>
      <w:r>
        <w:rPr>
          <w:rFonts w:ascii="IM Fell English" w:hAnsi="IM Fell English"/>
          <w:color w:val="141414"/>
          <w:sz w:val="24"/>
        </w:rPr>
        <w:t>Blood and come ran down her legs in continuous streams. Every breath was a wet, broken rattle. Every step still made her clench with residual, filthy satisfaction even as her body tried to shut down. The pattern would hold — more dogs, more guards, more knots, more laughing, pointed deeper — because no one in this place cared how much of the mutt was left when she finally reached the target, and because the mutt herself was still, somehow, getting exactly what she wanted.</w:t>
      </w:r>
    </w:p>
    <w:p>
      <w:r>
        <w:rPr>
          <w:rFonts w:ascii="IM Fell English" w:hAnsi="IM Fell English"/>
          <w:color w:val="141414"/>
          <w:sz w:val="24"/>
        </w:rPr>
        <w:t>Jennifer did not stop.</w:t>
      </w:r>
    </w:p>
    <w:p>
      <w:r>
        <w:rPr>
          <w:rFonts w:ascii="IM Fell English" w:hAnsi="IM Fell English"/>
          <w:color w:val="141414"/>
          <w:sz w:val="24"/>
        </w:rPr>
        <w:t>She no longer tried to count the levels. She only knew that the air kept getting colder, the lights kept getting redder, and the order still sat absolute somewhere behind her swollen, blood-crusted eyes.</w:t>
      </w:r>
    </w:p>
    <w:p>
      <w:r>
        <w:rPr>
          <w:rFonts w:ascii="IM Fell English" w:hAnsi="IM Fell English"/>
          <w:color w:val="141414"/>
          <w:sz w:val="24"/>
        </w:rPr>
        <w:t>Somewhere ahead the target waited.</w:t>
      </w:r>
    </w:p>
    <w:p>
      <w:r>
        <w:rPr>
          <w:rFonts w:ascii="IM Fell English" w:hAnsi="IM Fell English"/>
          <w:color w:val="141414"/>
          <w:sz w:val="24"/>
        </w:rPr>
        <w:t>Jennifer kept walking into the dark, leaving a thick, wet, uneven trail of bloody footprints and worse behind her, a broken, satisfied little sound still leaking out of her on every other breath.</w:t>
      </w:r>
    </w:p>
    <w:p>
      <w:pPr>
        <w:pStyle w:val="Heading1"/>
        <w:jc w:val="center"/>
      </w:pPr>
      <w:r>
        <w:rPr>
          <w:rFonts w:ascii="IM Fell English" w:hAnsi="IM Fell English"/>
          <w:color w:val="0D0D0D"/>
        </w:rPr>
        <w:t>CHAPTER 19 — JACKIE — CORE</w:t>
      </w:r>
    </w:p>
    <w:p>
      <w:r>
        <w:rPr>
          <w:rFonts w:ascii="IM Fell English" w:hAnsi="IM Fell English"/>
          <w:color w:val="141414"/>
          <w:sz w:val="24"/>
        </w:rPr>
        <w:t>Jackie had been walking the red-lit corridor for so long that the cold had settled into her bones like it belonged there.</w:t>
      </w:r>
    </w:p>
    <w:p>
      <w:r>
        <w:rPr>
          <w:rFonts w:ascii="IM Fell English" w:hAnsi="IM Fell English"/>
          <w:color w:val="141414"/>
          <w:sz w:val="24"/>
        </w:rPr>
        <w:t>The printed strip was still tucked against her bare chest — the last scraps of the jumpsuit had been torn away two layers ago. The heavy black collar remained locked, blank plate facing forward. Her wrists were cuffed in front of her. She was marked, sore, thoroughly used from everything that had come before, and still steady. The deep, satisfied ache between her legs and in her throat had become a constant she carried without complaint. Every step reminded her how hard she had already come and how much more she still wanted.</w:t>
      </w:r>
    </w:p>
    <w:p>
      <w:r>
        <w:rPr>
          <w:rFonts w:ascii="IM Fell English" w:hAnsi="IM Fell English"/>
          <w:color w:val="141414"/>
          <w:sz w:val="24"/>
        </w:rPr>
        <w:t>She had no map. No weapons. Only the order and the protocol: keep moving. Do not stop.</w:t>
      </w:r>
    </w:p>
    <w:p>
      <w:r>
        <w:rPr>
          <w:rFonts w:ascii="IM Fell English" w:hAnsi="IM Fell English"/>
          <w:color w:val="141414"/>
          <w:sz w:val="24"/>
        </w:rPr>
        <w:t>This layer did not begin with dogs or a simple pair of guards.</w:t>
      </w:r>
    </w:p>
    <w:p>
      <w:r>
        <w:rPr>
          <w:rFonts w:ascii="IM Fell English" w:hAnsi="IM Fell English"/>
          <w:color w:val="141414"/>
          <w:sz w:val="24"/>
        </w:rPr>
        <w:t>It began with a checkpoint.</w:t>
      </w:r>
    </w:p>
    <w:p>
      <w:r>
        <w:rPr>
          <w:rFonts w:ascii="IM Fell English" w:hAnsi="IM Fell English"/>
          <w:color w:val="141414"/>
          <w:sz w:val="24"/>
        </w:rPr>
        <w:t>A wide, circular chamber opened at the end of the corridor, lit by a ring of cold white lights in the ceiling. Six guards waited in a loose circle around a low metal platform bolted to the center of the floor. No dogs. No alcove. Just the platform, the guards, and the clear understanding that she was not walking past them until they decided she had earned it.</w:t>
      </w:r>
    </w:p>
    <w:p>
      <w:r>
        <w:rPr>
          <w:rFonts w:ascii="IM Fell English" w:hAnsi="IM Fell English"/>
          <w:color w:val="141414"/>
          <w:sz w:val="24"/>
        </w:rPr>
        <w:t>They saw the collar and the state of her and did not bother with the usual temporary-lead protocol. Two of them simply took her by the arms and walked her to the platform. A third unlocked her wrist cuffs only long enough to re-cuff them to a pair of short chains fixed to the platform’s surface, forcing her onto her hands and knees. The remaining three watched.</w:t>
      </w:r>
    </w:p>
    <w:p>
      <w:r>
        <w:rPr>
          <w:rFonts w:ascii="IM Fell English" w:hAnsi="IM Fell English"/>
          <w:color w:val="141414"/>
          <w:sz w:val="24"/>
        </w:rPr>
        <w:t>Jackie lifted her head, hair sticking to her face, and gave them the same rough, breathless little smile she had given every layer before.</w:t>
      </w:r>
    </w:p>
    <w:p>
      <w:r>
        <w:rPr>
          <w:rFonts w:ascii="IM Fell English" w:hAnsi="IM Fell English"/>
          <w:color w:val="141414"/>
          <w:sz w:val="24"/>
        </w:rPr>
        <w:t>“Don’t be gentle. The kitten didn’t come this far for a polite welcome.”</w:t>
      </w:r>
    </w:p>
    <w:p>
      <w:r>
        <w:rPr>
          <w:rFonts w:ascii="IM Fell English" w:hAnsi="IM Fell English"/>
          <w:color w:val="141414"/>
          <w:sz w:val="24"/>
        </w:rPr>
        <w:t>They received the limited permission they all understood and took it.</w:t>
      </w:r>
    </w:p>
    <w:p>
      <w:r>
        <w:rPr>
          <w:rFonts w:ascii="IM Fell English" w:hAnsi="IM Fell English"/>
          <w:color w:val="141414"/>
          <w:sz w:val="24"/>
        </w:rPr>
        <w:t>What followed was longer and more deliberate than any previous capture. One of them stepped in front of her and used her mouth while two others took turns in her cunt from behind, switching whenever they felt like it. Open-handed slaps landed across her breasts, her thighs, the sides of her ass. Someone kept a steady grip on the collar so every thrust pulled the ring tight against her throat. Jackie moaned and pushed back into every stroke, coming hard the first time one of them buried himself especially deep, and still asked for more between wet, choking breaths.</w:t>
      </w:r>
    </w:p>
    <w:p>
      <w:r>
        <w:rPr>
          <w:rFonts w:ascii="IM Fell English" w:hAnsi="IM Fell English"/>
          <w:color w:val="141414"/>
          <w:sz w:val="24"/>
        </w:rPr>
        <w:t>“Harder— fuck, use me properly—”</w:t>
      </w:r>
    </w:p>
    <w:p>
      <w:r>
        <w:rPr>
          <w:rFonts w:ascii="IM Fell English" w:hAnsi="IM Fell English"/>
          <w:color w:val="141414"/>
          <w:sz w:val="24"/>
        </w:rPr>
        <w:t>They did.</w:t>
      </w:r>
    </w:p>
    <w:p>
      <w:r>
        <w:rPr>
          <w:rFonts w:ascii="IM Fell English" w:hAnsi="IM Fell English"/>
          <w:color w:val="141414"/>
          <w:sz w:val="24"/>
        </w:rPr>
        <w:t>They rotated without hurry. Two more took her mouth and cunt at the same time while the others stood close and added sharp, measured slaps whenever she asked for it. Jackie came a second time, then a third, thighs shaking, voice breaking into raw, grateful sounds. They never tipped into the pure contempt Jennifer received on the other side of the board, but they used her thoroughly, taking their time, clearly enjoying the privilege of Miss Black’s kitten when she begged for it.</w:t>
      </w:r>
    </w:p>
    <w:p>
      <w:r>
        <w:rPr>
          <w:rFonts w:ascii="IM Fell English" w:hAnsi="IM Fell English"/>
          <w:color w:val="141414"/>
          <w:sz w:val="24"/>
        </w:rPr>
        <w:t>Only when all six had finished did they unlock the platform chains, restore her front cuffs, and point to the single heavy door on the far side of the chamber.</w:t>
      </w:r>
    </w:p>
    <w:p>
      <w:r>
        <w:rPr>
          <w:rFonts w:ascii="IM Fell English" w:hAnsi="IM Fell English"/>
          <w:color w:val="141414"/>
          <w:sz w:val="24"/>
        </w:rPr>
        <w:t>“Through there. Keep moving.”</w:t>
      </w:r>
    </w:p>
    <w:p>
      <w:r>
        <w:rPr>
          <w:rFonts w:ascii="IM Fell English" w:hAnsi="IM Fell English"/>
          <w:color w:val="141414"/>
          <w:sz w:val="24"/>
        </w:rPr>
        <w:t>Jackie got to her feet on legs that trembled from how hard and how long she had come. Fresh come ran down her thighs in thick lines. Her mouth was shiny. She fixed the collar, left the useless remains of the jumpsuit where they had fallen, and walked naked except for the collar and cuffs toward the door. Behind her the guards were already resetting the platform for whoever might come next.</w:t>
      </w:r>
    </w:p>
    <w:p>
      <w:r>
        <w:rPr>
          <w:rFonts w:ascii="IM Fell English" w:hAnsi="IM Fell English"/>
          <w:color w:val="141414"/>
          <w:sz w:val="24"/>
        </w:rPr>
        <w:t>The door unlocked with a hydraulic hiss when she was two meters away.</w:t>
      </w:r>
    </w:p>
    <w:p>
      <w:r>
        <w:rPr>
          <w:rFonts w:ascii="IM Fell English" w:hAnsi="IM Fell English"/>
          <w:color w:val="141414"/>
          <w:sz w:val="24"/>
        </w:rPr>
        <w:t>Jackie stepped through.</w:t>
      </w:r>
    </w:p>
    <w:p>
      <w:r>
        <w:rPr>
          <w:rFonts w:ascii="IM Fell English" w:hAnsi="IM Fell English"/>
          <w:color w:val="141414"/>
          <w:sz w:val="24"/>
        </w:rPr>
        <w:t>The corridor beyond was narrower, quieter, and lit by the same dull red emergency strips. The air was colder still. Somewhere ahead she heard another set of boots, but no claws this time.</w:t>
      </w:r>
    </w:p>
    <w:p>
      <w:r>
        <w:rPr>
          <w:rFonts w:ascii="IM Fell English" w:hAnsi="IM Fell English"/>
          <w:color w:val="141414"/>
          <w:sz w:val="24"/>
        </w:rPr>
        <w:t>She kept walking.</w:t>
      </w:r>
    </w:p>
    <w:p>
      <w:r>
        <w:rPr>
          <w:rFonts w:ascii="IM Fell English" w:hAnsi="IM Fell English"/>
          <w:color w:val="141414"/>
          <w:sz w:val="24"/>
        </w:rPr>
        <w:t>This layer had been different — longer, more deliberate, a proper checkpoint instead of the usual hit-and-move. The pattern was finally starting to change.</w:t>
      </w:r>
    </w:p>
    <w:p>
      <w:r>
        <w:rPr>
          <w:rFonts w:ascii="IM Fell English" w:hAnsi="IM Fell English"/>
          <w:color w:val="141414"/>
          <w:sz w:val="24"/>
        </w:rPr>
        <w:t>Jackie did not stop.</w:t>
      </w:r>
    </w:p>
    <w:p>
      <w:r>
        <w:rPr>
          <w:rFonts w:ascii="IM Fell English" w:hAnsi="IM Fell English"/>
          <w:color w:val="141414"/>
          <w:sz w:val="24"/>
        </w:rPr>
        <w:t>She no longer tried to count the levels. She only knew that the air kept getting colder, the lights kept getting redder, and the order still sat unread but absolute against her bare skin.</w:t>
      </w:r>
    </w:p>
    <w:p>
      <w:r>
        <w:rPr>
          <w:rFonts w:ascii="IM Fell English" w:hAnsi="IM Fell English"/>
          <w:color w:val="141414"/>
          <w:sz w:val="24"/>
        </w:rPr>
        <w:t>Somewhere ahead the target waited.</w:t>
      </w:r>
    </w:p>
    <w:p>
      <w:r>
        <w:rPr>
          <w:rFonts w:ascii="IM Fell English" w:hAnsi="IM Fell English"/>
          <w:color w:val="141414"/>
          <w:sz w:val="24"/>
        </w:rPr>
        <w:t>Jackie kept walking into the dark, still steady enough to ask for it harder when the next layer found her.</w:t>
      </w:r>
    </w:p>
    <w:p>
      <w:pPr>
        <w:pStyle w:val="Heading1"/>
        <w:jc w:val="center"/>
      </w:pPr>
      <w:r>
        <w:rPr>
          <w:rFonts w:ascii="IM Fell English" w:hAnsi="IM Fell English"/>
          <w:color w:val="0D0D0D"/>
        </w:rPr>
        <w:t>CHAPTER 20 — JENNIFER — CORE</w:t>
      </w:r>
    </w:p>
    <w:p>
      <w:r>
        <w:rPr>
          <w:rFonts w:ascii="IM Fell English" w:hAnsi="IM Fell English"/>
          <w:color w:val="141414"/>
          <w:sz w:val="24"/>
        </w:rPr>
        <w:t>Jennifer had been walking the red-lit corridor for so long that the cold had stopped feeling like something outside her body.</w:t>
      </w:r>
    </w:p>
    <w:p>
      <w:r>
        <w:rPr>
          <w:rFonts w:ascii="IM Fell English" w:hAnsi="IM Fell English"/>
          <w:color w:val="141414"/>
          <w:sz w:val="24"/>
        </w:rPr>
        <w:t>She was still naked except for the heavy black collar locked around her throat and the cuffs that kept her wrists together in front of her. The printout was long gone. Fresh and old blood ran in sticky, cracked lines down both shoulders, both thighs, the backs of her legs, her ribs. One eye was swollen completely shut. The other was a narrow slit. Every breath rattled and whistled. Every step sent fresh spikes of pain through the dislocated shoulder, the open bites, and the raw, ruined flesh between her legs — and every spike still made her clench with residual, filthy arousal. Bare feet left thick, dark, uneven prints on the concrete.</w:t>
      </w:r>
    </w:p>
    <w:p>
      <w:r>
        <w:rPr>
          <w:rFonts w:ascii="IM Fell English" w:hAnsi="IM Fell English"/>
          <w:color w:val="141414"/>
          <w:sz w:val="24"/>
        </w:rPr>
        <w:t>She had no map. No clothing. No additional gear. Only the order and the protocol: keep moving. Do not stop.</w:t>
      </w:r>
    </w:p>
    <w:p>
      <w:r>
        <w:rPr>
          <w:rFonts w:ascii="IM Fell English" w:hAnsi="IM Fell English"/>
          <w:color w:val="141414"/>
          <w:sz w:val="24"/>
        </w:rPr>
        <w:t>This layer did not begin with a simple dog attack or a pair of guards in a corridor.</w:t>
      </w:r>
    </w:p>
    <w:p>
      <w:r>
        <w:rPr>
          <w:rFonts w:ascii="IM Fell English" w:hAnsi="IM Fell English"/>
          <w:color w:val="141414"/>
          <w:sz w:val="24"/>
        </w:rPr>
        <w:t>It began with a checkpoint.</w:t>
      </w:r>
    </w:p>
    <w:p>
      <w:r>
        <w:rPr>
          <w:rFonts w:ascii="IM Fell English" w:hAnsi="IM Fell English"/>
          <w:color w:val="141414"/>
          <w:sz w:val="24"/>
        </w:rPr>
        <w:t>A wide, circular chamber opened at the end of the corridor, lit by a single harsh white floodlight. Eight people waited inside — five guards and three handlers — standing around a low, stained metal platform bolted to the center of the floor. No pretense of protocol. No temporary leads offered politely. They saw the collar and the state of the mutt and simply moved.</w:t>
      </w:r>
    </w:p>
    <w:p>
      <w:r>
        <w:rPr>
          <w:rFonts w:ascii="IM Fell English" w:hAnsi="IM Fell English"/>
          <w:color w:val="141414"/>
          <w:sz w:val="24"/>
        </w:rPr>
        <w:t>Two of them grabbed her by the arms and the hair and dragged her onto the platform. A third unlocked her wrist cuffs only long enough to re-cuff them to short chains fixed to the platform’s surface, forcing her onto her hands and knees. The rest closed in.</w:t>
      </w:r>
    </w:p>
    <w:p>
      <w:r>
        <w:rPr>
          <w:rFonts w:ascii="IM Fell English" w:hAnsi="IM Fell English"/>
          <w:color w:val="141414"/>
          <w:sz w:val="24"/>
        </w:rPr>
        <w:t>Jennifer lifted her head as much as the collar and the swelling allowed, blood dripping from her split lips, and forced the words out anyway.</w:t>
      </w:r>
    </w:p>
    <w:p>
      <w:r>
        <w:rPr>
          <w:rFonts w:ascii="IM Fell English" w:hAnsi="IM Fell English"/>
          <w:color w:val="141414"/>
          <w:sz w:val="24"/>
        </w:rPr>
        <w:t>“What’s the matter — Miss Black’s soft little kitten still gets the gentle platform treatment? Fucking pathetic. The mutt can take whatever you’ve got.”</w:t>
      </w:r>
    </w:p>
    <w:p>
      <w:r>
        <w:rPr>
          <w:rFonts w:ascii="IM Fell English" w:hAnsi="IM Fell English"/>
          <w:color w:val="141414"/>
          <w:sz w:val="24"/>
        </w:rPr>
        <w:t>They laughed, cold and pleased, and gave her exactly that.</w:t>
      </w:r>
    </w:p>
    <w:p>
      <w:r>
        <w:rPr>
          <w:rFonts w:ascii="IM Fell English" w:hAnsi="IM Fell English"/>
          <w:color w:val="141414"/>
          <w:sz w:val="24"/>
        </w:rPr>
        <w:t>What followed was longer and more vicious than any previous layer. They did not take turns so much as swarm her. One forced his cock down her throat while two others took her cunt and ass at the same time. The remaining men and the handlers added fists, open hands, boots, and the occasional burning cigarette to whatever flesh was available. Jennifer choked, screamed, laughed, and came hard when one of them punched her dislocated shoulder while the other two were buried inside her. They swapped positions without ever letting her knees or shoulders rest. Dogs were brought in halfway through and allowed to mount her while the men held her still — one knot forced into her already bleeding cunt, another shoved deep into her throat until she blacked out for a few seconds and came again from the lack of air and the stretch. They revived her with a bucket of cold water and a series of open-handed slaps across the face, then continued.</w:t>
      </w:r>
    </w:p>
    <w:p>
      <w:r>
        <w:rPr>
          <w:rFonts w:ascii="IM Fell English" w:hAnsi="IM Fell English"/>
          <w:color w:val="141414"/>
          <w:sz w:val="24"/>
        </w:rPr>
        <w:t>Jennifer pushed back into every thrust and every blow as much as her broken body allowed. She came from the pain, from the names, from the pure contempt, and kept trying to grin even when her mouth was too full or too swollen to manage it. The guards and handlers kept up a steady stream of degradation the entire time — mutt, cumrag, dog toilet, waste of skin, something that should have been left to die in the previous layer. She thanked them for it between wet, broken gasps and asked for more even when no real sound came out.</w:t>
      </w:r>
    </w:p>
    <w:p>
      <w:r>
        <w:rPr>
          <w:rFonts w:ascii="IM Fell English" w:hAnsi="IM Fell English"/>
          <w:color w:val="141414"/>
          <w:sz w:val="24"/>
        </w:rPr>
        <w:t>Only when they had all finished and the dogs had been pulled away did they unlock the platform chains. They did not restore her cuffs to the front. They left them locked behind her back, grabbed the collar, and dragged her across the floor to the single heavy door on the far side of the chamber.</w:t>
      </w:r>
    </w:p>
    <w:p>
      <w:r>
        <w:rPr>
          <w:rFonts w:ascii="IM Fell English" w:hAnsi="IM Fell English"/>
          <w:color w:val="141414"/>
          <w:sz w:val="24"/>
        </w:rPr>
        <w:t>“Through there. Crawl if you have to. She still wants the mutt delivered breathing.”</w:t>
      </w:r>
    </w:p>
    <w:p>
      <w:r>
        <w:rPr>
          <w:rFonts w:ascii="IM Fell English" w:hAnsi="IM Fell English"/>
          <w:color w:val="141414"/>
          <w:sz w:val="24"/>
        </w:rPr>
        <w:t>Jennifer crawled because her legs would no longer take her weight and one arm was completely useless. Come, blood, dog saliva, and worse ran down her thighs and dripped from her chin in thick ropes. She forced herself to her knees, then her feet, using the wall for balance, and staggered toward the door. Behind her the platform was already being hosed down for whoever might come next.</w:t>
      </w:r>
    </w:p>
    <w:p>
      <w:r>
        <w:rPr>
          <w:rFonts w:ascii="IM Fell English" w:hAnsi="IM Fell English"/>
          <w:color w:val="141414"/>
          <w:sz w:val="24"/>
        </w:rPr>
        <w:t>The door unlocked with a hydraulic hiss when she was two meters away.</w:t>
      </w:r>
    </w:p>
    <w:p>
      <w:r>
        <w:rPr>
          <w:rFonts w:ascii="IM Fell English" w:hAnsi="IM Fell English"/>
          <w:color w:val="141414"/>
          <w:sz w:val="24"/>
        </w:rPr>
        <w:t>Jennifer stepped through.</w:t>
      </w:r>
    </w:p>
    <w:p>
      <w:r>
        <w:rPr>
          <w:rFonts w:ascii="IM Fell English" w:hAnsi="IM Fell English"/>
          <w:color w:val="141414"/>
          <w:sz w:val="24"/>
        </w:rPr>
        <w:t>The corridor beyond was narrower, quieter, and lit by the same dull red emergency strips. The air was colder still. Somewhere ahead she heard another set of boots and the soft click of claws on concrete.</w:t>
      </w:r>
    </w:p>
    <w:p>
      <w:r>
        <w:rPr>
          <w:rFonts w:ascii="IM Fell English" w:hAnsi="IM Fell English"/>
          <w:color w:val="141414"/>
          <w:sz w:val="24"/>
        </w:rPr>
        <w:t>She kept walking.</w:t>
      </w:r>
    </w:p>
    <w:p>
      <w:r>
        <w:rPr>
          <w:rFonts w:ascii="IM Fell English" w:hAnsi="IM Fell English"/>
          <w:color w:val="141414"/>
          <w:sz w:val="24"/>
        </w:rPr>
        <w:t>Blood and come ran down her legs in continuous streams. Every breath was a wet, broken rattle. Every step still made her clench with residual, filthy satisfaction even as her body tried to shut down. This layer had been different — longer, more deliberate, a proper checkpoint designed to take the mutt apart. The pattern was finally starting to change.</w:t>
      </w:r>
    </w:p>
    <w:p>
      <w:r>
        <w:rPr>
          <w:rFonts w:ascii="IM Fell English" w:hAnsi="IM Fell English"/>
          <w:color w:val="141414"/>
          <w:sz w:val="24"/>
        </w:rPr>
        <w:t>Jennifer did not stop.</w:t>
      </w:r>
    </w:p>
    <w:p>
      <w:r>
        <w:rPr>
          <w:rFonts w:ascii="IM Fell English" w:hAnsi="IM Fell English"/>
          <w:color w:val="141414"/>
          <w:sz w:val="24"/>
        </w:rPr>
        <w:t>She no longer tried to count the levels. She only knew that the air kept getting colder, the lights kept getting redder, and the order still sat absolute somewhere behind her swollen, blood-crusted eyes.</w:t>
      </w:r>
    </w:p>
    <w:p>
      <w:r>
        <w:rPr>
          <w:rFonts w:ascii="IM Fell English" w:hAnsi="IM Fell English"/>
          <w:color w:val="141414"/>
          <w:sz w:val="24"/>
        </w:rPr>
        <w:t>Somewhere ahead the target waited.</w:t>
      </w:r>
    </w:p>
    <w:p>
      <w:r>
        <w:rPr>
          <w:rFonts w:ascii="IM Fell English" w:hAnsi="IM Fell English"/>
          <w:color w:val="141414"/>
          <w:sz w:val="24"/>
        </w:rPr>
        <w:t xml:space="preserve">Jennifer kept walking into the dark, leaving a thick, wet, uneven trail of bloody footprints and worse behind her, a broken, satisfied little sound still leaking out of her on every other breath. </w:t>
      </w:r>
    </w:p>
    <w:p>
      <w:pPr>
        <w:pStyle w:val="Heading1"/>
        <w:jc w:val="center"/>
      </w:pPr>
      <w:r>
        <w:rPr>
          <w:rFonts w:ascii="IM Fell English" w:hAnsi="IM Fell English"/>
          <w:color w:val="0D0D0D"/>
        </w:rPr>
        <w:t>CHAPTER 21 — JACKIE — SHAFT</w:t>
      </w:r>
    </w:p>
    <w:p>
      <w:r>
        <w:rPr>
          <w:rFonts w:ascii="IM Fell English" w:hAnsi="IM Fell English"/>
          <w:color w:val="141414"/>
          <w:sz w:val="24"/>
        </w:rPr>
        <w:t>Jackie had been walking the red-lit corridor for so long that the next change felt almost welcome.</w:t>
      </w:r>
    </w:p>
    <w:p>
      <w:r>
        <w:rPr>
          <w:rFonts w:ascii="IM Fell English" w:hAnsi="IM Fell English"/>
          <w:color w:val="141414"/>
          <w:sz w:val="24"/>
        </w:rPr>
        <w:t>The printed strip was still tucked against her bare chest. The heavy black collar remained locked, blank plate facing forward. Her wrists were still cuffed in front of her. She was naked except for the collar and cuffs, marked by every previous layer, sore in the best way, and still steady. The deep, satisfied ache between her legs and in her throat had become something she carried like a second pulse. Every step reminded her how hard she had already come and how much more she still wanted.</w:t>
      </w:r>
    </w:p>
    <w:p>
      <w:r>
        <w:rPr>
          <w:rFonts w:ascii="IM Fell English" w:hAnsi="IM Fell English"/>
          <w:color w:val="141414"/>
          <w:sz w:val="24"/>
        </w:rPr>
        <w:t>She had no map. No weapons. Only the order and the protocol: keep moving. Do not stop.</w:t>
      </w:r>
    </w:p>
    <w:p>
      <w:r>
        <w:rPr>
          <w:rFonts w:ascii="IM Fell English" w:hAnsi="IM Fell English"/>
          <w:color w:val="141414"/>
          <w:sz w:val="24"/>
        </w:rPr>
        <w:t>This layer did not open into another service floor or checkpoint chamber.</w:t>
      </w:r>
    </w:p>
    <w:p>
      <w:r>
        <w:rPr>
          <w:rFonts w:ascii="IM Fell English" w:hAnsi="IM Fell English"/>
          <w:color w:val="141414"/>
          <w:sz w:val="24"/>
        </w:rPr>
        <w:t>It opened into a vertical shaft.</w:t>
      </w:r>
    </w:p>
    <w:p>
      <w:r>
        <w:rPr>
          <w:rFonts w:ascii="IM Fell English" w:hAnsi="IM Fell English"/>
          <w:color w:val="141414"/>
          <w:sz w:val="24"/>
        </w:rPr>
        <w:t>A circular opening in the floor, three meters across, dropped into darkness. A heavy metal ladder was bolted to one side, rungs descending out of sight. Cold air rose from below in a steady draft. A single red emergency light glowed at the rim. There were no guards waiting at the top. No dogs. Only the ladder and the clear understanding that the only way forward was down.</w:t>
      </w:r>
    </w:p>
    <w:p>
      <w:r>
        <w:rPr>
          <w:rFonts w:ascii="IM Fell English" w:hAnsi="IM Fell English"/>
          <w:color w:val="141414"/>
          <w:sz w:val="24"/>
        </w:rPr>
        <w:t>Jackie stood at the edge for a long moment, breathing the colder air, feeling the ache in her thighs and the residual wetness between her legs. Then she knelt, swung her cuffed legs over the side, and began to climb down.</w:t>
      </w:r>
    </w:p>
    <w:p>
      <w:r>
        <w:rPr>
          <w:rFonts w:ascii="IM Fell English" w:hAnsi="IM Fell English"/>
          <w:color w:val="141414"/>
          <w:sz w:val="24"/>
        </w:rPr>
        <w:t>The rungs were icy and slick. The cuffs made every movement awkward; she had to grip the side rails with both hands together and lower herself one rung at a time. The shaft swallowed the light quickly. Within ten meters the red glow from above was only a faint circle. The sound of her own breathing and the soft clink of the collar ring against the metal became the loudest things in the dark.</w:t>
      </w:r>
    </w:p>
    <w:p>
      <w:r>
        <w:rPr>
          <w:rFonts w:ascii="IM Fell English" w:hAnsi="IM Fell English"/>
          <w:color w:val="141414"/>
          <w:sz w:val="24"/>
        </w:rPr>
        <w:t>She had descended maybe fifteen meters when the first hand closed around her ankle from below.</w:t>
      </w:r>
    </w:p>
    <w:p>
      <w:r>
        <w:rPr>
          <w:rFonts w:ascii="IM Fell English" w:hAnsi="IM Fell English"/>
          <w:color w:val="141414"/>
          <w:sz w:val="24"/>
        </w:rPr>
        <w:t>They had been waiting on a narrow maintenance platform built into the side of the shaft.</w:t>
      </w:r>
    </w:p>
    <w:p>
      <w:r>
        <w:rPr>
          <w:rFonts w:ascii="IM Fell English" w:hAnsi="IM Fell English"/>
          <w:color w:val="141414"/>
          <w:sz w:val="24"/>
        </w:rPr>
        <w:t>Three guards. They dragged her off the ladder onto the platform with efficient force. One clipped a temporary lead to the collar while the other two pinned her against the cold metal wall. Jackie’s bare back hit the steel hard enough to knock the breath out of her. The platform was only a meter and a half wide; the drop waited on the open side. She looked at them through the hair falling across her face and gave the same rough, breathless little smile she had given every layer before.</w:t>
      </w:r>
    </w:p>
    <w:p>
      <w:r>
        <w:rPr>
          <w:rFonts w:ascii="IM Fell English" w:hAnsi="IM Fell English"/>
          <w:color w:val="141414"/>
          <w:sz w:val="24"/>
        </w:rPr>
        <w:t>“Don’t be gentle. The kitten didn’t climb down here for careful.”</w:t>
      </w:r>
    </w:p>
    <w:p>
      <w:r>
        <w:rPr>
          <w:rFonts w:ascii="IM Fell English" w:hAnsi="IM Fell English"/>
          <w:color w:val="141414"/>
          <w:sz w:val="24"/>
        </w:rPr>
        <w:t>They received the limited permission they all understood and took it.</w:t>
      </w:r>
    </w:p>
    <w:p>
      <w:r>
        <w:rPr>
          <w:rFonts w:ascii="IM Fell English" w:hAnsi="IM Fell English"/>
          <w:color w:val="141414"/>
          <w:sz w:val="24"/>
        </w:rPr>
        <w:t>The platform was too narrow for anything but upright use. One held the lead short and high, forcing her onto her toes so her back stayed pressed to the freezing metal. The other two took turns in her cunt and her mouth, fucking her against the wall with firm, deep strokes that made the whole platform shudder and the ladder rungs rattle. Open-handed slaps landed across her breasts and the insides of her thighs. The grip on the collar stayed tight enough to make every thrust pull the ring against her throat. Jackie moaned and pushed back into every stroke as much as the limited space and the drop allowed, coming hard the first time one of them buried himself especially deep, and still asked for more between wet, choking breaths.</w:t>
      </w:r>
    </w:p>
    <w:p>
      <w:r>
        <w:rPr>
          <w:rFonts w:ascii="IM Fell English" w:hAnsi="IM Fell English"/>
          <w:color w:val="141414"/>
          <w:sz w:val="24"/>
        </w:rPr>
        <w:t>“Harder— fuck, use me properly—”</w:t>
      </w:r>
    </w:p>
    <w:p>
      <w:r>
        <w:rPr>
          <w:rFonts w:ascii="IM Fell English" w:hAnsi="IM Fell English"/>
          <w:color w:val="141414"/>
          <w:sz w:val="24"/>
        </w:rPr>
        <w:t>They did.</w:t>
      </w:r>
    </w:p>
    <w:p>
      <w:r>
        <w:rPr>
          <w:rFonts w:ascii="IM Fell English" w:hAnsi="IM Fell English"/>
          <w:color w:val="141414"/>
          <w:sz w:val="24"/>
        </w:rPr>
        <w:t>They rotated without hurry. The third man took his turn while the other two held her in place and added sharp, measured slaps whenever she demanded it. Jackie came a second time, thighs shaking, voice breaking into raw, grateful sounds that echoed up and down the long shaft. They never tipped into pure contempt, but they used her thoroughly, taking their time in the cold, narrow space, clearly enjoying the privilege of Miss Black’s kitten when she begged for it. One of them finished in her mouth and held her there until she swallowed; another finished in her cunt and left her dripping onto the metal grate.</w:t>
      </w:r>
    </w:p>
    <w:p>
      <w:r>
        <w:rPr>
          <w:rFonts w:ascii="IM Fell English" w:hAnsi="IM Fell English"/>
          <w:color w:val="141414"/>
          <w:sz w:val="24"/>
        </w:rPr>
        <w:t>Only when all three had finished did they unclip the temporary lead and point down the continuing ladder.</w:t>
      </w:r>
    </w:p>
    <w:p>
      <w:r>
        <w:rPr>
          <w:rFonts w:ascii="IM Fell English" w:hAnsi="IM Fell English"/>
          <w:color w:val="141414"/>
          <w:sz w:val="24"/>
        </w:rPr>
        <w:t>“Keep climbing, kitten. She’s still waiting.”</w:t>
      </w:r>
    </w:p>
    <w:p>
      <w:r>
        <w:rPr>
          <w:rFonts w:ascii="IM Fell English" w:hAnsi="IM Fell English"/>
          <w:color w:val="141414"/>
          <w:sz w:val="24"/>
        </w:rPr>
        <w:t>Jackie swung her legs back onto the rungs on trembling thighs, fresh come running down her legs and dripping into the dark below. She fixed the collar with her cuffed hands, tasted them still thick on her tongue, and continued the descent. The satisfied ache between her legs was sharper than before. The cold metal under her hands and feet felt almost good against her overheated skin.</w:t>
      </w:r>
    </w:p>
    <w:p>
      <w:r>
        <w:rPr>
          <w:rFonts w:ascii="IM Fell English" w:hAnsi="IM Fell English"/>
          <w:color w:val="141414"/>
          <w:sz w:val="24"/>
        </w:rPr>
        <w:t>The shaft went on longer than she expected. Twice more she passed narrow platforms where pairs of guards waited in the dark. Each time they pulled her off the ladder with the same efficient force, clipped a temporary lead, and used her against the cold metal wall. Each time Jackie asked for harder, received it within the limits they had, came at least once, and was put back on the rungs afterward wetter and more marked. On the second platform they kept her longer — four men instead of two — rotating her until her legs could barely hold the ladder when they finally let her go. She climbed down anyway, come running down her thighs in thick lines, a low, satisfied sound leaking out of her with every breath.</w:t>
      </w:r>
    </w:p>
    <w:p>
      <w:r>
        <w:rPr>
          <w:rFonts w:ascii="IM Fell English" w:hAnsi="IM Fell English"/>
          <w:color w:val="141414"/>
          <w:sz w:val="24"/>
        </w:rPr>
        <w:t>At the bottom the shaft opened into another red-lit corridor. The air was colder still. Somewhere ahead she heard the distant sound of boots and the soft hydraulic hiss of a door.</w:t>
      </w:r>
    </w:p>
    <w:p>
      <w:r>
        <w:rPr>
          <w:rFonts w:ascii="IM Fell English" w:hAnsi="IM Fell English"/>
          <w:color w:val="141414"/>
          <w:sz w:val="24"/>
        </w:rPr>
        <w:t>Jackie stepped off the final rung onto solid ground. Her legs trembled. Her wrists ached from the cuffs and the long climb. The collar felt heavier after the repeated hard use in the shaft. She was still steady enough to keep walking.</w:t>
      </w:r>
    </w:p>
    <w:p>
      <w:r>
        <w:rPr>
          <w:rFonts w:ascii="IM Fell English" w:hAnsi="IM Fell English"/>
          <w:color w:val="141414"/>
          <w:sz w:val="24"/>
        </w:rPr>
        <w:t>She did not stop.</w:t>
      </w:r>
    </w:p>
    <w:p>
      <w:r>
        <w:rPr>
          <w:rFonts w:ascii="IM Fell English" w:hAnsi="IM Fell English"/>
          <w:color w:val="141414"/>
          <w:sz w:val="24"/>
        </w:rPr>
        <w:t>The pattern had changed — vertical instead of horizontal, platforms instead of alcoves, the constant drop waiting if anyone slipped — but the privilege and the permission remained the same. They left her able to climb. They left her able to walk. They left her able to continue, thoroughly used, still wet, and still wanting more.</w:t>
      </w:r>
    </w:p>
    <w:p>
      <w:r>
        <w:rPr>
          <w:rFonts w:ascii="IM Fell English" w:hAnsi="IM Fell English"/>
          <w:color w:val="141414"/>
          <w:sz w:val="24"/>
        </w:rPr>
        <w:t>Jackie kept walking into the dark, still steady enough to ask for it harder when the next layer found her.</w:t>
      </w:r>
    </w:p>
    <w:p>
      <w:pPr>
        <w:pStyle w:val="Heading1"/>
        <w:jc w:val="center"/>
      </w:pPr>
      <w:r>
        <w:rPr>
          <w:rFonts w:ascii="IM Fell English" w:hAnsi="IM Fell English"/>
          <w:color w:val="0D0D0D"/>
        </w:rPr>
        <w:t>CHAPTER 22 — JENNIFER — SHAFT</w:t>
      </w:r>
    </w:p>
    <w:p>
      <w:r>
        <w:rPr>
          <w:rFonts w:ascii="IM Fell English" w:hAnsi="IM Fell English"/>
          <w:color w:val="141414"/>
          <w:sz w:val="24"/>
        </w:rPr>
        <w:t>Jennifer had been walking the red-lit corridor for so long that the cold had stopped registering as something separate from the pain.</w:t>
      </w:r>
    </w:p>
    <w:p>
      <w:r>
        <w:rPr>
          <w:rFonts w:ascii="IM Fell English" w:hAnsi="IM Fell English"/>
          <w:color w:val="141414"/>
          <w:sz w:val="24"/>
        </w:rPr>
        <w:t>She was still naked except for the heavy black collar locked around her throat and the cuffs that kept her wrists locked behind her back. The printout was long gone. Fresh and old blood ran in cracked, sticky lines down both shoulders, both thighs, her ribs, the backs of her legs. One eye was swollen completely shut. The other was a narrow, blood-crusted slit. Every breath rattled and whistled. Every step sent fresh spikes of pain through the dislocated shoulder, the open bites, and the raw, ruined flesh between her legs — and every spike still made her clench with residual, filthy arousal. Bare feet left thick, dark, uneven prints on the concrete.</w:t>
      </w:r>
    </w:p>
    <w:p>
      <w:r>
        <w:rPr>
          <w:rFonts w:ascii="IM Fell English" w:hAnsi="IM Fell English"/>
          <w:color w:val="141414"/>
          <w:sz w:val="24"/>
        </w:rPr>
        <w:t>She had no map. No clothing. No additional gear. Only the order and the protocol: keep moving. Do not stop.</w:t>
      </w:r>
    </w:p>
    <w:p>
      <w:r>
        <w:rPr>
          <w:rFonts w:ascii="IM Fell English" w:hAnsi="IM Fell English"/>
          <w:color w:val="141414"/>
          <w:sz w:val="24"/>
        </w:rPr>
        <w:t>This layer did not open into another service floor or checkpoint chamber.</w:t>
      </w:r>
    </w:p>
    <w:p>
      <w:r>
        <w:rPr>
          <w:rFonts w:ascii="IM Fell English" w:hAnsi="IM Fell English"/>
          <w:color w:val="141414"/>
          <w:sz w:val="24"/>
        </w:rPr>
        <w:t>It opened into a vertical shaft.</w:t>
      </w:r>
    </w:p>
    <w:p>
      <w:r>
        <w:rPr>
          <w:rFonts w:ascii="IM Fell English" w:hAnsi="IM Fell English"/>
          <w:color w:val="141414"/>
          <w:sz w:val="24"/>
        </w:rPr>
        <w:t>A circular opening in the floor, nearly four meters across, dropped into blackness. There was no ladder. No safety rail. Only a low concrete lip and the cold air rising from below. A single red emergency light glowed at the rim. Six guards waited in a loose semicircle around the edge, as if they had known exactly when the mutt would arrive.</w:t>
      </w:r>
    </w:p>
    <w:p>
      <w:r>
        <w:rPr>
          <w:rFonts w:ascii="IM Fell English" w:hAnsi="IM Fell English"/>
          <w:color w:val="141414"/>
          <w:sz w:val="24"/>
        </w:rPr>
        <w:t>They saw the collar and the state of her and smiled.</w:t>
      </w:r>
    </w:p>
    <w:p>
      <w:r>
        <w:rPr>
          <w:rFonts w:ascii="IM Fell English" w:hAnsi="IM Fell English"/>
          <w:color w:val="141414"/>
          <w:sz w:val="24"/>
        </w:rPr>
        <w:t>Jennifer stopped at the edge, swaying, and forced the words out of her ruined throat anyway.</w:t>
      </w:r>
    </w:p>
    <w:p>
      <w:r>
        <w:rPr>
          <w:rFonts w:ascii="IM Fell English" w:hAnsi="IM Fell English"/>
          <w:color w:val="141414"/>
          <w:sz w:val="24"/>
        </w:rPr>
        <w:t>“What’s the matter — Miss Black’s soft little kitten still gets a ladder? Fucking pathetic. The mutt doesn’t need one.”</w:t>
      </w:r>
    </w:p>
    <w:p>
      <w:r>
        <w:rPr>
          <w:rFonts w:ascii="IM Fell English" w:hAnsi="IM Fell English"/>
          <w:color w:val="141414"/>
          <w:sz w:val="24"/>
        </w:rPr>
        <w:t>They laughed, cold and pleased, and moved in.</w:t>
      </w:r>
    </w:p>
    <w:p>
      <w:r>
        <w:rPr>
          <w:rFonts w:ascii="IM Fell English" w:hAnsi="IM Fell English"/>
          <w:color w:val="141414"/>
          <w:sz w:val="24"/>
        </w:rPr>
        <w:t>They did not bother with temporary leads or platforms. Two of them grabbed her by the hair and the collar and dragged her the last two meters to the lip. The others closed around her. What followed was pure, efficient cruelty. One forced her to her knees on the rough concrete and shoved his cock down her throat while two more took her cunt and ass at the same time, using her without rhythm or care. The remaining three added fists, boots, and open hands to whatever flesh was available — ribs, breasts, the already ruined thighs, the side of her head. Jennifer choked, screamed, laughed, and came hard when one of them stomped on the back of her calf while the other two were buried inside her. They swapped positions without ever letting her rest. Dogs were brought in for the last few minutes and allowed to mount her while the men held her at the very edge of the drop — one knot forced into her bleeding cunt, another shoved deep into her throat until she blacked out for several seconds and came again from the lack of air and the stretch.</w:t>
      </w:r>
    </w:p>
    <w:p>
      <w:r>
        <w:rPr>
          <w:rFonts w:ascii="IM Fell English" w:hAnsi="IM Fell English"/>
          <w:color w:val="141414"/>
          <w:sz w:val="24"/>
        </w:rPr>
        <w:t>They revived her with a bucket of cold water thrown in her face and a series of open-handed slaps that left her ears ringing.</w:t>
      </w:r>
    </w:p>
    <w:p>
      <w:r>
        <w:rPr>
          <w:rFonts w:ascii="IM Fell English" w:hAnsi="IM Fell English"/>
          <w:color w:val="141414"/>
          <w:sz w:val="24"/>
        </w:rPr>
        <w:t>Jennifer was still coughing blood and dog come when the senior guard stepped behind her, planted a boot between her shoulder blades, and kicked her hard over the edge of the shaft.</w:t>
      </w:r>
    </w:p>
    <w:p>
      <w:r>
        <w:rPr>
          <w:rFonts w:ascii="IM Fell English" w:hAnsi="IM Fell English"/>
          <w:color w:val="141414"/>
          <w:sz w:val="24"/>
        </w:rPr>
        <w:t>She fell.</w:t>
      </w:r>
    </w:p>
    <w:p>
      <w:r>
        <w:rPr>
          <w:rFonts w:ascii="IM Fell English" w:hAnsi="IM Fell English"/>
          <w:color w:val="141414"/>
          <w:sz w:val="24"/>
        </w:rPr>
        <w:t>The drop was not clean. She hit the side of the shaft once, hard enough to tear fresh skin from her shoulder and hip, then again lower down, before slamming into a narrow maintenance ledge maybe twelve meters below. The impact drove the air from her lungs and sent white pain through the already dislocated shoulder and both knees. She lay there for a long time in a crumpled heap, listening to the laughter floating down from above and the distant sound of the guards walking away.</w:t>
      </w:r>
    </w:p>
    <w:p>
      <w:r>
        <w:rPr>
          <w:rFonts w:ascii="IM Fell English" w:hAnsi="IM Fell English"/>
          <w:color w:val="141414"/>
          <w:sz w:val="24"/>
        </w:rPr>
        <w:t>Eventually the order — the only thing still working behind her swollen eyes — forced her to move.</w:t>
      </w:r>
    </w:p>
    <w:p>
      <w:r>
        <w:rPr>
          <w:rFonts w:ascii="IM Fell English" w:hAnsi="IM Fell English"/>
          <w:color w:val="141414"/>
          <w:sz w:val="24"/>
        </w:rPr>
        <w:t>Jennifer rolled onto her front, got her cuffed hands under her, and pushed herself up onto her knees. Blood ran freely from new scrapes and the reopened bites. Every breath was a wet, broken sound. She looked up the shaft at the faint red circle of light far above, then down into the deeper dark, and started crawling along the ledge until she found the narrow service ladder that continued the descent.</w:t>
      </w:r>
    </w:p>
    <w:p>
      <w:r>
        <w:rPr>
          <w:rFonts w:ascii="IM Fell English" w:hAnsi="IM Fell English"/>
          <w:color w:val="141414"/>
          <w:sz w:val="24"/>
        </w:rPr>
        <w:t>She climbed down.</w:t>
      </w:r>
    </w:p>
    <w:p>
      <w:r>
        <w:rPr>
          <w:rFonts w:ascii="IM Fell English" w:hAnsi="IM Fell English"/>
          <w:color w:val="141414"/>
          <w:sz w:val="24"/>
        </w:rPr>
        <w:t>Rung by rung, cuffed hands clumsy, legs shaking, leaving smears of blood on every cold metal bar. Twice she almost lost her grip. Twice she forced her fingers to close again. The satisfied, filthy heat between her legs had not entirely gone out; every jolt of pain still fed it, even now.</w:t>
      </w:r>
    </w:p>
    <w:p>
      <w:r>
        <w:rPr>
          <w:rFonts w:ascii="IM Fell English" w:hAnsi="IM Fell English"/>
          <w:color w:val="141414"/>
          <w:sz w:val="24"/>
        </w:rPr>
        <w:t>At the bottom the shaft opened into another red-lit corridor. The air was colder still. Somewhere ahead she heard the distant sound of boots and the soft click of claws on concrete.</w:t>
      </w:r>
    </w:p>
    <w:p>
      <w:r>
        <w:rPr>
          <w:rFonts w:ascii="IM Fell English" w:hAnsi="IM Fell English"/>
          <w:color w:val="141414"/>
          <w:sz w:val="24"/>
        </w:rPr>
        <w:t>Jennifer stepped off the final rung onto solid ground. Her legs nearly buckled. She locked her knees, fixed the collar as best she could with her hands still cuffed behind her, and started walking.</w:t>
      </w:r>
    </w:p>
    <w:p>
      <w:r>
        <w:rPr>
          <w:rFonts w:ascii="IM Fell English" w:hAnsi="IM Fell English"/>
          <w:color w:val="141414"/>
          <w:sz w:val="24"/>
        </w:rPr>
        <w:t>She did not stop.</w:t>
      </w:r>
    </w:p>
    <w:p>
      <w:r>
        <w:rPr>
          <w:rFonts w:ascii="IM Fell English" w:hAnsi="IM Fell English"/>
          <w:color w:val="141414"/>
          <w:sz w:val="24"/>
        </w:rPr>
        <w:t>The pattern had changed again — no ladder offered, only the drop, only the kick, only the long fall and the order to get up afterward. No one in this place cared how much of the mutt was left when she finally reached the target, and the mutt herself was still, somehow, getting exactly what she wanted.</w:t>
      </w:r>
    </w:p>
    <w:p>
      <w:r>
        <w:rPr>
          <w:rFonts w:ascii="IM Fell English" w:hAnsi="IM Fell English"/>
          <w:color w:val="141414"/>
          <w:sz w:val="24"/>
        </w:rPr>
        <w:t>Jennifer kept walking into the dark, leaving a thicker, wetter trail of bloody footprints and worse behind her, a broken, satisfied little sound still leaking out of her on every other breath.</w:t>
      </w:r>
    </w:p>
    <w:p>
      <w:pPr>
        <w:pStyle w:val="Heading1"/>
        <w:jc w:val="center"/>
      </w:pPr>
      <w:r>
        <w:rPr>
          <w:rFonts w:ascii="IM Fell English" w:hAnsi="IM Fell English"/>
          <w:color w:val="0D0D0D"/>
        </w:rPr>
        <w:t>CHAPTER 23 — MISS BLACK &amp; MISS WHITE — DINNER</w:t>
      </w:r>
    </w:p>
    <w:p>
      <w:r>
        <w:rPr>
          <w:rFonts w:ascii="IM Fell English" w:hAnsi="IM Fell English"/>
          <w:color w:val="141414"/>
          <w:sz w:val="24"/>
        </w:rPr>
        <w:t xml:space="preserve">The mansion occupied a zone of enforced neutrality. Inside, the dining room was bathed in a decadent amber glow that pooled across the surface of the polished black table.  </w:t>
      </w:r>
    </w:p>
    <w:p>
      <w:r>
        <w:rPr>
          <w:rFonts w:ascii="IM Fell English" w:hAnsi="IM Fell English"/>
          <w:color w:val="141414"/>
          <w:sz w:val="24"/>
        </w:rPr>
        <w:t xml:space="preserve">Two place settings waited in perfect opposition: thin bone china, silver cutlery, and glasses of aged wine. Steaks and bone marrow sat in a dark reduction at the center. </w:t>
      </w:r>
    </w:p>
    <w:p>
      <w:r>
        <w:rPr>
          <w:rFonts w:ascii="IM Fell English" w:hAnsi="IM Fell English"/>
          <w:color w:val="141414"/>
          <w:sz w:val="24"/>
        </w:rPr>
        <w:t>Miss Black sat at one end in a sleeveless black silk dress that left her shoulders and the long line of her collarbones bare. Her wedding band caught the light when she reached for her glass. Miss White sat at the other end in an identical cut of white silk, her own band matching. Both women looked calm, well-rested, and faintly amused, as if the evening’s entertainment had been arranged solely for their pleasure.</w:t>
      </w:r>
    </w:p>
    <w:p>
      <w:r>
        <w:rPr>
          <w:rFonts w:ascii="IM Fell English" w:hAnsi="IM Fell English"/>
          <w:color w:val="141414"/>
          <w:sz w:val="24"/>
        </w:rPr>
        <w:t>Three large monitors occupied the wall behind them.</w:t>
      </w:r>
    </w:p>
    <w:p>
      <w:r>
        <w:rPr>
          <w:rFonts w:ascii="IM Fell English" w:hAnsi="IM Fell English"/>
          <w:color w:val="141414"/>
          <w:sz w:val="24"/>
        </w:rPr>
        <w:t>The center screen showed a live feed from the deepest level of Miss White’s base: a circular room of polished white surfaces and recessed lighting. The overhead armature of the Lucifer system was already unfolded — articulated arms, sensor clusters, injector arrays, and the heavier implements waiting in their cradles. Two scientists in black scrubs were guiding Jackie onto the heavy medical table in the center of the room.</w:t>
      </w:r>
    </w:p>
    <w:p>
      <w:r>
        <w:rPr>
          <w:rFonts w:ascii="IM Fell English" w:hAnsi="IM Fell English"/>
          <w:color w:val="141414"/>
          <w:sz w:val="24"/>
        </w:rPr>
        <w:t>Jackie was naked except for the heavy black collar still locked around her throat. Her body carried the marks of every layer she had passed through — bruises, bites, handprints, dried fluids — but she was still steady on her feet when they positioned her. She did not resist when they laid her down. She did not speak when the thick restraints closed around her wrists, then her ankles, then her thighs, her waist, and finally a wide band just below the collar that pinned her throat to the table. Her eyes stayed open. Her breathing remained controlled.</w:t>
      </w:r>
    </w:p>
    <w:p>
      <w:r>
        <w:rPr>
          <w:rFonts w:ascii="IM Fell English" w:hAnsi="IM Fell English"/>
          <w:color w:val="141414"/>
          <w:sz w:val="24"/>
        </w:rPr>
        <w:t>Miss White lifted her glass and took a slow sip, watching over the rim.</w:t>
      </w:r>
    </w:p>
    <w:p>
      <w:r>
        <w:rPr>
          <w:rFonts w:ascii="IM Fell English" w:hAnsi="IM Fell English"/>
          <w:color w:val="141414"/>
          <w:sz w:val="24"/>
        </w:rPr>
        <w:t>“She’s still steady,” she observed. “Your kitten held up better than the projections.”</w:t>
      </w:r>
    </w:p>
    <w:p>
      <w:r>
        <w:rPr>
          <w:rFonts w:ascii="IM Fell English" w:hAnsi="IM Fell English"/>
          <w:color w:val="141414"/>
          <w:sz w:val="24"/>
        </w:rPr>
        <w:t>Miss Black cut a precise slice of steak, the knife whispering against the china. She ate it without hurry, chewed, swallowed, and only then answered.</w:t>
      </w:r>
    </w:p>
    <w:p>
      <w:r>
        <w:rPr>
          <w:rFonts w:ascii="IM Fell English" w:hAnsi="IM Fell English"/>
          <w:color w:val="141414"/>
          <w:sz w:val="24"/>
        </w:rPr>
        <w:t>“She was told not to stop. She doesn’t. That’s why she’s mine.”</w:t>
      </w:r>
    </w:p>
    <w:p>
      <w:r>
        <w:rPr>
          <w:rFonts w:ascii="IM Fell English" w:hAnsi="IM Fell English"/>
          <w:color w:val="141414"/>
          <w:sz w:val="24"/>
        </w:rPr>
        <w:t>On the feed the scientists continued their work with clinical efficiency. Sensor pads were affixed to Jackie’s temples, her chest, the insides of her thighs. Thin injector lines were taped along her arms. One of the overhead arms lowered and ran a soft diagnostic light the length of her body; the status display at the edge of the screen shifted from amber to a deeper ready red. Jackie’s fingers flexed once against the restraint and then went still again.</w:t>
      </w:r>
    </w:p>
    <w:p>
      <w:r>
        <w:rPr>
          <w:rFonts w:ascii="IM Fell English" w:hAnsi="IM Fell English"/>
          <w:color w:val="141414"/>
          <w:sz w:val="24"/>
        </w:rPr>
        <w:t>Miss White speared a piece of marrow, turned it in the reduction, and ate it with the same unhurried pleasure.</w:t>
      </w:r>
    </w:p>
    <w:p>
      <w:r>
        <w:rPr>
          <w:rFonts w:ascii="IM Fell English" w:hAnsi="IM Fell English"/>
          <w:color w:val="141414"/>
          <w:sz w:val="24"/>
        </w:rPr>
        <w:t>“The full sequence is loaded. Layered stimulation and destruction. It will keep her on the edge of climax while it systematically breaks everything that can be broken. Pleasure and failure in the same circuit until the body can no longer sustain either.” She glanced across the table. “You still intend to let it run without an early abort?”</w:t>
      </w:r>
    </w:p>
    <w:p>
      <w:r>
        <w:rPr>
          <w:rFonts w:ascii="IM Fell English" w:hAnsi="IM Fell English"/>
          <w:color w:val="141414"/>
          <w:sz w:val="24"/>
        </w:rPr>
        <w:t>Miss Black’s smile was small and cold. She took another bite of steak, then a sip of wine.</w:t>
      </w:r>
    </w:p>
    <w:p>
      <w:r>
        <w:rPr>
          <w:rFonts w:ascii="IM Fell English" w:hAnsi="IM Fell English"/>
          <w:color w:val="141414"/>
          <w:sz w:val="24"/>
        </w:rPr>
        <w:t>“Until we decide otherwise. There’s no point in building a system that perfect if you interrupt it the moment it becomes interesting.” She nodded toward the side monitors. One of them already showed a distant, blood-smeared corridor feed. “Besides. The mutt is still moving. I want to see how much further she gets before they finally put her on her own table.”</w:t>
      </w:r>
    </w:p>
    <w:p>
      <w:r>
        <w:rPr>
          <w:rFonts w:ascii="IM Fell English" w:hAnsi="IM Fell English"/>
          <w:color w:val="141414"/>
          <w:sz w:val="24"/>
        </w:rPr>
        <w:t>Miss White followed her gaze, watched Jennifer’s uneven, bloody progress for a few seconds, and then returned to her plate.</w:t>
      </w:r>
    </w:p>
    <w:p>
      <w:r>
        <w:rPr>
          <w:rFonts w:ascii="IM Fell English" w:hAnsi="IM Fell English"/>
          <w:color w:val="141414"/>
          <w:sz w:val="24"/>
        </w:rPr>
        <w:t xml:space="preserve">“After dinner,” she said, “I want the playroom. The full set. Knives. The Cunt Dagger. Breath games. And the loaded ones—both regular and hollow-point. I want to feel you fuck me while I decide which round you get next.” </w:t>
      </w:r>
    </w:p>
    <w:p>
      <w:r>
        <w:rPr>
          <w:rFonts w:ascii="IM Fell English" w:hAnsi="IM Fell English"/>
          <w:color w:val="141414"/>
          <w:sz w:val="24"/>
        </w:rPr>
        <w:t>Miss Black’s eyes darkened with quiet anticipation. She cut another piece of steak and ate it slowly.</w:t>
      </w:r>
    </w:p>
    <w:p>
      <w:r>
        <w:rPr>
          <w:rFonts w:ascii="IM Fell English" w:hAnsi="IM Fell English"/>
          <w:color w:val="141414"/>
          <w:sz w:val="24"/>
        </w:rPr>
        <w:t>“After dinner,” she agreed. “We’ll watch the mutt get reduced to meat while we play. It seems only fair. One kitten on the table. One mutt still crawling toward hers. And us in the middle, properly fed.”</w:t>
      </w:r>
    </w:p>
    <w:p>
      <w:r>
        <w:rPr>
          <w:rFonts w:ascii="IM Fell English" w:hAnsi="IM Fell English"/>
          <w:color w:val="141414"/>
          <w:sz w:val="24"/>
        </w:rPr>
        <w:t>They ate in comfortable silence for several minutes. The only sounds were the quiet clink of silver on china, the soft pull of wine into crystal, and the low ambient audio from the central feed — the hum of the Lucifer system coming fully online, the soft mechanical clicks of final restraints locking, the steady, controlled sound of Jackie’s breathing.</w:t>
      </w:r>
    </w:p>
    <w:p>
      <w:r>
        <w:rPr>
          <w:rFonts w:ascii="IM Fell English" w:hAnsi="IM Fell English"/>
          <w:color w:val="141414"/>
          <w:sz w:val="24"/>
        </w:rPr>
        <w:t>On the screen the last scientist stepped back and nodded to someone off-camera. The status lights on the armature shifted from ready red to active crimson. The first articulated arm extended with almost delicate precision and touched the inside of Jackie’s thigh. A second arm lowered toward her chest. Jackie’s back arched a fraction against the restraints. Her lips parted. No sound left her yet.</w:t>
      </w:r>
    </w:p>
    <w:p>
      <w:r>
        <w:rPr>
          <w:rFonts w:ascii="IM Fell English" w:hAnsi="IM Fell English"/>
          <w:color w:val="141414"/>
          <w:sz w:val="24"/>
        </w:rPr>
        <w:t>Miss White refilled both glasses, the wine dark as venous blood.</w:t>
      </w:r>
    </w:p>
    <w:p>
      <w:r>
        <w:rPr>
          <w:rFonts w:ascii="IM Fell English" w:hAnsi="IM Fell English"/>
          <w:color w:val="141414"/>
          <w:sz w:val="24"/>
        </w:rPr>
        <w:t>“She’s going to last longer than the mutt,” she said, almost conversational. “You always did prefer the ones who could take a full program.”</w:t>
      </w:r>
    </w:p>
    <w:p>
      <w:r>
        <w:rPr>
          <w:rFonts w:ascii="IM Fell English" w:hAnsi="IM Fell English"/>
          <w:color w:val="141414"/>
          <w:sz w:val="24"/>
        </w:rPr>
        <w:t>Miss Black watched the feed a moment longer, then cut the last piece of her steak.</w:t>
      </w:r>
    </w:p>
    <w:p>
      <w:r>
        <w:rPr>
          <w:rFonts w:ascii="IM Fell English" w:hAnsi="IM Fell English"/>
          <w:color w:val="141414"/>
          <w:sz w:val="24"/>
        </w:rPr>
        <w:t>“She’ll last as long as the system allows. Or until we get bored and send the abort.” She set her knife and fork down in parallel, the gesture precise and final. “But I don’t expect to get bored tonight.”</w:t>
      </w:r>
    </w:p>
    <w:p>
      <w:r>
        <w:rPr>
          <w:rFonts w:ascii="IM Fell English" w:hAnsi="IM Fell English"/>
          <w:color w:val="141414"/>
          <w:sz w:val="24"/>
        </w:rPr>
        <w:t>Miss White’s smile was slow and sharp.</w:t>
      </w:r>
    </w:p>
    <w:p>
      <w:r>
        <w:rPr>
          <w:rFonts w:ascii="IM Fell English" w:hAnsi="IM Fell English"/>
          <w:color w:val="141414"/>
          <w:sz w:val="24"/>
        </w:rPr>
        <w:t>“Neither do I.”</w:t>
      </w:r>
    </w:p>
    <w:p>
      <w:r>
        <w:rPr>
          <w:rFonts w:ascii="IM Fell English" w:hAnsi="IM Fell English"/>
          <w:color w:val="141414"/>
          <w:sz w:val="24"/>
        </w:rPr>
        <w:t>They finished the marrow. They finished the wine. On the central screen the Lucifer system’s arms began to move in earnest, and Jackie’s body responded in small, involuntary waves that the restraints only partially contained.</w:t>
      </w:r>
    </w:p>
    <w:p>
      <w:r>
        <w:rPr>
          <w:rFonts w:ascii="IM Fell English" w:hAnsi="IM Fell English"/>
          <w:color w:val="141414"/>
          <w:sz w:val="24"/>
        </w:rPr>
        <w:t>Miss Black stood first, smoothing the black silk down her hips.</w:t>
      </w:r>
    </w:p>
    <w:p>
      <w:r>
        <w:rPr>
          <w:rFonts w:ascii="IM Fell English" w:hAnsi="IM Fell English"/>
          <w:color w:val="141414"/>
          <w:sz w:val="24"/>
        </w:rPr>
        <w:t>“Playroom,” she said simply.</w:t>
      </w:r>
    </w:p>
    <w:p>
      <w:r>
        <w:rPr>
          <w:rFonts w:ascii="IM Fell English" w:hAnsi="IM Fell English"/>
          <w:color w:val="141414"/>
          <w:sz w:val="24"/>
        </w:rPr>
        <w:t>Miss White rose as well, already turning toward the door that led deeper into the mansion.</w:t>
      </w:r>
    </w:p>
    <w:p>
      <w:r>
        <w:rPr>
          <w:rFonts w:ascii="IM Fell English" w:hAnsi="IM Fell English"/>
          <w:color w:val="141414"/>
          <w:sz w:val="24"/>
        </w:rPr>
        <w:t>Behind them the monitors continued to glow. One kitten strapped and waiting under the active arms of Miss White’s Lucifer. One mutt still dragging herself through the dark toward Miss Black’s. And two women who had just finished dinner, perfectly calm, perfectly matched, and ready to begin the real entertainment of the evening.</w:t>
      </w:r>
    </w:p>
    <w:p>
      <w:r>
        <w:rPr>
          <w:rFonts w:ascii="IM Fell English" w:hAnsi="IM Fell English"/>
          <w:color w:val="141414"/>
          <w:sz w:val="24"/>
        </w:rPr>
        <w:t>The door to the playroom unlocked with a soft, expensive click.</w:t>
      </w:r>
    </w:p>
    <w:p>
      <w:r>
        <w:rPr>
          <w:rFonts w:ascii="IM Fell English" w:hAnsi="IM Fell English"/>
          <w:color w:val="141414"/>
          <w:sz w:val="24"/>
        </w:rPr>
        <w:t>Neither of them looked back.</w:t>
      </w:r>
    </w:p>
    <w:p>
      <w:pPr>
        <w:pStyle w:val="Heading1"/>
        <w:jc w:val="center"/>
      </w:pPr>
      <w:r>
        <w:rPr>
          <w:rFonts w:ascii="IM Fell English" w:hAnsi="IM Fell English"/>
          <w:color w:val="0D0D0D"/>
        </w:rPr>
        <w:t>CHAPTER 24 — MISS BLACK &amp; MISS WHITE — PLAYROOM</w:t>
      </w:r>
    </w:p>
    <w:p>
      <w:r>
        <w:rPr>
          <w:rFonts w:ascii="IM Fell English" w:hAnsi="IM Fell English"/>
          <w:color w:val="141414"/>
          <w:sz w:val="24"/>
        </w:rPr>
        <w:t>The playroom sat deeper in the shared mansion than the dining room, behind two coded doors and a final biometric seal that only the two of them could open together.</w:t>
      </w:r>
    </w:p>
    <w:p>
      <w:r>
        <w:rPr>
          <w:rFonts w:ascii="IM Fell English" w:hAnsi="IM Fell English"/>
          <w:color w:val="141414"/>
          <w:sz w:val="24"/>
        </w:rPr>
        <w:t>It was a long, windowless space finished in matte black stone and polished steel. One wall held a full rack of blades — combat knives, karambits, scalpels, and longer cutting instruments. Another wall displayed the breath-play equipment: heavy leather strangulation straps, vacuum bags, calibrated gas masks, and the thick collars designed for prolonged, controlled choking. A third wall held the firearms: two matched pistols and a neat row of magazines, some loaded with regular ball ammunition, some with hollow-points. In the center of the room stood a wide padded bench and a steel frame with multiple restraint points. The air smelled faintly of oil, leather, and the clean metallic scent of well-maintained weapons.</w:t>
      </w:r>
    </w:p>
    <w:p>
      <w:r>
        <w:rPr>
          <w:rFonts w:ascii="IM Fell English" w:hAnsi="IM Fell English"/>
          <w:color w:val="141414"/>
          <w:sz w:val="24"/>
        </w:rPr>
        <w:t>Three monitors glowed on the far wall.</w:t>
      </w:r>
    </w:p>
    <w:p>
      <w:r>
        <w:rPr>
          <w:rFonts w:ascii="IM Fell English" w:hAnsi="IM Fell English"/>
          <w:color w:val="141414"/>
          <w:sz w:val="24"/>
        </w:rPr>
        <w:t>The center screen had switched from Jackie’s table to a live feed from the deepest level of Miss Black’s base. Jennifer — or what was left of her — was being dragged into a circular white room that mirrored the one Jackie already occupied. She was no longer walking. Two handlers pulled her by the collar while her knees scraped the floor. Blood, come, and filth covered her from throat to ankles. One arm hung useless. Her face was a swollen, unrecognizable mask. She was still conscious. She was still trying to grin.</w:t>
      </w:r>
    </w:p>
    <w:p>
      <w:r>
        <w:rPr>
          <w:rFonts w:ascii="IM Fell English" w:hAnsi="IM Fell English"/>
          <w:color w:val="141414"/>
          <w:sz w:val="24"/>
        </w:rPr>
        <w:t>Miss White closed the final door behind them and leaned back against it for a moment, watching the feed with mild, proprietary interest.</w:t>
      </w:r>
    </w:p>
    <w:p>
      <w:r>
        <w:rPr>
          <w:rFonts w:ascii="IM Fell English" w:hAnsi="IM Fell English"/>
          <w:color w:val="141414"/>
          <w:sz w:val="24"/>
        </w:rPr>
        <w:t>“They finally got the mutt to her table,” she said. “Took her long enough.”</w:t>
      </w:r>
    </w:p>
    <w:p>
      <w:r>
        <w:rPr>
          <w:rFonts w:ascii="IM Fell English" w:hAnsi="IM Fell English"/>
          <w:color w:val="141414"/>
          <w:sz w:val="24"/>
        </w:rPr>
        <w:t>Miss Black walked to the implement wall, opened a lower drawer, and lifted out the Cunt Dagger.</w:t>
      </w:r>
    </w:p>
    <w:p>
      <w:r>
        <w:rPr>
          <w:rFonts w:ascii="IM Fell English" w:hAnsi="IM Fell English"/>
          <w:color w:val="141414"/>
          <w:sz w:val="24"/>
        </w:rPr>
        <w:t>The harness was heavy black leather, already broken in from years of use. The double-ended metal shaft gleamed under the playroom lights — one thick, ridged end for the wearer, the other a longer, slightly curved, blade-like shaft designed to open and ruin whoever was on the receiving end. Miss Black stepped into the harness, tightened the straps around her hips and thighs with practiced efficiency, and settled the thick internal end inside herself with a slow, controlled exhale. The outward shaft jutted forward, cold and ready.</w:t>
      </w:r>
    </w:p>
    <w:p>
      <w:r>
        <w:rPr>
          <w:rFonts w:ascii="IM Fell English" w:hAnsi="IM Fell English"/>
          <w:color w:val="141414"/>
          <w:sz w:val="24"/>
        </w:rPr>
        <w:t>She turned, the Cunt Dagger swaying slightly with the movement.</w:t>
      </w:r>
    </w:p>
    <w:p>
      <w:r>
        <w:rPr>
          <w:rFonts w:ascii="IM Fell English" w:hAnsi="IM Fell English"/>
          <w:color w:val="141414"/>
          <w:sz w:val="24"/>
        </w:rPr>
        <w:t>“Clothes off. I want to feel you while they strap the mutt down.”</w:t>
      </w:r>
    </w:p>
    <w:p>
      <w:r>
        <w:rPr>
          <w:rFonts w:ascii="IM Fell English" w:hAnsi="IM Fell English"/>
          <w:color w:val="141414"/>
          <w:sz w:val="24"/>
        </w:rPr>
        <w:t xml:space="preserve">Miss White pulled the white silk dress away, and Miss Black followed. They stood bare, wedding bands still on, the monitors painting their skin in shifting light. </w:t>
      </w:r>
    </w:p>
    <w:p>
      <w:r>
        <w:rPr>
          <w:rFonts w:ascii="IM Fell English" w:hAnsi="IM Fell English"/>
          <w:color w:val="141414"/>
          <w:sz w:val="24"/>
        </w:rPr>
        <w:t>On the center screen the handlers heaved Jennifer onto the waiting table. She did not have Jackie’s residual steadiness. She thrashed once, weakly, when the first thick restraint closed over her wrist. A scientist simply leaned an elbow on her forearm and waited until the resistance failed. Ankle restraints followed. Thigh. Waist. A wide band across her throat just below the collar. Jennifer’s remaining eye rolled toward the camera. Her split lips moved. No sound carried over the feed, but both women in the playroom could read the shape of the words.</w:t>
      </w:r>
    </w:p>
    <w:p>
      <w:r>
        <w:rPr>
          <w:rFonts w:ascii="IM Fell English" w:hAnsi="IM Fell English"/>
          <w:color w:val="141414"/>
          <w:sz w:val="24"/>
        </w:rPr>
        <w:t>Still trying to talk shit.</w:t>
      </w:r>
    </w:p>
    <w:p>
      <w:r>
        <w:rPr>
          <w:rFonts w:ascii="IM Fell English" w:hAnsi="IM Fell English"/>
          <w:color w:val="141414"/>
          <w:sz w:val="24"/>
        </w:rPr>
        <w:t>Miss Black stepped in close, gripped Miss White by the hair, and kissed her hard enough to draw blood from both their mouths. When she pulled back she kept one hand locked in the white hair and used the other to guide the long metal shaft of the Cunt Dagger between Miss White’s thighs.</w:t>
      </w:r>
    </w:p>
    <w:p>
      <w:r>
        <w:rPr>
          <w:rFonts w:ascii="IM Fell English" w:hAnsi="IM Fell English"/>
          <w:color w:val="141414"/>
          <w:sz w:val="24"/>
        </w:rPr>
        <w:t>“They’ll run the full destruction sequence on her,” Miss White murmured as the blunt, blade-like head pressed against her. “No layered pleasure. Just pain until the body fails. She won’t last the first third of the program.”</w:t>
      </w:r>
    </w:p>
    <w:p>
      <w:r>
        <w:rPr>
          <w:rFonts w:ascii="IM Fell English" w:hAnsi="IM Fell English"/>
          <w:color w:val="141414"/>
          <w:sz w:val="24"/>
        </w:rPr>
        <w:t>Miss Black’s voice stayed steady even as she pushed forward and buried half the length inside Miss White in one slow, relentless thrust.</w:t>
      </w:r>
    </w:p>
    <w:p>
      <w:r>
        <w:rPr>
          <w:rFonts w:ascii="IM Fell English" w:hAnsi="IM Fell English"/>
          <w:color w:val="141414"/>
          <w:sz w:val="24"/>
        </w:rPr>
        <w:t>“She isn’t meant to. The mutt’s only job left is to die on camera while we watch.” She drew back and drove in again, deeper, forcing a low sound out of Miss White. “Knives first. Then breath. Then the guns. I want you coming on the Cunt Dagger while they break her.”</w:t>
      </w:r>
    </w:p>
    <w:p>
      <w:r>
        <w:rPr>
          <w:rFonts w:ascii="IM Fell English" w:hAnsi="IM Fell English"/>
          <w:color w:val="141414"/>
          <w:sz w:val="24"/>
        </w:rPr>
        <w:t>On the feed the final restraints locked. The overhead armature of Miss Black’s Lucifer system unfolded with the same mechanical grace as its twin. Status lights shifted from amber to active red. Jennifer’s body jerked once when the first injector line went in. A second articulated arm lowered and began the opening sequence — pure pain, no stimulation, the system already treating her as disposable tissue.</w:t>
      </w:r>
    </w:p>
    <w:p>
      <w:r>
        <w:rPr>
          <w:rFonts w:ascii="IM Fell English" w:hAnsi="IM Fell English"/>
          <w:color w:val="141414"/>
          <w:sz w:val="24"/>
        </w:rPr>
        <w:t>Miss White grabbed a heavy strangulation strap from the wall, looped it around Miss Black’s throat, and buckled it while the Cunt Dagger continued to work inside her. She tightened the strap in measured pulls timed to Miss Black’s thrusts. Blood from the shallow cuts Miss Black had already started across her breasts and stomach smeared between them. Whenever one of them came close to the edge, the other adjusted — the strap, the depth, the angle — keeping the game alive.</w:t>
      </w:r>
    </w:p>
    <w:p>
      <w:r>
        <w:rPr>
          <w:rFonts w:ascii="IM Fell English" w:hAnsi="IM Fell English"/>
          <w:color w:val="141414"/>
          <w:sz w:val="24"/>
        </w:rPr>
        <w:t>On the monitors Jennifer’s table was fully live. The system had moved past the opening injectors into the heavier implements. Jennifer’s back arched against the restraints hard enough to make the frame creak. Her mouth opened in a silent, continuous scream that occasionally broke into the same broken, defiant shape of laughter she had carried through every previous layer. Blood began to pool under the table. The scientists watched the readouts without expression.</w:t>
      </w:r>
    </w:p>
    <w:p>
      <w:r>
        <w:rPr>
          <w:rFonts w:ascii="IM Fell English" w:hAnsi="IM Fell English"/>
          <w:color w:val="141414"/>
          <w:sz w:val="24"/>
        </w:rPr>
        <w:t>Miss Black fucked Miss White harder, the Cunt Dagger’s ridged metal shaft forcing wet, helpless sounds out of her with every thrust. Miss White yanked the strap tight enough that Miss Black’s vision tunneled, then loosened it just enough to let her breathe again. They moved like that — strap, metal, blood, teeth — while the feed showed Jennifer’s body beginning to fail in earnest under the pure destruction program.</w:t>
      </w:r>
    </w:p>
    <w:p>
      <w:r>
        <w:rPr>
          <w:rFonts w:ascii="IM Fell English" w:hAnsi="IM Fell English"/>
          <w:color w:val="141414"/>
          <w:sz w:val="24"/>
        </w:rPr>
        <w:t>When Miss White came the first time she pulled the strap so tight that Miss Black’s knees nearly buckled. When she loosened it, Miss Black’s own orgasm followed in a rough, silent shudder that drove the Cunt Dagger even deeper. They stayed locked together, breathing hard, blood and sweat smeared between them, and turned their heads in the same moment to watch the center screen.</w:t>
      </w:r>
    </w:p>
    <w:p>
      <w:r>
        <w:rPr>
          <w:rFonts w:ascii="IM Fell English" w:hAnsi="IM Fell English"/>
          <w:color w:val="141414"/>
          <w:sz w:val="24"/>
        </w:rPr>
        <w:t>Jennifer’s vital signs were already collapsing. The Lucifer system did not slow.</w:t>
      </w:r>
    </w:p>
    <w:p>
      <w:r>
        <w:rPr>
          <w:rFonts w:ascii="IM Fell English" w:hAnsi="IM Fell English"/>
          <w:color w:val="141414"/>
          <w:sz w:val="24"/>
        </w:rPr>
        <w:t>Miss White’s voice was hoarse and satisfied.</w:t>
      </w:r>
    </w:p>
    <w:p>
      <w:r>
        <w:rPr>
          <w:rFonts w:ascii="IM Fell English" w:hAnsi="IM Fell English"/>
          <w:color w:val="141414"/>
          <w:sz w:val="24"/>
        </w:rPr>
        <w:t>“Guns next. I want to feel you fuck me with that thing while I decide which magazine you get.”</w:t>
      </w:r>
    </w:p>
    <w:p>
      <w:r>
        <w:rPr>
          <w:rFonts w:ascii="IM Fell English" w:hAnsi="IM Fell English"/>
          <w:color w:val="141414"/>
          <w:sz w:val="24"/>
        </w:rPr>
        <w:t>Miss Black reached for the nearest pistol without looking away from the feed, the Cunt Dagger still buried to the hilt inside her wife.</w:t>
      </w:r>
    </w:p>
    <w:p>
      <w:r>
        <w:rPr>
          <w:rFonts w:ascii="IM Fell English" w:hAnsi="IM Fell English"/>
          <w:color w:val="141414"/>
          <w:sz w:val="24"/>
        </w:rPr>
        <w:t>“Hollow-points first,” she said. “Then the regular ones. We have all night, and the mutt is still breathing.”</w:t>
      </w:r>
    </w:p>
    <w:p>
      <w:r>
        <w:rPr>
          <w:rFonts w:ascii="IM Fell English" w:hAnsi="IM Fell English"/>
          <w:color w:val="141414"/>
          <w:sz w:val="24"/>
        </w:rPr>
        <w:t>On the screen Jennifer’s body convulsed once more under the active arms of the system. The scientists made no move to intervene.</w:t>
      </w:r>
    </w:p>
    <w:p>
      <w:r>
        <w:rPr>
          <w:rFonts w:ascii="IM Fell English" w:hAnsi="IM Fell English"/>
          <w:color w:val="141414"/>
          <w:sz w:val="24"/>
        </w:rPr>
        <w:t>In the playroom the two women reloaded, smiled, and began the next round — the heavy metal shaft of the Cunt Dagger still joining them, the monitors still glowing, and the long night of pure sadomasochism only getting started.</w:t>
      </w:r>
    </w:p>
    <w:p>
      <w:pPr>
        <w:pStyle w:val="Heading1"/>
        <w:jc w:val="center"/>
      </w:pPr>
      <w:r>
        <w:rPr>
          <w:rFonts w:ascii="IM Fell English" w:hAnsi="IM Fell English"/>
          <w:color w:val="0D0D0D"/>
        </w:rPr>
        <w:t>CHAPTER 25 — MISS BLACK &amp; MISS WHITE — LOADED</w:t>
      </w:r>
    </w:p>
    <w:p>
      <w:r>
        <w:rPr>
          <w:rFonts w:ascii="IM Fell English" w:hAnsi="IM Fell English"/>
          <w:color w:val="141414"/>
          <w:sz w:val="24"/>
        </w:rPr>
        <w:t xml:space="preserve">The playroom was warm with their bodies and the electronic hum from the monitors. </w:t>
      </w:r>
    </w:p>
    <w:p>
      <w:r>
        <w:rPr>
          <w:rFonts w:ascii="IM Fell English" w:hAnsi="IM Fell English"/>
          <w:color w:val="141414"/>
          <w:sz w:val="24"/>
        </w:rPr>
        <w:t>Miss Black still wore the Cunt Dagger. The heavy black harness was slick with blood and other fluids; the long metal shaft glistened each time she moved. Miss White’s skin was mapped with shallow, precise cuts that continued to bead and run. The strangulation strap hung loose around Miss Black’s throat, ready to be tightened again at a moment’s notice. Both women were breathing hard, eyes bright, wedding bands smeared with red.</w:t>
      </w:r>
    </w:p>
    <w:p>
      <w:r>
        <w:rPr>
          <w:rFonts w:ascii="IM Fell English" w:hAnsi="IM Fell English"/>
          <w:color w:val="141414"/>
          <w:sz w:val="24"/>
        </w:rPr>
        <w:t>On the three monitors the two Lucifer systems ran in parallel.</w:t>
      </w:r>
    </w:p>
    <w:p>
      <w:r>
        <w:rPr>
          <w:rFonts w:ascii="IM Fell English" w:hAnsi="IM Fell English"/>
          <w:color w:val="141414"/>
          <w:sz w:val="24"/>
        </w:rPr>
        <w:t>The left screen showed Jackie’s table inside Miss White’s base. The articulated arms worked with cold, layered precision — stimulation and damage alternating in the complex program Miss White had loaded. Jackie’s body arched and shuddered against the restraints. Her mouth was open. Sweat and other fluids sheened her skin. The readouts showed elevated heart rate, cascading endorphins, and the slow accumulation of trauma that had not yet reached critical. She was still lasting.</w:t>
      </w:r>
    </w:p>
    <w:p>
      <w:r>
        <w:rPr>
          <w:rFonts w:ascii="IM Fell English" w:hAnsi="IM Fell English"/>
          <w:color w:val="141414"/>
          <w:sz w:val="24"/>
        </w:rPr>
        <w:t>The center and right screens showed Jennifer’s table inside Miss Black’s base. There was no layered pleasure in that program. The arms moved with brutal efficiency, delivering pure destruction. Jennifer’s body convulsed in irregular waves. Blood had overflowed the table drains and pooled on the white floor. Her vital signs were a collapsing series of alarms that the scientists ignored. She was no longer trying to grin. She was simply trying to breathe.</w:t>
      </w:r>
    </w:p>
    <w:p>
      <w:r>
        <w:rPr>
          <w:rFonts w:ascii="IM Fell English" w:hAnsi="IM Fell English"/>
          <w:color w:val="141414"/>
          <w:sz w:val="24"/>
        </w:rPr>
        <w:t>Miss White picked up the second pistol, checked the hollow-point magazine, and chambered a round with a soft, metallic click.</w:t>
      </w:r>
    </w:p>
    <w:p>
      <w:r>
        <w:rPr>
          <w:rFonts w:ascii="IM Fell English" w:hAnsi="IM Fell English"/>
          <w:color w:val="141414"/>
          <w:sz w:val="24"/>
        </w:rPr>
        <w:t>“Your kitten is still performing,” she said, voice rough from the strap and the earlier screams. “Mine is almost finished.”</w:t>
      </w:r>
    </w:p>
    <w:p>
      <w:r>
        <w:rPr>
          <w:rFonts w:ascii="IM Fell English" w:hAnsi="IM Fell English"/>
          <w:color w:val="141414"/>
          <w:sz w:val="24"/>
        </w:rPr>
        <w:t>Miss Black drove the Cunt Dagger back into her with a single, deep thrust that forced a broken sound out of Miss White’s throat. She kept her hips flush and reached for the first pistol, the one already loaded with regular ball ammunition.</w:t>
      </w:r>
    </w:p>
    <w:p>
      <w:r>
        <w:rPr>
          <w:rFonts w:ascii="IM Fell English" w:hAnsi="IM Fell English"/>
          <w:color w:val="141414"/>
          <w:sz w:val="24"/>
        </w:rPr>
        <w:t>“Then we finish each other while we watch.”</w:t>
      </w:r>
    </w:p>
    <w:p>
      <w:r>
        <w:rPr>
          <w:rFonts w:ascii="IM Fell English" w:hAnsi="IM Fell English"/>
          <w:color w:val="141414"/>
          <w:sz w:val="24"/>
        </w:rPr>
        <w:t>They did not bother with the bench this time.</w:t>
      </w:r>
    </w:p>
    <w:p>
      <w:r>
        <w:rPr>
          <w:rFonts w:ascii="IM Fell English" w:hAnsi="IM Fell English"/>
          <w:color w:val="141414"/>
          <w:sz w:val="24"/>
        </w:rPr>
        <w:t>Miss White shoved Miss Black backward until her shoulders hit the steel frame. The strangulation strap was yanked tight again. Miss Black’s vision tunneled at the edges, but she kept thrusting, the heavy metal shaft of the Cunt Dagger slamming into Miss White with wet, relentless force. Miss White raised the hollow-point pistol, pressed the muzzle low against Miss Black’s ribs, and pulled the trigger.</w:t>
      </w:r>
    </w:p>
    <w:p>
      <w:r>
        <w:rPr>
          <w:rFonts w:ascii="IM Fell English" w:hAnsi="IM Fell English"/>
          <w:color w:val="141414"/>
          <w:sz w:val="24"/>
        </w:rPr>
        <w:t>The shot was loud in the closed room.</w:t>
      </w:r>
    </w:p>
    <w:p>
      <w:r>
        <w:rPr>
          <w:rFonts w:ascii="IM Fell English" w:hAnsi="IM Fell English"/>
          <w:color w:val="141414"/>
          <w:sz w:val="24"/>
        </w:rPr>
        <w:t>Miss Black’s body jerked. Blood sprayed across Miss White’s stomach and breasts. The bullet had passed cleanly through the side, missing anything immediately fatal. Miss Black laughed once, breathless and dark, and answered by firing the regular-load pistol into the meat of Miss White’s thigh at close range. The impact drove Miss White sideways; she kept her grip on the strap and on her own weapon.</w:t>
      </w:r>
    </w:p>
    <w:p>
      <w:r>
        <w:rPr>
          <w:rFonts w:ascii="IM Fell English" w:hAnsi="IM Fell English"/>
          <w:color w:val="141414"/>
          <w:sz w:val="24"/>
        </w:rPr>
        <w:t>They fucked through it.</w:t>
      </w:r>
    </w:p>
    <w:p>
      <w:r>
        <w:rPr>
          <w:rFonts w:ascii="IM Fell English" w:hAnsi="IM Fell English"/>
          <w:color w:val="141414"/>
          <w:sz w:val="24"/>
        </w:rPr>
        <w:t>Every thrust of the Cunt Dagger forced fresh blood from the new wounds. Every pull of the strap made the next shot less steady. They traded rounds the way they traded breath — measured, vicious, intimate. Hollow-points for the larger, tearing wounds. Regular ball for the cleaner holes that still let them keep moving. The floor grew slippery. The monitors continued to glow.</w:t>
      </w:r>
    </w:p>
    <w:p>
      <w:r>
        <w:rPr>
          <w:rFonts w:ascii="IM Fell English" w:hAnsi="IM Fell English"/>
          <w:color w:val="141414"/>
          <w:sz w:val="24"/>
        </w:rPr>
        <w:t>On the left screen Jackie’s program escalated. The Lucifer arms introduced the heavier implements. Her back arched hard enough to lift her clear of the table for a second before the restraints slammed her back down. A long, raw sound tore out of her — part agony, part unmistakable pleasure. The scientists watching her feed leaned in slightly. She was still inside the viable window.</w:t>
      </w:r>
    </w:p>
    <w:p>
      <w:r>
        <w:rPr>
          <w:rFonts w:ascii="IM Fell English" w:hAnsi="IM Fell English"/>
          <w:color w:val="141414"/>
          <w:sz w:val="24"/>
        </w:rPr>
        <w:t>On the center screen Jennifer’s program had no such window left. The system had moved to the terminal sequence. Her body no longer arched so much as spasmed. The readouts were flat-lining in jagged steps. One of the scientists glanced at the communication panel, waiting for an abort that did not come.</w:t>
      </w:r>
    </w:p>
    <w:p>
      <w:r>
        <w:rPr>
          <w:rFonts w:ascii="IM Fell English" w:hAnsi="IM Fell English"/>
          <w:color w:val="141414"/>
          <w:sz w:val="24"/>
        </w:rPr>
        <w:t>Miss White’s back hit the wall. Miss Black followed, still buried to the hilt inside her, still wearing the Cunt Dagger like a weapon. The strangulation strap was so tight that Miss Black’s face had gone dark with blood. Miss White fired one more hollow-point into the muscle above Miss Black’s hip. Miss Black answered by pressing her own muzzle under Miss White’s jaw and pulling the trigger at an angle that sent the bullet up through the cheek and out the temple in a spray of red and white.</w:t>
      </w:r>
    </w:p>
    <w:p>
      <w:r>
        <w:rPr>
          <w:rFonts w:ascii="IM Fell English" w:hAnsi="IM Fell English"/>
          <w:color w:val="141414"/>
          <w:sz w:val="24"/>
        </w:rPr>
        <w:t>Miss White’s knees buckled.</w:t>
      </w:r>
    </w:p>
    <w:p>
      <w:r>
        <w:rPr>
          <w:rFonts w:ascii="IM Fell English" w:hAnsi="IM Fell English"/>
          <w:color w:val="141414"/>
          <w:sz w:val="24"/>
        </w:rPr>
        <w:t>Miss Black caught her by the throat — strap and all — and lowered them both to the floor without ever pulling the Cunt Dagger free. They landed in a tangled, bleeding heap, still joined by the heavy metal shaft. Miss White’s eyes were open but no longer tracking. Blood poured from the exit wound in a steady pulse that was already slowing.</w:t>
      </w:r>
    </w:p>
    <w:p>
      <w:r>
        <w:rPr>
          <w:rFonts w:ascii="IM Fell English" w:hAnsi="IM Fell English"/>
          <w:color w:val="141414"/>
          <w:sz w:val="24"/>
        </w:rPr>
        <w:t>Miss Black stayed inside her, breathing in wet, shallow pulls, and turned her head toward the monitors one last time.</w:t>
      </w:r>
    </w:p>
    <w:p>
      <w:r>
        <w:rPr>
          <w:rFonts w:ascii="IM Fell English" w:hAnsi="IM Fell English"/>
          <w:color w:val="141414"/>
          <w:sz w:val="24"/>
        </w:rPr>
        <w:t>Jackie was still fighting the program, body shining with sweat and blood, mouth open in a continuous, broken cry that was no longer entirely pain.</w:t>
      </w:r>
    </w:p>
    <w:p>
      <w:r>
        <w:rPr>
          <w:rFonts w:ascii="IM Fell English" w:hAnsi="IM Fell English"/>
          <w:color w:val="141414"/>
          <w:sz w:val="24"/>
        </w:rPr>
        <w:t>Jennifer’s table had gone almost still. The Lucifer arms continued their work on tissue that no longer responded. The scientists on that feed finally looked at one another. One of them reached for the communication panel and held the receiver to his ear, waiting.</w:t>
      </w:r>
    </w:p>
    <w:p>
      <w:r>
        <w:rPr>
          <w:rFonts w:ascii="IM Fell English" w:hAnsi="IM Fell English"/>
          <w:color w:val="141414"/>
          <w:sz w:val="24"/>
        </w:rPr>
        <w:t>No one answered.</w:t>
      </w:r>
    </w:p>
    <w:p>
      <w:r>
        <w:rPr>
          <w:rFonts w:ascii="IM Fell English" w:hAnsi="IM Fell English"/>
          <w:color w:val="141414"/>
          <w:sz w:val="24"/>
        </w:rPr>
        <w:t>In the playroom Miss Black’s hand slipped from the strap. Her eyes stayed open, fixed on the left-hand monitor where her kitten still endured. The Cunt Dagger remained buried inside her dead wife. The pistols lay in the spreading pool of their mixed blood.</w:t>
      </w:r>
    </w:p>
    <w:p>
      <w:r>
        <w:rPr>
          <w:rFonts w:ascii="IM Fell English" w:hAnsi="IM Fell English"/>
          <w:color w:val="141414"/>
          <w:sz w:val="24"/>
        </w:rPr>
        <w:t>The feeds kept running.</w:t>
      </w:r>
    </w:p>
    <w:p>
      <w:r>
        <w:rPr>
          <w:rFonts w:ascii="IM Fell English" w:hAnsi="IM Fell English"/>
          <w:color w:val="141414"/>
          <w:sz w:val="24"/>
        </w:rPr>
        <w:t>The abort commands were never sent.</w:t>
      </w:r>
    </w:p>
    <w:p>
      <w:r>
        <w:rPr>
          <w:rFonts w:ascii="IM Fell English" w:hAnsi="IM Fell English"/>
          <w:color w:val="141414"/>
          <w:sz w:val="24"/>
        </w:rPr>
        <w:t>And the two Lucifer systems — one still testing the limits of a body that refused to quit, one methodically finishing a body that already had — continued their work in perfect, unanswered silence.</w:t>
      </w:r>
    </w:p>
    <w:p>
      <w:pPr>
        <w:pStyle w:val="Heading1"/>
        <w:jc w:val="center"/>
      </w:pPr>
      <w:r>
        <w:rPr>
          <w:rFonts w:ascii="IM Fell English" w:hAnsi="IM Fell English"/>
          <w:color w:val="0D0D0D"/>
        </w:rPr>
        <w:t>CHAPTER 26 — LUCIFER</w:t>
      </w:r>
    </w:p>
    <w:p>
      <w:r>
        <w:rPr>
          <w:rFonts w:ascii="IM Fell English" w:hAnsi="IM Fell English"/>
          <w:color w:val="141414"/>
          <w:sz w:val="24"/>
        </w:rPr>
        <w:t>The two rooms were mirrors of each other, separated by continents and linked only by the live feeds that no longer had anyone left to watch them.</w:t>
      </w:r>
    </w:p>
    <w:p>
      <w:r>
        <w:rPr>
          <w:rFonts w:ascii="IM Fell English" w:hAnsi="IM Fell English"/>
          <w:color w:val="141414"/>
          <w:sz w:val="24"/>
        </w:rPr>
        <w:t>In Miss White’s deepest level the circular white chamber hummed with the steady, layered violence of a fully active Lucifer system. Jackie lay strapped to the heavy table, collar still locked, every restraint seated and locked. The overhead armature had unfolded into its complete working configuration. Three thick, piston-driven jackhammer units were already buried inside her — one in her cunt, one in her ass, one locked into her throat by a hinged brace that kept her jaw forced open. The shafts pistoned with mechanical precision, deep and relentless, the force calibrated to bruise and stretch without immediate rupture. Between the thrusts, thin articulated blades extended from secondary arms and opened long, shallow tracts across her breasts, her stomach, the insides of her thighs — cuts that bled freely but deliberately avoided arteries and organs. A heavy strangulation cuff around her throat inflated and deflated in timed cycles, cutting her air to a thin whistle and then returning it just before blackout. Electrodes along her spine and the soles of her feet delivered measured shocks that forced her muscles to seize and release in waves.</w:t>
      </w:r>
    </w:p>
    <w:p>
      <w:r>
        <w:rPr>
          <w:rFonts w:ascii="IM Fell English" w:hAnsi="IM Fell English"/>
          <w:color w:val="141414"/>
          <w:sz w:val="24"/>
        </w:rPr>
        <w:t>Jackie took it.</w:t>
      </w:r>
    </w:p>
    <w:p>
      <w:r>
        <w:rPr>
          <w:rFonts w:ascii="IM Fell English" w:hAnsi="IM Fell English"/>
          <w:color w:val="141414"/>
          <w:sz w:val="24"/>
        </w:rPr>
        <w:t>Her body arched hard against the restraints with every combined thrust and cut and loss of air. Sweat and blood sheened her skin. Her eyes were open, glassy, tracking nothing. Sounds came out of her around the jackhammer in her throat — raw, continuous, broken things that were no longer cleanly pain or pleasure. The system’s pleasure circuits still fired in overlapping waves, flooding her with forced endorphins even as the destruction circuits opened her. The readouts along the wall showed a body being taken apart in carefully sustained increments. She had been on the table for a long time. She was still inside the viable window, but the window was narrowing.</w:t>
      </w:r>
    </w:p>
    <w:p>
      <w:r>
        <w:rPr>
          <w:rFonts w:ascii="IM Fell English" w:hAnsi="IM Fell English"/>
          <w:color w:val="141414"/>
          <w:sz w:val="24"/>
        </w:rPr>
        <w:t>The two scientists monitoring her feed exchanged a glance. One of them checked the communication panel again. No abort. No response from either handler.</w:t>
      </w:r>
    </w:p>
    <w:p>
      <w:r>
        <w:rPr>
          <w:rFonts w:ascii="IM Fell English" w:hAnsi="IM Fell English"/>
          <w:color w:val="141414"/>
          <w:sz w:val="24"/>
        </w:rPr>
        <w:t>In Miss Black’s deepest level the mirrored room ran a different program.</w:t>
      </w:r>
    </w:p>
    <w:p>
      <w:r>
        <w:rPr>
          <w:rFonts w:ascii="IM Fell English" w:hAnsi="IM Fell English"/>
          <w:color w:val="141414"/>
          <w:sz w:val="24"/>
        </w:rPr>
        <w:t>Jennifer’s table had no pleasure layer. The three jackhammers worked with the same mechanical force, but the blades cut deeper and more often. The strangulation cycles lasted longer. The shocks were stronger. Blood had already overflowed the table drains and spread in a wide dark pool across the white floor. Jennifer’s body no longer arched so much as convulsed. The left side of her ribcage was open in long, parallel tracts. One thigh was filleted to the muscle. The jackhammer in her throat had long since torn her voice down to wet, arrhythmic clicks. Her remaining eye was open but no longer focused. The vital readouts were a collapsing staircase of alarms.</w:t>
      </w:r>
    </w:p>
    <w:p>
      <w:r>
        <w:rPr>
          <w:rFonts w:ascii="IM Fell English" w:hAnsi="IM Fell English"/>
          <w:color w:val="141414"/>
          <w:sz w:val="24"/>
        </w:rPr>
        <w:t>She had stopped trying to grin some time ago.</w:t>
      </w:r>
    </w:p>
    <w:p>
      <w:r>
        <w:rPr>
          <w:rFonts w:ascii="IM Fell English" w:hAnsi="IM Fell English"/>
          <w:color w:val="141414"/>
          <w:sz w:val="24"/>
        </w:rPr>
        <w:t>One of the scientists on her side finally picked up the hard-line receiver and held it to his ear. He waited through a full thirty seconds of silence, then looked at his colleague and shook his head once.</w:t>
      </w:r>
    </w:p>
    <w:p>
      <w:r>
        <w:rPr>
          <w:rFonts w:ascii="IM Fell English" w:hAnsi="IM Fell English"/>
          <w:color w:val="141414"/>
          <w:sz w:val="24"/>
        </w:rPr>
        <w:t>No answer from the mansion.</w:t>
      </w:r>
    </w:p>
    <w:p>
      <w:r>
        <w:rPr>
          <w:rFonts w:ascii="IM Fell English" w:hAnsi="IM Fell English"/>
          <w:color w:val="141414"/>
          <w:sz w:val="24"/>
        </w:rPr>
        <w:t>No abort.</w:t>
      </w:r>
    </w:p>
    <w:p>
      <w:r>
        <w:rPr>
          <w:rFonts w:ascii="IM Fell English" w:hAnsi="IM Fell English"/>
          <w:color w:val="141414"/>
          <w:sz w:val="24"/>
        </w:rPr>
        <w:t>The Lucifer system assigned to Jennifer simply continued. The jackhammers did not slow. The blades did not retract. The strangulation cuff inflated again and stayed inflated longer than any previous cycle. Jennifer’s body gave a final series of irregular spasms and then went slack. The readouts flat-lined in sequence. The machine kept working on tissue that no longer resisted.</w:t>
      </w:r>
    </w:p>
    <w:p>
      <w:r>
        <w:rPr>
          <w:rFonts w:ascii="IM Fell English" w:hAnsi="IM Fell English"/>
          <w:color w:val="141414"/>
          <w:sz w:val="24"/>
        </w:rPr>
        <w:t>In Miss White’s chamber the scientists watching Jackie’s feed saw the parallel numbers drop to zero on the other system. They looked at each other. One of them reached for the override panel, finger hovering over the manual abort that would shut Miss White’s Lucifer down.</w:t>
      </w:r>
    </w:p>
    <w:p>
      <w:r>
        <w:rPr>
          <w:rFonts w:ascii="IM Fell English" w:hAnsi="IM Fell English"/>
          <w:color w:val="141414"/>
          <w:sz w:val="24"/>
        </w:rPr>
        <w:t>He did not press it yet.</w:t>
      </w:r>
    </w:p>
    <w:p>
      <w:r>
        <w:rPr>
          <w:rFonts w:ascii="IM Fell English" w:hAnsi="IM Fell English"/>
          <w:color w:val="141414"/>
          <w:sz w:val="24"/>
        </w:rPr>
        <w:t>On the table Jackie’s back still lifted with every thrust of the three jackhammers. Blood ran in thin sheets from the non-vital cuts. The strangulation cuff released; she dragged in a ragged, desperate breath around the shaft locked in her throat, and the pleasure circuit fired again, forcing another broken, involuntary sound out of her. The system had not finished with her. The scientists could see the remaining runtime still counting down in clean red digits.</w:t>
      </w:r>
    </w:p>
    <w:p>
      <w:r>
        <w:rPr>
          <w:rFonts w:ascii="IM Fell English" w:hAnsi="IM Fell English"/>
          <w:color w:val="141414"/>
          <w:sz w:val="24"/>
        </w:rPr>
        <w:t>They waited.</w:t>
      </w:r>
    </w:p>
    <w:p>
      <w:r>
        <w:rPr>
          <w:rFonts w:ascii="IM Fell English" w:hAnsi="IM Fell English"/>
          <w:color w:val="141414"/>
          <w:sz w:val="24"/>
        </w:rPr>
        <w:t>The abort authority belonged to Miss Black and Miss White.</w:t>
      </w:r>
    </w:p>
    <w:p>
      <w:r>
        <w:rPr>
          <w:rFonts w:ascii="IM Fell English" w:hAnsi="IM Fell English"/>
          <w:color w:val="141414"/>
          <w:sz w:val="24"/>
        </w:rPr>
        <w:t>Neither of them answered.</w:t>
      </w:r>
    </w:p>
    <w:p>
      <w:r>
        <w:rPr>
          <w:rFonts w:ascii="IM Fell English" w:hAnsi="IM Fell English"/>
          <w:color w:val="141414"/>
          <w:sz w:val="24"/>
        </w:rPr>
        <w:t>And both Lucifer systems — one methodically finishing a corpse, one still testing the limits of a body that refused to quit — continued their work in the unanswered quiet of the deepest levels.</w:t>
      </w:r>
    </w:p>
    <w:p>
      <w:pPr>
        <w:pStyle w:val="Heading1"/>
        <w:jc w:val="center"/>
      </w:pPr>
      <w:r>
        <w:rPr>
          <w:rFonts w:ascii="IM Fell English" w:hAnsi="IM Fell English"/>
          <w:color w:val="0D0D0D"/>
        </w:rPr>
        <w:t>CHAPTER 27 — ABORT</w:t>
      </w:r>
    </w:p>
    <w:p>
      <w:r>
        <w:rPr>
          <w:rFonts w:ascii="IM Fell English" w:hAnsi="IM Fell English"/>
          <w:color w:val="141414"/>
          <w:sz w:val="24"/>
        </w:rPr>
        <w:t>The two deepest rooms continued to run in unanswered silence.</w:t>
      </w:r>
    </w:p>
    <w:p>
      <w:r>
        <w:rPr>
          <w:rFonts w:ascii="IM Fell English" w:hAnsi="IM Fell English"/>
          <w:color w:val="141414"/>
          <w:sz w:val="24"/>
        </w:rPr>
        <w:t>In Miss Black’s chamber the Lucifer system had not paused when Jennifer’s vitals flat-lined. The three jackhammers kept their steady, mechanical rhythm inside tissue that no longer closed around them. The blades continued their long, precise tracts, opening flesh that no longer bled with any urgency. The strangulation cuff inflated and deflated on its timer even though there was no breath left to steal. The scientists had stepped back from the table. One of them had already begun the paperwork that accompanied a completed full-destruction run. The other simply watched the arms work, face blank. The mutt had done what she was supposed to do. She had died on camera. The machine was only finishing the job.</w:t>
      </w:r>
    </w:p>
    <w:p>
      <w:r>
        <w:rPr>
          <w:rFonts w:ascii="IM Fell English" w:hAnsi="IM Fell English"/>
          <w:color w:val="141414"/>
          <w:sz w:val="24"/>
        </w:rPr>
        <w:t>In Miss White’s chamber the numbers were different.</w:t>
      </w:r>
    </w:p>
    <w:p>
      <w:r>
        <w:rPr>
          <w:rFonts w:ascii="IM Fell English" w:hAnsi="IM Fell English"/>
          <w:color w:val="141414"/>
          <w:sz w:val="24"/>
        </w:rPr>
        <w:t>Jackie was still alive.</w:t>
      </w:r>
    </w:p>
    <w:p>
      <w:r>
        <w:rPr>
          <w:rFonts w:ascii="IM Fell English" w:hAnsi="IM Fell English"/>
          <w:color w:val="141414"/>
          <w:sz w:val="24"/>
        </w:rPr>
        <w:t>The three jackhammers still pistoned into her with the same relentless force — cunt, ass, throat — the shafts slick with blood and other fluids. The non-vital blades had opened a lattice of long, shallow cuts across her breasts, her stomach, the insides of both thighs, the soles of her feet. Blood ran in thin, steady sheets into the table drains. The strangulation cuff continued its cycles, starving her of air until the edge of blackout and then returning it in carefully measured gasps. The pleasure circuits still fired in overlapping waves, forcing her ruined body to arch and shudder even as the destruction circuits took it apart. Her eyes were open, unfocused, glassy with tears and pain and the chemical flood the system kept pumping through her. Sounds still left her around the jackhammer locked in her throat — wet, broken, continuous.</w:t>
      </w:r>
    </w:p>
    <w:p>
      <w:r>
        <w:rPr>
          <w:rFonts w:ascii="IM Fell English" w:hAnsi="IM Fell English"/>
          <w:color w:val="141414"/>
          <w:sz w:val="24"/>
        </w:rPr>
        <w:t>The runtime counter on the wall display had dropped into its final third.</w:t>
      </w:r>
    </w:p>
    <w:p>
      <w:r>
        <w:rPr>
          <w:rFonts w:ascii="IM Fell English" w:hAnsi="IM Fell English"/>
          <w:color w:val="141414"/>
          <w:sz w:val="24"/>
        </w:rPr>
        <w:t>The two scientists monitoring her feed had stopped pretending to wait for an abort from the mansion. The hard-line receiver sat off-hook. They had called every priority channel. They had received nothing but dead air. Miss Black and Miss White were not going to answer. The contingency protocol was clear: if both primary authorities were non-responsive and a subject remained inside the viable window at the start of the terminal sequence, the attending team was authorized to issue a manual abort.</w:t>
      </w:r>
    </w:p>
    <w:p>
      <w:r>
        <w:rPr>
          <w:rFonts w:ascii="IM Fell English" w:hAnsi="IM Fell English"/>
          <w:color w:val="141414"/>
          <w:sz w:val="24"/>
        </w:rPr>
        <w:t>The senior scientist looked at the readouts one last time. Jackie’s heart rate was erratic but present. Blood pressure was crashing in steps. Core temperature was still high enough. She had taken everything the system had been designed to deliver and she was still inside the window — barely.</w:t>
      </w:r>
    </w:p>
    <w:p>
      <w:r>
        <w:rPr>
          <w:rFonts w:ascii="IM Fell English" w:hAnsi="IM Fell English"/>
          <w:color w:val="141414"/>
          <w:sz w:val="24"/>
        </w:rPr>
        <w:t>He entered the override code.</w:t>
      </w:r>
    </w:p>
    <w:p>
      <w:r>
        <w:rPr>
          <w:rFonts w:ascii="IM Fell English" w:hAnsi="IM Fell English"/>
          <w:color w:val="141414"/>
          <w:sz w:val="24"/>
        </w:rPr>
        <w:t>The second scientist confirmed it.</w:t>
      </w:r>
    </w:p>
    <w:p>
      <w:r>
        <w:rPr>
          <w:rFonts w:ascii="IM Fell English" w:hAnsi="IM Fell English"/>
          <w:color w:val="141414"/>
          <w:sz w:val="24"/>
        </w:rPr>
        <w:t>The abort command went through.</w:t>
      </w:r>
    </w:p>
    <w:p>
      <w:r>
        <w:rPr>
          <w:rFonts w:ascii="IM Fell English" w:hAnsi="IM Fell English"/>
          <w:color w:val="141414"/>
          <w:sz w:val="24"/>
        </w:rPr>
        <w:t>In Miss White’s chamber the Lucifer system hesitated for a fraction of a second, as if reluctant. Then the three jackhammers slowed, stopped, and began to retract. The blades folded back into their housings. The strangulation cuff deflated and unlocked. The pleasure and destruction circuits powered down in sequence. The overhead armature folded itself into its standby configuration with soft, hydraulic finality. Status lights shifted from active crimson to standby amber and then to cool blue.</w:t>
      </w:r>
    </w:p>
    <w:p>
      <w:r>
        <w:rPr>
          <w:rFonts w:ascii="IM Fell English" w:hAnsi="IM Fell English"/>
          <w:color w:val="141414"/>
          <w:sz w:val="24"/>
        </w:rPr>
        <w:t>Jackie lay in the sudden quiet, chest heaving in shallow, ragged pulls. Blood continued to run from the lattice of cuts. Her wrists and ankles stayed locked in the restraints. Her eyes were open but did not track. A thin thread of sound still leaked from her ruined throat — not words, just the residual noise of a body that had been kept at the absolute edge for too long.</w:t>
      </w:r>
    </w:p>
    <w:p>
      <w:r>
        <w:rPr>
          <w:rFonts w:ascii="IM Fell English" w:hAnsi="IM Fell English"/>
          <w:color w:val="141414"/>
          <w:sz w:val="24"/>
        </w:rPr>
        <w:t>The scientists moved in.</w:t>
      </w:r>
    </w:p>
    <w:p>
      <w:r>
        <w:rPr>
          <w:rFonts w:ascii="IM Fell English" w:hAnsi="IM Fell English"/>
          <w:color w:val="141414"/>
          <w:sz w:val="24"/>
        </w:rPr>
        <w:t>They did not speak. One began releasing the major restraints while the other started the emergency stabilizers — pressure dressings, injectors, the portable field unit that would keep her from slipping out of the window she had only just been allowed to keep. Jackie’s body twitched when the last jackhammer shaft slid free of her throat. A thick, wet cough brought up blood and other fluid. She did not quite regain consciousness, but the monitors showed a heart that was still trying to find a rhythm and lungs that were still trying to pull air.</w:t>
      </w:r>
    </w:p>
    <w:p>
      <w:r>
        <w:rPr>
          <w:rFonts w:ascii="IM Fell English" w:hAnsi="IM Fell English"/>
          <w:color w:val="141414"/>
          <w:sz w:val="24"/>
        </w:rPr>
        <w:t>In Miss Black’s chamber the other Lucifer system received no such command.</w:t>
      </w:r>
    </w:p>
    <w:p>
      <w:r>
        <w:rPr>
          <w:rFonts w:ascii="IM Fell English" w:hAnsi="IM Fell English"/>
          <w:color w:val="141414"/>
          <w:sz w:val="24"/>
        </w:rPr>
        <w:t>It continued its work on Jennifer’s corpse without interruption. The jackhammers. The blades. The cuff. The machine had been told to destroy, and no one had told it to stop. The scientists on that side simply let it run. There was nothing left to save, and the protocol for a completed full-destruction sequence was to allow the apparatus to finish its cycle.</w:t>
      </w:r>
    </w:p>
    <w:p>
      <w:r>
        <w:rPr>
          <w:rFonts w:ascii="IM Fell English" w:hAnsi="IM Fell English"/>
          <w:color w:val="141414"/>
          <w:sz w:val="24"/>
        </w:rPr>
        <w:t>Two rooms.</w:t>
      </w:r>
    </w:p>
    <w:p>
      <w:r>
        <w:rPr>
          <w:rFonts w:ascii="IM Fell English" w:hAnsi="IM Fell English"/>
          <w:color w:val="141414"/>
          <w:sz w:val="24"/>
        </w:rPr>
        <w:t>One subject deliberately reduced past the point of recovery and still being worked on.</w:t>
      </w:r>
    </w:p>
    <w:p>
      <w:r>
        <w:rPr>
          <w:rFonts w:ascii="IM Fell English" w:hAnsi="IM Fell English"/>
          <w:color w:val="141414"/>
          <w:sz w:val="24"/>
        </w:rPr>
        <w:t>One subject pulled back from the terminal edge by human override because the women who should have been watching were no longer capable of answering.</w:t>
      </w:r>
    </w:p>
    <w:p>
      <w:r>
        <w:rPr>
          <w:rFonts w:ascii="IM Fell English" w:hAnsi="IM Fell English"/>
          <w:color w:val="141414"/>
          <w:sz w:val="24"/>
        </w:rPr>
        <w:t>The feeds remained live.</w:t>
      </w:r>
    </w:p>
    <w:p>
      <w:r>
        <w:rPr>
          <w:rFonts w:ascii="IM Fell English" w:hAnsi="IM Fell English"/>
          <w:color w:val="141414"/>
          <w:sz w:val="24"/>
        </w:rPr>
        <w:t>The abort had come late, but it had come.</w:t>
      </w:r>
    </w:p>
    <w:p>
      <w:r>
        <w:rPr>
          <w:rFonts w:ascii="IM Fell English" w:hAnsi="IM Fell English"/>
          <w:color w:val="141414"/>
          <w:sz w:val="24"/>
        </w:rPr>
        <w:t>Jackie was still breathing when the first field injector took effect.</w:t>
      </w:r>
    </w:p>
    <w:p>
      <w:r>
        <w:rPr>
          <w:rFonts w:ascii="IM Fell English" w:hAnsi="IM Fell English"/>
          <w:color w:val="141414"/>
          <w:sz w:val="24"/>
        </w:rPr>
        <w:t>Jennifer was not.</w:t>
      </w:r>
    </w:p>
    <w:p>
      <w:r>
        <w:rPr>
          <w:rFonts w:ascii="IM Fell English" w:hAnsi="IM Fell English"/>
          <w:color w:val="141414"/>
          <w:sz w:val="24"/>
        </w:rPr>
        <w:t>And somewhere far above both bases, in a sealed playroom inside a neutral mansion, two bodies lay joined by a blood-slick Cunt Dagger and a pair of spent pistols, already cooling past the reach of any further command.</w:t>
      </w:r>
    </w:p>
    <w:p>
      <w:pPr>
        <w:pStyle w:val="Heading1"/>
        <w:jc w:val="center"/>
      </w:pPr>
      <w:r>
        <w:rPr>
          <w:rFonts w:ascii="IM Fell English" w:hAnsi="IM Fell English"/>
          <w:color w:val="0D0D0D"/>
        </w:rPr>
        <w:t>CHAPTER 28 — CUT, PRINT</w:t>
      </w:r>
    </w:p>
    <w:p>
      <w:r>
        <w:rPr>
          <w:rFonts w:ascii="IM Fell English" w:hAnsi="IM Fell English"/>
          <w:color w:val="141414"/>
          <w:sz w:val="24"/>
        </w:rPr>
        <w:t>“CUT, PRINT.”</w:t>
      </w:r>
    </w:p>
    <w:p>
      <w:r>
        <w:rPr>
          <w:rFonts w:ascii="IM Fell English" w:hAnsi="IM Fell English"/>
          <w:color w:val="141414"/>
          <w:sz w:val="24"/>
        </w:rPr>
        <w:t>Saiya’s voice cut through the low mechanical hum like a blade.</w:t>
      </w:r>
    </w:p>
    <w:p>
      <w:r>
        <w:rPr>
          <w:rFonts w:ascii="IM Fell English" w:hAnsi="IM Fell English"/>
          <w:color w:val="141414"/>
          <w:sz w:val="24"/>
        </w:rPr>
        <w:t xml:space="preserve">For a suspended heartbeat, the set’s deepest level remained trapped in its violent stasis. Then the practical lights flared in a blinding sequence, drenching the circular stage in the sterile, unblinking glare of reality. The illusion dissolved as it always did—abrupt, total, and utterly unapologetic.   </w:t>
      </w:r>
    </w:p>
    <w:p>
      <w:r>
        <w:rPr>
          <w:rFonts w:ascii="IM Fell English" w:hAnsi="IM Fell English"/>
          <w:color w:val="141414"/>
          <w:sz w:val="24"/>
        </w:rPr>
        <w:t xml:space="preserve">Crew moved in—effects techs with solvent, assistants with towels. They unclipped prop blades that were never sharp enough to kill. Fake blood ran pink under the stage lights; real blood looked darker by comparison. The damage was mostly makeup and wax; the actual marks were controlled and already closing. </w:t>
      </w:r>
    </w:p>
    <w:p>
      <w:r>
        <w:rPr>
          <w:rFonts w:ascii="IM Fell English" w:hAnsi="IM Fell English"/>
          <w:color w:val="141414"/>
          <w:sz w:val="24"/>
        </w:rPr>
        <w:t xml:space="preserve">Jackie sat up the moment her final restraint released. She was a map of drying fake blood and genuine bruises, carrying the deep, satisfied exhaustion that only a full program could induce. She swung her legs over the side, her bare feet meeting the stage floor as she walked toward Lucifer 2, ignoring the robe an assistant tried to offer. </w:t>
      </w:r>
    </w:p>
    <w:p>
      <w:r>
        <w:rPr>
          <w:rFonts w:ascii="IM Fell English" w:hAnsi="IM Fell English"/>
          <w:color w:val="141414"/>
          <w:sz w:val="24"/>
        </w:rPr>
        <w:t>Jennifer was still fully restrained on the second table. The three jackhammers had been throttled to a low idle; the non-lethal strangulation strap remained seated around her throat. Her chest rose and fell in shallow, even breaths. Her eyes were open, glassy, tracking Jackie’s approach with the particular mix of residual subspace and rising complaint that Jackie knew better than anyone.</w:t>
      </w:r>
    </w:p>
    <w:p>
      <w:r>
        <w:rPr>
          <w:rFonts w:ascii="IM Fell English" w:hAnsi="IM Fell English"/>
          <w:color w:val="141414"/>
          <w:sz w:val="24"/>
        </w:rPr>
        <w:t>Jackie reached up and carefully extracted the jackhammer shaft from Jennifer’s mouth. A thick string of spit and fake blood followed it. Jennifer immediately tried to speak.</w:t>
      </w:r>
    </w:p>
    <w:p>
      <w:r>
        <w:rPr>
          <w:rFonts w:ascii="IM Fell English" w:hAnsi="IM Fell English"/>
          <w:color w:val="141414"/>
          <w:sz w:val="24"/>
        </w:rPr>
        <w:t>Jackie closed her fingers around the strangulation strap and gave it a precise, practiced squeeze — not enough to panic her, just enough to remind her who controlled the air.</w:t>
      </w:r>
    </w:p>
    <w:p>
      <w:r>
        <w:rPr>
          <w:rFonts w:ascii="IM Fell English" w:hAnsi="IM Fell English"/>
          <w:color w:val="141414"/>
          <w:sz w:val="24"/>
        </w:rPr>
        <w:t>“Not yet,” Jackie said quietly. “Breathe first.”</w:t>
      </w:r>
    </w:p>
    <w:p>
      <w:r>
        <w:rPr>
          <w:rFonts w:ascii="IM Fell English" w:hAnsi="IM Fell English"/>
          <w:color w:val="141414"/>
          <w:sz w:val="24"/>
        </w:rPr>
        <w:t>She kept her hand on the strap and looked over her shoulder at the nearest effects tech.</w:t>
      </w:r>
    </w:p>
    <w:p>
      <w:r>
        <w:rPr>
          <w:rFonts w:ascii="IM Fell English" w:hAnsi="IM Fell English"/>
          <w:color w:val="141414"/>
          <w:sz w:val="24"/>
        </w:rPr>
        <w:t>“Leave Lucifer 2 online. Idle only. Do not shut it down.”</w:t>
      </w:r>
    </w:p>
    <w:p>
      <w:r>
        <w:rPr>
          <w:rFonts w:ascii="IM Fell English" w:hAnsi="IM Fell English"/>
          <w:color w:val="141414"/>
          <w:sz w:val="24"/>
        </w:rPr>
        <w:t>The tech glanced once at Saiya, received a microscopic nod, and stepped back. Everyone on this stage already knew who had designed both tables and who had final authority over them.</w:t>
      </w:r>
    </w:p>
    <w:p>
      <w:r>
        <w:rPr>
          <w:rFonts w:ascii="IM Fell English" w:hAnsi="IM Fell English"/>
          <w:color w:val="141414"/>
          <w:sz w:val="24"/>
        </w:rPr>
        <w:t>Katie walked into the light from the direction of the monitoring bay. She was still in the black silk she had worn for the handlers’ dinner coverage, though the dress was now open at the throat and marked with a few realistic blood spatters of her own. She stopped beside Jackie and looked down at Jennifer with mild, proprietary interest.</w:t>
      </w:r>
    </w:p>
    <w:p>
      <w:r>
        <w:rPr>
          <w:rFonts w:ascii="IM Fell English" w:hAnsi="IM Fell English"/>
          <w:color w:val="141414"/>
          <w:sz w:val="24"/>
        </w:rPr>
        <w:t>“You know she will complain about you leaving her on there after your stepmother has called cut and print, Kitten.”</w:t>
      </w:r>
    </w:p>
    <w:p>
      <w:r>
        <w:rPr>
          <w:rFonts w:ascii="IM Fell English" w:hAnsi="IM Fell English"/>
          <w:color w:val="141414"/>
          <w:sz w:val="24"/>
        </w:rPr>
        <w:t>Jackie adjusted her fingers on the strap and felt Jennifer’s next breath stutter and then steady under her hand.</w:t>
      </w:r>
    </w:p>
    <w:p>
      <w:r>
        <w:rPr>
          <w:rFonts w:ascii="IM Fell English" w:hAnsi="IM Fell English"/>
          <w:color w:val="141414"/>
          <w:sz w:val="24"/>
        </w:rPr>
        <w:t xml:space="preserve">“My little mouse will be too tired to complain by the time I shut Lucifer 2 off, Mistress. Besides, she will complain more about being kicked down a shaft—just like she has with the buildings we toss her off and the one I pushed her off.” She glanced at the idle jackhammers and the open restraints that still held Jennifer’s wrists and ankles. “I designed both Lucifer systems to keep us safe, no matter what. Just look. She’s already healing. Guess I need to get my ball-chain cat-o’-nine-tails out. The flogger with the small metal beads won’t be enough. The one with the big metal balls will do better for my beloved cheating wife.”  </w:t>
      </w:r>
    </w:p>
    <w:p>
      <w:r>
        <w:rPr>
          <w:rFonts w:ascii="IM Fell English" w:hAnsi="IM Fell English"/>
          <w:color w:val="141414"/>
          <w:sz w:val="24"/>
        </w:rPr>
        <w:t>Katie’s mouth curved.</w:t>
      </w:r>
    </w:p>
    <w:p>
      <w:r>
        <w:rPr>
          <w:rFonts w:ascii="IM Fell English" w:hAnsi="IM Fell English"/>
          <w:color w:val="141414"/>
          <w:sz w:val="24"/>
        </w:rPr>
        <w:t>“I love that bitch. Lilith still finds new lethal ways to play with me every weekend — the first purest snuff-film star who never once faked a death scene.” She touched Jackie’s blood-streaked shoulder lightly. “Love you, Kitten. Try to let your mouse have a little rest.”</w:t>
      </w:r>
    </w:p>
    <w:p>
      <w:r>
        <w:rPr>
          <w:rFonts w:ascii="IM Fell English" w:hAnsi="IM Fell English"/>
          <w:color w:val="141414"/>
          <w:sz w:val="24"/>
        </w:rPr>
        <w:t>Jackie looked down at Jennifer again. The strangulation strap was still snug under her palm. Jennifer’s eyes had narrowed into the familiar, exhausted glare that meant the complaints were lining up behind her teeth and only the lack of air was keeping them there.</w:t>
      </w:r>
    </w:p>
    <w:p>
      <w:r>
        <w:rPr>
          <w:rFonts w:ascii="IM Fell English" w:hAnsi="IM Fell English"/>
          <w:color w:val="141414"/>
          <w:sz w:val="24"/>
        </w:rPr>
        <w:t>Jackie gave the strap one more precise, almost affectionate squeeze and then loosened it just enough for speech.</w:t>
      </w:r>
    </w:p>
    <w:p>
      <w:r>
        <w:rPr>
          <w:rFonts w:ascii="IM Fell English" w:hAnsi="IM Fell English"/>
          <w:color w:val="141414"/>
          <w:sz w:val="24"/>
        </w:rPr>
        <w:t>“Later,” she told her wife. “When I decide you’re cooled off.”</w:t>
      </w:r>
    </w:p>
    <w:p>
      <w:r>
        <w:rPr>
          <w:rFonts w:ascii="IM Fell English" w:hAnsi="IM Fell English"/>
          <w:color w:val="141414"/>
          <w:sz w:val="24"/>
        </w:rPr>
        <w:t>Around them the crew continued the quiet, professional work of breaking the scene down. Fake blades went into marked cases. Excess fake blood was mopped. Real medical attention remained unnecessary. Lucifer 1 was already powered to standby. Lucifer 2 remained online at Jackie’s command. The throat jackhammer had been removed, but the two lower units continued at a slow, deep, deliberate pace — steady, sexual thrusts that kept Jennifer filled and open while denying her any real rhythm she could work against. The strangulation strap stayed looped around her throat, Jackie’s fingers resting on it with easy, practiced control.</w:t>
      </w:r>
    </w:p>
    <w:p>
      <w:r>
        <w:rPr>
          <w:rFonts w:ascii="IM Fell English" w:hAnsi="IM Fell English"/>
          <w:color w:val="141414"/>
          <w:sz w:val="24"/>
        </w:rPr>
        <w:t xml:space="preserve">Jackie reached down to the small effects cart one of the techs had left nearby and picked up the heavier ball-chain cat-o’-nine-tails—the one with the larger metal balls she had mentioned to Katie. She let the strands trail across Jennifer’s blood-streaked stomach and the insides of her thighs, timing the first light, stinging passes with the slow push of the jackhammers and the precise pressure of the strap. </w:t>
      </w:r>
    </w:p>
    <w:p>
      <w:r>
        <w:rPr>
          <w:rFonts w:ascii="IM Fell English" w:hAnsi="IM Fell English"/>
          <w:color w:val="141414"/>
          <w:sz w:val="24"/>
        </w:rPr>
        <w:t>Jennifer’s breath hitched. Her hips tried to move and found only the unyielding rhythm the machine allowed her. Jackie watched her face, adjusted the strap another fraction, and delivered a second, firmer set of strokes that left faint new welts across already marked skin.</w:t>
      </w:r>
    </w:p>
    <w:p>
      <w:r>
        <w:rPr>
          <w:rFonts w:ascii="IM Fell English" w:hAnsi="IM Fell English"/>
          <w:color w:val="141414"/>
          <w:sz w:val="24"/>
        </w:rPr>
        <w:t>“Later,” Jackie repeated, almost gently. “When I decide you’re cooled off.”</w:t>
      </w:r>
    </w:p>
    <w:p>
      <w:r>
        <w:rPr>
          <w:rFonts w:ascii="IM Fell English" w:hAnsi="IM Fell English"/>
          <w:color w:val="141414"/>
          <w:sz w:val="24"/>
        </w:rPr>
        <w:t>She kept the jackhammers at their slow, relentless pace, kept her hand on the strap, and kept the metal-tailed whip moving in easy, possessive arcs. The stage settled into the long, familiar quiet that always followed “cut, print,” broken only by the wet, measured sound of the machine fucking her wife and the soft, rhythmic impact of the ball-chain strands.</w:t>
      </w:r>
    </w:p>
    <w:p>
      <w:r>
        <w:rPr>
          <w:rFonts w:ascii="IM Fell English" w:hAnsi="IM Fell English"/>
          <w:color w:val="141414"/>
          <w:sz w:val="24"/>
        </w:rPr>
        <w:t>Somewhere above them the real mansion waited.</w:t>
      </w:r>
    </w:p>
    <w:p>
      <w:r>
        <w:rPr>
          <w:rFonts w:ascii="IM Fell English" w:hAnsi="IM Fell English"/>
          <w:color w:val="141414"/>
          <w:sz w:val="24"/>
        </w:rPr>
        <w:t>Lena and Marcus were already on their way.</w:t>
      </w:r>
    </w:p>
    <w:p>
      <w:r>
        <w:rPr>
          <w:rFonts w:ascii="IM Fell English" w:hAnsi="IM Fell English"/>
          <w:color w:val="141414"/>
          <w:sz w:val="24"/>
        </w:rPr>
        <w:t>And Jennifer, still restrained, still being slowly fucked, still breathing only when Jackie allowed it, had not yet been given permission to complain about any of it.</w:t>
      </w:r>
    </w:p>
    <w:p>
      <w:pPr>
        <w:pStyle w:val="Heading1"/>
        <w:jc w:val="center"/>
      </w:pPr>
      <w:r>
        <w:rPr>
          <w:rFonts w:ascii="IM Fell English" w:hAnsi="IM Fell English"/>
          <w:color w:val="0D0D0D"/>
        </w:rPr>
        <w:t>CHAPTER 29 — CARGO</w:t>
      </w:r>
    </w:p>
    <w:p>
      <w:r>
        <w:rPr>
          <w:rFonts w:ascii="IM Fell English" w:hAnsi="IM Fell English"/>
          <w:color w:val="141414"/>
          <w:sz w:val="24"/>
        </w:rPr>
        <w:t>Jackie did not carry her.</w:t>
      </w:r>
    </w:p>
    <w:p>
      <w:r>
        <w:rPr>
          <w:rFonts w:ascii="IM Fell English" w:hAnsi="IM Fell English"/>
          <w:color w:val="141414"/>
          <w:sz w:val="24"/>
        </w:rPr>
        <w:t>She set Jennifer on her hands and knees on the cold stage floor, unclipped the last of the idle restraints, and pointed toward the far loading exit with her chin.</w:t>
      </w:r>
    </w:p>
    <w:p>
      <w:r>
        <w:rPr>
          <w:rFonts w:ascii="IM Fell English" w:hAnsi="IM Fell English"/>
          <w:color w:val="141414"/>
          <w:sz w:val="24"/>
        </w:rPr>
        <w:t>“Crawl.”</w:t>
      </w:r>
    </w:p>
    <w:p>
      <w:r>
        <w:rPr>
          <w:rFonts w:ascii="IM Fell English" w:hAnsi="IM Fell English"/>
          <w:color w:val="141414"/>
          <w:sz w:val="24"/>
        </w:rPr>
        <w:t>Jennifer’s arms shook. The fresh lattice of ball-chain welts across her thighs and stomach pulled with every movement. She still crawled. Naked, marked, messy with the last traces of fake and real blood, she made her slow way across the empty stage and down the short service corridor while Jackie walked beside her, lead looped loose around one wrist, the heavier cat-o’-nine-tails still in her other hand. No one remained on the level to watch. The crew had already cleared.</w:t>
      </w:r>
    </w:p>
    <w:p>
      <w:r>
        <w:rPr>
          <w:rFonts w:ascii="IM Fell English" w:hAnsi="IM Fell English"/>
          <w:color w:val="141414"/>
          <w:sz w:val="24"/>
        </w:rPr>
        <w:t xml:space="preserve">The old pickup waited under the exterior floodlights, black primer and dented chrome, the same truck they had used for quieter nights for years. Jackie dropped the tailgate, helped Jennifer to her feet only when they reached it, and lifted her into the bed. She laid her on her back and strapped her in an X—wrists and ankles drawn out to the four corner rings welded into the bed floor—tight enough that Jennifer could not close her legs or bring her hands together. Then Jackie fitted the custom hood. </w:t>
      </w:r>
    </w:p>
    <w:p>
      <w:r>
        <w:rPr>
          <w:rFonts w:ascii="IM Fell English" w:hAnsi="IM Fell English"/>
          <w:color w:val="141414"/>
          <w:sz w:val="24"/>
        </w:rPr>
        <w:t>It looked like a classic suffocation hood: matte black leather, no eye holes, heavy zipper, wide seal at the neck. Inside it was something else entirely — a full-face oxygen system with a one-way valve that vented Jennifer’s own CO₂ and a filtered intake that kept exhaust and road air out. Jackie sealed it, checked the valve with two fingers, and rested her palm on the top of the hood for a moment.</w:t>
      </w:r>
    </w:p>
    <w:p>
      <w:r>
        <w:rPr>
          <w:rFonts w:ascii="IM Fell English" w:hAnsi="IM Fell English"/>
          <w:color w:val="141414"/>
          <w:sz w:val="24"/>
        </w:rPr>
        <w:t>“Breathe. You’re safe. You’re not going home yet.”</w:t>
      </w:r>
    </w:p>
    <w:p>
      <w:r>
        <w:rPr>
          <w:rFonts w:ascii="IM Fell English" w:hAnsi="IM Fell English"/>
          <w:color w:val="141414"/>
          <w:sz w:val="24"/>
        </w:rPr>
        <w:t>Jennifer’s reply was muffled and furious. Jackie ignored it, climbed down, closed the tailgate, and activated the soft-top. The cover rolled forward and locked with a solid series of clicks, sealing the bed into a dark, quiet box. Only then did Jackie get behind the wheel and drive.</w:t>
      </w:r>
    </w:p>
    <w:p>
      <w:r>
        <w:rPr>
          <w:rFonts w:ascii="IM Fell English" w:hAnsi="IM Fell English"/>
          <w:color w:val="141414"/>
          <w:sz w:val="24"/>
        </w:rPr>
        <w:t>She did not take the road to the mansion.</w:t>
      </w:r>
    </w:p>
    <w:p>
      <w:r>
        <w:rPr>
          <w:rFonts w:ascii="IM Fell English" w:hAnsi="IM Fell English"/>
          <w:color w:val="141414"/>
          <w:sz w:val="24"/>
        </w:rPr>
        <w:t>Jackie sat in a booth with her back to the wall. The lead and the whip rested on the table like tools. The truck was sealed and alarmed in the far corner of the lot. An hour passed before Lena slid in. The lead and the ball-chain whip rested on the table in front of her like ordinary tools.</w:t>
      </w:r>
    </w:p>
    <w:p>
      <w:r>
        <w:rPr>
          <w:rFonts w:ascii="IM Fell English" w:hAnsi="IM Fell English"/>
          <w:color w:val="141414"/>
          <w:sz w:val="24"/>
        </w:rPr>
        <w:t>An hour passed.</w:t>
      </w:r>
    </w:p>
    <w:p>
      <w:r>
        <w:rPr>
          <w:rFonts w:ascii="IM Fell English" w:hAnsi="IM Fell English"/>
          <w:color w:val="141414"/>
          <w:sz w:val="24"/>
        </w:rPr>
        <w:t>Lena slid into the booth without asking.</w:t>
      </w:r>
    </w:p>
    <w:p>
      <w:r>
        <w:rPr>
          <w:rFonts w:ascii="IM Fell English" w:hAnsi="IM Fell English"/>
          <w:color w:val="141414"/>
          <w:sz w:val="24"/>
        </w:rPr>
        <w:t>“You look lonely. May I join you, slave?”</w:t>
      </w:r>
    </w:p>
    <w:p>
      <w:r>
        <w:rPr>
          <w:rFonts w:ascii="IM Fell English" w:hAnsi="IM Fell English"/>
          <w:color w:val="141414"/>
          <w:sz w:val="24"/>
        </w:rPr>
        <w:t>Jackie nodded once.</w:t>
      </w:r>
    </w:p>
    <w:p>
      <w:r>
        <w:rPr>
          <w:rFonts w:ascii="IM Fell English" w:hAnsi="IM Fell English"/>
          <w:color w:val="141414"/>
          <w:sz w:val="24"/>
        </w:rPr>
        <w:t>Lena placed a folded note on the table and slid it across. Jackie opened it with one hand.</w:t>
      </w:r>
    </w:p>
    <w:p>
      <w:r>
        <w:rPr>
          <w:rFonts w:ascii="IM Fell English" w:hAnsi="IM Fell English"/>
          <w:color w:val="141414"/>
          <w:sz w:val="24"/>
        </w:rPr>
        <w:t>Cargo… Safe… Signed Master</w:t>
      </w:r>
    </w:p>
    <w:p>
      <w:r>
        <w:rPr>
          <w:rFonts w:ascii="IM Fell English" w:hAnsi="IM Fell English"/>
          <w:color w:val="141414"/>
          <w:sz w:val="24"/>
        </w:rPr>
        <w:t>Jackie refolded the note and slid it back.</w:t>
      </w:r>
    </w:p>
    <w:p>
      <w:r>
        <w:rPr>
          <w:rFonts w:ascii="IM Fell English" w:hAnsi="IM Fell English"/>
          <w:color w:val="141414"/>
          <w:sz w:val="24"/>
        </w:rPr>
        <w:t>“I need to talk to Katie.”</w:t>
      </w:r>
    </w:p>
    <w:p>
      <w:r>
        <w:rPr>
          <w:rFonts w:ascii="IM Fell English" w:hAnsi="IM Fell English"/>
          <w:color w:val="141414"/>
          <w:sz w:val="24"/>
        </w:rPr>
        <w:t>Lena’s mouth twitched.</w:t>
      </w:r>
    </w:p>
    <w:p>
      <w:r>
        <w:rPr>
          <w:rFonts w:ascii="IM Fell English" w:hAnsi="IM Fell English"/>
          <w:color w:val="141414"/>
          <w:sz w:val="24"/>
        </w:rPr>
        <w:t>“Of course you want to talk to me, Kitten.”</w:t>
      </w:r>
    </w:p>
    <w:p>
      <w:r>
        <w:rPr>
          <w:rFonts w:ascii="IM Fell English" w:hAnsi="IM Fell English"/>
          <w:color w:val="141414"/>
          <w:sz w:val="24"/>
        </w:rPr>
        <w:t>Katie was suddenly there, standing at the end of the booth as if she had been waiting for the cue. She looked at Jackie, then toward the dark shape of the truck through the window, and her expression flattened into something colder.</w:t>
      </w:r>
    </w:p>
    <w:p>
      <w:r>
        <w:rPr>
          <w:rFonts w:ascii="IM Fell English" w:hAnsi="IM Fell English"/>
          <w:color w:val="141414"/>
          <w:sz w:val="24"/>
        </w:rPr>
        <w:t>“I see your truck was having issues again. As for Saiya — she is not allowed to direct another film for us. That was too far, even for our safety protocols. You and she are just human, Kitten.” Katie leaned down, kissed Lena’s mouth hard, then Jackie’s, tasting of wine and finality. “Lena will take you home. Master Marcus already has the truck. He has his own keys.”</w:t>
      </w:r>
    </w:p>
    <w:p>
      <w:r>
        <w:rPr>
          <w:rFonts w:ascii="IM Fell English" w:hAnsi="IM Fell English"/>
          <w:color w:val="141414"/>
          <w:sz w:val="24"/>
        </w:rPr>
        <w:t>She straightened, turned, and left without waiting for an answer.</w:t>
      </w:r>
    </w:p>
    <w:p>
      <w:r>
        <w:rPr>
          <w:rFonts w:ascii="IM Fell English" w:hAnsi="IM Fell English"/>
          <w:color w:val="141414"/>
          <w:sz w:val="24"/>
        </w:rPr>
        <w:t>Outside, the old pickup’s engine turned over. Marcus pulled out of the far corner of the lot with the soft-top still locked and the cargo still sealed in the bed, driving the familiar route toward the mansion with the unhurried confidence of a man who had done it before.</w:t>
      </w:r>
    </w:p>
    <w:p>
      <w:r>
        <w:rPr>
          <w:rFonts w:ascii="IM Fell English" w:hAnsi="IM Fell English"/>
          <w:color w:val="141414"/>
          <w:sz w:val="24"/>
        </w:rPr>
        <w:t>Lena watched the truck’s taillights disappear, then slid her own set of keys across the table to Jackie with a small, sharp smile.</w:t>
      </w:r>
    </w:p>
    <w:p>
      <w:r>
        <w:rPr>
          <w:rFonts w:ascii="IM Fell English" w:hAnsi="IM Fell English"/>
          <w:color w:val="141414"/>
          <w:sz w:val="24"/>
        </w:rPr>
        <w:t>“You’re looking at the new director of your films, slave. Out of one frying pan into another. You drive, whore.”</w:t>
      </w:r>
    </w:p>
    <w:p>
      <w:r>
        <w:rPr>
          <w:rFonts w:ascii="IM Fell English" w:hAnsi="IM Fell English"/>
          <w:color w:val="141414"/>
          <w:sz w:val="24"/>
        </w:rPr>
        <w:t>Jackie picked up the keys to Lena’s luxury sedan, drained the last of her drink, and stood.</w:t>
      </w:r>
    </w:p>
    <w:p>
      <w:r>
        <w:rPr>
          <w:rFonts w:ascii="IM Fell English" w:hAnsi="IM Fell English"/>
          <w:color w:val="141414"/>
          <w:sz w:val="24"/>
        </w:rPr>
        <w:t>They walked out together. Jackie held the passenger door for Lena, closed it, then circled to the driver’s side and started the quiet, expensive engine. She drove them home under the new authority sitting beside her, the night air cool through the slightly open windows, the ball-chain cat-o’-nine-tails resting on the center console like a promise.</w:t>
      </w:r>
    </w:p>
    <w:p>
      <w:r>
        <w:rPr>
          <w:rFonts w:ascii="IM Fell English" w:hAnsi="IM Fell English"/>
          <w:color w:val="141414"/>
          <w:sz w:val="24"/>
        </w:rPr>
        <w:t>The mansion gate accepted the code. The lower floors were lit. Marcus had already parked the old pickup under the portico and gone inside. Jackie stopped the sedan behind it, killed the engine, and followed Lena up the steps and through the open front door.</w:t>
      </w:r>
    </w:p>
    <w:p>
      <w:r>
        <w:rPr>
          <w:rFonts w:ascii="IM Fell English" w:hAnsi="IM Fell English"/>
          <w:color w:val="141414"/>
          <w:sz w:val="24"/>
        </w:rPr>
        <w:t>The massive main living room was already occupied.</w:t>
      </w:r>
    </w:p>
    <w:p>
      <w:r>
        <w:rPr>
          <w:rFonts w:ascii="IM Fell English" w:hAnsi="IM Fell English"/>
          <w:color w:val="141414"/>
          <w:sz w:val="24"/>
        </w:rPr>
        <w:t>Marcus sat on the wide central couch, fully dressed, expression calm. Jennifer — naked, marked, the custom hood removed, the X-straps gone — was astride him, riding his cock hard and fast, hands braced on his shoulders, head thrown back. The wet sound of it filled the room. Whatever cooling-off the long sealed ride had accomplished had clearly been spent the moment Marcus unstrapped her.</w:t>
      </w:r>
    </w:p>
    <w:p>
      <w:r>
        <w:rPr>
          <w:rFonts w:ascii="IM Fell English" w:hAnsi="IM Fell English"/>
          <w:color w:val="141414"/>
          <w:sz w:val="24"/>
        </w:rPr>
        <w:t>Lena opened her mouth.</w:t>
      </w:r>
    </w:p>
    <w:p>
      <w:r>
        <w:rPr>
          <w:rFonts w:ascii="IM Fell English" w:hAnsi="IM Fell English"/>
          <w:color w:val="141414"/>
          <w:sz w:val="24"/>
        </w:rPr>
        <w:t>Jackie spoke first, dry as dust.</w:t>
      </w:r>
    </w:p>
    <w:p>
      <w:r>
        <w:rPr>
          <w:rFonts w:ascii="IM Fell English" w:hAnsi="IM Fell English"/>
          <w:color w:val="141414"/>
          <w:sz w:val="24"/>
        </w:rPr>
        <w:t>“You forgot to strap my cheating wife to our bed, Master.”</w:t>
      </w:r>
    </w:p>
    <w:p>
      <w:r>
        <w:rPr>
          <w:rFonts w:ascii="IM Fell English" w:hAnsi="IM Fell English"/>
          <w:color w:val="141414"/>
          <w:sz w:val="24"/>
        </w:rPr>
        <w:t>Marcus did not stop the slow roll of his hips. He looked past Jennifer’s moving body and met Jackie’s eyes.</w:t>
      </w:r>
    </w:p>
    <w:p>
      <w:r>
        <w:rPr>
          <w:rFonts w:ascii="IM Fell English" w:hAnsi="IM Fell English"/>
          <w:color w:val="141414"/>
          <w:sz w:val="24"/>
        </w:rPr>
        <w:t>“You two just get over here and knock her out so we can put her back in bed to rest.”</w:t>
      </w:r>
    </w:p>
    <w:p>
      <w:r>
        <w:rPr>
          <w:rFonts w:ascii="IM Fell English" w:hAnsi="IM Fell English"/>
          <w:color w:val="141414"/>
          <w:sz w:val="24"/>
        </w:rPr>
        <w:t>Jennifer turned her head. Her face was flushed, eyes bright with the particular manic energy that meant she had crashed through the far side of exhaustion and into something meaner. She bared her teeth at Jackie.</w:t>
      </w:r>
    </w:p>
    <w:p>
      <w:r>
        <w:rPr>
          <w:rFonts w:ascii="IM Fell English" w:hAnsi="IM Fell English"/>
          <w:color w:val="141414"/>
          <w:sz w:val="24"/>
        </w:rPr>
        <w:t>“If you dare touch me I will complain how I was treated on the goddamn set and afterward by you, love.”</w:t>
      </w:r>
    </w:p>
    <w:p>
      <w:r>
        <w:rPr>
          <w:rFonts w:ascii="IM Fell English" w:hAnsi="IM Fell English"/>
          <w:color w:val="141414"/>
          <w:sz w:val="24"/>
        </w:rPr>
        <w:t>Jackie stopped at the edge of the rug, Lena’s keys still in her hand, and gave Marcus a small, almost apologetic shrug.</w:t>
      </w:r>
    </w:p>
    <w:p>
      <w:r>
        <w:rPr>
          <w:rFonts w:ascii="IM Fell English" w:hAnsi="IM Fell English"/>
          <w:color w:val="141414"/>
          <w:sz w:val="24"/>
        </w:rPr>
        <w:t>“Sorry, Master, but I am more scared of my bitch than of you. Especially when she is worked up. She should have collapsed by now.” She glanced at Lena. “Lena is taking me to the dungeon for a private workout, Master.”</w:t>
      </w:r>
    </w:p>
    <w:p>
      <w:r>
        <w:rPr>
          <w:rFonts w:ascii="IM Fell English" w:hAnsi="IM Fell English"/>
          <w:color w:val="141414"/>
          <w:sz w:val="24"/>
        </w:rPr>
        <w:t>Jennifer laughed once, sharp and breathless, and kept riding.</w:t>
      </w:r>
    </w:p>
    <w:p>
      <w:r>
        <w:rPr>
          <w:rFonts w:ascii="IM Fell English" w:hAnsi="IM Fell English"/>
          <w:color w:val="141414"/>
          <w:sz w:val="24"/>
        </w:rPr>
        <w:t>Marcus sighed through his nose, the sound of a man who had already accepted the evening would not go according to the soft-protocol plan.</w:t>
      </w:r>
    </w:p>
    <w:p>
      <w:r>
        <w:rPr>
          <w:rFonts w:ascii="IM Fell English" w:hAnsi="IM Fell English"/>
          <w:color w:val="141414"/>
          <w:sz w:val="24"/>
        </w:rPr>
        <w:t>Lena’s hand settled on the back of Jackie’s neck, proprietary and amused.</w:t>
      </w:r>
    </w:p>
    <w:p>
      <w:r>
        <w:rPr>
          <w:rFonts w:ascii="IM Fell English" w:hAnsi="IM Fell English"/>
          <w:color w:val="141414"/>
          <w:sz w:val="24"/>
        </w:rPr>
        <w:t>“Dungeon, then,” she said. “Before your wife decides to file a formal complaint with the new director.”</w:t>
      </w:r>
    </w:p>
    <w:p>
      <w:r>
        <w:rPr>
          <w:rFonts w:ascii="IM Fell English" w:hAnsi="IM Fell English"/>
          <w:color w:val="141414"/>
          <w:sz w:val="24"/>
        </w:rPr>
        <w:t xml:space="preserve">Jackie let herself be turned and walked toward the lower stairs, the ball-chain cat-o’-nine-tails hooked at her side, Lena’s keys still cold in her palm. Behind them Jennifer’s voice rose again—half moan, half threat—and Marcus’s low answering murmur. </w:t>
      </w:r>
    </w:p>
    <w:p>
      <w:r>
        <w:rPr>
          <w:rFonts w:ascii="IM Fell English" w:hAnsi="IM Fell English"/>
          <w:color w:val="141414"/>
          <w:sz w:val="24"/>
        </w:rPr>
        <w:t>The house settled around the usual chaos.</w:t>
      </w:r>
    </w:p>
    <w:p>
      <w:r>
        <w:rPr>
          <w:rFonts w:ascii="IM Fell English" w:hAnsi="IM Fell English"/>
          <w:color w:val="141414"/>
          <w:sz w:val="24"/>
        </w:rPr>
        <w:t>Jennifer was home.</w:t>
      </w:r>
    </w:p>
    <w:p>
      <w:r>
        <w:rPr>
          <w:rFonts w:ascii="IM Fell English" w:hAnsi="IM Fell English"/>
          <w:color w:val="141414"/>
          <w:sz w:val="24"/>
        </w:rPr>
        <w:t>She was simply not yet finished, and neither was anyone else.</w:t>
      </w:r>
    </w:p>
    <w:p>
      <w:pPr>
        <w:pStyle w:val="Heading1"/>
        <w:jc w:val="center"/>
      </w:pPr>
      <w:r>
        <w:rPr>
          <w:rFonts w:ascii="IM Fell English" w:hAnsi="IM Fell English"/>
          <w:color w:val="0D0D0D"/>
        </w:rPr>
        <w:t>CHAPTER 30 — DUNGEON</w:t>
      </w:r>
    </w:p>
    <w:p>
      <w:r>
        <w:rPr>
          <w:rFonts w:ascii="IM Fell English" w:hAnsi="IM Fell English"/>
          <w:color w:val="141414"/>
          <w:sz w:val="24"/>
        </w:rPr>
        <w:t>Lena did not take her far.</w:t>
      </w:r>
    </w:p>
    <w:p>
      <w:r>
        <w:rPr>
          <w:rFonts w:ascii="IM Fell English" w:hAnsi="IM Fell English"/>
          <w:color w:val="141414"/>
          <w:sz w:val="24"/>
        </w:rPr>
        <w:t>The lower stairs opened directly into the dungeon level — the same polished concrete, the same wall racks of implements, the same heavy beams and attachment points that had been used on both of them for years. The lights came up in a low, even wash when Lena sealed the door behind them. The air was cooler down here and smelled of leather, oil, and the faint residual scent of previous nights.</w:t>
      </w:r>
    </w:p>
    <w:p>
      <w:r>
        <w:rPr>
          <w:rFonts w:ascii="IM Fell English" w:hAnsi="IM Fell English"/>
          <w:color w:val="141414"/>
          <w:sz w:val="24"/>
        </w:rPr>
        <w:t>Jackie stood in the center of the floor still dressed in the plain black shirt and pants she had worn to the bar. The fabric was wrinkled from the long night and the drive, marked in places with residual fake blood she had never fully washed off. The ball-chain cat-o’-nine-tails hung from her right hand. Lena’s keys remained in her left.</w:t>
      </w:r>
    </w:p>
    <w:p>
      <w:r>
        <w:rPr>
          <w:rFonts w:ascii="IM Fell English" w:hAnsi="IM Fell English"/>
          <w:color w:val="141414"/>
          <w:sz w:val="24"/>
        </w:rPr>
        <w:t>Lena walked a slow circle around her, professional and unhurried, checking pupils, posture, the state of the real marks that showed at her open collar and wrists.</w:t>
      </w:r>
    </w:p>
    <w:p>
      <w:r>
        <w:rPr>
          <w:rFonts w:ascii="IM Fell English" w:hAnsi="IM Fell English"/>
          <w:color w:val="141414"/>
          <w:sz w:val="24"/>
        </w:rPr>
        <w:t>“You held the full program and then drove with cargo,” Lena said. “You’re tired, but you’re still vertical. Soft protocol is available. Rough is also available. Your call, slave.”</w:t>
      </w:r>
    </w:p>
    <w:p>
      <w:r>
        <w:rPr>
          <w:rFonts w:ascii="IM Fell English" w:hAnsi="IM Fell English"/>
          <w:color w:val="141414"/>
          <w:sz w:val="24"/>
        </w:rPr>
        <w:t>Jackie set the keys on the nearest bench and turned the whip once in her hand so the metal balls chimed softly against each other.</w:t>
      </w:r>
    </w:p>
    <w:p>
      <w:r>
        <w:rPr>
          <w:rFonts w:ascii="IM Fell English" w:hAnsi="IM Fell English"/>
          <w:color w:val="141414"/>
          <w:sz w:val="24"/>
        </w:rPr>
        <w:t>“Rough enough that I feel it tomorrow. Not so rough I can’t handle my wife when she finally crashes.”</w:t>
      </w:r>
    </w:p>
    <w:p>
      <w:r>
        <w:rPr>
          <w:rFonts w:ascii="IM Fell English" w:hAnsi="IM Fell English"/>
          <w:color w:val="141414"/>
          <w:sz w:val="24"/>
        </w:rPr>
        <w:t>Lena’s mouth curved.</w:t>
      </w:r>
    </w:p>
    <w:p>
      <w:r>
        <w:rPr>
          <w:rFonts w:ascii="IM Fell English" w:hAnsi="IM Fell English"/>
          <w:color w:val="141414"/>
          <w:sz w:val="24"/>
        </w:rPr>
        <w:t>“Understood. Strip.”</w:t>
      </w:r>
    </w:p>
    <w:p>
      <w:r>
        <w:rPr>
          <w:rFonts w:ascii="IM Fell English" w:hAnsi="IM Fell English"/>
          <w:color w:val="141414"/>
          <w:sz w:val="24"/>
        </w:rPr>
        <w:t>Jackie did not hesitate. She pulled the shirt over her head, dropped it, shoved the pants down, and stepped out of them. Socks and boots followed. In under a minute she stood naked except for the drying sweat and the handful of real bruises that had survived the night. The cooler air of the dungeon raised immediate gooseflesh across the fresh welts she had taken earlier and the older ones that still lingered.</w:t>
      </w:r>
    </w:p>
    <w:p>
      <w:r>
        <w:rPr>
          <w:rFonts w:ascii="IM Fell English" w:hAnsi="IM Fell English"/>
          <w:color w:val="141414"/>
          <w:sz w:val="24"/>
        </w:rPr>
        <w:t>Lena pointed to the central beam.</w:t>
      </w:r>
    </w:p>
    <w:p>
      <w:r>
        <w:rPr>
          <w:rFonts w:ascii="IM Fell English" w:hAnsi="IM Fell English"/>
          <w:color w:val="141414"/>
          <w:sz w:val="24"/>
        </w:rPr>
        <w:t>Jackie walked to it, raised her arms, and waited. Lena cuffed her wrists high and wide, feet still on the floor, body stretched into a clean, open line. The position pulled every remaining ache from the Lucifer program into sharp focus. Jackie breathed through it and let her head drop forward.</w:t>
      </w:r>
    </w:p>
    <w:p>
      <w:r>
        <w:rPr>
          <w:rFonts w:ascii="IM Fell English" w:hAnsi="IM Fell English"/>
          <w:color w:val="141414"/>
          <w:sz w:val="24"/>
        </w:rPr>
        <w:t>Lena took the ball-chain cat-o’-nine-tails from the bench and tested the weight.</w:t>
      </w:r>
    </w:p>
    <w:p>
      <w:r>
        <w:rPr>
          <w:rFonts w:ascii="IM Fell English" w:hAnsi="IM Fell English"/>
          <w:color w:val="141414"/>
          <w:sz w:val="24"/>
        </w:rPr>
        <w:t>“Same one you used on her,” she observed. “Fitting.”</w:t>
      </w:r>
    </w:p>
    <w:p>
      <w:r>
        <w:rPr>
          <w:rFonts w:ascii="IM Fell English" w:hAnsi="IM Fell English"/>
          <w:color w:val="141414"/>
          <w:sz w:val="24"/>
        </w:rPr>
        <w:t xml:space="preserve">The first stroke landed across the backs of Jackie’s thighs—not playful, not warm-up. The metal balls bit and left immediate raised welts. Jackie’s breath left her in a short, controlled hiss. The second stroke crossed the first. The third landed higher, across the curve of her ass. Lena worked without rush and without mercy, laying an even pattern from mid-thigh to the lower edge of Jackie’s shoulder blades. Each impact was hard enough to rock Jackie forward onto the balls of her feet. Each one was followed by the quiet, precise pause Lena always used to measure the next. </w:t>
      </w:r>
    </w:p>
    <w:p>
      <w:r>
        <w:rPr>
          <w:rFonts w:ascii="IM Fell English" w:hAnsi="IM Fell English"/>
          <w:color w:val="141414"/>
          <w:sz w:val="24"/>
        </w:rPr>
        <w:t>Jackie took them the way she had taken the table — open, present, and asking for nothing softer.</w:t>
      </w:r>
    </w:p>
    <w:p>
      <w:r>
        <w:rPr>
          <w:rFonts w:ascii="IM Fell English" w:hAnsi="IM Fell English"/>
          <w:color w:val="141414"/>
          <w:sz w:val="24"/>
        </w:rPr>
        <w:t>When Lena finally stepped back, Jackie’s back and thighs were a lattice of darkening welts that matched the ones she had left on Jennifer. Heat radiated off her skin. Her breathing had gone deep and steady. The subspace that had been hovering since the abort had finally settled into place.</w:t>
      </w:r>
    </w:p>
    <w:p>
      <w:r>
        <w:rPr>
          <w:rFonts w:ascii="IM Fell English" w:hAnsi="IM Fell English"/>
          <w:color w:val="141414"/>
          <w:sz w:val="24"/>
        </w:rPr>
        <w:t>Lena hung the whip on a nearby hook and moved in close behind her. One hand slid around Jackie’s hip, fingers finding her wet without surprise. The other hand closed gently around her throat — not choking, just holding.</w:t>
      </w:r>
    </w:p>
    <w:p>
      <w:r>
        <w:rPr>
          <w:rFonts w:ascii="IM Fell English" w:hAnsi="IM Fell English"/>
          <w:color w:val="141414"/>
          <w:sz w:val="24"/>
        </w:rPr>
        <w:t>“Still with me?”</w:t>
      </w:r>
    </w:p>
    <w:p>
      <w:r>
        <w:rPr>
          <w:rFonts w:ascii="IM Fell English" w:hAnsi="IM Fell English"/>
          <w:color w:val="141414"/>
          <w:sz w:val="24"/>
        </w:rPr>
        <w:t>“Yes, Mistress.”</w:t>
      </w:r>
    </w:p>
    <w:p>
      <w:r>
        <w:rPr>
          <w:rFonts w:ascii="IM Fell English" w:hAnsi="IM Fell English"/>
          <w:color w:val="141414"/>
          <w:sz w:val="24"/>
        </w:rPr>
        <w:t>“Good.”</w:t>
      </w:r>
    </w:p>
    <w:p>
      <w:r>
        <w:rPr>
          <w:rFonts w:ascii="IM Fell English" w:hAnsi="IM Fell English"/>
          <w:color w:val="141414"/>
          <w:sz w:val="24"/>
        </w:rPr>
        <w:t xml:space="preserve">Lena fucked her like that—fingers steady and deep, palm possessive on her throat, body pressed to the fresh welts so every movement dragged heat across them. Jackie came once with a low, broken sound, then again when Lena deliberately dragged her nails across the most tender of the new marks. Only when Jackie’s legs started to shake did Lena slow, withdraw, and unclip the wrist cuffs. </w:t>
      </w:r>
    </w:p>
    <w:p>
      <w:r>
        <w:rPr>
          <w:rFonts w:ascii="IM Fell English" w:hAnsi="IM Fell English"/>
          <w:color w:val="141414"/>
          <w:sz w:val="24"/>
        </w:rPr>
        <w:t>Jackie would have gone to her knees if Lena had not already been guiding her down. She rested there, forehead against Lena’s thigh, breathing in the smell of leather and skin while Lena’s hand stroked once through her hair.</w:t>
      </w:r>
    </w:p>
    <w:p>
      <w:r>
        <w:rPr>
          <w:rFonts w:ascii="IM Fell English" w:hAnsi="IM Fell English"/>
          <w:color w:val="141414"/>
          <w:sz w:val="24"/>
        </w:rPr>
        <w:t>Upstairs, faint but clear through the open stairwell, Jennifer’s voice rose again — a sharp, laughing moan followed by Marcus’s low, unhurried reply. Something heavy shifted. A brief, wet slap of skin. Then Jennifer’s voice again, louder, half challenge and half plea.</w:t>
      </w:r>
    </w:p>
    <w:p>
      <w:r>
        <w:rPr>
          <w:rFonts w:ascii="IM Fell English" w:hAnsi="IM Fell English"/>
          <w:color w:val="141414"/>
          <w:sz w:val="24"/>
        </w:rPr>
        <w:t>Lena glanced toward the stairs and exhaled through her nose.</w:t>
      </w:r>
    </w:p>
    <w:p>
      <w:r>
        <w:rPr>
          <w:rFonts w:ascii="IM Fell English" w:hAnsi="IM Fell English"/>
          <w:color w:val="141414"/>
          <w:sz w:val="24"/>
        </w:rPr>
        <w:t>“She’s going to keep him busy until she drops.”</w:t>
      </w:r>
    </w:p>
    <w:p>
      <w:r>
        <w:rPr>
          <w:rFonts w:ascii="IM Fell English" w:hAnsi="IM Fell English"/>
          <w:color w:val="141414"/>
          <w:sz w:val="24"/>
        </w:rPr>
        <w:t>Jackie turned her head just enough to speak against Lena’s leg.</w:t>
      </w:r>
    </w:p>
    <w:p>
      <w:r>
        <w:rPr>
          <w:rFonts w:ascii="IM Fell English" w:hAnsi="IM Fell English"/>
          <w:color w:val="141414"/>
          <w:sz w:val="24"/>
        </w:rPr>
        <w:t>“She always does. When she finally goes quiet I’ll carry her to bed. Until then she’s Marcus’s problem.”</w:t>
      </w:r>
    </w:p>
    <w:p>
      <w:r>
        <w:rPr>
          <w:rFonts w:ascii="IM Fell English" w:hAnsi="IM Fell English"/>
          <w:color w:val="141414"/>
          <w:sz w:val="24"/>
        </w:rPr>
        <w:t>Lena’s fingers tightened once in her hair — approval, possession, and quiet amusement.</w:t>
      </w:r>
    </w:p>
    <w:p>
      <w:r>
        <w:rPr>
          <w:rFonts w:ascii="IM Fell English" w:hAnsi="IM Fell English"/>
          <w:color w:val="141414"/>
          <w:sz w:val="24"/>
        </w:rPr>
        <w:t>“And you’re mine for the next hour. Up. Bench. I want your mouth before I decide whether you get the whip again or the cane.”</w:t>
      </w:r>
    </w:p>
    <w:p>
      <w:r>
        <w:rPr>
          <w:rFonts w:ascii="IM Fell English" w:hAnsi="IM Fell English"/>
          <w:color w:val="141414"/>
          <w:sz w:val="24"/>
        </w:rPr>
        <w:t>Jackie rose on steady legs, the new welts pulling with every movement, and followed Lena to the padded bench without being told twice.</w:t>
      </w:r>
    </w:p>
    <w:p>
      <w:r>
        <w:rPr>
          <w:rFonts w:ascii="IM Fell English" w:hAnsi="IM Fell English"/>
          <w:color w:val="141414"/>
          <w:sz w:val="24"/>
        </w:rPr>
        <w:t>From the main living room above came another bright, manic laugh from Jennifer and the low sound of Marcus settling deeper into the couch.</w:t>
      </w:r>
    </w:p>
    <w:p>
      <w:r>
        <w:rPr>
          <w:rFonts w:ascii="IM Fell English" w:hAnsi="IM Fell English"/>
          <w:color w:val="141414"/>
          <w:sz w:val="24"/>
        </w:rPr>
        <w:t>The house held both noises at once — the controlled, deliberate work of the dungeon and the chaotic, unfinished energy of the woman who had not yet crashed.</w:t>
      </w:r>
    </w:p>
    <w:p>
      <w:r>
        <w:rPr>
          <w:rFonts w:ascii="IM Fell English" w:hAnsi="IM Fell English"/>
          <w:color w:val="141414"/>
          <w:sz w:val="24"/>
        </w:rPr>
        <w:t>Jackie knelt, opened her mouth, and let Lena take the next hour exactly as she wanted it.</w:t>
      </w:r>
    </w:p>
    <w:p>
      <w:r>
        <w:rPr>
          <w:rFonts w:ascii="IM Fell English" w:hAnsi="IM Fell English"/>
          <w:color w:val="141414"/>
          <w:sz w:val="24"/>
        </w:rPr>
        <w:t>Jennifer could complain later.</w:t>
      </w:r>
    </w:p>
    <w:p>
      <w:r>
        <w:rPr>
          <w:rFonts w:ascii="IM Fell English" w:hAnsi="IM Fell English"/>
          <w:color w:val="141414"/>
          <w:sz w:val="24"/>
        </w:rPr>
        <w:t>Tonight she was still not finished, and neither was anyone else.</w:t>
      </w:r>
    </w:p>
    <w:p>
      <w:pPr>
        <w:pStyle w:val="Heading1"/>
        <w:jc w:val="center"/>
      </w:pPr>
      <w:r>
        <w:rPr>
          <w:rFonts w:ascii="IM Fell English" w:hAnsi="IM Fell English"/>
          <w:color w:val="0D0D0D"/>
        </w:rPr>
        <w:t>CHAPTER 31 — CRASH</w:t>
      </w:r>
    </w:p>
    <w:p>
      <w:r>
        <w:rPr>
          <w:rFonts w:ascii="IM Fell English" w:hAnsi="IM Fell English"/>
          <w:color w:val="141414"/>
          <w:sz w:val="24"/>
        </w:rPr>
        <w:t>Lena kept her for the full hour.</w:t>
      </w:r>
    </w:p>
    <w:p>
      <w:r>
        <w:rPr>
          <w:rFonts w:ascii="IM Fell English" w:hAnsi="IM Fell English"/>
          <w:color w:val="141414"/>
          <w:sz w:val="24"/>
        </w:rPr>
        <w:t>After the mouth she used the cane — not the whip again, the thinner, meaner rattan that left sharper, more precise lines across the welts already rising on Jackie’s thighs and ass. Jackie took twelve without being asked to count, forehead pressed to the padded bench, hands gripping the far edge hard enough to whiten her knuckles. Each stroke landed with clean, measured force. Each one forced a short, controlled sound out of her that never quite became a request to stop. When Lena set the cane down she fucked Jackie again, this time with a thick, heavy toy from the wall cabinet, one hand in her hair, the other braced on the fresh cane marks so every thrust dragged fire across them. Jackie came hard enough that her knees buckled. Lena held her up through it, then through the second, smaller orgasm that followed when she deliberately twisted the toy against the front wall and bit down on the back of Jackie’s neck.</w:t>
      </w:r>
    </w:p>
    <w:p>
      <w:r>
        <w:rPr>
          <w:rFonts w:ascii="IM Fell English" w:hAnsi="IM Fell English"/>
          <w:color w:val="141414"/>
          <w:sz w:val="24"/>
        </w:rPr>
        <w:t>Only then did she pull out, unclip the last of the temporary restraints, and let Jackie slide to the floor.</w:t>
      </w:r>
    </w:p>
    <w:p>
      <w:r>
        <w:rPr>
          <w:rFonts w:ascii="IM Fell English" w:hAnsi="IM Fell English"/>
          <w:color w:val="141414"/>
          <w:sz w:val="24"/>
        </w:rPr>
        <w:t xml:space="preserve">Jackie rested on her knees, cheek against Lena’s thigh, breathing in long, uneven pulls. The subspace was deep and quiet now. The film night, the table, the truck, the bar, the fresh lattice of ball-chain and cane marks—all of it had finally settled into the heavy, floating calm she only reached when someone else held the end of the evening for her. </w:t>
      </w:r>
    </w:p>
    <w:p>
      <w:r>
        <w:rPr>
          <w:rFonts w:ascii="IM Fell English" w:hAnsi="IM Fell English"/>
          <w:color w:val="141414"/>
          <w:sz w:val="24"/>
        </w:rPr>
        <w:t>Lena’s hand stroked once through her hair.</w:t>
      </w:r>
    </w:p>
    <w:p>
      <w:r>
        <w:rPr>
          <w:rFonts w:ascii="IM Fell English" w:hAnsi="IM Fell English"/>
          <w:color w:val="141414"/>
          <w:sz w:val="24"/>
        </w:rPr>
        <w:t>“Still with me?”</w:t>
      </w:r>
    </w:p>
    <w:p>
      <w:r>
        <w:rPr>
          <w:rFonts w:ascii="IM Fell English" w:hAnsi="IM Fell English"/>
          <w:color w:val="141414"/>
          <w:sz w:val="24"/>
        </w:rPr>
        <w:t>“Yes, Mistress.”</w:t>
      </w:r>
    </w:p>
    <w:p>
      <w:r>
        <w:rPr>
          <w:rFonts w:ascii="IM Fell English" w:hAnsi="IM Fell English"/>
          <w:color w:val="141414"/>
          <w:sz w:val="24"/>
        </w:rPr>
        <w:t>“Good. Water. Then we check on your wife before she actually breaks Marcus.”</w:t>
      </w:r>
    </w:p>
    <w:p>
      <w:r>
        <w:rPr>
          <w:rFonts w:ascii="IM Fell English" w:hAnsi="IM Fell English"/>
          <w:color w:val="141414"/>
          <w:sz w:val="24"/>
        </w:rPr>
        <w:t>Jackie drank the water Lena held for her, slow and steady, and let Lena help her to her feet. The new marks pulled with every step. She welcomed it. Lena left her the black shirt and nothing else; the pants stayed on the dungeon floor. They climbed the stairs together, Lena’s hand resting lightly at the base of Jackie’s spine, possessive and calm.</w:t>
      </w:r>
    </w:p>
    <w:p>
      <w:r>
        <w:rPr>
          <w:rFonts w:ascii="IM Fell English" w:hAnsi="IM Fell English"/>
          <w:color w:val="141414"/>
          <w:sz w:val="24"/>
        </w:rPr>
        <w:t>The main living room had gone quiet.</w:t>
      </w:r>
    </w:p>
    <w:p>
      <w:r>
        <w:rPr>
          <w:rFonts w:ascii="IM Fell English" w:hAnsi="IM Fell English"/>
          <w:color w:val="141414"/>
          <w:sz w:val="24"/>
        </w:rPr>
        <w:t>Marcus still sat on the wide couch. Jennifer was no longer riding him. She had collapsed forward against his chest, face turned into his neck, body slack and heavy. Her breathing was deep and even for the first time all night. One of Marcus’s hands rested between her shoulder blades; the other held a soft blanket he had already pulled over her lower half. The manic energy that had kept her moving since the abort had finally burned out.</w:t>
      </w:r>
    </w:p>
    <w:p>
      <w:r>
        <w:rPr>
          <w:rFonts w:ascii="IM Fell English" w:hAnsi="IM Fell English"/>
          <w:color w:val="141414"/>
          <w:sz w:val="24"/>
        </w:rPr>
        <w:t>Marcus looked up when they entered and gave a small, wry tilt of his head.</w:t>
      </w:r>
    </w:p>
    <w:p>
      <w:r>
        <w:rPr>
          <w:rFonts w:ascii="IM Fell English" w:hAnsi="IM Fell English"/>
          <w:color w:val="141414"/>
          <w:sz w:val="24"/>
        </w:rPr>
        <w:t>“She dropped about ten minutes ago. Tried to threaten me with a formal complaint against the new director right before she went under. Then she just… stopped.”</w:t>
      </w:r>
    </w:p>
    <w:p>
      <w:r>
        <w:rPr>
          <w:rFonts w:ascii="IM Fell English" w:hAnsi="IM Fell English"/>
          <w:color w:val="141414"/>
          <w:sz w:val="24"/>
        </w:rPr>
        <w:t>Jackie crossed the rug on bare feet, the black shirt brushing the tops of her marked thighs. She crouched beside the couch and brushed damp hair back from Jennifer’s face. Jennifer did not stir. Her mouth was slightly open, the residual tension finally gone from her jaw. The real marks from the film and the ball-chain welts Jackie had given her later stood out against cooling skin.</w:t>
      </w:r>
    </w:p>
    <w:p>
      <w:r>
        <w:rPr>
          <w:rFonts w:ascii="IM Fell English" w:hAnsi="IM Fell English"/>
          <w:color w:val="141414"/>
          <w:sz w:val="24"/>
        </w:rPr>
        <w:t>“About time,” Jackie murmured.</w:t>
      </w:r>
    </w:p>
    <w:p>
      <w:r>
        <w:rPr>
          <w:rFonts w:ascii="IM Fell English" w:hAnsi="IM Fell English"/>
          <w:color w:val="141414"/>
          <w:sz w:val="24"/>
        </w:rPr>
        <w:t>Marcus shifted carefully.</w:t>
      </w:r>
    </w:p>
    <w:p>
      <w:r>
        <w:rPr>
          <w:rFonts w:ascii="IM Fell English" w:hAnsi="IM Fell English"/>
          <w:color w:val="141414"/>
          <w:sz w:val="24"/>
        </w:rPr>
        <w:t>“She’s yours to move. I’ve got nothing left for a fight if she wakes up swinging.”</w:t>
      </w:r>
    </w:p>
    <w:p>
      <w:r>
        <w:rPr>
          <w:rFonts w:ascii="IM Fell English" w:hAnsi="IM Fell English"/>
          <w:color w:val="141414"/>
          <w:sz w:val="24"/>
        </w:rPr>
        <w:t>Lena’s mouth twitched.</w:t>
      </w:r>
    </w:p>
    <w:p>
      <w:r>
        <w:rPr>
          <w:rFonts w:ascii="IM Fell English" w:hAnsi="IM Fell English"/>
          <w:color w:val="141414"/>
          <w:sz w:val="24"/>
        </w:rPr>
        <w:t>“We’ll take her.”</w:t>
      </w:r>
    </w:p>
    <w:p>
      <w:r>
        <w:rPr>
          <w:rFonts w:ascii="IM Fell English" w:hAnsi="IM Fell English"/>
          <w:color w:val="141414"/>
          <w:sz w:val="24"/>
        </w:rPr>
        <w:t>Jackie slid her arms under Jennifer’s shoulders and knees. The other woman was dead weight, warm and completely gone. Jackie lifted her without strain, settled her against her own marked chest, and turned toward the hallway that led to their bedroom. Lena walked ahead and opened doors. Marcus stayed on the couch, head tipped back, already reaching for the glass of water someone had left him.</w:t>
      </w:r>
    </w:p>
    <w:p>
      <w:r>
        <w:rPr>
          <w:rFonts w:ascii="IM Fell English" w:hAnsi="IM Fell English"/>
          <w:color w:val="141414"/>
          <w:sz w:val="24"/>
        </w:rPr>
        <w:t>In the bedroom Jackie laid Jennifer down on the cool sheets. She checked the custom hood was nowhere near the bed, checked that no restraints remained on wrists or ankles, and then simply stretched out beside her wife, one hand resting over Jennifer’s sternum to feel the steady rise and fall. Lena lingered long enough to set a bottle of water and a small tube of salve on the nightstand, then dimmed the lights and left them.</w:t>
      </w:r>
    </w:p>
    <w:p>
      <w:r>
        <w:rPr>
          <w:rFonts w:ascii="IM Fell English" w:hAnsi="IM Fell English"/>
          <w:color w:val="141414"/>
          <w:sz w:val="24"/>
        </w:rPr>
        <w:t>Jackie listened to Jennifer breathe.</w:t>
      </w:r>
    </w:p>
    <w:p>
      <w:r>
        <w:rPr>
          <w:rFonts w:ascii="IM Fell English" w:hAnsi="IM Fell English"/>
          <w:color w:val="141414"/>
          <w:sz w:val="24"/>
        </w:rPr>
        <w:t>Outside the open bedroom door the house made the small ordinary sounds of people settling — Marcus moving toward one of the guest rooms, Lena’s quieter footsteps returning to the lower level, the distant click of a door latch. The long film night was finally over. The cool-down was no longer required. The cargo had been delivered, the new director had taken her hour, and the cheating wife had at last run out of fight.</w:t>
      </w:r>
    </w:p>
    <w:p>
      <w:r>
        <w:rPr>
          <w:rFonts w:ascii="IM Fell English" w:hAnsi="IM Fell English"/>
          <w:color w:val="141414"/>
          <w:sz w:val="24"/>
        </w:rPr>
        <w:t>Jackie closed her eyes, the fresh cane marks throbbing in time with her pulse, and let her own exhaustion pull her under.</w:t>
      </w:r>
    </w:p>
    <w:p>
      <w:r>
        <w:rPr>
          <w:rFonts w:ascii="IM Fell English" w:hAnsi="IM Fell English"/>
          <w:color w:val="141414"/>
          <w:sz w:val="24"/>
        </w:rPr>
        <w:t>Jennifer would complain in the morning.</w:t>
      </w:r>
    </w:p>
    <w:p>
      <w:r>
        <w:rPr>
          <w:rFonts w:ascii="IM Fell English" w:hAnsi="IM Fell English"/>
          <w:color w:val="141414"/>
          <w:sz w:val="24"/>
        </w:rPr>
        <w:t>Tonight she was simply asleep, safe, and home.</w:t>
      </w:r>
    </w:p>
    <w:p>
      <w:pPr>
        <w:pStyle w:val="Heading1"/>
        <w:jc w:val="center"/>
      </w:pPr>
      <w:r>
        <w:rPr>
          <w:rFonts w:ascii="IM Fell English" w:hAnsi="IM Fell English"/>
          <w:color w:val="0D0D0D"/>
        </w:rPr>
        <w:t>CHAPTER 32 — MORNING</w:t>
      </w:r>
    </w:p>
    <w:p>
      <w:r>
        <w:rPr>
          <w:rFonts w:ascii="IM Fell English" w:hAnsi="IM Fell English"/>
          <w:color w:val="141414"/>
          <w:sz w:val="24"/>
        </w:rPr>
        <w:t>Jackie woke first.</w:t>
      </w:r>
    </w:p>
    <w:p>
      <w:r>
        <w:rPr>
          <w:rFonts w:ascii="IM Fell English" w:hAnsi="IM Fell English"/>
          <w:color w:val="141414"/>
          <w:sz w:val="24"/>
        </w:rPr>
        <w:t>The bedroom was still dim, the blackout curtains doing their job. Jennifer lay on her stomach beside her, one arm thrown across Jackie’s waist, face turned toward the window. Her breathing was deep and even. The lattice of ball-chain welts across her thighs and lower back had darkened overnight into a clean, even pattern of bruises. The handful of real marks from the film had already closed to thin pink lines. She looked wrecked and peaceful at the same time.</w:t>
      </w:r>
    </w:p>
    <w:p>
      <w:r>
        <w:rPr>
          <w:rFonts w:ascii="IM Fell English" w:hAnsi="IM Fell English"/>
          <w:color w:val="141414"/>
          <w:sz w:val="24"/>
        </w:rPr>
        <w:t>Jackie lay still for a while longer, cataloguing her own body. The cane marks on her thighs and ass throbbed in a slow, deep pulse. The older welts from the ball-chain whip had settled into a matching heat. Nothing was torn. Nothing was swollen beyond the expected. Lena had, as always, left her functional.</w:t>
      </w:r>
    </w:p>
    <w:p>
      <w:r>
        <w:rPr>
          <w:rFonts w:ascii="IM Fell English" w:hAnsi="IM Fell English"/>
          <w:color w:val="141414"/>
          <w:sz w:val="24"/>
        </w:rPr>
        <w:t>Jennifer stirred when Jackie finally shifted.</w:t>
      </w:r>
    </w:p>
    <w:p>
      <w:r>
        <w:rPr>
          <w:rFonts w:ascii="IM Fell English" w:hAnsi="IM Fell English"/>
          <w:color w:val="141414"/>
          <w:sz w:val="24"/>
        </w:rPr>
        <w:t>A low, rough sound came out of her throat. She turned her head, cracked one eye open, and stared at Jackie for several long seconds before the night came back to her in pieces.</w:t>
      </w:r>
    </w:p>
    <w:p>
      <w:r>
        <w:rPr>
          <w:rFonts w:ascii="IM Fell English" w:hAnsi="IM Fell English"/>
          <w:color w:val="141414"/>
          <w:sz w:val="24"/>
        </w:rPr>
        <w:t>“You left me on the table,” she rasped.</w:t>
      </w:r>
    </w:p>
    <w:p>
      <w:r>
        <w:rPr>
          <w:rFonts w:ascii="IM Fell English" w:hAnsi="IM Fell English"/>
          <w:color w:val="141414"/>
          <w:sz w:val="24"/>
        </w:rPr>
        <w:t>“I did.”</w:t>
      </w:r>
    </w:p>
    <w:p>
      <w:r>
        <w:rPr>
          <w:rFonts w:ascii="IM Fell English" w:hAnsi="IM Fell English"/>
          <w:color w:val="141414"/>
          <w:sz w:val="24"/>
        </w:rPr>
        <w:t>“You hooded me and locked me in the truck.”</w:t>
      </w:r>
    </w:p>
    <w:p>
      <w:r>
        <w:rPr>
          <w:rFonts w:ascii="IM Fell English" w:hAnsi="IM Fell English"/>
          <w:color w:val="141414"/>
          <w:sz w:val="24"/>
        </w:rPr>
        <w:t>“I did.”</w:t>
      </w:r>
    </w:p>
    <w:p>
      <w:r>
        <w:rPr>
          <w:rFonts w:ascii="IM Fell English" w:hAnsi="IM Fell English"/>
          <w:color w:val="141414"/>
          <w:sz w:val="24"/>
        </w:rPr>
        <w:t>“You let Marcus unstrap me and then you walked off with Lena while I was still—”</w:t>
      </w:r>
    </w:p>
    <w:p>
      <w:r>
        <w:rPr>
          <w:rFonts w:ascii="IM Fell English" w:hAnsi="IM Fell English"/>
          <w:color w:val="141414"/>
          <w:sz w:val="24"/>
        </w:rPr>
        <w:t>“You were riding him like you were trying to start a second film. You also threatened to file a formal complaint against the new director. I decided Marcus could handle it.”</w:t>
      </w:r>
    </w:p>
    <w:p>
      <w:r>
        <w:rPr>
          <w:rFonts w:ascii="IM Fell English" w:hAnsi="IM Fell English"/>
          <w:color w:val="141414"/>
          <w:sz w:val="24"/>
        </w:rPr>
        <w:t>Jennifer’s eye narrowed. She pushed herself up on one elbow, winced when the welts on her thighs pulled, and then gave Jackie the full, exhausted glare that always followed these nights.</w:t>
      </w:r>
    </w:p>
    <w:p>
      <w:r>
        <w:rPr>
          <w:rFonts w:ascii="IM Fell English" w:hAnsi="IM Fell English"/>
          <w:color w:val="141414"/>
          <w:sz w:val="24"/>
        </w:rPr>
        <w:t>“You’re still an asshole.”</w:t>
      </w:r>
    </w:p>
    <w:p>
      <w:r>
        <w:rPr>
          <w:rFonts w:ascii="IM Fell English" w:hAnsi="IM Fell English"/>
          <w:color w:val="141414"/>
          <w:sz w:val="24"/>
        </w:rPr>
        <w:t>Jackie reached out and brushed a strand of hair out of Jennifer’s face with careful fingers.</w:t>
      </w:r>
    </w:p>
    <w:p>
      <w:r>
        <w:rPr>
          <w:rFonts w:ascii="IM Fell English" w:hAnsi="IM Fell English"/>
          <w:color w:val="141414"/>
          <w:sz w:val="24"/>
        </w:rPr>
        <w:t>“You’re still not sorry about the water bottle.”</w:t>
      </w:r>
    </w:p>
    <w:p>
      <w:r>
        <w:rPr>
          <w:rFonts w:ascii="IM Fell English" w:hAnsi="IM Fell English"/>
          <w:color w:val="141414"/>
          <w:sz w:val="24"/>
        </w:rPr>
        <w:t>Jennifer’s mouth twitched despite herself. She dropped back down onto the pillow, stared at the ceiling, and let out a long breath that turned into a quiet, reluctant laugh.</w:t>
      </w:r>
    </w:p>
    <w:p>
      <w:r>
        <w:rPr>
          <w:rFonts w:ascii="IM Fell English" w:hAnsi="IM Fell English"/>
          <w:color w:val="141414"/>
          <w:sz w:val="24"/>
        </w:rPr>
        <w:t>“Fair.”</w:t>
      </w:r>
    </w:p>
    <w:p>
      <w:r>
        <w:rPr>
          <w:rFonts w:ascii="IM Fell English" w:hAnsi="IM Fell English"/>
          <w:color w:val="141414"/>
          <w:sz w:val="24"/>
        </w:rPr>
        <w:t>They lay in silence for a while. Somewhere in the house a coffee grinder started. Marcus’s heavier footsteps moved through the kitchen. Lena’s quieter ones followed. The ordinary morning sounds of the mansion settling around the two of them felt almost surreal after the long film night and the chaotic cool-down.</w:t>
      </w:r>
    </w:p>
    <w:p>
      <w:r>
        <w:rPr>
          <w:rFonts w:ascii="IM Fell English" w:hAnsi="IM Fell English"/>
          <w:color w:val="141414"/>
          <w:sz w:val="24"/>
        </w:rPr>
        <w:t>Jennifer’s hand found Jackie’s under the sheet and laced their fingers together.</w:t>
      </w:r>
    </w:p>
    <w:p>
      <w:r>
        <w:rPr>
          <w:rFonts w:ascii="IM Fell English" w:hAnsi="IM Fell English"/>
          <w:color w:val="141414"/>
          <w:sz w:val="24"/>
        </w:rPr>
        <w:t>“How bad are you?” she asked, voice softer.</w:t>
      </w:r>
    </w:p>
    <w:p>
      <w:r>
        <w:rPr>
          <w:rFonts w:ascii="IM Fell English" w:hAnsi="IM Fell English"/>
          <w:color w:val="141414"/>
          <w:sz w:val="24"/>
        </w:rPr>
        <w:t>“Cane. Ball-chain. Functional. You?”</w:t>
      </w:r>
    </w:p>
    <w:p>
      <w:r>
        <w:rPr>
          <w:rFonts w:ascii="IM Fell English" w:hAnsi="IM Fell English"/>
          <w:color w:val="141414"/>
          <w:sz w:val="24"/>
        </w:rPr>
        <w:t>“Like I got kicked down a shaft, locked in a truck, and then tried to fuck Marcus into the floor. Also functional.” She paused. “Mostly.”</w:t>
      </w:r>
    </w:p>
    <w:p>
      <w:r>
        <w:rPr>
          <w:rFonts w:ascii="IM Fell English" w:hAnsi="IM Fell English"/>
          <w:color w:val="141414"/>
          <w:sz w:val="24"/>
        </w:rPr>
        <w:t xml:space="preserve">Jackie turned onto her side, propping her head on one hand, and looked her over properly. Jennifer’s body was a map of the previous night—film marks, strap marks, the neat welts Jackie herself had left, the faint residual bruising from the jackhammers. All of it was already past the dangerous stage. The nano systems they never discussed had done the quiet overnight work they always did. </w:t>
      </w:r>
    </w:p>
    <w:p>
      <w:r>
        <w:rPr>
          <w:rFonts w:ascii="IM Fell English" w:hAnsi="IM Fell English"/>
          <w:color w:val="141414"/>
          <w:sz w:val="24"/>
        </w:rPr>
        <w:t>“Lena left salve,” Jackie said. “And water. And orders not to start anything until we’ve both eaten.”</w:t>
      </w:r>
    </w:p>
    <w:p>
      <w:r>
        <w:rPr>
          <w:rFonts w:ascii="IM Fell English" w:hAnsi="IM Fell English"/>
          <w:color w:val="141414"/>
          <w:sz w:val="24"/>
        </w:rPr>
        <w:t>Jennifer’s mouth curved into the small, wicked shape that meant the crash had fully lifted and the next round of trouble was already loading.</w:t>
      </w:r>
    </w:p>
    <w:p>
      <w:r>
        <w:rPr>
          <w:rFonts w:ascii="IM Fell English" w:hAnsi="IM Fell English"/>
          <w:color w:val="141414"/>
          <w:sz w:val="24"/>
        </w:rPr>
        <w:t>“Define ‘anything.’”</w:t>
      </w:r>
    </w:p>
    <w:p>
      <w:r>
        <w:rPr>
          <w:rFonts w:ascii="IM Fell English" w:hAnsi="IM Fell English"/>
          <w:color w:val="141414"/>
          <w:sz w:val="24"/>
        </w:rPr>
        <w:t>Jackie leaned over and kissed her once, slow and deliberate, tasting sleep and residual adrenaline.</w:t>
      </w:r>
    </w:p>
    <w:p>
      <w:r>
        <w:rPr>
          <w:rFonts w:ascii="IM Fell English" w:hAnsi="IM Fell English"/>
          <w:color w:val="141414"/>
          <w:sz w:val="24"/>
        </w:rPr>
        <w:t>“Anything that ends with you throwing another water bottle at my head while I’m driving.”</w:t>
      </w:r>
    </w:p>
    <w:p>
      <w:r>
        <w:rPr>
          <w:rFonts w:ascii="IM Fell English" w:hAnsi="IM Fell English"/>
          <w:color w:val="141414"/>
          <w:sz w:val="24"/>
        </w:rPr>
        <w:t>Jennifer made a low, considering sound and returned the kiss with more heat than was strictly wise given the state of both their bodies. When she pulled back her eyes were darker.</w:t>
      </w:r>
    </w:p>
    <w:p>
      <w:r>
        <w:rPr>
          <w:rFonts w:ascii="IM Fell English" w:hAnsi="IM Fell English"/>
          <w:color w:val="141414"/>
          <w:sz w:val="24"/>
        </w:rPr>
        <w:t>“No promises.”</w:t>
      </w:r>
    </w:p>
    <w:p>
      <w:r>
        <w:rPr>
          <w:rFonts w:ascii="IM Fell English" w:hAnsi="IM Fell English"/>
          <w:color w:val="141414"/>
          <w:sz w:val="24"/>
        </w:rPr>
        <w:t>From the kitchen Marcus called down the hallway, voice dry.</w:t>
      </w:r>
    </w:p>
    <w:p>
      <w:r>
        <w:rPr>
          <w:rFonts w:ascii="IM Fell English" w:hAnsi="IM Fell English"/>
          <w:color w:val="141414"/>
          <w:sz w:val="24"/>
        </w:rPr>
        <w:t>“If you two are done threatening each other, coffee’s ready. Lena says food first, complaints second, and nobody is allowed to start a third film before noon.”</w:t>
      </w:r>
    </w:p>
    <w:p>
      <w:r>
        <w:rPr>
          <w:rFonts w:ascii="IM Fell English" w:hAnsi="IM Fell English"/>
          <w:color w:val="141414"/>
          <w:sz w:val="24"/>
        </w:rPr>
        <w:t>Jennifer groaned and buried her face in the pillow.</w:t>
      </w:r>
    </w:p>
    <w:p>
      <w:r>
        <w:rPr>
          <w:rFonts w:ascii="IM Fell English" w:hAnsi="IM Fell English"/>
          <w:color w:val="141414"/>
          <w:sz w:val="24"/>
        </w:rPr>
        <w:t>Jackie sat up, the cane marks pulling in a way she quietly liked, and reached for the black shirt she had abandoned at some point in the night.</w:t>
      </w:r>
    </w:p>
    <w:p>
      <w:r>
        <w:rPr>
          <w:rFonts w:ascii="IM Fell English" w:hAnsi="IM Fell English"/>
          <w:color w:val="141414"/>
          <w:sz w:val="24"/>
        </w:rPr>
        <w:t>“Come on, mouse. Before the new director decides we both need another hour in the dungeon just for making her wait on coffee.”</w:t>
      </w:r>
    </w:p>
    <w:p>
      <w:r>
        <w:rPr>
          <w:rFonts w:ascii="IM Fell English" w:hAnsi="IM Fell English"/>
          <w:color w:val="141414"/>
          <w:sz w:val="24"/>
        </w:rPr>
        <w:t>Jennifer rolled onto her back, stared at the ceiling one more time, and then held out a hand.</w:t>
      </w:r>
    </w:p>
    <w:p>
      <w:r>
        <w:rPr>
          <w:rFonts w:ascii="IM Fell English" w:hAnsi="IM Fell English"/>
          <w:color w:val="141414"/>
          <w:sz w:val="24"/>
        </w:rPr>
        <w:t>“Help me up. Everything hurts. And I’m still filing that complaint. Just… later.”</w:t>
      </w:r>
    </w:p>
    <w:p>
      <w:r>
        <w:rPr>
          <w:rFonts w:ascii="IM Fell English" w:hAnsi="IM Fell English"/>
          <w:color w:val="141414"/>
          <w:sz w:val="24"/>
        </w:rPr>
        <w:t>Jackie took her hand and pulled her carefully to sitting. They stayed like that for a moment — foreheads close, breathing the same air, the long night finally behind them and the ordinary, dangerous morning of their actual life waiting just outside the bedroom door.</w:t>
      </w:r>
    </w:p>
    <w:p>
      <w:r>
        <w:rPr>
          <w:rFonts w:ascii="IM Fell English" w:hAnsi="IM Fell English"/>
          <w:color w:val="141414"/>
          <w:sz w:val="24"/>
        </w:rPr>
        <w:t>Then they got up, pulled on enough clothes to be decent, and went to face the coffee, the salve, and whatever Lena and Marcus had decided the rest of the day would look like.</w:t>
      </w:r>
    </w:p>
    <w:p>
      <w:r>
        <w:rPr>
          <w:rFonts w:ascii="IM Fell English" w:hAnsi="IM Fell English"/>
          <w:color w:val="141414"/>
          <w:sz w:val="24"/>
        </w:rPr>
        <w:t>Jennifer leaned into Jackie’s side as they walked the hallway and muttered, almost too quietly to hear,</w:t>
      </w:r>
    </w:p>
    <w:p>
      <w:r>
        <w:rPr>
          <w:rFonts w:ascii="IM Fell English" w:hAnsi="IM Fell English"/>
          <w:color w:val="141414"/>
          <w:sz w:val="24"/>
        </w:rPr>
        <w:t>“Next time you leave me on the table, I’m taking the truck keys with me.”</w:t>
      </w:r>
    </w:p>
    <w:p>
      <w:r>
        <w:rPr>
          <w:rFonts w:ascii="IM Fell English" w:hAnsi="IM Fell English"/>
          <w:color w:val="141414"/>
          <w:sz w:val="24"/>
        </w:rPr>
        <w:t>Jackie smiled without looking over.</w:t>
      </w:r>
    </w:p>
    <w:p>
      <w:r>
        <w:rPr>
          <w:rFonts w:ascii="IM Fell English" w:hAnsi="IM Fell English"/>
          <w:color w:val="141414"/>
          <w:sz w:val="24"/>
        </w:rPr>
        <w:t>“Next time you throw a water bottle, I’m letting Lena keep you in the dungeon for a week.”</w:t>
      </w:r>
    </w:p>
    <w:p>
      <w:r>
        <w:rPr>
          <w:rFonts w:ascii="IM Fell English" w:hAnsi="IM Fell English"/>
          <w:color w:val="141414"/>
          <w:sz w:val="24"/>
        </w:rPr>
        <w:t>Jennifer’s answering laugh was rough, fond, and only a little bit of a threat.</w:t>
      </w:r>
    </w:p>
    <w:p>
      <w:r>
        <w:rPr>
          <w:rFonts w:ascii="IM Fell English" w:hAnsi="IM Fell English"/>
          <w:color w:val="141414"/>
          <w:sz w:val="24"/>
        </w:rPr>
        <w:t>The house smelled of coffee and toast.</w:t>
      </w:r>
    </w:p>
    <w:p>
      <w:r>
        <w:rPr>
          <w:rFonts w:ascii="IM Fell English" w:hAnsi="IM Fell English"/>
          <w:color w:val="141414"/>
          <w:sz w:val="24"/>
        </w:rPr>
        <w:t>The cameras were still live.</w:t>
      </w:r>
    </w:p>
    <w:p>
      <w:r>
        <w:rPr>
          <w:rFonts w:ascii="IM Fell English" w:hAnsi="IM Fell English"/>
          <w:color w:val="141414"/>
          <w:sz w:val="24"/>
        </w:rPr>
        <w:t>And both of them were, against every reasonable expectation, still smiling.</w:t>
      </w:r>
    </w:p>
    <w:p>
      <w:pPr>
        <w:pStyle w:val="Heading1"/>
        <w:jc w:val="center"/>
      </w:pPr>
      <w:r>
        <w:rPr>
          <w:rFonts w:ascii="IM Fell English" w:hAnsi="IM Fell English"/>
          <w:color w:val="0D0D0D"/>
        </w:rPr>
        <w:t>CHAPTER 33 — COFFEE</w:t>
      </w:r>
    </w:p>
    <w:p>
      <w:r>
        <w:rPr>
          <w:rFonts w:ascii="IM Fell English" w:hAnsi="IM Fell English"/>
          <w:color w:val="141414"/>
          <w:sz w:val="24"/>
        </w:rPr>
        <w:t>The kitchen smelled of strong coffee, toasted bread, and the faint medicinal edge of the salve Lena had already set on the island.</w:t>
      </w:r>
    </w:p>
    <w:p>
      <w:r>
        <w:rPr>
          <w:rFonts w:ascii="IM Fell English" w:hAnsi="IM Fell English"/>
          <w:color w:val="141414"/>
          <w:sz w:val="24"/>
        </w:rPr>
        <w:t>Marcus stood at the stove in a plain black T-shirt and jeans, moving with the unhurried competence of a man who had fed both of them after worse nights. Lena sat on one of the high stools, legs crossed, a tablet open in front of her and a mug between her hands. She looked up when Jackie and Jennifer appeared in the doorway — Jackie in the wrinkled black shirt and nothing else, Jennifer in one of Jackie’s oversized T-shirts that barely covered the tops of her marked thighs.</w:t>
      </w:r>
    </w:p>
    <w:p>
      <w:r>
        <w:rPr>
          <w:rFonts w:ascii="IM Fell English" w:hAnsi="IM Fell English"/>
          <w:color w:val="141414"/>
          <w:sz w:val="24"/>
        </w:rPr>
        <w:t>Lena’s eyes moved over both of them in a quick professional sweep.</w:t>
      </w:r>
    </w:p>
    <w:p>
      <w:r>
        <w:rPr>
          <w:rFonts w:ascii="IM Fell English" w:hAnsi="IM Fell English"/>
          <w:color w:val="141414"/>
          <w:sz w:val="24"/>
        </w:rPr>
        <w:t>“Vertical. Talking. Good. Sit before one of you decides to test gravity again.”</w:t>
      </w:r>
    </w:p>
    <w:p>
      <w:r>
        <w:rPr>
          <w:rFonts w:ascii="IM Fell English" w:hAnsi="IM Fell English"/>
          <w:color w:val="141414"/>
          <w:sz w:val="24"/>
        </w:rPr>
        <w:t xml:space="preserve">Jennifer muttered something that might have been “yes, Director” and slid onto the stool farthest from Lena. Jackie took the one between them. Marcus set two plates down without asking—eggs, toast, a small pile of fruit neither of them would finish—and poured coffee into waiting mugs. The ordinary domesticity of it felt almost staged after the previous night. </w:t>
      </w:r>
    </w:p>
    <w:p>
      <w:r>
        <w:rPr>
          <w:rFonts w:ascii="IM Fell English" w:hAnsi="IM Fell English"/>
          <w:color w:val="141414"/>
          <w:sz w:val="24"/>
        </w:rPr>
        <w:t>Jennifer wrapped both hands around her mug and stared into it.</w:t>
      </w:r>
    </w:p>
    <w:p>
      <w:r>
        <w:rPr>
          <w:rFonts w:ascii="IM Fell English" w:hAnsi="IM Fell English"/>
          <w:color w:val="141414"/>
          <w:sz w:val="24"/>
        </w:rPr>
        <w:t>“I’m still filing the complaint.”</w:t>
      </w:r>
    </w:p>
    <w:p>
      <w:r>
        <w:rPr>
          <w:rFonts w:ascii="IM Fell English" w:hAnsi="IM Fell English"/>
          <w:color w:val="141414"/>
          <w:sz w:val="24"/>
        </w:rPr>
        <w:t>Lena did not look up from the tablet.</w:t>
      </w:r>
    </w:p>
    <w:p>
      <w:r>
        <w:rPr>
          <w:rFonts w:ascii="IM Fell English" w:hAnsi="IM Fell English"/>
          <w:color w:val="141414"/>
          <w:sz w:val="24"/>
        </w:rPr>
        <w:t>“You’ll need to submit it in writing to the new director. That would be me. I can give you the form after breakfast.”</w:t>
      </w:r>
    </w:p>
    <w:p>
      <w:r>
        <w:rPr>
          <w:rFonts w:ascii="IM Fell English" w:hAnsi="IM Fell English"/>
          <w:color w:val="141414"/>
          <w:sz w:val="24"/>
        </w:rPr>
        <w:t>Jennifer’s mouth opened, closed, then settled into a reluctant, exhausted smile.</w:t>
      </w:r>
    </w:p>
    <w:p>
      <w:r>
        <w:rPr>
          <w:rFonts w:ascii="IM Fell English" w:hAnsi="IM Fell English"/>
          <w:color w:val="141414"/>
          <w:sz w:val="24"/>
        </w:rPr>
        <w:t>“You’re enjoying this.”</w:t>
      </w:r>
    </w:p>
    <w:p>
      <w:r>
        <w:rPr>
          <w:rFonts w:ascii="IM Fell English" w:hAnsi="IM Fell English"/>
          <w:color w:val="141414"/>
          <w:sz w:val="24"/>
        </w:rPr>
        <w:t>“Immensely.” Lena finally lifted her eyes. “Saiya exceeded safety parameters. Katie removed her. I’m the temporary replacement until corporate and the family decide otherwise. Try not to make me earn the permanent title in the first twenty-four hours.”</w:t>
      </w:r>
    </w:p>
    <w:p>
      <w:r>
        <w:rPr>
          <w:rFonts w:ascii="IM Fell English" w:hAnsi="IM Fell English"/>
          <w:color w:val="141414"/>
          <w:sz w:val="24"/>
        </w:rPr>
        <w:t>Marcus set a small jar of the salve closer to Jackie’s elbow and another beside Jennifer’s plate.</w:t>
      </w:r>
    </w:p>
    <w:p>
      <w:r>
        <w:rPr>
          <w:rFonts w:ascii="IM Fell English" w:hAnsi="IM Fell English"/>
          <w:color w:val="141414"/>
          <w:sz w:val="24"/>
        </w:rPr>
        <w:t>“Eat first. Then you can argue about hierarchy while we deal with the marks that are actually real.”</w:t>
      </w:r>
    </w:p>
    <w:p>
      <w:r>
        <w:rPr>
          <w:rFonts w:ascii="IM Fell English" w:hAnsi="IM Fell English"/>
          <w:color w:val="141414"/>
          <w:sz w:val="24"/>
        </w:rPr>
        <w:t>Jackie picked up her fork. The cane welts across her thighs pulled when she shifted on the stool; she let the sensation settle and began eating. Jennifer mirrored her after a moment, slower, wincing whenever the ball-chain bruises on the backs of her legs pressed against the wood. Neither of them spoke for several minutes. The only sounds were the quiet clink of cutlery and the low hum of the house systems.</w:t>
      </w:r>
    </w:p>
    <w:p>
      <w:r>
        <w:rPr>
          <w:rFonts w:ascii="IM Fell English" w:hAnsi="IM Fell English"/>
          <w:color w:val="141414"/>
          <w:sz w:val="24"/>
        </w:rPr>
        <w:t>When Jennifer finally set her fork down she looked at Jackie sideways.</w:t>
      </w:r>
    </w:p>
    <w:p>
      <w:r>
        <w:rPr>
          <w:rFonts w:ascii="IM Fell English" w:hAnsi="IM Fell English"/>
          <w:color w:val="141414"/>
          <w:sz w:val="24"/>
        </w:rPr>
        <w:t>“You left the jackhammers in.”</w:t>
      </w:r>
    </w:p>
    <w:p>
      <w:r>
        <w:rPr>
          <w:rFonts w:ascii="IM Fell English" w:hAnsi="IM Fell English"/>
          <w:color w:val="141414"/>
          <w:sz w:val="24"/>
        </w:rPr>
        <w:t>“I left them on a slow cycle. You came twice before I powered them down.”</w:t>
      </w:r>
    </w:p>
    <w:p>
      <w:r>
        <w:rPr>
          <w:rFonts w:ascii="IM Fell English" w:hAnsi="IM Fell English"/>
          <w:color w:val="141414"/>
          <w:sz w:val="24"/>
        </w:rPr>
        <w:t>“You’re still an asshole.”</w:t>
      </w:r>
    </w:p>
    <w:p>
      <w:r>
        <w:rPr>
          <w:rFonts w:ascii="IM Fell English" w:hAnsi="IM Fell English"/>
          <w:color w:val="141414"/>
          <w:sz w:val="24"/>
        </w:rPr>
        <w:t>“You’re still not sorry about the water bottle.”</w:t>
      </w:r>
    </w:p>
    <w:p>
      <w:r>
        <w:rPr>
          <w:rFonts w:ascii="IM Fell English" w:hAnsi="IM Fell English"/>
          <w:color w:val="141414"/>
          <w:sz w:val="24"/>
        </w:rPr>
        <w:t>Lena made a quiet note on the tablet.</w:t>
      </w:r>
    </w:p>
    <w:p>
      <w:r>
        <w:rPr>
          <w:rFonts w:ascii="IM Fell English" w:hAnsi="IM Fell English"/>
          <w:color w:val="141414"/>
          <w:sz w:val="24"/>
        </w:rPr>
        <w:t>“I’m adding ‘vehicle-related retaliation’ to the list of things that will get both of you extra cool-down time after future films. Consider yourselves warned.”</w:t>
      </w:r>
    </w:p>
    <w:p>
      <w:r>
        <w:rPr>
          <w:rFonts w:ascii="IM Fell English" w:hAnsi="IM Fell English"/>
          <w:color w:val="141414"/>
          <w:sz w:val="24"/>
        </w:rPr>
        <w:t>Jennifer groaned and dropped her forehead to the island counter. The T-shirt rode up, showing the full lattice of welts across her ass and upper thighs. Marcus glanced once, then returned to the stove with the expression of a man who had seen it all before and expected to see it again.</w:t>
      </w:r>
    </w:p>
    <w:p>
      <w:r>
        <w:rPr>
          <w:rFonts w:ascii="IM Fell English" w:hAnsi="IM Fell English"/>
          <w:color w:val="141414"/>
          <w:sz w:val="24"/>
        </w:rPr>
        <w:t>Jackie reached over and rested her palm lightly on the back of Jennifer’s neck, thumb stroking once along the tendon.</w:t>
      </w:r>
    </w:p>
    <w:p>
      <w:r>
        <w:rPr>
          <w:rFonts w:ascii="IM Fell English" w:hAnsi="IM Fell English"/>
          <w:color w:val="141414"/>
          <w:sz w:val="24"/>
        </w:rPr>
        <w:t>“Salve,” she said. “Then you’re lying down on the couch while it absorbs. No climbing on Marcus. No formal complaints. No sudden movements that make Lena decide we both need the dungeon again before noon.”</w:t>
      </w:r>
    </w:p>
    <w:p>
      <w:r>
        <w:rPr>
          <w:rFonts w:ascii="IM Fell English" w:hAnsi="IM Fell English"/>
          <w:color w:val="141414"/>
          <w:sz w:val="24"/>
        </w:rPr>
        <w:t xml:space="preserve">Jennifer turned her head just enough to speak against the cool stone of the counter. </w:t>
      </w:r>
    </w:p>
    <w:p>
      <w:r>
        <w:rPr>
          <w:rFonts w:ascii="IM Fell English" w:hAnsi="IM Fell English"/>
          <w:color w:val="141414"/>
          <w:sz w:val="24"/>
        </w:rPr>
        <w:t>“And if I refuse?”</w:t>
      </w:r>
    </w:p>
    <w:p>
      <w:r>
        <w:rPr>
          <w:rFonts w:ascii="IM Fell English" w:hAnsi="IM Fell English"/>
          <w:color w:val="141414"/>
          <w:sz w:val="24"/>
        </w:rPr>
        <w:t>Jackie‘s thumb pressed a fraction harder — not quite a threat, not quite not.</w:t>
      </w:r>
    </w:p>
    <w:p>
      <w:r>
        <w:rPr>
          <w:rFonts w:ascii="IM Fell English" w:hAnsi="IM Fell English"/>
          <w:color w:val="141414"/>
          <w:sz w:val="24"/>
        </w:rPr>
        <w:t>“Then I let the new director answer that question.”</w:t>
      </w:r>
    </w:p>
    <w:p>
      <w:r>
        <w:rPr>
          <w:rFonts w:ascii="IM Fell English" w:hAnsi="IM Fell English"/>
          <w:color w:val="141414"/>
          <w:sz w:val="24"/>
        </w:rPr>
        <w:t>Lena’s mouth curved over the rim of her mug.</w:t>
      </w:r>
    </w:p>
    <w:p>
      <w:r>
        <w:rPr>
          <w:rFonts w:ascii="IM Fell English" w:hAnsi="IM Fell English"/>
          <w:color w:val="141414"/>
          <w:sz w:val="24"/>
        </w:rPr>
        <w:t>“I’m available.”</w:t>
      </w:r>
    </w:p>
    <w:p>
      <w:r>
        <w:rPr>
          <w:rFonts w:ascii="IM Fell English" w:hAnsi="IM Fell English"/>
          <w:color w:val="141414"/>
          <w:sz w:val="24"/>
        </w:rPr>
        <w:t>Jennifer stayed where she was for another three breaths, then pushed herself upright with a wince and reached for the salve. She slid the jar toward Jackie without looking at her.</w:t>
      </w:r>
    </w:p>
    <w:p>
      <w:r>
        <w:rPr>
          <w:rFonts w:ascii="IM Fell English" w:hAnsi="IM Fell English"/>
          <w:color w:val="141414"/>
          <w:sz w:val="24"/>
        </w:rPr>
        <w:t>“You do my legs. I’ll do yours. Truce until the caffeine finishes hitting.”</w:t>
      </w:r>
    </w:p>
    <w:p>
      <w:r>
        <w:rPr>
          <w:rFonts w:ascii="IM Fell English" w:hAnsi="IM Fell English"/>
          <w:color w:val="141414"/>
          <w:sz w:val="24"/>
        </w:rPr>
        <w:t>Jackie accepted the jar, uncapped it, and warmed a portion of the clear gel between her palms. The medicinal smell sharpened. She turned on the stool, guided Jennifer to stand between her knees, and began working the salve into the raised ball-chain welts with slow, thorough strokes. Jennifer hissed through her teeth at the first contact, then gradually relaxed into it, hands braced on Jackie’s shoulders. When Jackie finished the backs of her thighs and the curve of her ass she turned so Jennifer could return the favor. Jennifer’s hands were careful on the cane marks, almost gentle, the earlier venom burned away by food, caffeine, and the simple fact of being home.</w:t>
      </w:r>
    </w:p>
    <w:p>
      <w:r>
        <w:rPr>
          <w:rFonts w:ascii="IM Fell English" w:hAnsi="IM Fell English"/>
          <w:color w:val="141414"/>
          <w:sz w:val="24"/>
        </w:rPr>
        <w:t>Marcus watched them over his coffee with mild interest.</w:t>
      </w:r>
    </w:p>
    <w:p>
      <w:r>
        <w:rPr>
          <w:rFonts w:ascii="IM Fell English" w:hAnsi="IM Fell English"/>
          <w:color w:val="141414"/>
          <w:sz w:val="24"/>
        </w:rPr>
        <w:t>“You two done declaring war for the morning?”</w:t>
      </w:r>
    </w:p>
    <w:p>
      <w:r>
        <w:rPr>
          <w:rFonts w:ascii="IM Fell English" w:hAnsi="IM Fell English"/>
          <w:color w:val="141414"/>
          <w:sz w:val="24"/>
        </w:rPr>
        <w:t>Jennifer’s answer was muffled against Jackie’s shoulder.</w:t>
      </w:r>
    </w:p>
    <w:p>
      <w:r>
        <w:rPr>
          <w:rFonts w:ascii="IM Fell English" w:hAnsi="IM Fell English"/>
          <w:color w:val="141414"/>
          <w:sz w:val="24"/>
        </w:rPr>
        <w:t>“Temporary ceasefire. I’m still not sorry about the water bottle. I’m just too sore to reenact it right now.”</w:t>
      </w:r>
    </w:p>
    <w:p>
      <w:r>
        <w:rPr>
          <w:rFonts w:ascii="IM Fell English" w:hAnsi="IM Fell English"/>
          <w:color w:val="141414"/>
          <w:sz w:val="24"/>
        </w:rPr>
        <w:t xml:space="preserve">Jackie closed her eyes at the feel of Jennifer’s fingers spreading salve across the worst of the cane lines and let out a slow breath. </w:t>
      </w:r>
    </w:p>
    <w:p>
      <w:r>
        <w:rPr>
          <w:rFonts w:ascii="IM Fell English" w:hAnsi="IM Fell English"/>
          <w:color w:val="141414"/>
          <w:sz w:val="24"/>
        </w:rPr>
        <w:t>“I’ll take it.”</w:t>
      </w:r>
    </w:p>
    <w:p>
      <w:r>
        <w:rPr>
          <w:rFonts w:ascii="IM Fell English" w:hAnsi="IM Fell English"/>
          <w:color w:val="141414"/>
          <w:sz w:val="24"/>
        </w:rPr>
        <w:t>Lena set the tablet aside, the official portion of the morning apparently complete.</w:t>
      </w:r>
    </w:p>
    <w:p>
      <w:r>
        <w:rPr>
          <w:rFonts w:ascii="IM Fell English" w:hAnsi="IM Fell English"/>
          <w:color w:val="141414"/>
          <w:sz w:val="24"/>
        </w:rPr>
        <w:t>“Couch. Both of you. Blanket. No sex until I say the marks have settled enough that you won’t reopen anything real. Marcus and I will be in the office dealing with Saiya’s exit paperwork and the preliminary cut of last night’s footage. Try not to burn the house down while we’re gone.”</w:t>
      </w:r>
    </w:p>
    <w:p>
      <w:r>
        <w:rPr>
          <w:rFonts w:ascii="IM Fell English" w:hAnsi="IM Fell English"/>
          <w:color w:val="141414"/>
          <w:sz w:val="24"/>
        </w:rPr>
        <w:t>Jackie helped Jennifer straighten, collected both mugs, and steered her toward the wide living-room couch with a hand at the small of her back. They settled into the deep cushions in a careful tangle of marked limbs and shared body heat. Jennifer’s head found Jackie’s shoulder. Jackie’s fingers found the hem of the oversized T-shirt and rested there, possessive and quiet.</w:t>
      </w:r>
    </w:p>
    <w:p>
      <w:r>
        <w:rPr>
          <w:rFonts w:ascii="IM Fell English" w:hAnsi="IM Fell English"/>
          <w:color w:val="141414"/>
          <w:sz w:val="24"/>
        </w:rPr>
        <w:t>From the office down the hall came the low murmur of Lena and Marcus beginning the day’s real work.</w:t>
      </w:r>
    </w:p>
    <w:p>
      <w:r>
        <w:rPr>
          <w:rFonts w:ascii="IM Fell English" w:hAnsi="IM Fell English"/>
          <w:color w:val="141414"/>
          <w:sz w:val="24"/>
        </w:rPr>
        <w:t>Jennifer’s voice was already half-asleep when she spoke again.</w:t>
      </w:r>
    </w:p>
    <w:p>
      <w:r>
        <w:rPr>
          <w:rFonts w:ascii="IM Fell English" w:hAnsi="IM Fell English"/>
          <w:color w:val="141414"/>
          <w:sz w:val="24"/>
        </w:rPr>
        <w:t>“Next film, I’m directing.”</w:t>
      </w:r>
    </w:p>
    <w:p>
      <w:r>
        <w:rPr>
          <w:rFonts w:ascii="IM Fell English" w:hAnsi="IM Fell English"/>
          <w:color w:val="141414"/>
          <w:sz w:val="24"/>
        </w:rPr>
        <w:t>Jackie smiled into her hair.</w:t>
      </w:r>
    </w:p>
    <w:p>
      <w:r>
        <w:rPr>
          <w:rFonts w:ascii="IM Fell English" w:hAnsi="IM Fell English"/>
          <w:color w:val="141414"/>
          <w:sz w:val="24"/>
        </w:rPr>
        <w:t>“Next film, you’re still the mutt. Go to sleep, mouse.”</w:t>
      </w:r>
    </w:p>
    <w:p>
      <w:r>
        <w:rPr>
          <w:rFonts w:ascii="IM Fell English" w:hAnsi="IM Fell English"/>
          <w:color w:val="141414"/>
          <w:sz w:val="24"/>
        </w:rPr>
        <w:t>Jennifer made a small, wordless sound of protest that turned into a sigh, and finally went still.</w:t>
      </w:r>
    </w:p>
    <w:p>
      <w:r>
        <w:rPr>
          <w:rFonts w:ascii="IM Fell English" w:hAnsi="IM Fell English"/>
          <w:color w:val="141414"/>
          <w:sz w:val="24"/>
        </w:rPr>
        <w:t>Jackie stayed awake a little longer, listening to the house, feeling the steady beat of Jennifer’s heart against her side, and letting the last of the long night drain away into the ordinary morning light.</w:t>
      </w:r>
    </w:p>
    <w:p>
      <w:r>
        <w:rPr>
          <w:rFonts w:ascii="IM Fell English" w:hAnsi="IM Fell English"/>
          <w:color w:val="141414"/>
          <w:sz w:val="24"/>
        </w:rPr>
        <w:t>The cameras were still live.</w:t>
      </w:r>
    </w:p>
    <w:p>
      <w:r>
        <w:rPr>
          <w:rFonts w:ascii="IM Fell English" w:hAnsi="IM Fell English"/>
          <w:color w:val="141414"/>
          <w:sz w:val="24"/>
        </w:rPr>
        <w:t>The new director was already working.</w:t>
      </w:r>
    </w:p>
    <w:p>
      <w:r>
        <w:rPr>
          <w:rFonts w:ascii="IM Fell English" w:hAnsi="IM Fell English"/>
          <w:color w:val="141414"/>
          <w:sz w:val="24"/>
        </w:rPr>
        <w:t>And for the first time since the abort command had been issued, both of them were exactly where they were supposed to be.</w:t>
      </w:r>
    </w:p>
    <w:p>
      <w:pPr>
        <w:pStyle w:val="Heading1"/>
        <w:jc w:val="center"/>
      </w:pPr>
      <w:r>
        <w:rPr>
          <w:rFonts w:ascii="IM Fell English" w:hAnsi="IM Fell English"/>
          <w:color w:val="0D0D0D"/>
        </w:rPr>
        <w:t>CHAPTER 34 — OWNERSHIP</w:t>
      </w:r>
    </w:p>
    <w:p>
      <w:r>
        <w:rPr>
          <w:rFonts w:ascii="IM Fell English" w:hAnsi="IM Fell English"/>
          <w:color w:val="141414"/>
          <w:sz w:val="24"/>
        </w:rPr>
        <w:t>Late afternoon light slanted through the polarized windows of the main living room, turning the polished concrete and dark furniture into long bars of amber and shadow.</w:t>
      </w:r>
    </w:p>
    <w:p>
      <w:r>
        <w:rPr>
          <w:rFonts w:ascii="IM Fell English" w:hAnsi="IM Fell English"/>
          <w:color w:val="141414"/>
          <w:sz w:val="24"/>
        </w:rPr>
        <w:t>Jackie sat on the wide couch with Jennifer stretched out along it, head in her lap. Both of them had showered properly sometime after the second round of coffee. The salve had done its work; the worst of the raised welts had settled into deep, even bruises that no longer pulled with every movement. Jennifer wore one of Jackie’s button-down shirts, open over nothing, the tails brushing the tops of her thighs. Jackie had pulled on soft black pants and left her own shirt unbuttoned. The house was quiet except for the low hum of the climate system and the occasional distant sound of Lena’s voice from the office as she finished the last of Saiya’s exit documentation with Marcus.</w:t>
      </w:r>
    </w:p>
    <w:p>
      <w:r>
        <w:rPr>
          <w:rFonts w:ascii="IM Fell English" w:hAnsi="IM Fell English"/>
          <w:color w:val="141414"/>
          <w:sz w:val="24"/>
        </w:rPr>
        <w:t>Jennifer’s fingers traced idle patterns on Jackie’s bare stomach.</w:t>
      </w:r>
    </w:p>
    <w:p>
      <w:r>
        <w:rPr>
          <w:rFonts w:ascii="IM Fell English" w:hAnsi="IM Fell English"/>
          <w:color w:val="141414"/>
          <w:sz w:val="24"/>
        </w:rPr>
        <w:t>“You’re still an asshole,” she said, but the words had lost all their earlier venom. They landed soft, almost fond.</w:t>
      </w:r>
    </w:p>
    <w:p>
      <w:r>
        <w:rPr>
          <w:rFonts w:ascii="IM Fell English" w:hAnsi="IM Fell English"/>
          <w:color w:val="141414"/>
          <w:sz w:val="24"/>
        </w:rPr>
        <w:t>Jackie ran her hand through Jennifer’s damp hair, slow and repetitive.</w:t>
      </w:r>
    </w:p>
    <w:p>
      <w:r>
        <w:rPr>
          <w:rFonts w:ascii="IM Fell English" w:hAnsi="IM Fell English"/>
          <w:color w:val="141414"/>
          <w:sz w:val="24"/>
        </w:rPr>
        <w:t>“You’re still not sorry about the water bottle.”</w:t>
      </w:r>
    </w:p>
    <w:p>
      <w:r>
        <w:rPr>
          <w:rFonts w:ascii="IM Fell English" w:hAnsi="IM Fell English"/>
          <w:color w:val="141414"/>
          <w:sz w:val="24"/>
        </w:rPr>
        <w:t>“I’ll be sorry when you stop bringing it up.”</w:t>
      </w:r>
    </w:p>
    <w:p>
      <w:r>
        <w:rPr>
          <w:rFonts w:ascii="IM Fell English" w:hAnsi="IM Fell English"/>
          <w:color w:val="141414"/>
          <w:sz w:val="24"/>
        </w:rPr>
        <w:t>“So never, then.”</w:t>
      </w:r>
    </w:p>
    <w:p>
      <w:r>
        <w:rPr>
          <w:rFonts w:ascii="IM Fell English" w:hAnsi="IM Fell English"/>
          <w:color w:val="141414"/>
          <w:sz w:val="24"/>
        </w:rPr>
        <w:t>Jennifer smiled against her thigh and let the silence stretch. Outside, the light shifted another degree toward evening. Somewhere on the property a security drone made its routine pass and moved on. The cameras on the interior walls stayed live, the way they always did, recording the ordinary fact of the two of them existing in the same space without trying to kill or fuck each other for the first time in more than a day.</w:t>
      </w:r>
    </w:p>
    <w:p>
      <w:r>
        <w:rPr>
          <w:rFonts w:ascii="IM Fell English" w:hAnsi="IM Fell English"/>
          <w:color w:val="141414"/>
          <w:sz w:val="24"/>
        </w:rPr>
        <w:t>Lena appeared in the doorway without sound. She had changed into dark trousers and a soft black sweater, the tablet still in one hand. Marcus followed a step behind, sleeves rolled up, the look of a man who had closed the last file and was ready for the day to be finished.</w:t>
      </w:r>
    </w:p>
    <w:p>
      <w:r>
        <w:rPr>
          <w:rFonts w:ascii="IM Fell English" w:hAnsi="IM Fell English"/>
          <w:color w:val="141414"/>
          <w:sz w:val="24"/>
        </w:rPr>
        <w:t>Lena’s eyes moved over the couch, cataloguing posture, color, breathing.</w:t>
      </w:r>
    </w:p>
    <w:p>
      <w:r>
        <w:rPr>
          <w:rFonts w:ascii="IM Fell English" w:hAnsi="IM Fell English"/>
          <w:color w:val="141414"/>
          <w:sz w:val="24"/>
        </w:rPr>
        <w:t>“Marks have settled. No fever. No delayed shock signs. You’re both cleared for whatever you want tonight as long as it doesn’t require medical clearance in the morning.”</w:t>
      </w:r>
    </w:p>
    <w:p>
      <w:r>
        <w:rPr>
          <w:rFonts w:ascii="IM Fell English" w:hAnsi="IM Fell English"/>
          <w:color w:val="141414"/>
          <w:sz w:val="24"/>
        </w:rPr>
        <w:t>Jennifer turned her head just enough to look at her upside-down.</w:t>
      </w:r>
    </w:p>
    <w:p>
      <w:r>
        <w:rPr>
          <w:rFonts w:ascii="IM Fell English" w:hAnsi="IM Fell English"/>
          <w:color w:val="141414"/>
          <w:sz w:val="24"/>
        </w:rPr>
        <w:t>“Does that include filing the formal complaint against the new director?”</w:t>
      </w:r>
    </w:p>
    <w:p>
      <w:r>
        <w:rPr>
          <w:rFonts w:ascii="IM Fell English" w:hAnsi="IM Fell English"/>
          <w:color w:val="141414"/>
          <w:sz w:val="24"/>
        </w:rPr>
        <w:t>Lena’s mouth curved.</w:t>
      </w:r>
    </w:p>
    <w:p>
      <w:r>
        <w:rPr>
          <w:rFonts w:ascii="IM Fell English" w:hAnsi="IM Fell English"/>
          <w:color w:val="141414"/>
          <w:sz w:val="24"/>
        </w:rPr>
        <w:t>“It includes writing it. It does not include me reading it before next week. Corporate wants a cooling-off period after Saiya’s removal. Try not to test that.”</w:t>
      </w:r>
    </w:p>
    <w:p>
      <w:r>
        <w:rPr>
          <w:rFonts w:ascii="IM Fell English" w:hAnsi="IM Fell English"/>
          <w:color w:val="141414"/>
          <w:sz w:val="24"/>
        </w:rPr>
        <w:t>Marcus set two fresh glasses of water on the low table within reach and then dropped into the opposite armchair with a long exhale.</w:t>
      </w:r>
    </w:p>
    <w:p>
      <w:r>
        <w:rPr>
          <w:rFonts w:ascii="IM Fell English" w:hAnsi="IM Fell English"/>
          <w:color w:val="141414"/>
          <w:sz w:val="24"/>
        </w:rPr>
        <w:t>Jackie huffed a quiet laugh.</w:t>
      </w:r>
    </w:p>
    <w:p>
      <w:r>
        <w:rPr>
          <w:rFonts w:ascii="IM Fell English" w:hAnsi="IM Fell English"/>
          <w:color w:val="141414"/>
          <w:sz w:val="24"/>
        </w:rPr>
        <w:t>“Understood.”</w:t>
      </w:r>
    </w:p>
    <w:p>
      <w:r>
        <w:rPr>
          <w:rFonts w:ascii="IM Fell English" w:hAnsi="IM Fell English"/>
          <w:color w:val="141414"/>
          <w:sz w:val="24"/>
        </w:rPr>
        <w:t>Jennifer’s fingers stilled on Jackie’s stomach.</w:t>
      </w:r>
    </w:p>
    <w:p>
      <w:r>
        <w:rPr>
          <w:rFonts w:ascii="IM Fell English" w:hAnsi="IM Fell English"/>
          <w:color w:val="141414"/>
          <w:sz w:val="24"/>
        </w:rPr>
        <w:t>“They’re serious.”</w:t>
      </w:r>
    </w:p>
    <w:p>
      <w:r>
        <w:rPr>
          <w:rFonts w:ascii="IM Fell English" w:hAnsi="IM Fell English"/>
          <w:color w:val="141414"/>
          <w:sz w:val="24"/>
        </w:rPr>
        <w:t>“They’re always serious,” Jackie said. “That’s why we’re still alive.”</w:t>
      </w:r>
    </w:p>
    <w:p>
      <w:r>
        <w:rPr>
          <w:rFonts w:ascii="IM Fell English" w:hAnsi="IM Fell English"/>
          <w:color w:val="141414"/>
          <w:sz w:val="24"/>
        </w:rPr>
        <w:t>Lena set the tablet on the side table and came closer. She rested two fingers under Jackie’s chin, tilting her face up for a brief, professional inspection, then did the same to Jennifer. Whatever she saw satisfied her. She let go and stepped back.</w:t>
      </w:r>
    </w:p>
    <w:p>
      <w:r>
        <w:rPr>
          <w:rFonts w:ascii="IM Fell English" w:hAnsi="IM Fell English"/>
          <w:color w:val="141414"/>
          <w:sz w:val="24"/>
        </w:rPr>
        <w:t>“I’m taking the night off-site. Marcus will remain on the property until morning in case either of you decides to be stupid. Soft protocol is preferred. Rough is permitted if you both still have the legs for it. No vehicles. No water bottles. No formal complaints until the cooling-off period ends.” Her eyes landed on Jennifer last. “And you will stay off Lucifer 2 until I personally clear it for non-film use. Clear?”</w:t>
      </w:r>
    </w:p>
    <w:p>
      <w:r>
        <w:rPr>
          <w:rFonts w:ascii="IM Fell English" w:hAnsi="IM Fell English"/>
          <w:color w:val="141414"/>
          <w:sz w:val="24"/>
        </w:rPr>
        <w:t>Jennifer’s smile was slow and only a little wicked.</w:t>
      </w:r>
    </w:p>
    <w:p>
      <w:r>
        <w:rPr>
          <w:rFonts w:ascii="IM Fell English" w:hAnsi="IM Fell English"/>
          <w:color w:val="141414"/>
          <w:sz w:val="24"/>
        </w:rPr>
        <w:t>“Clear, Director.”</w:t>
      </w:r>
    </w:p>
    <w:p>
      <w:r>
        <w:rPr>
          <w:rFonts w:ascii="IM Fell English" w:hAnsi="IM Fell English"/>
          <w:color w:val="141414"/>
          <w:sz w:val="24"/>
        </w:rPr>
        <w:t>Lena held her gaze a second longer, then nodded once.</w:t>
      </w:r>
    </w:p>
    <w:p>
      <w:r>
        <w:rPr>
          <w:rFonts w:ascii="IM Fell English" w:hAnsi="IM Fell English"/>
          <w:color w:val="141414"/>
          <w:sz w:val="24"/>
        </w:rPr>
        <w:t>“Good.”</w:t>
      </w:r>
    </w:p>
    <w:p>
      <w:r>
        <w:rPr>
          <w:rFonts w:ascii="IM Fell English" w:hAnsi="IM Fell English"/>
          <w:color w:val="141414"/>
          <w:sz w:val="24"/>
        </w:rPr>
        <w:t>She turned to leave. Marcus rose to follow her out, pausing only long enough to rest a hand on Jackie’s shoulder and then, more carefully, on the top of Jennifer’s head.</w:t>
      </w:r>
    </w:p>
    <w:p>
      <w:r>
        <w:rPr>
          <w:rFonts w:ascii="IM Fell English" w:hAnsi="IM Fell English"/>
          <w:color w:val="141414"/>
          <w:sz w:val="24"/>
        </w:rPr>
        <w:t>“Try to sleep at some point. Both of you.”</w:t>
      </w:r>
    </w:p>
    <w:p>
      <w:r>
        <w:rPr>
          <w:rFonts w:ascii="IM Fell English" w:hAnsi="IM Fell English"/>
          <w:color w:val="141414"/>
          <w:sz w:val="24"/>
        </w:rPr>
        <w:t>“No promises,” Jennifer murmured.</w:t>
      </w:r>
    </w:p>
    <w:p>
      <w:r>
        <w:rPr>
          <w:rFonts w:ascii="IM Fell English" w:hAnsi="IM Fell English"/>
          <w:color w:val="141414"/>
          <w:sz w:val="24"/>
        </w:rPr>
        <w:t>Marcus shook his head, almost smiling, and left them alone.</w:t>
      </w:r>
    </w:p>
    <w:p>
      <w:r>
        <w:rPr>
          <w:rFonts w:ascii="IM Fell English" w:hAnsi="IM Fell English"/>
          <w:color w:val="141414"/>
          <w:sz w:val="24"/>
        </w:rPr>
        <w:t>The front door closed. The security system armed with a soft, definitive tone. The house settled into the particular quiet that only arrived when the professionals had stepped back and the two of them were left with full run of the place under the cameras and the standing rules.</w:t>
      </w:r>
    </w:p>
    <w:p>
      <w:r>
        <w:rPr>
          <w:rFonts w:ascii="IM Fell English" w:hAnsi="IM Fell English"/>
          <w:color w:val="141414"/>
          <w:sz w:val="24"/>
        </w:rPr>
        <w:t>Jennifer stretched, the open shirt falling further open, and looked up at Jackie with the expression that always meant trouble was about to become optional instead of inevitable.</w:t>
      </w:r>
    </w:p>
    <w:p>
      <w:r>
        <w:rPr>
          <w:rFonts w:ascii="IM Fell English" w:hAnsi="IM Fell English"/>
          <w:color w:val="141414"/>
          <w:sz w:val="24"/>
        </w:rPr>
        <w:t>“We have the house.”</w:t>
      </w:r>
    </w:p>
    <w:p>
      <w:r>
        <w:rPr>
          <w:rFonts w:ascii="IM Fell English" w:hAnsi="IM Fell English"/>
          <w:color w:val="141414"/>
          <w:sz w:val="24"/>
        </w:rPr>
        <w:t>“We do.”</w:t>
      </w:r>
    </w:p>
    <w:p>
      <w:r>
        <w:rPr>
          <w:rFonts w:ascii="IM Fell English" w:hAnsi="IM Fell English"/>
          <w:color w:val="141414"/>
          <w:sz w:val="24"/>
        </w:rPr>
        <w:t>“Lena said rough is permitted.”</w:t>
      </w:r>
    </w:p>
    <w:p>
      <w:r>
        <w:rPr>
          <w:rFonts w:ascii="IM Fell English" w:hAnsi="IM Fell English"/>
          <w:color w:val="141414"/>
          <w:sz w:val="24"/>
        </w:rPr>
        <w:t>“She did.”</w:t>
      </w:r>
    </w:p>
    <w:p>
      <w:r>
        <w:rPr>
          <w:rFonts w:ascii="IM Fell English" w:hAnsi="IM Fell English"/>
          <w:color w:val="141414"/>
          <w:sz w:val="24"/>
        </w:rPr>
        <w:t>“And you’re still an asshole who left me on the table and locked me in a truck.”</w:t>
      </w:r>
    </w:p>
    <w:p>
      <w:r>
        <w:rPr>
          <w:rFonts w:ascii="IM Fell English" w:hAnsi="IM Fell English"/>
          <w:color w:val="141414"/>
          <w:sz w:val="24"/>
        </w:rPr>
        <w:t>Jackie slid her hand from Jennifer’s hair to the open collar of the shirt, fingers resting lightly against the side of her throat where the strangulation strap had sat the night before.</w:t>
      </w:r>
    </w:p>
    <w:p>
      <w:r>
        <w:rPr>
          <w:rFonts w:ascii="IM Fell English" w:hAnsi="IM Fell English"/>
          <w:color w:val="141414"/>
          <w:sz w:val="24"/>
        </w:rPr>
        <w:t>“And you’re still the mutt who rode Marcus into the couch and threatened to complain to the new director while you did it.”</w:t>
      </w:r>
    </w:p>
    <w:p>
      <w:r>
        <w:rPr>
          <w:rFonts w:ascii="IM Fell English" w:hAnsi="IM Fell English"/>
          <w:color w:val="141414"/>
          <w:sz w:val="24"/>
        </w:rPr>
        <w:t>Jennifer’s pulse kicked under her fingers. Her smile turned sharper.</w:t>
      </w:r>
    </w:p>
    <w:p>
      <w:r>
        <w:rPr>
          <w:rFonts w:ascii="IM Fell English" w:hAnsi="IM Fell English"/>
          <w:color w:val="141414"/>
          <w:sz w:val="24"/>
        </w:rPr>
        <w:t>“So what are you going to do about it, love?”</w:t>
      </w:r>
    </w:p>
    <w:p>
      <w:r>
        <w:rPr>
          <w:rFonts w:ascii="IM Fell English" w:hAnsi="IM Fell English"/>
          <w:color w:val="141414"/>
          <w:sz w:val="24"/>
        </w:rPr>
        <w:t xml:space="preserve">Jackie looked at her for a long moment—at the fading film marks, the neat bruises she herself had put there, the residual exhaustion and the bright, living heat that had already started to replace it. The long night was finished. The cool-down was finished. The new hierarchy had been stated and accepted. Everything that needed to be official had been made official. </w:t>
      </w:r>
    </w:p>
    <w:p>
      <w:r>
        <w:rPr>
          <w:rFonts w:ascii="IM Fell English" w:hAnsi="IM Fell English"/>
          <w:color w:val="141414"/>
          <w:sz w:val="24"/>
        </w:rPr>
        <w:t>What remained was theirs.</w:t>
      </w:r>
    </w:p>
    <w:p>
      <w:r>
        <w:rPr>
          <w:rFonts w:ascii="IM Fell English" w:hAnsi="IM Fell English"/>
          <w:color w:val="141414"/>
          <w:sz w:val="24"/>
        </w:rPr>
        <w:t>Jackie closed her hand just enough to feel Jennifer’s breath change, then leaned down until their mouths were almost touching.</w:t>
      </w:r>
    </w:p>
    <w:p>
      <w:r>
        <w:rPr>
          <w:rFonts w:ascii="IM Fell English" w:hAnsi="IM Fell English"/>
          <w:color w:val="141414"/>
          <w:sz w:val="24"/>
        </w:rPr>
        <w:t>“I’m going to take you to bed,” she said quietly. “I’m going to remind you who designed the tables that kept you safe. And then I’m going to make sure that when you do file that complaint, you have to write it standing up because sitting will still hurt.”</w:t>
      </w:r>
    </w:p>
    <w:p>
      <w:r>
        <w:rPr>
          <w:rFonts w:ascii="IM Fell English" w:hAnsi="IM Fell English"/>
          <w:color w:val="141414"/>
          <w:sz w:val="24"/>
        </w:rPr>
        <w:t>Jennifer’s laugh was low and real and already half a moan.</w:t>
      </w:r>
    </w:p>
    <w:p>
      <w:r>
        <w:rPr>
          <w:rFonts w:ascii="IM Fell English" w:hAnsi="IM Fell English"/>
          <w:color w:val="141414"/>
          <w:sz w:val="24"/>
        </w:rPr>
        <w:t>“Promise?”</w:t>
      </w:r>
    </w:p>
    <w:p>
      <w:r>
        <w:rPr>
          <w:rFonts w:ascii="IM Fell English" w:hAnsi="IM Fell English"/>
          <w:color w:val="141414"/>
          <w:sz w:val="24"/>
        </w:rPr>
        <w:t>“Promise.”</w:t>
      </w:r>
    </w:p>
    <w:p>
      <w:r>
        <w:rPr>
          <w:rFonts w:ascii="IM Fell English" w:hAnsi="IM Fell English"/>
          <w:color w:val="141414"/>
          <w:sz w:val="24"/>
        </w:rPr>
        <w:t xml:space="preserve">Jackie kissed her, then led her from the couch. Jennifer followed, her shirt sliding off one shoulder as they walked to the bedroom. The cameras tracked them as the lights dimmed in sequence. </w:t>
      </w:r>
    </w:p>
    <w:p>
      <w:r>
        <w:rPr>
          <w:rFonts w:ascii="IM Fell English" w:hAnsi="IM Fell English"/>
          <w:color w:val="141414"/>
          <w:sz w:val="24"/>
        </w:rPr>
        <w:t>In the bedroom Jackie closed the door with her foot, turned, and put Jennifer against it hard enough to make the wood register the impact. Jennifer’s hands found her waist, then her open shirt, then the cane welts that still ached under soft fabric. Jackie let her look for a moment, let her feel the matching damage, and then reached past her to the small drawer built into the wall beside the door.</w:t>
      </w:r>
    </w:p>
    <w:p>
      <w:r>
        <w:rPr>
          <w:rFonts w:ascii="IM Fell English" w:hAnsi="IM Fell English"/>
          <w:color w:val="141414"/>
          <w:sz w:val="24"/>
        </w:rPr>
        <w:t>The heavier ball-chain cat-o’-nine-tails was already there, cleaned and waiting.</w:t>
      </w:r>
    </w:p>
    <w:p>
      <w:r>
        <w:rPr>
          <w:rFonts w:ascii="IM Fell English" w:hAnsi="IM Fell English"/>
          <w:color w:val="141414"/>
          <w:sz w:val="24"/>
        </w:rPr>
        <w:t xml:space="preserve">Jennifer saw it and exhaled a shaky, eager breath. </w:t>
      </w:r>
    </w:p>
    <w:p>
      <w:r>
        <w:rPr>
          <w:rFonts w:ascii="IM Fell English" w:hAnsi="IM Fell English"/>
          <w:color w:val="141414"/>
          <w:sz w:val="24"/>
        </w:rPr>
        <w:t>“You’re still an asshole.”</w:t>
      </w:r>
    </w:p>
    <w:p>
      <w:r>
        <w:rPr>
          <w:rFonts w:ascii="IM Fell English" w:hAnsi="IM Fell English"/>
          <w:color w:val="141414"/>
          <w:sz w:val="24"/>
        </w:rPr>
        <w:t>Jackie set the whip on the bed within easy reach, pressed her mouth to the side of Jennifer’s throat, and spoke against her pulse.</w:t>
      </w:r>
    </w:p>
    <w:p>
      <w:r>
        <w:rPr>
          <w:rFonts w:ascii="IM Fell English" w:hAnsi="IM Fell English"/>
          <w:color w:val="141414"/>
          <w:sz w:val="24"/>
        </w:rPr>
        <w:t>“And you’re still mine.”</w:t>
      </w:r>
    </w:p>
    <w:p>
      <w:r>
        <w:rPr>
          <w:rFonts w:ascii="IM Fell English" w:hAnsi="IM Fell English"/>
          <w:color w:val="141414"/>
          <w:sz w:val="24"/>
        </w:rPr>
        <w:t>Outside, the last of the daylight faded. The security drones finished their evening circuit. Lena’s car cleared the gate and turned toward whatever off-site place she used when she gave them the house. Marcus settled into the guest wing with a book and the quiet certainty that he would not be needed unless something truly stupid happened.</w:t>
      </w:r>
    </w:p>
    <w:p>
      <w:r>
        <w:rPr>
          <w:rFonts w:ascii="IM Fell English" w:hAnsi="IM Fell English"/>
          <w:color w:val="141414"/>
          <w:sz w:val="24"/>
        </w:rPr>
        <w:t>Inside, the two of them moved to the bed with the unhurried, inevitable gravity of people who had already survived worse and intended to keep surviving each other.</w:t>
      </w:r>
    </w:p>
    <w:p>
      <w:r>
        <w:rPr>
          <w:rFonts w:ascii="IM Fell English" w:hAnsi="IM Fell English"/>
          <w:color w:val="141414"/>
          <w:sz w:val="24"/>
        </w:rPr>
        <w:t>Jackie laid Jennifer down on the cool sheets, followed her, and reached for the whip.</w:t>
      </w:r>
    </w:p>
    <w:p>
      <w:r>
        <w:rPr>
          <w:rFonts w:ascii="IM Fell English" w:hAnsi="IM Fell English"/>
          <w:color w:val="141414"/>
          <w:sz w:val="24"/>
        </w:rPr>
        <w:t>Jennifer’s eyes were dark and open and completely present.</w:t>
      </w:r>
    </w:p>
    <w:p>
      <w:r>
        <w:rPr>
          <w:rFonts w:ascii="IM Fell English" w:hAnsi="IM Fell English"/>
          <w:color w:val="141414"/>
          <w:sz w:val="24"/>
        </w:rPr>
        <w:t>“Make it count,” she whispered.</w:t>
      </w:r>
    </w:p>
    <w:p>
      <w:r>
        <w:rPr>
          <w:rFonts w:ascii="IM Fell English" w:hAnsi="IM Fell English"/>
          <w:color w:val="141414"/>
          <w:sz w:val="24"/>
        </w:rPr>
        <w:t>Jackie did.</w:t>
      </w:r>
    </w:p>
    <w:p>
      <w:r>
        <w:rPr>
          <w:rFonts w:ascii="IM Fell English" w:hAnsi="IM Fell English"/>
          <w:color w:val="141414"/>
          <w:sz w:val="24"/>
        </w:rPr>
        <w:t>The cameras kept recording.</w:t>
      </w:r>
    </w:p>
    <w:p>
      <w:r>
        <w:rPr>
          <w:rFonts w:ascii="IM Fell English" w:hAnsi="IM Fell English"/>
          <w:color w:val="141414"/>
          <w:sz w:val="24"/>
        </w:rPr>
        <w:t>The house stayed quiet around them.</w:t>
      </w:r>
    </w:p>
    <w:p>
      <w:r>
        <w:rPr>
          <w:rFonts w:ascii="IM Fell English" w:hAnsi="IM Fell English"/>
          <w:color w:val="141414"/>
          <w:sz w:val="24"/>
        </w:rPr>
        <w:t xml:space="preserve">Through the long stretch of the night—and all the nights to follow—they existed within the orbit of their new director and the immutable standing rules. They found a violent sanctuary in their belonging: owned, branded, and safe, yet tethered to the knowledge that they were each other’s most beautiful destruction.  </w:t>
      </w:r>
    </w:p>
    <w:p>
      <w:r>
        <w:rPr>
          <w:rFonts w:ascii="IM Fell English" w:hAnsi="IM Fell English"/>
          <w:color w:val="141414"/>
          <w:sz w:val="24"/>
        </w:rPr>
        <w:t>The film was finished.</w:t>
      </w:r>
    </w:p>
    <w:p>
      <w:r>
        <w:rPr>
          <w:rFonts w:ascii="IM Fell English" w:hAnsi="IM Fell English"/>
          <w:color w:val="141414"/>
          <w:sz w:val="24"/>
        </w:rPr>
        <w:t>The real life continued.</w:t>
      </w:r>
    </w:p>
    <w:p>
      <w:r>
        <w:rPr>
          <w:rFonts w:ascii="IM Fell English" w:hAnsi="IM Fell English"/>
          <w:color w:val="141414"/>
          <w:sz w:val="24"/>
        </w:rPr>
        <w:t xml:space="preserve">And neither of them would have wanted it any other way.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