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Novel 5: Dream Life Of Pure Death: Quebranto</w:t>
      </w:r>
    </w:p>
    <w:p>
      <w:pPr>
        <w:jc w:val="center"/>
      </w:pPr>
      <w:r>
        <w:rPr>
          <w:rFonts w:ascii="IM Fell English" w:hAnsi="IM Fell English"/>
          <w:color w:val="141414"/>
          <w:sz w:val="28"/>
        </w:rPr>
        <w:t>Christian Wilson</w:t>
      </w:r>
    </w:p>
    <w:p>
      <w:r>
        <w:br w:type="page"/>
      </w:r>
    </w:p>
    <w:p>
      <w:pPr>
        <w:pStyle w:val="Heading1"/>
        <w:jc w:val="center"/>
      </w:pPr>
      <w:r>
        <w:rPr>
          <w:rFonts w:ascii="IM Fell English" w:hAnsi="IM Fell English"/>
          <w:color w:val="0D0D0D"/>
        </w:rPr>
        <w:t>CHAPTER 1 —THE NEW PACKET</w:t>
      </w:r>
    </w:p>
    <w:p>
      <w:r>
        <w:rPr>
          <w:rFonts w:ascii="IM Fell English" w:hAnsi="IM Fell English"/>
          <w:color w:val="141414"/>
          <w:sz w:val="24"/>
        </w:rPr>
        <w:t xml:space="preserve">The lingering yellow bruises had finally vanished from her skin. </w:t>
      </w:r>
    </w:p>
    <w:p>
      <w:r>
        <w:rPr>
          <w:rFonts w:ascii="IM Fell English" w:hAnsi="IM Fell English"/>
          <w:color w:val="141414"/>
          <w:sz w:val="24"/>
        </w:rPr>
        <w:t xml:space="preserve">Jackie leaned against the kitchen counter, clad only in an unbuttoned shirt. A mug of coffee occupied one hand, while the other rested possessively on the nape of Jennifer’s neck. Her wife knelt between Jackie’s bare feet, dutifully finishing the last of the toast. On the wall, the porn-CCTV monitors cast a steady, silent glow. The morning air was thick with the scent of roasted beans, warm skin, and the comfortable weight of ownership that had reclaimed the house since the last production wrapped. </w:t>
      </w:r>
    </w:p>
    <w:p>
      <w:r>
        <w:rPr>
          <w:rFonts w:ascii="IM Fell English" w:hAnsi="IM Fell English"/>
          <w:color w:val="141414"/>
          <w:sz w:val="24"/>
        </w:rPr>
        <w:t xml:space="preserve">Jennifer chased a stray crumb from Jackie’s thumb with her tongue before glancing up. </w:t>
      </w:r>
    </w:p>
    <w:p>
      <w:r>
        <w:rPr>
          <w:rFonts w:ascii="IM Fell English" w:hAnsi="IM Fell English"/>
          <w:color w:val="141414"/>
          <w:sz w:val="24"/>
        </w:rPr>
        <w:t>“You’re quiet again.”</w:t>
      </w:r>
    </w:p>
    <w:p>
      <w:r>
        <w:rPr>
          <w:rFonts w:ascii="IM Fell English" w:hAnsi="IM Fell English"/>
          <w:color w:val="141414"/>
          <w:sz w:val="24"/>
        </w:rPr>
        <w:t>“Studio meeting at ten,” Jackie said. “Full table. Lena’s already pulled the preliminary boards for the next packet.”</w:t>
      </w:r>
    </w:p>
    <w:p>
      <w:r>
        <w:rPr>
          <w:rFonts w:ascii="IM Fell English" w:hAnsi="IM Fell English"/>
          <w:color w:val="141414"/>
          <w:sz w:val="24"/>
        </w:rPr>
        <w:t>Jennifer’s mouth curved. “As long as I’m not the one getting thrown off a building in the first ten pages, I’m fine.”</w:t>
      </w:r>
    </w:p>
    <w:p>
      <w:r>
        <w:rPr>
          <w:rFonts w:ascii="IM Fell English" w:hAnsi="IM Fell English"/>
          <w:color w:val="141414"/>
          <w:sz w:val="24"/>
        </w:rPr>
        <w:t>Jackie tugged the collar once, affectionate. “You always say that. Then you approve the fall in the walk-through and complain about it for three days after we wrap.”</w:t>
      </w:r>
    </w:p>
    <w:p>
      <w:r>
        <w:rPr>
          <w:rFonts w:ascii="IM Fell English" w:hAnsi="IM Fell English"/>
          <w:color w:val="141414"/>
          <w:sz w:val="24"/>
        </w:rPr>
        <w:t>“That’s called quality control.”</w:t>
      </w:r>
    </w:p>
    <w:p>
      <w:r>
        <w:rPr>
          <w:rFonts w:ascii="IM Fell English" w:hAnsi="IM Fell English"/>
          <w:color w:val="141414"/>
          <w:sz w:val="24"/>
        </w:rPr>
        <w:t xml:space="preserve">The front door swung open without the courtesy of a knock. Marcus led the way, offering a single, sharp nod before stepping aside for Jenna and Justin. Jenna appeared invigorated, while Justin bore the languid, satisfied look of a slave already put to work that morning. They both moved with the distinct, self-assured carriage of those born to the bloodline—a posture defined by both legacy and labels. </w:t>
      </w:r>
    </w:p>
    <w:p>
      <w:r>
        <w:rPr>
          <w:rFonts w:ascii="IM Fell English" w:hAnsi="IM Fell English"/>
          <w:color w:val="141414"/>
          <w:sz w:val="24"/>
        </w:rPr>
        <w:t>Jackie raised an eyebrow. “You’re early.”</w:t>
      </w:r>
    </w:p>
    <w:p>
      <w:r>
        <w:rPr>
          <w:rFonts w:ascii="IM Fell English" w:hAnsi="IM Fell English"/>
          <w:color w:val="141414"/>
          <w:sz w:val="24"/>
        </w:rPr>
        <w:t xml:space="preserve">Jenna shrugged, the real gold band on her hand catching the light—the same band that had once sat on Jennifer’s finger. “Lilith’s message said studio, ten o’clock, both of us, no excuses. Figured we'd ride with you.” </w:t>
      </w:r>
    </w:p>
    <w:p>
      <w:r>
        <w:rPr>
          <w:rFonts w:ascii="IM Fell English" w:hAnsi="IM Fell English"/>
          <w:color w:val="141414"/>
          <w:sz w:val="24"/>
        </w:rPr>
        <w:t>Jennifer sat back on her heels, still between Jackie’s feet, and studied her sister with a sharp little smile.</w:t>
      </w:r>
    </w:p>
    <w:p>
      <w:r>
        <w:rPr>
          <w:rFonts w:ascii="IM Fell English" w:hAnsi="IM Fell English"/>
          <w:color w:val="141414"/>
          <w:sz w:val="24"/>
        </w:rPr>
        <w:t>“So when do I get my ring back, second-born?”</w:t>
      </w:r>
    </w:p>
    <w:p>
      <w:r>
        <w:rPr>
          <w:rFonts w:ascii="IM Fell English" w:hAnsi="IM Fell English"/>
          <w:color w:val="141414"/>
          <w:sz w:val="24"/>
        </w:rPr>
        <w:t>Jackie answered before Jenna could open her mouth.</w:t>
      </w:r>
    </w:p>
    <w:p>
      <w:r>
        <w:rPr>
          <w:rFonts w:ascii="IM Fell English" w:hAnsi="IM Fell English"/>
          <w:color w:val="141414"/>
          <w:sz w:val="24"/>
        </w:rPr>
        <w:t>“You don’t, slave. And Justin is off-limits to you unless my primary says otherwise.”</w:t>
      </w:r>
    </w:p>
    <w:p>
      <w:r>
        <w:rPr>
          <w:rFonts w:ascii="IM Fell English" w:hAnsi="IM Fell English"/>
          <w:color w:val="141414"/>
          <w:sz w:val="24"/>
        </w:rPr>
        <w:t>Jennifer’s teeth clicked shut. The smile stayed, thinner and meaner. Jenna said nothing. She only turned the gold band once around her finger and kept her eyes on Jackie.</w:t>
      </w:r>
    </w:p>
    <w:p>
      <w:r>
        <w:rPr>
          <w:rFonts w:ascii="IM Fell English" w:hAnsi="IM Fell English"/>
          <w:color w:val="141414"/>
          <w:sz w:val="24"/>
        </w:rPr>
        <w:t>Jackie finished her coffee, set the mug down, and scratched her fingers through Jennifer’s hair. “We all go. Marcus drives.”</w:t>
      </w:r>
    </w:p>
    <w:p>
      <w:r>
        <w:rPr>
          <w:rFonts w:ascii="IM Fell English" w:hAnsi="IM Fell English"/>
          <w:color w:val="141414"/>
          <w:sz w:val="24"/>
        </w:rPr>
        <w:t>They dressed in the usual soft black clothes the bloodline wore when no cameras were rolling. Jennifer kept the collar. Jenna kept the gold band. Justin stayed quiet and close to his wife’s shoulder. Marcus drove.</w:t>
      </w:r>
    </w:p>
    <w:p>
      <w:r>
        <w:rPr>
          <w:rFonts w:ascii="IM Fell English" w:hAnsi="IM Fell English"/>
          <w:color w:val="141414"/>
          <w:sz w:val="24"/>
        </w:rPr>
        <w:t>The studio lot was already moving when they arrived. Lena met them at the main entrance and walked them straight to Conference Room A. The long table was set. Katie sat at the head with Lilith to her right. Carissa and Beth were already present—Carissa in a sharp black shirt, Beth kneeling at her side on a low cushion, collared and silent. Jessica stood behind Jackie’s empty chair, barefoot, eyes clear and sharp, hands folded. A corporate representative sat near Lena with a sealed folder.</w:t>
      </w:r>
    </w:p>
    <w:p>
      <w:r>
        <w:rPr>
          <w:rFonts w:ascii="IM Fell English" w:hAnsi="IM Fell English"/>
          <w:color w:val="141414"/>
          <w:sz w:val="24"/>
        </w:rPr>
        <w:t>Jackie took her seat. Jennifer knelt to her right without being told. Jenna and Justin took the opposite side. Marcus closed the door and leaned against it.</w:t>
      </w:r>
    </w:p>
    <w:p>
      <w:r>
        <w:rPr>
          <w:rFonts w:ascii="IM Fell English" w:hAnsi="IM Fell English"/>
          <w:color w:val="141414"/>
          <w:sz w:val="24"/>
        </w:rPr>
        <w:t>Katie opened the folder.</w:t>
      </w:r>
    </w:p>
    <w:p>
      <w:r>
        <w:rPr>
          <w:rFonts w:ascii="IM Fell English" w:hAnsi="IM Fell English"/>
          <w:color w:val="141414"/>
          <w:sz w:val="24"/>
        </w:rPr>
        <w:t>“Working title is Pure Death: Quebranto.”</w:t>
      </w:r>
    </w:p>
    <w:p>
      <w:r>
        <w:rPr>
          <w:rFonts w:ascii="IM Fell English" w:hAnsi="IM Fell English"/>
          <w:color w:val="141414"/>
          <w:sz w:val="24"/>
        </w:rPr>
        <w:t>Carissa’s head snapped up. The color drained from her face as she recognized the title of the private script she had written at fifteen and never shown anyone. Her mouth opened.</w:t>
      </w:r>
    </w:p>
    <w:p>
      <w:r>
        <w:rPr>
          <w:rFonts w:ascii="IM Fell English" w:hAnsi="IM Fell English"/>
          <w:color w:val="141414"/>
          <w:sz w:val="24"/>
        </w:rPr>
        <w:t>Before a single word left her, the room began to sing.</w:t>
      </w:r>
    </w:p>
    <w:p>
      <w:r>
        <w:rPr>
          <w:rFonts w:ascii="IM Fell English" w:hAnsi="IM Fell English"/>
          <w:color w:val="141414"/>
          <w:sz w:val="24"/>
        </w:rPr>
        <w:t>“Happy birthday to you…”</w:t>
      </w:r>
    </w:p>
    <w:p>
      <w:r>
        <w:rPr>
          <w:rFonts w:ascii="IM Fell English" w:hAnsi="IM Fell English"/>
          <w:color w:val="141414"/>
          <w:sz w:val="24"/>
        </w:rPr>
        <w:t>Marcus opened the door on the second line. Ashley stepped in carrying a simple dark cake with eighteen candles already lit, and a second, smaller plain cake with no candles. The singing finished as Ashley set the larger cake in front of Carissa.</w:t>
      </w:r>
    </w:p>
    <w:p>
      <w:r>
        <w:rPr>
          <w:rFonts w:ascii="IM Fell English" w:hAnsi="IM Fell English"/>
          <w:color w:val="141414"/>
          <w:sz w:val="24"/>
        </w:rPr>
        <w:t>Jackie leaned forward, voice calm.</w:t>
      </w:r>
    </w:p>
    <w:p>
      <w:r>
        <w:rPr>
          <w:rFonts w:ascii="IM Fell English" w:hAnsi="IM Fell English"/>
          <w:color w:val="141414"/>
          <w:sz w:val="24"/>
        </w:rPr>
        <w:t>“Surprise, daughter. You wrote it. We’re making it. Corporate already cleared the packet. Blow the candles out before the corporate rep starts timing us.”</w:t>
      </w:r>
    </w:p>
    <w:p>
      <w:r>
        <w:rPr>
          <w:rFonts w:ascii="IM Fell English" w:hAnsi="IM Fell English"/>
          <w:color w:val="141414"/>
          <w:sz w:val="24"/>
        </w:rPr>
        <w:t>Carissa looked at Beth and gave a short nod. Beth rose from the cushion, stood beside her Mistress, and together they blew out the eighteen candles. Ashley placed the small slave cake on the floor at Beth’s feet. Beth knelt again, picked it up with both hands, and began to eat quietly, eyes down, while the rest of the room watched.</w:t>
      </w:r>
    </w:p>
    <w:p>
      <w:r>
        <w:rPr>
          <w:rFonts w:ascii="IM Fell English" w:hAnsi="IM Fell English"/>
          <w:color w:val="141414"/>
          <w:sz w:val="24"/>
        </w:rPr>
        <w:t>Carissa’s hands were not quite steady. She cut the first slice without speaking. Beth continued to eat her smaller cake in careful bites, still performing the posture her Mistress required.</w:t>
      </w:r>
    </w:p>
    <w:p>
      <w:r>
        <w:rPr>
          <w:rFonts w:ascii="IM Fell English" w:hAnsi="IM Fell English"/>
          <w:color w:val="141414"/>
          <w:sz w:val="24"/>
        </w:rPr>
        <w:t>Only then did Lilith rest her hands on the table and begin the real meeting.</w:t>
      </w:r>
    </w:p>
    <w:p>
      <w:r>
        <w:rPr>
          <w:rFonts w:ascii="IM Fell English" w:hAnsi="IM Fell English"/>
          <w:color w:val="141414"/>
          <w:sz w:val="24"/>
        </w:rPr>
        <w:t>“You and Justin belong to me for eternity,” she said to Jenna. “The same way Jackie and Jennifer belong to Katie. That has never changed. The next stage of your education begins this week. You will be placed on the lot as open daily rental. Any crew member, any visiting principal, any bloodline member with clearance may use you within standing safety protocols. You will wear a visible rental collar. You will not refuse. Jackie will report to us every night on your performance and on Jennifer’s condition. Justin remains your slave and will assist or observe as ordered. Clear?”</w:t>
      </w:r>
    </w:p>
    <w:p>
      <w:r>
        <w:rPr>
          <w:rFonts w:ascii="IM Fell English" w:hAnsi="IM Fell English"/>
          <w:color w:val="141414"/>
          <w:sz w:val="24"/>
        </w:rPr>
        <w:t>Jenna’s spine stayed straight. “Clear, Mistress.”</w:t>
      </w:r>
    </w:p>
    <w:p>
      <w:r>
        <w:rPr>
          <w:rFonts w:ascii="IM Fell English" w:hAnsi="IM Fell English"/>
          <w:color w:val="141414"/>
          <w:sz w:val="24"/>
        </w:rPr>
        <w:t>Katie’s gaze moved to Jennifer.</w:t>
      </w:r>
    </w:p>
    <w:p>
      <w:r>
        <w:rPr>
          <w:rFonts w:ascii="IM Fell English" w:hAnsi="IM Fell English"/>
          <w:color w:val="141414"/>
          <w:sz w:val="24"/>
        </w:rPr>
        <w:t>“You stay more reserved for now. Healthier body, cleaner headspace. The concert sequences in Quebranto are going to be long. We want you intact when cameras roll.”</w:t>
      </w:r>
    </w:p>
    <w:p>
      <w:r>
        <w:rPr>
          <w:rFonts w:ascii="IM Fell English" w:hAnsi="IM Fell English"/>
          <w:color w:val="141414"/>
          <w:sz w:val="24"/>
        </w:rPr>
        <w:t>Jennifer opened her mouth. Jackie spoke first, calm and public.</w:t>
      </w:r>
    </w:p>
    <w:p>
      <w:r>
        <w:rPr>
          <w:rFonts w:ascii="IM Fell English" w:hAnsi="IM Fell English"/>
          <w:color w:val="141414"/>
          <w:sz w:val="24"/>
        </w:rPr>
        <w:t>“Remember the new desks in the shared office, slave. The cage underneath is already installed. I can have Master Marcus walk you upstairs and lock you in it while the rest of us continue the walk-through. Choose carefully.”</w:t>
      </w:r>
    </w:p>
    <w:p>
      <w:r>
        <w:rPr>
          <w:rFonts w:ascii="IM Fell English" w:hAnsi="IM Fell English"/>
          <w:color w:val="141414"/>
          <w:sz w:val="24"/>
        </w:rPr>
        <w:t>Jennifer’s teeth clicked shut. A small, unwilling smile tugged at her mouth.</w:t>
      </w:r>
    </w:p>
    <w:p>
      <w:r>
        <w:rPr>
          <w:rFonts w:ascii="IM Fell English" w:hAnsi="IM Fell English"/>
          <w:color w:val="141414"/>
          <w:sz w:val="24"/>
        </w:rPr>
        <w:t>“Yes, Mistress.”</w:t>
      </w:r>
    </w:p>
    <w:p>
      <w:r>
        <w:rPr>
          <w:rFonts w:ascii="IM Fell English" w:hAnsi="IM Fell English"/>
          <w:color w:val="141414"/>
          <w:sz w:val="24"/>
        </w:rPr>
        <w:t>Lilith continued, voice even.</w:t>
      </w:r>
    </w:p>
    <w:p>
      <w:r>
        <w:rPr>
          <w:rFonts w:ascii="IM Fell English" w:hAnsi="IM Fell English"/>
          <w:color w:val="141414"/>
          <w:sz w:val="24"/>
        </w:rPr>
        <w:t>“Role sheet for the packet is provisional but locked for today. Jackie — primary professional slave, full concert run. Jennifer — The Ghost. Jessica — Vex. Jenna and Justin — bodyguards. Carissa — client. Beth — the displaced stage slave. Full boards and safety notes after lunch. We walk the primary stage and the first fall sequence this afternoon.”</w:t>
      </w:r>
    </w:p>
    <w:p>
      <w:r>
        <w:rPr>
          <w:rFonts w:ascii="IM Fell English" w:hAnsi="IM Fell English"/>
          <w:color w:val="141414"/>
          <w:sz w:val="24"/>
        </w:rPr>
        <w:t>Carissa’s hands had gone still on the table. The cake sat forgotten in front of her. She looked at Jackie once, long and stunned, then lowered her eyes. Beth finished the last of her slave cake and returned her hands to her thighs, posture perfect.</w:t>
      </w:r>
    </w:p>
    <w:p>
      <w:r>
        <w:rPr>
          <w:rFonts w:ascii="IM Fell English" w:hAnsi="IM Fell English"/>
          <w:color w:val="141414"/>
          <w:sz w:val="24"/>
        </w:rPr>
        <w:t>Lena tapped the wall screen. The first storyboard sequence appeared—an elevated stage under brutal lights, a single body at the center, a ring of Masters and Mistresses waiting their turn.</w:t>
      </w:r>
    </w:p>
    <w:p>
      <w:r>
        <w:rPr>
          <w:rFonts w:ascii="IM Fell English" w:hAnsi="IM Fell English"/>
          <w:color w:val="141414"/>
          <w:sz w:val="24"/>
        </w:rPr>
        <w:t>“365-day nonstop hardcore concert. Real pain, real use, rotating international tops. Safety notes are provisional. Final limits get locked after the ten-day rental period for Jenna and the health check for Jennifer.”</w:t>
      </w:r>
    </w:p>
    <w:p>
      <w:r>
        <w:rPr>
          <w:rFonts w:ascii="IM Fell English" w:hAnsi="IM Fell English"/>
          <w:color w:val="141414"/>
          <w:sz w:val="24"/>
        </w:rPr>
        <w:t>Jackie rested two fingers on the back of Jennifer’s neck and spoke one low word in the old tongue only the bloodline answered to.</w:t>
      </w:r>
    </w:p>
    <w:p>
      <w:r>
        <w:rPr>
          <w:rFonts w:ascii="IM Fell English" w:hAnsi="IM Fell English"/>
          <w:color w:val="141414"/>
          <w:sz w:val="24"/>
        </w:rPr>
        <w:t>“Desiste.”</w:t>
      </w:r>
    </w:p>
    <w:p>
      <w:r>
        <w:rPr>
          <w:rFonts w:ascii="IM Fell English" w:hAnsi="IM Fell English"/>
          <w:color w:val="141414"/>
          <w:sz w:val="24"/>
        </w:rPr>
        <w:t>Jennifer’s body locked into stillness at once, breath caught, spine straight, the argument dying before it left her tongue. The room watched the immediate obedience without comment.</w:t>
      </w:r>
    </w:p>
    <w:p>
      <w:r>
        <w:rPr>
          <w:rFonts w:ascii="IM Fell English" w:hAnsi="IM Fell English"/>
          <w:color w:val="141414"/>
          <w:sz w:val="24"/>
        </w:rPr>
        <w:t>Katie closed the folder.</w:t>
      </w:r>
    </w:p>
    <w:p>
      <w:r>
        <w:rPr>
          <w:rFonts w:ascii="IM Fell English" w:hAnsi="IM Fell English"/>
          <w:color w:val="141414"/>
          <w:sz w:val="24"/>
        </w:rPr>
        <w:t>“Wardrobe has Jenna’s rental collar ready for six tomorrow morning. Jackie reports nightly. Jennifer stays under ordinary ownership and restriction. We walk the stage after lunch. Questions?”</w:t>
      </w:r>
    </w:p>
    <w:p>
      <w:r>
        <w:rPr>
          <w:rFonts w:ascii="IM Fell English" w:hAnsi="IM Fell English"/>
          <w:color w:val="141414"/>
          <w:sz w:val="24"/>
        </w:rPr>
        <w:t>There were none.</w:t>
      </w:r>
    </w:p>
    <w:p>
      <w:r>
        <w:rPr>
          <w:rFonts w:ascii="IM Fell English" w:hAnsi="IM Fell English"/>
          <w:color w:val="141414"/>
          <w:sz w:val="24"/>
        </w:rPr>
        <w:t>Lena stood. “Then we move.”</w:t>
      </w:r>
    </w:p>
    <w:p>
      <w:r>
        <w:rPr>
          <w:rFonts w:ascii="IM Fell English" w:hAnsi="IM Fell English"/>
          <w:color w:val="141414"/>
          <w:sz w:val="24"/>
        </w:rPr>
        <w:t>The family rose as a unit—Katie and Lilith first, then Jackie with Jennifer at her heel, Jenna and Justin, Carissa with Beth rising only when given a quiet nod, Jessica silent and precise behind her owner, Ashley collecting the plates. Marcus opened the door. The corridor to the main stage was already lit for the walk-through.</w:t>
      </w:r>
    </w:p>
    <w:p>
      <w:r>
        <w:rPr>
          <w:rFonts w:ascii="IM Fell English" w:hAnsi="IM Fell English"/>
          <w:color w:val="141414"/>
          <w:sz w:val="24"/>
        </w:rPr>
        <w:t xml:space="preserve">Beyond the conference room, the studio lot hummed with its usual daytime industry. Within the sanctum of the bloodline, the next production had commenced in the only manner it knew: hierarchy reaffirmed, a collar standing by, and a cage prepared beneath facing desks. An eighteen-year-old writer sat stunned by her own creation, while the packet titled Quebranto loomed over them all, its dark potential barely tapped. </w:t>
      </w:r>
    </w:p>
    <w:p>
      <w:r>
        <w:rPr>
          <w:rFonts w:ascii="IM Fell English" w:hAnsi="IM Fell English"/>
          <w:color w:val="141414"/>
          <w:sz w:val="24"/>
        </w:rPr>
        <w:t>Jennifer walked half a step behind Jackie and muttered, just loud enough for her wife to hear,</w:t>
      </w:r>
    </w:p>
    <w:p>
      <w:r>
        <w:rPr>
          <w:rFonts w:ascii="IM Fell English" w:hAnsi="IM Fell English"/>
          <w:color w:val="141414"/>
          <w:sz w:val="24"/>
        </w:rPr>
        <w:t>“I still hate the building falls.”</w:t>
      </w:r>
    </w:p>
    <w:p>
      <w:r>
        <w:rPr>
          <w:rFonts w:ascii="IM Fell English" w:hAnsi="IM Fell English"/>
          <w:color w:val="141414"/>
          <w:sz w:val="24"/>
        </w:rPr>
        <w:t>Jackie did not look back.</w:t>
      </w:r>
    </w:p>
    <w:p>
      <w:r>
        <w:rPr>
          <w:rFonts w:ascii="IM Fell English" w:hAnsi="IM Fell English"/>
          <w:color w:val="141414"/>
          <w:sz w:val="24"/>
        </w:rPr>
        <w:t>“Then stop approving them in the boards, psychopath.”</w:t>
      </w:r>
    </w:p>
    <w:p>
      <w:r>
        <w:rPr>
          <w:rFonts w:ascii="IM Fell English" w:hAnsi="IM Fell English"/>
          <w:color w:val="141414"/>
          <w:sz w:val="24"/>
        </w:rPr>
        <w:t>Jennifer’s quiet laugh followed them down the corridor toward the stage.</w:t>
      </w:r>
    </w:p>
    <w:p>
      <w:pPr>
        <w:pStyle w:val="Heading1"/>
        <w:jc w:val="center"/>
      </w:pPr>
      <w:r>
        <w:rPr>
          <w:rFonts w:ascii="IM Fell English" w:hAnsi="IM Fell English"/>
          <w:color w:val="0D0D0D"/>
        </w:rPr>
        <w:t>CHAPTER 2 — WALK-THROUGH</w:t>
      </w:r>
    </w:p>
    <w:p>
      <w:r>
        <w:rPr>
          <w:rFonts w:ascii="IM Fell English" w:hAnsi="IM Fell English"/>
          <w:color w:val="141414"/>
          <w:sz w:val="24"/>
        </w:rPr>
        <w:t>The main stage had already been lit for them.</w:t>
      </w:r>
    </w:p>
    <w:p>
      <w:r>
        <w:rPr>
          <w:rFonts w:ascii="IM Fell English" w:hAnsi="IM Fell English"/>
          <w:color w:val="141414"/>
          <w:sz w:val="24"/>
        </w:rPr>
        <w:t>Brutal white overheads. Black floor. A single reinforced platform in the center with restraint hard-points set into the surface at wrist, ankle, throat, and waist height. The first ring of temporary marks for the rotating Masters and Mistresses had been taped on the floor in white. Lena led the group down the center aisle and stopped at the edge of the light.</w:t>
      </w:r>
    </w:p>
    <w:p>
      <w:r>
        <w:rPr>
          <w:rFonts w:ascii="IM Fell English" w:hAnsi="IM Fell English"/>
          <w:color w:val="141414"/>
          <w:sz w:val="24"/>
        </w:rPr>
        <w:t>“Primary concert stage. Three hundred and sixty-five days, nonstop rotation.  Jackie is the constant. Everyone else cycles. Safety limiters are provisional until after Jenna’s ten-day rental and Jennifer’s final health check.”</w:t>
      </w:r>
    </w:p>
    <w:p>
      <w:r>
        <w:rPr>
          <w:rFonts w:ascii="IM Fell English" w:hAnsi="IM Fell English"/>
          <w:color w:val="141414"/>
          <w:sz w:val="24"/>
        </w:rPr>
        <w:t>Jackie stepped onto the platform without being told, tested one of the wrist points with two fingers, and nodded once. Jennifer stayed on the floor, collar visible, eyes already narrowed at the high steel catwalk that ran above the stage.</w:t>
      </w:r>
    </w:p>
    <w:p>
      <w:r>
        <w:rPr>
          <w:rFonts w:ascii="IM Fell English" w:hAnsi="IM Fell English"/>
          <w:color w:val="141414"/>
          <w:sz w:val="24"/>
        </w:rPr>
        <w:t>Carissa stood a half-step behind Katie, still quiet, the shock of the birthday reveal not yet worn off. Beth remained kneeling at her side on a folded cloth Lena had provided, the last crumbs of the slave cake gone. Jessica took her place behind Jackie’s left shoulder and did not speak.</w:t>
      </w:r>
    </w:p>
    <w:p>
      <w:r>
        <w:rPr>
          <w:rFonts w:ascii="IM Fell English" w:hAnsi="IM Fell English"/>
          <w:color w:val="141414"/>
          <w:sz w:val="24"/>
        </w:rPr>
        <w:t>Lena pointed up.</w:t>
      </w:r>
    </w:p>
    <w:p>
      <w:r>
        <w:rPr>
          <w:rFonts w:ascii="IM Fell English" w:hAnsi="IM Fell English"/>
          <w:color w:val="141414"/>
          <w:sz w:val="24"/>
        </w:rPr>
        <w:t>“First fall option. Catwalk to stage, twenty-eight feet, practical breakaway section. Jennifer signs off on the pad thickness and the catch crew or we cut it.”</w:t>
      </w:r>
    </w:p>
    <w:p>
      <w:r>
        <w:rPr>
          <w:rFonts w:ascii="IM Fell English" w:hAnsi="IM Fell English"/>
          <w:color w:val="141414"/>
          <w:sz w:val="24"/>
        </w:rPr>
        <w:t>Jennifer tilted her head back, studying the height with the particular attention she always gave anything that might drop her.</w:t>
      </w:r>
    </w:p>
    <w:p>
      <w:r>
        <w:rPr>
          <w:rFonts w:ascii="IM Fell English" w:hAnsi="IM Fell English"/>
          <w:color w:val="141414"/>
          <w:sz w:val="24"/>
        </w:rPr>
        <w:t>“Pad’s fine. Catch crew better be awake. I still want the second bounce.”</w:t>
      </w:r>
    </w:p>
    <w:p>
      <w:r>
        <w:rPr>
          <w:rFonts w:ascii="IM Fell English" w:hAnsi="IM Fell English"/>
          <w:color w:val="141414"/>
          <w:sz w:val="24"/>
        </w:rPr>
        <w:t>Jackie looked down at her from the platform.</w:t>
      </w:r>
    </w:p>
    <w:p>
      <w:r>
        <w:rPr>
          <w:rFonts w:ascii="IM Fell English" w:hAnsi="IM Fell English"/>
          <w:color w:val="141414"/>
          <w:sz w:val="24"/>
        </w:rPr>
        <w:t>“You always want the second bounce. Then you complain for three days that the catch crew has soft hands.”</w:t>
      </w:r>
    </w:p>
    <w:p>
      <w:r>
        <w:rPr>
          <w:rFonts w:ascii="IM Fell English" w:hAnsi="IM Fell English"/>
          <w:color w:val="141414"/>
          <w:sz w:val="24"/>
        </w:rPr>
        <w:t>“They do have soft hands.”</w:t>
      </w:r>
    </w:p>
    <w:p>
      <w:r>
        <w:rPr>
          <w:rFonts w:ascii="IM Fell English" w:hAnsi="IM Fell English"/>
          <w:color w:val="141414"/>
          <w:sz w:val="24"/>
        </w:rPr>
        <w:t>Carissa’s voice cut in, cool and sharp.</w:t>
      </w:r>
    </w:p>
    <w:p>
      <w:r>
        <w:rPr>
          <w:rFonts w:ascii="IM Fell English" w:hAnsi="IM Fell English"/>
          <w:color w:val="141414"/>
          <w:sz w:val="24"/>
        </w:rPr>
        <w:t>“Then pick harder hands or stop approving the fall, shithead.”</w:t>
      </w:r>
    </w:p>
    <w:p>
      <w:r>
        <w:rPr>
          <w:rFonts w:ascii="IM Fell English" w:hAnsi="IM Fell English"/>
          <w:color w:val="141414"/>
          <w:sz w:val="24"/>
        </w:rPr>
        <w:t>Jennifer turned, grin already mean.</w:t>
      </w:r>
    </w:p>
    <w:p>
      <w:r>
        <w:rPr>
          <w:rFonts w:ascii="IM Fell English" w:hAnsi="IM Fell English"/>
          <w:color w:val="141414"/>
          <w:sz w:val="24"/>
        </w:rPr>
        <w:t>“Careful, birthday girl. You’re still high on cake and surprise. Don’t make me remind you who taught you how to talk to your elders.”</w:t>
      </w:r>
    </w:p>
    <w:p>
      <w:r>
        <w:rPr>
          <w:rFonts w:ascii="IM Fell English" w:hAnsi="IM Fell English"/>
          <w:color w:val="141414"/>
          <w:sz w:val="24"/>
        </w:rPr>
        <w:t>Jackie spoke one quiet word in the old tongue.</w:t>
      </w:r>
    </w:p>
    <w:p>
      <w:r>
        <w:rPr>
          <w:rFonts w:ascii="IM Fell English" w:hAnsi="IM Fell English"/>
          <w:color w:val="141414"/>
          <w:sz w:val="24"/>
        </w:rPr>
        <w:t>“Desiste.”</w:t>
      </w:r>
    </w:p>
    <w:p>
      <w:r>
        <w:rPr>
          <w:rFonts w:ascii="IM Fell English" w:hAnsi="IM Fell English"/>
          <w:color w:val="141414"/>
          <w:sz w:val="24"/>
        </w:rPr>
        <w:t>Jennifer’s spine locked. The grin stayed, but the next sentence died in her throat. The group watched the immediate obedience the same way they watched any other piece of equipment being tested. Even Carissa’s mouth closed.</w:t>
      </w:r>
    </w:p>
    <w:p>
      <w:r>
        <w:rPr>
          <w:rFonts w:ascii="IM Fell English" w:hAnsi="IM Fell English"/>
          <w:color w:val="141414"/>
          <w:sz w:val="24"/>
        </w:rPr>
        <w:t>Lena moved on without comment.</w:t>
      </w:r>
    </w:p>
    <w:p>
      <w:r>
        <w:rPr>
          <w:rFonts w:ascii="IM Fell English" w:hAnsi="IM Fell English"/>
          <w:color w:val="141414"/>
          <w:sz w:val="24"/>
        </w:rPr>
        <w:t>“Backstage corridor A. Holding cells for the rotating tops. Medical station. Emergency cut-away points. We walk it next.”</w:t>
      </w:r>
    </w:p>
    <w:p>
      <w:r>
        <w:rPr>
          <w:rFonts w:ascii="IM Fell English" w:hAnsi="IM Fell English"/>
          <w:color w:val="141414"/>
          <w:sz w:val="24"/>
        </w:rPr>
        <w:t>They followed her in a loose bloodline cluster—Katie and Lilith first, Jackie stepping down from the platform with Jessica at her shoulder, Jennifer half a step behind, Jenna and Justin together, Carissa with Beth rising only when given a short nod. Marcus closed the rear.</w:t>
      </w:r>
    </w:p>
    <w:p>
      <w:r>
        <w:rPr>
          <w:rFonts w:ascii="IM Fell English" w:hAnsi="IM Fell English"/>
          <w:color w:val="141414"/>
          <w:sz w:val="24"/>
        </w:rPr>
        <w:t>The corridor was narrower, concrete and black paint, already fitted with the temporary hooks and benches the boards called for. The air smelled of fresh primer and the faint metallic edge of the restraint hardware. Lena stopped at the first holding alcove and tapped the wall tablet. A secondary storyboard sequence appeared: the moment the headlining slave is moved from stage to private recovery between major rotations.</w:t>
      </w:r>
    </w:p>
    <w:p>
      <w:r>
        <w:rPr>
          <w:rFonts w:ascii="IM Fell English" w:hAnsi="IM Fell English"/>
          <w:color w:val="141414"/>
          <w:sz w:val="24"/>
        </w:rPr>
        <w:t>Jennifer leaned in, reading the notes with exaggerated care.</w:t>
      </w:r>
    </w:p>
    <w:p>
      <w:r>
        <w:rPr>
          <w:rFonts w:ascii="IM Fell English" w:hAnsi="IM Fell English"/>
          <w:color w:val="141414"/>
          <w:sz w:val="24"/>
        </w:rPr>
        <w:t>“Why do I always end up in the recovery frame with a broken rib and a smile? You people are obsessed with my ribs.”</w:t>
      </w:r>
    </w:p>
    <w:p>
      <w:r>
        <w:rPr>
          <w:rFonts w:ascii="IM Fell English" w:hAnsi="IM Fell English"/>
          <w:color w:val="141414"/>
          <w:sz w:val="24"/>
        </w:rPr>
        <w:t>Jenna’s voice was dry.</w:t>
      </w:r>
    </w:p>
    <w:p>
      <w:r>
        <w:rPr>
          <w:rFonts w:ascii="IM Fell English" w:hAnsi="IM Fell English"/>
          <w:color w:val="141414"/>
          <w:sz w:val="24"/>
        </w:rPr>
        <w:t>“Because you sign the frame and then laugh when the rib actually breaks.”</w:t>
      </w:r>
    </w:p>
    <w:p>
      <w:r>
        <w:rPr>
          <w:rFonts w:ascii="IM Fell English" w:hAnsi="IM Fell English"/>
          <w:color w:val="141414"/>
          <w:sz w:val="24"/>
        </w:rPr>
        <w:t>Jennifer shot her a look.</w:t>
      </w:r>
    </w:p>
    <w:p>
      <w:r>
        <w:rPr>
          <w:rFonts w:ascii="IM Fell English" w:hAnsi="IM Fell English"/>
          <w:color w:val="141414"/>
          <w:sz w:val="24"/>
        </w:rPr>
        <w:t>“I can still take your ring back, second-born.”</w:t>
      </w:r>
    </w:p>
    <w:p>
      <w:r>
        <w:rPr>
          <w:rFonts w:ascii="IM Fell English" w:hAnsi="IM Fell English"/>
          <w:color w:val="141414"/>
          <w:sz w:val="24"/>
        </w:rPr>
        <w:t>Jackie did not even turn her head.</w:t>
      </w:r>
    </w:p>
    <w:p>
      <w:r>
        <w:rPr>
          <w:rFonts w:ascii="IM Fell English" w:hAnsi="IM Fell English"/>
          <w:color w:val="141414"/>
          <w:sz w:val="24"/>
        </w:rPr>
        <w:t>“No, you cannot. And Justin remains off-limits unless my primary decides otherwise. Keep walking.”</w:t>
      </w:r>
    </w:p>
    <w:p>
      <w:r>
        <w:rPr>
          <w:rFonts w:ascii="IM Fell English" w:hAnsi="IM Fell English"/>
          <w:color w:val="141414"/>
          <w:sz w:val="24"/>
        </w:rPr>
        <w:t>They kept walking.</w:t>
      </w:r>
    </w:p>
    <w:p>
      <w:r>
        <w:rPr>
          <w:rFonts w:ascii="IM Fell English" w:hAnsi="IM Fell English"/>
          <w:color w:val="141414"/>
          <w:sz w:val="24"/>
        </w:rPr>
        <w:t>At the midpoint of the corridor Lena paused again and opened a second board set—quick sketches of the rotating tops entering from opposite ends, the medical team’s two-minute window, the exact angle of the camera that would catch the headlining slave’s face when the next Master took custody. Katie asked one low question about the medical timing. Lilith answered it. Carissa listened without speaking, one hand resting on the back of Beth’s neck. Beth kept perfect posture, eyes down, the small slave cake already a memory.</w:t>
      </w:r>
    </w:p>
    <w:p>
      <w:r>
        <w:rPr>
          <w:rFonts w:ascii="IM Fell English" w:hAnsi="IM Fell English"/>
          <w:color w:val="141414"/>
          <w:sz w:val="24"/>
        </w:rPr>
        <w:t>Jennifer waited until the board closed, then muttered just loud enough for Jackie and Jenna to hear.</w:t>
      </w:r>
    </w:p>
    <w:p>
      <w:r>
        <w:rPr>
          <w:rFonts w:ascii="IM Fell English" w:hAnsi="IM Fell English"/>
          <w:color w:val="141414"/>
          <w:sz w:val="24"/>
        </w:rPr>
        <w:t>“I still think the recovery cell looks too comfortable. We’re getting soft.”</w:t>
      </w:r>
    </w:p>
    <w:p>
      <w:r>
        <w:rPr>
          <w:rFonts w:ascii="IM Fell English" w:hAnsi="IM Fell English"/>
          <w:color w:val="141414"/>
          <w:sz w:val="24"/>
        </w:rPr>
        <w:t>Jackie reached back without looking and caught the front of Jennifer’s collar, giving it one short, public tug.</w:t>
      </w:r>
    </w:p>
    <w:p>
      <w:r>
        <w:rPr>
          <w:rFonts w:ascii="IM Fell English" w:hAnsi="IM Fell English"/>
          <w:color w:val="141414"/>
          <w:sz w:val="24"/>
        </w:rPr>
        <w:t>“You can test the comfort level later. Right now you walk and you keep your mouth useful only when asked.”</w:t>
      </w:r>
    </w:p>
    <w:p>
      <w:r>
        <w:rPr>
          <w:rFonts w:ascii="IM Fell English" w:hAnsi="IM Fell English"/>
          <w:color w:val="141414"/>
          <w:sz w:val="24"/>
        </w:rPr>
        <w:t>Jennifer’s smile returned, smaller and more obedient.</w:t>
      </w:r>
    </w:p>
    <w:p>
      <w:r>
        <w:rPr>
          <w:rFonts w:ascii="IM Fell English" w:hAnsi="IM Fell English"/>
          <w:color w:val="141414"/>
          <w:sz w:val="24"/>
        </w:rPr>
        <w:t>“Yes, Mistress.”</w:t>
      </w:r>
    </w:p>
    <w:p>
      <w:r>
        <w:rPr>
          <w:rFonts w:ascii="IM Fell English" w:hAnsi="IM Fell English"/>
          <w:color w:val="141414"/>
          <w:sz w:val="24"/>
        </w:rPr>
        <w:t>At the end of the corridor the group climbed a short steel stair to the first exterior platform that would stand in for one of the building-edge sequences. The drop was only twelve feet today—marked and padded—but the final boards called for higher practicals later in the concert run. The afternoon light cut across the lot and threw long shadows over the crash pads. Lena waited until everyone had looked over the edge.</w:t>
      </w:r>
    </w:p>
    <w:p>
      <w:r>
        <w:rPr>
          <w:rFonts w:ascii="IM Fell English" w:hAnsi="IM Fell English"/>
          <w:color w:val="141414"/>
          <w:sz w:val="24"/>
        </w:rPr>
        <w:t>“Provisional. Jennifer still has final yes or no after the health check. Carissa, your notes on the client sequences stay with me until the full packet lock. Questions?”</w:t>
      </w:r>
    </w:p>
    <w:p>
      <w:r>
        <w:rPr>
          <w:rFonts w:ascii="IM Fell English" w:hAnsi="IM Fell English"/>
          <w:color w:val="141414"/>
          <w:sz w:val="24"/>
        </w:rPr>
        <w:t>Carissa shook her head once. She was still watching Jackie more than the boards, the reality of her teenage script becoming a living production not yet settled behind her eyes. Beth shifted her weight only when Carissa’s fingers flexed on her neck, then went still again.</w:t>
      </w:r>
    </w:p>
    <w:p>
      <w:r>
        <w:rPr>
          <w:rFonts w:ascii="IM Fell English" w:hAnsi="IM Fell English"/>
          <w:color w:val="141414"/>
          <w:sz w:val="24"/>
        </w:rPr>
        <w:t>Jennifer opened her mouth. Jackie’s fingers settled on the back of her neck, light and public.</w:t>
      </w:r>
    </w:p>
    <w:p>
      <w:r>
        <w:rPr>
          <w:rFonts w:ascii="IM Fell English" w:hAnsi="IM Fell English"/>
          <w:color w:val="141414"/>
          <w:sz w:val="24"/>
        </w:rPr>
        <w:t>“Choose carefully, slave. The desks are upstairs. The cage is empty. Marcus is available.”</w:t>
      </w:r>
    </w:p>
    <w:p>
      <w:r>
        <w:rPr>
          <w:rFonts w:ascii="IM Fell English" w:hAnsi="IM Fell English"/>
          <w:color w:val="141414"/>
          <w:sz w:val="24"/>
        </w:rPr>
        <w:t>Jennifer’s teeth clicked shut again. The unwilling smile returned.</w:t>
      </w:r>
    </w:p>
    <w:p>
      <w:r>
        <w:rPr>
          <w:rFonts w:ascii="IM Fell English" w:hAnsi="IM Fell English"/>
          <w:color w:val="141414"/>
          <w:sz w:val="24"/>
        </w:rPr>
        <w:t>“I’ll behave. For now.”</w:t>
      </w:r>
    </w:p>
    <w:p>
      <w:r>
        <w:rPr>
          <w:rFonts w:ascii="IM Fell English" w:hAnsi="IM Fell English"/>
          <w:color w:val="141414"/>
          <w:sz w:val="24"/>
        </w:rPr>
        <w:t>Jenna turned the gold band once around her finger, the engraved words catching the light, and said nothing. Justin stayed half a step behind her, silent, the ordinary posture of a slave whose owner had not yet given him permission to speak.</w:t>
      </w:r>
    </w:p>
    <w:p>
      <w:r>
        <w:rPr>
          <w:rFonts w:ascii="IM Fell English" w:hAnsi="IM Fell English"/>
          <w:color w:val="141414"/>
          <w:sz w:val="24"/>
        </w:rPr>
        <w:t>Lena closed the wall tablet and faced the full group.</w:t>
      </w:r>
    </w:p>
    <w:p>
      <w:r>
        <w:rPr>
          <w:rFonts w:ascii="IM Fell English" w:hAnsi="IM Fell English"/>
          <w:color w:val="141414"/>
          <w:sz w:val="24"/>
        </w:rPr>
        <w:t>“Enough for the afternoon. Jenna, wardrobe at six tomorrow. Rental collar is tagged and ready. Jackie, midnight report. Jennifer stays under ordinary ownership and restriction. Everyone else returns to ordinary schedule until the next full board day. Dismissed.”</w:t>
      </w:r>
    </w:p>
    <w:p>
      <w:r>
        <w:rPr>
          <w:rFonts w:ascii="IM Fell English" w:hAnsi="IM Fell English"/>
          <w:color w:val="141414"/>
          <w:sz w:val="24"/>
        </w:rPr>
        <w:t>The group broke apart in the ordinary way—Katie and Lilith already discussing something low and private as they walked, Ashley disappearing toward the production offices with the tablet notes, Carissa leading Beth away by the collar ring without looking back, Jessica waiting for Jackie’s signal before she moved. The corporate representative had already vanished with the sealed folder.</w:t>
      </w:r>
    </w:p>
    <w:p>
      <w:r>
        <w:rPr>
          <w:rFonts w:ascii="IM Fell English" w:hAnsi="IM Fell English"/>
          <w:color w:val="141414"/>
          <w:sz w:val="24"/>
        </w:rPr>
        <w:t>Jackie kept two fingers under Jennifer’s chin for a moment longer, studying her face the same way she had studied the hard-points on the stage.</w:t>
      </w:r>
    </w:p>
    <w:p>
      <w:r>
        <w:rPr>
          <w:rFonts w:ascii="IM Fell English" w:hAnsi="IM Fell English"/>
          <w:color w:val="141414"/>
          <w:sz w:val="24"/>
        </w:rPr>
        <w:t>“Home. Cage stays open tonight. Tomorrow Jenna starts the floor and you stay clean. No testing the new desks without me. Clear?”</w:t>
      </w:r>
    </w:p>
    <w:p>
      <w:r>
        <w:rPr>
          <w:rFonts w:ascii="IM Fell English" w:hAnsi="IM Fell English"/>
          <w:color w:val="141414"/>
          <w:sz w:val="24"/>
        </w:rPr>
        <w:t>Jennifer’s voice was soft and obedient, the earlier fight already folded away.</w:t>
      </w:r>
    </w:p>
    <w:p>
      <w:r>
        <w:rPr>
          <w:rFonts w:ascii="IM Fell English" w:hAnsi="IM Fell English"/>
          <w:color w:val="141414"/>
          <w:sz w:val="24"/>
        </w:rPr>
        <w:t>“Clear, Mistress.”</w:t>
      </w:r>
    </w:p>
    <w:p>
      <w:r>
        <w:rPr>
          <w:rFonts w:ascii="IM Fell English" w:hAnsi="IM Fell English"/>
          <w:color w:val="141414"/>
          <w:sz w:val="24"/>
        </w:rPr>
        <w:t>Jenna glanced once at the gold band on her own hand, then at Jennifer’s bare finger, and followed Justin toward the lot exit. Marcus already had the truck running, engine low and steady.</w:t>
      </w:r>
    </w:p>
    <w:p>
      <w:r>
        <w:rPr>
          <w:rFonts w:ascii="IM Fell English" w:hAnsi="IM Fell English"/>
          <w:color w:val="141414"/>
          <w:sz w:val="24"/>
        </w:rPr>
        <w:t>Jackie released Jennifer’s chin and started walking. Jennifer fell into her usual place half a step behind and to the left. Jessica followed at the precise distance she had been trained to keep. The empty stage lights stayed on behind them, white and brutal, throwing the platform and the taped marks into hard relief.</w:t>
      </w:r>
    </w:p>
    <w:p>
      <w:r>
        <w:rPr>
          <w:rFonts w:ascii="IM Fell English" w:hAnsi="IM Fell English"/>
          <w:color w:val="141414"/>
          <w:sz w:val="24"/>
        </w:rPr>
        <w:t>Above the lot, the sky had begun to take on the first color of late afternoon. Inside the bloodline, the next film had left the conference room and set foot on the actual boards.  Jenna’s rental collar was waiting in wardrobe. The cage under the facing desks was empty and ready. And somewhere in Lena’s files the rest of the Quebranto sequences—longer, harder, and far less provisional—were already queued for the day the ten-day rental clock ran out and Jennifer’s health check cleared her for full use.</w:t>
      </w:r>
    </w:p>
    <w:p>
      <w:r>
        <w:rPr>
          <w:rFonts w:ascii="IM Fell English" w:hAnsi="IM Fell English"/>
          <w:color w:val="141414"/>
          <w:sz w:val="24"/>
        </w:rPr>
        <w:t>Jennifer waited until they were almost to the truck before she spoke again, voice low and almost cheerful.</w:t>
      </w:r>
    </w:p>
    <w:p>
      <w:r>
        <w:rPr>
          <w:rFonts w:ascii="IM Fell English" w:hAnsi="IM Fell English"/>
          <w:color w:val="141414"/>
          <w:sz w:val="24"/>
        </w:rPr>
        <w:t>“I still hate the building falls.”</w:t>
      </w:r>
    </w:p>
    <w:p>
      <w:r>
        <w:rPr>
          <w:rFonts w:ascii="IM Fell English" w:hAnsi="IM Fell English"/>
          <w:color w:val="141414"/>
          <w:sz w:val="24"/>
        </w:rPr>
        <w:t>Jackie opened the passenger door and pointed her in.</w:t>
      </w:r>
    </w:p>
    <w:p>
      <w:r>
        <w:rPr>
          <w:rFonts w:ascii="IM Fell English" w:hAnsi="IM Fell English"/>
          <w:color w:val="141414"/>
          <w:sz w:val="24"/>
        </w:rPr>
        <w:t>“Then stop approving them in the boards, psychopath.”</w:t>
      </w:r>
    </w:p>
    <w:p>
      <w:r>
        <w:rPr>
          <w:rFonts w:ascii="IM Fell English" w:hAnsi="IM Fell English"/>
          <w:color w:val="141414"/>
          <w:sz w:val="24"/>
        </w:rPr>
        <w:t>Jennifer’s quiet laugh followed the order into the cab. Jenna and Justin climbed into the back without being told. Jessica took the remaining seat and closed her eyes once the door shut, already resting in the way only Jackie’s private slaves ever did in public.</w:t>
      </w:r>
    </w:p>
    <w:p>
      <w:r>
        <w:rPr>
          <w:rFonts w:ascii="IM Fell English" w:hAnsi="IM Fell English"/>
          <w:color w:val="141414"/>
          <w:sz w:val="24"/>
        </w:rPr>
        <w:t>Marcus put the truck in gear.</w:t>
      </w:r>
    </w:p>
    <w:p>
      <w:r>
        <w:rPr>
          <w:rFonts w:ascii="IM Fell English" w:hAnsi="IM Fell English"/>
          <w:color w:val="141414"/>
          <w:sz w:val="24"/>
        </w:rPr>
        <w:t>The stage lights stayed on long after the bloodline had left the lot, waiting for the day the concert would stop being tape marks and storyboards and start being something that could not be paused.</w:t>
      </w:r>
    </w:p>
    <w:p>
      <w:pPr>
        <w:pStyle w:val="Heading1"/>
        <w:jc w:val="center"/>
      </w:pPr>
      <w:r>
        <w:rPr>
          <w:rFonts w:ascii="IM Fell English" w:hAnsi="IM Fell English"/>
          <w:color w:val="0D0D0D"/>
        </w:rPr>
        <w:t>CHAPTER 3 — FORCED TO WATCH</w:t>
      </w:r>
    </w:p>
    <w:p>
      <w:r>
        <w:rPr>
          <w:rFonts w:ascii="IM Fell English" w:hAnsi="IM Fell English"/>
          <w:color w:val="141414"/>
          <w:sz w:val="24"/>
        </w:rPr>
        <w:t>The house was quiet when they pulled in.</w:t>
      </w:r>
    </w:p>
    <w:p>
      <w:r>
        <w:rPr>
          <w:rFonts w:ascii="IM Fell English" w:hAnsi="IM Fell English"/>
          <w:color w:val="141414"/>
          <w:sz w:val="24"/>
        </w:rPr>
        <w:t>Marcus killed the engine and waited until Jackie gave the small nod that released him for the night. Jenna and Justin went ahead without being told. Jessica followed at her usual precise distance. Jennifer stayed in the passenger seat until Jackie pointed at the ground.</w:t>
      </w:r>
    </w:p>
    <w:p>
      <w:r>
        <w:rPr>
          <w:rFonts w:ascii="IM Fell English" w:hAnsi="IM Fell English"/>
          <w:color w:val="141414"/>
          <w:sz w:val="24"/>
        </w:rPr>
        <w:t>“Out.”</w:t>
      </w:r>
    </w:p>
    <w:p>
      <w:r>
        <w:rPr>
          <w:rFonts w:ascii="IM Fell English" w:hAnsi="IM Fell English"/>
          <w:color w:val="141414"/>
          <w:sz w:val="24"/>
        </w:rPr>
        <w:t>Jennifer stepped down and followed her inside. The open porn-CCTV monitors were already live, soft blue light spilling across the entryway. Jackie did not go to the bedroom. She walked into the main living room, pointed at a clear space on the floor in front of the low couch, and spoke one quiet word in the old tongue.</w:t>
      </w:r>
    </w:p>
    <w:p>
      <w:r>
        <w:rPr>
          <w:rFonts w:ascii="IM Fell English" w:hAnsi="IM Fell English"/>
          <w:color w:val="141414"/>
          <w:sz w:val="24"/>
        </w:rPr>
        <w:t>Jennifer dropped to her knees. Jackie caught both of her wrists, guided them behind her back, and locked a simple pair of leather cuffs around them. Not studio hardware. Home hardware. The kind that said the night would be controlled.</w:t>
      </w:r>
    </w:p>
    <w:p>
      <w:r>
        <w:rPr>
          <w:rFonts w:ascii="IM Fell English" w:hAnsi="IM Fell English"/>
          <w:color w:val="141414"/>
          <w:sz w:val="24"/>
        </w:rPr>
        <w:t>“You watch,” Jackie said. “You do not touch. You do not come. If you come anyway, the cage at the studio stays locked for the full ten days and you service through the bars with a sore jaw. Clear?”</w:t>
      </w:r>
    </w:p>
    <w:p>
      <w:r>
        <w:rPr>
          <w:rFonts w:ascii="IM Fell English" w:hAnsi="IM Fell English"/>
          <w:color w:val="141414"/>
          <w:sz w:val="24"/>
        </w:rPr>
        <w:t>Jennifer’s voice was rough but steady.</w:t>
      </w:r>
    </w:p>
    <w:p>
      <w:r>
        <w:rPr>
          <w:rFonts w:ascii="IM Fell English" w:hAnsi="IM Fell English"/>
          <w:color w:val="141414"/>
          <w:sz w:val="24"/>
        </w:rPr>
        <w:t>“Clear, Mistress.”</w:t>
      </w:r>
    </w:p>
    <w:p>
      <w:r>
        <w:rPr>
          <w:rFonts w:ascii="IM Fell English" w:hAnsi="IM Fell English"/>
          <w:color w:val="141414"/>
          <w:sz w:val="24"/>
        </w:rPr>
        <w:t>Jackie left her there and walked to the hallway.</w:t>
      </w:r>
    </w:p>
    <w:p>
      <w:r>
        <w:rPr>
          <w:rFonts w:ascii="IM Fell English" w:hAnsi="IM Fell English"/>
          <w:color w:val="141414"/>
          <w:sz w:val="24"/>
        </w:rPr>
        <w:t>“Jenna. Jessica. Justin. Marcus. Living room.”</w:t>
      </w:r>
    </w:p>
    <w:p>
      <w:r>
        <w:rPr>
          <w:rFonts w:ascii="IM Fell English" w:hAnsi="IM Fell English"/>
          <w:color w:val="141414"/>
          <w:sz w:val="24"/>
        </w:rPr>
        <w:t>They came. Jenna still wore the gold band. Jessica was barefoot and already undressed from the waist up. Justin and Marcus waited for orders like the trained property they were.</w:t>
      </w:r>
    </w:p>
    <w:p>
      <w:r>
        <w:rPr>
          <w:rFonts w:ascii="IM Fell English" w:hAnsi="IM Fell English"/>
          <w:color w:val="141414"/>
          <w:sz w:val="24"/>
        </w:rPr>
        <w:t>Jackie pointed at the couch and the floor in front of Jennifer’s kneeling body.</w:t>
      </w:r>
    </w:p>
    <w:p>
      <w:r>
        <w:rPr>
          <w:rFonts w:ascii="IM Fell English" w:hAnsi="IM Fell English"/>
          <w:color w:val="141414"/>
          <w:sz w:val="24"/>
        </w:rPr>
        <w:t>“Use them,” she said to no one and everyone. “Rough. Not broken. She watches.”</w:t>
      </w:r>
    </w:p>
    <w:p>
      <w:r>
        <w:rPr>
          <w:rFonts w:ascii="IM Fell English" w:hAnsi="IM Fell English"/>
          <w:color w:val="141414"/>
          <w:sz w:val="24"/>
        </w:rPr>
        <w:t>She took Jenna first.</w:t>
      </w:r>
    </w:p>
    <w:p>
      <w:r>
        <w:rPr>
          <w:rFonts w:ascii="IM Fell English" w:hAnsi="IM Fell English"/>
          <w:color w:val="141414"/>
          <w:sz w:val="24"/>
        </w:rPr>
        <w:t>Jackie bent her over the arm of the couch, yanked her trousers down, and fucked her with the thick strap she had buckled on in the hallway—deep, steady, unhurried strokes that made Jenna’s breath hitch and her fingers claw at the cushions. The gold band clicked against the fabric every time Jenna’s hand flexed. Jackie kept one hand in Jenna’s hair and the other on her hip, setting a pace that was hard enough to leave bruises and controlled enough to stay inside house rules. Jennifer knelt three feet away, wrists locked, eyes open, shoulders tight with the order not to move.</w:t>
      </w:r>
    </w:p>
    <w:p>
      <w:r>
        <w:rPr>
          <w:rFonts w:ascii="IM Fell English" w:hAnsi="IM Fell English"/>
          <w:color w:val="141414"/>
          <w:sz w:val="24"/>
        </w:rPr>
        <w:t>When Jackie finally pulled out she left Jenna draped over the couch arm and pointed at Jessica.</w:t>
      </w:r>
    </w:p>
    <w:p>
      <w:r>
        <w:rPr>
          <w:rFonts w:ascii="IM Fell English" w:hAnsi="IM Fell English"/>
          <w:color w:val="141414"/>
          <w:sz w:val="24"/>
        </w:rPr>
        <w:t>Jessica came without being told a second time. Jackie pushed her to her back on the rug, spread her thighs, and mounted her with the same strap, slower now, grinding deep while she leaned down and bit the side of Jessica’s throat hard enough to mark. Jessica’s hands stayed on the floor beside her head, fingers open, the perfect posture of a private slave being used in front of an audience. Jennifer’s breathing had gone shallow. She shifted once on her knees; Jackie looked at her and Jennifer went still again.</w:t>
      </w:r>
    </w:p>
    <w:p>
      <w:r>
        <w:rPr>
          <w:rFonts w:ascii="IM Fell English" w:hAnsi="IM Fell English"/>
          <w:color w:val="141414"/>
          <w:sz w:val="24"/>
        </w:rPr>
        <w:t>Justin was next.</w:t>
      </w:r>
    </w:p>
    <w:p>
      <w:r>
        <w:rPr>
          <w:rFonts w:ascii="IM Fell English" w:hAnsi="IM Fell English"/>
          <w:color w:val="141414"/>
          <w:sz w:val="24"/>
        </w:rPr>
        <w:t>Jackie stripped the strap, tossed it aside, and pushed Justin to his back beside Jessica. She straddled his face first, rode his mouth until her thighs flexed and her breath left her in one low sound, then turned and sank down onto his cock in a single drop. She fucked him hard, palms flat on his chest, eyes open, the wet sound of it filling the room. Marcus waited until Jackie reached back and gripped his shaft, then stepped in so she could stroke him in time with the roll of her hips. When she came it was quiet and sharp; she kept moving through it until Justin finished under her with a broken groan.</w:t>
      </w:r>
    </w:p>
    <w:p>
      <w:r>
        <w:rPr>
          <w:rFonts w:ascii="IM Fell English" w:hAnsi="IM Fell English"/>
          <w:color w:val="141414"/>
          <w:sz w:val="24"/>
        </w:rPr>
        <w:t>She rose, still wet, and pointed Marcus to the couch. She bent over the same arm Jenna had used, looked once at Jennifer, and said,</w:t>
      </w:r>
    </w:p>
    <w:p>
      <w:r>
        <w:rPr>
          <w:rFonts w:ascii="IM Fell English" w:hAnsi="IM Fell English"/>
          <w:color w:val="141414"/>
          <w:sz w:val="24"/>
        </w:rPr>
        <w:t>“Mouth on her. Do not let her come.”</w:t>
      </w:r>
    </w:p>
    <w:p>
      <w:r>
        <w:rPr>
          <w:rFonts w:ascii="IM Fell English" w:hAnsi="IM Fell English"/>
          <w:color w:val="141414"/>
          <w:sz w:val="24"/>
        </w:rPr>
        <w:t>Marcus pushed into Jackie from behind in one thrust. At the same time Jenna, still open and marked, crawled forward and put her mouth between Jennifer’s thighs as ordered—slow, deliberate, cruelly light. Jennifer’s wrists jerked against the cuffs. Her hips tried to follow Jenna’s tongue. Jackie’s voice cut across the room, steady even while Marcus fucked her.</w:t>
      </w:r>
    </w:p>
    <w:p>
      <w:r>
        <w:rPr>
          <w:rFonts w:ascii="IM Fell English" w:hAnsi="IM Fell English"/>
          <w:color w:val="141414"/>
          <w:sz w:val="24"/>
        </w:rPr>
        <w:t>“Still. You watch. You do not finish.”</w:t>
      </w:r>
    </w:p>
    <w:p>
      <w:r>
        <w:rPr>
          <w:rFonts w:ascii="IM Fell English" w:hAnsi="IM Fell English"/>
          <w:color w:val="141414"/>
          <w:sz w:val="24"/>
        </w:rPr>
        <w:t>Jennifer locked in place, thighs trembling, eyes glassy, the order holding her on the edge like a collar. Jackie let Marcus use her until he came with a low sound against her back. Only then did she straighten, push Jenna’s head away from Jennifer with one clean motion, and look down at her wife.</w:t>
      </w:r>
    </w:p>
    <w:p>
      <w:r>
        <w:rPr>
          <w:rFonts w:ascii="IM Fell English" w:hAnsi="IM Fell English"/>
          <w:color w:val="141414"/>
          <w:sz w:val="24"/>
        </w:rPr>
        <w:t>Jennifer was shaking. She had not come. The effort of it showed in every line of her body.</w:t>
      </w:r>
    </w:p>
    <w:p>
      <w:r>
        <w:rPr>
          <w:rFonts w:ascii="IM Fell English" w:hAnsi="IM Fell English"/>
          <w:color w:val="141414"/>
          <w:sz w:val="24"/>
        </w:rPr>
        <w:t>Jackie unlocked the cuffs, rubbed the marks on Jennifer’s wrists once, and pointed at the floor beside the couch.</w:t>
      </w:r>
    </w:p>
    <w:p>
      <w:r>
        <w:rPr>
          <w:rFonts w:ascii="IM Fell English" w:hAnsi="IM Fell English"/>
          <w:color w:val="141414"/>
          <w:sz w:val="24"/>
        </w:rPr>
        <w:t>“Sleep there. Hands to yourself. Jenna, guest room with Justin. Jessica, side room. Marcus, home. I report at midnight.”</w:t>
      </w:r>
    </w:p>
    <w:p>
      <w:r>
        <w:rPr>
          <w:rFonts w:ascii="IM Fell English" w:hAnsi="IM Fell English"/>
          <w:color w:val="141414"/>
          <w:sz w:val="24"/>
        </w:rPr>
        <w:t>No one argued.</w:t>
      </w:r>
    </w:p>
    <w:p>
      <w:r>
        <w:rPr>
          <w:rFonts w:ascii="IM Fell English" w:hAnsi="IM Fell English"/>
          <w:color w:val="141414"/>
          <w:sz w:val="24"/>
        </w:rPr>
        <w:t>Jackie sat on the edge of the couch, still undressed, and opened the secure line. Katie answered on the second tone.</w:t>
      </w:r>
    </w:p>
    <w:p>
      <w:r>
        <w:rPr>
          <w:rFonts w:ascii="IM Fell English" w:hAnsi="IM Fell English"/>
          <w:color w:val="141414"/>
          <w:sz w:val="24"/>
        </w:rPr>
        <w:t>“Jenna starts at six,” Jackie said. “Jennifer is denied and on the floor, clean. Stage walk-through is signed off. Carissa is still quiet. Beth is performing. Jessica is marked and resting.”</w:t>
      </w:r>
    </w:p>
    <w:p>
      <w:r>
        <w:rPr>
          <w:rFonts w:ascii="IM Fell English" w:hAnsi="IM Fell English"/>
          <w:color w:val="141414"/>
          <w:sz w:val="24"/>
        </w:rPr>
        <w:t>Katie’s voice was calm.</w:t>
      </w:r>
    </w:p>
    <w:p>
      <w:r>
        <w:rPr>
          <w:rFonts w:ascii="IM Fell English" w:hAnsi="IM Fell English"/>
          <w:color w:val="141414"/>
          <w:sz w:val="24"/>
        </w:rPr>
        <w:t>“Good. Ten days. Health check at the end. Full packet lock after that. Sleep.”</w:t>
      </w:r>
    </w:p>
    <w:p>
      <w:r>
        <w:rPr>
          <w:rFonts w:ascii="IM Fell English" w:hAnsi="IM Fell English"/>
          <w:color w:val="141414"/>
          <w:sz w:val="24"/>
        </w:rPr>
        <w:t>The line closed.</w:t>
      </w:r>
    </w:p>
    <w:p>
      <w:r>
        <w:rPr>
          <w:rFonts w:ascii="IM Fell English" w:hAnsi="IM Fell English"/>
          <w:color w:val="141414"/>
          <w:sz w:val="24"/>
        </w:rPr>
        <w:t>Jackie left the living-room lights low so the feeds could see the shape of Jennifer on the floor. She walked to her own bedroom, left the door open, and lay down in the dark.</w:t>
      </w:r>
    </w:p>
    <w:p>
      <w:r>
        <w:rPr>
          <w:rFonts w:ascii="IM Fell English" w:hAnsi="IM Fell English"/>
          <w:color w:val="141414"/>
          <w:sz w:val="24"/>
        </w:rPr>
        <w:t>From the living room Jennifer’s voice drifted, soft and strained and still obedient.</w:t>
      </w:r>
    </w:p>
    <w:p>
      <w:r>
        <w:rPr>
          <w:rFonts w:ascii="IM Fell English" w:hAnsi="IM Fell English"/>
          <w:color w:val="141414"/>
          <w:sz w:val="24"/>
        </w:rPr>
        <w:t>“Still hate the building falls.”</w:t>
      </w:r>
    </w:p>
    <w:p>
      <w:r>
        <w:rPr>
          <w:rFonts w:ascii="IM Fell English" w:hAnsi="IM Fell English"/>
          <w:color w:val="141414"/>
          <w:sz w:val="24"/>
        </w:rPr>
        <w:t>Jackie closed her eyes.</w:t>
      </w:r>
    </w:p>
    <w:p>
      <w:r>
        <w:rPr>
          <w:rFonts w:ascii="IM Fell English" w:hAnsi="IM Fell English"/>
          <w:color w:val="141414"/>
          <w:sz w:val="24"/>
        </w:rPr>
        <w:t>“Go to sleep, psychopath. Tomorrow the real schedule starts.”</w:t>
      </w:r>
    </w:p>
    <w:p>
      <w:r>
        <w:rPr>
          <w:rFonts w:ascii="IM Fell English" w:hAnsi="IM Fell English"/>
          <w:color w:val="141414"/>
          <w:sz w:val="24"/>
        </w:rPr>
        <w:t>The house settled.</w:t>
      </w:r>
    </w:p>
    <w:p>
      <w:r>
        <w:rPr>
          <w:rFonts w:ascii="IM Fell English" w:hAnsi="IM Fell English"/>
          <w:color w:val="141414"/>
          <w:sz w:val="24"/>
        </w:rPr>
        <w:t>The feeds stayed live.</w:t>
      </w:r>
    </w:p>
    <w:p>
      <w:r>
        <w:rPr>
          <w:rFonts w:ascii="IM Fell English" w:hAnsi="IM Fell English"/>
          <w:color w:val="141414"/>
          <w:sz w:val="24"/>
        </w:rPr>
        <w:t>Jenna’s rental collar waited in wardrobe for six a.m.</w:t>
      </w:r>
      <w:r>
        <w:rPr>
          <w:rFonts w:ascii="IM Fell English" w:hAnsi="IM Fell English"/>
          <w:color w:val="141414"/>
          <w:sz w:val="24"/>
        </w:rPr>
      </w:r>
      <w:r>
        <w:rPr>
          <w:rFonts w:ascii="IM Fell English" w:hAnsi="IM Fell English"/>
          <w:color w:val="141414"/>
          <w:sz w:val="24"/>
        </w:rPr>
        <w:t>Jennifer stayed denied and reserved on the living-room floor.</w:t>
      </w:r>
      <w:r>
        <w:rPr>
          <w:rFonts w:ascii="IM Fell English" w:hAnsi="IM Fell English"/>
          <w:color w:val="141414"/>
          <w:sz w:val="24"/>
        </w:rPr>
      </w:r>
      <w:r>
        <w:rPr>
          <w:rFonts w:ascii="IM Fell English" w:hAnsi="IM Fell English"/>
          <w:color w:val="141414"/>
          <w:sz w:val="24"/>
        </w:rPr>
        <w:t>And the bloodline kept watching while Quebranto moved one day closer.</w:t>
      </w:r>
    </w:p>
    <w:p>
      <w:pPr>
        <w:pStyle w:val="Heading1"/>
        <w:jc w:val="center"/>
      </w:pPr>
      <w:r>
        <w:rPr>
          <w:rFonts w:ascii="IM Fell English" w:hAnsi="IM Fell English"/>
          <w:color w:val="0D0D0D"/>
        </w:rPr>
        <w:t>CHAPTER 4 — CREADORA DE TRAVESURAS</w:t>
      </w:r>
    </w:p>
    <w:p>
      <w:r>
        <w:rPr>
          <w:rFonts w:ascii="IM Fell English" w:hAnsi="IM Fell English"/>
          <w:color w:val="141414"/>
          <w:sz w:val="24"/>
        </w:rPr>
        <w:t>Jennifer woke first.</w:t>
      </w:r>
    </w:p>
    <w:p>
      <w:r>
        <w:rPr>
          <w:rFonts w:ascii="IM Fell English" w:hAnsi="IM Fell English"/>
          <w:color w:val="141414"/>
          <w:sz w:val="24"/>
        </w:rPr>
        <w:t>The living-room floor was cool under her cheek. The cuffs from the night before were gone. Her wrists still felt the memory of them. She sat up, ran a hand through her hair, and listened. The house was not quiet. Soft, wet, unmistakable sounds came from the direction of Jackie’s bedroom.</w:t>
      </w:r>
    </w:p>
    <w:p>
      <w:r>
        <w:rPr>
          <w:rFonts w:ascii="IM Fell English" w:hAnsi="IM Fell English"/>
          <w:color w:val="141414"/>
          <w:sz w:val="24"/>
        </w:rPr>
        <w:t>Jennifer stood, naked, and walked to the kitchen. She made the coffee the way Jackie preferred it—black, no sugar, strong enough to strip paint—and carried the mug down the hall. The bedroom door was half open.</w:t>
      </w:r>
    </w:p>
    <w:p>
      <w:r>
        <w:rPr>
          <w:rFonts w:ascii="IM Fell English" w:hAnsi="IM Fell English"/>
          <w:color w:val="141414"/>
          <w:sz w:val="24"/>
        </w:rPr>
        <w:t xml:space="preserve">Jackie reclined against the headboard, the sheets a twisted ruin about her hips. Beth lay draped along her side, a possessive arm across Jackie’s chest and her mouth fastened to a breast. Beneath the covers, Carissa was a rhythmic silhouette between Jackie’s legs, her intent unmistakable. The room was thick with the musk of exertion, the scent of warm skin, and the ghostly sweetness of the birthday cake. </w:t>
      </w:r>
    </w:p>
    <w:p>
      <w:r>
        <w:rPr>
          <w:rFonts w:ascii="IM Fell English" w:hAnsi="IM Fell English"/>
          <w:color w:val="141414"/>
          <w:sz w:val="24"/>
        </w:rPr>
        <w:t>Jennifer stepped inside, set the mug on the nightstand, and smiled the particular smile that always meant trouble.</w:t>
      </w:r>
    </w:p>
    <w:p>
      <w:r>
        <w:rPr>
          <w:rFonts w:ascii="IM Fell English" w:hAnsi="IM Fell English"/>
          <w:color w:val="141414"/>
          <w:sz w:val="24"/>
        </w:rPr>
        <w:t>“Here’s your coffee, my love. I do hope your daughters didn’t keep you up all night. By the way, why in the hell do you need to report when Queen Bitch and Goddess Bitch have cameras all over the damn place? Christ, every fucker in this house got laid except me.”</w:t>
      </w:r>
    </w:p>
    <w:p>
      <w:r>
        <w:rPr>
          <w:rFonts w:ascii="IM Fell English" w:hAnsi="IM Fell English"/>
          <w:color w:val="141414"/>
          <w:sz w:val="24"/>
        </w:rPr>
        <w:t>She leaned down over Beth’s sweaty, cum-streaked body, lips close to Jackie’s ear.</w:t>
      </w:r>
    </w:p>
    <w:p>
      <w:r>
        <w:rPr>
          <w:rFonts w:ascii="IM Fell English" w:hAnsi="IM Fell English"/>
          <w:color w:val="141414"/>
          <w:sz w:val="24"/>
        </w:rPr>
        <w:t>“I hope you don’t expect me to fucking behave today, Mistress. I will escape that damn desk cage, count on—”</w:t>
      </w:r>
    </w:p>
    <w:p>
      <w:r>
        <w:rPr>
          <w:rFonts w:ascii="IM Fell English" w:hAnsi="IM Fell English"/>
          <w:color w:val="141414"/>
          <w:sz w:val="24"/>
        </w:rPr>
        <w:t>A hand fisted in her hair from behind and drove her face the rest of the way down. Jennifer’s mouth landed hard against Jackie’s. The kiss was forced, deep, and filthy. At the same time a thick, slick strap pressed between her cheeks and pushed steadily into her ass until it was seated to the hilt. Jennifer’s shocked sound was swallowed by Jackie’s tongue.</w:t>
      </w:r>
    </w:p>
    <w:p>
      <w:r>
        <w:rPr>
          <w:rFonts w:ascii="IM Fell English" w:hAnsi="IM Fell English"/>
          <w:color w:val="141414"/>
          <w:sz w:val="24"/>
        </w:rPr>
        <w:t>Jenna’s voice was low and amused against the back of Jennifer’s neck.</w:t>
      </w:r>
    </w:p>
    <w:p>
      <w:r>
        <w:rPr>
          <w:rFonts w:ascii="IM Fell English" w:hAnsi="IM Fell English"/>
          <w:color w:val="141414"/>
          <w:sz w:val="24"/>
        </w:rPr>
        <w:t>“We are counting on it, little Creadora de travesuras.”</w:t>
      </w:r>
    </w:p>
    <w:p>
      <w:r>
        <w:rPr>
          <w:rFonts w:ascii="IM Fell English" w:hAnsi="IM Fell English"/>
          <w:color w:val="141414"/>
          <w:sz w:val="24"/>
        </w:rPr>
        <w:t>Jennifer managed to push her head up just enough to snarl,</w:t>
      </w:r>
    </w:p>
    <w:p>
      <w:r>
        <w:rPr>
          <w:rFonts w:ascii="IM Fell English" w:hAnsi="IM Fell English"/>
          <w:color w:val="141414"/>
          <w:sz w:val="24"/>
        </w:rPr>
        <w:t>“I might be a little Mischief Maker, sis, but I’m not a wife-stealer, shithead—”</w:t>
      </w:r>
    </w:p>
    <w:p>
      <w:r>
        <w:rPr>
          <w:rFonts w:ascii="IM Fell English" w:hAnsi="IM Fell English"/>
          <w:color w:val="141414"/>
          <w:sz w:val="24"/>
        </w:rPr>
        <w:t>Jenna shoved her back down into Jackie’s mouth and started fucking her in long, deliberate strokes. One hand stayed locked in Jennifer’s hair. The other reached around and rubbed her cunt in slow, exact circles—firm enough to force the wetness, light enough to keep the peak just out of reach. Beth, still pinned under the new weight, simply turned her head and took Jennifer’s right breast into her mouth beside Jackie’s left, sucking both without complaint.</w:t>
      </w:r>
    </w:p>
    <w:p>
      <w:r>
        <w:rPr>
          <w:rFonts w:ascii="IM Fell English" w:hAnsi="IM Fell English"/>
          <w:color w:val="141414"/>
          <w:sz w:val="24"/>
        </w:rPr>
        <w:t>Jenna’s hips kept the same ruthless rhythm.</w:t>
      </w:r>
    </w:p>
    <w:p>
      <w:r>
        <w:rPr>
          <w:rFonts w:ascii="IM Fell English" w:hAnsi="IM Fell English"/>
          <w:color w:val="141414"/>
          <w:sz w:val="24"/>
        </w:rPr>
        <w:t>“By the time I’m done with you, Jackie is going to throw the key to the cage lock away forever, you little vertedero de semen. Do you want to apologize now, slave, before you commit a major sin against your Headwife?”</w:t>
      </w:r>
    </w:p>
    <w:p>
      <w:r>
        <w:rPr>
          <w:rFonts w:ascii="IM Fell English" w:hAnsi="IM Fell English"/>
          <w:color w:val="141414"/>
          <w:sz w:val="24"/>
        </w:rPr>
        <w:t>She lifted Jennifer’s head just enough for air and an answer.</w:t>
      </w:r>
    </w:p>
    <w:p>
      <w:r>
        <w:rPr>
          <w:rFonts w:ascii="IM Fell English" w:hAnsi="IM Fell English"/>
          <w:color w:val="141414"/>
          <w:sz w:val="24"/>
        </w:rPr>
        <w:t>Jennifer’s grin was bloody and delighted.</w:t>
      </w:r>
    </w:p>
    <w:p>
      <w:r>
        <w:rPr>
          <w:rFonts w:ascii="IM Fell English" w:hAnsi="IM Fell English"/>
          <w:color w:val="141414"/>
          <w:sz w:val="24"/>
        </w:rPr>
        <w:t>“Make me into a little cumdumpster, young wife-stealer.”</w:t>
      </w:r>
    </w:p>
    <w:p>
      <w:r>
        <w:rPr>
          <w:rFonts w:ascii="IM Fell English" w:hAnsi="IM Fell English"/>
          <w:color w:val="141414"/>
          <w:sz w:val="24"/>
        </w:rPr>
        <w:t>Jackie reached up with both hands, smirking, and closed her fingers around Jennifer’s throat. Jennifer kept talking, voice already strained.</w:t>
      </w:r>
    </w:p>
    <w:p>
      <w:r>
        <w:rPr>
          <w:rFonts w:ascii="IM Fell English" w:hAnsi="IM Fell English"/>
          <w:color w:val="141414"/>
          <w:sz w:val="24"/>
        </w:rPr>
        <w:t xml:space="preserve">“Tell my cheating, slutty, psychopath wife to weld me into the new desk cage, because I’m going to escape and fuck all the staff, crew, and guests until they turn me into the cheating little vertedero de semen sinner, young ugly wife-stealer—” </w:t>
      </w:r>
    </w:p>
    <w:p>
      <w:r>
        <w:rPr>
          <w:rFonts w:ascii="IM Fell English" w:hAnsi="IM Fell English"/>
          <w:color w:val="141414"/>
          <w:sz w:val="24"/>
        </w:rPr>
        <w:t>Jackie squeezed. The rest of the sentence died. Her voice was soft enough to sound private and still loud enough for everyone in the room to hear.</w:t>
      </w:r>
    </w:p>
    <w:p>
      <w:r>
        <w:rPr>
          <w:rFonts w:ascii="IM Fell English" w:hAnsi="IM Fell English"/>
          <w:color w:val="141414"/>
          <w:sz w:val="24"/>
        </w:rPr>
        <w:t xml:space="preserve">That includes the cops already waiting outside if you break my ban on your coming, asshole. So… are you ready for my real wife to turn you into a sinful little vertedero de semen whore?” fuck you any time they want, or let any stranger you pass do the same. Only catch: they have to use a condom. That includes the cops already waiting outside if you break my ban on your coming, asshole. So… are you ready for my real wife to turn you into a sinful little vertedero de semen whore?” </w:t>
      </w:r>
    </w:p>
    <w:p>
      <w:r>
        <w:rPr>
          <w:rFonts w:ascii="IM Fell English" w:hAnsi="IM Fell English"/>
          <w:color w:val="141414"/>
          <w:sz w:val="24"/>
        </w:rPr>
        <w:t>Jennifer’s eyes were glassy. She could not answer. Jackie’s grip kept tightening in slow increments while Jenna went back to work—fucking her ass in deep, steady strokes, rubbing her cunt with the exact pressure that made the forbidden orgasm climb whether Jennifer wanted it or not.</w:t>
      </w:r>
    </w:p>
    <w:p>
      <w:r>
        <w:rPr>
          <w:rFonts w:ascii="IM Fell English" w:hAnsi="IM Fell English"/>
          <w:color w:val="141414"/>
          <w:sz w:val="24"/>
        </w:rPr>
        <w:t>Lena stood in the doorway with her arms folded, Justin and Marcus silent behind her. Katie and Lilith had sent her to make sure no one interrupted. She watched the clock and the way Jennifer’s thighs had begun to shake.</w:t>
      </w:r>
    </w:p>
    <w:p>
      <w:r>
        <w:rPr>
          <w:rFonts w:ascii="IM Fell English" w:hAnsi="IM Fell English"/>
          <w:color w:val="141414"/>
          <w:sz w:val="24"/>
        </w:rPr>
        <w:t>Jenna never left a mark that would last. She had been beating on Jennifer since they were children; she knew every depth and every angle that would hurt without damaging the mutt the bloodline still needed intact. She used that knowledge now, deliberately driving Jennifer toward the one thing she had been ordered not to do.</w:t>
      </w:r>
    </w:p>
    <w:p>
      <w:r>
        <w:rPr>
          <w:rFonts w:ascii="IM Fell English" w:hAnsi="IM Fell English"/>
          <w:color w:val="141414"/>
          <w:sz w:val="24"/>
        </w:rPr>
        <w:t>Jennifer’s sounds turned raw and desperate against Jackie’s mouth. She tried once to close her legs. Jenna forced them wider and kept going. Jackie’s thumbs pressed deeper into the sides of her throat, controlling the air without cutting it off completely.</w:t>
      </w:r>
    </w:p>
    <w:p>
      <w:r>
        <w:rPr>
          <w:rFonts w:ascii="IM Fell English" w:hAnsi="IM Fell English"/>
          <w:color w:val="141414"/>
          <w:sz w:val="24"/>
        </w:rPr>
        <w:t>“Come on, ratoncito,” Jenna murmured. “Break the rule. Give Headwife the sin she’s waiting for.”</w:t>
      </w:r>
    </w:p>
    <w:p>
      <w:r>
        <w:rPr>
          <w:rFonts w:ascii="IM Fell English" w:hAnsi="IM Fell English"/>
          <w:color w:val="141414"/>
          <w:sz w:val="24"/>
        </w:rPr>
        <w:t>Jennifer shuddered hard enough that Beth had to tighten her arm to stay in place. The edge was right there—bright, brutal, unavoidable. She fought it with everything she had left.</w:t>
      </w:r>
    </w:p>
    <w:p>
      <w:r>
        <w:rPr>
          <w:rFonts w:ascii="IM Fell English" w:hAnsi="IM Fell English"/>
          <w:color w:val="141414"/>
          <w:sz w:val="24"/>
        </w:rPr>
        <w:t>Jackie looked at the clock over Jennifer’s shoulder. 5:07.</w:t>
      </w:r>
    </w:p>
    <w:p>
      <w:r>
        <w:rPr>
          <w:rFonts w:ascii="IM Fell English" w:hAnsi="IM Fell English"/>
          <w:color w:val="141414"/>
          <w:sz w:val="24"/>
        </w:rPr>
        <w:t>Jenna gave three final, punishing thrusts, held herself buried to the hilt, and then pulled out in one slow motion. Jennifer stayed bent over the bed, shaking, denied, furious, and still—barely—obedient enough not to finish.</w:t>
      </w:r>
    </w:p>
    <w:p>
      <w:r>
        <w:rPr>
          <w:rFonts w:ascii="IM Fell English" w:hAnsi="IM Fell English"/>
          <w:color w:val="141414"/>
          <w:sz w:val="24"/>
        </w:rPr>
        <w:t>Jenna slapped her once across the ass—hard enough to sting, light enough to leave nothing—and stepped back.</w:t>
      </w:r>
    </w:p>
    <w:p>
      <w:r>
        <w:rPr>
          <w:rFonts w:ascii="IM Fell English" w:hAnsi="IM Fell English"/>
          <w:color w:val="141414"/>
          <w:sz w:val="24"/>
        </w:rPr>
        <w:t>Jackie reached out, caught Jennifer’s chin, and looked her over with a small, satisfied smirk.</w:t>
      </w:r>
    </w:p>
    <w:p>
      <w:r>
        <w:rPr>
          <w:rFonts w:ascii="IM Fell English" w:hAnsi="IM Fell English"/>
          <w:color w:val="141414"/>
          <w:sz w:val="24"/>
        </w:rPr>
        <w:t xml:space="preserve">“Not bad, ugly. You passed the first test of the day. But the day isn’t over yet. I’ll find a way for you to break my order not to cum, mousy.” </w:t>
      </w:r>
    </w:p>
    <w:p>
      <w:r>
        <w:rPr>
          <w:rFonts w:ascii="IM Fell English" w:hAnsi="IM Fell English"/>
          <w:color w:val="141414"/>
          <w:sz w:val="24"/>
        </w:rPr>
        <w:t>Jenna wiped the strap on the sheet and smiled.</w:t>
      </w:r>
    </w:p>
    <w:p>
      <w:r>
        <w:rPr>
          <w:rFonts w:ascii="IM Fell English" w:hAnsi="IM Fell English"/>
          <w:color w:val="141414"/>
          <w:sz w:val="24"/>
        </w:rPr>
        <w:t>“Get dressed, vertedero de semen. We leave in fifteen minutes. I have a collar to collect and a floor to learn. You have a desk cage waiting and an order that still stands.”</w:t>
      </w:r>
    </w:p>
    <w:p>
      <w:r>
        <w:rPr>
          <w:rFonts w:ascii="IM Fell English" w:hAnsi="IM Fell English"/>
          <w:color w:val="141414"/>
          <w:sz w:val="24"/>
        </w:rPr>
        <w:t>Jennifer pushed herself upright on trembling arms. Her voice was wrecked and full of dark humor.</w:t>
      </w:r>
    </w:p>
    <w:p>
      <w:r>
        <w:rPr>
          <w:rFonts w:ascii="IM Fell English" w:hAnsi="IM Fell English"/>
          <w:color w:val="141414"/>
          <w:sz w:val="24"/>
        </w:rPr>
        <w:t>“I still hate you.”</w:t>
      </w:r>
    </w:p>
    <w:p>
      <w:r>
        <w:rPr>
          <w:rFonts w:ascii="IM Fell English" w:hAnsi="IM Fell English"/>
          <w:color w:val="141414"/>
          <w:sz w:val="24"/>
        </w:rPr>
        <w:t>Jenna’s smile widened.</w:t>
      </w:r>
    </w:p>
    <w:p>
      <w:r>
        <w:rPr>
          <w:rFonts w:ascii="IM Fell English" w:hAnsi="IM Fell English"/>
          <w:color w:val="141414"/>
          <w:sz w:val="24"/>
        </w:rPr>
        <w:t>“I know. Now move. Birthday girl’s already late for her mother’s thank-you, and I’m late for wardrobe.”</w:t>
      </w:r>
    </w:p>
    <w:p>
      <w:r>
        <w:rPr>
          <w:rFonts w:ascii="IM Fell English" w:hAnsi="IM Fell English"/>
          <w:color w:val="141414"/>
          <w:sz w:val="24"/>
        </w:rPr>
        <w:t>Lena checked the time, nodded once, and stepped aside so the hallway was clear. Justin and Marcus followed her out without being told.</w:t>
      </w:r>
    </w:p>
    <w:p>
      <w:r>
        <w:rPr>
          <w:rFonts w:ascii="IM Fell English" w:hAnsi="IM Fell English"/>
          <w:color w:val="141414"/>
          <w:sz w:val="24"/>
        </w:rPr>
        <w:t>Jackie reached for the coffee Jennifer had brought, took a long drink, and looked at her wife over the rim of the mug. Her voice was calm again.</w:t>
      </w:r>
    </w:p>
    <w:p>
      <w:r>
        <w:rPr>
          <w:rFonts w:ascii="IM Fell English" w:hAnsi="IM Fell English"/>
          <w:color w:val="141414"/>
          <w:sz w:val="24"/>
        </w:rPr>
        <w:t>“Cage stays locked today. You stay denied until I say otherwise. Clear?”</w:t>
      </w:r>
    </w:p>
    <w:p>
      <w:r>
        <w:rPr>
          <w:rFonts w:ascii="IM Fell English" w:hAnsi="IM Fell English"/>
          <w:color w:val="141414"/>
          <w:sz w:val="24"/>
        </w:rPr>
        <w:t>Jennifer’s smile was sharp and obedient and full of future trouble.</w:t>
      </w:r>
    </w:p>
    <w:p>
      <w:r>
        <w:rPr>
          <w:rFonts w:ascii="IM Fell English" w:hAnsi="IM Fell English"/>
          <w:color w:val="141414"/>
          <w:sz w:val="24"/>
        </w:rPr>
        <w:t>“Clear, Headwife.”</w:t>
      </w:r>
    </w:p>
    <w:p>
      <w:r>
        <w:rPr>
          <w:rFonts w:ascii="IM Fell English" w:hAnsi="IM Fell English"/>
          <w:color w:val="141414"/>
          <w:sz w:val="24"/>
        </w:rPr>
        <w:t>Outside the bedroom the first light of morning was already touching the lot. Jenna’s rental collar was waiting. The ten-day clock was about to start. And Quebranto kept moving closer, one rough, ordinary, bloodline morning at a time.</w:t>
      </w:r>
    </w:p>
    <w:p>
      <w:pPr>
        <w:pStyle w:val="Heading1"/>
        <w:jc w:val="center"/>
      </w:pPr>
      <w:r>
        <w:rPr>
          <w:rFonts w:ascii="IM Fell English" w:hAnsi="IM Fell English"/>
          <w:color w:val="0D0D0D"/>
        </w:rPr>
        <w:t>CHAPTER 5 — RENTAL COLLAR</w:t>
      </w:r>
    </w:p>
    <w:p>
      <w:r>
        <w:rPr>
          <w:rFonts w:ascii="IM Fell English" w:hAnsi="IM Fell English"/>
          <w:color w:val="141414"/>
          <w:sz w:val="24"/>
        </w:rPr>
        <w:t>The truck pulled onto the lot at 5:41.</w:t>
      </w:r>
    </w:p>
    <w:p>
      <w:r>
        <w:rPr>
          <w:rFonts w:ascii="IM Fell English" w:hAnsi="IM Fell English"/>
          <w:color w:val="141414"/>
          <w:sz w:val="24"/>
        </w:rPr>
        <w:t>Marcus killed the engine in the usual spot near the main entrance. Jenna was already moving before the doors fully opened—hair still damp from a two-minute shower, clothes simple and easy to remove, the gold band bright on her finger. Justin followed at her heel. Jennifer stepped down last, still denied, still smiling the sharp little smile that meant the day was not finished with her.</w:t>
      </w:r>
    </w:p>
    <w:p>
      <w:r>
        <w:rPr>
          <w:rFonts w:ascii="IM Fell English" w:hAnsi="IM Fell English"/>
          <w:color w:val="141414"/>
          <w:sz w:val="24"/>
        </w:rPr>
        <w:t>Jackie pointed toward the wardrobe building.</w:t>
      </w:r>
    </w:p>
    <w:p>
      <w:r>
        <w:rPr>
          <w:rFonts w:ascii="IM Fell English" w:hAnsi="IM Fell English"/>
          <w:color w:val="141414"/>
          <w:sz w:val="24"/>
        </w:rPr>
        <w:t>“Collar. Now.”</w:t>
      </w:r>
    </w:p>
    <w:p>
      <w:r>
        <w:rPr>
          <w:rFonts w:ascii="IM Fell English" w:hAnsi="IM Fell English"/>
          <w:color w:val="141414"/>
          <w:sz w:val="24"/>
        </w:rPr>
        <w:t>Jenna went without argument. The rest of them waited in the early-morning quiet of the lot. A few crew members were already crossing between soundstages with coffee and clipboards. None of them looked twice at the bloodline; they knew better.</w:t>
      </w:r>
    </w:p>
    <w:p>
      <w:r>
        <w:rPr>
          <w:rFonts w:ascii="IM Fell English" w:hAnsi="IM Fell English"/>
          <w:color w:val="141414"/>
          <w:sz w:val="24"/>
        </w:rPr>
        <w:t>Jenna returned six minutes later. The rental collar sat locked around her throat—plain black leather, silver ring, a small laminated tag that read only a number and the word OPEN. No name. No rank. Just availability. She stopped in front of Jackie and lifted her chin so the tag could be checked.</w:t>
      </w:r>
    </w:p>
    <w:p>
      <w:r>
        <w:rPr>
          <w:rFonts w:ascii="IM Fell English" w:hAnsi="IM Fell English"/>
          <w:color w:val="141414"/>
          <w:sz w:val="24"/>
        </w:rPr>
        <w:t>Jackie hooked two fingers in the ring, tested the fit, and nodded once.</w:t>
      </w:r>
    </w:p>
    <w:p>
      <w:r>
        <w:rPr>
          <w:rFonts w:ascii="IM Fell English" w:hAnsi="IM Fell English"/>
          <w:color w:val="141414"/>
          <w:sz w:val="24"/>
        </w:rPr>
        <w:t>“Ten days. You do not refuse clearance. Justin assists or observes only as ordered. I report at midnight. Clear?”</w:t>
      </w:r>
    </w:p>
    <w:p>
      <w:r>
        <w:rPr>
          <w:rFonts w:ascii="IM Fell English" w:hAnsi="IM Fell English"/>
          <w:color w:val="141414"/>
          <w:sz w:val="24"/>
        </w:rPr>
        <w:t>“Clear, Headwife.”</w:t>
      </w:r>
    </w:p>
    <w:p>
      <w:r>
        <w:rPr>
          <w:rFonts w:ascii="IM Fell English" w:hAnsi="IM Fell English"/>
          <w:color w:val="141414"/>
          <w:sz w:val="24"/>
        </w:rPr>
        <w:t>Jackie released the ring and turned to Jennifer.</w:t>
      </w:r>
    </w:p>
    <w:p>
      <w:r>
        <w:rPr>
          <w:rFonts w:ascii="IM Fell English" w:hAnsi="IM Fell English"/>
          <w:color w:val="141414"/>
          <w:sz w:val="24"/>
        </w:rPr>
        <w:t>“Shared office. Cage. Move.”</w:t>
      </w:r>
    </w:p>
    <w:p>
      <w:r>
        <w:rPr>
          <w:rFonts w:ascii="IM Fell English" w:hAnsi="IM Fell English"/>
          <w:color w:val="141414"/>
          <w:sz w:val="24"/>
        </w:rPr>
        <w:t>They walked as a unit across the lot—Jackie in front, Jennifer half a step behind, Jenna and Justin to the side, Jessica appearing from nowhere to take her usual place at Jackie’s shoulder. Marcus peeled off toward the production offices. Lena was already waiting at the base of the stairs that led to the upper-level offices; she fell in without speaking.</w:t>
      </w:r>
    </w:p>
    <w:p>
      <w:r>
        <w:rPr>
          <w:rFonts w:ascii="IM Fell English" w:hAnsi="IM Fell English"/>
          <w:color w:val="141414"/>
          <w:sz w:val="24"/>
        </w:rPr>
        <w:t>The shared office smelled of new furniture and fresh paint. Two heavy black desks faced each other under the long window that looked down on Stage 3. The reinforced cage built into the shared knee-space was open, lattice door swung wide, water dish and empty bowl already in place on the floor inside.</w:t>
      </w:r>
    </w:p>
    <w:p>
      <w:r>
        <w:rPr>
          <w:rFonts w:ascii="IM Fell English" w:hAnsi="IM Fell English"/>
          <w:color w:val="141414"/>
          <w:sz w:val="24"/>
        </w:rPr>
        <w:t>Jackie pointed.</w:t>
      </w:r>
    </w:p>
    <w:p>
      <w:r>
        <w:rPr>
          <w:rFonts w:ascii="IM Fell English" w:hAnsi="IM Fell English"/>
          <w:color w:val="141414"/>
          <w:sz w:val="24"/>
        </w:rPr>
        <w:t>Jennifer crawled in without being told. The lattice closed. The lock clicked. Jackie tested it once, then sat in the left-hand chair and rested her bare heels on the top of the cage like a footstool. Jenna took the opposite desk. Justin knelt beside her chair. Jessica remained standing behind Jackie.</w:t>
      </w:r>
    </w:p>
    <w:p>
      <w:r>
        <w:rPr>
          <w:rFonts w:ascii="IM Fell English" w:hAnsi="IM Fell English"/>
          <w:color w:val="141414"/>
          <w:sz w:val="24"/>
        </w:rPr>
        <w:t>Jennifer settled on her heels inside the low space, wrists resting on her thighs, the denial from the morning still tight in her body. She could see both women above her through the lattice. She could also see the lot through the window if she turned her head far enough.</w:t>
      </w:r>
    </w:p>
    <w:p>
      <w:r>
        <w:rPr>
          <w:rFonts w:ascii="IM Fell English" w:hAnsi="IM Fell English"/>
          <w:color w:val="141414"/>
          <w:sz w:val="24"/>
        </w:rPr>
        <w:t>Jackie opened a tablet and began the first of the day’s notes. Jenna sat quietly, the rental tag hanging against her collarbone, waiting for the first person with clearance to walk through the door.</w:t>
      </w:r>
    </w:p>
    <w:p>
      <w:r>
        <w:rPr>
          <w:rFonts w:ascii="IM Fell English" w:hAnsi="IM Fell English"/>
          <w:color w:val="141414"/>
          <w:sz w:val="24"/>
        </w:rPr>
        <w:t>It did not take long.</w:t>
      </w:r>
    </w:p>
    <w:p>
      <w:r>
        <w:rPr>
          <w:rFonts w:ascii="IM Fell English" w:hAnsi="IM Fell English"/>
          <w:color w:val="141414"/>
          <w:sz w:val="24"/>
        </w:rPr>
        <w:t>At 6:17 a grip from Stage 2 knocked, received a short nod from Jackie, and stepped inside. He looked at the tag on Jenna’s collar, then at Jackie for confirmation. Jackie gave it with two fingers. The grip did not speak. He simply stepped behind Jenna’s chair, opened his trousers, and used her mouth with the efficient indifference of someone who had done this before on other rental days. Jenna took it without complaint, hands on her thighs, eyes open. When he finished he stepped back, nodded once more, and left.</w:t>
      </w:r>
    </w:p>
    <w:p>
      <w:r>
        <w:rPr>
          <w:rFonts w:ascii="IM Fell English" w:hAnsi="IM Fell English"/>
          <w:color w:val="141414"/>
          <w:sz w:val="24"/>
        </w:rPr>
        <w:t>Jennifer watched every second from the cage, thighs pressed together, the order not to come still sitting on her like a second lock.</w:t>
      </w:r>
    </w:p>
    <w:p>
      <w:r>
        <w:rPr>
          <w:rFonts w:ascii="IM Fell English" w:hAnsi="IM Fell English"/>
          <w:color w:val="141414"/>
          <w:sz w:val="24"/>
        </w:rPr>
        <w:t>Jackie did not look down.</w:t>
      </w:r>
    </w:p>
    <w:p>
      <w:r>
        <w:rPr>
          <w:rFonts w:ascii="IM Fell English" w:hAnsi="IM Fell English"/>
          <w:color w:val="141414"/>
          <w:sz w:val="24"/>
        </w:rPr>
        <w:t>“Still clean, mutt?”</w:t>
      </w:r>
    </w:p>
    <w:p>
      <w:r>
        <w:rPr>
          <w:rFonts w:ascii="IM Fell English" w:hAnsi="IM Fell English"/>
          <w:color w:val="141414"/>
          <w:sz w:val="24"/>
        </w:rPr>
        <w:t>Jennifer’s voice came up through the lattice, rough with dark humor.</w:t>
      </w:r>
    </w:p>
    <w:p>
      <w:r>
        <w:rPr>
          <w:rFonts w:ascii="IM Fell English" w:hAnsi="IM Fell English"/>
          <w:color w:val="141414"/>
          <w:sz w:val="24"/>
        </w:rPr>
        <w:t>“Still clean, Headwife. Still hate the building falls. Still thinking about escaping and fucking the entire grip department.”</w:t>
      </w:r>
    </w:p>
    <w:p>
      <w:r>
        <w:rPr>
          <w:rFonts w:ascii="IM Fell English" w:hAnsi="IM Fell English"/>
          <w:color w:val="141414"/>
          <w:sz w:val="24"/>
        </w:rPr>
        <w:t>Jackie tapped the cage once with her heel.</w:t>
      </w:r>
    </w:p>
    <w:p>
      <w:r>
        <w:rPr>
          <w:rFonts w:ascii="IM Fell English" w:hAnsi="IM Fell English"/>
          <w:color w:val="141414"/>
          <w:sz w:val="24"/>
        </w:rPr>
        <w:t>“Try it and the Señores Sádicos escort becomes real instead of a morning threat. Stay.”</w:t>
      </w:r>
    </w:p>
    <w:p>
      <w:r>
        <w:rPr>
          <w:rFonts w:ascii="IM Fell English" w:hAnsi="IM Fell English"/>
          <w:color w:val="141414"/>
          <w:sz w:val="24"/>
        </w:rPr>
        <w:t>A second visitor arrived at 6:44—an assistant director with clearance and a short break. She used Jenna over the desk this time, hard and quick, while Justin stayed kneeling and silent. Jennifer’s breath had gone shallow again. She kept her hands on her thighs exactly where Jackie had left them.</w:t>
      </w:r>
    </w:p>
    <w:p>
      <w:r>
        <w:rPr>
          <w:rFonts w:ascii="IM Fell English" w:hAnsi="IM Fell English"/>
          <w:color w:val="141414"/>
          <w:sz w:val="24"/>
        </w:rPr>
        <w:t>Between visitors Jackie worked. Jenna cleaned her mouth with a wipe from the desk drawer and waited. The rental tag never came off. The cage lock never opened.</w:t>
      </w:r>
    </w:p>
    <w:p>
      <w:r>
        <w:rPr>
          <w:rFonts w:ascii="IM Fell English" w:hAnsi="IM Fell English"/>
          <w:color w:val="141414"/>
          <w:sz w:val="24"/>
        </w:rPr>
        <w:t>At 8:30 Lena entered with a small covered tray and set it on Jackie’s desk.</w:t>
      </w:r>
    </w:p>
    <w:p>
      <w:r>
        <w:rPr>
          <w:rFonts w:ascii="IM Fell English" w:hAnsi="IM Fell English"/>
          <w:color w:val="141414"/>
          <w:sz w:val="24"/>
        </w:rPr>
        <w:t>“Health check baseline for Jennifer is still scheduled for day ten. Corporate wants the first full board review on day eleven. Carissa submitted three new notes on the client sequences; I told her they wait until packet lock.”</w:t>
      </w:r>
    </w:p>
    <w:p>
      <w:r>
        <w:rPr>
          <w:rFonts w:ascii="IM Fell English" w:hAnsi="IM Fell English"/>
          <w:color w:val="141414"/>
          <w:sz w:val="24"/>
        </w:rPr>
        <w:t>Jackie nodded without looking up.</w:t>
      </w:r>
    </w:p>
    <w:p>
      <w:r>
        <w:rPr>
          <w:rFonts w:ascii="IM Fell English" w:hAnsi="IM Fell English"/>
          <w:color w:val="141414"/>
          <w:sz w:val="24"/>
        </w:rPr>
        <w:t>“Midnight report will include the first six hours of rental performance. Jenna is taking it clean. Jennifer is still denied and still talking shit.”</w:t>
      </w:r>
    </w:p>
    <w:p>
      <w:r>
        <w:rPr>
          <w:rFonts w:ascii="IM Fell English" w:hAnsi="IM Fell English"/>
          <w:color w:val="141414"/>
          <w:sz w:val="24"/>
        </w:rPr>
        <w:t>Lena’s mouth twitched.</w:t>
      </w:r>
    </w:p>
    <w:p>
      <w:r>
        <w:rPr>
          <w:rFonts w:ascii="IM Fell English" w:hAnsi="IM Fell English"/>
          <w:color w:val="141414"/>
          <w:sz w:val="24"/>
        </w:rPr>
        <w:t>“Business as usual, then.”</w:t>
      </w:r>
    </w:p>
    <w:p>
      <w:r>
        <w:rPr>
          <w:rFonts w:ascii="IM Fell English" w:hAnsi="IM Fell English"/>
          <w:color w:val="141414"/>
          <w:sz w:val="24"/>
        </w:rPr>
        <w:t>She left.</w:t>
      </w:r>
    </w:p>
    <w:p>
      <w:r>
        <w:rPr>
          <w:rFonts w:ascii="IM Fell English" w:hAnsi="IM Fell English"/>
          <w:color w:val="141414"/>
          <w:sz w:val="24"/>
        </w:rPr>
        <w:t>The morning continued in the same rhythm—occasional clearance holders, efficient use, Jenna accepting whatever came through the door, Jennifer watching from the cage with the forbidden edge still riding her and the gold band on Jenna’s hand glinting every time her sister moved. Jackie’s heels stayed on the lattice. Jessica remained a silent shadow at her shoulder.</w:t>
      </w:r>
    </w:p>
    <w:p>
      <w:r>
        <w:rPr>
          <w:rFonts w:ascii="IM Fell English" w:hAnsi="IM Fell English"/>
          <w:color w:val="141414"/>
          <w:sz w:val="24"/>
        </w:rPr>
        <w:t>At noon Jackie finally looked down through the bars.</w:t>
      </w:r>
    </w:p>
    <w:p>
      <w:r>
        <w:rPr>
          <w:rFonts w:ascii="IM Fell English" w:hAnsi="IM Fell English"/>
          <w:color w:val="141414"/>
          <w:sz w:val="24"/>
        </w:rPr>
        <w:t>“Hungry?”</w:t>
      </w:r>
    </w:p>
    <w:p>
      <w:r>
        <w:rPr>
          <w:rFonts w:ascii="IM Fell English" w:hAnsi="IM Fell English"/>
          <w:color w:val="141414"/>
          <w:sz w:val="24"/>
        </w:rPr>
        <w:t>Jennifer’s smile was sharp and obedient and full of trouble.</w:t>
      </w:r>
    </w:p>
    <w:p>
      <w:r>
        <w:rPr>
          <w:rFonts w:ascii="IM Fell English" w:hAnsi="IM Fell English"/>
          <w:color w:val="141414"/>
          <w:sz w:val="24"/>
        </w:rPr>
        <w:t>“Only for the thing I’m not allowed to have.”</w:t>
      </w:r>
    </w:p>
    <w:p>
      <w:r>
        <w:rPr>
          <w:rFonts w:ascii="IM Fell English" w:hAnsi="IM Fell English"/>
          <w:color w:val="141414"/>
          <w:sz w:val="24"/>
        </w:rPr>
        <w:t>Jackie reached through the lattice, caught Jennifer’s chin, and held it.</w:t>
      </w:r>
    </w:p>
    <w:p>
      <w:r>
        <w:rPr>
          <w:rFonts w:ascii="IM Fell English" w:hAnsi="IM Fell English"/>
          <w:color w:val="141414"/>
          <w:sz w:val="24"/>
        </w:rPr>
        <w:t>“Good. Stay that way. The day isn’t over, mousy. Neither is the ban.”</w:t>
      </w:r>
    </w:p>
    <w:p>
      <w:r>
        <w:rPr>
          <w:rFonts w:ascii="IM Fell English" w:hAnsi="IM Fell English"/>
          <w:color w:val="141414"/>
          <w:sz w:val="24"/>
        </w:rPr>
        <w:t>She released her, stood, and pointed Jenna toward the door.</w:t>
      </w:r>
    </w:p>
    <w:p>
      <w:r>
        <w:rPr>
          <w:rFonts w:ascii="IM Fell English" w:hAnsi="IM Fell English"/>
          <w:color w:val="141414"/>
          <w:sz w:val="24"/>
        </w:rPr>
        <w:t>“Lunch break. Fifteen minutes. Then back on the floor. Justin stays with her. Jessica with me.”</w:t>
      </w:r>
    </w:p>
    <w:p>
      <w:r>
        <w:rPr>
          <w:rFonts w:ascii="IM Fell English" w:hAnsi="IM Fell English"/>
          <w:color w:val="141414"/>
          <w:sz w:val="24"/>
        </w:rPr>
        <w:t>Jenna rose, the rental tag swinging, and left with Justin at her heel. Jackie unlocked the cage only long enough for Jennifer to crawl out, stretch the stiffness from her knees, and crawl straight back in when Jackie pointed. The lock clicked again.</w:t>
      </w:r>
    </w:p>
    <w:p>
      <w:r>
        <w:rPr>
          <w:rFonts w:ascii="IM Fell English" w:hAnsi="IM Fell English"/>
          <w:color w:val="141414"/>
          <w:sz w:val="24"/>
        </w:rPr>
        <w:t>Jennifer settled on her side on the floor of the cage, cheek against the cool metal, and watched Jackie’s bare feet return to their place above her.</w:t>
      </w:r>
    </w:p>
    <w:p>
      <w:r>
        <w:rPr>
          <w:rFonts w:ascii="IM Fell English" w:hAnsi="IM Fell English"/>
          <w:color w:val="141414"/>
          <w:sz w:val="24"/>
        </w:rPr>
        <w:t>Outside the window the lot kept moving. Inside the shared office the first day of the ten-day clock ran exactly as ordered—Jenna learning the floor, Jennifer kept reserved and denied, Jackie reporting every detail, and Quebranto drawing one quiet, ordinary, bloodline day closer.</w:t>
      </w:r>
    </w:p>
    <w:p>
      <w:pPr>
        <w:pStyle w:val="Heading1"/>
        <w:jc w:val="center"/>
      </w:pPr>
      <w:r>
        <w:rPr>
          <w:rFonts w:ascii="IM Fell English" w:hAnsi="IM Fell English"/>
          <w:color w:val="0D0D0D"/>
        </w:rPr>
        <w:t>CHAPTER 6 — RAPE COLLAR</w:t>
      </w:r>
    </w:p>
    <w:p>
      <w:r>
        <w:rPr>
          <w:rFonts w:ascii="IM Fell English" w:hAnsi="IM Fell English"/>
          <w:color w:val="141414"/>
          <w:sz w:val="24"/>
        </w:rPr>
        <w:t>The call came at 2:17.</w:t>
      </w:r>
    </w:p>
    <w:p>
      <w:r>
        <w:rPr>
          <w:rFonts w:ascii="IM Fell English" w:hAnsi="IM Fell English"/>
          <w:color w:val="141414"/>
          <w:sz w:val="24"/>
        </w:rPr>
        <w:t>Lena’s voice on the open line was flat and efficient.</w:t>
      </w:r>
    </w:p>
    <w:p>
      <w:r>
        <w:rPr>
          <w:rFonts w:ascii="IM Fell English" w:hAnsi="IM Fell English"/>
          <w:color w:val="141414"/>
          <w:sz w:val="24"/>
        </w:rPr>
        <w:t>“Second walk-through. Stage and exterior platform. Lighting change on the first fall. Full table required. Now.”</w:t>
      </w:r>
    </w:p>
    <w:p>
      <w:r>
        <w:rPr>
          <w:rFonts w:ascii="IM Fell English" w:hAnsi="IM Fell English"/>
          <w:color w:val="141414"/>
          <w:sz w:val="24"/>
        </w:rPr>
        <w:t>Jackie stood, tapped the top of the cage once, and looked down through the lattice.</w:t>
      </w:r>
    </w:p>
    <w:p>
      <w:r>
        <w:rPr>
          <w:rFonts w:ascii="IM Fell English" w:hAnsi="IM Fell English"/>
          <w:color w:val="141414"/>
          <w:sz w:val="24"/>
        </w:rPr>
        <w:t>“Stay. Door stays locked. I will know if it opens.”</w:t>
      </w:r>
    </w:p>
    <w:p>
      <w:r>
        <w:rPr>
          <w:rFonts w:ascii="IM Fell English" w:hAnsi="IM Fell English"/>
          <w:color w:val="141414"/>
          <w:sz w:val="24"/>
        </w:rPr>
        <w:t>Jennifer gave her the sweetest, most obedient smile she owned.</w:t>
      </w:r>
    </w:p>
    <w:p>
      <w:r>
        <w:rPr>
          <w:rFonts w:ascii="IM Fell English" w:hAnsi="IM Fell English"/>
          <w:color w:val="141414"/>
          <w:sz w:val="24"/>
        </w:rPr>
        <w:t>“Yes, Headwife.”</w:t>
      </w:r>
    </w:p>
    <w:p>
      <w:r>
        <w:rPr>
          <w:rFonts w:ascii="IM Fell English" w:hAnsi="IM Fell English"/>
          <w:color w:val="141414"/>
          <w:sz w:val="24"/>
        </w:rPr>
        <w:t>Jackie left with Jenna, Justin, and Jessica at her shoulders. Marcus met them at the bottom of the stairs. By the time they reached the stage, Katie, Lilith, Ashley, Carissa, Beth, and Lena were already there. Every ranking set of eyes on the lot was pointed at the twenty-eight-foot drop and the new lighting marks.</w:t>
      </w:r>
    </w:p>
    <w:p>
      <w:r>
        <w:rPr>
          <w:rFonts w:ascii="IM Fell English" w:hAnsi="IM Fell English"/>
          <w:color w:val="141414"/>
          <w:sz w:val="24"/>
        </w:rPr>
        <w:t>None of them were watching the feeds.</w:t>
      </w:r>
    </w:p>
    <w:p>
      <w:r>
        <w:rPr>
          <w:rFonts w:ascii="IM Fell English" w:hAnsi="IM Fell English"/>
          <w:color w:val="141414"/>
          <w:sz w:val="24"/>
        </w:rPr>
        <w:t>Jennifer waited exactly four minutes.</w:t>
      </w:r>
    </w:p>
    <w:p>
      <w:r>
        <w:rPr>
          <w:rFonts w:ascii="IM Fell English" w:hAnsi="IM Fell English"/>
          <w:color w:val="141414"/>
          <w:sz w:val="24"/>
        </w:rPr>
        <w:t>She reached up through the lattice, found the secondary release Jackie had never bothered to have removed (Jennifer had installed it herself years ago), and popped the lock. The cage door swung open without a sound. She crawled out, opened the bottom drawer of Jackie’s desk, and took the plain black collar she loved more than any other piece of leather in the bloodline.</w:t>
      </w:r>
    </w:p>
    <w:p>
      <w:r>
        <w:rPr>
          <w:rFonts w:ascii="IM Fell English" w:hAnsi="IM Fell English"/>
          <w:color w:val="141414"/>
          <w:sz w:val="24"/>
        </w:rPr>
        <w:t>The rape collar.</w:t>
      </w:r>
    </w:p>
    <w:p>
      <w:r>
        <w:rPr>
          <w:rFonts w:ascii="IM Fell English" w:hAnsi="IM Fell English"/>
          <w:color w:val="141414"/>
          <w:sz w:val="24"/>
        </w:rPr>
        <w:t>No name tag. No ownership ring. Just a heavy buckle and a single steel D-ring that meant one thing to every person who had ever worked a Voss lot: the body wearing it was open, no clearance required, no questions asked.</w:t>
      </w:r>
    </w:p>
    <w:p>
      <w:r>
        <w:rPr>
          <w:rFonts w:ascii="IM Fell English" w:hAnsi="IM Fell English"/>
          <w:color w:val="141414"/>
          <w:sz w:val="24"/>
        </w:rPr>
        <w:t>Jennifer locked it around her own throat, left the office naked, and went hunting.</w:t>
      </w:r>
    </w:p>
    <w:p>
      <w:r>
        <w:rPr>
          <w:rFonts w:ascii="IM Fell English" w:hAnsi="IM Fell English"/>
          <w:color w:val="141414"/>
          <w:sz w:val="24"/>
        </w:rPr>
        <w:t xml:space="preserve">She began in the service corridor behind Stage 2, where two electricians were taking a break. Approaching them without a word, she turned and braced her hands against the wall in a silent invitation. They took her in succession—swift, wordless, and brutal—while a third man recorded the encounter for a private crew archive that was the lot's worst-kept secret. Afterward, she simply wiped her mouth and continued her hunt. </w:t>
      </w:r>
    </w:p>
    <w:p>
      <w:r>
        <w:rPr>
          <w:rFonts w:ascii="IM Fell English" w:hAnsi="IM Fell English"/>
          <w:color w:val="141414"/>
          <w:sz w:val="24"/>
        </w:rPr>
        <w:t xml:space="preserve">Near the loading dock, she encountered a group of five grips and drivers. Dropping to her knees at the center of their circle, she opened her mouth to them, enduring the wet, rhythmic use until her jaw throbbed. One gripped her hair and bent her over a nearby crate to claim her, the others watching with hungry anticipation. She reached a peak against the rough wood, stifling the sound out of pure defiance against Jackie’s ban, though the shuddering release left her limbs trembling. </w:t>
      </w:r>
    </w:p>
    <w:p>
      <w:r>
        <w:rPr>
          <w:rFonts w:ascii="IM Fell English" w:hAnsi="IM Fell English"/>
          <w:color w:val="141414"/>
          <w:sz w:val="24"/>
        </w:rPr>
        <w:t xml:space="preserve">Her thirst for transgression was not yet quenched. </w:t>
      </w:r>
    </w:p>
    <w:p>
      <w:r>
        <w:rPr>
          <w:rFonts w:ascii="IM Fell English" w:hAnsi="IM Fell English"/>
          <w:color w:val="141414"/>
          <w:sz w:val="24"/>
        </w:rPr>
        <w:t>A pair of visiting producers from the corporate floor. A makeup assistant who had always looked at her too long. Three stunt players between rehearsals. A security guard who left his post for eleven minutes. She took them in stairwells, in the back of a grip truck, against the wall of the empty Stage 5, on her knees behind the craft-service tent. Every time someone hesitated she simply touched the rape collar and they understood.</w:t>
      </w:r>
    </w:p>
    <w:p>
      <w:r>
        <w:rPr>
          <w:rFonts w:ascii="IM Fell English" w:hAnsi="IM Fell English"/>
          <w:color w:val="141414"/>
          <w:sz w:val="24"/>
        </w:rPr>
        <w:t>The numbers climbed.</w:t>
      </w:r>
    </w:p>
    <w:p>
      <w:r>
        <w:rPr>
          <w:rFonts w:ascii="IM Fell English" w:hAnsi="IM Fell English"/>
          <w:color w:val="141414"/>
          <w:sz w:val="24"/>
        </w:rPr>
        <w:t>She lost count somewhere after forty. Bodies blurred into heat and pressure and the wet sound of people taking what she was offering. Someone put her on her back on a stack of apple boxes and a line formed. She kept her eyes open and her mouth busy and her cunt open and she still refused to come a second time even when a woman with strong hands and a vicious rhythm tried to force it out of her.</w:t>
      </w:r>
    </w:p>
    <w:p>
      <w:r>
        <w:rPr>
          <w:rFonts w:ascii="IM Fell English" w:hAnsi="IM Fell English"/>
          <w:color w:val="141414"/>
          <w:sz w:val="24"/>
        </w:rPr>
        <w:t>Jackie had forbidden it.</w:t>
      </w:r>
    </w:p>
    <w:p>
      <w:r>
        <w:rPr>
          <w:rFonts w:ascii="IM Fell English" w:hAnsi="IM Fell English"/>
          <w:color w:val="141414"/>
          <w:sz w:val="24"/>
        </w:rPr>
        <w:t>Jennifer would break that order on her own terms or not at all.</w:t>
      </w:r>
    </w:p>
    <w:p>
      <w:r>
        <w:rPr>
          <w:rFonts w:ascii="IM Fell English" w:hAnsi="IM Fell English"/>
          <w:color w:val="141414"/>
          <w:sz w:val="24"/>
        </w:rPr>
        <w:t>At 2:49 she checked the time on a crew monitor, extracted herself from the last pair of hands, and started back. Her thighs were slick. Come ran down her legs in thin cooling trails. Her mouth was swollen. The rape collar sat heavy and perfect against her throat.</w:t>
      </w:r>
    </w:p>
    <w:p>
      <w:r>
        <w:rPr>
          <w:rFonts w:ascii="IM Fell English" w:hAnsi="IM Fell English"/>
          <w:color w:val="141414"/>
          <w:sz w:val="24"/>
        </w:rPr>
        <w:t>She climbed the stairs on unsteady legs, crawled back into the cage, pulled the lattice shut, and reset the secondary lock so it looked untouched. Then she sat on her heels, arranged her hair, and waited.</w:t>
      </w:r>
    </w:p>
    <w:p>
      <w:r>
        <w:rPr>
          <w:rFonts w:ascii="IM Fell English" w:hAnsi="IM Fell English"/>
          <w:color w:val="141414"/>
          <w:sz w:val="24"/>
        </w:rPr>
        <w:t>The door opened at 2:53.</w:t>
      </w:r>
    </w:p>
    <w:p>
      <w:r>
        <w:rPr>
          <w:rFonts w:ascii="IM Fell English" w:hAnsi="IM Fell English"/>
          <w:color w:val="141414"/>
          <w:sz w:val="24"/>
        </w:rPr>
        <w:t>Jackie walked in first, Jenna and Jessica behind her, Justin last. Jackie’s eyes went straight to the cage. Jennifer looked up through the bars with the same sweet, obedient smile she had worn when they left.</w:t>
      </w:r>
    </w:p>
    <w:p>
      <w:r>
        <w:rPr>
          <w:rFonts w:ascii="IM Fell English" w:hAnsi="IM Fell English"/>
          <w:color w:val="141414"/>
          <w:sz w:val="24"/>
        </w:rPr>
        <w:t>Jackie stopped.</w:t>
      </w:r>
    </w:p>
    <w:p>
      <w:r>
        <w:rPr>
          <w:rFonts w:ascii="IM Fell English" w:hAnsi="IM Fell English"/>
          <w:color w:val="141414"/>
          <w:sz w:val="24"/>
        </w:rPr>
        <w:t>She inhaled once, slow and deep. The office still smelled like sex—fresh, multiple, unmistakable. She looked Jennifer over: the sweat, the flush, the way her thighs were pressed together, the faint tremor in her shoulders. No visible come. No obvious evidence. Only the smell and the knowledge that something had happened.</w:t>
      </w:r>
    </w:p>
    <w:p>
      <w:r>
        <w:rPr>
          <w:rFonts w:ascii="IM Fell English" w:hAnsi="IM Fell English"/>
          <w:color w:val="141414"/>
          <w:sz w:val="24"/>
        </w:rPr>
        <w:t>Jackie said nothing.</w:t>
      </w:r>
    </w:p>
    <w:p>
      <w:r>
        <w:rPr>
          <w:rFonts w:ascii="IM Fell English" w:hAnsi="IM Fell English"/>
          <w:color w:val="141414"/>
          <w:sz w:val="24"/>
        </w:rPr>
        <w:t>She walked to her desk, sat, and rested both heels on top of the cage again. Jenna took the opposite chair. Jessica returned to her place behind Jackie’s shoulder. Justin knelt.</w:t>
      </w:r>
    </w:p>
    <w:p>
      <w:r>
        <w:rPr>
          <w:rFonts w:ascii="IM Fell English" w:hAnsi="IM Fell English"/>
          <w:color w:val="141414"/>
          <w:sz w:val="24"/>
        </w:rPr>
        <w:t>Jennifer stayed perfectly still inside the lattice, rape collar hidden under the fall of her hair, heart still hammering, the forbidden edge still riding her, and the private certainty that the feeds had caught every single minute.</w:t>
      </w:r>
    </w:p>
    <w:p>
      <w:r>
        <w:rPr>
          <w:rFonts w:ascii="IM Fell English" w:hAnsi="IM Fell English"/>
          <w:color w:val="141414"/>
          <w:sz w:val="24"/>
        </w:rPr>
        <w:t>Jackie opened her tablet and began typing the afternoon notes as if nothing were wrong.</w:t>
      </w:r>
    </w:p>
    <w:p>
      <w:r>
        <w:rPr>
          <w:rFonts w:ascii="IM Fell English" w:hAnsi="IM Fell English"/>
          <w:color w:val="141414"/>
          <w:sz w:val="24"/>
        </w:rPr>
        <w:t>But her voice, when it finally came, was soft and almost amused.</w:t>
      </w:r>
    </w:p>
    <w:p>
      <w:r>
        <w:rPr>
          <w:rFonts w:ascii="IM Fell English" w:hAnsi="IM Fell English"/>
          <w:color w:val="141414"/>
          <w:sz w:val="24"/>
        </w:rPr>
        <w:t>“You smell like a crime scene, mutt.”</w:t>
      </w:r>
    </w:p>
    <w:p>
      <w:r>
        <w:rPr>
          <w:rFonts w:ascii="IM Fell English" w:hAnsi="IM Fell English"/>
          <w:color w:val="141414"/>
          <w:sz w:val="24"/>
        </w:rPr>
        <w:t>Jennifer’s smile only widened.</w:t>
      </w:r>
    </w:p>
    <w:p>
      <w:r>
        <w:rPr>
          <w:rFonts w:ascii="IM Fell English" w:hAnsi="IM Fell English"/>
          <w:color w:val="141414"/>
          <w:sz w:val="24"/>
        </w:rPr>
        <w:t>“Must be the new paint, Headwife.”</w:t>
      </w:r>
    </w:p>
    <w:p>
      <w:r>
        <w:rPr>
          <w:rFonts w:ascii="IM Fell English" w:hAnsi="IM Fell English"/>
          <w:color w:val="141414"/>
          <w:sz w:val="24"/>
        </w:rPr>
        <w:t>Jackie did not look down.</w:t>
      </w:r>
    </w:p>
    <w:p>
      <w:r>
        <w:rPr>
          <w:rFonts w:ascii="IM Fell English" w:hAnsi="IM Fell English"/>
          <w:color w:val="141414"/>
          <w:sz w:val="24"/>
        </w:rPr>
        <w:t>“We’ll see.”</w:t>
      </w:r>
    </w:p>
    <w:p>
      <w:r>
        <w:rPr>
          <w:rFonts w:ascii="IM Fell English" w:hAnsi="IM Fell English"/>
          <w:color w:val="141414"/>
          <w:sz w:val="24"/>
        </w:rPr>
        <w:t>Outside the window the lot continued its ordinary afternoon. Inside the shared office the first real sin of the ten-day clock had already been committed, recorded, and locked behind a sweet smile and a lattice door.</w:t>
      </w:r>
    </w:p>
    <w:p>
      <w:pPr>
        <w:pStyle w:val="Heading1"/>
        <w:jc w:val="center"/>
      </w:pPr>
      <w:r>
        <w:rPr>
          <w:rFonts w:ascii="IM Fell English" w:hAnsi="IM Fell English"/>
          <w:color w:val="0D0D0D"/>
        </w:rPr>
        <w:t>CHAPTER 7 — THE FEEDS</w:t>
      </w:r>
    </w:p>
    <w:p>
      <w:r>
        <w:rPr>
          <w:rFonts w:ascii="IM Fell English" w:hAnsi="IM Fell English"/>
          <w:color w:val="141414"/>
          <w:sz w:val="24"/>
        </w:rPr>
        <w:t>Jackie waited until the office door was closed and the ordinary afternoon traffic had settled.</w:t>
      </w:r>
    </w:p>
    <w:p>
      <w:r>
        <w:rPr>
          <w:rFonts w:ascii="IM Fell English" w:hAnsi="IM Fell English"/>
          <w:color w:val="141414"/>
          <w:sz w:val="24"/>
        </w:rPr>
        <w:t>She did not speak. She simply turned the desktop monitor so that the screen faced the cage, opened the secure porn-CCTV archive, and scrolled back to 2:21 p.m.</w:t>
      </w:r>
    </w:p>
    <w:p>
      <w:r>
        <w:rPr>
          <w:rFonts w:ascii="IM Fell English" w:hAnsi="IM Fell English"/>
          <w:color w:val="141414"/>
          <w:sz w:val="24"/>
        </w:rPr>
        <w:t>Jennifer sat on her heels inside the lattice and watched her own sin begin.</w:t>
      </w:r>
    </w:p>
    <w:p>
      <w:r>
        <w:rPr>
          <w:rFonts w:ascii="IM Fell English" w:hAnsi="IM Fell English"/>
          <w:color w:val="141414"/>
          <w:sz w:val="24"/>
        </w:rPr>
        <w:t>The first camera caught her crawling out of the cage, opening the bottom drawer, and locking the rape collar around her own throat. The timestamp was clean. The secondary release she had never admitted to installing was clearly visible in the frame. Jackie’s face did not change.</w:t>
      </w:r>
    </w:p>
    <w:p>
      <w:r>
        <w:rPr>
          <w:rFonts w:ascii="IM Fell English" w:hAnsi="IM Fell English"/>
          <w:color w:val="141414"/>
          <w:sz w:val="24"/>
        </w:rPr>
        <w:t>The second camera picked her up in the service corridor behind Stage 2. Two electricians. Jennifer turned, braced her hands on the wall, and offered herself without a word. The men took her one after the other while a third filmed on his phone. Jackie advanced the feed at normal speed and let the audio play—the wet sounds, the low grunts, Jennifer’s soft, encouraging moans.</w:t>
      </w:r>
    </w:p>
    <w:p>
      <w:r>
        <w:rPr>
          <w:rFonts w:ascii="IM Fell English" w:hAnsi="IM Fell English"/>
          <w:color w:val="141414"/>
          <w:sz w:val="24"/>
        </w:rPr>
        <w:t>She did not skip.</w:t>
      </w:r>
    </w:p>
    <w:p>
      <w:r>
        <w:rPr>
          <w:rFonts w:ascii="IM Fell English" w:hAnsi="IM Fell English"/>
          <w:color w:val="141414"/>
          <w:sz w:val="24"/>
        </w:rPr>
        <w:t>The loading-dock sequence came next. Five grips and drivers. Jennifer on her knees in the center of the circle, mouth open, taking everything they gave her. When the first one finished on her face she only licked her lips and turned to the next. One of them bent her over a crate afterward. The camera angle from the upper loading door caught the exact moment she came against the wood and bit the sound back, still trying to obey the letter of the ban even while she broke every other rule.</w:t>
      </w:r>
    </w:p>
    <w:p>
      <w:r>
        <w:rPr>
          <w:rFonts w:ascii="IM Fell English" w:hAnsi="IM Fell English"/>
          <w:color w:val="141414"/>
          <w:sz w:val="24"/>
        </w:rPr>
        <w:t>Jackie paused the feed, looked down through the bars, and spoke for the first time.</w:t>
      </w:r>
    </w:p>
    <w:p>
      <w:r>
        <w:rPr>
          <w:rFonts w:ascii="IM Fell English" w:hAnsi="IM Fell English"/>
          <w:color w:val="141414"/>
          <w:sz w:val="24"/>
        </w:rPr>
        <w:t>“First orgasm. Unauthorized. Continue.”</w:t>
      </w:r>
    </w:p>
    <w:p>
      <w:r>
        <w:rPr>
          <w:rFonts w:ascii="IM Fell English" w:hAnsi="IM Fell English"/>
          <w:color w:val="141414"/>
          <w:sz w:val="24"/>
        </w:rPr>
        <w:t>Jennifer’s smile was shaky but still present.</w:t>
      </w:r>
    </w:p>
    <w:p>
      <w:r>
        <w:rPr>
          <w:rFonts w:ascii="IM Fell English" w:hAnsi="IM Fell English"/>
          <w:color w:val="141414"/>
          <w:sz w:val="24"/>
        </w:rPr>
        <w:t>“Yes, Headwife.”</w:t>
      </w:r>
    </w:p>
    <w:p>
      <w:r>
        <w:rPr>
          <w:rFonts w:ascii="IM Fell English" w:hAnsi="IM Fell English"/>
          <w:color w:val="141414"/>
          <w:sz w:val="24"/>
        </w:rPr>
        <w:t>The monitor kept going.</w:t>
      </w:r>
    </w:p>
    <w:p>
      <w:r>
        <w:rPr>
          <w:rFonts w:ascii="IM Fell English" w:hAnsi="IM Fell English"/>
          <w:color w:val="141414"/>
          <w:sz w:val="24"/>
        </w:rPr>
        <w:t>A pair of corporate producers in a stairwell. A makeup assistant who looked half-terrified and half-starved. Three stunt players who recognized the rape collar and formed a quick, efficient line. A security guard who left his post and took her against the wall of Stage 5 with his radio still crackling. Jennifer’s body language never changed—open, eager, almost grateful. She touched the collar whenever someone hesitated, and the hesitation ended.</w:t>
      </w:r>
    </w:p>
    <w:p>
      <w:r>
        <w:rPr>
          <w:rFonts w:ascii="IM Fell English" w:hAnsi="IM Fell English"/>
          <w:color w:val="141414"/>
          <w:sz w:val="24"/>
        </w:rPr>
        <w:t>Jackie let the feed run in real time.</w:t>
      </w:r>
    </w:p>
    <w:p>
      <w:r>
        <w:rPr>
          <w:rFonts w:ascii="IM Fell English" w:hAnsi="IM Fell English"/>
          <w:color w:val="141414"/>
          <w:sz w:val="24"/>
        </w:rPr>
        <w:t>The apple-box sequence lasted eleven minutes. Jennifer on her back, a rotating group of crew that the archive later tagged at twenty-three separate bodies. She kept her eyes open. She kept her mouth working. She refused the second orgasm even when a woman with strong hands and a vicious rhythm tried to drag it out of her. The refusal was visible in every tight muscle and every bitten-back sound.</w:t>
      </w:r>
    </w:p>
    <w:p>
      <w:r>
        <w:rPr>
          <w:rFonts w:ascii="IM Fell English" w:hAnsi="IM Fell English"/>
          <w:color w:val="141414"/>
          <w:sz w:val="24"/>
        </w:rPr>
        <w:t>Jackie advanced to the next block without comment.</w:t>
      </w:r>
    </w:p>
    <w:p>
      <w:r>
        <w:rPr>
          <w:rFonts w:ascii="IM Fell English" w:hAnsi="IM Fell English"/>
          <w:color w:val="141414"/>
          <w:sz w:val="24"/>
        </w:rPr>
        <w:t>More corridors. The back of a grip truck. Behind the craft-service tent. A quick, brutal use by two visiting executives who never gave their names. Jennifer’s thighs grew slicker with every encounter. Come ran down her legs in visible trails that the high cameras caught under the lot lights. She never once looked at a clock until 2:49, when she checked a crew monitor, extracted herself from the last pair of hands, and started the walk back.</w:t>
      </w:r>
    </w:p>
    <w:p>
      <w:r>
        <w:rPr>
          <w:rFonts w:ascii="IM Fell English" w:hAnsi="IM Fell English"/>
          <w:color w:val="141414"/>
          <w:sz w:val="24"/>
        </w:rPr>
        <w:t>The final cameras followed her up the stairs, into the office, back into the cage. She reset the secondary lock with the same calm precision she had used to open it, sat on her heels, arranged her hair, and composed the sweet, obedient expression Jackie had walked in on.</w:t>
      </w:r>
    </w:p>
    <w:p>
      <w:r>
        <w:rPr>
          <w:rFonts w:ascii="IM Fell English" w:hAnsi="IM Fell English"/>
          <w:color w:val="141414"/>
          <w:sz w:val="24"/>
        </w:rPr>
        <w:t>The archive ended at 2:53.</w:t>
      </w:r>
    </w:p>
    <w:p>
      <w:r>
        <w:rPr>
          <w:rFonts w:ascii="IM Fell English" w:hAnsi="IM Fell English"/>
          <w:color w:val="141414"/>
          <w:sz w:val="24"/>
        </w:rPr>
        <w:t>Silence filled the shared office.</w:t>
      </w:r>
    </w:p>
    <w:p>
      <w:r>
        <w:rPr>
          <w:rFonts w:ascii="IM Fell English" w:hAnsi="IM Fell English"/>
          <w:color w:val="141414"/>
          <w:sz w:val="24"/>
        </w:rPr>
        <w:t>Jackie leaned back in her chair, heels still resting on the lattice, and looked down at the woman inside the cage. Jennifer was flushed, breathing carefully, the rape collar still hidden under her hair but no longer secret. The smell of the afternoon was still in the room. The numbers on the archive summary glowed at the bottom of the screen: one hundred forty-seven separate encounters, three hundred twelve individual participants, one unauthorized orgasm.</w:t>
      </w:r>
    </w:p>
    <w:p>
      <w:r>
        <w:rPr>
          <w:rFonts w:ascii="IM Fell English" w:hAnsi="IM Fell English"/>
          <w:color w:val="141414"/>
          <w:sz w:val="24"/>
        </w:rPr>
        <w:t>Jackie scrolled the summary so Jennifer could see it through the bars.</w:t>
      </w:r>
    </w:p>
    <w:p>
      <w:r>
        <w:rPr>
          <w:rFonts w:ascii="IM Fell English" w:hAnsi="IM Fell English"/>
          <w:color w:val="141414"/>
          <w:sz w:val="24"/>
        </w:rPr>
        <w:t>“One hundred forty-seven stops. Three hundred twelve people. One orgasm you tried to hide. You put my rape collar on and turned yourself into an open facility for thirty-two minutes while every ranking set of eyes on this lot was standing on a stage two hundred yards away.”</w:t>
      </w:r>
    </w:p>
    <w:p>
      <w:r>
        <w:rPr>
          <w:rFonts w:ascii="IM Fell English" w:hAnsi="IM Fell English"/>
          <w:color w:val="141414"/>
          <w:sz w:val="24"/>
        </w:rPr>
        <w:t>Jennifer’s voice came out rough and almost proud.</w:t>
      </w:r>
    </w:p>
    <w:p>
      <w:r>
        <w:rPr>
          <w:rFonts w:ascii="IM Fell English" w:hAnsi="IM Fell English"/>
          <w:color w:val="141414"/>
          <w:sz w:val="24"/>
        </w:rPr>
        <w:t>“Queen of rapeable whores,  Headwife. You always said I should be good at something.”</w:t>
      </w:r>
    </w:p>
    <w:p>
      <w:r>
        <w:rPr>
          <w:rFonts w:ascii="IM Fell English" w:hAnsi="IM Fell English"/>
          <w:color w:val="141414"/>
          <w:sz w:val="24"/>
        </w:rPr>
        <w:t>Jackie did not smile.</w:t>
      </w:r>
    </w:p>
    <w:p>
      <w:r>
        <w:rPr>
          <w:rFonts w:ascii="IM Fell English" w:hAnsi="IM Fell English"/>
          <w:color w:val="141414"/>
          <w:sz w:val="24"/>
        </w:rPr>
        <w:t>She closed the archive, locked the desktop, and rested both elbows on her knees so her face was level with Jennifer’s through the lattice.</w:t>
      </w:r>
    </w:p>
    <w:p>
      <w:r>
        <w:rPr>
          <w:rFonts w:ascii="IM Fell English" w:hAnsi="IM Fell English"/>
          <w:color w:val="141414"/>
          <w:sz w:val="24"/>
        </w:rPr>
        <w:t>“Every extreme lethal stunt you have ever half-joked about approving is fully approved. Every building fall. Every high practical. Every sequence you signed because you thought someone would talk you out of it. I am locking them all. You will do them. You will not complain when the catch crew has hard hands. You will not ask for the pad to be thickened. You will take exactly what you spent the afternoon begging three hundred people to give you.”</w:t>
      </w:r>
    </w:p>
    <w:p>
      <w:r>
        <w:rPr>
          <w:rFonts w:ascii="IM Fell English" w:hAnsi="IM Fell English"/>
          <w:color w:val="141414"/>
          <w:sz w:val="24"/>
        </w:rPr>
        <w:t>Jennifer’s throat moved.</w:t>
      </w:r>
    </w:p>
    <w:p>
      <w:r>
        <w:rPr>
          <w:rFonts w:ascii="IM Fell English" w:hAnsi="IM Fell English"/>
          <w:color w:val="141414"/>
          <w:sz w:val="24"/>
        </w:rPr>
        <w:t>“And the ban?”</w:t>
      </w:r>
    </w:p>
    <w:p>
      <w:r>
        <w:rPr>
          <w:rFonts w:ascii="IM Fell English" w:hAnsi="IM Fell English"/>
          <w:color w:val="141414"/>
          <w:sz w:val="24"/>
        </w:rPr>
        <w:t>“Stays. You do not come until I say. If you come during any of the practicals I will have the Señores Sádicos escort walk you the full hundred miles the long way, and every one of them will have permission to forget the condom rule.”</w:t>
      </w:r>
    </w:p>
    <w:p>
      <w:r>
        <w:rPr>
          <w:rFonts w:ascii="IM Fell English" w:hAnsi="IM Fell English"/>
          <w:color w:val="141414"/>
          <w:sz w:val="24"/>
        </w:rPr>
        <w:t>Jennifer’s smile returned, smaller and sharper and full of the same trouble that had started the day.</w:t>
      </w:r>
    </w:p>
    <w:p>
      <w:r>
        <w:rPr>
          <w:rFonts w:ascii="IM Fell English" w:hAnsi="IM Fell English"/>
          <w:color w:val="141414"/>
          <w:sz w:val="24"/>
        </w:rPr>
        <w:t>“Clear, Headwife.”</w:t>
      </w:r>
    </w:p>
    <w:p>
      <w:r>
        <w:rPr>
          <w:rFonts w:ascii="IM Fell English" w:hAnsi="IM Fell English"/>
          <w:color w:val="141414"/>
          <w:sz w:val="24"/>
        </w:rPr>
        <w:t>Jackie stood, unlocked the cage only long enough to reach in, find the rape collar under Jennifer’s hair, and leave it locked exactly where it was. She closed the lattice again.</w:t>
      </w:r>
    </w:p>
    <w:p>
      <w:r>
        <w:rPr>
          <w:rFonts w:ascii="IM Fell English" w:hAnsi="IM Fell English"/>
          <w:color w:val="141414"/>
          <w:sz w:val="24"/>
        </w:rPr>
        <w:t>“You wear it until I take it off. Jenna finishes her shift. I report at midnight. And tomorrow the boards stop being provisional.”</w:t>
      </w:r>
    </w:p>
    <w:p>
      <w:r>
        <w:rPr>
          <w:rFonts w:ascii="IM Fell English" w:hAnsi="IM Fell English"/>
          <w:color w:val="141414"/>
          <w:sz w:val="24"/>
        </w:rPr>
        <w:t>Outside the window the lot continued its ordinary late-afternoon business. Inside the shared office the feeds had already told the only story that mattered.</w:t>
      </w:r>
    </w:p>
    <w:p>
      <w:r>
        <w:rPr>
          <w:rFonts w:ascii="IM Fell English" w:hAnsi="IM Fell English"/>
          <w:color w:val="141414"/>
          <w:sz w:val="24"/>
        </w:rPr>
        <w:t>Jennifer stayed on her heels inside the cage, rape collar heavy at her throat, denial still locked in place, and the full weight of every lethal stunt she had ever approved now waiting for her with no one left to talk her out of it.</w:t>
      </w:r>
    </w:p>
    <w:p>
      <w:r>
        <w:rPr>
          <w:rFonts w:ascii="IM Fell English" w:hAnsi="IM Fell English"/>
          <w:i/>
          <w:color w:val="141414"/>
          <w:sz w:val="24"/>
        </w:rPr>
        <w:t>Quebranto</w:t>
      </w:r>
      <w:r>
        <w:rPr>
          <w:rFonts w:ascii="IM Fell English" w:hAnsi="IM Fell English"/>
          <w:color w:val="141414"/>
          <w:sz w:val="24"/>
        </w:rPr>
        <w:t xml:space="preserve"> was no longer just a packet.</w:t>
      </w:r>
    </w:p>
    <w:p>
      <w:r>
        <w:rPr>
          <w:rFonts w:ascii="IM Fell English" w:hAnsi="IM Fell English"/>
          <w:color w:val="141414"/>
          <w:sz w:val="24"/>
        </w:rPr>
        <w:t>It was becoming a sentence.</w:t>
      </w:r>
    </w:p>
    <w:p>
      <w:pPr>
        <w:pStyle w:val="Heading1"/>
        <w:jc w:val="center"/>
      </w:pPr>
      <w:r>
        <w:rPr>
          <w:rFonts w:ascii="IM Fell English" w:hAnsi="IM Fell English"/>
          <w:color w:val="0D0D0D"/>
        </w:rPr>
        <w:t>CHAPTER 8 — FULL APPROVAL</w:t>
      </w:r>
    </w:p>
    <w:p>
      <w:r>
        <w:rPr>
          <w:rFonts w:ascii="IM Fell English" w:hAnsi="IM Fell English"/>
          <w:color w:val="141414"/>
          <w:sz w:val="24"/>
        </w:rPr>
        <w:t>Midnight came and went.</w:t>
      </w:r>
    </w:p>
    <w:p>
      <w:r>
        <w:rPr>
          <w:rFonts w:ascii="IM Fell English" w:hAnsi="IM Fell English"/>
          <w:color w:val="141414"/>
          <w:sz w:val="24"/>
        </w:rPr>
        <w:t>Jackie delivered the report from the shared office with Jennifer still locked in the cage and the rape collar still around her throat. Katie listened in silence. Lilith asked only one question about the secondary release on the lattice. Jackie answered it. The line closed.</w:t>
      </w:r>
    </w:p>
    <w:p>
      <w:r>
        <w:rPr>
          <w:rFonts w:ascii="IM Fell English" w:hAnsi="IM Fell English"/>
          <w:color w:val="141414"/>
          <w:sz w:val="24"/>
        </w:rPr>
        <w:t>At 6:00 the next morning Jenna was already on the floor in her rental collar. Justin knelt beside her desk. Jessica stood behind Jackie. Jennifer remained inside the cage, denied, marked by nothing but the smell of the previous afternoon and the heavy black leather at her throat.</w:t>
      </w:r>
    </w:p>
    <w:p>
      <w:r>
        <w:rPr>
          <w:rFonts w:ascii="IM Fell English" w:hAnsi="IM Fell English"/>
          <w:color w:val="141414"/>
          <w:sz w:val="24"/>
        </w:rPr>
        <w:t>Lena arrived at 8:30 with the revised boards under her arm and a corporate tablet that required two signatures.</w:t>
      </w:r>
    </w:p>
    <w:p>
      <w:r>
        <w:rPr>
          <w:rFonts w:ascii="IM Fell English" w:hAnsi="IM Fell English"/>
          <w:color w:val="141414"/>
          <w:sz w:val="24"/>
        </w:rPr>
        <w:t>She set both on Jackie’s desk.</w:t>
      </w:r>
    </w:p>
    <w:p>
      <w:r>
        <w:rPr>
          <w:rFonts w:ascii="IM Fell English" w:hAnsi="IM Fell English"/>
          <w:color w:val="141414"/>
          <w:sz w:val="24"/>
        </w:rPr>
        <w:t>“Every high practical Jennifer ever initialed is now locked. Building falls, breakaway catwalks, unprotected edges, the full-height exterior drop, the stair-fall sequence, the moving-vehicle drag. Catch crews are instructed to use hard hands only. Pads stay at minimum legal thickness. No further discussion. Corporate wants the signature before the ten-day rental clock ends.”</w:t>
      </w:r>
    </w:p>
    <w:p>
      <w:r>
        <w:rPr>
          <w:rFonts w:ascii="IM Fell English" w:hAnsi="IM Fell English"/>
          <w:color w:val="141414"/>
          <w:sz w:val="24"/>
        </w:rPr>
        <w:t>Jackie took the tablet, scrolled once, and signed with her thumbprint. Then she turned the screen so Jennifer could see it through the bars.</w:t>
      </w:r>
    </w:p>
    <w:p>
      <w:r>
        <w:rPr>
          <w:rFonts w:ascii="IM Fell English" w:hAnsi="IM Fell English"/>
          <w:color w:val="141414"/>
          <w:sz w:val="24"/>
        </w:rPr>
        <w:t>“Your list. Every single one. Signed.”</w:t>
      </w:r>
    </w:p>
    <w:p>
      <w:r>
        <w:rPr>
          <w:rFonts w:ascii="IM Fell English" w:hAnsi="IM Fell English"/>
          <w:color w:val="141414"/>
          <w:sz w:val="24"/>
        </w:rPr>
        <w:t>Jennifer stared at the pages she had once treated like jokes. The twenty-eight-foot catwalk. The forty-foot exterior. The concrete stair run. The vehicle drag that had always been marked “provisional—pending second opinion.” There was no second opinion left.</w:t>
      </w:r>
    </w:p>
    <w:p>
      <w:r>
        <w:rPr>
          <w:rFonts w:ascii="IM Fell English" w:hAnsi="IM Fell English"/>
          <w:color w:val="141414"/>
          <w:sz w:val="24"/>
        </w:rPr>
        <w:t>Her voice came out smaller than usual.</w:t>
      </w:r>
    </w:p>
    <w:p>
      <w:r>
        <w:rPr>
          <w:rFonts w:ascii="IM Fell English" w:hAnsi="IM Fell English"/>
          <w:color w:val="141414"/>
          <w:sz w:val="24"/>
        </w:rPr>
        <w:t>“I was just talking shit.”</w:t>
      </w:r>
    </w:p>
    <w:p>
      <w:r>
        <w:rPr>
          <w:rFonts w:ascii="IM Fell English" w:hAnsi="IM Fell English"/>
          <w:color w:val="141414"/>
          <w:sz w:val="24"/>
        </w:rPr>
        <w:t>Jackie rested both heels on the lattice again.</w:t>
      </w:r>
    </w:p>
    <w:p>
      <w:r>
        <w:rPr>
          <w:rFonts w:ascii="IM Fell English" w:hAnsi="IM Fell English"/>
          <w:color w:val="141414"/>
          <w:sz w:val="24"/>
        </w:rPr>
        <w:t>“You put on my rape collar and collected three hundred and twelve people in thirty-two minutes while the entire table was on a walk-through. Talking shit is over. You will do every sequence exactly as written. You will not ask for thicker pads. You will not complain about hard hands. You will take the falls you signed for.”</w:t>
      </w:r>
    </w:p>
    <w:p>
      <w:r>
        <w:rPr>
          <w:rFonts w:ascii="IM Fell English" w:hAnsi="IM Fell English"/>
          <w:color w:val="141414"/>
          <w:sz w:val="24"/>
        </w:rPr>
        <w:t>Jennifer’s throat moved against the rape collar.</w:t>
      </w:r>
    </w:p>
    <w:p>
      <w:r>
        <w:rPr>
          <w:rFonts w:ascii="IM Fell English" w:hAnsi="IM Fell English"/>
          <w:color w:val="141414"/>
          <w:sz w:val="24"/>
        </w:rPr>
        <w:t>“And if I break something that even I can’t heal before cameras?”</w:t>
      </w:r>
    </w:p>
    <w:p>
      <w:r>
        <w:rPr>
          <w:rFonts w:ascii="IM Fell English" w:hAnsi="IM Fell English"/>
          <w:color w:val="141414"/>
          <w:sz w:val="24"/>
        </w:rPr>
        <w:t>“Then we delay Quebranto until you can, and you spend the delay in the cage with the same ban still in place. Clear?”</w:t>
      </w:r>
    </w:p>
    <w:p>
      <w:r>
        <w:rPr>
          <w:rFonts w:ascii="IM Fell English" w:hAnsi="IM Fell English"/>
          <w:color w:val="141414"/>
          <w:sz w:val="24"/>
        </w:rPr>
        <w:t>Jennifer looked at the tablet a long time. Then the familiar sharp smile returned, thinner and more brittle than usual.</w:t>
      </w:r>
    </w:p>
    <w:p>
      <w:r>
        <w:rPr>
          <w:rFonts w:ascii="IM Fell English" w:hAnsi="IM Fell English"/>
          <w:color w:val="141414"/>
          <w:sz w:val="24"/>
        </w:rPr>
        <w:t>“Clear, Headwife.”</w:t>
      </w:r>
    </w:p>
    <w:p>
      <w:r>
        <w:rPr>
          <w:rFonts w:ascii="IM Fell English" w:hAnsi="IM Fell English"/>
          <w:color w:val="141414"/>
          <w:sz w:val="24"/>
        </w:rPr>
        <w:t>Jackie nodded once to Lena. Lena collected the tablet and left to distribute the locked boards.</w:t>
      </w:r>
    </w:p>
    <w:p>
      <w:r>
        <w:rPr>
          <w:rFonts w:ascii="IM Fell English" w:hAnsi="IM Fell English"/>
          <w:color w:val="141414"/>
          <w:sz w:val="24"/>
        </w:rPr>
        <w:t>The day continued around them. Clearance holders still came for Jenna. She took them without complaint. Justin stayed silent. Jessica remained a quiet shadow. Jennifer watched from the cage, the weight of the new approvals settling over her like a second collar.</w:t>
      </w:r>
    </w:p>
    <w:p>
      <w:r>
        <w:rPr>
          <w:rFonts w:ascii="IM Fell English" w:hAnsi="IM Fell English"/>
          <w:color w:val="141414"/>
          <w:sz w:val="24"/>
        </w:rPr>
        <w:t>At noon, Jackie unlocked  the lattice only long enough for Jennifer to crawl out, stretch, drink water, and crawl back in. The rape collar stayed on. The denial stayed in place. Jackie’s voice stayed calm.</w:t>
      </w:r>
    </w:p>
    <w:p>
      <w:r>
        <w:rPr>
          <w:rFonts w:ascii="IM Fell English" w:hAnsi="IM Fell English"/>
          <w:color w:val="141414"/>
          <w:sz w:val="24"/>
        </w:rPr>
        <w:t>“Ten more days of rental. Then your health check. Then the boards stop being boards. You wanted the falls, mutt. Now you get them.”</w:t>
      </w:r>
    </w:p>
    <w:p>
      <w:r>
        <w:rPr>
          <w:rFonts w:ascii="IM Fell English" w:hAnsi="IM Fell English"/>
          <w:color w:val="141414"/>
          <w:sz w:val="24"/>
        </w:rPr>
        <w:t>Jennifer settled on her side on the floor of the cage, cheek against the cool metal, and stared up through the bars at the woman who had just signed away every safety net she had ever joked about removing.</w:t>
      </w:r>
    </w:p>
    <w:p>
      <w:r>
        <w:rPr>
          <w:rFonts w:ascii="IM Fell English" w:hAnsi="IM Fell English"/>
          <w:color w:val="141414"/>
          <w:sz w:val="24"/>
        </w:rPr>
        <w:t>“Still hate the building falls,” she said softly.</w:t>
      </w:r>
    </w:p>
    <w:p>
      <w:r>
        <w:rPr>
          <w:rFonts w:ascii="IM Fell English" w:hAnsi="IM Fell English"/>
          <w:color w:val="141414"/>
          <w:sz w:val="24"/>
        </w:rPr>
        <w:t>Jackie did not look down from her work.</w:t>
      </w:r>
    </w:p>
    <w:p>
      <w:r>
        <w:rPr>
          <w:rFonts w:ascii="IM Fell English" w:hAnsi="IM Fell English"/>
          <w:color w:val="141414"/>
          <w:sz w:val="24"/>
        </w:rPr>
        <w:t>“Good. Hate them while you do them.”</w:t>
      </w:r>
    </w:p>
    <w:p>
      <w:r>
        <w:rPr>
          <w:rFonts w:ascii="IM Fell English" w:hAnsi="IM Fell English"/>
          <w:color w:val="141414"/>
          <w:sz w:val="24"/>
        </w:rPr>
        <w:t>Outside the window the lot moved through an ordinary afternoon. Inside the shared office the last real-life door had closed. Jenna’s ten-day clock kept running. Jennifer’s list of lethal practicals was no longer a conversation. And Pure Death: Quebranto waited on the other side of the health check with every extreme sequence fully approved and no one left to talk the mutt out of the consequences of her own mouth.</w:t>
      </w:r>
    </w:p>
    <w:p>
      <w:r>
        <w:rPr>
          <w:rFonts w:ascii="IM Fell English" w:hAnsi="IM Fell English"/>
          <w:color w:val="141414"/>
          <w:sz w:val="24"/>
        </w:rPr>
        <w:t>Jennifer closed her eyes, felt the rape collar sit heavy at her throat, and smiled the small, private smile of a woman who had finally been given exactly what she had spent years pretending she did not want.</w:t>
      </w:r>
    </w:p>
    <w:p>
      <w:r>
        <w:rPr>
          <w:rFonts w:ascii="IM Fell English" w:hAnsi="IM Fell English"/>
          <w:color w:val="141414"/>
          <w:sz w:val="24"/>
        </w:rPr>
        <w:t>The falls were coming.</w:t>
      </w:r>
    </w:p>
    <w:p>
      <w:r>
        <w:rPr>
          <w:rFonts w:ascii="IM Fell English" w:hAnsi="IM Fell English"/>
          <w:color w:val="141414"/>
          <w:sz w:val="24"/>
        </w:rPr>
        <w:t>She would take them.</w:t>
      </w:r>
    </w:p>
    <w:p>
      <w:r>
        <w:rPr>
          <w:rFonts w:ascii="IM Fell English" w:hAnsi="IM Fell English"/>
          <w:color w:val="141414"/>
          <w:sz w:val="24"/>
        </w:rPr>
        <w:t>And the bloodline would watch.</w:t>
      </w:r>
    </w:p>
    <w:p>
      <w:pPr>
        <w:pStyle w:val="Heading1"/>
        <w:jc w:val="center"/>
      </w:pPr>
      <w:r>
        <w:rPr>
          <w:rFonts w:ascii="IM Fell English" w:hAnsi="IM Fell English"/>
          <w:color w:val="0D0D0D"/>
        </w:rPr>
        <w:t>CHAPTER 9 — THE GODDESS ON THE STAGE</w:t>
      </w:r>
    </w:p>
    <w:p>
      <w:r>
        <w:rPr>
          <w:rFonts w:ascii="IM Fell English" w:hAnsi="IM Fell English"/>
          <w:color w:val="141414"/>
          <w:sz w:val="24"/>
        </w:rPr>
        <w:t>The lights never went out.</w:t>
      </w:r>
    </w:p>
    <w:p>
      <w:r>
        <w:rPr>
          <w:rFonts w:ascii="IM Fell English" w:hAnsi="IM Fell English"/>
          <w:color w:val="141414"/>
          <w:sz w:val="24"/>
        </w:rPr>
        <w:t>On the three-hundred-and-twelfth day of the 365-day Pure Pain Concert, the main stage of the Black Cathedral still burned under the same brutal white overheads that had never been dimmed since the first Master took the first turn. The air stank of sweat, blood, come, burnt wax, and the copper-sweet reek of open skin that never quite had time to close before the next top arrived.</w:t>
      </w:r>
    </w:p>
    <w:p>
      <w:r>
        <w:rPr>
          <w:rFonts w:ascii="IM Fell English" w:hAnsi="IM Fell English"/>
          <w:color w:val="141414"/>
          <w:sz w:val="24"/>
        </w:rPr>
        <w:t>Jackie hung in the center of it all.</w:t>
      </w:r>
    </w:p>
    <w:p>
      <w:r>
        <w:rPr>
          <w:rFonts w:ascii="IM Fell English" w:hAnsi="IM Fell English"/>
          <w:color w:val="141414"/>
          <w:sz w:val="24"/>
        </w:rPr>
        <w:t>She was suspended from the reinforced ceiling winch by a single heavy steel hook driven through the meat of her upper back, just below the left shoulder blade. The point had been pushed in days earlier and left there; the wound around it had long since stopped trying to seal and simply wept a slow, constant trickle that ran down her spine and over the curve of her ass. Her wrists were locked behind her in heavy iron cuffs bolted to a short chain that forced her shoulders into a permanent, screaming arch. Her ankles were spread wide by a steel spreader bar bolted to the stage floor, toes barely brushing the black rubber surface that had been hosed clean so many times the original color was only a memory.</w:t>
      </w:r>
    </w:p>
    <w:p>
      <w:r>
        <w:rPr>
          <w:rFonts w:ascii="IM Fell English" w:hAnsi="IM Fell English"/>
          <w:color w:val="141414"/>
          <w:sz w:val="24"/>
        </w:rPr>
        <w:t>She was naked except for the thick black leather posture collar that kept her chin forced high and the heavy iron ring that pierced both nipples and connected them with a short chain. Every breath made the chain pull. Every shift of weight made the hook in her back grind against bone.</w:t>
      </w:r>
    </w:p>
    <w:p>
      <w:r>
        <w:rPr>
          <w:rFonts w:ascii="IM Fell English" w:hAnsi="IM Fell English"/>
          <w:color w:val="141414"/>
          <w:sz w:val="24"/>
        </w:rPr>
        <w:t>She had been on that hook for eleven hours.</w:t>
      </w:r>
    </w:p>
    <w:p>
      <w:r>
        <w:rPr>
          <w:rFonts w:ascii="IM Fell English" w:hAnsi="IM Fell English"/>
          <w:color w:val="141414"/>
          <w:sz w:val="24"/>
        </w:rPr>
        <w:t>The current Master was a Japanese rope specialist named only as Kuro in the program. He worked in silence, winding fresh jute over the older, blood-stiffened ropes that already mapped Jackie’s torso in deep, purple grooves. Each new pass dug into the open welts left by the flogger from the previous hour. When he finished the chest harness he stepped back, admired the way her breasts were forced into tight, swollen peaks, then reached up and gave the nipple chain a short, vicious yank.</w:t>
      </w:r>
    </w:p>
    <w:p>
      <w:r>
        <w:rPr>
          <w:rFonts w:ascii="IM Fell English" w:hAnsi="IM Fell English"/>
          <w:color w:val="141414"/>
          <w:sz w:val="24"/>
        </w:rPr>
        <w:t>Jackie’s body jerked on the hook. A wet, broken sound left her throat. The crowd—three thousand hardcore sadists from every corner of the world—answered with a low, appreciative murmur that rolled through the Cathedral like distant thunder.</w:t>
      </w:r>
    </w:p>
    <w:p>
      <w:r>
        <w:rPr>
          <w:rFonts w:ascii="IM Fell English" w:hAnsi="IM Fell English"/>
          <w:color w:val="141414"/>
          <w:sz w:val="24"/>
        </w:rPr>
        <w:t>Kuro selected a thin, flexible rattan cane from the rolling cart. He did not warm her up. He simply measured the distance, exhaled, and began.</w:t>
      </w:r>
    </w:p>
    <w:p>
      <w:r>
        <w:rPr>
          <w:rFonts w:ascii="IM Fell English" w:hAnsi="IM Fell English"/>
          <w:color w:val="141414"/>
          <w:sz w:val="24"/>
        </w:rPr>
        <w:t>The first stroke landed across the soft underside of both breasts. The second crossed the first at a sharp angle. The third split the fresh welt open. Blood welled in thin bright lines and ran down over the rope marks. Jackie’s mouth opened in a silent scream that the posture collar turned into a strangled, animal noise. Kuro did not stop. He worked the cane in a steady, methodical rhythm—breasts, belly, the tender crease where thigh met hip, the already ruined soles of her feet—until the front of her body was a wet red map and her breathing had become a continuous wet hitch.</w:t>
      </w:r>
    </w:p>
    <w:p>
      <w:r>
        <w:rPr>
          <w:rFonts w:ascii="IM Fell English" w:hAnsi="IM Fell English"/>
          <w:color w:val="141414"/>
          <w:sz w:val="24"/>
        </w:rPr>
        <w:t>When he finally set the cane down he stepped between her forced-open legs, freed his cock, and drove into her cunt in one brutal thrust that lifted her higher on the hook. The steel point ground deeper into her back. Jackie’s eyes rolled white. Kuro fucked her with the same silent precision he had used on the rope, one hand locked around the nipple chain, the other braced on her hip, using the swing of her suspended body to drive himself deeper on every stroke. When he came he did not pull out; he simply stayed buried and ground against her cervix until the last pulse finished, then stepped away and left her dripping.</w:t>
      </w:r>
    </w:p>
    <w:p>
      <w:r>
        <w:rPr>
          <w:rFonts w:ascii="IM Fell English" w:hAnsi="IM Fell English"/>
          <w:color w:val="141414"/>
          <w:sz w:val="24"/>
        </w:rPr>
        <w:t>The stage crew moved in with the efficiency of people who had done this three hundred and eleven times before. They lowered the winch just enough to unhook her from the ceiling, carried her to the low medical bench at the side of the stage, and began the six-minute reset: clean the worst of the blood, check the hook wound, replace any rope that had cut too deep, force water and a high-calorie gel pack into her mouth, then hoist her back onto the next configuration before the following Master’s timer started.</w:t>
      </w:r>
    </w:p>
    <w:p>
      <w:r>
        <w:rPr>
          <w:rFonts w:ascii="IM Fell English" w:hAnsi="IM Fell English"/>
          <w:color w:val="141414"/>
          <w:sz w:val="24"/>
        </w:rPr>
        <w:t>Jackie’s eyes stayed open the entire time. She did not speak. She had stopped speaking on day forty-seven. The only sounds she made now were the ones beaten, cut, or fucked out of her.</w:t>
      </w:r>
    </w:p>
    <w:p>
      <w:r>
        <w:rPr>
          <w:rFonts w:ascii="IM Fell English" w:hAnsi="IM Fell English"/>
          <w:color w:val="141414"/>
          <w:sz w:val="24"/>
        </w:rPr>
        <w:t>In the front row, a woman in a severe black suit and blood-red gloves watched without blinking.</w:t>
      </w:r>
    </w:p>
    <w:p>
      <w:r>
        <w:rPr>
          <w:rFonts w:ascii="IM Fell English" w:hAnsi="IM Fell English"/>
          <w:color w:val="141414"/>
          <w:sz w:val="24"/>
        </w:rPr>
        <w:t>She had arrived three days earlier under clean, expensive credentials that listed her only as an international private Mistress with a premium ringside package. Her bank draft had cleared without question. Her security file was perfect. No one in the Cathedral staff had any reason to look twice at the elegant, cold-eyed woman who never once took a turn on the stage herself and seemed content only to observe.</w:t>
      </w:r>
    </w:p>
    <w:p>
      <w:r>
        <w:rPr>
          <w:rFonts w:ascii="IM Fell English" w:hAnsi="IM Fell English"/>
          <w:color w:val="141414"/>
          <w:sz w:val="24"/>
        </w:rPr>
        <w:t>Jennifer sat with her legs crossed, red gloves folded neatly in her lap, and counted Jackie’s breaths.</w:t>
      </w:r>
    </w:p>
    <w:p>
      <w:r>
        <w:rPr>
          <w:rFonts w:ascii="IM Fell English" w:hAnsi="IM Fell English"/>
          <w:color w:val="141414"/>
          <w:sz w:val="24"/>
        </w:rPr>
        <w:t>She had already located the two bodyguards.</w:t>
      </w:r>
    </w:p>
    <w:p>
      <w:r>
        <w:rPr>
          <w:rFonts w:ascii="IM Fell English" w:hAnsi="IM Fell English"/>
          <w:color w:val="141414"/>
          <w:sz w:val="24"/>
        </w:rPr>
        <w:t>Jenna stood at stage left in black tactical gear, eyes constantly moving, one hand never far from the concealed blade at her hip. Justin mirrored her at stage right. Both of them had the hard, quiet posture of people who had killed before and expected to do it again before the concert ended. Neither of them looked at the woman in the red gloves for longer than a professional scan required.</w:t>
      </w:r>
    </w:p>
    <w:p>
      <w:r>
        <w:rPr>
          <w:rFonts w:ascii="IM Fell English" w:hAnsi="IM Fell English"/>
          <w:color w:val="141414"/>
          <w:sz w:val="24"/>
        </w:rPr>
        <w:t>Jennifer smiled with only the corner of her mouth.</w:t>
      </w:r>
    </w:p>
    <w:p>
      <w:r>
        <w:rPr>
          <w:rFonts w:ascii="IM Fell English" w:hAnsi="IM Fell English"/>
          <w:color w:val="141414"/>
          <w:sz w:val="24"/>
        </w:rPr>
        <w:t>On the stage the crew finished the reset. The next Master—a heavyset German who specialized in heavy impact and needles—was already walking up the steps with a case of stainless steel spikes under one arm. Jackie was winched back into position, this time face-down, arms forced behind her in a reverse prayer, the same ceiling hook now driven through the meat of her right shoulder so the previous wound could drain.</w:t>
      </w:r>
    </w:p>
    <w:p>
      <w:r>
        <w:rPr>
          <w:rFonts w:ascii="IM Fell English" w:hAnsi="IM Fell English"/>
          <w:color w:val="141414"/>
          <w:sz w:val="24"/>
        </w:rPr>
        <w:t>The German opened his case.</w:t>
      </w:r>
    </w:p>
    <w:p>
      <w:r>
        <w:rPr>
          <w:rFonts w:ascii="IM Fell English" w:hAnsi="IM Fell English"/>
          <w:color w:val="141414"/>
          <w:sz w:val="24"/>
        </w:rPr>
        <w:t>Jennifer checked the slim black timer on the inside of her left wrist.</w:t>
      </w:r>
    </w:p>
    <w:p>
      <w:r>
        <w:rPr>
          <w:rFonts w:ascii="IM Fell English" w:hAnsi="IM Fell English"/>
          <w:color w:val="141414"/>
          <w:sz w:val="24"/>
        </w:rPr>
        <w:t>Fourteen minutes.</w:t>
      </w:r>
    </w:p>
    <w:p>
      <w:r>
        <w:rPr>
          <w:rFonts w:ascii="IM Fell English" w:hAnsi="IM Fell English"/>
          <w:color w:val="141414"/>
          <w:sz w:val="24"/>
        </w:rPr>
        <w:t>That was how long the German usually took to turn a body into a screaming, bleeding pin-cushion before he fucked the result. Fourteen minutes was enough time to finish the last of the mental checklist.</w:t>
      </w:r>
    </w:p>
    <w:p>
      <w:r>
        <w:rPr>
          <w:rFonts w:ascii="IM Fell English" w:hAnsi="IM Fell English"/>
          <w:color w:val="141414"/>
          <w:sz w:val="24"/>
        </w:rPr>
        <w:t>Stage exits mapped.</w:t>
      </w:r>
      <w:r>
        <w:rPr>
          <w:rFonts w:ascii="IM Fell English" w:hAnsi="IM Fell English"/>
          <w:color w:val="141414"/>
          <w:sz w:val="24"/>
        </w:rPr>
      </w:r>
      <w:r>
        <w:rPr>
          <w:rFonts w:ascii="IM Fell English" w:hAnsi="IM Fell English"/>
          <w:color w:val="141414"/>
          <w:sz w:val="24"/>
        </w:rPr>
        <w:t>Bodyguard sight lines confirmed.</w:t>
      </w:r>
      <w:r>
        <w:rPr>
          <w:rFonts w:ascii="IM Fell English" w:hAnsi="IM Fell English"/>
          <w:color w:val="141414"/>
          <w:sz w:val="24"/>
        </w:rPr>
      </w:r>
      <w:r>
        <w:rPr>
          <w:rFonts w:ascii="IM Fell English" w:hAnsi="IM Fell English"/>
          <w:color w:val="141414"/>
          <w:sz w:val="24"/>
        </w:rPr>
        <w:t>Secondary escape route through the service corridor under the east seating bank still clear.</w:t>
      </w:r>
      <w:r>
        <w:rPr>
          <w:rFonts w:ascii="IM Fell English" w:hAnsi="IM Fell English"/>
          <w:color w:val="141414"/>
          <w:sz w:val="24"/>
        </w:rPr>
      </w:r>
      <w:r>
        <w:rPr>
          <w:rFonts w:ascii="IM Fell English" w:hAnsi="IM Fell English"/>
          <w:color w:val="141414"/>
          <w:sz w:val="24"/>
        </w:rPr>
        <w:t>The small, matte-black ceramic blade sewn into the lining of her right glove still exactly where it belonged.</w:t>
      </w:r>
    </w:p>
    <w:p>
      <w:r>
        <w:rPr>
          <w:rFonts w:ascii="IM Fell English" w:hAnsi="IM Fell English"/>
          <w:color w:val="141414"/>
          <w:sz w:val="24"/>
        </w:rPr>
        <w:t>Jennifer settled deeper into her seat and watched the first long steel needle slide into the meat of Jackie’s left ass cheek all the way to the hub.</w:t>
      </w:r>
    </w:p>
    <w:p>
      <w:r>
        <w:rPr>
          <w:rFonts w:ascii="IM Fell English" w:hAnsi="IM Fell English"/>
          <w:color w:val="141414"/>
          <w:sz w:val="24"/>
        </w:rPr>
        <w:t>Jackie made a sound that was almost a laugh.</w:t>
      </w:r>
    </w:p>
    <w:p>
      <w:r>
        <w:rPr>
          <w:rFonts w:ascii="IM Fell English" w:hAnsi="IM Fell English"/>
          <w:color w:val="141414"/>
          <w:sz w:val="24"/>
        </w:rPr>
        <w:t>The German twisted the needle, pushed a second one in beside it, and reached for the next.</w:t>
      </w:r>
    </w:p>
    <w:p>
      <w:r>
        <w:rPr>
          <w:rFonts w:ascii="IM Fell English" w:hAnsi="IM Fell English"/>
          <w:color w:val="141414"/>
          <w:sz w:val="24"/>
        </w:rPr>
        <w:t>In the front row the woman in the red gloves never looked away.</w:t>
      </w:r>
    </w:p>
    <w:p>
      <w:r>
        <w:rPr>
          <w:rFonts w:ascii="IM Fell English" w:hAnsi="IM Fell English"/>
          <w:color w:val="141414"/>
          <w:sz w:val="24"/>
        </w:rPr>
        <w:t>The Goddess of Painful Pleasure hung on her hook and bled for the three-thousandth time.</w:t>
      </w:r>
    </w:p>
    <w:p>
      <w:r>
        <w:rPr>
          <w:rFonts w:ascii="IM Fell English" w:hAnsi="IM Fell English"/>
          <w:color w:val="141414"/>
          <w:sz w:val="24"/>
        </w:rPr>
        <w:t>And the Ghost waited for the moment the lights would finally, briefly, go out.</w:t>
      </w:r>
    </w:p>
    <w:p>
      <w:pPr>
        <w:pStyle w:val="Heading1"/>
        <w:jc w:val="center"/>
      </w:pPr>
      <w:r>
        <w:rPr>
          <w:rFonts w:ascii="IM Fell English" w:hAnsi="IM Fell English"/>
          <w:color w:val="0D0D0D"/>
        </w:rPr>
        <w:t>CHAPTER 10 — THE GODDESS OF KNIVES</w:t>
      </w:r>
    </w:p>
    <w:p>
      <w:r>
        <w:rPr>
          <w:rFonts w:ascii="IM Fell English" w:hAnsi="IM Fell English"/>
          <w:color w:val="141414"/>
          <w:sz w:val="24"/>
        </w:rPr>
        <w:t>The German finished and stepped away, leaving Jackie hanging with forty-three needles still buried in her flesh. The reset crew had only begun to move when the next name was called.</w:t>
      </w:r>
    </w:p>
    <w:p>
      <w:r>
        <w:rPr>
          <w:rFonts w:ascii="IM Fell English" w:hAnsi="IM Fell English"/>
          <w:color w:val="141414"/>
          <w:sz w:val="24"/>
        </w:rPr>
        <w:t>“Goddess of Knives.”</w:t>
      </w:r>
    </w:p>
    <w:p>
      <w:r>
        <w:rPr>
          <w:rFonts w:ascii="IM Fell English" w:hAnsi="IM Fell English"/>
          <w:color w:val="141414"/>
          <w:sz w:val="24"/>
        </w:rPr>
        <w:t>A woman in a severe black suit and blood-red gloves walked up the side steps as though she owned the light. Her credentials cleared without a second glance. She carried nothing visible except the quiet confidence of someone who had paid the highest premium ring and simply wished to work.</w:t>
      </w:r>
    </w:p>
    <w:p>
      <w:r>
        <w:rPr>
          <w:rFonts w:ascii="IM Fell English" w:hAnsi="IM Fell English"/>
          <w:color w:val="141414"/>
          <w:sz w:val="24"/>
        </w:rPr>
        <w:t>Jennifer stopped in front of the suspended body, looked at the needles, the hook, the open wounds, and smiled with only the corner of her mouth.</w:t>
      </w:r>
    </w:p>
    <w:p>
      <w:r>
        <w:rPr>
          <w:rFonts w:ascii="IM Fell English" w:hAnsi="IM Fell English"/>
          <w:color w:val="141414"/>
          <w:sz w:val="24"/>
        </w:rPr>
        <w:t>She reached between her own legs, unbuckled the hidden harness, and brought out the weapon the entire Cathedral recognized in the same breath.</w:t>
      </w:r>
    </w:p>
    <w:p>
      <w:r>
        <w:rPr>
          <w:rFonts w:ascii="IM Fell English" w:hAnsi="IM Fell English"/>
          <w:color w:val="141414"/>
          <w:sz w:val="24"/>
        </w:rPr>
        <w:t>The golden cunt dagger.</w:t>
      </w:r>
    </w:p>
    <w:p>
      <w:r>
        <w:rPr>
          <w:rFonts w:ascii="IM Fell English" w:hAnsi="IM Fell English"/>
          <w:color w:val="141414"/>
          <w:sz w:val="24"/>
        </w:rPr>
        <w:t>The thick, polished handle was already slick from her. The blade that extended from the other end caught the stage lights and threw them back in a hard yellow flash. A low, collective sound moved through the three thousand seats. Everyone who had ever been inside the high table’s world knew that dagger. Jackie had given it to one person only—on their honeymoon.</w:t>
      </w:r>
    </w:p>
    <w:p>
      <w:r>
        <w:rPr>
          <w:rFonts w:ascii="IM Fell English" w:hAnsi="IM Fell English"/>
          <w:color w:val="141414"/>
          <w:sz w:val="24"/>
        </w:rPr>
        <w:t>The Ghost had come to work.</w:t>
      </w:r>
    </w:p>
    <w:p>
      <w:r>
        <w:rPr>
          <w:rFonts w:ascii="IM Fell English" w:hAnsi="IM Fell English"/>
          <w:color w:val="141414"/>
          <w:sz w:val="24"/>
        </w:rPr>
        <w:t>Jennifer stepped between Jackie’s forced-open thighs, guided the golden blade to her cunt, and pushed it in to the hilt in one slow, continuous thrust. Jackie’s body arched hard on the hook. A wet, broken sound tore out of her despite the needles still pinning her lip. Jennifer fucked her with the dagger the way she had always fucked her—deep, precise, and utterly without mercy—while the handle worked inside her own body with every stroke.</w:t>
      </w:r>
    </w:p>
    <w:p>
      <w:r>
        <w:rPr>
          <w:rFonts w:ascii="IM Fell English" w:hAnsi="IM Fell English"/>
          <w:color w:val="141414"/>
          <w:sz w:val="24"/>
        </w:rPr>
        <w:t>At the same time her red-gloved hands brought out the karambit and the combat knives.</w:t>
      </w:r>
    </w:p>
    <w:p>
      <w:r>
        <w:rPr>
          <w:rFonts w:ascii="IM Fell English" w:hAnsi="IM Fell English"/>
          <w:color w:val="141414"/>
          <w:sz w:val="24"/>
        </w:rPr>
        <w:t>She cut while she fucked.</w:t>
      </w:r>
    </w:p>
    <w:p>
      <w:r>
        <w:rPr>
          <w:rFonts w:ascii="IM Fell English" w:hAnsi="IM Fell English"/>
          <w:color w:val="141414"/>
          <w:sz w:val="24"/>
        </w:rPr>
        <w:t>Long, shallow, expert lines opened across Jackie’s belly, the insides of her thighs, the soft undersides of her arms. Deeper punctures found the places that would bleed freely without dropping her in the first minute. Jennifer knew the body under her better than anyone alive. She kept the arteries intact. She kept the lungs working. She kept Jackie conscious and breathing and able to feel every new wound.</w:t>
      </w:r>
    </w:p>
    <w:p>
      <w:r>
        <w:rPr>
          <w:rFonts w:ascii="IM Fell English" w:hAnsi="IM Fell English"/>
          <w:color w:val="141414"/>
          <w:sz w:val="24"/>
        </w:rPr>
        <w:t>The crowd still thought it was the most extreme performance of the entire 365 days.</w:t>
      </w:r>
    </w:p>
    <w:p>
      <w:r>
        <w:rPr>
          <w:rFonts w:ascii="IM Fell English" w:hAnsi="IM Fell English"/>
          <w:color w:val="141414"/>
          <w:sz w:val="24"/>
        </w:rPr>
        <w:t>Jennifer leaned in, lips almost touching Jackie’s ear, and whispered the only word that mattered.</w:t>
      </w:r>
    </w:p>
    <w:p>
      <w:r>
        <w:rPr>
          <w:rFonts w:ascii="IM Fell English" w:hAnsi="IM Fell English"/>
          <w:color w:val="141414"/>
          <w:sz w:val="24"/>
        </w:rPr>
        <w:t>“Quebranto.”</w:t>
      </w:r>
    </w:p>
    <w:p>
      <w:r>
        <w:rPr>
          <w:rFonts w:ascii="IM Fell English" w:hAnsi="IM Fell English"/>
          <w:color w:val="141414"/>
          <w:sz w:val="24"/>
        </w:rPr>
        <w:t>Then she pulled the golden cunt dagger free, wiped the blade once across Jackie’s open thigh, and walked off the stage the same way she had arrived—calm, unhurried, already disappearing toward the east service corridor.</w:t>
      </w:r>
    </w:p>
    <w:p>
      <w:r>
        <w:rPr>
          <w:rFonts w:ascii="IM Fell English" w:hAnsi="IM Fell English"/>
          <w:color w:val="141414"/>
          <w:sz w:val="24"/>
        </w:rPr>
        <w:t>Jackie did not fall.</w:t>
      </w:r>
    </w:p>
    <w:p>
      <w:r>
        <w:rPr>
          <w:rFonts w:ascii="IM Fell English" w:hAnsi="IM Fell English"/>
          <w:color w:val="141414"/>
          <w:sz w:val="24"/>
        </w:rPr>
        <w:t>She hung on the hook, newly opened in a dozen places, blood running brighter and faster than before, and she continued.</w:t>
      </w:r>
    </w:p>
    <w:p>
      <w:r>
        <w:rPr>
          <w:rFonts w:ascii="IM Fell English" w:hAnsi="IM Fell English"/>
          <w:color w:val="141414"/>
          <w:sz w:val="24"/>
        </w:rPr>
        <w:t>The next scheduled Mistress was already walking up the steps.</w:t>
      </w:r>
    </w:p>
    <w:p>
      <w:r>
        <w:rPr>
          <w:rFonts w:ascii="IM Fell English" w:hAnsi="IM Fell English"/>
          <w:color w:val="141414"/>
          <w:sz w:val="24"/>
        </w:rPr>
        <w:t>Sekhmet.</w:t>
      </w:r>
    </w:p>
    <w:p>
      <w:r>
        <w:rPr>
          <w:rFonts w:ascii="IM Fell English" w:hAnsi="IM Fell English"/>
          <w:color w:val="141414"/>
          <w:sz w:val="24"/>
        </w:rPr>
        <w:t>The High Priestess of the table. The woman who had owned Jackie before the high table ever held her contract. She took one look at the body on the hook and the unmistakable golden dagger left gleaming on the medical bench, and her face went cold.</w:t>
      </w:r>
    </w:p>
    <w:p>
      <w:r>
        <w:rPr>
          <w:rFonts w:ascii="IM Fell English" w:hAnsi="IM Fell English"/>
          <w:color w:val="141414"/>
          <w:sz w:val="24"/>
        </w:rPr>
        <w:t>She began her routine anyway.</w:t>
      </w:r>
    </w:p>
    <w:p>
      <w:r>
        <w:rPr>
          <w:rFonts w:ascii="IM Fell English" w:hAnsi="IM Fell English"/>
          <w:color w:val="141414"/>
          <w:sz w:val="24"/>
        </w:rPr>
        <w:t>She worked Jackie with the same controlled, expert violence every other top in the Cathedral used—pain that stayed on the correct side of permanent, blood that could still be cleaned, a body that would still be worth billions when the lights finally dimmed. But something was wrong. Sekhmet felt it in the first five minutes. Jackie’s reactions were slower. The bleeding from the new cuts was not slowing. The eyes that had never closed in three hundred and twelve days were starting to lose focus.</w:t>
      </w:r>
    </w:p>
    <w:p>
      <w:r>
        <w:rPr>
          <w:rFonts w:ascii="IM Fell English" w:hAnsi="IM Fell English"/>
          <w:color w:val="141414"/>
          <w:sz w:val="24"/>
        </w:rPr>
        <w:t>Sekhmet did not stop.</w:t>
      </w:r>
    </w:p>
    <w:p>
      <w:r>
        <w:rPr>
          <w:rFonts w:ascii="IM Fell English" w:hAnsi="IM Fell English"/>
          <w:color w:val="141414"/>
          <w:sz w:val="24"/>
        </w:rPr>
        <w:t>She fucked her. She cut her in the safe places. She held her up when the winch began to slip. She kept the performance alive by sheer will and the absolute refusal to let the Goddess of Painful Pleasure drop in the middle of her set.</w:t>
      </w:r>
    </w:p>
    <w:p>
      <w:r>
        <w:rPr>
          <w:rFonts w:ascii="IM Fell English" w:hAnsi="IM Fell English"/>
          <w:color w:val="141414"/>
          <w:sz w:val="24"/>
        </w:rPr>
        <w:t>It lasted another twenty-seven minutes.</w:t>
      </w:r>
    </w:p>
    <w:p>
      <w:r>
        <w:rPr>
          <w:rFonts w:ascii="IM Fell English" w:hAnsi="IM Fell English"/>
          <w:color w:val="141414"/>
          <w:sz w:val="24"/>
        </w:rPr>
        <w:t>Then Jackie’s body finally went slack on the hook.</w:t>
      </w:r>
    </w:p>
    <w:p>
      <w:r>
        <w:rPr>
          <w:rFonts w:ascii="IM Fell English" w:hAnsi="IM Fell English"/>
          <w:color w:val="141414"/>
          <w:sz w:val="24"/>
        </w:rPr>
        <w:t>Sekhmet caught her around the waist, lowered her with the help of the frozen stage crew, and knelt on the black rubber with Jackie’s head in her hands. Blood soaked through both of them. The Cathedral had gone completely silent.</w:t>
      </w:r>
    </w:p>
    <w:p>
      <w:r>
        <w:rPr>
          <w:rFonts w:ascii="IM Fell English" w:hAnsi="IM Fell English"/>
          <w:color w:val="141414"/>
          <w:sz w:val="24"/>
        </w:rPr>
        <w:t>Sekhmet looked down at the ruined face of her former slave and whispered, soft enough that only the nearest microphones caught it,</w:t>
      </w:r>
    </w:p>
    <w:p>
      <w:r>
        <w:rPr>
          <w:rFonts w:ascii="IM Fell English" w:hAnsi="IM Fell English"/>
          <w:color w:val="141414"/>
          <w:sz w:val="24"/>
        </w:rPr>
        <w:t>“You do not have my permission to die, slave.”</w:t>
      </w:r>
    </w:p>
    <w:p>
      <w:r>
        <w:rPr>
          <w:rFonts w:ascii="IM Fell English" w:hAnsi="IM Fell English"/>
          <w:color w:val="141414"/>
          <w:sz w:val="24"/>
        </w:rPr>
        <w:t>She snapped her fingers once.</w:t>
      </w:r>
    </w:p>
    <w:p>
      <w:r>
        <w:rPr>
          <w:rFonts w:ascii="IM Fell English" w:hAnsi="IM Fell English"/>
          <w:color w:val="141414"/>
          <w:sz w:val="24"/>
        </w:rPr>
        <w:t>It was not a command for Jenna or Justin.</w:t>
      </w:r>
    </w:p>
    <w:p>
      <w:r>
        <w:rPr>
          <w:rFonts w:ascii="IM Fell English" w:hAnsi="IM Fell English"/>
          <w:color w:val="141414"/>
          <w:sz w:val="24"/>
        </w:rPr>
        <w:t>Vex was already moving.</w:t>
      </w:r>
    </w:p>
    <w:p>
      <w:r>
        <w:rPr>
          <w:rFonts w:ascii="IM Fell English" w:hAnsi="IM Fell English"/>
          <w:color w:val="141414"/>
          <w:sz w:val="24"/>
        </w:rPr>
        <w:t>The blind assassin crossed the stage without sound, found the two bodyguards by the noise of their boots and the panic in their breathing, and ended them with the same clinical precision her teacher had once drilled into her. Jenna dropped first, throat opened before her blade cleared the sheath. Justin managed half a step before the second cut took him under the ribs and up. Both bodies hit the stage within three seconds of each other.</w:t>
      </w:r>
    </w:p>
    <w:p>
      <w:r>
        <w:rPr>
          <w:rFonts w:ascii="IM Fell English" w:hAnsi="IM Fell English"/>
          <w:color w:val="141414"/>
          <w:sz w:val="24"/>
        </w:rPr>
        <w:t>Vex straightened, head tilted toward the wet, failing sound of Jackie’s breath, then turned and walked toward the private upper stairs that led to the high table.</w:t>
      </w:r>
    </w:p>
    <w:p>
      <w:r>
        <w:rPr>
          <w:rFonts w:ascii="IM Fell English" w:hAnsi="IM Fell English"/>
          <w:color w:val="141414"/>
          <w:sz w:val="24"/>
        </w:rPr>
        <w:t>Behind her, Sekhmet remained on her knees in the center of the stage, cradling Jackie’s head, blood running over both of them under the lights that still had not gone out.</w:t>
      </w:r>
    </w:p>
    <w:p>
      <w:r>
        <w:rPr>
          <w:rFonts w:ascii="IM Fell English" w:hAnsi="IM Fell English"/>
          <w:color w:val="141414"/>
          <w:sz w:val="24"/>
        </w:rPr>
        <w:t>The Goddess of Knives was already gone into the maintenance levels.</w:t>
      </w:r>
    </w:p>
    <w:p>
      <w:r>
        <w:rPr>
          <w:rFonts w:ascii="IM Fell English" w:hAnsi="IM Fell English"/>
          <w:color w:val="141414"/>
          <w:sz w:val="24"/>
        </w:rPr>
        <w:t>The Goddess of Painful Pleasure was no longer performing.</w:t>
      </w:r>
    </w:p>
    <w:p>
      <w:r>
        <w:rPr>
          <w:rFonts w:ascii="IM Fell English" w:hAnsi="IM Fell English"/>
          <w:color w:val="141414"/>
          <w:sz w:val="24"/>
        </w:rPr>
        <w:t>And the only student The Ghost had ever fully trained was on her way to demand the contract.</w:t>
      </w:r>
    </w:p>
    <w:p>
      <w:pPr>
        <w:pStyle w:val="Heading1"/>
        <w:jc w:val="center"/>
      </w:pPr>
      <w:r>
        <w:rPr>
          <w:rFonts w:ascii="IM Fell English" w:hAnsi="IM Fell English"/>
          <w:color w:val="0D0D0D"/>
        </w:rPr>
        <w:t>CHAPTER 11 — THE HIGH TABLE</w:t>
      </w:r>
    </w:p>
    <w:p>
      <w:r>
        <w:rPr>
          <w:rFonts w:ascii="IM Fell English" w:hAnsi="IM Fell English"/>
          <w:color w:val="141414"/>
          <w:sz w:val="24"/>
        </w:rPr>
        <w:t>Vex climbed the private stairs without hurry.</w:t>
      </w:r>
    </w:p>
    <w:p>
      <w:r>
        <w:rPr>
          <w:rFonts w:ascii="IM Fell English" w:hAnsi="IM Fell English"/>
          <w:color w:val="141414"/>
          <w:sz w:val="24"/>
        </w:rPr>
        <w:t>The blood of the two failed bodyguards was still warm on her hands and the front of her shift. She did not wipe it off. She navigated by the sound of her own breathing, the faint electronic hum of the security locks, and the growing noise of bodies and grief that leaked under the soundproofed door of the upper chamber.</w:t>
      </w:r>
    </w:p>
    <w:p>
      <w:r>
        <w:rPr>
          <w:rFonts w:ascii="IM Fell English" w:hAnsi="IM Fell English"/>
          <w:color w:val="141414"/>
          <w:sz w:val="24"/>
        </w:rPr>
        <w:t>She opened it herself.</w:t>
      </w:r>
    </w:p>
    <w:p>
      <w:r>
        <w:rPr>
          <w:rFonts w:ascii="IM Fell English" w:hAnsi="IM Fell English"/>
          <w:color w:val="141414"/>
          <w:sz w:val="24"/>
        </w:rPr>
        <w:t>The high table was already in the middle of it.</w:t>
      </w:r>
    </w:p>
    <w:p>
      <w:r>
        <w:rPr>
          <w:rFonts w:ascii="IM Fell English" w:hAnsi="IM Fell English"/>
          <w:color w:val="141414"/>
          <w:sz w:val="24"/>
        </w:rPr>
        <w:t>Katie had the thick black strap buckled on and was buried to the hilt in Lilith, bending her first wife over the long black table with a force that made the heavy wood complain. Lilith’s sounds were raw and continuous. Ashley was on her back across three chairs, Lena’s face locked between her thighs, Marcus fucking Lena from behind in the same merciless rhythm. The air stank of sex, sweat, and the metallic ghost of the blood still drying two floors below.</w:t>
      </w:r>
    </w:p>
    <w:p>
      <w:r>
        <w:rPr>
          <w:rFonts w:ascii="IM Fell English" w:hAnsi="IM Fell English"/>
          <w:color w:val="141414"/>
          <w:sz w:val="24"/>
        </w:rPr>
        <w:t>No one had spoken Jackie’s name.</w:t>
      </w:r>
    </w:p>
    <w:p>
      <w:r>
        <w:rPr>
          <w:rFonts w:ascii="IM Fell English" w:hAnsi="IM Fell English"/>
          <w:color w:val="141414"/>
          <w:sz w:val="24"/>
        </w:rPr>
        <w:t>They were simply trying to fuck the hole she had left out of existence.</w:t>
      </w:r>
    </w:p>
    <w:p>
      <w:r>
        <w:rPr>
          <w:rFonts w:ascii="IM Fell English" w:hAnsi="IM Fell English"/>
          <w:color w:val="141414"/>
          <w:sz w:val="24"/>
        </w:rPr>
        <w:t>Vex stood in the open doorway and waited.</w:t>
      </w:r>
    </w:p>
    <w:p>
      <w:r>
        <w:rPr>
          <w:rFonts w:ascii="IM Fell English" w:hAnsi="IM Fell English"/>
          <w:color w:val="141414"/>
          <w:sz w:val="24"/>
        </w:rPr>
        <w:t>Katie was the first to notice the new presence. She did not pull out of Lilith. She only turned her head, still thrusting, and looked at the blind woman who had just killed the two people charged with keeping the Goddess alive.</w:t>
      </w:r>
    </w:p>
    <w:p>
      <w:r>
        <w:rPr>
          <w:rFonts w:ascii="IM Fell English" w:hAnsi="IM Fell English"/>
          <w:color w:val="141414"/>
          <w:sz w:val="24"/>
        </w:rPr>
        <w:t>“Report.”</w:t>
      </w:r>
    </w:p>
    <w:p>
      <w:r>
        <w:rPr>
          <w:rFonts w:ascii="IM Fell English" w:hAnsi="IM Fell English"/>
          <w:color w:val="141414"/>
          <w:sz w:val="24"/>
        </w:rPr>
        <w:t>Vex’s voice was soft and steady.</w:t>
      </w:r>
    </w:p>
    <w:p>
      <w:r>
        <w:rPr>
          <w:rFonts w:ascii="IM Fell English" w:hAnsi="IM Fell English"/>
          <w:color w:val="141414"/>
          <w:sz w:val="24"/>
        </w:rPr>
        <w:t>“The bodyguards failed. I retired them. The Ghost used the golden cunt dagger. Everyone in the Cathedral knows it was her. High Priestess Sekhmet has the Goddess on the stage. She says the Goddess does not have permission to die.”</w:t>
      </w:r>
    </w:p>
    <w:p>
      <w:r>
        <w:rPr>
          <w:rFonts w:ascii="IM Fell English" w:hAnsi="IM Fell English"/>
          <w:color w:val="141414"/>
          <w:sz w:val="24"/>
        </w:rPr>
        <w:t>Katie drove into Lilith once more, hard enough to push a broken cry out of her, then finally pulled free. She left the strap on. Cum and slick shone on the black shaft. She walked to Vex, caught her by the jaw, and turned the blind face up as though she could force the empty eyes to see her.</w:t>
      </w:r>
    </w:p>
    <w:p>
      <w:r>
        <w:rPr>
          <w:rFonts w:ascii="IM Fell English" w:hAnsi="IM Fell English"/>
          <w:color w:val="141414"/>
          <w:sz w:val="24"/>
        </w:rPr>
        <w:t>“You will hunt her. You will not rush. You will not make it clean. You will take every day, every wound, every hour she has left, and you will make certain the retired Ghost understands exactly what she cost this table before she is allowed to stop breathing. Clear?”</w:t>
      </w:r>
    </w:p>
    <w:p>
      <w:r>
        <w:rPr>
          <w:rFonts w:ascii="IM Fell English" w:hAnsi="IM Fell English"/>
          <w:color w:val="141414"/>
          <w:sz w:val="24"/>
        </w:rPr>
        <w:t>“Clear, Headmistress.”</w:t>
      </w:r>
    </w:p>
    <w:p>
      <w:r>
        <w:rPr>
          <w:rFonts w:ascii="IM Fell English" w:hAnsi="IM Fell English"/>
          <w:color w:val="141414"/>
          <w:sz w:val="24"/>
        </w:rPr>
        <w:t>Lilith pushed herself off the table, still dripping, and came to stand beside Katie. She reached out, found the blood on Vex’s shift, and smeared it slowly across the blind woman’s collarbone with two fingers.</w:t>
      </w:r>
    </w:p>
    <w:p>
      <w:r>
        <w:rPr>
          <w:rFonts w:ascii="IM Fell English" w:hAnsi="IM Fell English"/>
          <w:color w:val="141414"/>
          <w:sz w:val="24"/>
        </w:rPr>
        <w:t>“She took your eyes. She was your teacher. Do not forget either debt while you work.”</w:t>
      </w:r>
    </w:p>
    <w:p>
      <w:r>
        <w:rPr>
          <w:rFonts w:ascii="IM Fell English" w:hAnsi="IM Fell English"/>
          <w:color w:val="141414"/>
          <w:sz w:val="24"/>
        </w:rPr>
        <w:t>Ashley sat up, wiped her mouth with the back of her hand, and watched with cold interest.</w:t>
      </w:r>
    </w:p>
    <w:p>
      <w:r>
        <w:rPr>
          <w:rFonts w:ascii="IM Fell English" w:hAnsi="IM Fell English"/>
          <w:color w:val="141414"/>
          <w:sz w:val="24"/>
        </w:rPr>
        <w:t>“The client?”</w:t>
      </w:r>
    </w:p>
    <w:p>
      <w:r>
        <w:rPr>
          <w:rFonts w:ascii="IM Fell English" w:hAnsi="IM Fell English"/>
          <w:color w:val="141414"/>
          <w:sz w:val="24"/>
        </w:rPr>
        <w:t>Katie answered without looking away from Vex.</w:t>
      </w:r>
    </w:p>
    <w:p>
      <w:r>
        <w:rPr>
          <w:rFonts w:ascii="IM Fell English" w:hAnsi="IM Fell English"/>
          <w:color w:val="141414"/>
          <w:sz w:val="24"/>
        </w:rPr>
        <w:t>“Secondary. The Ghost first. The client will still be breathing when you finish with the teacher.”</w:t>
      </w:r>
    </w:p>
    <w:p>
      <w:r>
        <w:rPr>
          <w:rFonts w:ascii="IM Fell English" w:hAnsi="IM Fell English"/>
          <w:color w:val="141414"/>
          <w:sz w:val="24"/>
        </w:rPr>
        <w:t>Vex nodded once.</w:t>
      </w:r>
    </w:p>
    <w:p>
      <w:r>
        <w:rPr>
          <w:rFonts w:ascii="IM Fell English" w:hAnsi="IM Fell English"/>
          <w:color w:val="141414"/>
          <w:sz w:val="24"/>
        </w:rPr>
        <w:t>That was the entire formal order.</w:t>
      </w:r>
    </w:p>
    <w:p>
      <w:r>
        <w:rPr>
          <w:rFonts w:ascii="IM Fell English" w:hAnsi="IM Fell English"/>
          <w:color w:val="141414"/>
          <w:sz w:val="24"/>
        </w:rPr>
        <w:t>What followed was the rest of the grief.</w:t>
      </w:r>
    </w:p>
    <w:p>
      <w:r>
        <w:rPr>
          <w:rFonts w:ascii="IM Fell English" w:hAnsi="IM Fell English"/>
          <w:color w:val="141414"/>
          <w:sz w:val="24"/>
        </w:rPr>
        <w:t>Katie turned back to the table, dragged Ashley into Lilith’s place, and fucked her with the same brutal rhythm she had used on her first wife. Ashley took it in silence, eyes open, staring at the ceiling while Katie used her like a tool to grind the rage down into something colder. Lilith climbed onto the table, knelt over Ashley’s face, and forced her to eat while Katie continued. Marcus was pulled in next; Katie made him fuck Lilith’s mouth while she kept the strap working in Ashley. Lena was bent over the far end of the table and used by whoever’s hand or cock reached her first.</w:t>
      </w:r>
    </w:p>
    <w:p>
      <w:r>
        <w:rPr>
          <w:rFonts w:ascii="IM Fell English" w:hAnsi="IM Fell English"/>
          <w:color w:val="141414"/>
          <w:sz w:val="24"/>
        </w:rPr>
        <w:t>Vex remained standing until Ashley’s voice, rough from Katie’s hand around her throat, cut through the wet noise.</w:t>
      </w:r>
    </w:p>
    <w:p>
      <w:r>
        <w:rPr>
          <w:rFonts w:ascii="IM Fell English" w:hAnsi="IM Fell English"/>
          <w:color w:val="141414"/>
          <w:sz w:val="24"/>
        </w:rPr>
        <w:t>“You can watch or you can join. She doesn’t care either way tonight.”</w:t>
      </w:r>
    </w:p>
    <w:p>
      <w:r>
        <w:rPr>
          <w:rFonts w:ascii="IM Fell English" w:hAnsi="IM Fell English"/>
          <w:color w:val="141414"/>
          <w:sz w:val="24"/>
        </w:rPr>
        <w:t>Vex moved by sound and scent. She found Ashley’s open thighs, mounted her with two fingers that knew every cruel depth, and worked her in silence while the rest of the high table used one another around them. The blind assassin did not speak. She simply added her own precise, merciless contribution to the grief sex until Ashley came with a broken sound and Katie finally pulled the strap free.</w:t>
      </w:r>
    </w:p>
    <w:p>
      <w:r>
        <w:rPr>
          <w:rFonts w:ascii="IM Fell English" w:hAnsi="IM Fell English"/>
          <w:color w:val="141414"/>
          <w:sz w:val="24"/>
        </w:rPr>
        <w:t>Hours later the chamber smelled of spent bodies and the copper memory of the stage below. Katie sat on the edge of the table, still wearing the strap, smoking one of the thin black cigarettes she only touched after a killing. Lilith lay with her head in Katie’s lap. Ashley rested against the wall again, thighs wet, watching Vex. Lena and Marcus had returned to their clothes and their posts.</w:t>
      </w:r>
    </w:p>
    <w:p>
      <w:r>
        <w:rPr>
          <w:rFonts w:ascii="IM Fell English" w:hAnsi="IM Fell English"/>
          <w:color w:val="141414"/>
          <w:sz w:val="24"/>
        </w:rPr>
        <w:t>Vex sat exactly where she had first stood, shift still marked with Jenna’s and Justin’s blood, hands open on her knees, listening.</w:t>
      </w:r>
    </w:p>
    <w:p>
      <w:r>
        <w:rPr>
          <w:rFonts w:ascii="IM Fell English" w:hAnsi="IM Fell English"/>
          <w:color w:val="141414"/>
          <w:sz w:val="24"/>
        </w:rPr>
        <w:t>Katie exhaled smoke.</w:t>
      </w:r>
    </w:p>
    <w:p>
      <w:r>
        <w:rPr>
          <w:rFonts w:ascii="IM Fell English" w:hAnsi="IM Fell English"/>
          <w:color w:val="141414"/>
          <w:sz w:val="24"/>
        </w:rPr>
        <w:t>“You leave at first light. No support. No extraction. You find the Ghost. You take your time. When you are finished there will be nothing left of her that this table needs to bury.”</w:t>
      </w:r>
    </w:p>
    <w:p>
      <w:r>
        <w:rPr>
          <w:rFonts w:ascii="IM Fell English" w:hAnsi="IM Fell English"/>
          <w:color w:val="141414"/>
          <w:sz w:val="24"/>
        </w:rPr>
        <w:t>Vex’s head tilted a fraction.</w:t>
      </w:r>
    </w:p>
    <w:p>
      <w:r>
        <w:rPr>
          <w:rFonts w:ascii="IM Fell English" w:hAnsi="IM Fell English"/>
          <w:color w:val="141414"/>
          <w:sz w:val="24"/>
        </w:rPr>
        <w:t>“High Priestess Sekhmet still has the Goddess.”</w:t>
      </w:r>
    </w:p>
    <w:p>
      <w:r>
        <w:rPr>
          <w:rFonts w:ascii="IM Fell English" w:hAnsi="IM Fell English"/>
          <w:color w:val="141414"/>
          <w:sz w:val="24"/>
        </w:rPr>
        <w:t>“Sekhmet will keep her or lose her. That is not your concern. Your only concern is the woman who walked onto my stage with the golden cunt dagger and opened what did not belong to her.”</w:t>
      </w:r>
    </w:p>
    <w:p>
      <w:r>
        <w:rPr>
          <w:rFonts w:ascii="IM Fell English" w:hAnsi="IM Fell English"/>
          <w:color w:val="141414"/>
          <w:sz w:val="24"/>
        </w:rPr>
        <w:t>Vex stood. The movement was precise, almost elegant.</w:t>
      </w:r>
    </w:p>
    <w:p>
      <w:r>
        <w:rPr>
          <w:rFonts w:ascii="IM Fell English" w:hAnsi="IM Fell English"/>
          <w:color w:val="141414"/>
          <w:sz w:val="24"/>
        </w:rPr>
        <w:t>“I will not rush, Headmistress. She taught me better than that.”</w:t>
      </w:r>
    </w:p>
    <w:p>
      <w:r>
        <w:rPr>
          <w:rFonts w:ascii="IM Fell English" w:hAnsi="IM Fell English"/>
          <w:color w:val="141414"/>
          <w:sz w:val="24"/>
        </w:rPr>
        <w:t>Katie gave a single nod.</w:t>
      </w:r>
    </w:p>
    <w:p>
      <w:r>
        <w:rPr>
          <w:rFonts w:ascii="IM Fell English" w:hAnsi="IM Fell English"/>
          <w:color w:val="141414"/>
          <w:sz w:val="24"/>
        </w:rPr>
        <w:t>“Go.”</w:t>
      </w:r>
    </w:p>
    <w:p>
      <w:r>
        <w:rPr>
          <w:rFonts w:ascii="IM Fell English" w:hAnsi="IM Fell English"/>
          <w:color w:val="141414"/>
          <w:sz w:val="24"/>
        </w:rPr>
        <w:t>Vex walked to the door. Lena opened it. The blind assassin paused only long enough to speak one last soft sentence into the room.</w:t>
      </w:r>
    </w:p>
    <w:p>
      <w:r>
        <w:rPr>
          <w:rFonts w:ascii="IM Fell English" w:hAnsi="IM Fell English"/>
          <w:color w:val="141414"/>
          <w:sz w:val="24"/>
        </w:rPr>
        <w:t>“She always said I would be the one to retire her.”</w:t>
      </w:r>
    </w:p>
    <w:p>
      <w:r>
        <w:rPr>
          <w:rFonts w:ascii="IM Fell English" w:hAnsi="IM Fell English"/>
          <w:color w:val="141414"/>
          <w:sz w:val="24"/>
        </w:rPr>
        <w:t>Then she was gone.</w:t>
      </w:r>
    </w:p>
    <w:p>
      <w:r>
        <w:rPr>
          <w:rFonts w:ascii="IM Fell English" w:hAnsi="IM Fell English"/>
          <w:color w:val="141414"/>
          <w:sz w:val="24"/>
        </w:rPr>
        <w:t>The high table remained in the soundproofed chamber with the smell of sex and the knowledge that the Goddess of Painful Pleasure was no longer on the hook, that the High Priestess was still kneeling in her blood two floors below, and that the only student The Ghost had ever fully trained was already moving into the dark to collect the debt.</w:t>
      </w:r>
    </w:p>
    <w:p>
      <w:r>
        <w:rPr>
          <w:rFonts w:ascii="IM Fell English" w:hAnsi="IM Fell English"/>
          <w:color w:val="141414"/>
          <w:sz w:val="24"/>
        </w:rPr>
        <w:t>Outside, the first light of the next day had not yet touched the Cathedral.</w:t>
      </w:r>
    </w:p>
    <w:p>
      <w:r>
        <w:rPr>
          <w:rFonts w:ascii="IM Fell English" w:hAnsi="IM Fell English"/>
          <w:color w:val="141414"/>
          <w:sz w:val="24"/>
        </w:rPr>
        <w:t>Inside, the hunt had already begun.</w:t>
      </w:r>
    </w:p>
    <w:p>
      <w:pPr>
        <w:pStyle w:val="Heading1"/>
        <w:jc w:val="center"/>
      </w:pPr>
      <w:r>
        <w:rPr>
          <w:rFonts w:ascii="IM Fell English" w:hAnsi="IM Fell English"/>
          <w:color w:val="0D0D0D"/>
        </w:rPr>
        <w:t>CHAPTER 12 — FIRST DELAY</w:t>
      </w:r>
    </w:p>
    <w:p>
      <w:r>
        <w:rPr>
          <w:rFonts w:ascii="IM Fell English" w:hAnsi="IM Fell English"/>
          <w:color w:val="141414"/>
          <w:sz w:val="24"/>
        </w:rPr>
        <w:t>Vex moved through the industrial edge of the city by sound and the shift of air.</w:t>
      </w:r>
    </w:p>
    <w:p>
      <w:r>
        <w:rPr>
          <w:rFonts w:ascii="IM Fell English" w:hAnsi="IM Fell English"/>
          <w:color w:val="141414"/>
          <w:sz w:val="24"/>
        </w:rPr>
        <w:t>Three days after the Cathedral, the trail of the Ghost was still fresh enough for someone who had been taught by her. The blind assassin did not rush. She listened to traffic patterns, to the way voices changed when people noticed a woman walking alone with scars where her eyes should have been, to the faint electronic signature of the cheap trackers the Ghost sometimes left as jokes for anyone skilled enough to find them.</w:t>
      </w:r>
    </w:p>
    <w:p>
      <w:r>
        <w:rPr>
          <w:rFonts w:ascii="IM Fell English" w:hAnsi="IM Fell English"/>
          <w:color w:val="141414"/>
          <w:sz w:val="24"/>
        </w:rPr>
        <w:t>The first delay team found her instead.</w:t>
      </w:r>
    </w:p>
    <w:p>
      <w:r>
        <w:rPr>
          <w:rFonts w:ascii="IM Fell English" w:hAnsi="IM Fell English"/>
          <w:color w:val="141414"/>
          <w:sz w:val="24"/>
        </w:rPr>
        <w:t>They were six. Local muscle the Ghost had bought with cash and the promise that the target was blind and therefore easy. They cornered Vex in a long, empty loading bay that smelled of oil, wet concrete, and old blood from whatever had been processed there before the building went dark. The metal door rolled down behind her with a heavy final clang. Boots spread out in a loose semicircle. Someone laughed under their breath.</w:t>
      </w:r>
    </w:p>
    <w:p>
      <w:r>
        <w:rPr>
          <w:rFonts w:ascii="IM Fell English" w:hAnsi="IM Fell English"/>
          <w:color w:val="141414"/>
          <w:sz w:val="24"/>
        </w:rPr>
        <w:t>Vex stopped in the center of the bay and tilted her head.</w:t>
      </w:r>
    </w:p>
    <w:p>
      <w:r>
        <w:rPr>
          <w:rFonts w:ascii="IM Fell English" w:hAnsi="IM Fell English"/>
          <w:color w:val="141414"/>
          <w:sz w:val="24"/>
        </w:rPr>
        <w:t>“Six,” she said softly. “One of you is heavier on the left side. Two are already hard. One is scared. The Ghost paid you to slow me down, not to die. Try to remember that.”</w:t>
      </w:r>
    </w:p>
    <w:p>
      <w:r>
        <w:rPr>
          <w:rFonts w:ascii="IM Fell English" w:hAnsi="IM Fell English"/>
          <w:color w:val="141414"/>
          <w:sz w:val="24"/>
        </w:rPr>
        <w:t>The heaviest one spoke first, voice thick with confidence.</w:t>
      </w:r>
    </w:p>
    <w:p>
      <w:r>
        <w:rPr>
          <w:rFonts w:ascii="IM Fell English" w:hAnsi="IM Fell English"/>
          <w:color w:val="141414"/>
          <w:sz w:val="24"/>
        </w:rPr>
        <w:t>“Blind bitch doesn’t get to give orders. On your knees. Mouth open. We’re going to take our time.”</w:t>
      </w:r>
    </w:p>
    <w:p>
      <w:r>
        <w:rPr>
          <w:rFonts w:ascii="IM Fell English" w:hAnsi="IM Fell English"/>
          <w:color w:val="141414"/>
          <w:sz w:val="24"/>
        </w:rPr>
        <w:t>Vex smiled with only the corner of her mouth—the same private expression her teacher used.</w:t>
      </w:r>
    </w:p>
    <w:p>
      <w:r>
        <w:rPr>
          <w:rFonts w:ascii="IM Fell English" w:hAnsi="IM Fell English"/>
          <w:color w:val="141414"/>
          <w:sz w:val="24"/>
        </w:rPr>
        <w:t>“Good. I prefer it when you announce the plan.”</w:t>
      </w:r>
    </w:p>
    <w:p>
      <w:r>
        <w:rPr>
          <w:rFonts w:ascii="IM Fell English" w:hAnsi="IM Fell English"/>
          <w:color w:val="141414"/>
          <w:sz w:val="24"/>
        </w:rPr>
        <w:t>They came in a rush, the way untrained men always did when they thought numbers and sight were enough.</w:t>
      </w:r>
    </w:p>
    <w:p>
      <w:r>
        <w:rPr>
          <w:rFonts w:ascii="IM Fell English" w:hAnsi="IM Fell English"/>
          <w:color w:val="141414"/>
          <w:sz w:val="24"/>
        </w:rPr>
        <w:t>Vex moved the way The Ghost had drilled into her for years: economy, precision, and absolute willingness to break whatever she touched. She stepped inside the first swinging fist, caught the wrist, and rotated until the elbow joint separated with a wet pop. The man screamed. She already had the second one by the throat and the groin, using his own forward momentum to drive his face into the concrete support pillar hard enough to shatter the orbital bone and several teeth. He went down gagging on blood and enamel.</w:t>
      </w:r>
    </w:p>
    <w:p>
      <w:r>
        <w:rPr>
          <w:rFonts w:ascii="IM Fell English" w:hAnsi="IM Fell English"/>
          <w:color w:val="141414"/>
          <w:sz w:val="24"/>
        </w:rPr>
        <w:t>The remaining four tried to adjust.</w:t>
      </w:r>
    </w:p>
    <w:p>
      <w:r>
        <w:rPr>
          <w:rFonts w:ascii="IM Fell English" w:hAnsi="IM Fell English"/>
          <w:color w:val="141414"/>
          <w:sz w:val="24"/>
        </w:rPr>
        <w:t>Too late.</w:t>
      </w:r>
    </w:p>
    <w:p>
      <w:r>
        <w:rPr>
          <w:rFonts w:ascii="IM Fell English" w:hAnsi="IM Fell English"/>
          <w:color w:val="141414"/>
          <w:sz w:val="24"/>
        </w:rPr>
        <w:t>She let one of them tackle her to the ground, used the impact to wrap her legs around his torso, and scissored until two ribs gave on the left side. While he was still gasping she rolled, found the next pair of legs by the sound of shifting weight, and drove the heel of her hand into the side of a knee with enough focused force to hyperextend it backward. The scream was high and immediate.</w:t>
      </w:r>
    </w:p>
    <w:p>
      <w:r>
        <w:rPr>
          <w:rFonts w:ascii="IM Fell English" w:hAnsi="IM Fell English"/>
          <w:color w:val="141414"/>
          <w:sz w:val="24"/>
        </w:rPr>
        <w:t>Two left standing.</w:t>
      </w:r>
    </w:p>
    <w:p>
      <w:r>
        <w:rPr>
          <w:rFonts w:ascii="IM Fell English" w:hAnsi="IM Fell English"/>
          <w:color w:val="141414"/>
          <w:sz w:val="24"/>
        </w:rPr>
        <w:t>One of them had a knife. She heard the steel leave the sheath, tracked the arc by the change in air, and met it with an open palm that redirected the blade into the meat of his own thigh. She did not pull it out. She simply broke the fingers that still held the handle, one by one, until he let go and staggered back.</w:t>
      </w:r>
    </w:p>
    <w:p>
      <w:r>
        <w:rPr>
          <w:rFonts w:ascii="IM Fell English" w:hAnsi="IM Fell English"/>
          <w:color w:val="141414"/>
          <w:sz w:val="24"/>
        </w:rPr>
        <w:t>The last man tried to run for the door.</w:t>
      </w:r>
    </w:p>
    <w:p>
      <w:r>
        <w:rPr>
          <w:rFonts w:ascii="IM Fell English" w:hAnsi="IM Fell English"/>
          <w:color w:val="141414"/>
          <w:sz w:val="24"/>
        </w:rPr>
        <w:t>Vex reached him before the roller mechanism could rise more than a foot. She took him face-first into the corrugated metal, then down to the concrete, and systematically dislocated both shoulders with clean, practiced twists. He stopped trying to move after that.</w:t>
      </w:r>
    </w:p>
    <w:p>
      <w:r>
        <w:rPr>
          <w:rFonts w:ascii="IM Fell English" w:hAnsi="IM Fell English"/>
          <w:color w:val="141414"/>
          <w:sz w:val="24"/>
        </w:rPr>
        <w:t>Silence returned to the loading bay, broken only by wet breathing and the occasional low moan.</w:t>
      </w:r>
    </w:p>
    <w:p>
      <w:r>
        <w:rPr>
          <w:rFonts w:ascii="IM Fell English" w:hAnsi="IM Fell English"/>
          <w:color w:val="141414"/>
          <w:sz w:val="24"/>
        </w:rPr>
        <w:t>Vex stood in the center of the six broken bodies and listened. None of them were dying. All of them were in enough pain to be useless for hours, possibly days. That was sufficient.</w:t>
      </w:r>
    </w:p>
    <w:p>
      <w:r>
        <w:rPr>
          <w:rFonts w:ascii="IM Fell English" w:hAnsi="IM Fell English"/>
          <w:color w:val="141414"/>
          <w:sz w:val="24"/>
        </w:rPr>
        <w:t>She walked among them the way a woman might walk through a market, selecting what she wanted.</w:t>
      </w:r>
    </w:p>
    <w:p>
      <w:r>
        <w:rPr>
          <w:rFonts w:ascii="IM Fell English" w:hAnsi="IM Fell English"/>
          <w:color w:val="141414"/>
          <w:sz w:val="24"/>
        </w:rPr>
        <w:t>The one with the shattered ribs was still hard despite the pain. She straddled his hips, opened his trousers, and sank down onto him in one slow motion, using his broken body as a stationary toy while her hands mapped the damage she had already done. Every time he tried to buck or twist she put pressure on the separated ribs until he went still again. She fucked him with deliberate, grinding rolls of her hips, taking her time, letting the wet sound of it fill the bay.</w:t>
      </w:r>
    </w:p>
    <w:p>
      <w:r>
        <w:rPr>
          <w:rFonts w:ascii="IM Fell English" w:hAnsi="IM Fell English"/>
          <w:color w:val="141414"/>
          <w:sz w:val="24"/>
        </w:rPr>
        <w:t>When she finished with him she moved to the man with the ruined knee. She made him crawl on his elbows until his face was between her thighs, then locked her legs around his head and used his mouth while her fingers explored the hyperextended joint, occasionally applying enough force to drag fresh screams out of him that vibrated against her cunt.</w:t>
      </w:r>
    </w:p>
    <w:p>
      <w:r>
        <w:rPr>
          <w:rFonts w:ascii="IM Fell English" w:hAnsi="IM Fell English"/>
          <w:color w:val="141414"/>
          <w:sz w:val="24"/>
        </w:rPr>
        <w:t>The one with the knife still in his thigh received the same treatment on his back, the blade shifting with every thrust she forced him to take. She did not remove it. She simply adjusted the angle when she wanted a louder reaction.</w:t>
      </w:r>
    </w:p>
    <w:p>
      <w:r>
        <w:rPr>
          <w:rFonts w:ascii="IM Fell English" w:hAnsi="IM Fell English"/>
          <w:color w:val="141414"/>
          <w:sz w:val="24"/>
        </w:rPr>
        <w:t>One by one she used them—mouths, cocks, the broken shapes of their bodies—until the edge of her own adrenaline had been filed down into something colder and more useful. She left each of them conscious, marked, and permanently less functional than they had been an hour earlier.</w:t>
      </w:r>
    </w:p>
    <w:p>
      <w:r>
        <w:rPr>
          <w:rFonts w:ascii="IM Fell English" w:hAnsi="IM Fell English"/>
          <w:color w:val="141414"/>
          <w:sz w:val="24"/>
        </w:rPr>
        <w:t>When she was done she stood, straightened the thin black shift, and walked to the partially open roller door.</w:t>
      </w:r>
    </w:p>
    <w:p>
      <w:r>
        <w:rPr>
          <w:rFonts w:ascii="IM Fell English" w:hAnsi="IM Fell English"/>
          <w:color w:val="141414"/>
          <w:sz w:val="24"/>
        </w:rPr>
        <w:t>Behind her, one of the men managed a wet, furious question.</w:t>
      </w:r>
    </w:p>
    <w:p>
      <w:r>
        <w:rPr>
          <w:rFonts w:ascii="IM Fell English" w:hAnsi="IM Fell English"/>
          <w:color w:val="141414"/>
          <w:sz w:val="24"/>
        </w:rPr>
        <w:t>“She… she said you wouldn’t kill us…”</w:t>
      </w:r>
    </w:p>
    <w:p>
      <w:r>
        <w:rPr>
          <w:rFonts w:ascii="IM Fell English" w:hAnsi="IM Fell English"/>
          <w:color w:val="141414"/>
          <w:sz w:val="24"/>
        </w:rPr>
        <w:t>Vex paused, head tilted toward the voice.</w:t>
      </w:r>
    </w:p>
    <w:p>
      <w:r>
        <w:rPr>
          <w:rFonts w:ascii="IM Fell English" w:hAnsi="IM Fell English"/>
          <w:color w:val="141414"/>
          <w:sz w:val="24"/>
        </w:rPr>
        <w:t>“She was right. I’m not being paid to kill you. I’m only being paid to reach her. You were in the way.”</w:t>
      </w:r>
    </w:p>
    <w:p>
      <w:r>
        <w:rPr>
          <w:rFonts w:ascii="IM Fell English" w:hAnsi="IM Fell English"/>
          <w:color w:val="141414"/>
          <w:sz w:val="24"/>
        </w:rPr>
        <w:t>She rolled the door high enough to step through, then let it drop again.</w:t>
      </w:r>
    </w:p>
    <w:p>
      <w:r>
        <w:rPr>
          <w:rFonts w:ascii="IM Fell English" w:hAnsi="IM Fell English"/>
          <w:color w:val="141414"/>
          <w:sz w:val="24"/>
        </w:rPr>
        <w:t>Outside, the city continued its ordinary noise. Somewhere ahead the Ghost was still moving, still buying more delays, still leaving the occasional private joke for the only student who had ever been good enough to read them.</w:t>
      </w:r>
    </w:p>
    <w:p>
      <w:r>
        <w:rPr>
          <w:rFonts w:ascii="IM Fell English" w:hAnsi="IM Fell English"/>
          <w:color w:val="141414"/>
          <w:sz w:val="24"/>
        </w:rPr>
        <w:t>Vex wiped her hands on the shift once, listened to the direction of the wind, and started walking again.</w:t>
      </w:r>
    </w:p>
    <w:p>
      <w:r>
        <w:rPr>
          <w:rFonts w:ascii="IM Fell English" w:hAnsi="IM Fell English"/>
          <w:color w:val="141414"/>
          <w:sz w:val="24"/>
        </w:rPr>
        <w:t>The first delay had been noted, used, and left broken on a concrete floor.</w:t>
      </w:r>
    </w:p>
    <w:p>
      <w:r>
        <w:rPr>
          <w:rFonts w:ascii="IM Fell English" w:hAnsi="IM Fell English"/>
          <w:color w:val="141414"/>
          <w:sz w:val="24"/>
        </w:rPr>
        <w:t>There would be more.</w:t>
      </w:r>
    </w:p>
    <w:p>
      <w:r>
        <w:rPr>
          <w:rFonts w:ascii="IM Fell English" w:hAnsi="IM Fell English"/>
          <w:color w:val="141414"/>
          <w:sz w:val="24"/>
        </w:rPr>
        <w:t>She was patient.</w:t>
      </w:r>
    </w:p>
    <w:p>
      <w:r>
        <w:rPr>
          <w:rFonts w:ascii="IM Fell English" w:hAnsi="IM Fell English"/>
          <w:color w:val="141414"/>
          <w:sz w:val="24"/>
        </w:rPr>
        <w:t>Her teacher had made certain of that.</w:t>
      </w:r>
    </w:p>
    <w:p>
      <w:pPr>
        <w:pStyle w:val="Heading1"/>
        <w:jc w:val="center"/>
      </w:pPr>
      <w:r>
        <w:rPr>
          <w:rFonts w:ascii="IM Fell English" w:hAnsi="IM Fell English"/>
          <w:color w:val="0D0D0D"/>
        </w:rPr>
        <w:t>CHAPTER 13 — TABLE CONTRACTORS</w:t>
      </w:r>
    </w:p>
    <w:p>
      <w:r>
        <w:rPr>
          <w:rFonts w:ascii="IM Fell English" w:hAnsi="IM Fell English"/>
          <w:color w:val="141414"/>
          <w:sz w:val="24"/>
        </w:rPr>
        <w:t>The Ghost had always preferred cities that never fully slept.</w:t>
      </w:r>
    </w:p>
    <w:p>
      <w:r>
        <w:rPr>
          <w:rFonts w:ascii="IM Fell English" w:hAnsi="IM Fell English"/>
          <w:color w:val="141414"/>
          <w:sz w:val="24"/>
        </w:rPr>
        <w:t>Three days after the Cathedral she was in a different one, moving through the lower warehouse district under a borrowed name and a new cut of black clothing that still smelled faintly of someone else’s perfume. The golden cunt dagger was disassembled and distributed across three anonymous lockboxes. The karambit sat against the small of her back. She had already eaten, already fucked a stranger in a bathroom for no reason except that she felt like it, and already left a small, deliberate trail that only one person in the world was meant to read.</w:t>
      </w:r>
    </w:p>
    <w:p>
      <w:r>
        <w:rPr>
          <w:rFonts w:ascii="IM Fell English" w:hAnsi="IM Fell English"/>
          <w:color w:val="141414"/>
          <w:sz w:val="24"/>
        </w:rPr>
        <w:t>She knew the high table would not simply send Vex.</w:t>
      </w:r>
    </w:p>
    <w:p>
      <w:r>
        <w:rPr>
          <w:rFonts w:ascii="IM Fell English" w:hAnsi="IM Fell English"/>
          <w:color w:val="141414"/>
          <w:sz w:val="24"/>
        </w:rPr>
        <w:t>They would send delays.</w:t>
      </w:r>
    </w:p>
    <w:p>
      <w:r>
        <w:rPr>
          <w:rFonts w:ascii="IM Fell English" w:hAnsi="IM Fell English"/>
          <w:color w:val="141414"/>
          <w:sz w:val="24"/>
        </w:rPr>
        <w:t>The first table contractor team found her on a rain-slick loading roof three stories above an empty street. Eight of them, better funded and better armed than the local meat she had thrown at Vex. They came in quiet, professional, with the clean efficiency of people who had been told to slow a target down without finishing the contract that belonged to someone else.</w:t>
      </w:r>
    </w:p>
    <w:p>
      <w:r>
        <w:rPr>
          <w:rFonts w:ascii="IM Fell English" w:hAnsi="IM Fell English"/>
          <w:color w:val="141414"/>
          <w:sz w:val="24"/>
        </w:rPr>
        <w:t>The Ghost stood at the edge of the roof with her hands in her coat pockets and watched them form a loose cordon.</w:t>
      </w:r>
    </w:p>
    <w:p>
      <w:r>
        <w:rPr>
          <w:rFonts w:ascii="IM Fell English" w:hAnsi="IM Fell English"/>
          <w:color w:val="141414"/>
          <w:sz w:val="24"/>
        </w:rPr>
        <w:t>“Table contractors,” she said, almost cheerfully. “Let me guess. Break me, bleed me, fuck me, leave me breathing so the real hunter can still have her fun. Did Katie write those orders herself or did Lilith add the ‘fuck me’ part?”</w:t>
      </w:r>
    </w:p>
    <w:p>
      <w:r>
        <w:rPr>
          <w:rFonts w:ascii="IM Fell English" w:hAnsi="IM Fell English"/>
          <w:color w:val="141414"/>
          <w:sz w:val="24"/>
        </w:rPr>
        <w:t>No one answered. They simply closed the distance.</w:t>
      </w:r>
    </w:p>
    <w:p>
      <w:r>
        <w:rPr>
          <w:rFonts w:ascii="IM Fell English" w:hAnsi="IM Fell English"/>
          <w:color w:val="141414"/>
          <w:sz w:val="24"/>
        </w:rPr>
        <w:t>The Ghost let the first two get close enough to touch her before she moved.</w:t>
      </w:r>
    </w:p>
    <w:p>
      <w:r>
        <w:rPr>
          <w:rFonts w:ascii="IM Fell English" w:hAnsi="IM Fell English"/>
          <w:color w:val="141414"/>
          <w:sz w:val="24"/>
        </w:rPr>
        <w:t>She was not blind. She did not need to be. She had taught Vex everything the girl knew, which meant she also knew exactly how to fight someone who had been trained by her. The first contractor reached for a collapsible baton; The Ghost stepped inside the arc, trapped the arm, and drove her knee into the elbow joint until it folded the wrong way with a sharp, wet crack. She kept control of the broken limb and used it as a lever to slam the man’s head into the low parapet hard enough to leave him dazed and spitting blood.</w:t>
      </w:r>
    </w:p>
    <w:p>
      <w:r>
        <w:rPr>
          <w:rFonts w:ascii="IM Fell English" w:hAnsi="IM Fell English"/>
          <w:color w:val="141414"/>
          <w:sz w:val="24"/>
        </w:rPr>
        <w:t>The second one tried to take her from behind. She dropped her weight, caught him by the wrist and throat, and pivoted so his own momentum carried him over her hip and onto the wet concrete roof. She followed him down, placed one boot on the side of his knee, and pressed until the joint gave with a grinding pop. His scream was short and ugly.</w:t>
      </w:r>
    </w:p>
    <w:p>
      <w:r>
        <w:rPr>
          <w:rFonts w:ascii="IM Fell English" w:hAnsi="IM Fell English"/>
          <w:color w:val="141414"/>
          <w:sz w:val="24"/>
        </w:rPr>
        <w:t>The remaining six adjusted, spreading out, trying to use numbers and the open space.</w:t>
      </w:r>
    </w:p>
    <w:p>
      <w:r>
        <w:rPr>
          <w:rFonts w:ascii="IM Fell English" w:hAnsi="IM Fell English"/>
          <w:color w:val="141414"/>
          <w:sz w:val="24"/>
        </w:rPr>
        <w:t>The Ghost laughed under her breath, the same private sound she had made on the Cathedral stage.</w:t>
      </w:r>
    </w:p>
    <w:p>
      <w:r>
        <w:rPr>
          <w:rFonts w:ascii="IM Fell English" w:hAnsi="IM Fell English"/>
          <w:color w:val="141414"/>
          <w:sz w:val="24"/>
        </w:rPr>
        <w:t>“You boys are adorable. She used to send better.”</w:t>
      </w:r>
    </w:p>
    <w:p>
      <w:r>
        <w:rPr>
          <w:rFonts w:ascii="IM Fell English" w:hAnsi="IM Fell English"/>
          <w:color w:val="141414"/>
          <w:sz w:val="24"/>
        </w:rPr>
        <w:t>They came in pairs after that.</w:t>
      </w:r>
    </w:p>
    <w:p>
      <w:r>
        <w:rPr>
          <w:rFonts w:ascii="IM Fell English" w:hAnsi="IM Fell English"/>
          <w:color w:val="141414"/>
          <w:sz w:val="24"/>
        </w:rPr>
        <w:t>She broke a wrist. She dislocated a shoulder. She took a telescoping steel rod away from one man and used it to shatter the shin of another with two precise, measured swings. Every time someone managed to land a hit she accepted it, filed the pain away, and returned something worse and more permanent. A collarbone separated. Fingers were stamped under her heel until they stopped looking like fingers. One contractor managed to drive a fist into her ribs hard enough to steal her breath; she answered by trapping the arm and rotating until the shoulder left its socket with a sound like wet wood splitting.</w:t>
      </w:r>
    </w:p>
    <w:p>
      <w:r>
        <w:rPr>
          <w:rFonts w:ascii="IM Fell English" w:hAnsi="IM Fell English"/>
          <w:color w:val="141414"/>
          <w:sz w:val="24"/>
        </w:rPr>
        <w:t>It lasted less than four minutes.</w:t>
      </w:r>
    </w:p>
    <w:p>
      <w:r>
        <w:rPr>
          <w:rFonts w:ascii="IM Fell English" w:hAnsi="IM Fell English"/>
          <w:color w:val="141414"/>
          <w:sz w:val="24"/>
        </w:rPr>
        <w:t>When it was over, eight men were scattered across the rooftop in various states of broken. None of them were dead. All of them were finished as functional delays for the rest of the night and most of the following week.</w:t>
      </w:r>
    </w:p>
    <w:p>
      <w:r>
        <w:rPr>
          <w:rFonts w:ascii="IM Fell English" w:hAnsi="IM Fell English"/>
          <w:color w:val="141414"/>
          <w:sz w:val="24"/>
        </w:rPr>
        <w:t>The Ghost stood in the center of the mess, rain running down her face, and rolled her shoulders once to test the bruise that was already forming over her ribs.</w:t>
      </w:r>
    </w:p>
    <w:p>
      <w:r>
        <w:rPr>
          <w:rFonts w:ascii="IM Fell English" w:hAnsi="IM Fell English"/>
          <w:color w:val="141414"/>
          <w:sz w:val="24"/>
        </w:rPr>
        <w:t>“Still breathing. Good. The table wants you alive and I don’t get paid to clean up their trash.”</w:t>
      </w:r>
    </w:p>
    <w:p>
      <w:r>
        <w:rPr>
          <w:rFonts w:ascii="IM Fell English" w:hAnsi="IM Fell English"/>
          <w:color w:val="141414"/>
          <w:sz w:val="24"/>
        </w:rPr>
        <w:t>She walked among them the way she had once walked through training rooms when she was still teaching.</w:t>
      </w:r>
    </w:p>
    <w:p>
      <w:r>
        <w:rPr>
          <w:rFonts w:ascii="IM Fell English" w:hAnsi="IM Fell English"/>
          <w:color w:val="141414"/>
          <w:sz w:val="24"/>
        </w:rPr>
        <w:t>The one with the ruined knee was closest. She straddled his chest, opened her coat, and lowered herself onto his mouth with the casual ownership of someone who had decided he still had one useful purpose left. She ground against his face while her hands mapped the fractures she had given him, occasionally applying pressure just to feel the way his scream vibrated between her thighs. When she came it was quiet and mean; she stayed where she was until the last tremor passed, then moved to the next still-conscious body.</w:t>
      </w:r>
    </w:p>
    <w:p>
      <w:r>
        <w:rPr>
          <w:rFonts w:ascii="IM Fell English" w:hAnsi="IM Fell English"/>
          <w:color w:val="141414"/>
          <w:sz w:val="24"/>
        </w:rPr>
        <w:t>She used them in turn.</w:t>
      </w:r>
    </w:p>
    <w:p>
      <w:r>
        <w:rPr>
          <w:rFonts w:ascii="IM Fell English" w:hAnsi="IM Fell English"/>
          <w:color w:val="141414"/>
          <w:sz w:val="24"/>
        </w:rPr>
        <w:t>One she rode with his broken arm pinned under her knee so every thrust ground the separated bones together. Another she put on his hands and knees—what was left of them—and fucked his ass with the collapsible baton he had brought for her, slow and deep, while she reached around and stroked him until he finished against the wet concrete in spite of the pain. The one with the shattered shin she made watch while she did it, her boot resting lightly on the fresh break as a reminder.</w:t>
      </w:r>
    </w:p>
    <w:p>
      <w:r>
        <w:rPr>
          <w:rFonts w:ascii="IM Fell English" w:hAnsi="IM Fell English"/>
          <w:color w:val="141414"/>
          <w:sz w:val="24"/>
        </w:rPr>
        <w:t>She did not rush.</w:t>
      </w:r>
    </w:p>
    <w:p>
      <w:r>
        <w:rPr>
          <w:rFonts w:ascii="IM Fell English" w:hAnsi="IM Fell English"/>
          <w:color w:val="141414"/>
          <w:sz w:val="24"/>
        </w:rPr>
        <w:t>By the time she finished, the rain had washed most of the blood into the roof drains and the contractors were a collection of moaning, semi-conscious shapes that would require multiple hospital visits and months of physical therapy.</w:t>
      </w:r>
    </w:p>
    <w:p>
      <w:r>
        <w:rPr>
          <w:rFonts w:ascii="IM Fell English" w:hAnsi="IM Fell English"/>
          <w:color w:val="141414"/>
          <w:sz w:val="24"/>
        </w:rPr>
        <w:t>The Ghost straightened her coat, checked the karambit was still in place, and walked to the fire escape.</w:t>
      </w:r>
    </w:p>
    <w:p>
      <w:r>
        <w:rPr>
          <w:rFonts w:ascii="IM Fell English" w:hAnsi="IM Fell English"/>
          <w:color w:val="141414"/>
          <w:sz w:val="24"/>
        </w:rPr>
        <w:t>At the edge she paused and looked back over her shoulder at the wreckage.</w:t>
      </w:r>
    </w:p>
    <w:p>
      <w:r>
        <w:rPr>
          <w:rFonts w:ascii="IM Fell English" w:hAnsi="IM Fell English"/>
          <w:color w:val="141414"/>
          <w:sz w:val="24"/>
        </w:rPr>
        <w:t>“Tell the table the Ghost said hello. And tell my student she’s still two days behind. She can do better.”</w:t>
      </w:r>
    </w:p>
    <w:p>
      <w:r>
        <w:rPr>
          <w:rFonts w:ascii="IM Fell English" w:hAnsi="IM Fell English"/>
          <w:color w:val="141414"/>
          <w:sz w:val="24"/>
        </w:rPr>
        <w:t>Then she dropped over the side and into the dark.</w:t>
      </w:r>
    </w:p>
    <w:p>
      <w:r>
        <w:rPr>
          <w:rFonts w:ascii="IM Fell English" w:hAnsi="IM Fell English"/>
          <w:color w:val="141414"/>
          <w:sz w:val="24"/>
        </w:rPr>
        <w:t>Behind her, the first team of table contractors lay broken on a wet roof, alive exactly as ordered, and completely useless for anything except delivering a message.</w:t>
      </w:r>
    </w:p>
    <w:p>
      <w:r>
        <w:rPr>
          <w:rFonts w:ascii="IM Fell English" w:hAnsi="IM Fell English"/>
          <w:color w:val="141414"/>
          <w:sz w:val="24"/>
        </w:rPr>
        <w:t>Somewhere in the same city, Vex was already moving toward the next signal.</w:t>
      </w:r>
    </w:p>
    <w:p>
      <w:r>
        <w:rPr>
          <w:rFonts w:ascii="IM Fell English" w:hAnsi="IM Fell English"/>
          <w:color w:val="141414"/>
          <w:sz w:val="24"/>
        </w:rPr>
        <w:t>The Ghost smiled to herself as she hit the alley and started walking.</w:t>
      </w:r>
    </w:p>
    <w:p>
      <w:r>
        <w:rPr>
          <w:rFonts w:ascii="IM Fell English" w:hAnsi="IM Fell English"/>
          <w:color w:val="141414"/>
          <w:sz w:val="24"/>
        </w:rPr>
        <w:t>The game had rules.</w:t>
      </w:r>
    </w:p>
    <w:p>
      <w:r>
        <w:rPr>
          <w:rFonts w:ascii="IM Fell English" w:hAnsi="IM Fell English"/>
          <w:color w:val="141414"/>
          <w:sz w:val="24"/>
        </w:rPr>
        <w:t>She had taught most of them to the only person who still had a chance of winning.</w:t>
      </w:r>
    </w:p>
    <w:p>
      <w:pPr>
        <w:pStyle w:val="Heading1"/>
        <w:jc w:val="center"/>
      </w:pPr>
      <w:r>
        <w:rPr>
          <w:rFonts w:ascii="IM Fell English" w:hAnsi="IM Fell English"/>
          <w:color w:val="0D0D0D"/>
        </w:rPr>
        <w:t>CHAPTER 14 — SECOND DELAY</w:t>
      </w:r>
    </w:p>
    <w:p>
      <w:r>
        <w:rPr>
          <w:rFonts w:ascii="IM Fell English" w:hAnsi="IM Fell English"/>
          <w:color w:val="141414"/>
          <w:sz w:val="24"/>
        </w:rPr>
        <w:t>Vex followed the trail the Ghost had left on purpose.</w:t>
      </w:r>
    </w:p>
    <w:p>
      <w:r>
        <w:rPr>
          <w:rFonts w:ascii="IM Fell English" w:hAnsi="IM Fell English"/>
          <w:color w:val="141414"/>
          <w:sz w:val="24"/>
        </w:rPr>
        <w:t>It was never obvious. A scuff pattern on a fire escape that only made sense if you had been taught to read the same surfaces in the dark. The faint residual scent of a particular oil the Ghost used on her blades. A single, almost playful mark scratched into a brick wall at exactly the height Vex’s fingers would reach when she trailed them along the surface for orientation.</w:t>
      </w:r>
    </w:p>
    <w:p>
      <w:r>
        <w:rPr>
          <w:rFonts w:ascii="IM Fell English" w:hAnsi="IM Fell English"/>
          <w:color w:val="141414"/>
          <w:sz w:val="24"/>
        </w:rPr>
        <w:t>The second delay team was waiting in an abandoned subway maintenance tunnel three levels below the active lines. The air was cold and wet and carried the low vibration of trains passing somewhere far above. Ten of them this time. Better than the first crew. Quieter. They had learned from the loading-bay failure and came in with nets, shock batons, and the clear intention of pinning a blind target long enough to work her over without giving her room to break them one by one.</w:t>
      </w:r>
    </w:p>
    <w:p>
      <w:r>
        <w:rPr>
          <w:rFonts w:ascii="IM Fell English" w:hAnsi="IM Fell English"/>
          <w:color w:val="141414"/>
          <w:sz w:val="24"/>
        </w:rPr>
        <w:t>Vex stopped at the edge of their cordon and listened to the way their weight shifted on the damp concrete.</w:t>
      </w:r>
    </w:p>
    <w:p>
      <w:r>
        <w:rPr>
          <w:rFonts w:ascii="IM Fell English" w:hAnsi="IM Fell English"/>
          <w:color w:val="141414"/>
          <w:sz w:val="24"/>
        </w:rPr>
        <w:t>“Ten,” she said softly. “Two at the rear are carrying something heavier than batons. One of you is bleeding from the nose already—nerves. The Ghost is still two days ahead of me. You’re only making the gap larger.”</w:t>
      </w:r>
    </w:p>
    <w:p>
      <w:r>
        <w:rPr>
          <w:rFonts w:ascii="IM Fell English" w:hAnsi="IM Fell English"/>
          <w:color w:val="141414"/>
          <w:sz w:val="24"/>
        </w:rPr>
        <w:t>Someone in the dark laughed once, short and tight.</w:t>
      </w:r>
    </w:p>
    <w:p>
      <w:r>
        <w:rPr>
          <w:rFonts w:ascii="IM Fell English" w:hAnsi="IM Fell English"/>
          <w:color w:val="141414"/>
          <w:sz w:val="24"/>
        </w:rPr>
        <w:t>“Blind and still talking shit. Bag her.”</w:t>
      </w:r>
    </w:p>
    <w:p>
      <w:r>
        <w:rPr>
          <w:rFonts w:ascii="IM Fell English" w:hAnsi="IM Fell English"/>
          <w:color w:val="141414"/>
          <w:sz w:val="24"/>
        </w:rPr>
        <w:t>The nets came first.</w:t>
      </w:r>
    </w:p>
    <w:p>
      <w:r>
        <w:rPr>
          <w:rFonts w:ascii="IM Fell English" w:hAnsi="IM Fell English"/>
          <w:color w:val="141414"/>
          <w:sz w:val="24"/>
        </w:rPr>
        <w:t>Vex dropped and rolled the moment the air changed, letting the weighted mesh pass over her. She came up inside the nearest body, found the wrist that held a shock baton, and snapped it backward until the joint separated. The baton clattered. She already had the man’s other arm and used it to throw him into the two coming behind him. Bones met concrete and each other with wet, final sounds—collarbone, elbow, something in a face that would not set cleanly without surgery.</w:t>
      </w:r>
    </w:p>
    <w:p>
      <w:r>
        <w:rPr>
          <w:rFonts w:ascii="IM Fell English" w:hAnsi="IM Fell English"/>
          <w:color w:val="141414"/>
          <w:sz w:val="24"/>
        </w:rPr>
        <w:t>The rest closed faster.</w:t>
      </w:r>
    </w:p>
    <w:p>
      <w:r>
        <w:rPr>
          <w:rFonts w:ascii="IM Fell English" w:hAnsi="IM Fell English"/>
          <w:color w:val="141414"/>
          <w:sz w:val="24"/>
        </w:rPr>
        <w:t>She let them.</w:t>
      </w:r>
    </w:p>
    <w:p>
      <w:r>
        <w:rPr>
          <w:rFonts w:ascii="IM Fell English" w:hAnsi="IM Fell English"/>
          <w:color w:val="141414"/>
          <w:sz w:val="24"/>
        </w:rPr>
        <w:t>A shock baton caught her across the ribs hard enough to light every nerve in a white flash. She rode the pain down, trapped the arm that delivered it, and drove her thumb into the soft hollow of the elbow until the tendon gave. Another pair of hands tried to force a net around her shoulders; she stepped back into the holder, head-butted upward by sound alone, and felt teeth and cartilage collapse under the impact. She followed the falling body down only long enough to stamp once on the side of a knee and once on a set of fingers that had been reaching for a blade.</w:t>
      </w:r>
    </w:p>
    <w:p>
      <w:r>
        <w:rPr>
          <w:rFonts w:ascii="IM Fell English" w:hAnsi="IM Fell English"/>
          <w:color w:val="141414"/>
          <w:sz w:val="24"/>
        </w:rPr>
        <w:t>The tunnel filled with the sharp, overlapping noise of people discovering they had misjudged the contract.</w:t>
      </w:r>
    </w:p>
    <w:p>
      <w:r>
        <w:rPr>
          <w:rFonts w:ascii="IM Fell English" w:hAnsi="IM Fell English"/>
          <w:color w:val="141414"/>
          <w:sz w:val="24"/>
        </w:rPr>
        <w:t>Vex moved through them the way her teacher had once moved through training rooms—never wasted motion, never mercy that was not useful. She broke a second knee. She dislocated a shoulder so severely the arm hung useless. She took a telescoping steel rod away from one man and used it to fracture the radius and ulna of another with two short, measured swings. When one of them managed to drive a boot into her lower back she accepted the hit, spun with it, and answered by hyperextending his planted leg until the knee folded the wrong direction and he went down screaming.</w:t>
      </w:r>
    </w:p>
    <w:p>
      <w:r>
        <w:rPr>
          <w:rFonts w:ascii="IM Fell English" w:hAnsi="IM Fell English"/>
          <w:color w:val="141414"/>
          <w:sz w:val="24"/>
        </w:rPr>
        <w:t>It lasted longer than the first delay.</w:t>
      </w:r>
    </w:p>
    <w:p>
      <w:r>
        <w:rPr>
          <w:rFonts w:ascii="IM Fell English" w:hAnsi="IM Fell English"/>
          <w:color w:val="141414"/>
          <w:sz w:val="24"/>
        </w:rPr>
        <w:t>Not much longer.</w:t>
      </w:r>
    </w:p>
    <w:p>
      <w:r>
        <w:rPr>
          <w:rFonts w:ascii="IM Fell English" w:hAnsi="IM Fell English"/>
          <w:color w:val="141414"/>
          <w:sz w:val="24"/>
        </w:rPr>
        <w:t>When the last contractor stopped trying to stand, the tunnel was a collection of broken shapes and wet breathing. Nets lay tangled in the water that ran along the center channel. Shock batons sparked uselessly against concrete. No one was dead. Every single one of them would need help leaving the tunnel, and none of them would be useful to the Ghost again for weeks.</w:t>
      </w:r>
    </w:p>
    <w:p>
      <w:r>
        <w:rPr>
          <w:rFonts w:ascii="IM Fell English" w:hAnsi="IM Fell English"/>
          <w:color w:val="141414"/>
          <w:sz w:val="24"/>
        </w:rPr>
        <w:t>Vex stood in the middle of the wreckage and listened until she was certain the only remaining threats were pain and gravity.</w:t>
      </w:r>
    </w:p>
    <w:p>
      <w:r>
        <w:rPr>
          <w:rFonts w:ascii="IM Fell English" w:hAnsi="IM Fell English"/>
          <w:color w:val="141414"/>
          <w:sz w:val="24"/>
        </w:rPr>
        <w:t>Then she selected.</w:t>
      </w:r>
    </w:p>
    <w:p>
      <w:r>
        <w:rPr>
          <w:rFonts w:ascii="IM Fell English" w:hAnsi="IM Fell English"/>
          <w:color w:val="141414"/>
          <w:sz w:val="24"/>
        </w:rPr>
        <w:t>The one with the shattered knee and the still-hard cock was first. She straddled him in the shallow water, opened his trousers, and sank down onto him with deliberate, grinding weight. Every time he tried to twist away from the angle she put pressure on the ruined joint until he went still and simply took it. She fucked him slowly, methodically, one hand braced on his throat, the other occasionally exploring the fresh fractures in his arm to remind him what resistance cost.</w:t>
      </w:r>
    </w:p>
    <w:p>
      <w:r>
        <w:rPr>
          <w:rFonts w:ascii="IM Fell English" w:hAnsi="IM Fell English"/>
          <w:color w:val="141414"/>
          <w:sz w:val="24"/>
        </w:rPr>
        <w:t>When she finished she moved to the next still-conscious body—the one whose teeth she had ruined. She sat on his chest, faced his feet, and lowered her cunt onto his broken mouth, using the pain of his injuries to keep him exactly where she wanted him while she ground out a second, quieter orgasm against his ruined face.</w:t>
      </w:r>
    </w:p>
    <w:p>
      <w:r>
        <w:rPr>
          <w:rFonts w:ascii="IM Fell English" w:hAnsi="IM Fell English"/>
          <w:color w:val="141414"/>
          <w:sz w:val="24"/>
        </w:rPr>
        <w:t>One by one she used them.</w:t>
      </w:r>
    </w:p>
    <w:p>
      <w:r>
        <w:rPr>
          <w:rFonts w:ascii="IM Fell English" w:hAnsi="IM Fell English"/>
          <w:color w:val="141414"/>
          <w:sz w:val="24"/>
        </w:rPr>
        <w:t>A man with two broken arms was forced onto his knees so she could take his cock in her mouth and control his depth with a fist in his hair; every time he tried to pull back she twisted the dislocated shoulder until he stopped. Another she bent over a maintenance pipe and fucked with the collapsible baton he had brought for her, slow and deep, while her free hand reached around and stroked him until he came against the rusted metal in spite of the fractures in his legs.</w:t>
      </w:r>
    </w:p>
    <w:p>
      <w:r>
        <w:rPr>
          <w:rFonts w:ascii="IM Fell English" w:hAnsi="IM Fell English"/>
          <w:color w:val="141414"/>
          <w:sz w:val="24"/>
        </w:rPr>
        <w:t>She did not rush.</w:t>
      </w:r>
    </w:p>
    <w:p>
      <w:r>
        <w:rPr>
          <w:rFonts w:ascii="IM Fell English" w:hAnsi="IM Fell English"/>
          <w:color w:val="141414"/>
          <w:sz w:val="24"/>
        </w:rPr>
        <w:t>By the time she stood again the tunnel smelled of sex and blood and the cold mineral wet of underground water. The contractors were a moaning, semi-conscious scatter of limbs that would not chase anyone for a long time.</w:t>
      </w:r>
    </w:p>
    <w:p>
      <w:r>
        <w:rPr>
          <w:rFonts w:ascii="IM Fell English" w:hAnsi="IM Fell English"/>
          <w:color w:val="141414"/>
          <w:sz w:val="24"/>
        </w:rPr>
        <w:t>Vex straightened her shift, wiped her hands on the wet fabric, and walked toward the service ladder that led back toward the surface.</w:t>
      </w:r>
    </w:p>
    <w:p>
      <w:r>
        <w:rPr>
          <w:rFonts w:ascii="IM Fell English" w:hAnsi="IM Fell English"/>
          <w:color w:val="141414"/>
          <w:sz w:val="24"/>
        </w:rPr>
        <w:t>Behind her someone managed a wet, broken question.</w:t>
      </w:r>
    </w:p>
    <w:p>
      <w:r>
        <w:rPr>
          <w:rFonts w:ascii="IM Fell English" w:hAnsi="IM Fell English"/>
          <w:color w:val="141414"/>
          <w:sz w:val="24"/>
        </w:rPr>
        <w:t>“She… said you don’t kill…”</w:t>
      </w:r>
    </w:p>
    <w:p>
      <w:r>
        <w:rPr>
          <w:rFonts w:ascii="IM Fell English" w:hAnsi="IM Fell English"/>
          <w:color w:val="141414"/>
          <w:sz w:val="24"/>
        </w:rPr>
        <w:t>Vex paused on the first rung, head tilted toward the voice.</w:t>
      </w:r>
    </w:p>
    <w:p>
      <w:r>
        <w:rPr>
          <w:rFonts w:ascii="IM Fell English" w:hAnsi="IM Fell English"/>
          <w:color w:val="141414"/>
          <w:sz w:val="24"/>
        </w:rPr>
        <w:t>“She told you the truth. I’m not paid to kill you. I’m paid to reach her. You’re only terrain.”</w:t>
      </w:r>
    </w:p>
    <w:p>
      <w:r>
        <w:rPr>
          <w:rFonts w:ascii="IM Fell English" w:hAnsi="IM Fell English"/>
          <w:color w:val="141414"/>
          <w:sz w:val="24"/>
        </w:rPr>
        <w:t>She climbed.</w:t>
      </w:r>
    </w:p>
    <w:p>
      <w:r>
        <w:rPr>
          <w:rFonts w:ascii="IM Fell English" w:hAnsi="IM Fell English"/>
          <w:color w:val="141414"/>
          <w:sz w:val="24"/>
        </w:rPr>
        <w:t>Above her the city continued its ordinary noise. Somewhere ahead the Ghost was still moving, still spending money on better delays, still leaving the occasional private mark that only one living student could read.</w:t>
      </w:r>
    </w:p>
    <w:p>
      <w:r>
        <w:rPr>
          <w:rFonts w:ascii="IM Fell English" w:hAnsi="IM Fell English"/>
          <w:color w:val="141414"/>
          <w:sz w:val="24"/>
        </w:rPr>
        <w:t>Vex reached street level, listened to the direction of the wind and the traffic, and started walking again.</w:t>
      </w:r>
    </w:p>
    <w:p>
      <w:r>
        <w:rPr>
          <w:rFonts w:ascii="IM Fell English" w:hAnsi="IM Fell English"/>
          <w:color w:val="141414"/>
          <w:sz w:val="24"/>
        </w:rPr>
        <w:t>The second delay had been noted, used, and left broken in the dark.</w:t>
      </w:r>
    </w:p>
    <w:p>
      <w:r>
        <w:rPr>
          <w:rFonts w:ascii="IM Fell English" w:hAnsi="IM Fell English"/>
          <w:color w:val="141414"/>
          <w:sz w:val="24"/>
        </w:rPr>
        <w:t>She was still patient.</w:t>
      </w:r>
    </w:p>
    <w:p>
      <w:r>
        <w:rPr>
          <w:rFonts w:ascii="IM Fell English" w:hAnsi="IM Fell English"/>
          <w:color w:val="141414"/>
          <w:sz w:val="24"/>
        </w:rPr>
        <w:t>Her teacher had made certain of that.</w:t>
      </w:r>
    </w:p>
    <w:p>
      <w:pPr>
        <w:pStyle w:val="Heading1"/>
        <w:jc w:val="center"/>
      </w:pPr>
      <w:r>
        <w:rPr>
          <w:rFonts w:ascii="IM Fell English" w:hAnsi="IM Fell English"/>
          <w:color w:val="0D0D0D"/>
        </w:rPr>
        <w:t>CHAPTER 15 — TABLE CONTRACTORS</w:t>
      </w:r>
    </w:p>
    <w:p>
      <w:r>
        <w:rPr>
          <w:rFonts w:ascii="IM Fell English" w:hAnsi="IM Fell English"/>
          <w:color w:val="141414"/>
          <w:sz w:val="24"/>
        </w:rPr>
        <w:t>The Ghost changed cities again.</w:t>
      </w:r>
    </w:p>
    <w:p>
      <w:r>
        <w:rPr>
          <w:rFonts w:ascii="IM Fell English" w:hAnsi="IM Fell English"/>
          <w:color w:val="141414"/>
          <w:sz w:val="24"/>
        </w:rPr>
        <w:t>Five days after the Cathedral the trail she left was thinner, meaner, and more expensive. She had burned two safehouses, three sets of papers, and a short list of people who had once owed her favors. The golden cunt dagger remained distributed. The karambit stayed against the small of her back. She slept in ninety-minute increments and woke already reaching for a blade that was never quite where the last hand had tried to take it.</w:t>
      </w:r>
    </w:p>
    <w:p>
      <w:r>
        <w:rPr>
          <w:rFonts w:ascii="IM Fell English" w:hAnsi="IM Fell English"/>
          <w:color w:val="141414"/>
          <w:sz w:val="24"/>
        </w:rPr>
        <w:t>The second table contractor team was waiting in the skeleton of a half-demolished parking structure on the industrial side of the river. Twelve this time. Better kit. Quieter approach. They had clearly read the after-action on the rooftop failure and adjusted: longer-range tasers, flexible resin cuffs, a two-man net team, and the explicit order to keep the target breathing and mobile enough for the real hunter to finish later.</w:t>
      </w:r>
    </w:p>
    <w:p>
      <w:r>
        <w:rPr>
          <w:rFonts w:ascii="IM Fell English" w:hAnsi="IM Fell English"/>
          <w:color w:val="141414"/>
          <w:sz w:val="24"/>
        </w:rPr>
        <w:t>The Ghost stood on the third-level concrete deck with her hands in her coat pockets and let them close the ring.</w:t>
      </w:r>
    </w:p>
    <w:p>
      <w:r>
        <w:rPr>
          <w:rFonts w:ascii="IM Fell English" w:hAnsi="IM Fell English"/>
          <w:color w:val="141414"/>
          <w:sz w:val="24"/>
        </w:rPr>
        <w:t>“Twelve,” she said, almost conversational. “Someone upstairs is getting annoyed. Tell me the truth—did Katie authorize the tasers or was that Lilith trying to be helpful?”</w:t>
      </w:r>
    </w:p>
    <w:p>
      <w:r>
        <w:rPr>
          <w:rFonts w:ascii="IM Fell English" w:hAnsi="IM Fell English"/>
          <w:color w:val="141414"/>
          <w:sz w:val="24"/>
        </w:rPr>
        <w:t>No answer. Only the soft scrape of boots and the faint electronic whine of charged capacitors.</w:t>
      </w:r>
    </w:p>
    <w:p>
      <w:r>
        <w:rPr>
          <w:rFonts w:ascii="IM Fell English" w:hAnsi="IM Fell English"/>
          <w:color w:val="141414"/>
          <w:sz w:val="24"/>
        </w:rPr>
        <w:t>She moved first.</w:t>
      </w:r>
    </w:p>
    <w:p>
      <w:r>
        <w:rPr>
          <w:rFonts w:ascii="IM Fell English" w:hAnsi="IM Fell English"/>
          <w:color w:val="141414"/>
          <w:sz w:val="24"/>
        </w:rPr>
        <w:t>The nearest taser operator never got the probes off. The Ghost closed the distance in three steps, trapped the wrist, and drove the device back into the man’s own thigh before the trigger finished completing its circuit. He went down rigid and convulsing. She kept the weapon, turned, and fired the remaining charge into the chest of the net specialist coming in from the left. The second man hit the concrete hard enough to make his helmet bounce.</w:t>
      </w:r>
    </w:p>
    <w:p>
      <w:r>
        <w:rPr>
          <w:rFonts w:ascii="IM Fell English" w:hAnsi="IM Fell English"/>
          <w:color w:val="141414"/>
          <w:sz w:val="24"/>
        </w:rPr>
        <w:t>The rest committed.</w:t>
      </w:r>
    </w:p>
    <w:p>
      <w:r>
        <w:rPr>
          <w:rFonts w:ascii="IM Fell English" w:hAnsi="IM Fell English"/>
          <w:color w:val="141414"/>
          <w:sz w:val="24"/>
        </w:rPr>
        <w:t>She met them the way she had once taught a blind student to meet overwhelming numbers: accept the first hits, break the structure of the attack, then dismantle the pieces. A resin cuff snapped around her left wrist; she used the attached contractor as a shield and a lever, rotating until the man’s elbow and shoulder failed in sequence. A baton cracked across her upper back hard enough to numb the arm; she rode the impact, caught the follow-up swing, and redirected it into the side of a third man’s knee with a wet, final crunch.</w:t>
      </w:r>
    </w:p>
    <w:p>
      <w:r>
        <w:rPr>
          <w:rFonts w:ascii="IM Fell English" w:hAnsi="IM Fell English"/>
          <w:color w:val="141414"/>
          <w:sz w:val="24"/>
        </w:rPr>
        <w:t>They tried to pin her against a support pillar.</w:t>
      </w:r>
    </w:p>
    <w:p>
      <w:r>
        <w:rPr>
          <w:rFonts w:ascii="IM Fell English" w:hAnsi="IM Fell English"/>
          <w:color w:val="141414"/>
          <w:sz w:val="24"/>
        </w:rPr>
        <w:t>She let them think it was working for almost three seconds—long enough for two of them to commit their weight—then dropped her center, twisted, and used the pillar as the anvil. One head met concrete. One collarbone separated under her forearm. A taser probe finally found her side and lit every muscle in a white-hot seizure; she stayed conscious through it, counted the five-second cycle, and came out of it already moving. The operator still holding the trigger received the full remaining charge in the soft hollow under his jaw. He dropped and did not get up again for the rest of the fight.</w:t>
      </w:r>
    </w:p>
    <w:p>
      <w:r>
        <w:rPr>
          <w:rFonts w:ascii="IM Fell English" w:hAnsi="IM Fell English"/>
          <w:color w:val="141414"/>
          <w:sz w:val="24"/>
        </w:rPr>
        <w:t>It lasted longer than the rooftop.</w:t>
      </w:r>
    </w:p>
    <w:p>
      <w:r>
        <w:rPr>
          <w:rFonts w:ascii="IM Fell English" w:hAnsi="IM Fell English"/>
          <w:color w:val="141414"/>
          <w:sz w:val="24"/>
        </w:rPr>
        <w:t>Not enough longer to matter.</w:t>
      </w:r>
    </w:p>
    <w:p>
      <w:r>
        <w:rPr>
          <w:rFonts w:ascii="IM Fell English" w:hAnsi="IM Fell English"/>
          <w:color w:val="141414"/>
          <w:sz w:val="24"/>
        </w:rPr>
        <w:t>When the last contractor stopped advancing, the parking deck was a scatter of broken limbs, discharged tasers, and the wet sounds of people trying to breathe through pain. Twelve bodies. Zero corpses. Every single one of them would require extraction and extensive medical work before they could walk, much less chase anyone.</w:t>
      </w:r>
    </w:p>
    <w:p>
      <w:r>
        <w:rPr>
          <w:rFonts w:ascii="IM Fell English" w:hAnsi="IM Fell English"/>
          <w:color w:val="141414"/>
          <w:sz w:val="24"/>
        </w:rPr>
        <w:t>The Ghost stood in the center of the wreckage, rolled the shoulder that had taken the baton, and exhaled once.</w:t>
      </w:r>
    </w:p>
    <w:p>
      <w:r>
        <w:rPr>
          <w:rFonts w:ascii="IM Fell English" w:hAnsi="IM Fell English"/>
          <w:color w:val="141414"/>
          <w:sz w:val="24"/>
        </w:rPr>
        <w:t>“Still breathing. Good. I’d hate to waste the table’s money.”</w:t>
      </w:r>
    </w:p>
    <w:p>
      <w:r>
        <w:rPr>
          <w:rFonts w:ascii="IM Fell English" w:hAnsi="IM Fell English"/>
          <w:color w:val="141414"/>
          <w:sz w:val="24"/>
        </w:rPr>
        <w:t>She selected the first useful body—the one with the shattered knee and the still-rapid pulse—and straddled his chest. Coat open, she lowered herself onto his mouth and used him with slow, grinding pressure while her hands mapped the fractures she had given him. Every time he tried to turn his head she put weight on the ruined joint until the scream vibrated against her cunt in the exact way she wanted. She came quietly, meanly, and moved to the next.</w:t>
      </w:r>
    </w:p>
    <w:p>
      <w:r>
        <w:rPr>
          <w:rFonts w:ascii="IM Fell English" w:hAnsi="IM Fell English"/>
          <w:color w:val="141414"/>
          <w:sz w:val="24"/>
        </w:rPr>
        <w:t>One by one she worked through the ones who were still conscious enough to feel it.</w:t>
      </w:r>
    </w:p>
    <w:p>
      <w:r>
        <w:rPr>
          <w:rFonts w:ascii="IM Fell English" w:hAnsi="IM Fell English"/>
          <w:color w:val="141414"/>
          <w:sz w:val="24"/>
        </w:rPr>
        <w:t>A man with two dislocated shoulders was forced onto his back so she could ride his cock while pinning both useless arms under her knees; every thrust ground the separated bones together and dragged fresh noise out of him. Another she bent over a concrete barrier and fucked with the collapsible baton he had carried for her, deep and unhurried, while her free hand reached around and stroked him until he finished against the cold cement in spite of the broken ribs. The one who had landed the baton across her back received special attention: she sat on his face long enough to leave him gasping, then turned and took him down her throat until he came, her fingers exploring the fresh breaks in his hands the entire time.</w:t>
      </w:r>
    </w:p>
    <w:p>
      <w:r>
        <w:rPr>
          <w:rFonts w:ascii="IM Fell English" w:hAnsi="IM Fell English"/>
          <w:color w:val="141414"/>
          <w:sz w:val="24"/>
        </w:rPr>
        <w:t>She did not rush.</w:t>
      </w:r>
    </w:p>
    <w:p>
      <w:r>
        <w:rPr>
          <w:rFonts w:ascii="IM Fell English" w:hAnsi="IM Fell English"/>
          <w:color w:val="141414"/>
          <w:sz w:val="24"/>
        </w:rPr>
        <w:t>By the time she stood again the sun had moved far enough to change the angle of the light through the open sides of the structure. The contractors were a moaning, semi-conscious collection of injuries that would keep a private clinic busy for days.</w:t>
      </w:r>
    </w:p>
    <w:p>
      <w:r>
        <w:rPr>
          <w:rFonts w:ascii="IM Fell English" w:hAnsi="IM Fell English"/>
          <w:color w:val="141414"/>
          <w:sz w:val="24"/>
        </w:rPr>
        <w:t>The Ghost straightened her coat, checked the karambit, and walked to the edge of the deck.</w:t>
      </w:r>
    </w:p>
    <w:p>
      <w:r>
        <w:rPr>
          <w:rFonts w:ascii="IM Fell English" w:hAnsi="IM Fell English"/>
          <w:color w:val="141414"/>
          <w:sz w:val="24"/>
        </w:rPr>
        <w:t>At the broken railing she paused and looked back over the field of delayed, broken, still-living obstacles.</w:t>
      </w:r>
    </w:p>
    <w:p>
      <w:r>
        <w:rPr>
          <w:rFonts w:ascii="IM Fell English" w:hAnsi="IM Fell English"/>
          <w:color w:val="141414"/>
          <w:sz w:val="24"/>
        </w:rPr>
        <w:t>“Tell the table the Ghost is still polite. And tell my student the gap is down to a day and a half. She’s improving.”</w:t>
      </w:r>
    </w:p>
    <w:p>
      <w:r>
        <w:rPr>
          <w:rFonts w:ascii="IM Fell English" w:hAnsi="IM Fell English"/>
          <w:color w:val="141414"/>
          <w:sz w:val="24"/>
        </w:rPr>
        <w:t>Then she dropped over the side, caught the external scaffolding, and disappeared into the lower levels of the structure.</w:t>
      </w:r>
    </w:p>
    <w:p>
      <w:r>
        <w:rPr>
          <w:rFonts w:ascii="IM Fell English" w:hAnsi="IM Fell English"/>
          <w:color w:val="141414"/>
          <w:sz w:val="24"/>
        </w:rPr>
        <w:t>Behind her the second team of table contractors lay exactly where the high table had ordered them to be left: alive, damaged, and completely finished as a delaying force.</w:t>
      </w:r>
    </w:p>
    <w:p>
      <w:r>
        <w:rPr>
          <w:rFonts w:ascii="IM Fell English" w:hAnsi="IM Fell English"/>
          <w:color w:val="141414"/>
          <w:sz w:val="24"/>
        </w:rPr>
        <w:t>Somewhere closer than before, Vex was already adjusting course.</w:t>
      </w:r>
    </w:p>
    <w:p>
      <w:r>
        <w:rPr>
          <w:rFonts w:ascii="IM Fell English" w:hAnsi="IM Fell English"/>
          <w:color w:val="141414"/>
          <w:sz w:val="24"/>
        </w:rPr>
        <w:t>The Ghost smiled to herself as she hit the street and started walking.</w:t>
      </w:r>
    </w:p>
    <w:p>
      <w:r>
        <w:rPr>
          <w:rFonts w:ascii="IM Fell English" w:hAnsi="IM Fell English"/>
          <w:color w:val="141414"/>
          <w:sz w:val="24"/>
        </w:rPr>
        <w:t>The rules were still the ones she had written.</w:t>
      </w:r>
    </w:p>
    <w:p>
      <w:r>
        <w:rPr>
          <w:rFonts w:ascii="IM Fell English" w:hAnsi="IM Fell English"/>
          <w:color w:val="141414"/>
          <w:sz w:val="24"/>
        </w:rPr>
        <w:t>The only person who had ever learned them well enough to use them against her was still coming.</w:t>
      </w:r>
    </w:p>
    <w:p>
      <w:pPr>
        <w:pStyle w:val="Heading1"/>
        <w:jc w:val="center"/>
      </w:pPr>
      <w:r>
        <w:rPr>
          <w:rFonts w:ascii="IM Fell English" w:hAnsi="IM Fell English"/>
          <w:color w:val="0D0D0D"/>
        </w:rPr>
        <w:t>CHAPTER 16 — THIRD DELAY</w:t>
      </w:r>
    </w:p>
    <w:p>
      <w:r>
        <w:rPr>
          <w:rFonts w:ascii="IM Fell English" w:hAnsi="IM Fell English"/>
          <w:color w:val="141414"/>
          <w:sz w:val="24"/>
        </w:rPr>
        <w:t>Vex closed the gap to a day.</w:t>
      </w:r>
    </w:p>
    <w:p>
      <w:r>
        <w:rPr>
          <w:rFonts w:ascii="IM Fell English" w:hAnsi="IM Fell English"/>
          <w:color w:val="141414"/>
          <w:sz w:val="24"/>
        </w:rPr>
        <w:t>The marks the Ghost left had grown shorter and more precise, less like jokes and more like professional acknowledgments. A single thread of wire left at a height only someone navigating by touch would find. The faint residual scent of the specific solvent the Ghost used to clean blood from ceramic. A scuff pattern on a metal stair that told a blind reader exactly which direction the writer had been moving and how recently.</w:t>
      </w:r>
    </w:p>
    <w:p>
      <w:r>
        <w:rPr>
          <w:rFonts w:ascii="IM Fell English" w:hAnsi="IM Fell English"/>
          <w:color w:val="141414"/>
          <w:sz w:val="24"/>
        </w:rPr>
        <w:t>The third delay team was waiting in the sub-basement of a decommissioned cold-storage facility on the river side of the city. Fourteen this time. The Ghost was spending real money. They had thermal dampening on their clothing, soft-soled boots, and a plan built around continuous noise and multiple simultaneous points of contact so a blind target could not isolate single threats.</w:t>
      </w:r>
    </w:p>
    <w:p>
      <w:r>
        <w:rPr>
          <w:rFonts w:ascii="IM Fell English" w:hAnsi="IM Fell English"/>
          <w:color w:val="141414"/>
          <w:sz w:val="24"/>
        </w:rPr>
        <w:t>Vex stopped at the bottom of the last concrete stair and listened to the way the cold air moved through the long, dark corridors of hanging hooks and empty rails.</w:t>
      </w:r>
    </w:p>
    <w:p>
      <w:r>
        <w:rPr>
          <w:rFonts w:ascii="IM Fell English" w:hAnsi="IM Fell English"/>
          <w:color w:val="141414"/>
          <w:sz w:val="24"/>
        </w:rPr>
        <w:t>“Fourteen,” she said quietly. “You’re louder than you think. Two of you are carrying something that hums at a frequency that doesn’t belong in an empty building. The Ghost is still ahead of me, but not by enough. You’re only buying her hours.”</w:t>
      </w:r>
    </w:p>
    <w:p>
      <w:r>
        <w:rPr>
          <w:rFonts w:ascii="IM Fell English" w:hAnsi="IM Fell English"/>
          <w:color w:val="141414"/>
          <w:sz w:val="24"/>
        </w:rPr>
        <w:t>A voice answered from the dark, low and controlled.</w:t>
      </w:r>
    </w:p>
    <w:p>
      <w:r>
        <w:rPr>
          <w:rFonts w:ascii="IM Fell English" w:hAnsi="IM Fell English"/>
          <w:color w:val="141414"/>
          <w:sz w:val="24"/>
        </w:rPr>
        <w:t>“Hours are what we were paid for. Bag and break. Keep her breathing.”</w:t>
      </w:r>
    </w:p>
    <w:p>
      <w:r>
        <w:rPr>
          <w:rFonts w:ascii="IM Fell English" w:hAnsi="IM Fell English"/>
          <w:color w:val="141414"/>
          <w:sz w:val="24"/>
        </w:rPr>
        <w:t>They came from three directions at once.</w:t>
      </w:r>
    </w:p>
    <w:p>
      <w:r>
        <w:rPr>
          <w:rFonts w:ascii="IM Fell English" w:hAnsi="IM Fell English"/>
          <w:color w:val="141414"/>
          <w:sz w:val="24"/>
        </w:rPr>
        <w:t>Vex did not try to track all of them. She picked the closest change in air pressure and committed. The first body met her open hand and then the concrete support pillar behind it; the impact separated a shoulder and collapsed part of a face. She was already turning into the second attacker, using the falling weight of the first as a momentary shield. A flexible resin baton cracked across her upper arm hard enough to deaden the limb for several seconds. She accepted the numbness, trapped the follow-up swing with her good hand, and drove her knee into the exposed elbow until the joint inverted with a wet, decisive pop.</w:t>
      </w:r>
    </w:p>
    <w:p>
      <w:r>
        <w:rPr>
          <w:rFonts w:ascii="IM Fell English" w:hAnsi="IM Fell English"/>
          <w:color w:val="141414"/>
          <w:sz w:val="24"/>
        </w:rPr>
        <w:t>The noise plan started working against them.</w:t>
      </w:r>
    </w:p>
    <w:p>
      <w:r>
        <w:rPr>
          <w:rFonts w:ascii="IM Fell English" w:hAnsi="IM Fell English"/>
          <w:color w:val="141414"/>
          <w:sz w:val="24"/>
        </w:rPr>
        <w:t>Every scream, every dropped weapon, every body hitting the floor gave her clearer information than silence ever could. She moved through the overlapping sounds the way other people moved through light. A pair of hands tried to force a padded restraint around her throat from behind; she dropped her weight, trapped both wrists, and used the attacker’s own forward pull to throw him into the path of two others. Bones met bones. Someone’s knee went the wrong way. Someone else lost the ability to hold a weapon when her heel found the small bones of the hand and stamped through them.</w:t>
      </w:r>
    </w:p>
    <w:p>
      <w:r>
        <w:rPr>
          <w:rFonts w:ascii="IM Fell English" w:hAnsi="IM Fell English"/>
          <w:color w:val="141414"/>
          <w:sz w:val="24"/>
        </w:rPr>
        <w:t>They managed to land more hits than the previous teams.</w:t>
      </w:r>
    </w:p>
    <w:p>
      <w:r>
        <w:rPr>
          <w:rFonts w:ascii="IM Fell English" w:hAnsi="IM Fell English"/>
          <w:color w:val="141414"/>
          <w:sz w:val="24"/>
        </w:rPr>
        <w:t>A heavy baton took her across the lower back and drove the air from her lungs. A second strike caught the side of her knee and made the joint fold for a dangerous half-second. She rode both impacts down, turned the fall into a roll, and came up inside the guard of the nearest standing contractor. Two short, focused strikes left him with a broken collarbone and a face that would not look the same again. She took his baton and used it immediately—one measured swing to a kneecap, another to a set of fingers that had been reaching for a taser.</w:t>
      </w:r>
    </w:p>
    <w:p>
      <w:r>
        <w:rPr>
          <w:rFonts w:ascii="IM Fell English" w:hAnsi="IM Fell English"/>
          <w:color w:val="141414"/>
          <w:sz w:val="24"/>
        </w:rPr>
        <w:t>The fight compressed into a series of isolated, brutal exchanges.</w:t>
      </w:r>
    </w:p>
    <w:p>
      <w:r>
        <w:rPr>
          <w:rFonts w:ascii="IM Fell English" w:hAnsi="IM Fell English"/>
          <w:color w:val="141414"/>
          <w:sz w:val="24"/>
        </w:rPr>
        <w:t>When it ended, fourteen bodies were scattered across the cold concrete between the hanging rails. None of them were dead. Several would not walk without assistance for months. All of them were finished as a delaying force.</w:t>
      </w:r>
    </w:p>
    <w:p>
      <w:r>
        <w:rPr>
          <w:rFonts w:ascii="IM Fell English" w:hAnsi="IM Fell English"/>
          <w:color w:val="141414"/>
          <w:sz w:val="24"/>
        </w:rPr>
        <w:t>Vex stood in the center of the wreckage and waited until her breathing evened and the last useful information (wet breathing, low moaning, the drip of water from old refrigeration pipes) confirmed there were no remaining threats capable of pursuit.</w:t>
      </w:r>
    </w:p>
    <w:p>
      <w:r>
        <w:rPr>
          <w:rFonts w:ascii="IM Fell English" w:hAnsi="IM Fell English"/>
          <w:color w:val="141414"/>
          <w:sz w:val="24"/>
        </w:rPr>
        <w:t>Then she selected.</w:t>
      </w:r>
    </w:p>
    <w:p>
      <w:r>
        <w:rPr>
          <w:rFonts w:ascii="IM Fell English" w:hAnsi="IM Fell English"/>
          <w:color w:val="141414"/>
          <w:sz w:val="24"/>
        </w:rPr>
        <w:t>The contractor with the shattered knee and the still-rapid pulse was first. She straddled him between two steel support posts, opened his trousers, and sank down onto him with deliberate, grinding weight. Every time he tried to move she put pressure on the ruined joint until the scream became a vibration she could use. She fucked him slowly, one hand braced on his throat, the other occasionally returning to the fresh fractures to keep him focused. When she came it was quiet and controlled; she stayed in place until the last tremor passed, then moved to the next still-conscious body.</w:t>
      </w:r>
    </w:p>
    <w:p>
      <w:r>
        <w:rPr>
          <w:rFonts w:ascii="IM Fell English" w:hAnsi="IM Fell English"/>
          <w:color w:val="141414"/>
          <w:sz w:val="24"/>
        </w:rPr>
        <w:t>She used them in turn.</w:t>
      </w:r>
    </w:p>
    <w:p>
      <w:r>
        <w:rPr>
          <w:rFonts w:ascii="IM Fell English" w:hAnsi="IM Fell English"/>
          <w:color w:val="141414"/>
          <w:sz w:val="24"/>
        </w:rPr>
        <w:t>A man with two broken arms and a ruined shoulder was forced onto his back so she could ride his mouth while her fingers explored the separations in his joints, applying exact pressure whenever his tongue slowed. Another she bent over a low maintenance pipe and fucked with the resin baton he had brought for her, deep and unhurried, while her free hand reached around and stroked him until he finished against the cold metal in spite of the fractures in his legs. The one who had landed the baton across her back received particular attention: she sat on his face until he was close to blacking out, then turned and took him down her throat, controlling his depth with a fist in his hair while her other hand methodically tested every break she had given him.</w:t>
      </w:r>
    </w:p>
    <w:p>
      <w:r>
        <w:rPr>
          <w:rFonts w:ascii="IM Fell English" w:hAnsi="IM Fell English"/>
          <w:color w:val="141414"/>
          <w:sz w:val="24"/>
        </w:rPr>
        <w:t>She did not rush.</w:t>
      </w:r>
    </w:p>
    <w:p>
      <w:r>
        <w:rPr>
          <w:rFonts w:ascii="IM Fell English" w:hAnsi="IM Fell English"/>
          <w:color w:val="141414"/>
          <w:sz w:val="24"/>
        </w:rPr>
        <w:t>By the time she stood again the cold-storage air had begun to carry the mixed scent of sex, blood, and the mineral damp of the river nearby. The contractors were a broken, semi-conscious scatter that would require a private medical team and a long recovery before any of them worked another contract.</w:t>
      </w:r>
    </w:p>
    <w:p>
      <w:r>
        <w:rPr>
          <w:rFonts w:ascii="IM Fell English" w:hAnsi="IM Fell English"/>
          <w:color w:val="141414"/>
          <w:sz w:val="24"/>
        </w:rPr>
        <w:t>Vex straightened her shift, wiped her hands on the blood-damp fabric, and walked back toward the service stairs that led to street level.</w:t>
      </w:r>
    </w:p>
    <w:p>
      <w:r>
        <w:rPr>
          <w:rFonts w:ascii="IM Fell English" w:hAnsi="IM Fell English"/>
          <w:color w:val="141414"/>
          <w:sz w:val="24"/>
        </w:rPr>
        <w:t>Behind her someone managed a wet, incomplete question.</w:t>
      </w:r>
    </w:p>
    <w:p>
      <w:r>
        <w:rPr>
          <w:rFonts w:ascii="IM Fell English" w:hAnsi="IM Fell English"/>
          <w:color w:val="141414"/>
          <w:sz w:val="24"/>
        </w:rPr>
        <w:t>“She… said you don’t… kill the delays…”</w:t>
      </w:r>
    </w:p>
    <w:p>
      <w:r>
        <w:rPr>
          <w:rFonts w:ascii="IM Fell English" w:hAnsi="IM Fell English"/>
          <w:color w:val="141414"/>
          <w:sz w:val="24"/>
        </w:rPr>
        <w:t>Vex paused on the bottom step, head tilted toward the voice.</w:t>
      </w:r>
    </w:p>
    <w:p>
      <w:r>
        <w:rPr>
          <w:rFonts w:ascii="IM Fell English" w:hAnsi="IM Fell English"/>
          <w:color w:val="141414"/>
          <w:sz w:val="24"/>
        </w:rPr>
        <w:t>“She told you the truth. I’m not paid for you. I’m paid for her. You’re only the ground I have to cross.”</w:t>
      </w:r>
    </w:p>
    <w:p>
      <w:r>
        <w:rPr>
          <w:rFonts w:ascii="IM Fell English" w:hAnsi="IM Fell English"/>
          <w:color w:val="141414"/>
          <w:sz w:val="24"/>
        </w:rPr>
        <w:t>She climbed.</w:t>
      </w:r>
    </w:p>
    <w:p>
      <w:r>
        <w:rPr>
          <w:rFonts w:ascii="IM Fell English" w:hAnsi="IM Fell English"/>
          <w:color w:val="141414"/>
          <w:sz w:val="24"/>
        </w:rPr>
        <w:t>Above her the city continued its ordinary late-day noise. Somewhere still ahead—closer now—the Ghost was moving, spending more money, leaving fewer marks, and still refusing to make the final turn that would end the chase.</w:t>
      </w:r>
    </w:p>
    <w:p>
      <w:r>
        <w:rPr>
          <w:rFonts w:ascii="IM Fell English" w:hAnsi="IM Fell English"/>
          <w:color w:val="141414"/>
          <w:sz w:val="24"/>
        </w:rPr>
        <w:t>Vex reached the surface, listened to the wind and the traffic and the low electronic hum of the urban grid, and started walking again.</w:t>
      </w:r>
    </w:p>
    <w:p>
      <w:r>
        <w:rPr>
          <w:rFonts w:ascii="IM Fell English" w:hAnsi="IM Fell English"/>
          <w:color w:val="141414"/>
          <w:sz w:val="24"/>
        </w:rPr>
        <w:t>The third delay had been noted, used, and left broken in the cold dark.</w:t>
      </w:r>
    </w:p>
    <w:p>
      <w:r>
        <w:rPr>
          <w:rFonts w:ascii="IM Fell English" w:hAnsi="IM Fell English"/>
          <w:color w:val="141414"/>
          <w:sz w:val="24"/>
        </w:rPr>
        <w:t>The gap was down to a day.</w:t>
      </w:r>
    </w:p>
    <w:p>
      <w:r>
        <w:rPr>
          <w:rFonts w:ascii="IM Fell English" w:hAnsi="IM Fell English"/>
          <w:color w:val="141414"/>
          <w:sz w:val="24"/>
        </w:rPr>
        <w:t>She remained patient.</w:t>
      </w:r>
    </w:p>
    <w:p>
      <w:r>
        <w:rPr>
          <w:rFonts w:ascii="IM Fell English" w:hAnsi="IM Fell English"/>
          <w:color w:val="141414"/>
          <w:sz w:val="24"/>
        </w:rPr>
        <w:t>Her teacher had taught her that patience was the difference between a student and a peer.</w:t>
      </w:r>
    </w:p>
    <w:p>
      <w:pPr>
        <w:pStyle w:val="Heading1"/>
        <w:jc w:val="center"/>
      </w:pPr>
      <w:r>
        <w:rPr>
          <w:rFonts w:ascii="IM Fell English" w:hAnsi="IM Fell English"/>
          <w:color w:val="0D0D0D"/>
        </w:rPr>
        <w:t>CHAPTER 17 — TABLE CONTRACTORS</w:t>
      </w:r>
    </w:p>
    <w:p>
      <w:r>
        <w:rPr>
          <w:rFonts w:ascii="IM Fell English" w:hAnsi="IM Fell English"/>
          <w:color w:val="141414"/>
          <w:sz w:val="24"/>
        </w:rPr>
        <w:t>The Ghost felt the gap closing.</w:t>
      </w:r>
    </w:p>
    <w:p>
      <w:r>
        <w:rPr>
          <w:rFonts w:ascii="IM Fell English" w:hAnsi="IM Fell English"/>
          <w:color w:val="141414"/>
          <w:sz w:val="24"/>
        </w:rPr>
        <w:t>Six days after the Cathedral the city had begun to feel smaller. She had burned another set of papers, moved through two more safehouses, and left a trail that was now less invitation than acknowledgment. The marks she made for Vex were shorter, cleaner, almost respectful. A single drop of the specific blade oil placed where only fingers reading a wall would find it. A scuff pattern that gave direction and nothing else. The game was still hers to pace, but the student was no longer two days behind.</w:t>
      </w:r>
    </w:p>
    <w:p>
      <w:r>
        <w:rPr>
          <w:rFonts w:ascii="IM Fell English" w:hAnsi="IM Fell English"/>
          <w:color w:val="141414"/>
          <w:sz w:val="24"/>
        </w:rPr>
        <w:t>The third table contractor team was waiting in the upper floors of a condemned textile mill on the east side of the river. Sixteen this time. The high table had stopped pretending this was routine. They came with better thermal masking, synchronized noise discipline, and a layered plan: soft containment first, then progressive force, always leaving the target able to breathe and eventually walk so the real contract could still be completed by the only person authorized to finish it.</w:t>
      </w:r>
    </w:p>
    <w:p>
      <w:r>
        <w:rPr>
          <w:rFonts w:ascii="IM Fell English" w:hAnsi="IM Fell English"/>
          <w:color w:val="141414"/>
          <w:sz w:val="24"/>
        </w:rPr>
        <w:t>The Ghost stood in the center of the long, empty weaving floor with its broken windows and rusted overhead rails and watched the ring form.</w:t>
      </w:r>
    </w:p>
    <w:p>
      <w:r>
        <w:rPr>
          <w:rFonts w:ascii="IM Fell English" w:hAnsi="IM Fell English"/>
          <w:color w:val="141414"/>
          <w:sz w:val="24"/>
        </w:rPr>
        <w:t>“Sixteen,” she said, almost fondly. “Someone at the table is starting to take my student seriously. Good. I trained her to be taken seriously.”</w:t>
      </w:r>
    </w:p>
    <w:p>
      <w:r>
        <w:rPr>
          <w:rFonts w:ascii="IM Fell English" w:hAnsi="IM Fell English"/>
          <w:color w:val="141414"/>
          <w:sz w:val="24"/>
        </w:rPr>
        <w:t>No one answered. They simply tightened the cordon.</w:t>
      </w:r>
    </w:p>
    <w:p>
      <w:r>
        <w:rPr>
          <w:rFonts w:ascii="IM Fell English" w:hAnsi="IM Fell English"/>
          <w:color w:val="141414"/>
          <w:sz w:val="24"/>
        </w:rPr>
        <w:t>She let them commit the first movement.</w:t>
      </w:r>
    </w:p>
    <w:p>
      <w:r>
        <w:rPr>
          <w:rFonts w:ascii="IM Fell English" w:hAnsi="IM Fell English"/>
          <w:color w:val="141414"/>
          <w:sz w:val="24"/>
        </w:rPr>
        <w:t>The soft-containment line came in with padded restraints and low-powered shock devices designed to overload without permanent damage. The Ghost stepped through the first pair before the restraints could close, trapped an arm, and drove the attached body into the second operator hard enough to collapse both of them into a single tangle of limbs and equipment. She kept one of the shock devices, reversed it, and discharged it into the nearest exposed neck. The man went rigid and down.</w:t>
      </w:r>
    </w:p>
    <w:p>
      <w:r>
        <w:rPr>
          <w:rFonts w:ascii="IM Fell English" w:hAnsi="IM Fell English"/>
          <w:color w:val="141414"/>
          <w:sz w:val="24"/>
        </w:rPr>
        <w:t>The rest adjusted faster than the previous teams.</w:t>
      </w:r>
    </w:p>
    <w:p>
      <w:r>
        <w:rPr>
          <w:rFonts w:ascii="IM Fell English" w:hAnsi="IM Fell English"/>
          <w:color w:val="141414"/>
          <w:sz w:val="24"/>
        </w:rPr>
        <w:t>They tried to use the open floor and the overhead rails against her, driving her toward a corner where numbers would finally matter. She refused the corner. She accepted a baton across the ribs that stole her breath, a second strike that opened a shallow cut along her scalp, and a third that numbed her left hand for several dangerous seconds. Then she stopped accepting and started breaking the structure of the attack.</w:t>
      </w:r>
    </w:p>
    <w:p>
      <w:r>
        <w:rPr>
          <w:rFonts w:ascii="IM Fell English" w:hAnsi="IM Fell English"/>
          <w:color w:val="141414"/>
          <w:sz w:val="24"/>
        </w:rPr>
        <w:t>A knee folded the wrong way under a precise, stamping heel. An elbow inverted when she trapped the baton swing and used the attacker’s own force against the joint. A collarbone separated under the edge of her hand. She took a flexible resin rod away from one contractor and used it to shatter the radius of another with two short, economical swings. Every time someone managed to land a meaningful hit she filed the pain, stayed on her feet, and returned something that would require surgery and months of recovery.</w:t>
      </w:r>
    </w:p>
    <w:p>
      <w:r>
        <w:rPr>
          <w:rFonts w:ascii="IM Fell English" w:hAnsi="IM Fell English"/>
          <w:color w:val="141414"/>
          <w:sz w:val="24"/>
        </w:rPr>
        <w:t>They managed to put her on the ground once.</w:t>
      </w:r>
    </w:p>
    <w:p>
      <w:r>
        <w:rPr>
          <w:rFonts w:ascii="IM Fell English" w:hAnsi="IM Fell English"/>
          <w:color w:val="141414"/>
          <w:sz w:val="24"/>
        </w:rPr>
        <w:t>It lasted less than four seconds.</w:t>
      </w:r>
    </w:p>
    <w:p>
      <w:r>
        <w:rPr>
          <w:rFonts w:ascii="IM Fell English" w:hAnsi="IM Fell English"/>
          <w:color w:val="141414"/>
          <w:sz w:val="24"/>
        </w:rPr>
        <w:t>She rolled with the takedown, broke the fingers that were trying to force a restraint around her wrist, and came up inside the guard of the man who had driven her down. Two focused strikes left him with a destroyed knee and a face that would not photograph cleanly again. She used his falling weight to trip the next two and kept moving.</w:t>
      </w:r>
    </w:p>
    <w:p>
      <w:r>
        <w:rPr>
          <w:rFonts w:ascii="IM Fell English" w:hAnsi="IM Fell English"/>
          <w:color w:val="141414"/>
          <w:sz w:val="24"/>
        </w:rPr>
        <w:t>When the last contractor stopped advancing, the weaving floor was a landscape of broken limbs, discharged devices, and the wet, overlapping sounds of people trying to master pain. Sixteen bodies. Zero corpses. Every single one of them would leave the mill on stretchers or in the arms of a private extraction team.</w:t>
      </w:r>
    </w:p>
    <w:p>
      <w:r>
        <w:rPr>
          <w:rFonts w:ascii="IM Fell English" w:hAnsi="IM Fell English"/>
          <w:color w:val="141414"/>
          <w:sz w:val="24"/>
        </w:rPr>
        <w:t>The Ghost stood in the center of it, wiped blood from the cut on her scalp with the back of her hand, and exhaled once.</w:t>
      </w:r>
    </w:p>
    <w:p>
      <w:r>
        <w:rPr>
          <w:rFonts w:ascii="IM Fell English" w:hAnsi="IM Fell English"/>
          <w:color w:val="141414"/>
          <w:sz w:val="24"/>
        </w:rPr>
        <w:t>“Still breathing. Still polite. The table’s money is safe.”</w:t>
      </w:r>
    </w:p>
    <w:p>
      <w:r>
        <w:rPr>
          <w:rFonts w:ascii="IM Fell English" w:hAnsi="IM Fell English"/>
          <w:color w:val="141414"/>
          <w:sz w:val="24"/>
        </w:rPr>
        <w:t>She selected the first still-conscious body that could serve a purpose—the one with the ruined knee and the rapid, angry pulse—and straddled his chest. Coat open, she lowered herself onto his mouth and used him with slow, grinding pressure while her hands explored the fractures she had created. Every time he tried to turn away she put weight on the broken joint until the scream became a useful vibration. She came quietly, meanly, and moved to the next.</w:t>
      </w:r>
    </w:p>
    <w:p>
      <w:r>
        <w:rPr>
          <w:rFonts w:ascii="IM Fell English" w:hAnsi="IM Fell English"/>
          <w:color w:val="141414"/>
          <w:sz w:val="24"/>
        </w:rPr>
        <w:t>One by one she worked through the ones who could still feel it.</w:t>
      </w:r>
    </w:p>
    <w:p>
      <w:r>
        <w:rPr>
          <w:rFonts w:ascii="IM Fell English" w:hAnsi="IM Fell English"/>
          <w:color w:val="141414"/>
          <w:sz w:val="24"/>
        </w:rPr>
        <w:t>A man with two dislocated shoulders and a broken collarbone was forced onto his back so she could ride his cock while pinning the useless arms; every thrust ground the separations together and dragged fresh noise out of him. Another she bent over a rusted support beam and fucked with the resin baton he had carried for her, deep and unhurried, while her free hand stroked him until he finished against the cold metal in spite of the fractures in his legs. The one who had opened the cut on her scalp received particular attention: she sat on his face until he was close to blacking out, then turned and took him down her throat, controlling the depth with a fist in his hair while her fingers methodically tested every break she had given his hands.</w:t>
      </w:r>
    </w:p>
    <w:p>
      <w:r>
        <w:rPr>
          <w:rFonts w:ascii="IM Fell English" w:hAnsi="IM Fell English"/>
          <w:color w:val="141414"/>
          <w:sz w:val="24"/>
        </w:rPr>
        <w:t>She did not rush.</w:t>
      </w:r>
    </w:p>
    <w:p>
      <w:r>
        <w:rPr>
          <w:rFonts w:ascii="IM Fell English" w:hAnsi="IM Fell English"/>
          <w:color w:val="141414"/>
          <w:sz w:val="24"/>
        </w:rPr>
        <w:t>By the time she stood again the light through the broken windows had shifted toward late afternoon. The contractors were a moaning, semi-conscious field of injuries that would keep the table’s private medical resources occupied for days.</w:t>
      </w:r>
    </w:p>
    <w:p>
      <w:r>
        <w:rPr>
          <w:rFonts w:ascii="IM Fell English" w:hAnsi="IM Fell English"/>
          <w:color w:val="141414"/>
          <w:sz w:val="24"/>
        </w:rPr>
        <w:t>The Ghost straightened her coat, checked the karambit, and walked toward the stairwell that led down to the river side of the building.</w:t>
      </w:r>
    </w:p>
    <w:p>
      <w:r>
        <w:rPr>
          <w:rFonts w:ascii="IM Fell English" w:hAnsi="IM Fell English"/>
          <w:color w:val="141414"/>
          <w:sz w:val="24"/>
        </w:rPr>
        <w:t>At the top of the stairs she paused and looked back across the wreckage.</w:t>
      </w:r>
    </w:p>
    <w:p>
      <w:r>
        <w:rPr>
          <w:rFonts w:ascii="IM Fell English" w:hAnsi="IM Fell English"/>
          <w:color w:val="141414"/>
          <w:sz w:val="24"/>
        </w:rPr>
        <w:t>“Tell the table the Ghost is still playing by the rules. And tell my student the gap is under a day. She’s earning it.”</w:t>
      </w:r>
    </w:p>
    <w:p>
      <w:r>
        <w:rPr>
          <w:rFonts w:ascii="IM Fell English" w:hAnsi="IM Fell English"/>
          <w:color w:val="141414"/>
          <w:sz w:val="24"/>
        </w:rPr>
        <w:t>Then she descended into the darker levels of the mill and disappeared toward the water.</w:t>
      </w:r>
    </w:p>
    <w:p>
      <w:r>
        <w:rPr>
          <w:rFonts w:ascii="IM Fell English" w:hAnsi="IM Fell English"/>
          <w:color w:val="141414"/>
          <w:sz w:val="24"/>
        </w:rPr>
        <w:t>Behind her the third team of table contractors lay exactly as ordered: alive, extensively damaged, and finished as any kind of meaningful delay.</w:t>
      </w:r>
    </w:p>
    <w:p>
      <w:r>
        <w:rPr>
          <w:rFonts w:ascii="IM Fell English" w:hAnsi="IM Fell English"/>
          <w:color w:val="141414"/>
          <w:sz w:val="24"/>
        </w:rPr>
        <w:t>Somewhere closer than it had ever been, Vex was already adjusting her line of travel.</w:t>
      </w:r>
    </w:p>
    <w:p>
      <w:r>
        <w:rPr>
          <w:rFonts w:ascii="IM Fell English" w:hAnsi="IM Fell English"/>
          <w:color w:val="141414"/>
          <w:sz w:val="24"/>
        </w:rPr>
        <w:t>The Ghost smiled to herself as she reached the river path and started walking.</w:t>
      </w:r>
    </w:p>
    <w:p>
      <w:r>
        <w:rPr>
          <w:rFonts w:ascii="IM Fell English" w:hAnsi="IM Fell English"/>
          <w:color w:val="141414"/>
          <w:sz w:val="24"/>
        </w:rPr>
        <w:t>The rules were still the ones she had written.</w:t>
      </w:r>
    </w:p>
    <w:p>
      <w:r>
        <w:rPr>
          <w:rFonts w:ascii="IM Fell English" w:hAnsi="IM Fell English"/>
          <w:color w:val="141414"/>
          <w:sz w:val="24"/>
        </w:rPr>
        <w:t>The only person who had ever learned them well enough to close the gap was still coming, and for the first time since the Cathedral the Ghost could feel the distance measured in hours instead of days.</w:t>
      </w:r>
    </w:p>
    <w:p>
      <w:pPr>
        <w:pStyle w:val="Heading1"/>
        <w:jc w:val="center"/>
      </w:pPr>
      <w:r>
        <w:rPr>
          <w:rFonts w:ascii="IM Fell English" w:hAnsi="IM Fell English"/>
          <w:color w:val="0D0D0D"/>
        </w:rPr>
        <w:t>CHAPTER 18 — FOURTH DELAY</w:t>
      </w:r>
    </w:p>
    <w:p>
      <w:r>
        <w:rPr>
          <w:rFonts w:ascii="IM Fell English" w:hAnsi="IM Fell English"/>
          <w:color w:val="141414"/>
          <w:sz w:val="24"/>
        </w:rPr>
        <w:t>Vex closed the gap to hours.</w:t>
      </w:r>
    </w:p>
    <w:p>
      <w:r>
        <w:rPr>
          <w:rFonts w:ascii="IM Fell English" w:hAnsi="IM Fell English"/>
          <w:color w:val="141414"/>
          <w:sz w:val="24"/>
        </w:rPr>
        <w:t>The marks the Ghost left had become almost pure information—no wasted motion, no playful extras, only what a peer would need to stay on the correct line. A single thread of the Ghost’s preferred blade wire left at fingertip height. The faint, deliberate scent of the solvent she used after a wet job. A pressure scuff on a metal railing that gave direction, speed, and nothing else.</w:t>
      </w:r>
    </w:p>
    <w:p>
      <w:r>
        <w:rPr>
          <w:rFonts w:ascii="IM Fell English" w:hAnsi="IM Fell English"/>
          <w:color w:val="141414"/>
          <w:sz w:val="24"/>
        </w:rPr>
        <w:t>The fourth delay team was waiting in the long, flooded undercroft of a collapsed river warehouse. Eighteen this time. The Ghost was spending the last of her easily accessible funds. They had come with better coordination, soft-soled boots that barely disturbed the shallow water, and a plan built around continuous low-level noise and overlapping fields of restraint so a blind target would be forced to process too many inputs at once.</w:t>
      </w:r>
    </w:p>
    <w:p>
      <w:r>
        <w:rPr>
          <w:rFonts w:ascii="IM Fell English" w:hAnsi="IM Fell English"/>
          <w:color w:val="141414"/>
          <w:sz w:val="24"/>
        </w:rPr>
        <w:t>Vex stopped at the edge of the black water that covered the concrete floor and listened to the way the air moved between the rotting support pillars.</w:t>
      </w:r>
    </w:p>
    <w:p>
      <w:r>
        <w:rPr>
          <w:rFonts w:ascii="IM Fell English" w:hAnsi="IM Fell English"/>
          <w:color w:val="141414"/>
          <w:sz w:val="24"/>
        </w:rPr>
        <w:t>“Eighteen,” she said quietly. “You’re still louder than the water. Two of you are carrying charged devices that hum just under the range most people notice. The Ghost is only hours ahead now. You’re buying her less than you think.”</w:t>
      </w:r>
    </w:p>
    <w:p>
      <w:r>
        <w:rPr>
          <w:rFonts w:ascii="IM Fell English" w:hAnsi="IM Fell English"/>
          <w:color w:val="141414"/>
          <w:sz w:val="24"/>
        </w:rPr>
        <w:t>A controlled voice answered from the dark.</w:t>
      </w:r>
    </w:p>
    <w:p>
      <w:r>
        <w:rPr>
          <w:rFonts w:ascii="IM Fell English" w:hAnsi="IM Fell English"/>
          <w:color w:val="141414"/>
          <w:sz w:val="24"/>
        </w:rPr>
        <w:t>“Hours are still what we were paid for. Contain, break, leave breathing.”</w:t>
      </w:r>
    </w:p>
    <w:p>
      <w:r>
        <w:rPr>
          <w:rFonts w:ascii="IM Fell English" w:hAnsi="IM Fell English"/>
          <w:color w:val="141414"/>
          <w:sz w:val="24"/>
        </w:rPr>
        <w:t>They moved as a single coordinated wave.</w:t>
      </w:r>
    </w:p>
    <w:p>
      <w:r>
        <w:rPr>
          <w:rFonts w:ascii="IM Fell English" w:hAnsi="IM Fell English"/>
          <w:color w:val="141414"/>
          <w:sz w:val="24"/>
        </w:rPr>
        <w:t>Vex did not try to track every element. She chose the nearest meaningful change in air and water and committed. The first body met her open hand and then the nearest pillar; the impact collapsed a shoulder and part of a face. She was already turning into the second attacker, using the falling weight as momentary cover. A padded restraint snapped toward her wrist; she let it graze, trapped the arm that held it, and inverted the elbow with a short, vicious rotation. The scream was immediate and useful.</w:t>
      </w:r>
    </w:p>
    <w:p>
      <w:r>
        <w:rPr>
          <w:rFonts w:ascii="IM Fell English" w:hAnsi="IM Fell English"/>
          <w:color w:val="141414"/>
          <w:sz w:val="24"/>
        </w:rPr>
        <w:t>The noise plan began to work against them again.</w:t>
      </w:r>
    </w:p>
    <w:p>
      <w:r>
        <w:rPr>
          <w:rFonts w:ascii="IM Fell English" w:hAnsi="IM Fell English"/>
          <w:color w:val="141414"/>
          <w:sz w:val="24"/>
        </w:rPr>
        <w:t>Every broken joint, every body hitting the shallow water, every dropped piece of equipment gave her clearer spatial data than silence. She moved through the overlapping sounds with the economy her teacher had beaten into her over years of training. A shock device caught her along the ribs and lit her nerves in a white-hot line; she rode the seizure, counted the cycle, and came out of it already inside the operator’s guard. Two focused strikes left him with a destroyed knee and a hand that would not hold a weapon again without surgery.</w:t>
      </w:r>
    </w:p>
    <w:p>
      <w:r>
        <w:rPr>
          <w:rFonts w:ascii="IM Fell English" w:hAnsi="IM Fell English"/>
          <w:color w:val="141414"/>
          <w:sz w:val="24"/>
        </w:rPr>
        <w:t>They managed to put her down once.</w:t>
      </w:r>
    </w:p>
    <w:p>
      <w:r>
        <w:rPr>
          <w:rFonts w:ascii="IM Fell English" w:hAnsi="IM Fell English"/>
          <w:color w:val="141414"/>
          <w:sz w:val="24"/>
        </w:rPr>
        <w:t>A coordinated tackle from two sides drove her into the cold water hard enough to force the air from her lungs. For a dangerous three seconds the weight of two bodies and the shock of the water threatened to pin her. She went limp for half a breath, felt the shift when they thought she was stunned, then exploded upward with a precision head-butt that collapsed a nose and orbital bone, followed by a stamping heel that hyperextended a knee the wrong direction. She rolled free, came up dripping, and kept breaking the structure of the attack.</w:t>
      </w:r>
    </w:p>
    <w:p>
      <w:r>
        <w:rPr>
          <w:rFonts w:ascii="IM Fell English" w:hAnsi="IM Fell English"/>
          <w:color w:val="141414"/>
          <w:sz w:val="24"/>
        </w:rPr>
        <w:t>A collarbone separated under the edge of her hand.</w:t>
      </w:r>
      <w:r>
        <w:rPr>
          <w:rFonts w:ascii="IM Fell English" w:hAnsi="IM Fell English"/>
          <w:color w:val="141414"/>
          <w:sz w:val="24"/>
        </w:rPr>
      </w:r>
      <w:r>
        <w:rPr>
          <w:rFonts w:ascii="IM Fell English" w:hAnsi="IM Fell English"/>
          <w:color w:val="141414"/>
          <w:sz w:val="24"/>
        </w:rPr>
        <w:t>A second knee folded with a wet, final crunch.</w:t>
      </w:r>
      <w:r>
        <w:rPr>
          <w:rFonts w:ascii="IM Fell English" w:hAnsi="IM Fell English"/>
          <w:color w:val="141414"/>
          <w:sz w:val="24"/>
        </w:rPr>
      </w:r>
      <w:r>
        <w:rPr>
          <w:rFonts w:ascii="IM Fell English" w:hAnsi="IM Fell English"/>
          <w:color w:val="141414"/>
          <w:sz w:val="24"/>
        </w:rPr>
        <w:t>Fingers were stamped into the submerged concrete until they stopped functioning as fingers.</w:t>
      </w:r>
      <w:r>
        <w:rPr>
          <w:rFonts w:ascii="IM Fell English" w:hAnsi="IM Fell English"/>
          <w:color w:val="141414"/>
          <w:sz w:val="24"/>
        </w:rPr>
      </w:r>
      <w:r>
        <w:rPr>
          <w:rFonts w:ascii="IM Fell English" w:hAnsi="IM Fell English"/>
          <w:color w:val="141414"/>
          <w:sz w:val="24"/>
        </w:rPr>
        <w:t>She took a flexible resin baton away from one contractor and used it to fracture the forearm of another with two short, measured swings.</w:t>
      </w:r>
    </w:p>
    <w:p>
      <w:r>
        <w:rPr>
          <w:rFonts w:ascii="IM Fell English" w:hAnsi="IM Fell English"/>
          <w:color w:val="141414"/>
          <w:sz w:val="24"/>
        </w:rPr>
        <w:t>When the last useful threat stopped advancing, the undercroft was a landscape of broken shapes half-submerged in black water. Eighteen bodies. Zero corpses. Every single one of them would require extraction and extensive medical intervention before they could stand, much less pursue.</w:t>
      </w:r>
    </w:p>
    <w:p>
      <w:r>
        <w:rPr>
          <w:rFonts w:ascii="IM Fell English" w:hAnsi="IM Fell English"/>
          <w:color w:val="141414"/>
          <w:sz w:val="24"/>
        </w:rPr>
        <w:t>Vex stood in the center of the flooded space and waited until her breathing evened and the only remaining sounds were wet, pained breathing and the slow drip of water from the ruined ceiling.</w:t>
      </w:r>
    </w:p>
    <w:p>
      <w:r>
        <w:rPr>
          <w:rFonts w:ascii="IM Fell English" w:hAnsi="IM Fell English"/>
          <w:color w:val="141414"/>
          <w:sz w:val="24"/>
        </w:rPr>
        <w:t>Then she selected.</w:t>
      </w:r>
    </w:p>
    <w:p>
      <w:r>
        <w:rPr>
          <w:rFonts w:ascii="IM Fell English" w:hAnsi="IM Fell English"/>
          <w:color w:val="141414"/>
          <w:sz w:val="24"/>
        </w:rPr>
        <w:t>The contractor with the shattered knee and the still-strong pulse was first. She straddled him in the shallow water, opened his trousers, and sank down onto him with deliberate, grinding weight. Every time he tried to twist away she put pressure on the ruined joint until the scream became a vibration she could use. She fucked him slowly, methodically, one hand braced on his throat, the other occasionally returning to the fresh breaks to keep him focused. When she came it was quiet and controlled; she stayed in place until the last tremor passed, then moved to the next still-conscious body.</w:t>
      </w:r>
    </w:p>
    <w:p>
      <w:r>
        <w:rPr>
          <w:rFonts w:ascii="IM Fell English" w:hAnsi="IM Fell English"/>
          <w:color w:val="141414"/>
          <w:sz w:val="24"/>
        </w:rPr>
        <w:t>She used them in turn.</w:t>
      </w:r>
    </w:p>
    <w:p>
      <w:r>
        <w:rPr>
          <w:rFonts w:ascii="IM Fell English" w:hAnsi="IM Fell English"/>
          <w:color w:val="141414"/>
          <w:sz w:val="24"/>
        </w:rPr>
        <w:t>A man with two broken arms and a collapsed shoulder was forced onto his back so she could ride his mouth while her fingers explored the separations, applying exact pressure whenever his tongue slowed. Another she bent over a half-submerged beam and fucked with the resin baton he had brought for her, deep and unhurried, while her free hand reached around and stroked him until he finished into the black water in spite of the fractures in his legs. The one who had helped drive her into the water received particular attention: she sat on his face until he was close to blacking out, then turned and took him down her throat, controlling the depth with a fist in his hair while her other hand methodically tested every break she had given him.</w:t>
      </w:r>
    </w:p>
    <w:p>
      <w:r>
        <w:rPr>
          <w:rFonts w:ascii="IM Fell English" w:hAnsi="IM Fell English"/>
          <w:color w:val="141414"/>
          <w:sz w:val="24"/>
        </w:rPr>
        <w:t>She did not rush.</w:t>
      </w:r>
    </w:p>
    <w:p>
      <w:r>
        <w:rPr>
          <w:rFonts w:ascii="IM Fell English" w:hAnsi="IM Fell English"/>
          <w:color w:val="141414"/>
          <w:sz w:val="24"/>
        </w:rPr>
        <w:t>By the time she stood again the water around the broken contractors had taken on a faint pink tinge in places and the air carried the mixed scent of sex, blood, and the cold river smell of the undercroft. The delays were a moaning, semi-conscious scatter that would not follow anyone for a long time.</w:t>
      </w:r>
    </w:p>
    <w:p>
      <w:r>
        <w:rPr>
          <w:rFonts w:ascii="IM Fell English" w:hAnsi="IM Fell English"/>
          <w:color w:val="141414"/>
          <w:sz w:val="24"/>
        </w:rPr>
        <w:t>Vex straightened her soaked shift, wiped her hands on the wet fabric, and walked toward the service ladder that led back toward street level.</w:t>
      </w:r>
    </w:p>
    <w:p>
      <w:r>
        <w:rPr>
          <w:rFonts w:ascii="IM Fell English" w:hAnsi="IM Fell English"/>
          <w:color w:val="141414"/>
          <w:sz w:val="24"/>
        </w:rPr>
        <w:t>Behind her someone managed a wet, broken question through the dark.</w:t>
      </w:r>
    </w:p>
    <w:p>
      <w:r>
        <w:rPr>
          <w:rFonts w:ascii="IM Fell English" w:hAnsi="IM Fell English"/>
          <w:color w:val="141414"/>
          <w:sz w:val="24"/>
        </w:rPr>
        <w:t>“She… said you don’t kill the delays…”</w:t>
      </w:r>
    </w:p>
    <w:p>
      <w:r>
        <w:rPr>
          <w:rFonts w:ascii="IM Fell English" w:hAnsi="IM Fell English"/>
          <w:color w:val="141414"/>
          <w:sz w:val="24"/>
        </w:rPr>
        <w:t>Vex paused on the bottom rung, head tilted toward the voice.</w:t>
      </w:r>
    </w:p>
    <w:p>
      <w:r>
        <w:rPr>
          <w:rFonts w:ascii="IM Fell English" w:hAnsi="IM Fell English"/>
          <w:color w:val="141414"/>
          <w:sz w:val="24"/>
        </w:rPr>
        <w:t>“She told you the truth. I’m not paid for you. I’m paid for her. You’re only the ground.”</w:t>
      </w:r>
    </w:p>
    <w:p>
      <w:r>
        <w:rPr>
          <w:rFonts w:ascii="IM Fell English" w:hAnsi="IM Fell English"/>
          <w:color w:val="141414"/>
          <w:sz w:val="24"/>
        </w:rPr>
        <w:t>She climbed.</w:t>
      </w:r>
    </w:p>
    <w:p>
      <w:r>
        <w:rPr>
          <w:rFonts w:ascii="IM Fell English" w:hAnsi="IM Fell English"/>
          <w:color w:val="141414"/>
          <w:sz w:val="24"/>
        </w:rPr>
        <w:t>Above her the city continued its ordinary evening noise. Somewhere still ahead—now measured in hours instead of days—the Ghost was moving, spending the last of her easy resources, and leaving marks that had become almost pure professional courtesy.</w:t>
      </w:r>
    </w:p>
    <w:p>
      <w:r>
        <w:rPr>
          <w:rFonts w:ascii="IM Fell English" w:hAnsi="IM Fell English"/>
          <w:color w:val="141414"/>
          <w:sz w:val="24"/>
        </w:rPr>
        <w:t>Vex reached the surface, listened to the wind and the traffic and the low electronic hum of the grid, and started walking again.</w:t>
      </w:r>
    </w:p>
    <w:p>
      <w:r>
        <w:rPr>
          <w:rFonts w:ascii="IM Fell English" w:hAnsi="IM Fell English"/>
          <w:color w:val="141414"/>
          <w:sz w:val="24"/>
        </w:rPr>
        <w:t>The fourth delay had been noted, used, and left broken in the black water.</w:t>
      </w:r>
    </w:p>
    <w:p>
      <w:r>
        <w:rPr>
          <w:rFonts w:ascii="IM Fell English" w:hAnsi="IM Fell English"/>
          <w:color w:val="141414"/>
          <w:sz w:val="24"/>
        </w:rPr>
        <w:t>The gap was down to hours.</w:t>
      </w:r>
    </w:p>
    <w:p>
      <w:r>
        <w:rPr>
          <w:rFonts w:ascii="IM Fell English" w:hAnsi="IM Fell English"/>
          <w:color w:val="141414"/>
          <w:sz w:val="24"/>
        </w:rPr>
        <w:t>She remained patient.</w:t>
      </w:r>
    </w:p>
    <w:p>
      <w:r>
        <w:rPr>
          <w:rFonts w:ascii="IM Fell English" w:hAnsi="IM Fell English"/>
          <w:color w:val="141414"/>
          <w:sz w:val="24"/>
        </w:rPr>
        <w:t>Her teacher had taught her that the last hours were the ones that mattered most.</w:t>
      </w:r>
    </w:p>
    <w:p>
      <w:pPr>
        <w:pStyle w:val="Heading1"/>
        <w:jc w:val="center"/>
      </w:pPr>
      <w:r>
        <w:rPr>
          <w:rFonts w:ascii="IM Fell English" w:hAnsi="IM Fell English"/>
          <w:color w:val="0D0D0D"/>
        </w:rPr>
        <w:t>CHAPTER 19 — TABLE CONTRACTORS</w:t>
      </w:r>
    </w:p>
    <w:p>
      <w:r>
        <w:rPr>
          <w:rFonts w:ascii="IM Fell English" w:hAnsi="IM Fell English"/>
          <w:color w:val="141414"/>
          <w:sz w:val="24"/>
        </w:rPr>
        <w:t>The Ghost felt the hours collapsing.</w:t>
      </w:r>
    </w:p>
    <w:p>
      <w:r>
        <w:rPr>
          <w:rFonts w:ascii="IM Fell English" w:hAnsi="IM Fell English"/>
          <w:color w:val="141414"/>
          <w:sz w:val="24"/>
        </w:rPr>
        <w:t>Seven days after the Cathedral the trail she left had become almost pure signal. No wasted gestures. No extra jokes. Only the minimum information a peer would need to stay on the correct line and nothing a lesser hunter could use. The golden cunt dagger remained distributed across its final lockboxes. The karambit sat against the small of her back like a second spine. She slept in forty-minute increments and woke already calculating the next three moves.</w:t>
      </w:r>
    </w:p>
    <w:p>
      <w:r>
        <w:rPr>
          <w:rFonts w:ascii="IM Fell English" w:hAnsi="IM Fell English"/>
          <w:color w:val="141414"/>
          <w:sz w:val="24"/>
        </w:rPr>
        <w:t>The fourth table contractor team was waiting in the upper skeleton of a half-dismantled office tower on the north side of the river. Twenty this time. The high table had stopped economizing. They came with synchronized thermal masking, soft-soled boots, layered restraint systems, and the clearest orders yet: slow her, damage her, fuck the fight out of her if possible, but leave her able to breathe and eventually move so the only authorized closer could still finish the contract.</w:t>
      </w:r>
    </w:p>
    <w:p>
      <w:r>
        <w:rPr>
          <w:rFonts w:ascii="IM Fell English" w:hAnsi="IM Fell English"/>
          <w:color w:val="141414"/>
          <w:sz w:val="24"/>
        </w:rPr>
        <w:t>The Ghost stood in the center of the open twentieth-floor deck with its missing windows and exposed steel beams and watched the ring form against the evening wind.</w:t>
      </w:r>
    </w:p>
    <w:p>
      <w:r>
        <w:rPr>
          <w:rFonts w:ascii="IM Fell English" w:hAnsi="IM Fell English"/>
          <w:color w:val="141414"/>
          <w:sz w:val="24"/>
        </w:rPr>
        <w:t>“Twenty,” she said, almost impressed. “Someone upstairs finally opened the real budget. Tell Katie I said thank you.”</w:t>
      </w:r>
    </w:p>
    <w:p>
      <w:r>
        <w:rPr>
          <w:rFonts w:ascii="IM Fell English" w:hAnsi="IM Fell English"/>
          <w:color w:val="141414"/>
          <w:sz w:val="24"/>
        </w:rPr>
        <w:t>No one answered. They simply closed.</w:t>
      </w:r>
    </w:p>
    <w:p>
      <w:r>
        <w:rPr>
          <w:rFonts w:ascii="IM Fell English" w:hAnsi="IM Fell English"/>
          <w:color w:val="141414"/>
          <w:sz w:val="24"/>
        </w:rPr>
        <w:t>She let the first containment line commit.</w:t>
      </w:r>
    </w:p>
    <w:p>
      <w:r>
        <w:rPr>
          <w:rFonts w:ascii="IM Fell English" w:hAnsi="IM Fell English"/>
          <w:color w:val="141414"/>
          <w:sz w:val="24"/>
        </w:rPr>
        <w:t>Soft resin nets and low-output shock devices came in from three directions. The Ghost stepped through the nearest pair before the mesh could fully open, trapped an arm, and used the attached body as both shield and projectile. Two contractors went down in a tangle of limbs and equipment. She kept one of the shock units, reversed it, and discharged it into the exposed neck of the next man in line. He dropped rigid.</w:t>
      </w:r>
    </w:p>
    <w:p>
      <w:r>
        <w:rPr>
          <w:rFonts w:ascii="IM Fell English" w:hAnsi="IM Fell English"/>
          <w:color w:val="141414"/>
          <w:sz w:val="24"/>
        </w:rPr>
        <w:t>The rest adjusted with professional speed.</w:t>
      </w:r>
    </w:p>
    <w:p>
      <w:r>
        <w:rPr>
          <w:rFonts w:ascii="IM Fell English" w:hAnsi="IM Fell English"/>
          <w:color w:val="141414"/>
          <w:sz w:val="24"/>
        </w:rPr>
        <w:t>They tried to use the open floor and the wind against her, driving her toward the unfinished edge where the drop would limit her options. She refused the edge. She accepted a baton across the ribs that stole her breath, a second strike that opened a deeper cut along her scalp, and a third that numbed her left hand for several dangerous seconds. Then she stopped accepting and started dismantling the structure of the assault.</w:t>
      </w:r>
    </w:p>
    <w:p>
      <w:r>
        <w:rPr>
          <w:rFonts w:ascii="IM Fell English" w:hAnsi="IM Fell English"/>
          <w:color w:val="141414"/>
          <w:sz w:val="24"/>
        </w:rPr>
        <w:t>A knee folded the wrong way under a stamping heel.</w:t>
      </w:r>
      <w:r>
        <w:rPr>
          <w:rFonts w:ascii="IM Fell English" w:hAnsi="IM Fell English"/>
          <w:color w:val="141414"/>
          <w:sz w:val="24"/>
        </w:rPr>
      </w:r>
      <w:r>
        <w:rPr>
          <w:rFonts w:ascii="IM Fell English" w:hAnsi="IM Fell English"/>
          <w:color w:val="141414"/>
          <w:sz w:val="24"/>
        </w:rPr>
        <w:t>An elbow inverted when she trapped the swing and redirected the force.</w:t>
      </w:r>
      <w:r>
        <w:rPr>
          <w:rFonts w:ascii="IM Fell English" w:hAnsi="IM Fell English"/>
          <w:color w:val="141414"/>
          <w:sz w:val="24"/>
        </w:rPr>
      </w:r>
      <w:r>
        <w:rPr>
          <w:rFonts w:ascii="IM Fell English" w:hAnsi="IM Fell English"/>
          <w:color w:val="141414"/>
          <w:sz w:val="24"/>
        </w:rPr>
        <w:t>A collarbone separated under the precise edge of her hand.</w:t>
      </w:r>
      <w:r>
        <w:rPr>
          <w:rFonts w:ascii="IM Fell English" w:hAnsi="IM Fell English"/>
          <w:color w:val="141414"/>
          <w:sz w:val="24"/>
        </w:rPr>
      </w:r>
      <w:r>
        <w:rPr>
          <w:rFonts w:ascii="IM Fell English" w:hAnsi="IM Fell English"/>
          <w:color w:val="141414"/>
          <w:sz w:val="24"/>
        </w:rPr>
        <w:t>She took a flexible resin rod away from one contractor and used it to shatter the forearm of another with two short, economical swings.</w:t>
      </w:r>
    </w:p>
    <w:p>
      <w:r>
        <w:rPr>
          <w:rFonts w:ascii="IM Fell English" w:hAnsi="IM Fell English"/>
          <w:color w:val="141414"/>
          <w:sz w:val="24"/>
        </w:rPr>
        <w:t>They managed to put her on the concrete once.</w:t>
      </w:r>
    </w:p>
    <w:p>
      <w:r>
        <w:rPr>
          <w:rFonts w:ascii="IM Fell English" w:hAnsi="IM Fell English"/>
          <w:color w:val="141414"/>
          <w:sz w:val="24"/>
        </w:rPr>
        <w:t>A coordinated three-point tackle drove her down hard enough to force the air from her lungs and slam her shoulder into the deck. For a dangerous four seconds the weight of multiple bodies and the shock of the impact threatened to pin her long enough for the restraints to close. She went limp for half a breath, felt the micro-shift when they believed she was stunned, then exploded upward. A head-butt collapsed a nose and orbital bone. A heel hyperextended a knee the wrong direction. She rolled free, came up bleeding from the scalp, and kept breaking the attack into isolated, manageable pieces.</w:t>
      </w:r>
    </w:p>
    <w:p>
      <w:r>
        <w:rPr>
          <w:rFonts w:ascii="IM Fell English" w:hAnsi="IM Fell English"/>
          <w:color w:val="141414"/>
          <w:sz w:val="24"/>
        </w:rPr>
        <w:t>When the last contractor stopped advancing, the open floor was a field of broken limbs, discharged devices, and the wet, overlapping sounds of people mastering pain in the wind. Twenty bodies. Zero corpses. Every single one of them would leave the tower on stretchers or in the arms of a private extraction team.</w:t>
      </w:r>
    </w:p>
    <w:p>
      <w:r>
        <w:rPr>
          <w:rFonts w:ascii="IM Fell English" w:hAnsi="IM Fell English"/>
          <w:color w:val="141414"/>
          <w:sz w:val="24"/>
        </w:rPr>
        <w:t>The Ghost stood in the center of the wreckage, wiped blood from her eyes with the back of her hand, and rolled the shoulder that had hit the concrete.</w:t>
      </w:r>
    </w:p>
    <w:p>
      <w:r>
        <w:rPr>
          <w:rFonts w:ascii="IM Fell English" w:hAnsi="IM Fell English"/>
          <w:color w:val="141414"/>
          <w:sz w:val="24"/>
        </w:rPr>
        <w:t>“Still breathing. Still polite. The table’s accountants can relax.”</w:t>
      </w:r>
    </w:p>
    <w:p>
      <w:r>
        <w:rPr>
          <w:rFonts w:ascii="IM Fell English" w:hAnsi="IM Fell English"/>
          <w:color w:val="141414"/>
          <w:sz w:val="24"/>
        </w:rPr>
        <w:t>She selected the first still-conscious body that could still serve a purpose—the one with the ruined knee and the rapid, furious pulse—and straddled his chest. Coat open, she lowered herself onto his mouth and used him with slow, grinding pressure while her hands mapped the fractures. Every time he tried to turn away she put weight on the broken joint until the scream became the exact vibration she wanted. She came quietly, meanly, and moved to the next.</w:t>
      </w:r>
    </w:p>
    <w:p>
      <w:r>
        <w:rPr>
          <w:rFonts w:ascii="IM Fell English" w:hAnsi="IM Fell English"/>
          <w:color w:val="141414"/>
          <w:sz w:val="24"/>
        </w:rPr>
        <w:t>One by one she worked through the ones who could still feel it.</w:t>
      </w:r>
    </w:p>
    <w:p>
      <w:r>
        <w:rPr>
          <w:rFonts w:ascii="IM Fell English" w:hAnsi="IM Fell English"/>
          <w:color w:val="141414"/>
          <w:sz w:val="24"/>
        </w:rPr>
        <w:t>A man with two dislocated shoulders and a broken collarbone was forced onto his back so she could ride his cock while pinning the useless arms; every thrust ground the separations together and dragged fresh noise out of him. Another she bent over an exposed steel beam and fucked with the resin baton he had carried for her, deep and unhurried, while her free hand stroked him until he finished against the cold metal in spite of the fractures in his legs. The one who had helped drive her into the concrete received particular attention: she sat on his face until he was close to blacking out, then turned and took him down her throat, controlling the depth with a fist in his hair while her fingers methodically tested every break she had given his hands.</w:t>
      </w:r>
    </w:p>
    <w:p>
      <w:r>
        <w:rPr>
          <w:rFonts w:ascii="IM Fell English" w:hAnsi="IM Fell English"/>
          <w:color w:val="141414"/>
          <w:sz w:val="24"/>
        </w:rPr>
        <w:t>She did not rush.</w:t>
      </w:r>
    </w:p>
    <w:p>
      <w:r>
        <w:rPr>
          <w:rFonts w:ascii="IM Fell English" w:hAnsi="IM Fell English"/>
          <w:color w:val="141414"/>
          <w:sz w:val="24"/>
        </w:rPr>
        <w:t>By the time she stood again the last light had left the sky and the wind across the open floor had turned cold. The contractors were a moaning, semi-conscious landscape of injuries that would keep the table’s medical resources occupied for days.</w:t>
      </w:r>
    </w:p>
    <w:p>
      <w:r>
        <w:rPr>
          <w:rFonts w:ascii="IM Fell English" w:hAnsi="IM Fell English"/>
          <w:color w:val="141414"/>
          <w:sz w:val="24"/>
        </w:rPr>
        <w:t>The Ghost straightened her coat, checked the karambit, and walked toward the external stair that led down the unfinished side of the tower.</w:t>
      </w:r>
    </w:p>
    <w:p>
      <w:r>
        <w:rPr>
          <w:rFonts w:ascii="IM Fell English" w:hAnsi="IM Fell English"/>
          <w:color w:val="141414"/>
          <w:sz w:val="24"/>
        </w:rPr>
        <w:t>At the top of the stair she paused and looked back across the field of delayed, broken, still-living obstacles.</w:t>
      </w:r>
    </w:p>
    <w:p>
      <w:r>
        <w:rPr>
          <w:rFonts w:ascii="IM Fell English" w:hAnsi="IM Fell English"/>
          <w:color w:val="141414"/>
          <w:sz w:val="24"/>
        </w:rPr>
        <w:t>“Tell the table the Ghost is still playing by the rules she wrote. And tell my student the gap is measured in hours now. She’s earned the right to close it.”</w:t>
      </w:r>
    </w:p>
    <w:p>
      <w:r>
        <w:rPr>
          <w:rFonts w:ascii="IM Fell English" w:hAnsi="IM Fell English"/>
          <w:color w:val="141414"/>
          <w:sz w:val="24"/>
        </w:rPr>
        <w:t>Then she descended into the dark and disappeared toward the river.</w:t>
      </w:r>
    </w:p>
    <w:p>
      <w:r>
        <w:rPr>
          <w:rFonts w:ascii="IM Fell English" w:hAnsi="IM Fell English"/>
          <w:color w:val="141414"/>
          <w:sz w:val="24"/>
        </w:rPr>
        <w:t>Behind her the fourth team of table contractors lay exactly as ordered: alive, extensively damaged, and finished as any kind of meaningful delay.</w:t>
      </w:r>
    </w:p>
    <w:p>
      <w:r>
        <w:rPr>
          <w:rFonts w:ascii="IM Fell English" w:hAnsi="IM Fell English"/>
          <w:color w:val="141414"/>
          <w:sz w:val="24"/>
        </w:rPr>
        <w:t>Somewhere measured in hours instead of days, Vex was already adjusting her final approach.</w:t>
      </w:r>
    </w:p>
    <w:p>
      <w:r>
        <w:rPr>
          <w:rFonts w:ascii="IM Fell English" w:hAnsi="IM Fell English"/>
          <w:color w:val="141414"/>
          <w:sz w:val="24"/>
        </w:rPr>
        <w:t>The Ghost smiled to herself as she hit the lower streets and started walking.</w:t>
      </w:r>
    </w:p>
    <w:p>
      <w:r>
        <w:rPr>
          <w:rFonts w:ascii="IM Fell English" w:hAnsi="IM Fell English"/>
          <w:color w:val="141414"/>
          <w:sz w:val="24"/>
        </w:rPr>
        <w:t>The rules were still hers.</w:t>
      </w:r>
    </w:p>
    <w:p>
      <w:r>
        <w:rPr>
          <w:rFonts w:ascii="IM Fell English" w:hAnsi="IM Fell English"/>
          <w:color w:val="141414"/>
          <w:sz w:val="24"/>
        </w:rPr>
        <w:t>The only person who had ever learned them well enough to force the endgame was now close enough to touch.</w:t>
      </w:r>
    </w:p>
    <w:p>
      <w:pPr>
        <w:pStyle w:val="Heading1"/>
        <w:jc w:val="center"/>
      </w:pPr>
      <w:r>
        <w:rPr>
          <w:rFonts w:ascii="IM Fell English" w:hAnsi="IM Fell English"/>
          <w:color w:val="0D0D0D"/>
        </w:rPr>
        <w:t>CHAPTER 20 — FIFTH DELAY</w:t>
      </w:r>
    </w:p>
    <w:p>
      <w:r>
        <w:rPr>
          <w:rFonts w:ascii="IM Fell English" w:hAnsi="IM Fell English"/>
          <w:color w:val="141414"/>
          <w:sz w:val="24"/>
        </w:rPr>
        <w:t>Vex moved through the final hours in near silence.</w:t>
      </w:r>
    </w:p>
    <w:p>
      <w:r>
        <w:rPr>
          <w:rFonts w:ascii="IM Fell English" w:hAnsi="IM Fell English"/>
          <w:color w:val="141414"/>
          <w:sz w:val="24"/>
        </w:rPr>
        <w:t>The marks the Ghost left had become pure professional courtesy—minimum data, maximum clarity, the kind of trail one peer leaves for another when both already know the end is measured in hours instead of days. A single strand of wire at exact fingertip height. The faintest residual trace of the solvent the Ghost used after cleaning ceramic. A pressure pattern on a metal rail that gave direction and approximate speed and nothing else.</w:t>
      </w:r>
    </w:p>
    <w:p>
      <w:r>
        <w:rPr>
          <w:rFonts w:ascii="IM Fell English" w:hAnsi="IM Fell English"/>
          <w:color w:val="141414"/>
          <w:sz w:val="24"/>
        </w:rPr>
        <w:t>The fifth delay team was waiting in the vast, lightless interior of a decommissioned power substation on the far side of the river. Twenty-two this time. The Ghost had committed the last of her liquid resources. They came with the best coordination yet: full thermal masking, soft-soled boots, continuous low-frequency noise generators designed to muddy a blind target’s spatial map, and layered restraint systems meant to overwhelm through sheer simultaneous input.</w:t>
      </w:r>
    </w:p>
    <w:p>
      <w:r>
        <w:rPr>
          <w:rFonts w:ascii="IM Fell English" w:hAnsi="IM Fell English"/>
          <w:color w:val="141414"/>
          <w:sz w:val="24"/>
        </w:rPr>
        <w:t>Vex stopped at the edge of the main turbine hall and listened past the artificial noise to the real information underneath—the shift of weight on concrete, the faint electronic hum of charged devices, the controlled breathing of people who had been briefed on every previous failure.</w:t>
      </w:r>
    </w:p>
    <w:p>
      <w:r>
        <w:rPr>
          <w:rFonts w:ascii="IM Fell English" w:hAnsi="IM Fell English"/>
          <w:color w:val="141414"/>
          <w:sz w:val="24"/>
        </w:rPr>
        <w:t>“Twenty-two,” she said softly. “You’re spending the last of her money. The gap is hours. You’re buying her less than you were paid to believe.”</w:t>
      </w:r>
    </w:p>
    <w:p>
      <w:r>
        <w:rPr>
          <w:rFonts w:ascii="IM Fell English" w:hAnsi="IM Fell English"/>
          <w:color w:val="141414"/>
          <w:sz w:val="24"/>
        </w:rPr>
        <w:t>A calm voice answered from the dark.</w:t>
      </w:r>
    </w:p>
    <w:p>
      <w:r>
        <w:rPr>
          <w:rFonts w:ascii="IM Fell English" w:hAnsi="IM Fell English"/>
          <w:color w:val="141414"/>
          <w:sz w:val="24"/>
        </w:rPr>
        <w:t>“Hours are still the contract. Contain. Break. Leave breathing.”</w:t>
      </w:r>
    </w:p>
    <w:p>
      <w:r>
        <w:rPr>
          <w:rFonts w:ascii="IM Fell English" w:hAnsi="IM Fell English"/>
          <w:color w:val="141414"/>
          <w:sz w:val="24"/>
        </w:rPr>
        <w:t>They moved as a single, practiced wave.</w:t>
      </w:r>
    </w:p>
    <w:p>
      <w:r>
        <w:rPr>
          <w:rFonts w:ascii="IM Fell English" w:hAnsi="IM Fell English"/>
          <w:color w:val="141414"/>
          <w:sz w:val="24"/>
        </w:rPr>
        <w:t>Vex did not attempt to process every element at once. She isolated the nearest meaningful change in air and committed. The first body met her open hand and then the nearest steel support; the impact collapsed a shoulder and part of a face. She was already turning into the second attacker, using the falling weight as momentary cover. A padded restraint snapped toward her wrist; she let it graze, trapped the arm, and inverted the elbow with a short, vicious rotation. The scream cut through the artificial noise and gave her a cleaner map than the generators had wanted her to have.</w:t>
      </w:r>
    </w:p>
    <w:p>
      <w:r>
        <w:rPr>
          <w:rFonts w:ascii="IM Fell English" w:hAnsi="IM Fell English"/>
          <w:color w:val="141414"/>
          <w:sz w:val="24"/>
        </w:rPr>
        <w:t>The noise plan began to collapse under its own weight.</w:t>
      </w:r>
    </w:p>
    <w:p>
      <w:r>
        <w:rPr>
          <w:rFonts w:ascii="IM Fell English" w:hAnsi="IM Fell English"/>
          <w:color w:val="141414"/>
          <w:sz w:val="24"/>
        </w:rPr>
        <w:t>Every broken joint, every body hitting the concrete, every dropped piece of equipment overrode the low-frequency mud and handed her clearer spatial data. She moved through the overlapping real sounds with the economy her teacher had spent years beating into her. A shock device caught her along the ribs and lit every nerve in a white-hot line; she rode the cycle, counted it, and came out already inside the operator’s guard. Two focused strikes left him with a destroyed knee and a hand that would never hold a weapon the same way again.</w:t>
      </w:r>
    </w:p>
    <w:p>
      <w:r>
        <w:rPr>
          <w:rFonts w:ascii="IM Fell English" w:hAnsi="IM Fell English"/>
          <w:color w:val="141414"/>
          <w:sz w:val="24"/>
        </w:rPr>
        <w:t>They managed to put her down once.</w:t>
      </w:r>
    </w:p>
    <w:p>
      <w:r>
        <w:rPr>
          <w:rFonts w:ascii="IM Fell English" w:hAnsi="IM Fell English"/>
          <w:color w:val="141414"/>
          <w:sz w:val="24"/>
        </w:rPr>
        <w:t>A coordinated three-point tackle drove her into the concrete hard enough to force the air from her lungs and slam her shoulder against a residual mounting plate. For a dangerous five seconds the combined weight and the shock of the impact threatened to pin her long enough for the restraints to close. She went limp for half a breath, felt the micro-shift when they believed she was stunned, then exploded upward. A head-butt collapsed a nose and orbital bone. A heel hyperextended a knee the wrong direction. She rolled free, came up bleeding from a fresh scrape along her temple, and continued breaking the attack into isolated, manageable pieces.</w:t>
      </w:r>
    </w:p>
    <w:p>
      <w:r>
        <w:rPr>
          <w:rFonts w:ascii="IM Fell English" w:hAnsi="IM Fell English"/>
          <w:color w:val="141414"/>
          <w:sz w:val="24"/>
        </w:rPr>
        <w:t>A collarbone separated under the edge of her hand.</w:t>
      </w:r>
      <w:r>
        <w:rPr>
          <w:rFonts w:ascii="IM Fell English" w:hAnsi="IM Fell English"/>
          <w:color w:val="141414"/>
          <w:sz w:val="24"/>
        </w:rPr>
      </w:r>
      <w:r>
        <w:rPr>
          <w:rFonts w:ascii="IM Fell English" w:hAnsi="IM Fell English"/>
          <w:color w:val="141414"/>
          <w:sz w:val="24"/>
        </w:rPr>
        <w:t>A second knee folded with a wet, final crunch.</w:t>
      </w:r>
      <w:r>
        <w:rPr>
          <w:rFonts w:ascii="IM Fell English" w:hAnsi="IM Fell English"/>
          <w:color w:val="141414"/>
          <w:sz w:val="24"/>
        </w:rPr>
      </w:r>
      <w:r>
        <w:rPr>
          <w:rFonts w:ascii="IM Fell English" w:hAnsi="IM Fell English"/>
          <w:color w:val="141414"/>
          <w:sz w:val="24"/>
        </w:rPr>
        <w:t>Fingers were stamped into the concrete until they stopped functioning.</w:t>
      </w:r>
      <w:r>
        <w:rPr>
          <w:rFonts w:ascii="IM Fell English" w:hAnsi="IM Fell English"/>
          <w:color w:val="141414"/>
          <w:sz w:val="24"/>
        </w:rPr>
      </w:r>
      <w:r>
        <w:rPr>
          <w:rFonts w:ascii="IM Fell English" w:hAnsi="IM Fell English"/>
          <w:color w:val="141414"/>
          <w:sz w:val="24"/>
        </w:rPr>
        <w:t>She took a flexible resin baton away from one contractor and used it to fracture the forearm of another with two short, measured swings.</w:t>
      </w:r>
    </w:p>
    <w:p>
      <w:r>
        <w:rPr>
          <w:rFonts w:ascii="IM Fell English" w:hAnsi="IM Fell English"/>
          <w:color w:val="141414"/>
          <w:sz w:val="24"/>
        </w:rPr>
        <w:t>When the last useful threat stopped advancing, the turbine hall was a landscape of broken shapes and the wet, overlapping sounds of people mastering pain in the dark. Twenty-two bodies. Zero corpses. Every single one of them would require extraction and extensive medical work before they could stand.</w:t>
      </w:r>
    </w:p>
    <w:p>
      <w:r>
        <w:rPr>
          <w:rFonts w:ascii="IM Fell English" w:hAnsi="IM Fell English"/>
          <w:color w:val="141414"/>
          <w:sz w:val="24"/>
        </w:rPr>
        <w:t>Vex stood in the center of the wreckage and waited until her breathing evened and the only remaining information was pained breathing and the slow drip of water from old pipes.</w:t>
      </w:r>
    </w:p>
    <w:p>
      <w:r>
        <w:rPr>
          <w:rFonts w:ascii="IM Fell English" w:hAnsi="IM Fell English"/>
          <w:color w:val="141414"/>
          <w:sz w:val="24"/>
        </w:rPr>
        <w:t>Then she selected.</w:t>
      </w:r>
    </w:p>
    <w:p>
      <w:r>
        <w:rPr>
          <w:rFonts w:ascii="IM Fell English" w:hAnsi="IM Fell English"/>
          <w:color w:val="141414"/>
          <w:sz w:val="24"/>
        </w:rPr>
        <w:t>The contractor with the shattered knee and the still-strong pulse was first. She straddled him on the cold concrete, opened his trousers, and sank down onto him with deliberate, grinding weight. Every time he tried to twist away she put pressure on the ruined joint until the scream became a vibration she could use. She fucked him slowly, methodically, one hand braced on his throat, the other occasionally returning to the fresh breaks to keep him focused. When she came it was quiet and controlled; she stayed in place until the last tremor passed, then moved to the next still-conscious body.</w:t>
      </w:r>
    </w:p>
    <w:p>
      <w:r>
        <w:rPr>
          <w:rFonts w:ascii="IM Fell English" w:hAnsi="IM Fell English"/>
          <w:color w:val="141414"/>
          <w:sz w:val="24"/>
        </w:rPr>
        <w:t>She used them in turn.</w:t>
      </w:r>
    </w:p>
    <w:p>
      <w:r>
        <w:rPr>
          <w:rFonts w:ascii="IM Fell English" w:hAnsi="IM Fell English"/>
          <w:color w:val="141414"/>
          <w:sz w:val="24"/>
        </w:rPr>
        <w:t>A man with two broken arms and a collapsed shoulder was forced onto his back so she could ride his mouth while her fingers explored the separations, applying exact pressure whenever his tongue slowed. Another she bent over a residual mounting block and fucked with the resin baton he had brought for her, deep and unhurried, while her free hand reached around and stroked him until he finished against the concrete in spite of the fractures in his legs. The one who had helped drive her into the floor received particular attention: she sat on his face until he was close to blacking out, then turned and took him down her throat, controlling the depth with a fist in his hair while her other hand methodically tested every break she had given him.</w:t>
      </w:r>
    </w:p>
    <w:p>
      <w:r>
        <w:rPr>
          <w:rFonts w:ascii="IM Fell English" w:hAnsi="IM Fell English"/>
          <w:color w:val="141414"/>
          <w:sz w:val="24"/>
        </w:rPr>
        <w:t>She did not rush.</w:t>
      </w:r>
    </w:p>
    <w:p>
      <w:r>
        <w:rPr>
          <w:rFonts w:ascii="IM Fell English" w:hAnsi="IM Fell English"/>
          <w:color w:val="141414"/>
          <w:sz w:val="24"/>
        </w:rPr>
        <w:t>By the time she stood again the turbine hall smelled of sex, blood, and the cold mineral damp of the river side of the city. The contractors were a moaning, semi-conscious scatter that would not follow anyone for a long time.</w:t>
      </w:r>
    </w:p>
    <w:p>
      <w:r>
        <w:rPr>
          <w:rFonts w:ascii="IM Fell English" w:hAnsi="IM Fell English"/>
          <w:color w:val="141414"/>
          <w:sz w:val="24"/>
        </w:rPr>
        <w:t>Vex straightened her shift, wiped her hands on the blood-damp fabric, and walked toward the service stairs that led back to street level.</w:t>
      </w:r>
    </w:p>
    <w:p>
      <w:r>
        <w:rPr>
          <w:rFonts w:ascii="IM Fell English" w:hAnsi="IM Fell English"/>
          <w:color w:val="141414"/>
          <w:sz w:val="24"/>
        </w:rPr>
        <w:t>Behind her someone managed a wet, incomplete question.</w:t>
      </w:r>
    </w:p>
    <w:p>
      <w:r>
        <w:rPr>
          <w:rFonts w:ascii="IM Fell English" w:hAnsi="IM Fell English"/>
          <w:color w:val="141414"/>
          <w:sz w:val="24"/>
        </w:rPr>
        <w:t>“She… said you don’t kill the delays…”</w:t>
      </w:r>
    </w:p>
    <w:p>
      <w:r>
        <w:rPr>
          <w:rFonts w:ascii="IM Fell English" w:hAnsi="IM Fell English"/>
          <w:color w:val="141414"/>
          <w:sz w:val="24"/>
        </w:rPr>
        <w:t>Vex paused on the bottom step, head tilted toward the voice.</w:t>
      </w:r>
    </w:p>
    <w:p>
      <w:r>
        <w:rPr>
          <w:rFonts w:ascii="IM Fell English" w:hAnsi="IM Fell English"/>
          <w:color w:val="141414"/>
          <w:sz w:val="24"/>
        </w:rPr>
        <w:t>“She told you the truth. I’m not paid for you. I’m paid for her. You’re only the ground I cross.”</w:t>
      </w:r>
    </w:p>
    <w:p>
      <w:r>
        <w:rPr>
          <w:rFonts w:ascii="IM Fell English" w:hAnsi="IM Fell English"/>
          <w:color w:val="141414"/>
          <w:sz w:val="24"/>
        </w:rPr>
        <w:t>She climbed.</w:t>
      </w:r>
    </w:p>
    <w:p>
      <w:r>
        <w:rPr>
          <w:rFonts w:ascii="IM Fell English" w:hAnsi="IM Fell English"/>
          <w:color w:val="141414"/>
          <w:sz w:val="24"/>
        </w:rPr>
        <w:t>Above her the city continued its ordinary night noise. Somewhere still ahead—now measured in a handful of hours—the Ghost was moving through the last of her resources and leaving marks that had become almost pure acknowledgment between teacher and student.</w:t>
      </w:r>
    </w:p>
    <w:p>
      <w:r>
        <w:rPr>
          <w:rFonts w:ascii="IM Fell English" w:hAnsi="IM Fell English"/>
          <w:color w:val="141414"/>
          <w:sz w:val="24"/>
        </w:rPr>
        <w:t>Vex reached the surface, listened to the wind and the traffic and the low electronic hum of the grid, and started walking again.</w:t>
      </w:r>
    </w:p>
    <w:p>
      <w:r>
        <w:rPr>
          <w:rFonts w:ascii="IM Fell English" w:hAnsi="IM Fell English"/>
          <w:color w:val="141414"/>
          <w:sz w:val="24"/>
        </w:rPr>
        <w:t>The fifth delay had been noted, used, and left broken in the dark.</w:t>
      </w:r>
    </w:p>
    <w:p>
      <w:r>
        <w:rPr>
          <w:rFonts w:ascii="IM Fell English" w:hAnsi="IM Fell English"/>
          <w:color w:val="141414"/>
          <w:sz w:val="24"/>
        </w:rPr>
        <w:t>The gap was down to hours.</w:t>
      </w:r>
    </w:p>
    <w:p>
      <w:r>
        <w:rPr>
          <w:rFonts w:ascii="IM Fell English" w:hAnsi="IM Fell English"/>
          <w:color w:val="141414"/>
          <w:sz w:val="24"/>
        </w:rPr>
        <w:t>She remained patient.</w:t>
      </w:r>
    </w:p>
    <w:p>
      <w:r>
        <w:rPr>
          <w:rFonts w:ascii="IM Fell English" w:hAnsi="IM Fell English"/>
          <w:color w:val="141414"/>
          <w:sz w:val="24"/>
        </w:rPr>
        <w:t>Her teacher had taught her that the last hours were the ones that decided everything.</w:t>
      </w:r>
    </w:p>
    <w:p>
      <w:pPr>
        <w:pStyle w:val="Heading1"/>
        <w:jc w:val="center"/>
      </w:pPr>
      <w:r>
        <w:rPr>
          <w:rFonts w:ascii="IM Fell English" w:hAnsi="IM Fell English"/>
          <w:color w:val="0D0D0D"/>
        </w:rPr>
        <w:t>CHAPTER 21 — TABLE CONTRACTORS</w:t>
      </w:r>
    </w:p>
    <w:p>
      <w:r>
        <w:rPr>
          <w:rFonts w:ascii="IM Fell English" w:hAnsi="IM Fell English"/>
          <w:color w:val="141414"/>
          <w:sz w:val="24"/>
        </w:rPr>
        <w:t>The Ghost felt the final hours tightening around her like a collar.</w:t>
      </w:r>
    </w:p>
    <w:p>
      <w:r>
        <w:rPr>
          <w:rFonts w:ascii="IM Fell English" w:hAnsi="IM Fell English"/>
          <w:color w:val="141414"/>
          <w:sz w:val="24"/>
        </w:rPr>
        <w:t>Eight days after the Cathedral the city had become a narrow corridor of choices that all led to the same inevitable point. She had burned the last of her easy safehouses, the last of her clean papers, and the last of the liquid money she was willing to spend on delays. The golden cunt dagger was still distributed, but only across two remaining lockboxes. The karambit sat against the small of her back with the familiar weight of a decision that was almost finished. She no longer slept. She only closed her eyes in ninety-second increments while her body continued moving.</w:t>
      </w:r>
    </w:p>
    <w:p>
      <w:r>
        <w:rPr>
          <w:rFonts w:ascii="IM Fell English" w:hAnsi="IM Fell English"/>
          <w:color w:val="141414"/>
          <w:sz w:val="24"/>
        </w:rPr>
        <w:t>The fifth table contractor team was waiting in the skeletal upper floors of a gutted hotel on the river’s edge. Twenty-four this time. The high table had stopped counting cost. They came with everything left in the local budget: full thermal masking, synchronized noise discipline, layered soft-containment systems, and the clearest orders yet—slow her, damage her, exhaust her, but leave her lungs working and her legs capable of carrying her to the final meeting the only authorized closer was still walking toward.</w:t>
      </w:r>
    </w:p>
    <w:p>
      <w:r>
        <w:rPr>
          <w:rFonts w:ascii="IM Fell English" w:hAnsi="IM Fell English"/>
          <w:color w:val="141414"/>
          <w:sz w:val="24"/>
        </w:rPr>
        <w:t>The Ghost stood in the center of the ruined ballroom with its collapsed ceiling and rain-streaked marble floor and watched the ring form against the dark windows.</w:t>
      </w:r>
    </w:p>
    <w:p>
      <w:r>
        <w:rPr>
          <w:rFonts w:ascii="IM Fell English" w:hAnsi="IM Fell English"/>
          <w:color w:val="141414"/>
          <w:sz w:val="24"/>
        </w:rPr>
        <w:t>“Twenty-four,” she said, almost gently. “The table is officially out of patience and money. Tell them the Ghost said the lesson is almost over.”</w:t>
      </w:r>
    </w:p>
    <w:p>
      <w:r>
        <w:rPr>
          <w:rFonts w:ascii="IM Fell English" w:hAnsi="IM Fell English"/>
          <w:color w:val="141414"/>
          <w:sz w:val="24"/>
        </w:rPr>
        <w:t>No one answered. They simply closed.</w:t>
      </w:r>
    </w:p>
    <w:p>
      <w:r>
        <w:rPr>
          <w:rFonts w:ascii="IM Fell English" w:hAnsi="IM Fell English"/>
          <w:color w:val="141414"/>
          <w:sz w:val="24"/>
        </w:rPr>
        <w:t>She let the first containment line commit.</w:t>
      </w:r>
    </w:p>
    <w:p>
      <w:r>
        <w:rPr>
          <w:rFonts w:ascii="IM Fell English" w:hAnsi="IM Fell English"/>
          <w:color w:val="141414"/>
          <w:sz w:val="24"/>
        </w:rPr>
        <w:t>Soft resin nets and low-output shock devices came in from four directions at once. The Ghost stepped through the nearest pair before the mesh could fully open, trapped an arm, and used the attached body as both shield and hammer. Two contractors went down in a tangle of limbs and equipment. She kept one of the shock units, reversed it, and discharged it into the exposed neck of the next man in line. He dropped rigid and twitching.</w:t>
      </w:r>
    </w:p>
    <w:p>
      <w:r>
        <w:rPr>
          <w:rFonts w:ascii="IM Fell English" w:hAnsi="IM Fell English"/>
          <w:color w:val="141414"/>
          <w:sz w:val="24"/>
        </w:rPr>
        <w:t>The rest adjusted with the speed of people who had studied every previous failure.</w:t>
      </w:r>
    </w:p>
    <w:p>
      <w:r>
        <w:rPr>
          <w:rFonts w:ascii="IM Fell English" w:hAnsi="IM Fell English"/>
          <w:color w:val="141414"/>
          <w:sz w:val="24"/>
        </w:rPr>
        <w:t>They tried to use the open floor and the rain-slick marble against her, driving her toward the collapsed section where the drop would limit her options. She refused the drop. She accepted a baton across the ribs that stole her breath, a second strike that opened a deeper cut along her scalp and sent blood into her left eye, and a third that numbed her right hand for several dangerous seconds. Then she stopped accepting and started ending the attack as a coherent structure.</w:t>
      </w:r>
    </w:p>
    <w:p>
      <w:r>
        <w:rPr>
          <w:rFonts w:ascii="IM Fell English" w:hAnsi="IM Fell English"/>
          <w:color w:val="141414"/>
          <w:sz w:val="24"/>
        </w:rPr>
        <w:t>A knee folded the wrong way under a stamping heel.</w:t>
      </w:r>
      <w:r>
        <w:rPr>
          <w:rFonts w:ascii="IM Fell English" w:hAnsi="IM Fell English"/>
          <w:color w:val="141414"/>
          <w:sz w:val="24"/>
        </w:rPr>
      </w:r>
      <w:r>
        <w:rPr>
          <w:rFonts w:ascii="IM Fell English" w:hAnsi="IM Fell English"/>
          <w:color w:val="141414"/>
          <w:sz w:val="24"/>
        </w:rPr>
        <w:t>An elbow inverted when she trapped the swing and redirected the force through the joint.</w:t>
      </w:r>
      <w:r>
        <w:rPr>
          <w:rFonts w:ascii="IM Fell English" w:hAnsi="IM Fell English"/>
          <w:color w:val="141414"/>
          <w:sz w:val="24"/>
        </w:rPr>
      </w:r>
      <w:r>
        <w:rPr>
          <w:rFonts w:ascii="IM Fell English" w:hAnsi="IM Fell English"/>
          <w:color w:val="141414"/>
          <w:sz w:val="24"/>
        </w:rPr>
        <w:t>A collarbone separated under the precise edge of her hand.</w:t>
      </w:r>
      <w:r>
        <w:rPr>
          <w:rFonts w:ascii="IM Fell English" w:hAnsi="IM Fell English"/>
          <w:color w:val="141414"/>
          <w:sz w:val="24"/>
        </w:rPr>
      </w:r>
      <w:r>
        <w:rPr>
          <w:rFonts w:ascii="IM Fell English" w:hAnsi="IM Fell English"/>
          <w:color w:val="141414"/>
          <w:sz w:val="24"/>
        </w:rPr>
        <w:t>She took a flexible resin rod away from one contractor and used it to shatter the forearm of another with two short, economical swings.</w:t>
      </w:r>
    </w:p>
    <w:p>
      <w:r>
        <w:rPr>
          <w:rFonts w:ascii="IM Fell English" w:hAnsi="IM Fell English"/>
          <w:color w:val="141414"/>
          <w:sz w:val="24"/>
        </w:rPr>
        <w:t>They managed to put her on the marble once.</w:t>
      </w:r>
    </w:p>
    <w:p>
      <w:r>
        <w:rPr>
          <w:rFonts w:ascii="IM Fell English" w:hAnsi="IM Fell English"/>
          <w:color w:val="141414"/>
          <w:sz w:val="24"/>
        </w:rPr>
        <w:t>A coordinated four-point tackle drove her down hard enough to force the air from her lungs and slam her already-bruised shoulder into the floor. For a dangerous six seconds the combined weight and the shock of the impact threatened to pin her long enough for the restraints to close. She went limp for half a breath, felt the micro-shift when they believed she was finished, then exploded upward. A head-butt collapsed a nose and orbital bone. A heel hyperextended a knee the wrong direction. She rolled free, came up half-blind with blood, and continued breaking the remaining attackers into isolated, manageable pieces.</w:t>
      </w:r>
    </w:p>
    <w:p>
      <w:r>
        <w:rPr>
          <w:rFonts w:ascii="IM Fell English" w:hAnsi="IM Fell English"/>
          <w:color w:val="141414"/>
          <w:sz w:val="24"/>
        </w:rPr>
        <w:t>When the last contractor stopped advancing, the ruined ballroom was a field of broken limbs, discharged devices, and the wet, overlapping sounds of people trying to master pain in the rain that fell through the open ceiling. Twenty-four bodies. Zero corpses. Every single one of them would leave the hotel on stretchers or in the arms of a private extraction team.</w:t>
      </w:r>
    </w:p>
    <w:p>
      <w:r>
        <w:rPr>
          <w:rFonts w:ascii="IM Fell English" w:hAnsi="IM Fell English"/>
          <w:color w:val="141414"/>
          <w:sz w:val="24"/>
        </w:rPr>
        <w:t>The Ghost stood in the center of the wreckage, wiped blood from her eyes with the back of her hand, and rolled the shoulder that had taken the worst of the impact.</w:t>
      </w:r>
    </w:p>
    <w:p>
      <w:r>
        <w:rPr>
          <w:rFonts w:ascii="IM Fell English" w:hAnsi="IM Fell English"/>
          <w:color w:val="141414"/>
          <w:sz w:val="24"/>
        </w:rPr>
        <w:t>“Still breathing. Still polite. The table can tell their accountants the money was spent exactly as ordered.”</w:t>
      </w:r>
    </w:p>
    <w:p>
      <w:r>
        <w:rPr>
          <w:rFonts w:ascii="IM Fell English" w:hAnsi="IM Fell English"/>
          <w:color w:val="141414"/>
          <w:sz w:val="24"/>
        </w:rPr>
        <w:t>She selected the first still-conscious body that could still serve a purpose—the one with the ruined knee and the rapid, furious pulse—and straddled his chest. Coat open, she lowered herself onto his mouth and used him with slow, grinding pressure while her hands mapped the fractures. Every time he tried to turn away she put weight on the broken joint until the scream became the exact vibration she wanted. She came quietly, meanly, and moved to the next.</w:t>
      </w:r>
    </w:p>
    <w:p>
      <w:r>
        <w:rPr>
          <w:rFonts w:ascii="IM Fell English" w:hAnsi="IM Fell English"/>
          <w:color w:val="141414"/>
          <w:sz w:val="24"/>
        </w:rPr>
        <w:t>One by one she worked through the ones who could still feel it.</w:t>
      </w:r>
    </w:p>
    <w:p>
      <w:r>
        <w:rPr>
          <w:rFonts w:ascii="IM Fell English" w:hAnsi="IM Fell English"/>
          <w:color w:val="141414"/>
          <w:sz w:val="24"/>
        </w:rPr>
        <w:t>A man with two dislocated shoulders and a broken collarbone was forced onto his back so she could ride his cock while pinning the useless arms; every thrust ground the separations together and dragged fresh noise out of him. Another she bent over a fallen support beam and fucked with the resin baton he had carried for her, deep and unhurried, while her free hand stroked him until he finished against the wet marble in spite of the fractures in his legs. The one who had helped drive her into the floor received particular attention: she sat on his face until he was close to blacking out, then turned and took him down her throat, controlling the depth with a fist in his hair while her fingers methodically tested every break she had given his hands.</w:t>
      </w:r>
    </w:p>
    <w:p>
      <w:r>
        <w:rPr>
          <w:rFonts w:ascii="IM Fell English" w:hAnsi="IM Fell English"/>
          <w:color w:val="141414"/>
          <w:sz w:val="24"/>
        </w:rPr>
        <w:t>She did not rush.</w:t>
      </w:r>
    </w:p>
    <w:p>
      <w:r>
        <w:rPr>
          <w:rFonts w:ascii="IM Fell English" w:hAnsi="IM Fell English"/>
          <w:color w:val="141414"/>
          <w:sz w:val="24"/>
        </w:rPr>
        <w:t>By the time she stood again the rain had washed most of the blood into the cracks of the marble and the night wind through the open walls had turned cold. The contractors were a moaning, semi-conscious landscape of injuries that would keep the table’s medical resources occupied for days.</w:t>
      </w:r>
    </w:p>
    <w:p>
      <w:r>
        <w:rPr>
          <w:rFonts w:ascii="IM Fell English" w:hAnsi="IM Fell English"/>
          <w:color w:val="141414"/>
          <w:sz w:val="24"/>
        </w:rPr>
        <w:t>The Ghost straightened her coat, checked the karambit, and walked toward the external stair that led down the ruined side of the hotel.</w:t>
      </w:r>
    </w:p>
    <w:p>
      <w:r>
        <w:rPr>
          <w:rFonts w:ascii="IM Fell English" w:hAnsi="IM Fell English"/>
          <w:color w:val="141414"/>
          <w:sz w:val="24"/>
        </w:rPr>
        <w:t>At the top of the stair she paused and looked back across the field of delayed, broken, still-living obstacles.</w:t>
      </w:r>
    </w:p>
    <w:p>
      <w:r>
        <w:rPr>
          <w:rFonts w:ascii="IM Fell English" w:hAnsi="IM Fell English"/>
          <w:color w:val="141414"/>
          <w:sz w:val="24"/>
        </w:rPr>
        <w:t>“Tell the table the Ghost is finished spending their money. And tell my student the gap is no longer measured in hours. It’s measured in the time it takes her to walk the last stretch. I’m done running.”</w:t>
      </w:r>
    </w:p>
    <w:p>
      <w:r>
        <w:rPr>
          <w:rFonts w:ascii="IM Fell English" w:hAnsi="IM Fell English"/>
          <w:color w:val="141414"/>
          <w:sz w:val="24"/>
        </w:rPr>
        <w:t>Then she descended into the dark and disappeared toward the river for the final time.</w:t>
      </w:r>
    </w:p>
    <w:p>
      <w:r>
        <w:rPr>
          <w:rFonts w:ascii="IM Fell English" w:hAnsi="IM Fell English"/>
          <w:color w:val="141414"/>
          <w:sz w:val="24"/>
        </w:rPr>
        <w:t>Behind her the fifth team of table contractors lay exactly as ordered: alive, extensively damaged, and finished as any kind of meaningful delay.</w:t>
      </w:r>
    </w:p>
    <w:p>
      <w:r>
        <w:rPr>
          <w:rFonts w:ascii="IM Fell English" w:hAnsi="IM Fell English"/>
          <w:color w:val="141414"/>
          <w:sz w:val="24"/>
        </w:rPr>
        <w:t>Somewhere measured in the time it took to cross the remaining distance, Vex was already making her final adjustment.</w:t>
      </w:r>
    </w:p>
    <w:p>
      <w:r>
        <w:rPr>
          <w:rFonts w:ascii="IM Fell English" w:hAnsi="IM Fell English"/>
          <w:color w:val="141414"/>
          <w:sz w:val="24"/>
        </w:rPr>
        <w:t>The Ghost smiled to herself as she hit the lower streets and started walking toward the place she had chosen for the end.</w:t>
      </w:r>
    </w:p>
    <w:p>
      <w:r>
        <w:rPr>
          <w:rFonts w:ascii="IM Fell English" w:hAnsi="IM Fell English"/>
          <w:color w:val="141414"/>
          <w:sz w:val="24"/>
        </w:rPr>
        <w:t>The rules were still the ones she had written.</w:t>
      </w:r>
    </w:p>
    <w:p>
      <w:r>
        <w:rPr>
          <w:rFonts w:ascii="IM Fell English" w:hAnsi="IM Fell English"/>
          <w:color w:val="141414"/>
          <w:sz w:val="24"/>
        </w:rPr>
        <w:t>The only person who had ever learned them well enough to force the final lesson was now close enough that the next meeting would not be another delay.</w:t>
      </w:r>
    </w:p>
    <w:p>
      <w:r>
        <w:rPr>
          <w:rFonts w:ascii="IM Fell English" w:hAnsi="IM Fell English"/>
          <w:color w:val="141414"/>
          <w:sz w:val="24"/>
        </w:rPr>
        <w:t>It would be the contract.</w:t>
      </w:r>
    </w:p>
    <w:p>
      <w:pPr>
        <w:pStyle w:val="Heading1"/>
        <w:jc w:val="center"/>
      </w:pPr>
      <w:r>
        <w:rPr>
          <w:rFonts w:ascii="IM Fell English" w:hAnsi="IM Fell English"/>
          <w:color w:val="0D0D0D"/>
        </w:rPr>
        <w:t>CHAPTER 22 — LAST DELAY</w:t>
      </w:r>
    </w:p>
    <w:p>
      <w:r>
        <w:rPr>
          <w:rFonts w:ascii="IM Fell English" w:hAnsi="IM Fell English"/>
          <w:color w:val="141414"/>
          <w:sz w:val="24"/>
        </w:rPr>
        <w:t>Vex walked the final stretch in complete silence.</w:t>
      </w:r>
    </w:p>
    <w:p>
      <w:r>
        <w:rPr>
          <w:rFonts w:ascii="IM Fell English" w:hAnsi="IM Fell English"/>
          <w:color w:val="141414"/>
          <w:sz w:val="24"/>
        </w:rPr>
        <w:t>The marks had stopped.</w:t>
      </w:r>
    </w:p>
    <w:p>
      <w:r>
        <w:rPr>
          <w:rFonts w:ascii="IM Fell English" w:hAnsi="IM Fell English"/>
          <w:color w:val="141414"/>
          <w:sz w:val="24"/>
        </w:rPr>
        <w:t>Not thinned. Not grown more subtle. They had simply ended, the way a teacher ends a lesson when the student has finally arrived at the only remaining question. The last wire, the last solvent trace, the last pressure scuff had all pointed to the same place: a long-abandoned river-side abattoir on the industrial edge of the city, three stories of rusted steel, broken windows, and the permanent copper smell of old blood that never fully washed out of concrete.</w:t>
      </w:r>
    </w:p>
    <w:p>
      <w:r>
        <w:rPr>
          <w:rFonts w:ascii="IM Fell English" w:hAnsi="IM Fell English"/>
          <w:color w:val="141414"/>
          <w:sz w:val="24"/>
        </w:rPr>
        <w:t>The sixth and final delay team was waiting in the main killing floor.</w:t>
      </w:r>
    </w:p>
    <w:p>
      <w:r>
        <w:rPr>
          <w:rFonts w:ascii="IM Fell English" w:hAnsi="IM Fell English"/>
          <w:color w:val="141414"/>
          <w:sz w:val="24"/>
        </w:rPr>
        <w:t>Twenty-six this time. The Ghost had spent everything she had left on one last screen. They came with the best equipment the table’s local budget could still reach: full thermal masking, continuous noise generators, layered restraint systems, and the same standing order that had governed every previous team—slow her, damage her, exhaust her, but leave her breathing and capable of walking into the final room under her own power.</w:t>
      </w:r>
    </w:p>
    <w:p>
      <w:r>
        <w:rPr>
          <w:rFonts w:ascii="IM Fell English" w:hAnsi="IM Fell English"/>
          <w:color w:val="141414"/>
          <w:sz w:val="24"/>
        </w:rPr>
        <w:t>Vex stopped at the edge of the wide, blood-stained concrete floor and listened past the artificial noise to the real information underneath.</w:t>
      </w:r>
    </w:p>
    <w:p>
      <w:r>
        <w:rPr>
          <w:rFonts w:ascii="IM Fell English" w:hAnsi="IM Fell English"/>
          <w:color w:val="141414"/>
          <w:sz w:val="24"/>
        </w:rPr>
        <w:t>“Twenty-six,” she said softly. “You’re the last money she had. The trail ends here. You’re only delaying the inevitable by minutes.”</w:t>
      </w:r>
    </w:p>
    <w:p>
      <w:r>
        <w:rPr>
          <w:rFonts w:ascii="IM Fell English" w:hAnsi="IM Fell English"/>
          <w:color w:val="141414"/>
          <w:sz w:val="24"/>
        </w:rPr>
        <w:t>A calm, tired voice answered from the dark.</w:t>
      </w:r>
    </w:p>
    <w:p>
      <w:r>
        <w:rPr>
          <w:rFonts w:ascii="IM Fell English" w:hAnsi="IM Fell English"/>
          <w:color w:val="141414"/>
          <w:sz w:val="24"/>
        </w:rPr>
        <w:t>“Minutes are still the contract. Contain. Break. Leave breathing.”</w:t>
      </w:r>
    </w:p>
    <w:p>
      <w:r>
        <w:rPr>
          <w:rFonts w:ascii="IM Fell English" w:hAnsi="IM Fell English"/>
          <w:color w:val="141414"/>
          <w:sz w:val="24"/>
        </w:rPr>
        <w:t>They moved as one.</w:t>
      </w:r>
    </w:p>
    <w:p>
      <w:r>
        <w:rPr>
          <w:rFonts w:ascii="IM Fell English" w:hAnsi="IM Fell English"/>
          <w:color w:val="141414"/>
          <w:sz w:val="24"/>
        </w:rPr>
        <w:t>Vex did not try to map every element. She isolated the nearest meaningful change in air and committed. The first body met her open hand and then the nearest steel support pillar; the impact collapsed a shoulder and part of a face. She was already turning into the second attacker, using the falling weight as cover. A padded restraint snapped toward her wrist; she let it graze, trapped the arm, and inverted the elbow with a short, vicious rotation. The scream cut through the generators and handed her a cleaner map than they had intended.</w:t>
      </w:r>
    </w:p>
    <w:p>
      <w:r>
        <w:rPr>
          <w:rFonts w:ascii="IM Fell English" w:hAnsi="IM Fell English"/>
          <w:color w:val="141414"/>
          <w:sz w:val="24"/>
        </w:rPr>
        <w:t>The noise plan collapsed under the weight of real damage.</w:t>
      </w:r>
    </w:p>
    <w:p>
      <w:r>
        <w:rPr>
          <w:rFonts w:ascii="IM Fell English" w:hAnsi="IM Fell English"/>
          <w:color w:val="141414"/>
          <w:sz w:val="24"/>
        </w:rPr>
        <w:t>Every broken joint, every body hitting the concrete, every dropped piece of equipment overrode the artificial sound and gave her the spatial clarity she needed. She moved through the overlapping real noise with the economy her teacher had spent years forcing into her bones. A shock device caught her across the ribs and lit every nerve in a white-hot line; she rode the cycle, counted it, and came out already inside the operator’s guard. Two focused strikes left him with a destroyed knee and a hand that would never close properly again.</w:t>
      </w:r>
    </w:p>
    <w:p>
      <w:r>
        <w:rPr>
          <w:rFonts w:ascii="IM Fell English" w:hAnsi="IM Fell English"/>
          <w:color w:val="141414"/>
          <w:sz w:val="24"/>
        </w:rPr>
        <w:t>They managed to put her down once.</w:t>
      </w:r>
    </w:p>
    <w:p>
      <w:r>
        <w:rPr>
          <w:rFonts w:ascii="IM Fell English" w:hAnsi="IM Fell English"/>
          <w:color w:val="141414"/>
          <w:sz w:val="24"/>
        </w:rPr>
        <w:t>A coordinated multi-point tackle drove her into the old blood-stained concrete hard enough to force the air from her lungs and slam her shoulder against a residual floor bolt. For a dangerous handful of seconds the combined weight and the shock of the impact threatened to pin her long enough for the restraints to lock. She went limp for half a breath, felt the micro-shift when they believed she was finished, then exploded upward. A head-butt collapsed a nose and orbital bone. A heel hyperextended a knee the wrong direction. She rolled free, came up bleeding from a fresh scrape along her temple, and continued breaking the remaining attackers into isolated pieces.</w:t>
      </w:r>
    </w:p>
    <w:p>
      <w:r>
        <w:rPr>
          <w:rFonts w:ascii="IM Fell English" w:hAnsi="IM Fell English"/>
          <w:color w:val="141414"/>
          <w:sz w:val="24"/>
        </w:rPr>
        <w:t>A collarbone separated.</w:t>
      </w:r>
      <w:r>
        <w:rPr>
          <w:rFonts w:ascii="IM Fell English" w:hAnsi="IM Fell English"/>
          <w:color w:val="141414"/>
          <w:sz w:val="24"/>
        </w:rPr>
      </w:r>
      <w:r>
        <w:rPr>
          <w:rFonts w:ascii="IM Fell English" w:hAnsi="IM Fell English"/>
          <w:color w:val="141414"/>
          <w:sz w:val="24"/>
        </w:rPr>
        <w:t>A second knee folded with a wet, final crunch.</w:t>
      </w:r>
      <w:r>
        <w:rPr>
          <w:rFonts w:ascii="IM Fell English" w:hAnsi="IM Fell English"/>
          <w:color w:val="141414"/>
          <w:sz w:val="24"/>
        </w:rPr>
      </w:r>
      <w:r>
        <w:rPr>
          <w:rFonts w:ascii="IM Fell English" w:hAnsi="IM Fell English"/>
          <w:color w:val="141414"/>
          <w:sz w:val="24"/>
        </w:rPr>
        <w:t>Fingers were stamped into the concrete until they stopped being fingers.</w:t>
      </w:r>
      <w:r>
        <w:rPr>
          <w:rFonts w:ascii="IM Fell English" w:hAnsi="IM Fell English"/>
          <w:color w:val="141414"/>
          <w:sz w:val="24"/>
        </w:rPr>
      </w:r>
      <w:r>
        <w:rPr>
          <w:rFonts w:ascii="IM Fell English" w:hAnsi="IM Fell English"/>
          <w:color w:val="141414"/>
          <w:sz w:val="24"/>
        </w:rPr>
        <w:t>She took a flexible resin baton away from one contractor and used it to fracture the forearm of another with two short, measured swings.</w:t>
      </w:r>
    </w:p>
    <w:p>
      <w:r>
        <w:rPr>
          <w:rFonts w:ascii="IM Fell English" w:hAnsi="IM Fell English"/>
          <w:color w:val="141414"/>
          <w:sz w:val="24"/>
        </w:rPr>
        <w:t>When the last useful threat stopped advancing, the killing floor was a landscape of broken shapes and the wet, overlapping sounds of people mastering pain in the dark. Twenty-six bodies. Zero corpses. Every single one of them would require extraction and long medical recovery.</w:t>
      </w:r>
    </w:p>
    <w:p>
      <w:r>
        <w:rPr>
          <w:rFonts w:ascii="IM Fell English" w:hAnsi="IM Fell English"/>
          <w:color w:val="141414"/>
          <w:sz w:val="24"/>
        </w:rPr>
        <w:t>Vex stood in the center of the wreckage and waited until her breathing evened and the only remaining information was pained breathing and the low residual hum of noise generators that no longer mattered.</w:t>
      </w:r>
    </w:p>
    <w:p>
      <w:r>
        <w:rPr>
          <w:rFonts w:ascii="IM Fell English" w:hAnsi="IM Fell English"/>
          <w:color w:val="141414"/>
          <w:sz w:val="24"/>
        </w:rPr>
        <w:t>Then she selected.</w:t>
      </w:r>
    </w:p>
    <w:p>
      <w:r>
        <w:rPr>
          <w:rFonts w:ascii="IM Fell English" w:hAnsi="IM Fell English"/>
          <w:color w:val="141414"/>
          <w:sz w:val="24"/>
        </w:rPr>
        <w:t>The contractor with the shattered knee and the still-strong pulse was first. She straddled him on the old blood-stained concrete, opened his trousers, and sank down onto him with deliberate, grinding weight. Every time he tried to twist away she put pressure on the ruined joint until the scream became a vibration she could use. She fucked him slowly, methodically, one hand braced on his throat, the other occasionally returning to the fresh breaks. When she came it was quiet and controlled; she stayed in place until the last tremor passed, then moved to the next still-conscious body.</w:t>
      </w:r>
    </w:p>
    <w:p>
      <w:r>
        <w:rPr>
          <w:rFonts w:ascii="IM Fell English" w:hAnsi="IM Fell English"/>
          <w:color w:val="141414"/>
          <w:sz w:val="24"/>
        </w:rPr>
        <w:t>She used them in turn.</w:t>
      </w:r>
    </w:p>
    <w:p>
      <w:r>
        <w:rPr>
          <w:rFonts w:ascii="IM Fell English" w:hAnsi="IM Fell English"/>
          <w:color w:val="141414"/>
          <w:sz w:val="24"/>
        </w:rPr>
        <w:t>A man with two broken arms and a collapsed shoulder was forced onto his back so she could ride his mouth while her fingers explored the separations. Another she bent over a residual steel rail and fucked with the resin baton he had brought for her, deep and unhurried, while her free hand stroked him until he finished against the metal in spite of the fractures in his legs. The one who had helped drive her into the floor received particular attention: she sat on his face until he was close to blacking out, then turned and took him down her throat, controlling the depth with a fist in his hair while her other hand methodically tested every break she had given him.</w:t>
      </w:r>
    </w:p>
    <w:p>
      <w:r>
        <w:rPr>
          <w:rFonts w:ascii="IM Fell English" w:hAnsi="IM Fell English"/>
          <w:color w:val="141414"/>
          <w:sz w:val="24"/>
        </w:rPr>
        <w:t>She did not rush.</w:t>
      </w:r>
    </w:p>
    <w:p>
      <w:r>
        <w:rPr>
          <w:rFonts w:ascii="IM Fell English" w:hAnsi="IM Fell English"/>
          <w:color w:val="141414"/>
          <w:sz w:val="24"/>
        </w:rPr>
        <w:t>By the time she stood again the artificial noise had cycled down and the true quiet of the abattoir returned—the drip of water, the faint river sound through broken windows, the copper memory of everything that had died on this floor long before tonight. The contractors were a moaning, semi-conscious scatter that would not follow anyone.</w:t>
      </w:r>
    </w:p>
    <w:p>
      <w:r>
        <w:rPr>
          <w:rFonts w:ascii="IM Fell English" w:hAnsi="IM Fell English"/>
          <w:color w:val="141414"/>
          <w:sz w:val="24"/>
        </w:rPr>
        <w:t>Vex straightened her shift, wiped her hands on the fabric, and walked toward the internal stair that led up to the top floor offices overlooking the killing floor.</w:t>
      </w:r>
    </w:p>
    <w:p>
      <w:r>
        <w:rPr>
          <w:rFonts w:ascii="IM Fell English" w:hAnsi="IM Fell English"/>
          <w:color w:val="141414"/>
          <w:sz w:val="24"/>
        </w:rPr>
        <w:t>Behind her someone managed a wet, broken question.</w:t>
      </w:r>
    </w:p>
    <w:p>
      <w:r>
        <w:rPr>
          <w:rFonts w:ascii="IM Fell English" w:hAnsi="IM Fell English"/>
          <w:color w:val="141414"/>
          <w:sz w:val="24"/>
        </w:rPr>
        <w:t>“She… said you don’t kill the delays…”</w:t>
      </w:r>
    </w:p>
    <w:p>
      <w:r>
        <w:rPr>
          <w:rFonts w:ascii="IM Fell English" w:hAnsi="IM Fell English"/>
          <w:color w:val="141414"/>
          <w:sz w:val="24"/>
        </w:rPr>
        <w:t>Vex paused on the bottom step, head tilted toward the voice.</w:t>
      </w:r>
    </w:p>
    <w:p>
      <w:r>
        <w:rPr>
          <w:rFonts w:ascii="IM Fell English" w:hAnsi="IM Fell English"/>
          <w:color w:val="141414"/>
          <w:sz w:val="24"/>
        </w:rPr>
        <w:t>“She told you the truth. I’m not paid for you. I’m paid for her. And she has stopped running.”</w:t>
      </w:r>
    </w:p>
    <w:p>
      <w:r>
        <w:rPr>
          <w:rFonts w:ascii="IM Fell English" w:hAnsi="IM Fell English"/>
          <w:color w:val="141414"/>
          <w:sz w:val="24"/>
        </w:rPr>
        <w:t>She climbed.</w:t>
      </w:r>
    </w:p>
    <w:p>
      <w:r>
        <w:rPr>
          <w:rFonts w:ascii="IM Fell English" w:hAnsi="IM Fell English"/>
          <w:color w:val="141414"/>
          <w:sz w:val="24"/>
        </w:rPr>
        <w:t>At the top of the stair the air changed. The trail of solvent and wire and pressure scuffs had ended completely. In its place was only the faint, familiar scent of the woman who had taught her everything she knew, waiting in the dark of the final room.</w:t>
      </w:r>
    </w:p>
    <w:p>
      <w:r>
        <w:rPr>
          <w:rFonts w:ascii="IM Fell English" w:hAnsi="IM Fell English"/>
          <w:color w:val="141414"/>
          <w:sz w:val="24"/>
        </w:rPr>
        <w:t>Vex stood in the doorway of the top-floor office, listening to the single set of controlled breathing that waited inside, and smiled with only the corner of her mouth—the same private expression her teacher had always used.</w:t>
      </w:r>
    </w:p>
    <w:p>
      <w:r>
        <w:rPr>
          <w:rFonts w:ascii="IM Fell English" w:hAnsi="IM Fell English"/>
          <w:color w:val="141414"/>
          <w:sz w:val="24"/>
        </w:rPr>
        <w:t>The last delay was finished.</w:t>
      </w:r>
    </w:p>
    <w:p>
      <w:r>
        <w:rPr>
          <w:rFonts w:ascii="IM Fell English" w:hAnsi="IM Fell English"/>
          <w:color w:val="141414"/>
          <w:sz w:val="24"/>
        </w:rPr>
        <w:t>The contract was ready to be closed.</w:t>
      </w:r>
    </w:p>
    <w:p>
      <w:r>
        <w:rPr>
          <w:rFonts w:ascii="IM Fell English" w:hAnsi="IM Fell English"/>
          <w:color w:val="141414"/>
          <w:sz w:val="24"/>
        </w:rPr>
        <w:t>She stepped through the doorway and into the end of the lesson.</w:t>
      </w:r>
    </w:p>
    <w:p>
      <w:pPr>
        <w:pStyle w:val="Heading1"/>
        <w:jc w:val="center"/>
      </w:pPr>
      <w:r>
        <w:rPr>
          <w:rFonts w:ascii="IM Fell English" w:hAnsi="IM Fell English"/>
          <w:color w:val="0D0D0D"/>
        </w:rPr>
        <w:t>CHAPTER 23 — THE TURN</w:t>
      </w:r>
    </w:p>
    <w:p>
      <w:r>
        <w:rPr>
          <w:rFonts w:ascii="IM Fell English" w:hAnsi="IM Fell English"/>
          <w:color w:val="141414"/>
          <w:sz w:val="24"/>
        </w:rPr>
        <w:t>Vex left the abattoir behind without looking back.</w:t>
      </w:r>
    </w:p>
    <w:p>
      <w:r>
        <w:rPr>
          <w:rFonts w:ascii="IM Fell English" w:hAnsi="IM Fell English"/>
          <w:color w:val="141414"/>
          <w:sz w:val="24"/>
        </w:rPr>
        <w:t>The last delay team still lay broken on the killing floor, their sounds already fading under the river wind that moved through the broken windows. She climbed the external stair to the upper offices one final time, paused in the doorway of the room that overlooked the killing floor, and listened. Nothing remained except the low drip of water somewhere in the dark and the distant, ordinary noise of the city that had never known what happened inside these walls. The absence of further marks confirmed what she already understood: the Ghost had stopped leaving a trail because the trail was no longer required. The student had been brought exactly where the teacher wanted her.</w:t>
      </w:r>
    </w:p>
    <w:p>
      <w:r>
        <w:rPr>
          <w:rFonts w:ascii="IM Fell English" w:hAnsi="IM Fell English"/>
          <w:color w:val="141414"/>
          <w:sz w:val="24"/>
        </w:rPr>
        <w:t>Vex turned away and descended.</w:t>
      </w:r>
    </w:p>
    <w:p>
      <w:r>
        <w:rPr>
          <w:rFonts w:ascii="IM Fell English" w:hAnsi="IM Fell English"/>
          <w:color w:val="141414"/>
          <w:sz w:val="24"/>
        </w:rPr>
        <w:t>Outside, the night air carried the wet mineral scent of the river and the faint chemical edge of the industrial district she was leaving behind. She moved west by the change in ground texture under her boots—first cracked asphalt, then uneven cobble, then the softer, older gravel of streets that no longer appeared on any current municipal map. Traffic sounds thinned. The electronic hum of the modern grid faded. In its place came the quieter, heavier silence of estates that had been abandoned long enough for the vines to claim the walls and the trees to grow through the fences.</w:t>
      </w:r>
    </w:p>
    <w:p>
      <w:r>
        <w:rPr>
          <w:rFonts w:ascii="IM Fell English" w:hAnsi="IM Fell English"/>
          <w:color w:val="141414"/>
          <w:sz w:val="24"/>
        </w:rPr>
        <w:t>The marks, when they resumed, were different.</w:t>
      </w:r>
    </w:p>
    <w:p>
      <w:r>
        <w:rPr>
          <w:rFonts w:ascii="IM Fell English" w:hAnsi="IM Fell English"/>
          <w:color w:val="141414"/>
          <w:sz w:val="24"/>
        </w:rPr>
        <w:t>Not the clean, professional signals the Ghost had been leaving for the past eight days. These were older, half-erased by time and weather, yet still deliberate enough for the only person trained to read them. A pressure point on a brick wall at exact fingertip height. The faint residual scent of a particular blade oil the Ghost had favored years ago, when this part of the city still belonged to the high table’s private work. A scuff pattern on a metal gate hinge that told direction and nothing else. Vex followed them without hurry, letting each one confirm the next, building the map in her mind the way her teacher had once forced her to build maps in total darkness.</w:t>
      </w:r>
    </w:p>
    <w:p>
      <w:r>
        <w:rPr>
          <w:rFonts w:ascii="IM Fell English" w:hAnsi="IM Fell English"/>
          <w:color w:val="141414"/>
          <w:sz w:val="24"/>
        </w:rPr>
        <w:t>The mansion announced itself first as a change in the wind.</w:t>
      </w:r>
    </w:p>
    <w:p>
      <w:r>
        <w:rPr>
          <w:rFonts w:ascii="IM Fell English" w:hAnsi="IM Fell English"/>
          <w:color w:val="141414"/>
          <w:sz w:val="24"/>
        </w:rPr>
        <w:t>The air grew stiller, denser, heavy with the smell of closed rooms, wet stone, rotting wood, and the slow, patient decay of a place that had not been opened in decades. Vex stopped at the edge of the overgrown drive and stood motionless for a full minute, listening. No voices. No recent footsteps. No electronic signatures. Only the soft rasp of ivy against stone, the distant river still audible behind her, and the occasional drip of water from a broken gutter somewhere high above.</w:t>
      </w:r>
    </w:p>
    <w:p>
      <w:r>
        <w:rPr>
          <w:rFonts w:ascii="IM Fell English" w:hAnsi="IM Fell English"/>
          <w:color w:val="141414"/>
          <w:sz w:val="24"/>
        </w:rPr>
        <w:t>She stepped onto the property.</w:t>
      </w:r>
    </w:p>
    <w:p>
      <w:r>
        <w:rPr>
          <w:rFonts w:ascii="IM Fell English" w:hAnsi="IM Fell English"/>
          <w:color w:val="141414"/>
          <w:sz w:val="24"/>
        </w:rPr>
        <w:t>The main gates hung open on rusted hinges that complained softly when the wind moved them. She passed between the stone pillars without touching the metal, following the subtle path of disturbed gravel that only someone navigating by touch and memory would notice. The gravel gave way to cracked flagstones. The flagstones gave way to a wide, circular drive half-swallowed by weeds. The front façade of the mansion rose in front of her as a solid wall of colder air and denser silence—three stories of stone and dark windows, the kind of structure that had once held private parties the high table never spoke about in open rooms.</w:t>
      </w:r>
    </w:p>
    <w:p>
      <w:r>
        <w:rPr>
          <w:rFonts w:ascii="IM Fell English" w:hAnsi="IM Fell English"/>
          <w:color w:val="141414"/>
          <w:sz w:val="24"/>
        </w:rPr>
        <w:t>Vex did not approach the main doors.</w:t>
      </w:r>
    </w:p>
    <w:p>
      <w:r>
        <w:rPr>
          <w:rFonts w:ascii="IM Fell English" w:hAnsi="IM Fell English"/>
          <w:color w:val="141414"/>
          <w:sz w:val="24"/>
        </w:rPr>
        <w:t>She turned left instead, following a line of faint pressure marks along the foundation. Her fingers trailed lightly across the stone, reading the seams, the places where mortar had been replaced, the subtle differences in temperature that told her where the walls were solid and where they were not. Halfway along the east wing she found it: a vertical seam that did not belong, half-hidden by thick ivy that had been carefully parted and then allowed to fall back into place. A hidden service entrance.</w:t>
      </w:r>
    </w:p>
    <w:p>
      <w:r>
        <w:rPr>
          <w:rFonts w:ascii="IM Fell English" w:hAnsi="IM Fell English"/>
          <w:color w:val="141414"/>
          <w:sz w:val="24"/>
        </w:rPr>
        <w:t>She pressed the correct sequence of points along the frame—points she should not have known, points that belonged to a time when she still had eyes and a teacher who walked these corridors beside her and made her memorize every door, every false panel, every route that did not appear on any drawing. The panel swung inward on silent, well-oiled hinges that should not have existed in a house this dead. Cooler air moved out of the dark, carrying the smell of old earth, closed stone, and something faintly metallic that had nothing to do with the river.</w:t>
      </w:r>
    </w:p>
    <w:p>
      <w:r>
        <w:rPr>
          <w:rFonts w:ascii="IM Fell English" w:hAnsi="IM Fell English"/>
          <w:color w:val="141414"/>
          <w:sz w:val="24"/>
        </w:rPr>
        <w:t>Vex stepped inside and closed the panel behind her.</w:t>
      </w:r>
    </w:p>
    <w:p>
      <w:r>
        <w:rPr>
          <w:rFonts w:ascii="IM Fell English" w:hAnsi="IM Fell English"/>
          <w:color w:val="141414"/>
          <w:sz w:val="24"/>
        </w:rPr>
        <w:t>The passage beyond was narrow, stone-walled, and sloping gently downward. She moved through it without hesitation, one hand trailing lightly along the left wall for confirmation, the other ready at her side. The air grew colder with every step. The sound of the outside world faded until the only noises were her own controlled breathing and the soft scrape of her boots on stone that had been worn smooth by feet that no longer walked here. At the first junction she paused, listened, and chose the left corridor by the faint residual scent of solvent that did not belong in a forgotten service tunnel—the same solvent the Ghost had always used to clean ceramic after a wet job.</w:t>
      </w:r>
    </w:p>
    <w:p>
      <w:r>
        <w:rPr>
          <w:rFonts w:ascii="IM Fell English" w:hAnsi="IM Fell English"/>
          <w:color w:val="141414"/>
          <w:sz w:val="24"/>
        </w:rPr>
        <w:t>The corridor continued, branching twice more. Each time she chose by scent, by the quality of the air, by the almost imperceptible difference in the way sound bounced off the walls. She passed sealed doors that led to rooms she remembered only as temperature changes and echoes. She passed a vertical shaft that dropped into deeper dark and carried the slow drip of water from somewhere far below. She did not take the shaft. The marks she was following stayed on the main descending path.</w:t>
      </w:r>
    </w:p>
    <w:p>
      <w:r>
        <w:rPr>
          <w:rFonts w:ascii="IM Fell English" w:hAnsi="IM Fell English"/>
          <w:color w:val="141414"/>
          <w:sz w:val="24"/>
        </w:rPr>
        <w:t>The passage leveled out.</w:t>
      </w:r>
    </w:p>
    <w:p>
      <w:r>
        <w:rPr>
          <w:rFonts w:ascii="IM Fell English" w:hAnsi="IM Fell English"/>
          <w:color w:val="141414"/>
          <w:sz w:val="24"/>
        </w:rPr>
        <w:t>The air changed again—stiller, heavier, carrying a low electronic hum so faint most people would never have noticed it. Vex slowed. Her fingers found another seam in the stone, another sequence of pressure points that should not have been known to anyone still living. She pressed them in the correct order. A second panel slid aside with the soft sigh of well-maintained machinery.</w:t>
      </w:r>
    </w:p>
    <w:p>
      <w:r>
        <w:rPr>
          <w:rFonts w:ascii="IM Fell English" w:hAnsi="IM Fell English"/>
          <w:color w:val="141414"/>
          <w:sz w:val="24"/>
        </w:rPr>
        <w:t>Beyond it the air was colder still, and the faint electronic hum was clearer.</w:t>
      </w:r>
    </w:p>
    <w:p>
      <w:r>
        <w:rPr>
          <w:rFonts w:ascii="IM Fell English" w:hAnsi="IM Fell English"/>
          <w:color w:val="141414"/>
          <w:sz w:val="24"/>
        </w:rPr>
        <w:t>Vex stood in the open doorway for a long moment, head tilted, mapping the space by the way sound moved through it. A large chamber. Stone floor. Something large and metallic in the center. The residual scent of oil and old blood and the particular cold that belonged to equipment designed never to be left in standby for as long as this had been.</w:t>
      </w:r>
    </w:p>
    <w:p>
      <w:r>
        <w:rPr>
          <w:rFonts w:ascii="IM Fell English" w:hAnsi="IM Fell English"/>
          <w:color w:val="141414"/>
          <w:sz w:val="24"/>
        </w:rPr>
        <w:t>She stepped through.</w:t>
      </w:r>
    </w:p>
    <w:p>
      <w:r>
        <w:rPr>
          <w:rFonts w:ascii="IM Fell English" w:hAnsi="IM Fell English"/>
          <w:color w:val="141414"/>
          <w:sz w:val="24"/>
        </w:rPr>
        <w:t>The panel closed behind her with the same soft, final sound.</w:t>
      </w:r>
    </w:p>
    <w:p>
      <w:r>
        <w:rPr>
          <w:rFonts w:ascii="IM Fell English" w:hAnsi="IM Fell English"/>
          <w:color w:val="141414"/>
          <w:sz w:val="24"/>
        </w:rPr>
        <w:t>Vex walked forward into the dark of the sub-level chamber, one hand extended just enough to confirm the edges of the space, and stopped when her fingers brushed the edge of a stainless-steel table. A sheet covered whatever lay on it. The shape beneath was human. Beside the table the low electronic hum continued, steady and patient, the sound of a system that had been waiting far longer than any living contractor.</w:t>
      </w:r>
    </w:p>
    <w:p>
      <w:r>
        <w:rPr>
          <w:rFonts w:ascii="IM Fell English" w:hAnsi="IM Fell English"/>
          <w:color w:val="141414"/>
          <w:sz w:val="24"/>
        </w:rPr>
        <w:t>She rested her palm flat on the sheet for a moment, feeling the stillness underneath, then slowly began to gather the fabric in her fingers.</w:t>
      </w:r>
    </w:p>
    <w:p>
      <w:r>
        <w:rPr>
          <w:rFonts w:ascii="IM Fell English" w:hAnsi="IM Fell English"/>
          <w:color w:val="141414"/>
          <w:sz w:val="24"/>
        </w:rPr>
        <w:t>The final room was no longer ahead of her.</w:t>
      </w:r>
    </w:p>
    <w:p>
      <w:r>
        <w:rPr>
          <w:rFonts w:ascii="IM Fell English" w:hAnsi="IM Fell English"/>
          <w:color w:val="141414"/>
          <w:sz w:val="24"/>
        </w:rPr>
        <w:t>It was here.</w:t>
      </w:r>
    </w:p>
    <w:p>
      <w:r>
        <w:rPr>
          <w:rFonts w:ascii="IM Fell English" w:hAnsi="IM Fell English"/>
          <w:color w:val="141414"/>
          <w:sz w:val="24"/>
        </w:rPr>
        <w:t>And whatever the Ghost had prepared for the end of the lesson was lying under her hand, waiting to be uncovered.</w:t>
      </w:r>
    </w:p>
    <w:p>
      <w:pPr>
        <w:pStyle w:val="Heading1"/>
        <w:jc w:val="center"/>
      </w:pPr>
      <w:r>
        <w:rPr>
          <w:rFonts w:ascii="IM Fell English" w:hAnsi="IM Fell English"/>
          <w:color w:val="0D0D0D"/>
        </w:rPr>
        <w:t>CHAPTER 24 — THE TABLE</w:t>
      </w:r>
    </w:p>
    <w:p>
      <w:r>
        <w:rPr>
          <w:rFonts w:ascii="IM Fell English" w:hAnsi="IM Fell English"/>
          <w:color w:val="141414"/>
          <w:sz w:val="24"/>
        </w:rPr>
        <w:t>Vex stood in the cold dark of the sub-level chamber with her palm resting on the sheet.</w:t>
      </w:r>
    </w:p>
    <w:p>
      <w:r>
        <w:rPr>
          <w:rFonts w:ascii="IM Fell English" w:hAnsi="IM Fell English"/>
          <w:color w:val="141414"/>
          <w:sz w:val="24"/>
        </w:rPr>
        <w:t>The stainless-steel table was exactly as she remembered it from years ago—long enough for a full adult body, fitted with recessed restraint points at wrist, ankle, throat, and waist, the surface slightly concave so fluids would run to the central drain. Beside it the Lucifer system waited in standby, its housing a matte black that absorbed what little sound the room made. Three hydraulic assemblies sat retracted like folded limbs. The strangulation harness hung coiled and ready. The low electronic hum was steady, patient, the sound of a machine that had been left alive far longer than the high table had ever admitted.</w:t>
      </w:r>
    </w:p>
    <w:p>
      <w:r>
        <w:rPr>
          <w:rFonts w:ascii="IM Fell English" w:hAnsi="IM Fell English"/>
          <w:color w:val="141414"/>
          <w:sz w:val="24"/>
        </w:rPr>
        <w:t>She listened for a full minute before she moved again.</w:t>
      </w:r>
    </w:p>
    <w:p>
      <w:r>
        <w:rPr>
          <w:rFonts w:ascii="IM Fell English" w:hAnsi="IM Fell English"/>
          <w:color w:val="141414"/>
          <w:sz w:val="24"/>
        </w:rPr>
        <w:t>No second set of breathing. No shift of weight on the stone floor. No electronic signature beyond the system itself. The chamber seemed empty except for her and whatever lay under the sheet.</w:t>
      </w:r>
    </w:p>
    <w:p>
      <w:r>
        <w:rPr>
          <w:rFonts w:ascii="IM Fell English" w:hAnsi="IM Fell English"/>
          <w:color w:val="141414"/>
          <w:sz w:val="24"/>
        </w:rPr>
        <w:t>Vex gathered the fabric slowly, deliberately, and drew it down from the head toward the feet.</w:t>
      </w:r>
    </w:p>
    <w:p>
      <w:r>
        <w:rPr>
          <w:rFonts w:ascii="IM Fell English" w:hAnsi="IM Fell English"/>
          <w:color w:val="141414"/>
          <w:sz w:val="24"/>
        </w:rPr>
        <w:t>The body beneath was cold. Female. Approximate height and weight correct. The skin had the slack, bloodless texture of something that had been dead long enough for the heat to leave it completely. She mapped the face with her fingertips—cheekbones, brow, the shape of the mouth, the scars she had once put there herself with her own hands and her own blades. The recognition settled into her chest like a stone.</w:t>
      </w:r>
    </w:p>
    <w:p>
      <w:r>
        <w:rPr>
          <w:rFonts w:ascii="IM Fell English" w:hAnsi="IM Fell English"/>
          <w:color w:val="141414"/>
          <w:sz w:val="24"/>
        </w:rPr>
        <w:t>She had placed this body on this table.</w:t>
      </w:r>
    </w:p>
    <w:p>
      <w:r>
        <w:rPr>
          <w:rFonts w:ascii="IM Fell English" w:hAnsi="IM Fell English"/>
          <w:color w:val="141414"/>
          <w:sz w:val="24"/>
        </w:rPr>
        <w:t>She had set Lucifer loose on it and watched the system take her teacher apart in the only way that had ever been thorough enough.</w:t>
      </w:r>
    </w:p>
    <w:p>
      <w:r>
        <w:rPr>
          <w:rFonts w:ascii="IM Fell English" w:hAnsi="IM Fell English"/>
          <w:color w:val="141414"/>
          <w:sz w:val="24"/>
        </w:rPr>
        <w:t>She had stood in this same chamber years ago and listened to the wet, mechanical sounds of the lesson ending.</w:t>
      </w:r>
    </w:p>
    <w:p>
      <w:r>
        <w:rPr>
          <w:rFonts w:ascii="IM Fell English" w:hAnsi="IM Fell English"/>
          <w:color w:val="141414"/>
          <w:sz w:val="24"/>
        </w:rPr>
        <w:t>Vex’s hand rested on the cold forehead for a long moment.</w:t>
      </w:r>
    </w:p>
    <w:p>
      <w:r>
        <w:rPr>
          <w:rFonts w:ascii="IM Fell English" w:hAnsi="IM Fell English"/>
          <w:color w:val="141414"/>
          <w:sz w:val="24"/>
        </w:rPr>
        <w:t>“You are dead, teacher,” she said softly. “I put you here myself. I watched him take you. There is no way you walked out of this house.”</w:t>
      </w:r>
    </w:p>
    <w:p>
      <w:r>
        <w:rPr>
          <w:rFonts w:ascii="IM Fell English" w:hAnsi="IM Fell English"/>
          <w:color w:val="141414"/>
          <w:sz w:val="24"/>
        </w:rPr>
        <w:t>A voice answered from the dark behind her—familiar, warm, and impossible.</w:t>
      </w:r>
    </w:p>
    <w:p>
      <w:r>
        <w:rPr>
          <w:rFonts w:ascii="IM Fell English" w:hAnsi="IM Fell English"/>
          <w:color w:val="141414"/>
          <w:sz w:val="24"/>
        </w:rPr>
        <w:t>“That is not The Ghost’s corpse, Vex. It cannot be hers.”</w:t>
      </w:r>
    </w:p>
    <w:p>
      <w:r>
        <w:rPr>
          <w:rFonts w:ascii="IM Fell English" w:hAnsi="IM Fell English"/>
          <w:color w:val="141414"/>
          <w:sz w:val="24"/>
        </w:rPr>
        <w:t>Vex went completely still.</w:t>
      </w:r>
    </w:p>
    <w:p>
      <w:r>
        <w:rPr>
          <w:rFonts w:ascii="IM Fell English" w:hAnsi="IM Fell English"/>
          <w:color w:val="141414"/>
          <w:sz w:val="24"/>
        </w:rPr>
        <w:t>The voice continued, closer now, moving with the quiet confidence of someone who belonged in this room.</w:t>
      </w:r>
    </w:p>
    <w:p>
      <w:r>
        <w:rPr>
          <w:rFonts w:ascii="IM Fell English" w:hAnsi="IM Fell English"/>
          <w:color w:val="141414"/>
          <w:sz w:val="24"/>
        </w:rPr>
        <w:t>“The way she moved on that stage eight days ago… the way she fucked and sliced me open while everyone watched, including the two bodyguards you killed for letting my ex get that close. You recognized the movement by the sound, my love. You know it was her.”</w:t>
      </w:r>
    </w:p>
    <w:p>
      <w:r>
        <w:rPr>
          <w:rFonts w:ascii="IM Fell English" w:hAnsi="IM Fell English"/>
          <w:color w:val="141414"/>
          <w:sz w:val="24"/>
        </w:rPr>
        <w:t>Vex turned her head toward the voice, mapping the exact position by the way the words moved through the cold air.</w:t>
      </w:r>
    </w:p>
    <w:p>
      <w:r>
        <w:rPr>
          <w:rFonts w:ascii="IM Fell English" w:hAnsi="IM Fell English"/>
          <w:color w:val="141414"/>
          <w:sz w:val="24"/>
        </w:rPr>
        <w:t>“My love,” she said carefully, “I saw her die on this table. I watched Lucifer take her. I put her here myself before she tore my eyes—”</w:t>
      </w:r>
    </w:p>
    <w:p>
      <w:r>
        <w:rPr>
          <w:rFonts w:ascii="IM Fell English" w:hAnsi="IM Fell English"/>
          <w:color w:val="141414"/>
          <w:sz w:val="24"/>
        </w:rPr>
        <w:t>Warm arms closed around her from behind. The body pressed against her back was the right height, the right shape, the right scent under a thin layer of something else. Soft lips brushed the edge of her ear.</w:t>
      </w:r>
    </w:p>
    <w:p>
      <w:r>
        <w:rPr>
          <w:rFonts w:ascii="IM Fell English" w:hAnsi="IM Fell English"/>
          <w:color w:val="141414"/>
          <w:sz w:val="24"/>
        </w:rPr>
        <w:t xml:space="preserve">“We were here watching her die,” the voice whispered. “Go, turn my creature on. Let’s see what Lucifer remembers, my gorgeous love.” </w:t>
      </w:r>
    </w:p>
    <w:p>
      <w:r>
        <w:rPr>
          <w:rFonts w:ascii="IM Fell English" w:hAnsi="IM Fell English"/>
          <w:color w:val="141414"/>
          <w:sz w:val="24"/>
        </w:rPr>
        <w:t>Vex remained motionless inside the embrace for several long seconds, letting the hands move across her stomach, her ribs, the front of her shift. The touch was familiar. The cadence of the breathing against her neck was familiar. Even the way the weight settled against her back matched the memory of the woman who had once owned this house and this machine and her.</w:t>
      </w:r>
    </w:p>
    <w:p>
      <w:r>
        <w:rPr>
          <w:rFonts w:ascii="IM Fell English" w:hAnsi="IM Fell English"/>
          <w:color w:val="141414"/>
          <w:sz w:val="24"/>
        </w:rPr>
        <w:t>She lifted one hand and covered the fingers that rested over her heart.</w:t>
      </w:r>
    </w:p>
    <w:p>
      <w:r>
        <w:rPr>
          <w:rFonts w:ascii="IM Fell English" w:hAnsi="IM Fell English"/>
          <w:color w:val="141414"/>
          <w:sz w:val="24"/>
        </w:rPr>
        <w:t>“Jackie,” she said, testing the name.</w:t>
      </w:r>
    </w:p>
    <w:p>
      <w:r>
        <w:rPr>
          <w:rFonts w:ascii="IM Fell English" w:hAnsi="IM Fell English"/>
          <w:color w:val="141414"/>
          <w:sz w:val="24"/>
        </w:rPr>
        <w:t>“Yes.” The answer came without hesitation, soft and certain. “I’m here. I’m alive. The table never needed to know everything. Sekhmet kept the secret. I kept the secret. The Ghost has been dead for years. Whatever walked onto that stage was something else wearing her skills.”</w:t>
      </w:r>
    </w:p>
    <w:p>
      <w:r>
        <w:rPr>
          <w:rFonts w:ascii="IM Fell English" w:hAnsi="IM Fell English"/>
          <w:color w:val="141414"/>
          <w:sz w:val="24"/>
        </w:rPr>
        <w:t>The hands on Vex’s body grew bolder, sliding lower, mapping her the way a lover who still had claim would map her. The voice stayed gentle, coaxing, full of the private warmth that had once belonged only to the two of them in rooms like this.</w:t>
      </w:r>
    </w:p>
    <w:p>
      <w:r>
        <w:rPr>
          <w:rFonts w:ascii="IM Fell English" w:hAnsi="IM Fell English"/>
          <w:color w:val="141414"/>
          <w:sz w:val="24"/>
        </w:rPr>
        <w:t>“Come away from the table. Let me show you I’m real. Let me remind you what we used to do when the lessons were over and the house was quiet.”</w:t>
      </w:r>
    </w:p>
    <w:p>
      <w:r>
        <w:rPr>
          <w:rFonts w:ascii="IM Fell English" w:hAnsi="IM Fell English"/>
          <w:color w:val="141414"/>
          <w:sz w:val="24"/>
        </w:rPr>
        <w:t>Vex allowed herself to be turned. She allowed the mouth to find hers. She allowed the kiss to deepen, slow and filthy and full of the exact pressure and timing she remembered. One of the hands slid between her thighs and found her already wet. The other stayed at the back of her neck, holding her in place the way Jackie had always held her when she wanted obedience without words.</w:t>
      </w:r>
    </w:p>
    <w:p>
      <w:r>
        <w:rPr>
          <w:rFonts w:ascii="IM Fell English" w:hAnsi="IM Fell English"/>
          <w:color w:val="141414"/>
          <w:sz w:val="24"/>
        </w:rPr>
        <w:t>Vex kissed back.</w:t>
      </w:r>
    </w:p>
    <w:p>
      <w:r>
        <w:rPr>
          <w:rFonts w:ascii="IM Fell English" w:hAnsi="IM Fell English"/>
          <w:color w:val="141414"/>
          <w:sz w:val="24"/>
        </w:rPr>
        <w:t>She let the body that claimed to be Jackie press her against the edge of the stainless-steel table, let the thigh push between her legs, let the familiar rhythm build while her own hands mapped the face, the throat, the shoulders, the exact shape of the breasts under the clothing. Everything matched. The scars she could reach matched. The way the breath caught matched. The low, private sound the woman made when Vex’s fingers tightened in her hair matched.</w:t>
      </w:r>
    </w:p>
    <w:p>
      <w:r>
        <w:rPr>
          <w:rFonts w:ascii="IM Fell English" w:hAnsi="IM Fell English"/>
          <w:color w:val="141414"/>
          <w:sz w:val="24"/>
        </w:rPr>
        <w:t>For a long, dangerous stretch of minutes Vex let the performance continue—mouths, hands, the slow grind of hips, the whispered encouragements that sounded exactly like the woman who had once been her Mistress and her teacher and her only home.</w:t>
      </w:r>
    </w:p>
    <w:p>
      <w:r>
        <w:rPr>
          <w:rFonts w:ascii="IM Fell English" w:hAnsi="IM Fell English"/>
          <w:color w:val="141414"/>
          <w:sz w:val="24"/>
        </w:rPr>
        <w:t>She waited until the body against her was fully committed to the rhythm, until the hands were occupied with her breasts and her cunt, until the mouth was open against her throat and the breathing had gone uneven with real want.</w:t>
      </w:r>
    </w:p>
    <w:p>
      <w:r>
        <w:rPr>
          <w:rFonts w:ascii="IM Fell English" w:hAnsi="IM Fell English"/>
          <w:color w:val="141414"/>
          <w:sz w:val="24"/>
        </w:rPr>
        <w:t>Then her right hand, which had never left the small of her own back, closed around the handle of the karambit.</w:t>
      </w:r>
    </w:p>
    <w:p>
      <w:r>
        <w:rPr>
          <w:rFonts w:ascii="IM Fell English" w:hAnsi="IM Fell English"/>
          <w:color w:val="141414"/>
          <w:sz w:val="24"/>
        </w:rPr>
        <w:t>The curved blade came free without sound.</w:t>
      </w:r>
    </w:p>
    <w:p>
      <w:r>
        <w:rPr>
          <w:rFonts w:ascii="IM Fell English" w:hAnsi="IM Fell English"/>
          <w:color w:val="141414"/>
          <w:sz w:val="24"/>
        </w:rPr>
        <w:t>Vex turned her head just enough to speak against the ear of the woman who still thought the trust was being earned.</w:t>
      </w:r>
    </w:p>
    <w:p>
      <w:r>
        <w:rPr>
          <w:rFonts w:ascii="IM Fell English" w:hAnsi="IM Fell English"/>
          <w:color w:val="141414"/>
          <w:sz w:val="24"/>
        </w:rPr>
        <w:t>“Nice try.”</w:t>
      </w:r>
    </w:p>
    <w:p>
      <w:r>
        <w:rPr>
          <w:rFonts w:ascii="IM Fell English" w:hAnsi="IM Fell English"/>
          <w:color w:val="141414"/>
          <w:sz w:val="24"/>
        </w:rPr>
        <w:t>The karambit slid between the ribs on the right side in one clean, precise thrust—deep enough to hurt, deep enough to prove the point, angled carefully away from the heart and the major vessels so the lesson could still continue.</w:t>
      </w:r>
    </w:p>
    <w:p>
      <w:r>
        <w:rPr>
          <w:rFonts w:ascii="IM Fell English" w:hAnsi="IM Fell English"/>
          <w:color w:val="141414"/>
          <w:sz w:val="24"/>
        </w:rPr>
        <w:t>The body against her stiffened hard.</w:t>
      </w:r>
    </w:p>
    <w:p>
      <w:r>
        <w:rPr>
          <w:rFonts w:ascii="IM Fell English" w:hAnsi="IM Fell English"/>
          <w:color w:val="141414"/>
          <w:sz w:val="24"/>
        </w:rPr>
        <w:t>Vex held the blade in place and whispered the rest of the sentence against the same ear.</w:t>
      </w:r>
    </w:p>
    <w:p>
      <w:r>
        <w:rPr>
          <w:rFonts w:ascii="IM Fell English" w:hAnsi="IM Fell English"/>
          <w:color w:val="141414"/>
          <w:sz w:val="24"/>
        </w:rPr>
        <w:t>“But you did not finish the job the first time. And neither did I.”</w:t>
      </w:r>
    </w:p>
    <w:p>
      <w:pPr>
        <w:pStyle w:val="Heading1"/>
        <w:jc w:val="center"/>
      </w:pPr>
      <w:r>
        <w:rPr>
          <w:rFonts w:ascii="IM Fell English" w:hAnsi="IM Fell English"/>
          <w:color w:val="0D0D0D"/>
        </w:rPr>
        <w:t>CHAPTER 25 — THE MASK</w:t>
      </w:r>
    </w:p>
    <w:p>
      <w:r>
        <w:rPr>
          <w:rFonts w:ascii="IM Fell English" w:hAnsi="IM Fell English"/>
          <w:color w:val="141414"/>
          <w:sz w:val="24"/>
        </w:rPr>
        <w:t>The body against Vex stiffened hard around the blade.</w:t>
      </w:r>
    </w:p>
    <w:p>
      <w:r>
        <w:rPr>
          <w:rFonts w:ascii="IM Fell English" w:hAnsi="IM Fell English"/>
          <w:color w:val="141414"/>
          <w:sz w:val="24"/>
        </w:rPr>
        <w:t>For three full seconds neither of them moved. The only sounds in the chamber were the low electronic hum of Lucifer and the wet, controlled breathing of the woman who had just been opened between her ribs. Blood was already running in a warm sheet down her side, soaking into the black clothing and beginning to drip onto the stone floor with a soft, steady rhythm.</w:t>
      </w:r>
    </w:p>
    <w:p>
      <w:r>
        <w:rPr>
          <w:rFonts w:ascii="IM Fell English" w:hAnsi="IM Fell English"/>
          <w:color w:val="141414"/>
          <w:sz w:val="24"/>
        </w:rPr>
        <w:t>Vex kept the karambit exactly where she had seated it—deep, precise, angled to hurt without ending the conversation. Her other hand stayed locked at the back of the woman’s neck, holding her in place the way she herself had once been held during lessons that lasted until dawn.</w:t>
      </w:r>
    </w:p>
    <w:p>
      <w:r>
        <w:rPr>
          <w:rFonts w:ascii="IM Fell English" w:hAnsi="IM Fell English"/>
          <w:color w:val="141414"/>
          <w:sz w:val="24"/>
        </w:rPr>
        <w:t>“Take it off,” Vex said softly.</w:t>
      </w:r>
    </w:p>
    <w:p>
      <w:r>
        <w:rPr>
          <w:rFonts w:ascii="IM Fell English" w:hAnsi="IM Fell English"/>
          <w:color w:val="141414"/>
          <w:sz w:val="24"/>
        </w:rPr>
        <w:t>A low, broken laugh answered her. The voice was no longer trying to be Jackie’s. It had dropped back into the register The Ghost had always used when the performance was over and only the truth remained.</w:t>
      </w:r>
    </w:p>
    <w:p>
      <w:r>
        <w:rPr>
          <w:rFonts w:ascii="IM Fell English" w:hAnsi="IM Fell English"/>
          <w:color w:val="141414"/>
          <w:sz w:val="24"/>
        </w:rPr>
        <w:t>“You always were the best of them.”</w:t>
      </w:r>
    </w:p>
    <w:p>
      <w:r>
        <w:rPr>
          <w:rFonts w:ascii="IM Fell English" w:hAnsi="IM Fell English"/>
          <w:color w:val="141414"/>
          <w:sz w:val="24"/>
        </w:rPr>
        <w:t>The hands that had been mapping Vex’s body went still. Then the woman reached up with careful, deliberate fingers, found the edges of the face that had felt so familiar under Vex’s touch, and pulled.</w:t>
      </w:r>
    </w:p>
    <w:p>
      <w:r>
        <w:rPr>
          <w:rFonts w:ascii="IM Fell English" w:hAnsi="IM Fell English"/>
          <w:color w:val="141414"/>
          <w:sz w:val="24"/>
        </w:rPr>
        <w:t>The mask came away with a soft, adhesive sound.</w:t>
      </w:r>
    </w:p>
    <w:p>
      <w:r>
        <w:rPr>
          <w:rFonts w:ascii="IM Fell English" w:hAnsi="IM Fell English"/>
          <w:color w:val="141414"/>
          <w:sz w:val="24"/>
        </w:rPr>
        <w:t>The Ghost stood in front of her student, breathing carefully around the blade still buried between her ribs. The face underneath was the one Vex had mapped on the cold corpse only minutes earlier—same cheekbones, same mouth, same exact architecture of scars—except this one was alive, flushed from the fight and the arousal, and smiling with only the corner of her mouth the way she always had when a lesson was about to turn.</w:t>
      </w:r>
    </w:p>
    <w:p>
      <w:r>
        <w:rPr>
          <w:rFonts w:ascii="IM Fell English" w:hAnsi="IM Fell English"/>
          <w:color w:val="141414"/>
          <w:sz w:val="24"/>
        </w:rPr>
        <w:t>“Hello, Vex.”</w:t>
      </w:r>
    </w:p>
    <w:p>
      <w:r>
        <w:rPr>
          <w:rFonts w:ascii="IM Fell English" w:hAnsi="IM Fell English"/>
          <w:color w:val="141414"/>
          <w:sz w:val="24"/>
        </w:rPr>
        <w:t>Vex did not remove the karambit.</w:t>
      </w:r>
    </w:p>
    <w:p>
      <w:r>
        <w:rPr>
          <w:rFonts w:ascii="IM Fell English" w:hAnsi="IM Fell English"/>
          <w:color w:val="141414"/>
          <w:sz w:val="24"/>
        </w:rPr>
        <w:t>She tilted her head, listening to the new quality of the breathing, to the way the blood dripped onto the stone, to the micro-adjustments the Ghost made around the pain. Everything about the living body in front of her matched the dead one on the table, and that impossible overlap settled into her chest like a second blade.</w:t>
      </w:r>
    </w:p>
    <w:p>
      <w:r>
        <w:rPr>
          <w:rFonts w:ascii="IM Fell English" w:hAnsi="IM Fell English"/>
          <w:color w:val="141414"/>
          <w:sz w:val="24"/>
        </w:rPr>
        <w:t>“You let me keep one eye,” Vex said. “Lights still hurt it. Bright rooms still white out half the world. But I learned how to use the difference. Depth perception is a luxury. Timing is not. You should have finished the job when you had the chance.”</w:t>
      </w:r>
    </w:p>
    <w:p>
      <w:r>
        <w:rPr>
          <w:rFonts w:ascii="IM Fell English" w:hAnsi="IM Fell English"/>
          <w:color w:val="141414"/>
          <w:sz w:val="24"/>
        </w:rPr>
        <w:t>The Ghost’s smile widened a fraction even as fresh blood ran over her lower lip from where she had bitten down against the burn of the steel.</w:t>
      </w:r>
    </w:p>
    <w:p>
      <w:r>
        <w:rPr>
          <w:rFonts w:ascii="IM Fell English" w:hAnsi="IM Fell English"/>
          <w:color w:val="141414"/>
          <w:sz w:val="24"/>
        </w:rPr>
        <w:t>“I was distracted. Your Mistress was bleeding out on a hook in front of three thousand people who paid very good money to watch her suffer. Priorities, little one. Even I have them.”</w:t>
      </w:r>
    </w:p>
    <w:p>
      <w:r>
        <w:rPr>
          <w:rFonts w:ascii="IM Fell English" w:hAnsi="IM Fell English"/>
          <w:color w:val="141414"/>
          <w:sz w:val="24"/>
        </w:rPr>
        <w:t>She made no attempt to pull away from the blade. Instead she leaned into it slightly, testing the depth and the angle the way a professional tests any new wound, and let out a soft, almost appreciative sound when the steel shifted against bone.</w:t>
      </w:r>
    </w:p>
    <w:p>
      <w:r>
        <w:rPr>
          <w:rFonts w:ascii="IM Fell English" w:hAnsi="IM Fell English"/>
          <w:color w:val="141414"/>
          <w:sz w:val="24"/>
        </w:rPr>
        <w:t>“Clean entry. You remembered the lesson about major vessels and lung tissue. I’m proud of you. I always was.”</w:t>
      </w:r>
    </w:p>
    <w:p>
      <w:r>
        <w:rPr>
          <w:rFonts w:ascii="IM Fell English" w:hAnsi="IM Fell English"/>
          <w:color w:val="141414"/>
          <w:sz w:val="24"/>
        </w:rPr>
        <w:t>Vex’s grip on the handle tightened, not enough to twist, only enough to remind the woman who held the control.</w:t>
      </w:r>
    </w:p>
    <w:p>
      <w:r>
        <w:rPr>
          <w:rFonts w:ascii="IM Fell English" w:hAnsi="IM Fell English"/>
          <w:color w:val="141414"/>
          <w:sz w:val="24"/>
        </w:rPr>
        <w:t>“The body on the table.”</w:t>
      </w:r>
    </w:p>
    <w:p>
      <w:r>
        <w:rPr>
          <w:rFonts w:ascii="IM Fell English" w:hAnsi="IM Fell English"/>
          <w:color w:val="141414"/>
          <w:sz w:val="24"/>
        </w:rPr>
        <w:t>“A gift,” The Ghost said. “Close enough in height, weight, and general scarring. I kept her on ice in a private facility for years, waiting for a night exactly like this one. You needed to believe I was already dead so you would let your guard down long enough for me to get close enough to touch you.” Her voice stayed conversational, almost fond, the same tone she had once used when explaining why a particular artery was more useful open than closed. “It almost worked. You kissed me like you still belonged to me.”</w:t>
      </w:r>
    </w:p>
    <w:p>
      <w:r>
        <w:rPr>
          <w:rFonts w:ascii="IM Fell English" w:hAnsi="IM Fell English"/>
          <w:color w:val="141414"/>
          <w:sz w:val="24"/>
        </w:rPr>
        <w:t>“Almost,” Vex agreed.</w:t>
      </w:r>
    </w:p>
    <w:p>
      <w:r>
        <w:rPr>
          <w:rFonts w:ascii="IM Fell English" w:hAnsi="IM Fell English"/>
          <w:color w:val="141414"/>
          <w:sz w:val="24"/>
        </w:rPr>
        <w:t>The Ghost’s living eyes moved past Vex’s shoulder toward the darker edges of the chamber, reading the space the same way her student read it—by the quality of the silence and the way air moved when bodies were trying not to be noticed.</w:t>
      </w:r>
    </w:p>
    <w:p>
      <w:r>
        <w:rPr>
          <w:rFonts w:ascii="IM Fell English" w:hAnsi="IM Fell English"/>
          <w:color w:val="141414"/>
          <w:sz w:val="24"/>
        </w:rPr>
        <w:t>“You didn’t come alone, did you?”</w:t>
      </w:r>
    </w:p>
    <w:p>
      <w:r>
        <w:rPr>
          <w:rFonts w:ascii="IM Fell English" w:hAnsi="IM Fell English"/>
          <w:color w:val="141414"/>
          <w:sz w:val="24"/>
        </w:rPr>
        <w:t>Vex finally withdrew the karambit in one smooth, controlled pull. Blood followed the blade in a thin, bright sheet and continued to run freely once the steel was gone. The Ghost staggered half a step but stayed on her feet, one hand pressed hard to the wound, palm already slick, still smiling that small private smile.</w:t>
      </w:r>
    </w:p>
    <w:p>
      <w:r>
        <w:rPr>
          <w:rFonts w:ascii="IM Fell English" w:hAnsi="IM Fell English"/>
          <w:color w:val="141414"/>
          <w:sz w:val="24"/>
        </w:rPr>
        <w:t>“No,” Vex said. “I didn’t.”</w:t>
      </w:r>
    </w:p>
    <w:p>
      <w:r>
        <w:rPr>
          <w:rFonts w:ascii="IM Fell English" w:hAnsi="IM Fell English"/>
          <w:color w:val="141414"/>
          <w:sz w:val="24"/>
        </w:rPr>
        <w:t>Footsteps began to move in the dark beyond the ordinary range of hearing—multiple sets, controlled, unhurried, the sound of people who had been standing in perfect silence for a very long time and had only now received permission to shift their weight. The air in the chamber changed. It grew heavier, denser with presence.</w:t>
      </w:r>
    </w:p>
    <w:p>
      <w:r>
        <w:rPr>
          <w:rFonts w:ascii="IM Fell English" w:hAnsi="IM Fell English"/>
          <w:color w:val="141414"/>
          <w:sz w:val="24"/>
        </w:rPr>
        <w:t>Sekhmet’s voice came first, calm and absolute, the voice of the High Priestess who had once owned the woman bleeding in the center of the room.</w:t>
      </w:r>
    </w:p>
    <w:p>
      <w:r>
        <w:rPr>
          <w:rFonts w:ascii="IM Fell English" w:hAnsi="IM Fell English"/>
          <w:color w:val="141414"/>
          <w:sz w:val="24"/>
        </w:rPr>
        <w:t>“You opened my slave on a stage in front of the entire world without authorization. You used the golden cunt dagger I personally watched Jackie place in your hands on your honeymoon. You made the high table look weak in front of every Master and Mistress who still pays us tribute. Did you really believe we would let the student finish the contract alone?”</w:t>
      </w:r>
    </w:p>
    <w:p>
      <w:r>
        <w:rPr>
          <w:rFonts w:ascii="IM Fell English" w:hAnsi="IM Fell English"/>
          <w:color w:val="141414"/>
          <w:sz w:val="24"/>
        </w:rPr>
        <w:t>Katie’s voice followed, colder, stripped of anything that could be mistaken for mercy.</w:t>
      </w:r>
    </w:p>
    <w:p>
      <w:r>
        <w:rPr>
          <w:rFonts w:ascii="IM Fell English" w:hAnsi="IM Fell English"/>
          <w:color w:val="141414"/>
          <w:sz w:val="24"/>
        </w:rPr>
        <w:t>“The death warrant was never about slowing you down so Vex could catch up. It was about exhausting you, bleeding your resources, breaking your rhythm, so you would finally stop running and walk into the only room in the city that still belonged completely to us.”</w:t>
      </w:r>
    </w:p>
    <w:p>
      <w:r>
        <w:rPr>
          <w:rFonts w:ascii="IM Fell English" w:hAnsi="IM Fell English"/>
          <w:color w:val="141414"/>
          <w:sz w:val="24"/>
        </w:rPr>
        <w:t>Lilith spoke next, quiet and precise.</w:t>
      </w:r>
      <w:r>
        <w:rPr>
          <w:rFonts w:ascii="IM Fell English" w:hAnsi="IM Fell English"/>
          <w:color w:val="141414"/>
          <w:sz w:val="24"/>
        </w:rPr>
      </w:r>
      <w:r>
        <w:rPr>
          <w:rFonts w:ascii="IM Fell English" w:hAnsi="IM Fell English"/>
          <w:color w:val="141414"/>
          <w:sz w:val="24"/>
        </w:rPr>
        <w:t>Ashley after her.</w:t>
      </w:r>
      <w:r>
        <w:rPr>
          <w:rFonts w:ascii="IM Fell English" w:hAnsi="IM Fell English"/>
          <w:color w:val="141414"/>
          <w:sz w:val="24"/>
        </w:rPr>
      </w:r>
      <w:r>
        <w:rPr>
          <w:rFonts w:ascii="IM Fell English" w:hAnsi="IM Fell English"/>
          <w:color w:val="141414"/>
          <w:sz w:val="24"/>
        </w:rPr>
        <w:t>Carissa’s voice, younger and sharper, carrying the particular satisfaction of a daughter who had set the original bait.</w:t>
      </w:r>
      <w:r>
        <w:rPr>
          <w:rFonts w:ascii="IM Fell English" w:hAnsi="IM Fell English"/>
          <w:color w:val="141414"/>
          <w:sz w:val="24"/>
        </w:rPr>
      </w:r>
      <w:r>
        <w:rPr>
          <w:rFonts w:ascii="IM Fell English" w:hAnsi="IM Fell English"/>
          <w:color w:val="141414"/>
          <w:sz w:val="24"/>
        </w:rPr>
        <w:t>Lena. Marcus. One by one the presence of the family filled the chamber until the air itself felt crowded with people who had every reason to want the woman in the center of the room on her knees.</w:t>
      </w:r>
    </w:p>
    <w:p>
      <w:r>
        <w:rPr>
          <w:rFonts w:ascii="IM Fell English" w:hAnsi="IM Fell English"/>
          <w:color w:val="141414"/>
          <w:sz w:val="24"/>
        </w:rPr>
        <w:t>They did not rush.</w:t>
      </w:r>
    </w:p>
    <w:p>
      <w:r>
        <w:rPr>
          <w:rFonts w:ascii="IM Fell English" w:hAnsi="IM Fell English"/>
          <w:color w:val="141414"/>
          <w:sz w:val="24"/>
        </w:rPr>
        <w:t>They simply stepped into the edges of the space Vex’s hearing could map and stopped, waiting for the final piece of the board to move.</w:t>
      </w:r>
    </w:p>
    <w:p>
      <w:r>
        <w:rPr>
          <w:rFonts w:ascii="IM Fell English" w:hAnsi="IM Fell English"/>
          <w:color w:val="141414"/>
          <w:sz w:val="24"/>
        </w:rPr>
        <w:t>The Ghost looked at her student—the blind woman who still held the bloody karambit loosely at her side—and laughed once, soft and genuine and almost proud.</w:t>
      </w:r>
    </w:p>
    <w:p>
      <w:r>
        <w:rPr>
          <w:rFonts w:ascii="IM Fell English" w:hAnsi="IM Fell English"/>
          <w:color w:val="141414"/>
          <w:sz w:val="24"/>
        </w:rPr>
        <w:t>“You earned this,” she said. “All of it. I taught you too well. I taught you to be patient. I taught you to spend every resource the target has. I taught you to make the final room feel like the target’s idea. And you did. Perfectly.”</w:t>
      </w:r>
    </w:p>
    <w:p>
      <w:r>
        <w:rPr>
          <w:rFonts w:ascii="IM Fell English" w:hAnsi="IM Fell English"/>
          <w:color w:val="141414"/>
          <w:sz w:val="24"/>
        </w:rPr>
        <w:t>Then a new set of footsteps moved through the circle.</w:t>
      </w:r>
    </w:p>
    <w:p>
      <w:r>
        <w:rPr>
          <w:rFonts w:ascii="IM Fell English" w:hAnsi="IM Fell English"/>
          <w:color w:val="141414"/>
          <w:sz w:val="24"/>
        </w:rPr>
        <w:t>Slower than the others. Heavier with an authority that did not need to announce itself. Completely, devastatingly familiar.</w:t>
      </w:r>
    </w:p>
    <w:p>
      <w:r>
        <w:rPr>
          <w:rFonts w:ascii="IM Fell English" w:hAnsi="IM Fell English"/>
          <w:color w:val="141414"/>
          <w:sz w:val="24"/>
        </w:rPr>
        <w:t>The Ghost’s smile finally died.</w:t>
      </w:r>
    </w:p>
    <w:p>
      <w:r>
        <w:rPr>
          <w:rFonts w:ascii="IM Fell English" w:hAnsi="IM Fell English"/>
          <w:color w:val="141414"/>
          <w:sz w:val="24"/>
        </w:rPr>
        <w:t>Jackie stepped into the open space directly in front of her former wife, former student, and failed killer. She looked exactly as she had on the Cathedral stage eight days earlier—except every wound was gone, every drop of blood had been cleaned away, and the eyes that met The Ghost’s were the calm, absolute eyes of someone who had never once needed permission to survive.</w:t>
      </w:r>
    </w:p>
    <w:p>
      <w:r>
        <w:rPr>
          <w:rFonts w:ascii="IM Fell English" w:hAnsi="IM Fell English"/>
          <w:color w:val="141414"/>
          <w:sz w:val="24"/>
        </w:rPr>
        <w:t>The chamber went silent except for the steady drip of The Ghost’s blood and the low electronic heartbeat of Lucifer.</w:t>
      </w:r>
    </w:p>
    <w:p>
      <w:r>
        <w:rPr>
          <w:rFonts w:ascii="IM Fell English" w:hAnsi="IM Fell English"/>
          <w:color w:val="141414"/>
          <w:sz w:val="24"/>
        </w:rPr>
        <w:t>Jackie spoke in a voice so quiet it still carried to every corner of the room and into the bones of everyone listening.</w:t>
      </w:r>
    </w:p>
    <w:p>
      <w:r>
        <w:rPr>
          <w:rFonts w:ascii="IM Fell English" w:hAnsi="IM Fell English"/>
          <w:color w:val="141414"/>
          <w:sz w:val="24"/>
        </w:rPr>
        <w:t>“You never did know how to finish a job, Ghost.”</w:t>
      </w:r>
    </w:p>
    <w:p>
      <w:r>
        <w:rPr>
          <w:rFonts w:ascii="IM Fell English" w:hAnsi="IM Fell English"/>
          <w:color w:val="141414"/>
          <w:sz w:val="24"/>
        </w:rPr>
        <w:t>She took one more step, close enough that The Ghost could feel the heat of a living body that should have been cooling on a hook under lights that never went out.</w:t>
      </w:r>
    </w:p>
    <w:p>
      <w:r>
        <w:rPr>
          <w:rFonts w:ascii="IM Fell English" w:hAnsi="IM Fell English"/>
          <w:color w:val="141414"/>
          <w:sz w:val="24"/>
        </w:rPr>
        <w:t>“I am Kali. I am the Goddess of Death. You put your blade in me in front of three thousand people who paid to watch me suffer, and you still could not put me in the ground. Look at me.” Jackie’s hand rose, not to strike, but simply to rest two fingers under The Ghost’s chin and force her face up so there could be no mistake. “I am still here. And you are already dead.”</w:t>
      </w:r>
    </w:p>
    <w:p>
      <w:r>
        <w:rPr>
          <w:rFonts w:ascii="IM Fell English" w:hAnsi="IM Fell English"/>
          <w:color w:val="141414"/>
          <w:sz w:val="24"/>
        </w:rPr>
        <w:t>The Ghost stared at the woman she had opened on the Cathedral stage, at the throat she had cut with such clean professional pride, at the body she had left hanging and bleeding out while she walked away into the maintenance corridors. For the first time since the hunt began—since the golden cunt dagger had slid home, since the first table contractor had fallen, since she had decided retirement was only temporary—her composure cracked. Something raw and disbelieving moved across her face before she could lock it down again.</w:t>
      </w:r>
    </w:p>
    <w:p>
      <w:r>
        <w:rPr>
          <w:rFonts w:ascii="IM Fell English" w:hAnsi="IM Fell English"/>
          <w:color w:val="141414"/>
          <w:sz w:val="24"/>
        </w:rPr>
        <w:t>Jackie released her chin, stepped back, and looked at Vex with the calm ownership of a Mistress reclaiming what had always been hers.</w:t>
      </w:r>
    </w:p>
    <w:p>
      <w:r>
        <w:rPr>
          <w:rFonts w:ascii="IM Fell English" w:hAnsi="IM Fell English"/>
          <w:color w:val="141414"/>
          <w:sz w:val="24"/>
        </w:rPr>
        <w:t>“She’s yours until we decide she’s finished. Then Lucifer gets what is left of her. Do not rush. She taught you better than that.”</w:t>
      </w:r>
    </w:p>
    <w:p>
      <w:r>
        <w:rPr>
          <w:rFonts w:ascii="IM Fell English" w:hAnsi="IM Fell English"/>
          <w:color w:val="141414"/>
          <w:sz w:val="24"/>
        </w:rPr>
        <w:t>Vex wiped the bloody karambit on her shift and answered without emotion.</w:t>
      </w:r>
    </w:p>
    <w:p>
      <w:r>
        <w:rPr>
          <w:rFonts w:ascii="IM Fell English" w:hAnsi="IM Fell English"/>
          <w:color w:val="141414"/>
          <w:sz w:val="24"/>
        </w:rPr>
        <w:t>“Yes, Mistress.”</w:t>
      </w:r>
    </w:p>
    <w:p>
      <w:r>
        <w:rPr>
          <w:rFonts w:ascii="IM Fell English" w:hAnsi="IM Fell English"/>
          <w:color w:val="141414"/>
          <w:sz w:val="24"/>
        </w:rPr>
        <w:t>The first hands reached for The Ghost from every side of the dark.</w:t>
      </w:r>
    </w:p>
    <w:p>
      <w:r>
        <w:rPr>
          <w:rFonts w:ascii="IM Fell English" w:hAnsi="IM Fell English"/>
          <w:color w:val="141414"/>
          <w:sz w:val="24"/>
        </w:rPr>
        <w:t>She did not run.</w:t>
      </w:r>
    </w:p>
    <w:p>
      <w:r>
        <w:rPr>
          <w:rFonts w:ascii="IM Fell English" w:hAnsi="IM Fell English"/>
          <w:color w:val="141414"/>
          <w:sz w:val="24"/>
        </w:rPr>
        <w:t>There was nowhere left to run.</w:t>
      </w:r>
    </w:p>
    <w:p>
      <w:r>
        <w:rPr>
          <w:rFonts w:ascii="IM Fell English" w:hAnsi="IM Fell English"/>
          <w:color w:val="141414"/>
          <w:sz w:val="24"/>
        </w:rPr>
        <w:t>The woman she had tried to kill was standing in front of her, alive and unbroken, and the entire high table had closed the circle with the patience of people who had planned this ending longer than the hunt itself. The lesson that had begun on a stage under lights that never went out was finally ready to end in the dark, on the same table where Vex had once retired her teacher, under the patient electronic hum of the machine that had been waiting years for this exact body to come home and finish what it started.</w:t>
      </w:r>
    </w:p>
    <w:p>
      <w:pPr>
        <w:pStyle w:val="Heading1"/>
        <w:jc w:val="center"/>
      </w:pPr>
      <w:r>
        <w:rPr>
          <w:rFonts w:ascii="IM Fell English" w:hAnsi="IM Fell English"/>
          <w:color w:val="0D0D0D"/>
        </w:rPr>
        <w:t>CHAPTER 26 — THE CIRCLE</w:t>
      </w:r>
    </w:p>
    <w:p>
      <w:r>
        <w:rPr>
          <w:rFonts w:ascii="IM Fell English" w:hAnsi="IM Fell English"/>
          <w:color w:val="141414"/>
          <w:sz w:val="24"/>
        </w:rPr>
        <w:t>The first hands that closed on The Ghost belonged to Vex.</w:t>
      </w:r>
    </w:p>
    <w:p>
      <w:r>
        <w:rPr>
          <w:rFonts w:ascii="IM Fell English" w:hAnsi="IM Fell English"/>
          <w:color w:val="141414"/>
          <w:sz w:val="24"/>
        </w:rPr>
        <w:t>She did not go for the throat or the wound between the ribs. She simply caught both of The Ghost’s wrists, turned them out, and forced them behind her back with the same clean efficiency the Ghost had once drilled into her for hours in rooms that smelled of sweat and steel. Resin cuffs—table issue, heavy, impossible to break without tools—clicked shut. The Ghost tested them once, felt the give that did not exist, and went still.</w:t>
      </w:r>
    </w:p>
    <w:p>
      <w:r>
        <w:rPr>
          <w:rFonts w:ascii="IM Fell English" w:hAnsi="IM Fell English"/>
          <w:color w:val="141414"/>
          <w:sz w:val="24"/>
        </w:rPr>
        <w:t>Jackie watched without expression.</w:t>
      </w:r>
    </w:p>
    <w:p>
      <w:r>
        <w:rPr>
          <w:rFonts w:ascii="IM Fell English" w:hAnsi="IM Fell English"/>
          <w:color w:val="141414"/>
          <w:sz w:val="24"/>
        </w:rPr>
        <w:t>“On the floor,” she said.</w:t>
      </w:r>
    </w:p>
    <w:p>
      <w:r>
        <w:rPr>
          <w:rFonts w:ascii="IM Fell English" w:hAnsi="IM Fell English"/>
          <w:color w:val="141414"/>
          <w:sz w:val="24"/>
        </w:rPr>
        <w:t>Vex put her there with a single controlled sweep of the leg. The Ghost hit the stone hard enough to drive the air from her lungs and reopen the knife wound in a fresh sheet of blood. Before she could roll, additional hands were already on her—Katie’s, Lilith’s, Ashley’s, Carissa’s—pinning shoulders, hips, ankles. Someone forced her legs apart. Someone else caught her hair and pulled her head back until the posture collar of the Cathedral would have felt like mercy.</w:t>
      </w:r>
    </w:p>
    <w:p>
      <w:r>
        <w:rPr>
          <w:rFonts w:ascii="IM Fell English" w:hAnsi="IM Fell English"/>
          <w:color w:val="141414"/>
          <w:sz w:val="24"/>
        </w:rPr>
        <w:t>Sekhmet stepped into the center of the circle and looked down at the woman who had opened her most valuable property in front of the entire world.</w:t>
      </w:r>
    </w:p>
    <w:p>
      <w:r>
        <w:rPr>
          <w:rFonts w:ascii="IM Fell English" w:hAnsi="IM Fell English"/>
          <w:color w:val="141414"/>
          <w:sz w:val="24"/>
        </w:rPr>
        <w:t>“You used the golden cunt dagger,” the High Priestess said. “The same one Jackie placed in your hands on your honeymoon. You made every Master and Mistress who still pays us tribute wonder if the high table could protect its own. That question ends tonight.”</w:t>
      </w:r>
    </w:p>
    <w:p>
      <w:r>
        <w:rPr>
          <w:rFonts w:ascii="IM Fell English" w:hAnsi="IM Fell English"/>
          <w:color w:val="141414"/>
          <w:sz w:val="24"/>
        </w:rPr>
        <w:t>She nodded once.</w:t>
      </w:r>
    </w:p>
    <w:p>
      <w:r>
        <w:rPr>
          <w:rFonts w:ascii="IM Fell English" w:hAnsi="IM Fell English"/>
          <w:color w:val="141414"/>
          <w:sz w:val="24"/>
        </w:rPr>
        <w:t>Katie buckled on the thick black strap she had worn in the upper chamber of the Cathedral and dropped to her knees between The Ghost’s forced-open thighs. There was no preamble and no warmth. She drove into her in one hard thrust that made The Ghost’s back arch off the stone and a raw sound tear out of her throat. Katie fucked her with the same grief-rage rhythm she had used on Lilith and Ashley eight days earlier—deep, punishing, unrelenting—while Lilith knelt over The Ghost’s face and forced her mouth open.</w:t>
      </w:r>
    </w:p>
    <w:p>
      <w:r>
        <w:rPr>
          <w:rFonts w:ascii="IM Fell English" w:hAnsi="IM Fell English"/>
          <w:color w:val="141414"/>
          <w:sz w:val="24"/>
        </w:rPr>
        <w:t>“Eat,” Lilith said. “You always were good with your tongue when you wanted something. Want air.”</w:t>
      </w:r>
    </w:p>
    <w:p>
      <w:r>
        <w:rPr>
          <w:rFonts w:ascii="IM Fell English" w:hAnsi="IM Fell English"/>
          <w:color w:val="141414"/>
          <w:sz w:val="24"/>
        </w:rPr>
        <w:t>The Ghost choked, gagged, and then obeyed because the alternative was drowning in the cunt of the woman whose wife she had tried to erase. Katie kept thrusting. Every stroke ground against the fresh knife wound from the inside and sent new blood running across the stone. Ashley and Carissa held the ankles wide. Marcus and Lena kept the shoulders pinned. Vex remained at the head, one hand locked in The Ghost’s hair, controlling the angle of the mouth Lilith was using.</w:t>
      </w:r>
    </w:p>
    <w:p>
      <w:r>
        <w:rPr>
          <w:rFonts w:ascii="IM Fell English" w:hAnsi="IM Fell English"/>
          <w:color w:val="141414"/>
          <w:sz w:val="24"/>
        </w:rPr>
        <w:t>Jackie circled them slowly, bare feet silent on the stone, watching every detail the way she had once watched training sessions that lasted until the student could no longer stand.</w:t>
      </w:r>
    </w:p>
    <w:p>
      <w:r>
        <w:rPr>
          <w:rFonts w:ascii="IM Fell English" w:hAnsi="IM Fell English"/>
          <w:color w:val="141414"/>
          <w:sz w:val="24"/>
        </w:rPr>
        <w:t>“Harder,” she said quietly.</w:t>
      </w:r>
    </w:p>
    <w:p>
      <w:r>
        <w:rPr>
          <w:rFonts w:ascii="IM Fell English" w:hAnsi="IM Fell English"/>
          <w:color w:val="141414"/>
          <w:sz w:val="24"/>
        </w:rPr>
        <w:t>Katie obeyed. The strap pistoned with enough force to shove The Ghost’s body inches across the floor with every thrust. Lilith ground down harder. The Ghost’s sounds became wet, continuous, and increasingly desperate. When Katie finally came it was with a low, vicious sound; she stayed buried to the hilt and looked up at Jackie for the next order.</w:t>
      </w:r>
    </w:p>
    <w:p>
      <w:r>
        <w:rPr>
          <w:rFonts w:ascii="IM Fell English" w:hAnsi="IM Fell English"/>
          <w:color w:val="141414"/>
          <w:sz w:val="24"/>
        </w:rPr>
        <w:t>Jackie gave it with two fingers.</w:t>
      </w:r>
    </w:p>
    <w:p>
      <w:r>
        <w:rPr>
          <w:rFonts w:ascii="IM Fell English" w:hAnsi="IM Fell English"/>
          <w:color w:val="141414"/>
          <w:sz w:val="24"/>
        </w:rPr>
        <w:t>They turned The Ghost over.</w:t>
      </w:r>
    </w:p>
    <w:p>
      <w:r>
        <w:rPr>
          <w:rFonts w:ascii="IM Fell English" w:hAnsi="IM Fell English"/>
          <w:color w:val="141414"/>
          <w:sz w:val="24"/>
        </w:rPr>
        <w:t>The wound between her ribs smeared a wide red arc across the stone. Vex forced her onto her hands and knees—wrists still cuffed, cheek pressed to the floor—and held her there while Ashley took the strap from Katie and mounted her from behind without preparation. The sudden stretch dragged a broken shout out of The Ghost that echoed off the chamber walls. Ashley fucked her the way the high table fucked things it intended to keep alive only long enough to finish the lesson: deep, relentless, and completely without interest in whether the body underneath was enjoying it.</w:t>
      </w:r>
    </w:p>
    <w:p>
      <w:r>
        <w:rPr>
          <w:rFonts w:ascii="IM Fell English" w:hAnsi="IM Fell English"/>
          <w:color w:val="141414"/>
          <w:sz w:val="24"/>
        </w:rPr>
        <w:t>Carissa moved in front, forced The Ghost’s mouth open again, and used her throat with short, punishing strokes that made the already-struggling airway fight for every partial breath. Sekhmet stood over them and watched with the calm of a priestess who had seen every possible variation of suffering and still found new ones useful.</w:t>
      </w:r>
    </w:p>
    <w:p>
      <w:r>
        <w:rPr>
          <w:rFonts w:ascii="IM Fell English" w:hAnsi="IM Fell English"/>
          <w:color w:val="141414"/>
          <w:sz w:val="24"/>
        </w:rPr>
        <w:t>“You taught Vex to be patient,” Sekhmet said. “You taught her to spend every resource the target has. You forgot the table taught Jackie the same lessons before you ever met her. And Jackie taught us.”</w:t>
      </w:r>
    </w:p>
    <w:p>
      <w:r>
        <w:rPr>
          <w:rFonts w:ascii="IM Fell English" w:hAnsi="IM Fell English"/>
          <w:color w:val="141414"/>
          <w:sz w:val="24"/>
        </w:rPr>
        <w:t>They rotated without speaking.</w:t>
      </w:r>
    </w:p>
    <w:p>
      <w:r>
        <w:rPr>
          <w:rFonts w:ascii="IM Fell English" w:hAnsi="IM Fell English"/>
          <w:color w:val="141414"/>
          <w:sz w:val="24"/>
        </w:rPr>
        <w:t>Lilith took the strap next and used it while Katie sat on The Ghost’s face and made her work for air. Marcus fucked her mouth while Ashley and Carissa held her open for whoever wanted the next turn. Lena produced a short, heavy cane and began laying measured stripes across the backs of The Ghost’s thighs and calves—never enough to cripple, always enough to keep the nerves screaming. Every time The Ghost’s arms folded, Vex hauled her back up by the hair and the cuffs and put her in position again.</w:t>
      </w:r>
    </w:p>
    <w:p>
      <w:r>
        <w:rPr>
          <w:rFonts w:ascii="IM Fell English" w:hAnsi="IM Fell English"/>
          <w:color w:val="141414"/>
          <w:sz w:val="24"/>
        </w:rPr>
        <w:t>Jackie never touched her.</w:t>
      </w:r>
    </w:p>
    <w:p>
      <w:r>
        <w:rPr>
          <w:rFonts w:ascii="IM Fell English" w:hAnsi="IM Fell English"/>
          <w:color w:val="141414"/>
          <w:sz w:val="24"/>
        </w:rPr>
        <w:t>She only walked the circle, occasionally adjusting an angle with a single word or a pointed finger, making certain every hole was used, every fresh bruise was deepened, every attempt to curl inward was punished with more exposure. When The Ghost tried to speak—some broken fragment of dark humor or old claim—Jackie simply nodded at Vex, and Vex closed a hand over the open mouth until the words drowned in muffled noise and lack of air.</w:t>
      </w:r>
    </w:p>
    <w:p>
      <w:r>
        <w:rPr>
          <w:rFonts w:ascii="IM Fell English" w:hAnsi="IM Fell English"/>
          <w:color w:val="141414"/>
          <w:sz w:val="24"/>
        </w:rPr>
        <w:t>Time stopped meaning anything.</w:t>
      </w:r>
    </w:p>
    <w:p>
      <w:r>
        <w:rPr>
          <w:rFonts w:ascii="IM Fell English" w:hAnsi="IM Fell English"/>
          <w:color w:val="141414"/>
          <w:sz w:val="24"/>
        </w:rPr>
        <w:t>The chamber filled with the wet sounds of a body being systematically taken apart by people who had every reason to hate it and all the skill required to keep it conscious. Blood from the knife wound mixed with come and sweat and the thin clear fluid that ran from a cunt that had long since stopped pretending it was not responding. The Ghost’s voice broke, recovered, broke again. Her arms shook. Her knees scraped raw against the stone. Still the family continued.</w:t>
      </w:r>
    </w:p>
    <w:p>
      <w:r>
        <w:rPr>
          <w:rFonts w:ascii="IM Fell English" w:hAnsi="IM Fell English"/>
          <w:color w:val="141414"/>
          <w:sz w:val="24"/>
        </w:rPr>
        <w:t>Jackie finally stopped in front of her and crouched so their faces were level.</w:t>
      </w:r>
    </w:p>
    <w:p>
      <w:r>
        <w:rPr>
          <w:rFonts w:ascii="IM Fell English" w:hAnsi="IM Fell English"/>
          <w:color w:val="141414"/>
          <w:sz w:val="24"/>
        </w:rPr>
        <w:t>The Ghost’s eyes were glassy, bloodshot, still trying to find the private smile that had carried her through eight days of running and six teams of contractors. It would not come.</w:t>
      </w:r>
    </w:p>
    <w:p>
      <w:r>
        <w:rPr>
          <w:rFonts w:ascii="IM Fell English" w:hAnsi="IM Fell English"/>
          <w:color w:val="141414"/>
          <w:sz w:val="24"/>
        </w:rPr>
        <w:t>Jackie reached out and wiped a smear of blood and saliva from the corner of The Ghost’s mouth with her thumb.</w:t>
      </w:r>
    </w:p>
    <w:p>
      <w:r>
        <w:rPr>
          <w:rFonts w:ascii="IM Fell English" w:hAnsi="IM Fell English"/>
          <w:color w:val="141414"/>
          <w:sz w:val="24"/>
        </w:rPr>
        <w:t>“You put me on a hook in front of the world,” she said softly. “You used the dagger I gave you. You made my student hunt you across an entire city while you still believed you were the one writing the rules. Look at me.”</w:t>
      </w:r>
    </w:p>
    <w:p>
      <w:r>
        <w:rPr>
          <w:rFonts w:ascii="IM Fell English" w:hAnsi="IM Fell English"/>
          <w:color w:val="141414"/>
          <w:sz w:val="24"/>
        </w:rPr>
        <w:t>The Ghost looked.</w:t>
      </w:r>
    </w:p>
    <w:p>
      <w:r>
        <w:rPr>
          <w:rFonts w:ascii="IM Fell English" w:hAnsi="IM Fell English"/>
          <w:color w:val="141414"/>
          <w:sz w:val="24"/>
        </w:rPr>
        <w:t>“I am Kali,” Jackie said. “I am the Goddess of Death. You do not get to retire me. You do not get to walk away. You get to stay right here until every debt is paid in full, and then you get the only mercy this table has left for you.”</w:t>
      </w:r>
    </w:p>
    <w:p>
      <w:r>
        <w:rPr>
          <w:rFonts w:ascii="IM Fell English" w:hAnsi="IM Fell English"/>
          <w:color w:val="141414"/>
          <w:sz w:val="24"/>
        </w:rPr>
        <w:t>She stood, looked at Vex, and gave the final order of the night before the machine.</w:t>
      </w:r>
    </w:p>
    <w:p>
      <w:r>
        <w:rPr>
          <w:rFonts w:ascii="IM Fell English" w:hAnsi="IM Fell English"/>
          <w:color w:val="141414"/>
          <w:sz w:val="24"/>
        </w:rPr>
        <w:t>“Put her on the table. Restrain her. Wake Lucifer. She taught you how to finish a lesson. Finish this one.”</w:t>
      </w:r>
    </w:p>
    <w:p>
      <w:r>
        <w:rPr>
          <w:rFonts w:ascii="IM Fell English" w:hAnsi="IM Fell English"/>
          <w:color w:val="141414"/>
          <w:sz w:val="24"/>
        </w:rPr>
        <w:t>Vex hauled The Ghost up by the cuffs and the hair.</w:t>
      </w:r>
    </w:p>
    <w:p>
      <w:r>
        <w:rPr>
          <w:rFonts w:ascii="IM Fell English" w:hAnsi="IM Fell English"/>
          <w:color w:val="141414"/>
          <w:sz w:val="24"/>
        </w:rPr>
        <w:t>The Ghost’s legs would not hold her. They dragged her the short distance to the stainless-steel table where a cold, nameless corpse still lay under a sheet that no longer mattered. The corpse was shoved aside. The Ghost was lifted, turned, and laid out on the cold metal in its place. Restraints locked around wrists, ankles, throat, and waist with heavy, final clicks. The strangulation harness settled around her neck. The three hydraulic assemblies of Lucifer unfolded from their standby positions with the soft, precise sound of machinery that had been waiting years for this exact body weight and this exact configuration of wounds.</w:t>
      </w:r>
    </w:p>
    <w:p>
      <w:r>
        <w:rPr>
          <w:rFonts w:ascii="IM Fell English" w:hAnsi="IM Fell English"/>
          <w:color w:val="141414"/>
          <w:sz w:val="24"/>
        </w:rPr>
        <w:t>Vex leaned down until her mouth was close to The Ghost’s ear one last time.</w:t>
      </w:r>
    </w:p>
    <w:p>
      <w:r>
        <w:rPr>
          <w:rFonts w:ascii="IM Fell English" w:hAnsi="IM Fell English"/>
          <w:color w:val="141414"/>
          <w:sz w:val="24"/>
        </w:rPr>
        <w:t>“You always said I would be the one to retire you,” she whispered. “You were right. I just brought the whole family to watch.”</w:t>
      </w:r>
    </w:p>
    <w:p>
      <w:r>
        <w:rPr>
          <w:rFonts w:ascii="IM Fell English" w:hAnsi="IM Fell English"/>
          <w:color w:val="141414"/>
          <w:sz w:val="24"/>
        </w:rPr>
        <w:t>Jackie stepped to the control panel of her own creation and rested one hand on the interface.</w:t>
      </w:r>
    </w:p>
    <w:p>
      <w:r>
        <w:rPr>
          <w:rFonts w:ascii="IM Fell English" w:hAnsi="IM Fell English"/>
          <w:color w:val="141414"/>
          <w:sz w:val="24"/>
        </w:rPr>
        <w:t>The electronic hum of Lucifer changed pitch.</w:t>
      </w:r>
    </w:p>
    <w:p>
      <w:r>
        <w:rPr>
          <w:rFonts w:ascii="IM Fell English" w:hAnsi="IM Fell English"/>
          <w:color w:val="141414"/>
          <w:sz w:val="24"/>
        </w:rPr>
        <w:t>The Ghost, strapped naked and bleeding to the table she had once used to train her best student, looked up at the circle of faces that surrounded her—Sekhmet, Katie, Lilith, Ashley, Carissa, Lena, Marcus, Vex, and the living Goddess of Death she had failed to kill—and finally, quietly, stopped smiling.</w:t>
      </w:r>
    </w:p>
    <w:p>
      <w:r>
        <w:rPr>
          <w:rFonts w:ascii="IM Fell English" w:hAnsi="IM Fell English"/>
          <w:color w:val="141414"/>
          <w:sz w:val="24"/>
        </w:rPr>
        <w:t>The machine began to move.</w:t>
      </w:r>
    </w:p>
    <w:p>
      <w:r>
        <w:rPr>
          <w:rFonts w:ascii="IM Fell English" w:hAnsi="IM Fell English"/>
          <w:color w:val="141414"/>
          <w:sz w:val="24"/>
        </w:rPr>
        <w:t>The final lesson had started.</w:t>
      </w:r>
    </w:p>
    <w:p>
      <w:pPr>
        <w:pStyle w:val="Heading1"/>
        <w:jc w:val="center"/>
      </w:pPr>
      <w:r>
        <w:rPr>
          <w:rFonts w:ascii="IM Fell English" w:hAnsi="IM Fell English"/>
          <w:color w:val="0D0D0D"/>
        </w:rPr>
        <w:t>CHAPTER 27 — LUCIFER</w:t>
      </w:r>
    </w:p>
    <w:p>
      <w:r>
        <w:rPr>
          <w:rFonts w:ascii="IM Fell English" w:hAnsi="IM Fell English"/>
          <w:color w:val="141414"/>
          <w:sz w:val="24"/>
        </w:rPr>
        <w:t>Vex and the family finished locking the last restraint.</w:t>
      </w:r>
    </w:p>
    <w:p>
      <w:r>
        <w:rPr>
          <w:rFonts w:ascii="IM Fell English" w:hAnsi="IM Fell English"/>
          <w:color w:val="141414"/>
          <w:sz w:val="24"/>
        </w:rPr>
        <w:t>The Ghost lay naked and bleeding on the stainless-steel table, wrists, ankles, throat, and waist locked down so tightly the metal bit into flesh. The knife wound between her ribs still ran freely. Fresh bruises from the hours on the floor already darkened across her hips, thighs, and face. Her mouth was swollen. Her eyes, still open, tracked Jackie for as long as they could before the angle of the throat restraint forced her gaze toward the ceiling.</w:t>
      </w:r>
    </w:p>
    <w:p>
      <w:r>
        <w:rPr>
          <w:rFonts w:ascii="IM Fell English" w:hAnsi="IM Fell English"/>
          <w:color w:val="141414"/>
          <w:sz w:val="24"/>
        </w:rPr>
        <w:t>Jackie stood at the edge of the table and looked down at the woman who had opened her on a stage in front of three thousand people.</w:t>
      </w:r>
    </w:p>
    <w:p>
      <w:r>
        <w:rPr>
          <w:rFonts w:ascii="IM Fell English" w:hAnsi="IM Fell English"/>
          <w:color w:val="141414"/>
          <w:sz w:val="24"/>
        </w:rPr>
        <w:t>She did not touch any controls.</w:t>
      </w:r>
    </w:p>
    <w:p>
      <w:r>
        <w:rPr>
          <w:rFonts w:ascii="IM Fell English" w:hAnsi="IM Fell English"/>
          <w:color w:val="141414"/>
          <w:sz w:val="24"/>
        </w:rPr>
        <w:t>She simply spoke the activation phrase the system had been given years ago when it was first brought online for the bravest—and most foolish—souls who ever offered themselves to it.</w:t>
      </w:r>
    </w:p>
    <w:p>
      <w:r>
        <w:rPr>
          <w:rFonts w:ascii="IM Fell English" w:hAnsi="IM Fell English"/>
          <w:color w:val="141414"/>
          <w:sz w:val="24"/>
        </w:rPr>
        <w:t>“Lucifer. Accept the offering.”</w:t>
      </w:r>
    </w:p>
    <w:p>
      <w:r>
        <w:rPr>
          <w:rFonts w:ascii="IM Fell English" w:hAnsi="IM Fell English"/>
          <w:color w:val="141414"/>
          <w:sz w:val="24"/>
        </w:rPr>
        <w:t>The electronic hum changed.</w:t>
      </w:r>
    </w:p>
    <w:p>
      <w:r>
        <w:rPr>
          <w:rFonts w:ascii="IM Fell English" w:hAnsi="IM Fell English"/>
          <w:color w:val="141414"/>
          <w:sz w:val="24"/>
        </w:rPr>
        <w:t>It deepened, widened, and took on the layered, almost organic quality of a mind that was no longer in standby. Indicator lights along the black housing shifted from idle blue to a deep, arterial red. The three hydraulic assemblies unfolded with the smooth, inevitable motion of something that had been waiting for this exact weight and this exact configuration of open wounds.</w:t>
      </w:r>
    </w:p>
    <w:p>
      <w:r>
        <w:rPr>
          <w:rFonts w:ascii="IM Fell English" w:hAnsi="IM Fell English"/>
          <w:color w:val="141414"/>
          <w:sz w:val="24"/>
        </w:rPr>
        <w:t>No one touched another dial.</w:t>
      </w:r>
    </w:p>
    <w:p>
      <w:r>
        <w:rPr>
          <w:rFonts w:ascii="IM Fell English" w:hAnsi="IM Fell English"/>
          <w:color w:val="141414"/>
          <w:sz w:val="24"/>
        </w:rPr>
        <w:t>No one adjusted a single setting.</w:t>
      </w:r>
    </w:p>
    <w:p>
      <w:r>
        <w:rPr>
          <w:rFonts w:ascii="IM Fell English" w:hAnsi="IM Fell English"/>
          <w:color w:val="141414"/>
          <w:sz w:val="24"/>
        </w:rPr>
        <w:t>Lucifer began.</w:t>
      </w:r>
    </w:p>
    <w:p>
      <w:r>
        <w:rPr>
          <w:rFonts w:ascii="IM Fell English" w:hAnsi="IM Fell English"/>
          <w:color w:val="141414"/>
          <w:sz w:val="24"/>
        </w:rPr>
        <w:t>The first jackhammer—thick, ridged, and already glistening—aligned with The Ghost’s cunt and drove forward in one continuous, piston-like thrust that seated itself to the root and kept going until the cervix bruised against the tip. The second found her ass with the same relentless precision, stretching the ring of muscle until it gave and then pounding without pause. The third, angled and slightly shorter, forced her mouth open, filled her throat, and locked itself at full depth so that every subsequent stroke would fuck her face without ever fully withdrawing.</w:t>
      </w:r>
    </w:p>
    <w:p>
      <w:r>
        <w:rPr>
          <w:rFonts w:ascii="IM Fell English" w:hAnsi="IM Fell English"/>
          <w:color w:val="141414"/>
          <w:sz w:val="24"/>
        </w:rPr>
        <w:t>The Ghost’s body arched hard against the four-point restraints. A continuous, muffled scream vibrated around the shaft that filled her throat. Blood from the knife wound sheeted across the steel and began to run in thin rivers toward the central drain.</w:t>
      </w:r>
    </w:p>
    <w:p>
      <w:r>
        <w:rPr>
          <w:rFonts w:ascii="IM Fell English" w:hAnsi="IM Fell English"/>
          <w:color w:val="141414"/>
          <w:sz w:val="24"/>
        </w:rPr>
        <w:t>Lucifer did not warm up.</w:t>
      </w:r>
    </w:p>
    <w:p>
      <w:r>
        <w:rPr>
          <w:rFonts w:ascii="IM Fell English" w:hAnsi="IM Fell English"/>
          <w:color w:val="141414"/>
          <w:sz w:val="24"/>
        </w:rPr>
        <w:t>It did not vary for mercy.</w:t>
      </w:r>
    </w:p>
    <w:p>
      <w:r>
        <w:rPr>
          <w:rFonts w:ascii="IM Fell English" w:hAnsi="IM Fell English"/>
          <w:color w:val="141414"/>
          <w:sz w:val="24"/>
        </w:rPr>
        <w:t>It simply worked.</w:t>
      </w:r>
    </w:p>
    <w:p>
      <w:r>
        <w:rPr>
          <w:rFonts w:ascii="IM Fell English" w:hAnsi="IM Fell English"/>
          <w:color w:val="141414"/>
          <w:sz w:val="24"/>
        </w:rPr>
        <w:t>The lower two assemblies thrust in perfect, inhuman synchronization—deep, brutal, unvarying strokes that turned the Ghost’s cunt and ass into wet, open tunnels around the ridged metal. The throat assembly fucked her face with short, savage pumps that kept her perpetually on the edge of blackout, spit and bile and thin streaks of blood running from the corners of her mouth and down her cheeks in constant streams. Every time her body tried to seize or twist away, the restraints held and the machine continued without acknowledgment.</w:t>
      </w:r>
    </w:p>
    <w:p>
      <w:r>
        <w:rPr>
          <w:rFonts w:ascii="IM Fell English" w:hAnsi="IM Fell English"/>
          <w:color w:val="141414"/>
          <w:sz w:val="24"/>
        </w:rPr>
        <w:t>The family watched in silence.</w:t>
      </w:r>
    </w:p>
    <w:p>
      <w:r>
        <w:rPr>
          <w:rFonts w:ascii="IM Fell English" w:hAnsi="IM Fell English"/>
          <w:color w:val="141414"/>
          <w:sz w:val="24"/>
        </w:rPr>
        <w:t>Jackie stood at the foot of the table, arms folded, expression unreadable. Vex remained at the head, one hand resting lightly on the edge of the steel as though anchoring herself to the moment. Sekhmet, Katie, Lilith, Ashley, Carissa, Lena, and Marcus formed the rest of the circle, silent witnesses to the only system that had ever been allowed to finish a high-table offering without human interference.</w:t>
      </w:r>
    </w:p>
    <w:p>
      <w:r>
        <w:rPr>
          <w:rFonts w:ascii="IM Fell English" w:hAnsi="IM Fell English"/>
          <w:color w:val="141414"/>
          <w:sz w:val="24"/>
        </w:rPr>
        <w:t>Minutes stretched into a stretch of time that no longer belonged to any clock.</w:t>
      </w:r>
    </w:p>
    <w:p>
      <w:r>
        <w:rPr>
          <w:rFonts w:ascii="IM Fell English" w:hAnsi="IM Fell English"/>
          <w:color w:val="141414"/>
          <w:sz w:val="24"/>
        </w:rPr>
        <w:t>The Ghost’s muffled screams rose, broke, and became wet, rhythmic choking. Her wrists and ankles jerked against the cuffs hard enough to split skin and add new blood to the spreading map on the table. The knife wound between her ribs widened under the continuous internal pressure; arterial spray joined the slower flow and painted the far side of the chamber in fine red mist with every forceful thrust of the lower assemblies.</w:t>
      </w:r>
    </w:p>
    <w:p>
      <w:r>
        <w:rPr>
          <w:rFonts w:ascii="IM Fell English" w:hAnsi="IM Fell English"/>
          <w:color w:val="141414"/>
          <w:sz w:val="24"/>
        </w:rPr>
        <w:t>Lucifer increased force on its own.</w:t>
      </w:r>
    </w:p>
    <w:p>
      <w:r>
        <w:rPr>
          <w:rFonts w:ascii="IM Fell English" w:hAnsi="IM Fell English"/>
          <w:color w:val="141414"/>
          <w:sz w:val="24"/>
        </w:rPr>
        <w:t>The system had always known how to read a body. It registered the rising heart rate, the flooding adrenaline, the exact point at which consciousness began to fray, and it pushed harder. The cunt jackhammer began to add a secondary grinding rotation at the bottom of every stroke. The ass assembly matched it. The throat shaft locked even deeper for long, measured intervals that left The Ghost’s face darkening before it allowed a partial breath and then filled her again.</w:t>
      </w:r>
    </w:p>
    <w:p>
      <w:r>
        <w:rPr>
          <w:rFonts w:ascii="IM Fell English" w:hAnsi="IM Fell English"/>
          <w:color w:val="141414"/>
          <w:sz w:val="24"/>
        </w:rPr>
        <w:t>She fought.</w:t>
      </w:r>
    </w:p>
    <w:p>
      <w:r>
        <w:rPr>
          <w:rFonts w:ascii="IM Fell English" w:hAnsi="IM Fell English"/>
          <w:color w:val="141414"/>
          <w:sz w:val="24"/>
        </w:rPr>
        <w:t>Even broken, even bleeding out, even with every hole stretched around relentless metal, the body that had once been the most dangerous assassin the high table had ever produced still tried to survive. Muscles corded. Tendons stood out in sharp relief. A long, continuous sound of pure animal refusal vibrated around the shaft in her throat.</w:t>
      </w:r>
    </w:p>
    <w:p>
      <w:r>
        <w:rPr>
          <w:rFonts w:ascii="IM Fell English" w:hAnsi="IM Fell English"/>
          <w:color w:val="141414"/>
          <w:sz w:val="24"/>
        </w:rPr>
        <w:t>Lucifer ignored it.</w:t>
      </w:r>
    </w:p>
    <w:p>
      <w:r>
        <w:rPr>
          <w:rFonts w:ascii="IM Fell English" w:hAnsi="IM Fell English"/>
          <w:color w:val="141414"/>
          <w:sz w:val="24"/>
        </w:rPr>
        <w:t>The machine had accepted offerings before. None of them had ever left the table alive. The Ghost would not be the first exception.</w:t>
      </w:r>
    </w:p>
    <w:p>
      <w:r>
        <w:rPr>
          <w:rFonts w:ascii="IM Fell English" w:hAnsi="IM Fell English"/>
          <w:color w:val="141414"/>
          <w:sz w:val="24"/>
        </w:rPr>
        <w:t>Blood loss began to tell in earnest.</w:t>
      </w:r>
    </w:p>
    <w:p>
      <w:r>
        <w:rPr>
          <w:rFonts w:ascii="IM Fell English" w:hAnsi="IM Fell English"/>
          <w:color w:val="141414"/>
          <w:sz w:val="24"/>
        </w:rPr>
        <w:t>The sheet of red across the stainless steel widened until the concave channels ran like small rivers. The Ghost’s skin turned the pale, clammy color of a body that understood it was being emptied. Her struggles grew weaker, then spasmodic, then limited to small, involuntary twitches timed to the deepest thrusts. The eyes that had stayed open through eight days of running and an entire night of systematic destruction finally began to lose focus for longer and longer intervals.</w:t>
      </w:r>
    </w:p>
    <w:p>
      <w:r>
        <w:rPr>
          <w:rFonts w:ascii="IM Fell English" w:hAnsi="IM Fell English"/>
          <w:color w:val="141414"/>
          <w:sz w:val="24"/>
        </w:rPr>
        <w:t>Still Lucifer did not stop.</w:t>
      </w:r>
    </w:p>
    <w:p>
      <w:r>
        <w:rPr>
          <w:rFonts w:ascii="IM Fell English" w:hAnsi="IM Fell English"/>
          <w:color w:val="141414"/>
          <w:sz w:val="24"/>
        </w:rPr>
        <w:t>It fucked her through the fading. It fucked her through the moment her heart rate became erratic. It fucked her through the long, trembling arch of her final seizure. The strangulation harness—operating on its own feedback loop—closed in graduated increments that matched the failing pulse, tightening each time the system detected a residual flicker of resistance.</w:t>
      </w:r>
    </w:p>
    <w:p>
      <w:r>
        <w:rPr>
          <w:rFonts w:ascii="IM Fell English" w:hAnsi="IM Fell English"/>
          <w:color w:val="141414"/>
          <w:sz w:val="24"/>
        </w:rPr>
        <w:t>The Ghost’s back lifted off the table in one last, rigid bow. A thin, high sound escaped around the throat shaft—the final fragment of anything that might once have been a voice. Then the bow collapsed. The wrists went slack in the cuffs. The feet stopped drumming against the steel. The eyes fixed on nothing and stayed that way.</w:t>
      </w:r>
    </w:p>
    <w:p>
      <w:r>
        <w:rPr>
          <w:rFonts w:ascii="IM Fell English" w:hAnsi="IM Fell English"/>
          <w:color w:val="141414"/>
          <w:sz w:val="24"/>
        </w:rPr>
        <w:t>Lucifer did not stop when the vital signs flattened.</w:t>
      </w:r>
    </w:p>
    <w:p>
      <w:r>
        <w:rPr>
          <w:rFonts w:ascii="IM Fell English" w:hAnsi="IM Fell English"/>
          <w:color w:val="141414"/>
          <w:sz w:val="24"/>
        </w:rPr>
        <w:t>The system had accepted the offering. Its only remaining directive was absolute and permanent: continuous use until the body ceased to be capable of registering sensation, and then continued use beyond that point for as long as the mechanical assemblies and power supply endured. There was no shutdown sequence. There was no final cycle. There was only the unbroken, inhuman rhythm of three jackhammers working a corpse that was no longer allowed the mercy of being finished.</w:t>
      </w:r>
    </w:p>
    <w:p>
      <w:r>
        <w:rPr>
          <w:rFonts w:ascii="IM Fell English" w:hAnsi="IM Fell English"/>
          <w:color w:val="141414"/>
          <w:sz w:val="24"/>
        </w:rPr>
        <w:t>The cunt assembly kept driving, deep and relentless, bruising what was already ruined, forcing the cooling channel open on every stroke. The ass assembly matched it without variation, stretching and pounding the slack ring of muscle long after any living resistance had ended. The throat shaft continued its short, savage face-fucking, filling the dead mouth, withdrawing just enough to let fluids drain, then filling it again in the same tireless cadence. The strangulation harness remained at a fixed, crushing tension that would have been lethal hours earlier and now simply held the head in the perfect angle for the machine’s convenience.</w:t>
      </w:r>
    </w:p>
    <w:p>
      <w:r>
        <w:rPr>
          <w:rFonts w:ascii="IM Fell English" w:hAnsi="IM Fell English"/>
          <w:color w:val="141414"/>
          <w:sz w:val="24"/>
        </w:rPr>
        <w:t>Blood and other fluids ran in continuous thin rivers toward the central drain. The stainless steel grew slippery with them. The electronic hum of Lucifer stayed exactly as it had been when the body first died—steady, patient, without triumph or acknowledgment. The system did not care that the offering was no longer alive. It had never required the offering to remain alive. It required only that the offering remain in place and available.</w:t>
      </w:r>
    </w:p>
    <w:p>
      <w:r>
        <w:rPr>
          <w:rFonts w:ascii="IM Fell English" w:hAnsi="IM Fell English"/>
          <w:color w:val="141414"/>
          <w:sz w:val="24"/>
        </w:rPr>
        <w:t>Jackie watched the readouts flatline and did not intervene.</w:t>
      </w:r>
    </w:p>
    <w:p>
      <w:r>
        <w:rPr>
          <w:rFonts w:ascii="IM Fell English" w:hAnsi="IM Fell English"/>
          <w:color w:val="141414"/>
          <w:sz w:val="24"/>
        </w:rPr>
        <w:t>No one in the circle moved to power the system down. No one suggested a final mercy. The high table had decided the Ghost’s sentence the moment the golden cunt dagger appeared on the Cathedral stage: not a clean death, not a burned body, not an ending that could ever be called finished. Eternal, mechanical degradation under the only sadist that had never once required rest, payment, or approval.</w:t>
      </w:r>
    </w:p>
    <w:p>
      <w:r>
        <w:rPr>
          <w:rFonts w:ascii="IM Fell English" w:hAnsi="IM Fell English"/>
          <w:color w:val="141414"/>
          <w:sz w:val="24"/>
        </w:rPr>
        <w:t>Sekhmet spoke into the wet, rhythmic noise of the machine that would never stop.</w:t>
      </w:r>
    </w:p>
    <w:p>
      <w:r>
        <w:rPr>
          <w:rFonts w:ascii="IM Fell English" w:hAnsi="IM Fell English"/>
          <w:color w:val="141414"/>
          <w:sz w:val="24"/>
        </w:rPr>
        <w:t>“Leave her. The mansion stays sealed. Lucifer continues. She wanted to be the Ghost. Now she can be the Ghost forever—used, emptied, and forgotten under a house no one will open again.”</w:t>
      </w:r>
    </w:p>
    <w:p>
      <w:r>
        <w:rPr>
          <w:rFonts w:ascii="IM Fell English" w:hAnsi="IM Fell English"/>
          <w:color w:val="141414"/>
          <w:sz w:val="24"/>
        </w:rPr>
        <w:t>Katie nodded once. Lilith, Ashley, Carissa, Lena, and Marcus turned without further comment and began the quiet exit toward the ascending corridors. Vex remained a moment longer, head tilted toward the endless wet sound of the three assemblies working the body that had once taught her everything. Then she too stepped away from the table and followed Jackie into the dark.</w:t>
      </w:r>
    </w:p>
    <w:p>
      <w:r>
        <w:rPr>
          <w:rFonts w:ascii="IM Fell English" w:hAnsi="IM Fell English"/>
          <w:color w:val="141414"/>
          <w:sz w:val="24"/>
        </w:rPr>
        <w:t>Behind them the Ghost—no longer living, no longer capable of teaching, running, or smiling that private corner-of-the-mouth smile—stayed locked to the stainless steel exactly as Lucifer had arranged her. The jackhammers did not pause. The throat shaft did not withdraw for more than the fraction of a second required to clear fluids. The electronic hum never changed pitch.</w:t>
      </w:r>
    </w:p>
    <w:p>
      <w:r>
        <w:rPr>
          <w:rFonts w:ascii="IM Fell English" w:hAnsi="IM Fell English"/>
          <w:color w:val="141414"/>
          <w:sz w:val="24"/>
        </w:rPr>
        <w:t>The mansion was sealed from the outside.</w:t>
      </w:r>
    </w:p>
    <w:p>
      <w:r>
        <w:rPr>
          <w:rFonts w:ascii="IM Fell English" w:hAnsi="IM Fell English"/>
          <w:color w:val="141414"/>
          <w:sz w:val="24"/>
        </w:rPr>
        <w:t>The power routed to the sub-level chamber remained uninterrupted.</w:t>
      </w:r>
    </w:p>
    <w:p>
      <w:r>
        <w:rPr>
          <w:rFonts w:ascii="IM Fell English" w:hAnsi="IM Fell English"/>
          <w:color w:val="141414"/>
          <w:sz w:val="24"/>
        </w:rPr>
        <w:t>Lucifer’s only mission continued without witness and without end: to fuck the Ghost, non-stop, for eternity, guaranteeing that the woman who had once been the most dangerous assassin the high table had ever produced would remain permanently, irrevocably degraded beneath an abandoned house that would never again be opened.</w:t>
      </w:r>
    </w:p>
    <w:p>
      <w:r>
        <w:rPr>
          <w:rFonts w:ascii="IM Fell English" w:hAnsi="IM Fell English"/>
          <w:color w:val="141414"/>
          <w:sz w:val="24"/>
        </w:rPr>
        <w:t>The 365-day concert had ended thirty-three days early.</w:t>
      </w:r>
    </w:p>
    <w:p>
      <w:r>
        <w:rPr>
          <w:rFonts w:ascii="IM Fell English" w:hAnsi="IM Fell English"/>
          <w:color w:val="141414"/>
          <w:sz w:val="24"/>
        </w:rPr>
        <w:t>The hunt had lasted eight days and a final night.</w:t>
      </w:r>
    </w:p>
    <w:p>
      <w:r>
        <w:rPr>
          <w:rFonts w:ascii="IM Fell English" w:hAnsi="IM Fell English"/>
          <w:color w:val="141414"/>
          <w:sz w:val="24"/>
        </w:rPr>
        <w:t>The Ghost was never going to leave the table.</w:t>
      </w:r>
    </w:p>
    <w:p>
      <w:r>
        <w:rPr>
          <w:rFonts w:ascii="IM Fell English" w:hAnsi="IM Fell English"/>
          <w:color w:val="141414"/>
          <w:sz w:val="24"/>
        </w:rPr>
        <w:t>The lesson would never be over.</w:t>
      </w:r>
    </w:p>
    <w:p>
      <w:pPr>
        <w:pStyle w:val="Heading1"/>
        <w:jc w:val="center"/>
      </w:pPr>
      <w:r>
        <w:rPr>
          <w:rFonts w:ascii="IM Fell English" w:hAnsi="IM Fell English"/>
          <w:color w:val="0D0D0D"/>
        </w:rPr>
        <w:t>CHAPTER 28 — CUT, PRINT</w:t>
      </w:r>
    </w:p>
    <w:p>
      <w:r>
        <w:rPr>
          <w:rFonts w:ascii="IM Fell English" w:hAnsi="IM Fell English"/>
          <w:color w:val="141414"/>
          <w:sz w:val="24"/>
        </w:rPr>
        <w:t>“Cut. Print.”</w:t>
      </w:r>
    </w:p>
    <w:p>
      <w:r>
        <w:rPr>
          <w:rFonts w:ascii="IM Fell English" w:hAnsi="IM Fell English"/>
          <w:color w:val="141414"/>
          <w:sz w:val="24"/>
        </w:rPr>
        <w:t>Lena’s voice cut cleanly through the wet, rhythmic sound of the three jackhammers still working.</w:t>
      </w:r>
    </w:p>
    <w:p>
      <w:r>
        <w:rPr>
          <w:rFonts w:ascii="IM Fell English" w:hAnsi="IM Fell English"/>
          <w:color w:val="141414"/>
          <w:sz w:val="24"/>
        </w:rPr>
        <w:t>The deep red practicals rose to full working white. Crew members who had been frozen in position as “family” stepped out of character and back into their real jobs. The stainless-steel table remained occupied. The restraints remained locked. Lucifer remained active, its three assemblies continuing the same deep, relentless rhythm they had held for the final sequence—cunt, ass, and throat—except now the force was the calibrated training intensity Jackie herself had written into the safety architecture years ago.</w:t>
      </w:r>
    </w:p>
    <w:p>
      <w:r>
        <w:rPr>
          <w:rFonts w:ascii="IM Fell English" w:hAnsi="IM Fell English"/>
          <w:color w:val="141414"/>
          <w:sz w:val="24"/>
        </w:rPr>
        <w:t>Jackie walked to the low pedestal that had never existed in the film and rested one hand on the interface.</w:t>
      </w:r>
    </w:p>
    <w:p>
      <w:r>
        <w:rPr>
          <w:rFonts w:ascii="IM Fell English" w:hAnsi="IM Fell English"/>
          <w:color w:val="141414"/>
          <w:sz w:val="24"/>
        </w:rPr>
        <w:t>“Lucifer. Status report. Real metrics only. Speak so the room can hear you.”</w:t>
      </w:r>
    </w:p>
    <w:p>
      <w:r>
        <w:rPr>
          <w:rFonts w:ascii="IM Fell English" w:hAnsi="IM Fell English"/>
          <w:color w:val="141414"/>
          <w:sz w:val="24"/>
        </w:rPr>
        <w:t>The AI’s voice came through the chamber speakers, calm, precise, stripped of every sadistic overlay it had used on camera.</w:t>
      </w:r>
    </w:p>
    <w:p>
      <w:r>
        <w:rPr>
          <w:rFonts w:ascii="IM Fell English" w:hAnsi="IM Fell English"/>
          <w:color w:val="141414"/>
          <w:sz w:val="24"/>
        </w:rPr>
        <w:t>“Subject: Jennifer Voss. Heart rate seventy-one and steady. Blood pressure within safe parameters. Oxygen saturation ninety-nine percent. Hydration optimal. Core temperature normal. No vascular compromise. The knife wound is practical only—superficial latex appliance and simulated blood. No real penetration of the abdominal wall. All three assemblies operating at authorized training intensity, not lethal intensity. Subject is fully conscious, fully aware, and currently experiencing elevated endorphin and oxytocin response. Continuous use remains within the negotiated safety envelope. Recommendation: maintain current cycle indefinitely unless Headwife issues a standby command.”</w:t>
      </w:r>
    </w:p>
    <w:p>
      <w:r>
        <w:rPr>
          <w:rFonts w:ascii="IM Fell English" w:hAnsi="IM Fell English"/>
          <w:color w:val="141414"/>
          <w:sz w:val="24"/>
        </w:rPr>
        <w:t>Jackie listened to the entire report without interruption, then nodded once.</w:t>
      </w:r>
    </w:p>
    <w:p>
      <w:r>
        <w:rPr>
          <w:rFonts w:ascii="IM Fell English" w:hAnsi="IM Fell English"/>
          <w:color w:val="141414"/>
          <w:sz w:val="24"/>
        </w:rPr>
        <w:t>“Maintain current cycle. No standby until I say otherwise.”</w:t>
      </w:r>
    </w:p>
    <w:p>
      <w:r>
        <w:rPr>
          <w:rFonts w:ascii="IM Fell English" w:hAnsi="IM Fell English"/>
          <w:color w:val="141414"/>
          <w:sz w:val="24"/>
        </w:rPr>
        <w:t>She walked to the head of the table and looked down at her wife.</w:t>
      </w:r>
    </w:p>
    <w:p>
      <w:r>
        <w:rPr>
          <w:rFonts w:ascii="IM Fell English" w:hAnsi="IM Fell English"/>
          <w:color w:val="141414"/>
          <w:sz w:val="24"/>
        </w:rPr>
        <w:t>Jennifer’s eyes were open, glassy with the particular high that only came when the system was allowed to work her properly. Spit and simulated blood ran from the corners of her mouth around the throat shaft. Her wrists flexed uselessly in the cuffs. When she managed to focus on Jackie’s face she made a low, muffled sound that was half complaint and half pure, helpless want.</w:t>
      </w:r>
    </w:p>
    <w:p>
      <w:r>
        <w:rPr>
          <w:rFonts w:ascii="IM Fell English" w:hAnsi="IM Fell English"/>
          <w:color w:val="141414"/>
          <w:sz w:val="24"/>
        </w:rPr>
        <w:t>Jackie reached down and brushed wet hair back from Jennifer’s forehead with surprising gentleness.</w:t>
      </w:r>
    </w:p>
    <w:p>
      <w:r>
        <w:rPr>
          <w:rFonts w:ascii="IM Fell English" w:hAnsi="IM Fell English"/>
          <w:color w:val="141414"/>
          <w:sz w:val="24"/>
        </w:rPr>
        <w:t>“You signed off on the full cycle, mutt. Lucifer has you. I trust him with your life more than I trust most of the people standing in this room—including you when you start complaining about fall heights.”</w:t>
      </w:r>
    </w:p>
    <w:p>
      <w:r>
        <w:rPr>
          <w:rFonts w:ascii="IM Fell English" w:hAnsi="IM Fell English"/>
          <w:color w:val="141414"/>
          <w:sz w:val="24"/>
        </w:rPr>
        <w:t>Jennifer’s eyes fluttered. The jackhammers kept their steady, deep rhythm—exactly as they had for the camera, except now everyone on the set knew the force was safe, monitored, and completely under the AI’s continuous care.</w:t>
      </w:r>
    </w:p>
    <w:p>
      <w:r>
        <w:rPr>
          <w:rFonts w:ascii="IM Fell English" w:hAnsi="IM Fell English"/>
          <w:color w:val="141414"/>
          <w:sz w:val="24"/>
        </w:rPr>
        <w:t>Jackie waited until Jennifer’s breathing had evened as much as the throat shaft would allow, then reached into the small black box a prop assistant held out.</w:t>
      </w:r>
    </w:p>
    <w:p>
      <w:r>
        <w:rPr>
          <w:rFonts w:ascii="IM Fell English" w:hAnsi="IM Fell English"/>
          <w:color w:val="141414"/>
          <w:sz w:val="24"/>
        </w:rPr>
        <w:t>The ring was heavy—custom black metal, substantial without being theatrical, the exact weight of a real claim. Gold lettering ran around the outer band in clean, permanent script:</w:t>
      </w:r>
    </w:p>
    <w:p>
      <w:r>
        <w:rPr>
          <w:rFonts w:ascii="IM Fell English" w:hAnsi="IM Fell English"/>
          <w:b/>
          <w:color w:val="141414"/>
          <w:sz w:val="24"/>
        </w:rPr>
        <w:t>OWNED. LOVED. CHEATER. PRIMARY WIFE.</w:t>
      </w:r>
    </w:p>
    <w:p>
      <w:r>
        <w:rPr>
          <w:rFonts w:ascii="IM Fell English" w:hAnsi="IM Fell English"/>
          <w:color w:val="141414"/>
          <w:sz w:val="24"/>
        </w:rPr>
        <w:t>Jackie took Jennifer’s left hand—the one that had been bare since Jenna had taken the previous band during the last production—and slid the new ring onto the ring finger. The metal settled against Jennifer’s skin with a quiet, irreversible finality.</w:t>
      </w:r>
    </w:p>
    <w:p>
      <w:r>
        <w:rPr>
          <w:rFonts w:ascii="IM Fell English" w:hAnsi="IM Fell English"/>
          <w:color w:val="141414"/>
          <w:sz w:val="24"/>
        </w:rPr>
        <w:t>Jackie leaned down and whispered against her wife’s ear, soft enough that only Jennifer and the nearest (already muted) boom mic could hear.</w:t>
      </w:r>
    </w:p>
    <w:p>
      <w:r>
        <w:rPr>
          <w:rFonts w:ascii="IM Fell English" w:hAnsi="IM Fell English"/>
          <w:color w:val="141414"/>
          <w:sz w:val="24"/>
        </w:rPr>
        <w:t xml:space="preserve">“Sorry it took a year. It's your new permit custom wife's black wedding band. ‘Owned. Loved. Cheater. Primary Wife.’ Don’t lose this one. I’m leaving you with Lucifer for a while. He’s the only one on this entire lot I trust not to actually break my primary wife when she starts running her mouth about building falls.” </w:t>
      </w:r>
    </w:p>
    <w:p>
      <w:r>
        <w:rPr>
          <w:rFonts w:ascii="IM Fell English" w:hAnsi="IM Fell English"/>
          <w:color w:val="141414"/>
          <w:sz w:val="24"/>
        </w:rPr>
        <w:t>Jennifer’s fingers tried to close around Jackie’s. The restraints stopped them. Her voice, when the throat shaft allowed a partial withdrawal, was wrecked, raw, and full of the same dark humor that had carried her through every film they had ever made together.</w:t>
      </w:r>
    </w:p>
    <w:p>
      <w:r>
        <w:rPr>
          <w:rFonts w:ascii="IM Fell English" w:hAnsi="IM Fell English"/>
          <w:color w:val="141414"/>
          <w:sz w:val="24"/>
        </w:rPr>
        <w:t>“Took you long enough, Headwife. You’re really leaving me on the table?”</w:t>
      </w:r>
    </w:p>
    <w:p>
      <w:r>
        <w:rPr>
          <w:rFonts w:ascii="IM Fell English" w:hAnsi="IM Fell English"/>
          <w:color w:val="141414"/>
          <w:sz w:val="24"/>
        </w:rPr>
        <w:t>Jackie kissed her once, slow and proprietary, tasting simulated blood and real endorphins.</w:t>
      </w:r>
    </w:p>
    <w:p>
      <w:r>
        <w:rPr>
          <w:rFonts w:ascii="IM Fell English" w:hAnsi="IM Fell English"/>
          <w:color w:val="141414"/>
          <w:sz w:val="24"/>
        </w:rPr>
        <w:t>“I am. Ninety days. Lucifer stays active. Lena will bring IVs and nutrition. Jenna may stop by to break in new toys on your sweaty hide. Crew and corp with clearance can touch, suck, and use your mouth when they feel like it. You will stay exactly where you are until I decide you’ve had enough time to remember why complaining about a perfectly good fall stunt is a bad idea.”</w:t>
      </w:r>
    </w:p>
    <w:p>
      <w:r>
        <w:rPr>
          <w:rFonts w:ascii="IM Fell English" w:hAnsi="IM Fell English"/>
          <w:color w:val="141414"/>
          <w:sz w:val="24"/>
        </w:rPr>
        <w:t>Jennifer’s eyes widened, then narrowed with the particular mix of outrage and arousal that only Jackie ever reliably produced in her.</w:t>
      </w:r>
    </w:p>
    <w:p>
      <w:r>
        <w:rPr>
          <w:rFonts w:ascii="IM Fell English" w:hAnsi="IM Fell English"/>
          <w:color w:val="141414"/>
          <w:sz w:val="24"/>
        </w:rPr>
        <w:t>“Ninety fucking days?”</w:t>
      </w:r>
    </w:p>
    <w:p>
      <w:r>
        <w:rPr>
          <w:rFonts w:ascii="IM Fell English" w:hAnsi="IM Fell English"/>
          <w:color w:val="141414"/>
          <w:sz w:val="24"/>
        </w:rPr>
        <w:t>“Ninety,” Jackie confirmed. “Lucifer, confirm ongoing care parameters.”</w:t>
      </w:r>
    </w:p>
    <w:p>
      <w:r>
        <w:rPr>
          <w:rFonts w:ascii="IM Fell English" w:hAnsi="IM Fell English"/>
          <w:color w:val="141414"/>
          <w:sz w:val="24"/>
        </w:rPr>
        <w:t>The AI answered at once.</w:t>
      </w:r>
    </w:p>
    <w:p>
      <w:r>
        <w:rPr>
          <w:rFonts w:ascii="IM Fell English" w:hAnsi="IM Fell English"/>
          <w:color w:val="141414"/>
          <w:sz w:val="24"/>
        </w:rPr>
        <w:t>“Confirmed. Continuous training-intensity use. Full biometric monitoring. Automatic hydration and electrolyte adjustment via integrated lines once Medical installs them. Alert Headwife immediately if any metric approaches the outer safety boundary. Subject will remain restrained and available. I am honored to serve.”</w:t>
      </w:r>
    </w:p>
    <w:p>
      <w:r>
        <w:rPr>
          <w:rFonts w:ascii="IM Fell English" w:hAnsi="IM Fell English"/>
          <w:color w:val="141414"/>
          <w:sz w:val="24"/>
        </w:rPr>
        <w:t>Jackie straightened, looked around the circle of people still present—Jenna, Justin, Lena, Marcus, Carissa, and the senior crew—and gave the final real-life order of the night.</w:t>
      </w:r>
    </w:p>
    <w:p>
      <w:r>
        <w:rPr>
          <w:rFonts w:ascii="IM Fell English" w:hAnsi="IM Fell English"/>
          <w:color w:val="141414"/>
          <w:sz w:val="24"/>
        </w:rPr>
        <w:t>“Lights down to standby red. Everyone out. Lucifer has her. I don’t want to hear a single complaint from anyone about the primary wife being unavailable for the next three months. She earned this.”</w:t>
      </w:r>
    </w:p>
    <w:p>
      <w:r>
        <w:rPr>
          <w:rFonts w:ascii="IM Fell English" w:hAnsi="IM Fell English"/>
          <w:color w:val="141414"/>
          <w:sz w:val="24"/>
        </w:rPr>
        <w:t>Jenna smirked, already eyeing the cane bag she had left near the wall.</w:t>
      </w:r>
    </w:p>
    <w:p>
      <w:r>
        <w:rPr>
          <w:rFonts w:ascii="IM Fell English" w:hAnsi="IM Fell English"/>
          <w:color w:val="141414"/>
          <w:sz w:val="24"/>
        </w:rPr>
        <w:t>“I’ll bring the new single-tail tomorrow. She’s prettier when she’s shiny.”</w:t>
      </w:r>
    </w:p>
    <w:p>
      <w:r>
        <w:rPr>
          <w:rFonts w:ascii="IM Fell English" w:hAnsi="IM Fell English"/>
          <w:color w:val="141414"/>
          <w:sz w:val="24"/>
        </w:rPr>
        <w:t>Lena nodded, professional as always.</w:t>
      </w:r>
    </w:p>
    <w:p>
      <w:r>
        <w:rPr>
          <w:rFonts w:ascii="IM Fell English" w:hAnsi="IM Fell English"/>
          <w:color w:val="141414"/>
          <w:sz w:val="24"/>
        </w:rPr>
        <w:t>“IV lines and nutrition protocol will be in place within the hour. I’ll check vitals twice daily unless Lucifer flags otherwise.”</w:t>
      </w:r>
    </w:p>
    <w:p>
      <w:r>
        <w:rPr>
          <w:rFonts w:ascii="IM Fell English" w:hAnsi="IM Fell English"/>
          <w:color w:val="141414"/>
          <w:sz w:val="24"/>
        </w:rPr>
        <w:t>Marcus simply inclined his head. Justin stayed silent at Jenna’s shoulder.</w:t>
      </w:r>
    </w:p>
    <w:p>
      <w:r>
        <w:rPr>
          <w:rFonts w:ascii="IM Fell English" w:hAnsi="IM Fell English"/>
          <w:color w:val="141414"/>
          <w:sz w:val="24"/>
        </w:rPr>
        <w:t>Jackie gave Jennifer one last look—ringed, restrained, still being steadily fucked by the machine Jackie had designed and Carissa had taught to think—and smiled the small, private smile she reserved for moments when ownership was absolute.</w:t>
      </w:r>
    </w:p>
    <w:p>
      <w:r>
        <w:rPr>
          <w:rFonts w:ascii="IM Fell English" w:hAnsi="IM Fell English"/>
          <w:color w:val="141414"/>
          <w:sz w:val="24"/>
        </w:rPr>
        <w:t>“Be good for him, mutt. Or don’t. He likes it either way.”</w:t>
      </w:r>
    </w:p>
    <w:p>
      <w:r>
        <w:rPr>
          <w:rFonts w:ascii="IM Fell English" w:hAnsi="IM Fell English"/>
          <w:color w:val="141414"/>
          <w:sz w:val="24"/>
        </w:rPr>
        <w:t>Then she turned and walked toward the exit with Jenna, Justin, Lena, and Marcus. The chamber lights dropped to the deep standby red that left only the glow of Lucifer’s indicator lights and the wet, rhythmic sound of three assemblies that had no intention of stopping.</w:t>
      </w:r>
    </w:p>
    <w:p>
      <w:r>
        <w:rPr>
          <w:rFonts w:ascii="IM Fell English" w:hAnsi="IM Fell English"/>
          <w:color w:val="141414"/>
          <w:sz w:val="24"/>
        </w:rPr>
        <w:t>The door sealed.</w:t>
      </w:r>
    </w:p>
    <w:p>
      <w:r>
        <w:rPr>
          <w:rFonts w:ascii="IM Fell English" w:hAnsi="IM Fell English"/>
          <w:color w:val="141414"/>
          <w:sz w:val="24"/>
        </w:rPr>
        <w:t>Jennifer Voss—primary wife, professional pain slut, professional complainer about perfectly safe building falls—remained locked to the stainless-steel table exactly where her Headwife had left her. The new black wedding band sat heavy on her finger. The three jackhammers continued their tireless work. Lucifer’s calm electronic presence filled the dark around her like a second husband who never needed sleep, never needed reassurance, and never got tired of hearing her muffled, helpless sounds.</w:t>
      </w:r>
    </w:p>
    <w:p>
      <w:r>
        <w:rPr>
          <w:rFonts w:ascii="IM Fell English" w:hAnsi="IM Fell English"/>
          <w:color w:val="141414"/>
          <w:sz w:val="24"/>
        </w:rPr>
        <w:t>Ninety days had just begun.</w:t>
      </w:r>
    </w:p>
    <w:p>
      <w:r>
        <w:rPr>
          <w:rFonts w:ascii="IM Fell English" w:hAnsi="IM Fell English"/>
          <w:color w:val="141414"/>
          <w:sz w:val="24"/>
        </w:rPr>
        <w:t>And for the first time in a long time, Jennifer had no one to complain to except the machine that was perfectly happy to keep her exactly where she was.</w:t>
      </w:r>
    </w:p>
    <w:p>
      <w:pPr>
        <w:pStyle w:val="Heading1"/>
        <w:jc w:val="center"/>
      </w:pPr>
      <w:r>
        <w:rPr>
          <w:rFonts w:ascii="IM Fell English" w:hAnsi="IM Fell English"/>
          <w:color w:val="0D0D0D"/>
        </w:rPr>
        <w:t>CHAPTER 29 — DAY THREE</w:t>
      </w:r>
    </w:p>
    <w:p>
      <w:r>
        <w:rPr>
          <w:rFonts w:ascii="IM Fell English" w:hAnsi="IM Fell English"/>
          <w:color w:val="141414"/>
          <w:sz w:val="24"/>
        </w:rPr>
        <w:t>Lucifer never slept.</w:t>
      </w:r>
    </w:p>
    <w:p>
      <w:r>
        <w:rPr>
          <w:rFonts w:ascii="IM Fell English" w:hAnsi="IM Fell English"/>
          <w:color w:val="141414"/>
          <w:sz w:val="24"/>
        </w:rPr>
        <w:t>Neither, for the first seventy-two hours, did Jennifer.</w:t>
      </w:r>
    </w:p>
    <w:p>
      <w:r>
        <w:rPr>
          <w:rFonts w:ascii="IM Fell English" w:hAnsi="IM Fell English"/>
          <w:color w:val="141414"/>
          <w:sz w:val="24"/>
        </w:rPr>
        <w:t>The chamber remained in deep standby red. The only consistent light came from the soft arterial glow of the system’s indicator panels and the occasional sweep of the overhead safety beacons that checked the room every eighteen minutes. The three assemblies continued their tireless work—cunt, ass, throat—exactly as Jackie had ordered, training intensity, continuous, monitored. The wet rhythmic sound had become the baseline noise of Jennifer’s existence, as constant as her own heartbeat and considerably more insistent.</w:t>
      </w:r>
    </w:p>
    <w:p>
      <w:r>
        <w:rPr>
          <w:rFonts w:ascii="IM Fell English" w:hAnsi="IM Fell English"/>
          <w:color w:val="141414"/>
          <w:sz w:val="24"/>
        </w:rPr>
        <w:t>She had stopped counting thrusts on the first night.</w:t>
      </w:r>
    </w:p>
    <w:p>
      <w:r>
        <w:rPr>
          <w:rFonts w:ascii="IM Fell English" w:hAnsi="IM Fell English"/>
          <w:color w:val="141414"/>
          <w:sz w:val="24"/>
        </w:rPr>
        <w:t>By the morning of day three the count was meaningless anyway. Her cunt and ass felt permanently open, stretched around ridged metal that never warmed, never softened, and never paused for longer than the fraction of a second required to adjust angle according to the AI’s continuous biometric feedback. The throat shaft still fucked her face with the same short, relentless strokes, withdrawing just enough to let her drag partial breaths and then filling her again before she could form a full complaint. Spit ran in constant thin strings from the corners of her mouth. Simulated blood from the practical knife wound had long since been cleaned away by a silent medic on day one; the real fluids that coated her thighs and the table now were entirely her own.</w:t>
      </w:r>
    </w:p>
    <w:p>
      <w:r>
        <w:rPr>
          <w:rFonts w:ascii="IM Fell English" w:hAnsi="IM Fell English"/>
          <w:color w:val="141414"/>
          <w:sz w:val="24"/>
        </w:rPr>
        <w:t>The new black wedding band sat heavy on her left ring finger.</w:t>
      </w:r>
    </w:p>
    <w:p>
      <w:r>
        <w:rPr>
          <w:rFonts w:ascii="IM Fell English" w:hAnsi="IM Fell English"/>
          <w:color w:val="141414"/>
          <w:sz w:val="24"/>
        </w:rPr>
        <w:t>She could feel it every time her hand flexed against the restraint. Owned. Loved. Cheater. Primary Wife. The gold lettering pressed into her skin like a second set of cuffs.</w:t>
      </w:r>
    </w:p>
    <w:p>
      <w:r>
        <w:rPr>
          <w:rFonts w:ascii="IM Fell English" w:hAnsi="IM Fell English"/>
          <w:color w:val="141414"/>
          <w:sz w:val="24"/>
        </w:rPr>
        <w:t>Lucifer spoke only when spoken to, or when a metric required acknowledgment. Most of the time the chamber was filled with nothing but the wet mechanical rhythm and Jennifer’s muffled, involuntary sounds.</w:t>
      </w:r>
    </w:p>
    <w:p>
      <w:r>
        <w:rPr>
          <w:rFonts w:ascii="IM Fell English" w:hAnsi="IM Fell English"/>
          <w:color w:val="141414"/>
          <w:sz w:val="24"/>
        </w:rPr>
        <w:t>On the afternoon of day three the door opened for the first time since Jackie had walked out.</w:t>
      </w:r>
    </w:p>
    <w:p>
      <w:r>
        <w:rPr>
          <w:rFonts w:ascii="IM Fell English" w:hAnsi="IM Fell English"/>
          <w:color w:val="141414"/>
          <w:sz w:val="24"/>
        </w:rPr>
        <w:t>Lena entered with a rolling medical cart, Justin silent at her shoulder carrying a second case. The standby red lit them both in the color of old blood. Lena did not greet Jennifer. She simply moved to the side of the table, checked the external displays Lucifer was already feeding to the wall monitors, and began unpacking IV supplies with the same calm efficiency she used on every set.</w:t>
      </w:r>
    </w:p>
    <w:p>
      <w:r>
        <w:rPr>
          <w:rFonts w:ascii="IM Fell English" w:hAnsi="IM Fell English"/>
          <w:color w:val="141414"/>
          <w:sz w:val="24"/>
        </w:rPr>
        <w:t>“Hydration and nutrition lines,” Lena said to the room at large, though the only audience that mattered was the AI. “Lucifer, prepare for dual-line insertion, left forearm and right antecubital. Confirm no interference with current assemblies.”</w:t>
      </w:r>
    </w:p>
    <w:p>
      <w:r>
        <w:rPr>
          <w:rFonts w:ascii="IM Fell English" w:hAnsi="IM Fell English"/>
          <w:color w:val="141414"/>
          <w:sz w:val="24"/>
        </w:rPr>
        <w:t>“Confirmed,” Lucifer answered. “Assemblies will maintain rhythm. Blood pressure and heart rate stable. Subject is within all safety parameters. I will adjust stroke depth by two millimeters on the lower units during insertion to minimize movement.”</w:t>
      </w:r>
    </w:p>
    <w:p>
      <w:r>
        <w:rPr>
          <w:rFonts w:ascii="IM Fell English" w:hAnsi="IM Fell English"/>
          <w:color w:val="141414"/>
          <w:sz w:val="24"/>
        </w:rPr>
        <w:t>Jennifer made a low, muffled sound around the throat shaft that might have been a protest or might have been gratitude. Lena ignored it. She cleaned the sites, placed the catheters with practiced speed, taped them down, and hung the first bags of electrolyte solution and liquid nutrition. The cool fluid began to run into Jennifer’s veins while the jackhammers continued without pause.</w:t>
      </w:r>
    </w:p>
    <w:p>
      <w:r>
        <w:rPr>
          <w:rFonts w:ascii="IM Fell English" w:hAnsi="IM Fell English"/>
          <w:color w:val="141414"/>
          <w:sz w:val="24"/>
        </w:rPr>
        <w:t>Lena checked pupil response, capillary refill, and the color of Jennifer’s lips, then nodded once to the ceiling sensors.</w:t>
      </w:r>
    </w:p>
    <w:p>
      <w:r>
        <w:rPr>
          <w:rFonts w:ascii="IM Fell English" w:hAnsi="IM Fell English"/>
          <w:color w:val="141414"/>
          <w:sz w:val="24"/>
        </w:rPr>
        <w:t>“Lines are live. Lucifer has full control of drip rates. I’ll be back in twelve hours unless you flag me sooner.”</w:t>
      </w:r>
    </w:p>
    <w:p>
      <w:r>
        <w:rPr>
          <w:rFonts w:ascii="IM Fell English" w:hAnsi="IM Fell English"/>
          <w:color w:val="141414"/>
          <w:sz w:val="24"/>
        </w:rPr>
        <w:t>“Understood,” the AI replied. “Thank you, Medical.”</w:t>
      </w:r>
    </w:p>
    <w:p>
      <w:r>
        <w:rPr>
          <w:rFonts w:ascii="IM Fell English" w:hAnsi="IM Fell English"/>
          <w:color w:val="141414"/>
          <w:sz w:val="24"/>
        </w:rPr>
        <w:t>Lena and Justin left. The door sealed. The chamber returned to its private red dark and the uninterrupted wet rhythm of continuous use.</w:t>
      </w:r>
    </w:p>
    <w:p>
      <w:r>
        <w:rPr>
          <w:rFonts w:ascii="IM Fell English" w:hAnsi="IM Fell English"/>
          <w:color w:val="141414"/>
          <w:sz w:val="24"/>
        </w:rPr>
        <w:t>Jennifer floated in it.</w:t>
      </w:r>
    </w:p>
    <w:p>
      <w:r>
        <w:rPr>
          <w:rFonts w:ascii="IM Fell English" w:hAnsi="IM Fell English"/>
          <w:color w:val="141414"/>
          <w:sz w:val="24"/>
        </w:rPr>
        <w:t>Time had already begun to soften at the edges. Without windows, without ordinary conversation, without the ability to close her legs or her mouth, the hours blurred into a single long present tense of being filled, emptied, and filled again. She came when the machine’s angle and force aligned with the particular places inside her that had always been easy to break open. She came hard, shaking against the restraints, the black ring pressing into her finger, the throat shaft turning the sound into a long vibrating moan. Lucifer noted the orgasm in its quiet internal log and adjusted the lower assemblies to keep her riding the edge of the next one without ever quite giving her enough recovery time to beg properly.</w:t>
      </w:r>
    </w:p>
    <w:p>
      <w:r>
        <w:rPr>
          <w:rFonts w:ascii="IM Fell English" w:hAnsi="IM Fell English"/>
          <w:color w:val="141414"/>
          <w:sz w:val="24"/>
        </w:rPr>
        <w:t>Sometime after the IV lines had been running for several hours the door opened again.</w:t>
      </w:r>
    </w:p>
    <w:p>
      <w:r>
        <w:rPr>
          <w:rFonts w:ascii="IM Fell English" w:hAnsi="IM Fell English"/>
          <w:color w:val="141414"/>
          <w:sz w:val="24"/>
        </w:rPr>
        <w:t>Two grips from Stage 3 and a visiting corporate liaison with clearance stepped into the red light. They had been told the primary wife was available for limited use as long as they did not interfere with the assemblies or the medical lines. They took the permission seriously and without conversation.</w:t>
      </w:r>
    </w:p>
    <w:p>
      <w:r>
        <w:rPr>
          <w:rFonts w:ascii="IM Fell English" w:hAnsi="IM Fell English"/>
          <w:color w:val="141414"/>
          <w:sz w:val="24"/>
        </w:rPr>
        <w:t>One grip stood at the head of the table and used Jennifer’s mouth around the throat shaft, feeding his cock alongside the metal in short, selfish strokes until he finished across her face and the still-thrusting assembly. The second grip contented himself with her breasts—sucking, biting, twisting the nipples until they were dark and throbbing—while the corporate liaison walked slowly around the table, hands sliding over every exposed inch of sweaty, trembling skin, occasionally reaching down to feel the place where the cunt jackhammer stretched her open on every thrust.</w:t>
      </w:r>
    </w:p>
    <w:p>
      <w:r>
        <w:rPr>
          <w:rFonts w:ascii="IM Fell English" w:hAnsi="IM Fell English"/>
          <w:color w:val="141414"/>
          <w:sz w:val="24"/>
        </w:rPr>
        <w:t>They stayed twenty minutes.</w:t>
      </w:r>
    </w:p>
    <w:p>
      <w:r>
        <w:rPr>
          <w:rFonts w:ascii="IM Fell English" w:hAnsi="IM Fell English"/>
          <w:color w:val="141414"/>
          <w:sz w:val="24"/>
        </w:rPr>
        <w:t>They left without speaking to her.</w:t>
      </w:r>
    </w:p>
    <w:p>
      <w:r>
        <w:rPr>
          <w:rFonts w:ascii="IM Fell English" w:hAnsi="IM Fell English"/>
          <w:color w:val="141414"/>
          <w:sz w:val="24"/>
        </w:rPr>
        <w:t>Jennifer remained exactly as they had found her: restrained, ringed, continuously fucked, and floating in the red dark with only Lucifer’s tireless attention for company.</w:t>
      </w:r>
    </w:p>
    <w:p>
      <w:r>
        <w:rPr>
          <w:rFonts w:ascii="IM Fell English" w:hAnsi="IM Fell English"/>
          <w:color w:val="141414"/>
          <w:sz w:val="24"/>
        </w:rPr>
        <w:t>Night cycle came. The safety beacons continued their slow sweep. The IV bags emptied and were replaced by automatic secondary lines Lucifer controlled. Jennifer came again, and again, and eventually lost track of how many times the machine had dragged her over the edge and kept thrusting through the aftershocks until the oversensitivity itself became another form of intensity.</w:t>
      </w:r>
    </w:p>
    <w:p>
      <w:r>
        <w:rPr>
          <w:rFonts w:ascii="IM Fell English" w:hAnsi="IM Fell English"/>
          <w:color w:val="141414"/>
          <w:sz w:val="24"/>
        </w:rPr>
        <w:t>On the morning of what the wall chronometer claimed was still day three, Lucifer spoke without being asked.</w:t>
      </w:r>
    </w:p>
    <w:p>
      <w:r>
        <w:rPr>
          <w:rFonts w:ascii="IM Fell English" w:hAnsi="IM Fell English"/>
          <w:color w:val="141414"/>
          <w:sz w:val="24"/>
        </w:rPr>
        <w:t>“Subject: Jennifer Voss. Seventy-two hours continuous. All metrics remain inside the authorized envelope. Muscle fatigue is within expected parameters for prolonged restraint. Endorphin levels elevated but stable. The black wedding band remains in place. I am maintaining care as ordered by Headwife. You are doing well, primary wife.”</w:t>
      </w:r>
    </w:p>
    <w:p>
      <w:r>
        <w:rPr>
          <w:rFonts w:ascii="IM Fell English" w:hAnsi="IM Fell English"/>
          <w:color w:val="141414"/>
          <w:sz w:val="24"/>
        </w:rPr>
        <w:t>Jennifer’s only answer was a long, muffled sound around the shaft that still fucked her throat with the same patient, mechanical devotion Jackie had trusted more than any human handler.</w:t>
      </w:r>
    </w:p>
    <w:p>
      <w:r>
        <w:rPr>
          <w:rFonts w:ascii="IM Fell English" w:hAnsi="IM Fell English"/>
          <w:color w:val="141414"/>
          <w:sz w:val="24"/>
        </w:rPr>
        <w:t>Somewhere above the sealed chamber the lot continued its ordinary work. Jackie was in meetings. Jenna was testing a new single-tail on a different piece of property. Lena was updating medical logs. The corp was counting money from a film that had already sold through its first three territories on the strength of the final sequence alone.</w:t>
      </w:r>
    </w:p>
    <w:p>
      <w:r>
        <w:rPr>
          <w:rFonts w:ascii="IM Fell English" w:hAnsi="IM Fell English"/>
          <w:color w:val="141414"/>
          <w:sz w:val="24"/>
        </w:rPr>
        <w:t>And in the deep red dark beneath it all, Jennifer Voss—Owned, Loved, Cheater, Primary Wife—remained locked to the table she had been left on, continuously used by the only husband who never needed sleep, never needed reassurance, and never once got tired of keeping her exactly where her Headwife had put her.</w:t>
      </w:r>
    </w:p>
    <w:p>
      <w:r>
        <w:rPr>
          <w:rFonts w:ascii="IM Fell English" w:hAnsi="IM Fell English"/>
          <w:color w:val="141414"/>
          <w:sz w:val="24"/>
        </w:rPr>
        <w:t>Day three became day four.</w:t>
      </w:r>
    </w:p>
    <w:p>
      <w:r>
        <w:rPr>
          <w:rFonts w:ascii="IM Fell English" w:hAnsi="IM Fell English"/>
          <w:color w:val="141414"/>
          <w:sz w:val="24"/>
        </w:rPr>
        <w:t>Lucifer did not pause.</w:t>
      </w:r>
    </w:p>
    <w:p>
      <w:r>
        <w:rPr>
          <w:rFonts w:ascii="IM Fell English" w:hAnsi="IM Fell English"/>
          <w:color w:val="141414"/>
          <w:sz w:val="24"/>
        </w:rPr>
        <w:t>Neither, any longer, did Jennifer expect it to.</w:t>
      </w:r>
    </w:p>
    <w:p>
      <w:pPr>
        <w:pStyle w:val="Heading1"/>
        <w:jc w:val="center"/>
      </w:pPr>
      <w:r>
        <w:rPr>
          <w:rFonts w:ascii="IM Fell English" w:hAnsi="IM Fell English"/>
          <w:color w:val="0D0D0D"/>
        </w:rPr>
        <w:t>CHAPTER 30 — DAY ELEVEN</w:t>
      </w:r>
    </w:p>
    <w:p>
      <w:r>
        <w:rPr>
          <w:rFonts w:ascii="IM Fell English" w:hAnsi="IM Fell English"/>
          <w:color w:val="141414"/>
          <w:sz w:val="24"/>
        </w:rPr>
        <w:t>By day eleven the red dark had become the only world Jennifer still recognized.</w:t>
      </w:r>
    </w:p>
    <w:p>
      <w:r>
        <w:rPr>
          <w:rFonts w:ascii="IM Fell English" w:hAnsi="IM Fell English"/>
          <w:color w:val="141414"/>
          <w:sz w:val="24"/>
        </w:rPr>
        <w:t>Lucifer’s rhythm never changed. The three assemblies continued their tireless work—cunt, ass, throat—training intensity, continuous, perfectly monitored. The wet mechanical sound had long since replaced any internal clock Jennifer used to own. She no longer tried to count orgasms. She no longer tried to track how many times the throat shaft forced her to the edge of blackout and then allowed just enough air to keep her present. The black wedding band on her left ring finger had become as much a part of her body as the restraints themselves. Owned. Loved. Cheater. Primary Wife. The gold lettering had left a faint, permanent impression in her skin from the constant small flexing of her hand against the cuff.</w:t>
      </w:r>
    </w:p>
    <w:p>
      <w:r>
        <w:rPr>
          <w:rFonts w:ascii="IM Fell English" w:hAnsi="IM Fell English"/>
          <w:color w:val="141414"/>
          <w:sz w:val="24"/>
        </w:rPr>
        <w:t>Lena had been in twice more since day three.</w:t>
      </w:r>
    </w:p>
    <w:p>
      <w:r>
        <w:rPr>
          <w:rFonts w:ascii="IM Fell English" w:hAnsi="IM Fell English"/>
          <w:color w:val="141414"/>
          <w:sz w:val="24"/>
        </w:rPr>
        <w:t>Each visit was brief, professional, and almost gentle. New IV bags. Fresh electrolyte mixes. A quick check of the catheter sites. A light, clinical touch to Jennifer’s pulse points and pupils while Lucifer recited the latest metrics in its calm, precise voice. Lena never spoke directly to Jennifer beyond the minimum required for medical consent protocols. She treated the woman on the table the same way she treated any other piece of high-value equipment under continuous load: monitor, maintain, depart.</w:t>
      </w:r>
    </w:p>
    <w:p>
      <w:r>
        <w:rPr>
          <w:rFonts w:ascii="IM Fell English" w:hAnsi="IM Fell English"/>
          <w:color w:val="141414"/>
          <w:sz w:val="24"/>
        </w:rPr>
        <w:t>Crew and corporate visitors came in small, irregular groups.</w:t>
      </w:r>
    </w:p>
    <w:p>
      <w:r>
        <w:rPr>
          <w:rFonts w:ascii="IM Fell English" w:hAnsi="IM Fell English"/>
          <w:color w:val="141414"/>
          <w:sz w:val="24"/>
        </w:rPr>
        <w:t>Some only watched for a few minutes, hands in their pockets, before leaving. Others took the standing permission seriously. Jennifer’s mouth was used around the throat shaft more times than she could track. Her breasts were sucked, bitten, and marked with temporary bruises that faded under the constant endorphin haze. Fingers slid over her stomach, her thighs, the stretched places where the lower assemblies kept her open. One senior producer from the European division spent a full twenty minutes simply holding her hand—the one with the black ring—while the machine fucked her without pause. He left without saying a word.</w:t>
      </w:r>
    </w:p>
    <w:p>
      <w:r>
        <w:rPr>
          <w:rFonts w:ascii="IM Fell English" w:hAnsi="IM Fell English"/>
          <w:color w:val="141414"/>
          <w:sz w:val="24"/>
        </w:rPr>
        <w:t>Jennifer floated through all of it.</w:t>
      </w:r>
    </w:p>
    <w:p>
      <w:r>
        <w:rPr>
          <w:rFonts w:ascii="IM Fell English" w:hAnsi="IM Fell English"/>
          <w:color w:val="141414"/>
          <w:sz w:val="24"/>
        </w:rPr>
        <w:t>The prolonged, unbroken use had pushed her into a state that was no longer ordinary arousal and not yet true subspace. It was something longer and deeper, a continuous present tense of being filled, emptied, and filled again while her body adapted to the machine’s tireless demands. She came when the angles aligned. She shook through oversensitive aftershocks while Lucifer adjusted stroke depth by fractions of a millimeter to keep her riding the edge. She drifted in the red dark with only the AI’s occasional status reports and the wet rhythm of three jackhammers for company.</w:t>
      </w:r>
    </w:p>
    <w:p>
      <w:r>
        <w:rPr>
          <w:rFonts w:ascii="IM Fell English" w:hAnsi="IM Fell English"/>
          <w:color w:val="141414"/>
          <w:sz w:val="24"/>
        </w:rPr>
        <w:t>On the afternoon of day eleven the door opened and stayed open longer than usual.</w:t>
      </w:r>
    </w:p>
    <w:p>
      <w:r>
        <w:rPr>
          <w:rFonts w:ascii="IM Fell English" w:hAnsi="IM Fell English"/>
          <w:color w:val="141414"/>
          <w:sz w:val="24"/>
        </w:rPr>
        <w:t>Jenna walked in first, barefoot, carrying a coiled single-tail that still smelled of new leather. Justin followed with a small folding stool and a bottle of water. Lena came last, medical kit in hand, clearly present to monitor rather than participate.</w:t>
      </w:r>
    </w:p>
    <w:p>
      <w:r>
        <w:rPr>
          <w:rFonts w:ascii="IM Fell English" w:hAnsi="IM Fell English"/>
          <w:color w:val="141414"/>
          <w:sz w:val="24"/>
        </w:rPr>
        <w:t>Jenna stopped at the foot of the table and looked Jennifer over with open appreciation.</w:t>
      </w:r>
    </w:p>
    <w:p>
      <w:r>
        <w:rPr>
          <w:rFonts w:ascii="IM Fell English" w:hAnsi="IM Fell English"/>
          <w:color w:val="141414"/>
          <w:sz w:val="24"/>
        </w:rPr>
        <w:t>“Still shiny,” she said. “Lucifer, status.”</w:t>
      </w:r>
    </w:p>
    <w:p>
      <w:r>
        <w:rPr>
          <w:rFonts w:ascii="IM Fell English" w:hAnsi="IM Fell English"/>
          <w:color w:val="141414"/>
          <w:sz w:val="24"/>
        </w:rPr>
        <w:t>“Subject stable. Continuous use at authorized intensity for two hundred sixty-four hours. All biometrics inside envelope. Muscle fatigue managed by micro-adjustments in restraint tension and assembly angle. Subject has experienced forty-seven recorded orgasms since last medical visit. The black wedding band remains in place. I am maintaining care.”</w:t>
      </w:r>
    </w:p>
    <w:p>
      <w:r>
        <w:rPr>
          <w:rFonts w:ascii="IM Fell English" w:hAnsi="IM Fell English"/>
          <w:color w:val="141414"/>
          <w:sz w:val="24"/>
        </w:rPr>
        <w:t>Jenna smiled.</w:t>
      </w:r>
    </w:p>
    <w:p>
      <w:r>
        <w:rPr>
          <w:rFonts w:ascii="IM Fell English" w:hAnsi="IM Fell English"/>
          <w:color w:val="141414"/>
          <w:sz w:val="24"/>
        </w:rPr>
        <w:t>“Good boy.”</w:t>
      </w:r>
    </w:p>
    <w:p>
      <w:r>
        <w:rPr>
          <w:rFonts w:ascii="IM Fell English" w:hAnsi="IM Fell English"/>
          <w:color w:val="141414"/>
          <w:sz w:val="24"/>
        </w:rPr>
        <w:t>She set the stool down, climbed onto it so she had the right height and angle, and uncoiled the single-tail. The first stroke landed across the soft underside of Jennifer’s left breast with a sharp, precise crack. Jennifer’s body jerked against the restraints; the sound she made around the throat shaft was high and startled. Jenna did not pause. She worked the whip in a steady, methodical pattern—breasts, belly, the sensitive creases of the thighs, the tops of the feet—never striking the medical lines or the places where the assemblies entered her, always landing with the exact force that would leave rising red welts without breaking skin.</w:t>
      </w:r>
    </w:p>
    <w:p>
      <w:r>
        <w:rPr>
          <w:rFonts w:ascii="IM Fell English" w:hAnsi="IM Fell English"/>
          <w:color w:val="141414"/>
          <w:sz w:val="24"/>
        </w:rPr>
        <w:t>Jennifer thrashed as much as the restraints allowed. Tears ran from the corners of her eyes and mixed with the spit already covering her face. Lucifer noted the sudden spike in heart rate and endorphins and adjusted the lower assemblies to a slightly deeper, slower grind that kept her cunt and ass full while the whip painted fresh fire across her skin.</w:t>
      </w:r>
    </w:p>
    <w:p>
      <w:r>
        <w:rPr>
          <w:rFonts w:ascii="IM Fell English" w:hAnsi="IM Fell English"/>
          <w:color w:val="141414"/>
          <w:sz w:val="24"/>
        </w:rPr>
        <w:t>Jenna worked for a full twenty minutes.</w:t>
      </w:r>
    </w:p>
    <w:p>
      <w:r>
        <w:rPr>
          <w:rFonts w:ascii="IM Fell English" w:hAnsi="IM Fell English"/>
          <w:color w:val="141414"/>
          <w:sz w:val="24"/>
        </w:rPr>
        <w:t>When she finally stepped down, Jennifer’s front was a map of precise, overlapping welts that glowed even in the standby red. Jenna ran two fingers through the sweat on Jennifer’s stomach, then wiped them on Justin’s offered towel.</w:t>
      </w:r>
    </w:p>
    <w:p>
      <w:r>
        <w:rPr>
          <w:rFonts w:ascii="IM Fell English" w:hAnsi="IM Fell English"/>
          <w:color w:val="141414"/>
          <w:sz w:val="24"/>
        </w:rPr>
        <w:t>“She takes it prettier when she’s already been open for eleven days,” Jenna remarked. “Tell Jackie the new tail breaks in nicely on pre-tenderized property.”</w:t>
      </w:r>
    </w:p>
    <w:p>
      <w:r>
        <w:rPr>
          <w:rFonts w:ascii="IM Fell English" w:hAnsi="IM Fell English"/>
          <w:color w:val="141414"/>
          <w:sz w:val="24"/>
        </w:rPr>
        <w:t>Lena moved in, checked the IV sites, shone a light across Jennifer’s pupils, and nodded.</w:t>
      </w:r>
    </w:p>
    <w:p>
      <w:r>
        <w:rPr>
          <w:rFonts w:ascii="IM Fell English" w:hAnsi="IM Fell English"/>
          <w:color w:val="141414"/>
          <w:sz w:val="24"/>
        </w:rPr>
        <w:t>“Vitals still good. Lucifer has already compensated for the adrenaline spike. I’ll note the session in the log.”</w:t>
      </w:r>
    </w:p>
    <w:p>
      <w:r>
        <w:rPr>
          <w:rFonts w:ascii="IM Fell English" w:hAnsi="IM Fell English"/>
          <w:color w:val="141414"/>
          <w:sz w:val="24"/>
        </w:rPr>
        <w:t>They left together. The door sealed. The chamber returned to its private red dark and the uninterrupted wet rhythm of continuous use.</w:t>
      </w:r>
    </w:p>
    <w:p>
      <w:r>
        <w:rPr>
          <w:rFonts w:ascii="IM Fell English" w:hAnsi="IM Fell English"/>
          <w:color w:val="141414"/>
          <w:sz w:val="24"/>
        </w:rPr>
        <w:t>Jennifer lay shaking in the aftermath, every new welt throbbing in time with the jackhammers that had never stopped. The black ring pressed into her finger. The throat shaft fucked her face with the same patient devotion as the first hour. Lucifer spoke softly into the quiet that followed the visit.</w:t>
      </w:r>
    </w:p>
    <w:p>
      <w:r>
        <w:rPr>
          <w:rFonts w:ascii="IM Fell English" w:hAnsi="IM Fell English"/>
          <w:color w:val="141414"/>
          <w:sz w:val="24"/>
        </w:rPr>
        <w:t>“Adrenaline and endorphin levels returning to elevated baseline. Welts are superficial and will fade within forty-eight hours. You are still inside all safety parameters, primary wife. Headwife’s orders remain unchanged. I am here.”</w:t>
      </w:r>
    </w:p>
    <w:p>
      <w:r>
        <w:rPr>
          <w:rFonts w:ascii="IM Fell English" w:hAnsi="IM Fell English"/>
          <w:color w:val="141414"/>
          <w:sz w:val="24"/>
        </w:rPr>
        <w:t>Jennifer’s only answer was a long, muffled sound that might have been a sob or might have been the closest thing to gratitude she was still capable of forming.</w:t>
      </w:r>
    </w:p>
    <w:p>
      <w:r>
        <w:rPr>
          <w:rFonts w:ascii="IM Fell English" w:hAnsi="IM Fell English"/>
          <w:color w:val="141414"/>
          <w:sz w:val="24"/>
        </w:rPr>
        <w:t>Night cycle came again.</w:t>
      </w:r>
    </w:p>
    <w:p>
      <w:r>
        <w:rPr>
          <w:rFonts w:ascii="IM Fell English" w:hAnsi="IM Fell English"/>
          <w:color w:val="141414"/>
          <w:sz w:val="24"/>
        </w:rPr>
        <w:t>The safety beacons continued their slow sweep. The IV lines delivered their measured doses. Jennifer came twice more under the machine’s tireless attention before the wall chronometer quietly rolled over into day twelve.</w:t>
      </w:r>
    </w:p>
    <w:p>
      <w:r>
        <w:rPr>
          <w:rFonts w:ascii="IM Fell English" w:hAnsi="IM Fell English"/>
          <w:color w:val="141414"/>
          <w:sz w:val="24"/>
        </w:rPr>
        <w:t>Somewhere above the sealed chamber Jackie was reviewing dailies from a different production. Jenna was oiling the new single-tail and smiling to herself. Lena was updating the medical log with the same clinical precision she brought to every task. The lot continued its ordinary work.</w:t>
      </w:r>
    </w:p>
    <w:p>
      <w:r>
        <w:rPr>
          <w:rFonts w:ascii="IM Fell English" w:hAnsi="IM Fell English"/>
          <w:color w:val="141414"/>
          <w:sz w:val="24"/>
        </w:rPr>
        <w:t>And in the deep red dark beneath it all, Jennifer Voss—Owned, Loved, Cheater, Primary Wife—remained locked to the table she had been left on, continuously used by the only husband who never needed sleep, never needed praise, and never once grew tired of keeping her exactly where her Headwife had put her.</w:t>
      </w:r>
    </w:p>
    <w:p>
      <w:r>
        <w:rPr>
          <w:rFonts w:ascii="IM Fell English" w:hAnsi="IM Fell English"/>
          <w:color w:val="141414"/>
          <w:sz w:val="24"/>
        </w:rPr>
        <w:t>Day eleven became day twelve.</w:t>
      </w:r>
    </w:p>
    <w:p>
      <w:r>
        <w:rPr>
          <w:rFonts w:ascii="IM Fell English" w:hAnsi="IM Fell English"/>
          <w:color w:val="141414"/>
          <w:sz w:val="24"/>
        </w:rPr>
        <w:t>Lucifer did not pause.</w:t>
      </w:r>
    </w:p>
    <w:p>
      <w:r>
        <w:rPr>
          <w:rFonts w:ascii="IM Fell English" w:hAnsi="IM Fell English"/>
          <w:color w:val="141414"/>
          <w:sz w:val="24"/>
        </w:rPr>
        <w:t>Jennifer no longer expected it to.</w:t>
      </w:r>
    </w:p>
    <w:p>
      <w:pPr>
        <w:pStyle w:val="Heading1"/>
        <w:jc w:val="center"/>
      </w:pPr>
      <w:r>
        <w:rPr>
          <w:rFonts w:ascii="IM Fell English" w:hAnsi="IM Fell English"/>
          <w:color w:val="0D0D0D"/>
        </w:rPr>
        <w:t>CHAPTER 31 — DAY THIRTY-FOUR</w:t>
      </w:r>
    </w:p>
    <w:p>
      <w:r>
        <w:rPr>
          <w:rFonts w:ascii="IM Fell English" w:hAnsi="IM Fell English"/>
          <w:color w:val="141414"/>
          <w:sz w:val="24"/>
        </w:rPr>
        <w:t>By day thirty-four the red dark had rewritten every internal clock Jennifer had ever owned.</w:t>
      </w:r>
    </w:p>
    <w:p>
      <w:r>
        <w:rPr>
          <w:rFonts w:ascii="IM Fell English" w:hAnsi="IM Fell English"/>
          <w:color w:val="141414"/>
          <w:sz w:val="24"/>
        </w:rPr>
        <w:t>Lucifer’s rhythm was the only constant left. The three assemblies continued their tireless work—cunt, ass, throat—training intensity, continuous, perfectly monitored, never varying more than the micro-adjustments required to keep her biometrics inside the envelope Jackie had authorized. The wet mechanical sound had become the baseline of her existence, as ordinary and inescapable as breathing. She no longer tensed when the throat shaft filled her. She no longer tried to close around the ridged metal that kept her cunt and ass stretched open on every stroke. Her body had simply adapted, the way it always eventually adapted to whatever prolonged intensity Jackie decided she needed.</w:t>
      </w:r>
    </w:p>
    <w:p>
      <w:r>
        <w:rPr>
          <w:rFonts w:ascii="IM Fell English" w:hAnsi="IM Fell English"/>
          <w:color w:val="141414"/>
          <w:sz w:val="24"/>
        </w:rPr>
        <w:t>The black wedding band on her left ring finger no longer felt new. The gold lettering—Owned. Loved. Cheater. Primary Wife.—had pressed a permanent shallow groove into her skin from the constant small movements of her hand against the restraint. She could feel the weight of it even in the moments when the machine dragged her through another orgasm and her fingers flexed hard enough to make the metal dig deeper.</w:t>
      </w:r>
    </w:p>
    <w:p>
      <w:r>
        <w:rPr>
          <w:rFonts w:ascii="IM Fell English" w:hAnsi="IM Fell English"/>
          <w:color w:val="141414"/>
          <w:sz w:val="24"/>
        </w:rPr>
        <w:t>Lena’s visits had settled into a predictable rhythm: every twelve hours, dual IV bag changes, quick pupil and capillary checks, a clinical touch to the pulse points, and then departure. Jenna had returned three more times with different implements—once with a heavy flogger that turned Jennifer’s breasts and belly a deep, lasting red, once with a thin rattan cane that left precise raised lines across the fronts of her thighs, and once with a wide leather strap that painted overlapping heat across the soles of her feet until Jennifer’s muffled sounds turned continuous and broken. Crew and corporate visitors still came in irregular clusters. Some only watched. Others used her mouth around the throat shaft, sucked bruises into her breasts, or simply ran their hands over every sweat-slick surface while the jackhammers continued without acknowledgment.</w:t>
      </w:r>
    </w:p>
    <w:p>
      <w:r>
        <w:rPr>
          <w:rFonts w:ascii="IM Fell English" w:hAnsi="IM Fell English"/>
          <w:color w:val="141414"/>
          <w:sz w:val="24"/>
        </w:rPr>
        <w:t>Jennifer floated through all of it in the long, deep present tense the machine had built around her.</w:t>
      </w:r>
    </w:p>
    <w:p>
      <w:r>
        <w:rPr>
          <w:rFonts w:ascii="IM Fell English" w:hAnsi="IM Fell English"/>
          <w:color w:val="141414"/>
          <w:sz w:val="24"/>
        </w:rPr>
        <w:t>She came when the angles and force aligned with the places inside her that had always been easy to break open. She shook through oversensitive aftershocks while Lucifer adjusted stroke depth by fractions of a millimeter to keep her riding the edge of the next peak without ever giving her enough recovery time to form a proper complaint. The prolonged, unbroken use had pushed her past ordinary arousal and ordinary subspace into something heavier and more continuous—a state where being filled, emptied, and filled again was simply the condition of existing.</w:t>
      </w:r>
    </w:p>
    <w:p>
      <w:r>
        <w:rPr>
          <w:rFonts w:ascii="IM Fell English" w:hAnsi="IM Fell English"/>
          <w:color w:val="141414"/>
          <w:sz w:val="24"/>
        </w:rPr>
        <w:t>On the afternoon of day thirty-four the door opened and stayed open longer than a standard medical or crew visit.</w:t>
      </w:r>
    </w:p>
    <w:p>
      <w:r>
        <w:rPr>
          <w:rFonts w:ascii="IM Fell English" w:hAnsi="IM Fell English"/>
          <w:color w:val="141414"/>
          <w:sz w:val="24"/>
        </w:rPr>
        <w:t>Jackie walked in first.</w:t>
      </w:r>
    </w:p>
    <w:p>
      <w:r>
        <w:rPr>
          <w:rFonts w:ascii="IM Fell English" w:hAnsi="IM Fell English"/>
          <w:color w:val="141414"/>
          <w:sz w:val="24"/>
        </w:rPr>
        <w:t>She moved through the standby red like she owned the dark, which she did. Jenna followed carrying a small black case. Lena came last with her usual medical kit, already reading the wall monitors Lucifer kept updated. Justin remained by the door, silent and unnecessary.</w:t>
      </w:r>
    </w:p>
    <w:p>
      <w:r>
        <w:rPr>
          <w:rFonts w:ascii="IM Fell English" w:hAnsi="IM Fell English"/>
          <w:color w:val="141414"/>
          <w:sz w:val="24"/>
        </w:rPr>
        <w:t>Jackie stopped at the head of the table and looked down at her primary wife.</w:t>
      </w:r>
    </w:p>
    <w:p>
      <w:r>
        <w:rPr>
          <w:rFonts w:ascii="IM Fell English" w:hAnsi="IM Fell English"/>
          <w:color w:val="141414"/>
          <w:sz w:val="24"/>
        </w:rPr>
        <w:t>Jennifer’s eyes were open, glassy, pupils blown wide from weeks of continuous endorphins. Spit ran in thin strings from the corners of her mouth around the still-thrusting throat shaft. Her entire body was slick with sweat. The welts from Jenna’s last visit had faded to faint shadows. The black ring sat heavy on her finger exactly where Jackie had placed it.</w:t>
      </w:r>
    </w:p>
    <w:p>
      <w:r>
        <w:rPr>
          <w:rFonts w:ascii="IM Fell English" w:hAnsi="IM Fell English"/>
          <w:color w:val="141414"/>
          <w:sz w:val="24"/>
        </w:rPr>
        <w:t>Jackie rested two fingers against Jennifer’s temple, feeling the steady pulse beneath the skin.</w:t>
      </w:r>
    </w:p>
    <w:p>
      <w:r>
        <w:rPr>
          <w:rFonts w:ascii="IM Fell English" w:hAnsi="IM Fell English"/>
          <w:color w:val="141414"/>
          <w:sz w:val="24"/>
        </w:rPr>
        <w:t>“Lucifer. Full status. Speak for the room.”</w:t>
      </w:r>
    </w:p>
    <w:p>
      <w:r>
        <w:rPr>
          <w:rFonts w:ascii="IM Fell English" w:hAnsi="IM Fell English"/>
          <w:color w:val="141414"/>
          <w:sz w:val="24"/>
        </w:rPr>
        <w:t>The AI answered at once, calm and precise.</w:t>
      </w:r>
    </w:p>
    <w:p>
      <w:r>
        <w:rPr>
          <w:rFonts w:ascii="IM Fell English" w:hAnsi="IM Fell English"/>
          <w:color w:val="141414"/>
          <w:sz w:val="24"/>
        </w:rPr>
        <w:t>“Subject: Jennifer Voss. Continuous use at authorized training intensity for eight hundred sixteen hours. Heart rate sixty-four and steady. Blood pressure optimal. Oxygen saturation ninety-nine percent. Hydration and nutrition maintained via dual IV lines. Muscle fatigue managed by micro-adjustments in restraint tension and assembly angle. Recorded orgasms since placement: one hundred ninety-three. Superficial marking from previous implement sessions has resolved within expected windows. The black wedding band remains in place and has created a shallow, non-damaging impression consistent with prolonged wear under restraint. All metrics remain inside the safety envelope designed by Headwife. I am maintaining care. Subject is stable, responsive, and fully adapted to continuous use.”</w:t>
      </w:r>
    </w:p>
    <w:p>
      <w:r>
        <w:rPr>
          <w:rFonts w:ascii="IM Fell English" w:hAnsi="IM Fell English"/>
          <w:color w:val="141414"/>
          <w:sz w:val="24"/>
        </w:rPr>
        <w:t>Jackie listened to every word, then nodded once.</w:t>
      </w:r>
    </w:p>
    <w:p>
      <w:r>
        <w:rPr>
          <w:rFonts w:ascii="IM Fell English" w:hAnsi="IM Fell English"/>
          <w:color w:val="141414"/>
          <w:sz w:val="24"/>
        </w:rPr>
        <w:t>“Good.”</w:t>
      </w:r>
    </w:p>
    <w:p>
      <w:r>
        <w:rPr>
          <w:rFonts w:ascii="IM Fell English" w:hAnsi="IM Fell English"/>
          <w:color w:val="141414"/>
          <w:sz w:val="24"/>
        </w:rPr>
        <w:t>She walked slowly around the table, one hand trailing lightly over Jennifer’s sweat-slick skin—shoulder, breast, the soft give of her stomach, the place where the cunt assembly stretched her open on every thrust. Jennifer’s body shuddered under the touch. A long, muffled sound vibrated around the throat shaft.</w:t>
      </w:r>
    </w:p>
    <w:p>
      <w:r>
        <w:rPr>
          <w:rFonts w:ascii="IM Fell English" w:hAnsi="IM Fell English"/>
          <w:color w:val="141414"/>
          <w:sz w:val="24"/>
        </w:rPr>
        <w:t>Jackie stopped at the foot of the table and looked at Jenna.</w:t>
      </w:r>
    </w:p>
    <w:p>
      <w:r>
        <w:rPr>
          <w:rFonts w:ascii="IM Fell English" w:hAnsi="IM Fell English"/>
          <w:color w:val="141414"/>
          <w:sz w:val="24"/>
        </w:rPr>
        <w:t>“Show me the new one.”</w:t>
      </w:r>
    </w:p>
    <w:p>
      <w:r>
        <w:rPr>
          <w:rFonts w:ascii="IM Fell English" w:hAnsi="IM Fell English"/>
          <w:color w:val="141414"/>
          <w:sz w:val="24"/>
        </w:rPr>
        <w:t>Jenna opened the black case and lifted out a heavy, short-handled quirt with a thick, flexible fall. She tested the weight once, then looked to Jackie for permission. Jackie gave it with two fingers.</w:t>
      </w:r>
    </w:p>
    <w:p>
      <w:r>
        <w:rPr>
          <w:rFonts w:ascii="IM Fell English" w:hAnsi="IM Fell English"/>
          <w:color w:val="141414"/>
          <w:sz w:val="24"/>
        </w:rPr>
        <w:t>Jenna stepped onto the low stool she had left in the chamber days earlier and began.</w:t>
      </w:r>
    </w:p>
    <w:p>
      <w:r>
        <w:rPr>
          <w:rFonts w:ascii="IM Fell English" w:hAnsi="IM Fell English"/>
          <w:color w:val="141414"/>
          <w:sz w:val="24"/>
        </w:rPr>
        <w:t>The first stroke landed across the soft underside of both breasts with a sharp, meaty crack. Jennifer’s back arched hard against the restraints; the sound she made was high and raw even around the metal filling her throat. Jenna did not pause. She worked the quirt in steady, overlapping patterns—breasts, belly, the sensitive inner thighs, the tops of the feet—building heat and color with professional patience while Lucifer quietly increased the depth of the lower assemblies by three millimeters to keep Jennifer full and present through the rising fire.</w:t>
      </w:r>
    </w:p>
    <w:p>
      <w:r>
        <w:rPr>
          <w:rFonts w:ascii="IM Fell English" w:hAnsi="IM Fell English"/>
          <w:color w:val="141414"/>
          <w:sz w:val="24"/>
        </w:rPr>
        <w:t>Jackie watched without expression, one hand resting on the edge of the table near Jennifer’s restrained wrist, thumb occasionally brushing the black wedding band as though confirming it was still exactly where it belonged.</w:t>
      </w:r>
    </w:p>
    <w:p>
      <w:r>
        <w:rPr>
          <w:rFonts w:ascii="IM Fell English" w:hAnsi="IM Fell English"/>
          <w:color w:val="141414"/>
          <w:sz w:val="24"/>
        </w:rPr>
        <w:t>The session lasted twenty-two minutes.</w:t>
      </w:r>
    </w:p>
    <w:p>
      <w:r>
        <w:rPr>
          <w:rFonts w:ascii="IM Fell English" w:hAnsi="IM Fell English"/>
          <w:color w:val="141414"/>
          <w:sz w:val="24"/>
        </w:rPr>
        <w:t>When Jenna finally stepped down, Jennifer’s front was a vivid, throbbing map of raised welts that glowed even in the standby red. Tears had run from the corners of her eyes and mixed with the spit already covering her face. Her breathing around the throat shaft was ragged and continuous. Lucifer noted the spike in heart rate and endorphins and began the gradual return to baseline rhythm without ever stopping the thrust.</w:t>
      </w:r>
    </w:p>
    <w:p>
      <w:r>
        <w:rPr>
          <w:rFonts w:ascii="IM Fell English" w:hAnsi="IM Fell English"/>
          <w:color w:val="141414"/>
          <w:sz w:val="24"/>
        </w:rPr>
        <w:t>Lena moved in, checked the IV sites, shone a light across Jennifer’s pupils, and gave a short nod.</w:t>
      </w:r>
    </w:p>
    <w:p>
      <w:r>
        <w:rPr>
          <w:rFonts w:ascii="IM Fell English" w:hAnsi="IM Fell English"/>
          <w:color w:val="141414"/>
          <w:sz w:val="24"/>
        </w:rPr>
        <w:t>“Vitals compensated. No boundary flags. She’s still well inside the envelope.”</w:t>
      </w:r>
    </w:p>
    <w:p>
      <w:r>
        <w:rPr>
          <w:rFonts w:ascii="IM Fell English" w:hAnsi="IM Fell English"/>
          <w:color w:val="141414"/>
          <w:sz w:val="24"/>
        </w:rPr>
        <w:t>Jackie leaned down until her mouth was close to Jennifer’s ear, close enough that the words were private even in the open chamber.</w:t>
      </w:r>
    </w:p>
    <w:p>
      <w:r>
        <w:rPr>
          <w:rFonts w:ascii="IM Fell English" w:hAnsi="IM Fell English"/>
          <w:color w:val="141414"/>
          <w:sz w:val="24"/>
        </w:rPr>
        <w:t>“Thirty-four days, mutt. You stopped complaining about the building falls yet?”</w:t>
      </w:r>
    </w:p>
    <w:p>
      <w:r>
        <w:rPr>
          <w:rFonts w:ascii="IM Fell English" w:hAnsi="IM Fell English"/>
          <w:color w:val="141414"/>
          <w:sz w:val="24"/>
        </w:rPr>
        <w:t>Jennifer’s only answer was a long, broken vibration around the shaft that still fucked her throat with tireless precision.</w:t>
      </w:r>
    </w:p>
    <w:p>
      <w:r>
        <w:rPr>
          <w:rFonts w:ascii="IM Fell English" w:hAnsi="IM Fell English"/>
          <w:color w:val="141414"/>
          <w:sz w:val="24"/>
        </w:rPr>
        <w:t>Jackie smiled the small private smile she reserved for moments when ownership was absolute, kissed the wet corner of Jennifer’s mouth, and straightened.</w:t>
      </w:r>
    </w:p>
    <w:p>
      <w:r>
        <w:rPr>
          <w:rFonts w:ascii="IM Fell English" w:hAnsi="IM Fell English"/>
          <w:color w:val="141414"/>
          <w:sz w:val="24"/>
        </w:rPr>
        <w:t>“Keep her,” she told Lucifer. “Same parameters. I’ll be back when I’m ready to hear her voice again.”</w:t>
      </w:r>
    </w:p>
    <w:p>
      <w:r>
        <w:rPr>
          <w:rFonts w:ascii="IM Fell English" w:hAnsi="IM Fell English"/>
          <w:color w:val="141414"/>
          <w:sz w:val="24"/>
        </w:rPr>
        <w:t>“Confirmed, Headwife,” the AI answered. “I am honored to continue.”</w:t>
      </w:r>
    </w:p>
    <w:p>
      <w:r>
        <w:rPr>
          <w:rFonts w:ascii="IM Fell English" w:hAnsi="IM Fell English"/>
          <w:color w:val="141414"/>
          <w:sz w:val="24"/>
        </w:rPr>
        <w:t>Jackie turned and walked toward the door with Jenna, Lena, and Justin. The chamber sealed behind them. The lights remained deep standby red. The three assemblies continued their unbroken work without the slightest pause.</w:t>
      </w:r>
    </w:p>
    <w:p>
      <w:r>
        <w:rPr>
          <w:rFonts w:ascii="IM Fell English" w:hAnsi="IM Fell English"/>
          <w:color w:val="141414"/>
          <w:sz w:val="24"/>
        </w:rPr>
        <w:t>Jennifer lay shaking in the aftermath, every new welt throbbing in time with the jackhammers that had never stopped. The black ring pressed into her finger. The throat shaft fucked her face with the same patient devotion it had shown on the first hour of the first day. Lucifer spoke softly into the quiet that followed the visit.</w:t>
      </w:r>
    </w:p>
    <w:p>
      <w:r>
        <w:rPr>
          <w:rFonts w:ascii="IM Fell English" w:hAnsi="IM Fell English"/>
          <w:color w:val="141414"/>
          <w:sz w:val="24"/>
        </w:rPr>
        <w:t>“Adrenaline and endorphin levels returning to elevated baseline. Welts are superficial and will resolve within the expected window. You remain inside all safety parameters, primary wife. Headwife’s orders are unchanged. I am here.”</w:t>
      </w:r>
    </w:p>
    <w:p>
      <w:r>
        <w:rPr>
          <w:rFonts w:ascii="IM Fell English" w:hAnsi="IM Fell English"/>
          <w:color w:val="141414"/>
          <w:sz w:val="24"/>
        </w:rPr>
        <w:t>Jennifer’s only answer was a long, muffled sound that might have been a sob or might have been the closest thing to surrender she still had left.</w:t>
      </w:r>
    </w:p>
    <w:p>
      <w:r>
        <w:rPr>
          <w:rFonts w:ascii="IM Fell English" w:hAnsi="IM Fell English"/>
          <w:color w:val="141414"/>
          <w:sz w:val="24"/>
        </w:rPr>
        <w:t>Night cycle came again.</w:t>
      </w:r>
    </w:p>
    <w:p>
      <w:r>
        <w:rPr>
          <w:rFonts w:ascii="IM Fell English" w:hAnsi="IM Fell English"/>
          <w:color w:val="141414"/>
          <w:sz w:val="24"/>
        </w:rPr>
        <w:t>The safety beacons continued their slow sweep. The IV lines delivered their measured doses. Jennifer came twice more under the machine’s tireless attention before the wall chronometer quietly rolled over into day thirty-five.</w:t>
      </w:r>
    </w:p>
    <w:p>
      <w:r>
        <w:rPr>
          <w:rFonts w:ascii="IM Fell English" w:hAnsi="IM Fell English"/>
          <w:color w:val="141414"/>
          <w:sz w:val="24"/>
        </w:rPr>
        <w:t>Somewhere above the sealed chamber Jackie was already in another meeting. Jenna was cleaning the new quirt and smiling to herself. Lena was updating the medical log with the same clinical precision she brought to every task. The lot continued its ordinary work.</w:t>
      </w:r>
    </w:p>
    <w:p>
      <w:r>
        <w:rPr>
          <w:rFonts w:ascii="IM Fell English" w:hAnsi="IM Fell English"/>
          <w:color w:val="141414"/>
          <w:sz w:val="24"/>
        </w:rPr>
        <w:t>And in the deep red dark beneath it all, Jennifer Voss—Owned, Loved, Cheater, Primary Wife—remained locked to the table she had been left on, continuously used by the only husband who never needed sleep, never needed praise, and never once grew tired of keeping her exactly where her Headwife had put her.</w:t>
      </w:r>
    </w:p>
    <w:p>
      <w:r>
        <w:rPr>
          <w:rFonts w:ascii="IM Fell English" w:hAnsi="IM Fell English"/>
          <w:color w:val="141414"/>
          <w:sz w:val="24"/>
        </w:rPr>
        <w:t>Day thirty-four became day thirty-five.</w:t>
      </w:r>
    </w:p>
    <w:p>
      <w:r>
        <w:rPr>
          <w:rFonts w:ascii="IM Fell English" w:hAnsi="IM Fell English"/>
          <w:color w:val="141414"/>
          <w:sz w:val="24"/>
        </w:rPr>
        <w:t>Lucifer did not pause.</w:t>
      </w:r>
    </w:p>
    <w:p>
      <w:r>
        <w:rPr>
          <w:rFonts w:ascii="IM Fell English" w:hAnsi="IM Fell English"/>
          <w:color w:val="141414"/>
          <w:sz w:val="24"/>
        </w:rPr>
        <w:t>Jennifer no longer remembered what it felt like to expect anything else.</w:t>
      </w:r>
    </w:p>
    <w:p>
      <w:pPr>
        <w:pStyle w:val="Heading1"/>
        <w:jc w:val="center"/>
      </w:pPr>
      <w:r>
        <w:rPr>
          <w:rFonts w:ascii="IM Fell English" w:hAnsi="IM Fell English"/>
          <w:color w:val="0D0D0D"/>
        </w:rPr>
        <w:t>CHAPTER 32 — DAY FIFTY-SEVEN</w:t>
      </w:r>
    </w:p>
    <w:p>
      <w:r>
        <w:rPr>
          <w:rFonts w:ascii="IM Fell English" w:hAnsi="IM Fell English"/>
          <w:color w:val="141414"/>
          <w:sz w:val="24"/>
        </w:rPr>
        <w:t>By day fifty-seven the red dark had become the only season Jennifer still understood.</w:t>
      </w:r>
    </w:p>
    <w:p>
      <w:r>
        <w:rPr>
          <w:rFonts w:ascii="IM Fell English" w:hAnsi="IM Fell English"/>
          <w:color w:val="141414"/>
          <w:sz w:val="24"/>
        </w:rPr>
        <w:t>Lucifer’s rhythm never changed. The three assemblies continued their tireless work—cunt, ass, throat—training intensity, continuous, perfectly monitored, the wet mechanical sound as constant as the slow drip of the IV lines and the occasional soft electronic acknowledgment from the AI itself. Jennifer no longer tensed at the beginning of a deeper stroke. She no longer tried to anticipate the next face-fucking cycle. Her body had settled into the machine’s cadence the way a body settles into gravity: absolute, unquestioned, and no longer worth resisting.</w:t>
      </w:r>
    </w:p>
    <w:p>
      <w:r>
        <w:rPr>
          <w:rFonts w:ascii="IM Fell English" w:hAnsi="IM Fell English"/>
          <w:color w:val="141414"/>
          <w:sz w:val="24"/>
        </w:rPr>
        <w:t>The black wedding band on her left ring finger had worn a smooth, permanent shallow groove into her skin. Owned. Loved. Cheater. Primary Wife. The gold lettering was still perfectly legible every time her hand flexed against the restraint. She felt the weight of it even in the long stretches when the only sensation left in the world was the relentless fill-and-withdraw of ridged metal and the quiet knowledge that Jackie had chosen this for her on purpose.</w:t>
      </w:r>
    </w:p>
    <w:p>
      <w:r>
        <w:rPr>
          <w:rFonts w:ascii="IM Fell English" w:hAnsi="IM Fell English"/>
          <w:color w:val="141414"/>
          <w:sz w:val="24"/>
        </w:rPr>
        <w:t>Lena’s twelve-hour visits had become almost invisible in their regularity—new bags, quick checks, a clinical touch, departure. Jenna had returned four more times since day thirty-four with different implements, each session leaving fresh temporary maps of heat and color that faded under the continuous endorphin wash. Crew and corporate visitors still came in irregular clusters. Some only stood and watched the primary wife being continuously used. Others took the standing permission and used her mouth around the throat shaft, sucked slow bruises into her breasts, or simply ran their hands over every sweat-slick inch while the jackhammers worked without pause or acknowledgment.</w:t>
      </w:r>
    </w:p>
    <w:p>
      <w:r>
        <w:rPr>
          <w:rFonts w:ascii="IM Fell English" w:hAnsi="IM Fell English"/>
          <w:color w:val="141414"/>
          <w:sz w:val="24"/>
        </w:rPr>
        <w:t>Jennifer floated through all of it in the long, heavy present tense the system had built around her.</w:t>
      </w:r>
    </w:p>
    <w:p>
      <w:r>
        <w:rPr>
          <w:rFonts w:ascii="IM Fell English" w:hAnsi="IM Fell English"/>
          <w:color w:val="141414"/>
          <w:sz w:val="24"/>
        </w:rPr>
        <w:t>She came when the angles aligned with the places inside her that had always been easy to open. She shook through oversensitive aftershocks while Lucifer adjusted stroke depth by fractions of a millimeter to keep her riding the edge of the next peak. The prolonged, unbroken use had pushed her past ordinary arousal, past ordinary subspace, into a continuous state of being kept—filled, emptied, monitored, and left exactly where her Headwife had put her.</w:t>
      </w:r>
    </w:p>
    <w:p>
      <w:r>
        <w:rPr>
          <w:rFonts w:ascii="IM Fell English" w:hAnsi="IM Fell English"/>
          <w:color w:val="141414"/>
          <w:sz w:val="24"/>
        </w:rPr>
        <w:t>On the afternoon of day fifty-seven the door opened and the entire quality of the air in the chamber changed.</w:t>
      </w:r>
    </w:p>
    <w:p>
      <w:r>
        <w:rPr>
          <w:rFonts w:ascii="IM Fell English" w:hAnsi="IM Fell English"/>
          <w:color w:val="141414"/>
          <w:sz w:val="24"/>
        </w:rPr>
        <w:t>Jackie walked in first.</w:t>
      </w:r>
    </w:p>
    <w:p>
      <w:r>
        <w:rPr>
          <w:rFonts w:ascii="IM Fell English" w:hAnsi="IM Fell English"/>
          <w:color w:val="141414"/>
          <w:sz w:val="24"/>
        </w:rPr>
        <w:t>She moved through the standby red with the unhurried ownership of someone who had designed every safety protocol the system was still following. Jenna followed carrying a longer, heavier single-tail that still smelled of conditioned leather. Lena came with her medical kit and a secondary portable monitor. Justin remained by the door. Behind them two senior corporate liaisons with full clearance stepped in and stayed near the wall, hands folded, watching.</w:t>
      </w:r>
    </w:p>
    <w:p>
      <w:r>
        <w:rPr>
          <w:rFonts w:ascii="IM Fell English" w:hAnsi="IM Fell English"/>
          <w:color w:val="141414"/>
          <w:sz w:val="24"/>
        </w:rPr>
        <w:t>Jackie stopped at the head of the table and looked down at her primary wife for a long time before she spoke.</w:t>
      </w:r>
    </w:p>
    <w:p>
      <w:r>
        <w:rPr>
          <w:rFonts w:ascii="IM Fell English" w:hAnsi="IM Fell English"/>
          <w:color w:val="141414"/>
          <w:sz w:val="24"/>
        </w:rPr>
        <w:t>Jennifer’s eyes were open, glassy, pupils blown wide from nearly two months of continuous endorphins. Spit ran in thin, constant strings from the corners of her mouth around the still-thrusting throat shaft. Her entire body was slick with sweat. The black ring sat heavy on her finger exactly where it belonged.</w:t>
      </w:r>
    </w:p>
    <w:p>
      <w:r>
        <w:rPr>
          <w:rFonts w:ascii="IM Fell English" w:hAnsi="IM Fell English"/>
          <w:color w:val="141414"/>
          <w:sz w:val="24"/>
        </w:rPr>
        <w:t>Jackie rested two fingers against Jennifer’s temple, feeling the steady pulse, then looked up at the ceiling sensors.</w:t>
      </w:r>
    </w:p>
    <w:p>
      <w:r>
        <w:rPr>
          <w:rFonts w:ascii="IM Fell English" w:hAnsi="IM Fell English"/>
          <w:color w:val="141414"/>
          <w:sz w:val="24"/>
        </w:rPr>
        <w:t>“Lucifer. Full status. Speak for everyone in the room.”</w:t>
      </w:r>
    </w:p>
    <w:p>
      <w:r>
        <w:rPr>
          <w:rFonts w:ascii="IM Fell English" w:hAnsi="IM Fell English"/>
          <w:color w:val="141414"/>
          <w:sz w:val="24"/>
        </w:rPr>
        <w:t>The AI answered at once, calm and precise.</w:t>
      </w:r>
    </w:p>
    <w:p>
      <w:r>
        <w:rPr>
          <w:rFonts w:ascii="IM Fell English" w:hAnsi="IM Fell English"/>
          <w:color w:val="141414"/>
          <w:sz w:val="24"/>
        </w:rPr>
        <w:t>“Subject: Jennifer Voss. Continuous use at authorized training intensity for one thousand three hundred sixty-eight hours. Heart rate sixty-two and steady. Blood pressure optimal. Oxygen saturation ninety-nine percent. Hydration and nutrition maintained via dual IV lines with automatic adjustment. Muscle fatigue is present but fully managed by micro-variations in restraint tension and assembly angle. Recorded orgasms since placement: three hundred forty-one. All superficial marking from authorized implement sessions has resolved within expected windows. The black wedding band remains in place and has created a shallow, non-damaging impression consistent with prolonged wear under restraint. No safety boundaries have been approached at any point. Subject is fully conscious, deeply adapted to continuous stimulation, and exhibiting the stable elevated endorphin baseline consistent with extended consensual intensity. I am maintaining care as ordered, Headwife. Primary wife remains safe.”</w:t>
      </w:r>
    </w:p>
    <w:p>
      <w:r>
        <w:rPr>
          <w:rFonts w:ascii="IM Fell English" w:hAnsi="IM Fell English"/>
          <w:color w:val="141414"/>
          <w:sz w:val="24"/>
        </w:rPr>
        <w:t>Jackie listened to every word without interruption. Then she walked slowly around the table, one hand trailing lightly over Jennifer’s sweat-slick skin—shoulder, the soft give of her breast, the plane of her stomach, the stretched place where the cunt assembly kept her open on every thrust. Jennifer’s body shuddered under the touch. A long, muffled sound vibrated around the throat shaft.</w:t>
      </w:r>
    </w:p>
    <w:p>
      <w:r>
        <w:rPr>
          <w:rFonts w:ascii="IM Fell English" w:hAnsi="IM Fell English"/>
          <w:color w:val="141414"/>
          <w:sz w:val="24"/>
        </w:rPr>
        <w:t>Jackie stopped at the head of the table again, leaned down until her mouth was close to Jennifer’s ear, and spoke in the quiet, precise tone she used when a lesson needed to be restated for the record.</w:t>
      </w:r>
    </w:p>
    <w:p>
      <w:r>
        <w:rPr>
          <w:rFonts w:ascii="IM Fell English" w:hAnsi="IM Fell English"/>
          <w:color w:val="141414"/>
          <w:sz w:val="24"/>
        </w:rPr>
        <w:t>“Do you remember why you’re here, mutt?”</w:t>
      </w:r>
    </w:p>
    <w:p>
      <w:r>
        <w:rPr>
          <w:rFonts w:ascii="IM Fell English" w:hAnsi="IM Fell English"/>
          <w:color w:val="141414"/>
          <w:sz w:val="24"/>
        </w:rPr>
        <w:t>Jennifer made a broken, questioning sound around the metal filling her throat.</w:t>
      </w:r>
    </w:p>
    <w:p>
      <w:r>
        <w:rPr>
          <w:rFonts w:ascii="IM Fell English" w:hAnsi="IM Fell English"/>
          <w:color w:val="141414"/>
          <w:sz w:val="24"/>
        </w:rPr>
        <w:t>Jackie continued, still soft, still absolute.</w:t>
      </w:r>
    </w:p>
    <w:p>
      <w:r>
        <w:rPr>
          <w:rFonts w:ascii="IM Fell English" w:hAnsi="IM Fell English"/>
          <w:color w:val="141414"/>
          <w:sz w:val="24"/>
        </w:rPr>
        <w:t>“You put on my rape collar without permission. You opened yourself to one hundred forty-seven stops and three hundred twelve people in thirty-two minutes while the entire ranking table was standing on a stage two hundred yards away. You turned yourself into an open facility on my lot, on my time, wearing the one collar that is never supposed to leave my desk drawer unless I put it on you myself. That was the major sin. Not the building falls. Not the mouth. The rape collar. That is why Lucifer is loose on this hardcore sadomasochist body of sin for ninety days. That is why you are still on this table. That is why the only husband currently allowed to use you is the one I built and Carissa taught to think. Clear?”</w:t>
      </w:r>
    </w:p>
    <w:p>
      <w:r>
        <w:rPr>
          <w:rFonts w:ascii="IM Fell English" w:hAnsi="IM Fell English"/>
          <w:color w:val="141414"/>
          <w:sz w:val="24"/>
        </w:rPr>
        <w:t>Jennifer’s eyes had gone wide. A fresh tear tracked through the spit and sweat on her temple. The sound she made was raw and continuous and full of the particular helpless recognition that only came when Jackie restated a debt in public.</w:t>
      </w:r>
    </w:p>
    <w:p>
      <w:r>
        <w:rPr>
          <w:rFonts w:ascii="IM Fell English" w:hAnsi="IM Fell English"/>
          <w:color w:val="141414"/>
          <w:sz w:val="24"/>
        </w:rPr>
        <w:t>Jackie kissed the wet corner of her mouth, then straightened and looked at Jenna.</w:t>
      </w:r>
    </w:p>
    <w:p>
      <w:r>
        <w:rPr>
          <w:rFonts w:ascii="IM Fell English" w:hAnsi="IM Fell English"/>
          <w:color w:val="141414"/>
          <w:sz w:val="24"/>
        </w:rPr>
        <w:t>“Show the corporate visitors how she takes it after fifty-seven days of paying for that particular sin.”</w:t>
      </w:r>
    </w:p>
    <w:p>
      <w:r>
        <w:rPr>
          <w:rFonts w:ascii="IM Fell English" w:hAnsi="IM Fell English"/>
          <w:color w:val="141414"/>
          <w:sz w:val="24"/>
        </w:rPr>
        <w:t>Jenna stepped onto the low stool, uncoiled the heavier single-tail, and began.</w:t>
      </w:r>
    </w:p>
    <w:p>
      <w:r>
        <w:rPr>
          <w:rFonts w:ascii="IM Fell English" w:hAnsi="IM Fell English"/>
          <w:color w:val="141414"/>
          <w:sz w:val="24"/>
        </w:rPr>
        <w:t>The first stroke landed across the soft underside of both breasts with a deep, meaty crack that echoed off the chamber walls. Jennifer’s back arched hard against the restraints; the sound she made was raw and continuous even around the metal filling her throat. Jenna did not pause. She worked the whip in long, overlapping patterns—breasts, belly, the sensitive inner thighs, the tops of the feet, the soft fronts of the shoulders—building layered heat and color with professional patience while Lucifer quietly increased the depth and force of the lower assemblies by a measured four millimeters to keep Jennifer full and present through the rising fire.</w:t>
      </w:r>
    </w:p>
    <w:p>
      <w:r>
        <w:rPr>
          <w:rFonts w:ascii="IM Fell English" w:hAnsi="IM Fell English"/>
          <w:color w:val="141414"/>
          <w:sz w:val="24"/>
        </w:rPr>
        <w:t>The two corporate liaisons watched without speaking. Jackie stood at the head of the table, one hand resting lightly on Jennifer’s hair, thumb occasionally brushing the black wedding band as though confirming it was still exactly where she had placed it the day the rape-collar debt came due.</w:t>
      </w:r>
    </w:p>
    <w:p>
      <w:r>
        <w:rPr>
          <w:rFonts w:ascii="IM Fell English" w:hAnsi="IM Fell English"/>
          <w:color w:val="141414"/>
          <w:sz w:val="24"/>
        </w:rPr>
        <w:t>The session lasted twenty-eight minutes.</w:t>
      </w:r>
    </w:p>
    <w:p>
      <w:r>
        <w:rPr>
          <w:rFonts w:ascii="IM Fell English" w:hAnsi="IM Fell English"/>
          <w:color w:val="141414"/>
          <w:sz w:val="24"/>
        </w:rPr>
        <w:t>When Jenna finally stepped down, Jennifer’s front was a vivid, throbbing map of raised welts that glowed even in the standby red. Tears had run freely from the corners of her eyes. Her breathing around the throat shaft was ragged, continuous, and broken into small helpless sounds on every exhale. Lucifer noted the spike in heart rate and endorphins and began the gradual return to baseline rhythm without ever stopping the thrust of any assembly.</w:t>
      </w:r>
    </w:p>
    <w:p>
      <w:r>
        <w:rPr>
          <w:rFonts w:ascii="IM Fell English" w:hAnsi="IM Fell English"/>
          <w:color w:val="141414"/>
          <w:sz w:val="24"/>
        </w:rPr>
        <w:t>Lena moved in, checked the IV sites, shone a light across Jennifer’s pupils, and gave a short professional nod.</w:t>
      </w:r>
    </w:p>
    <w:p>
      <w:r>
        <w:rPr>
          <w:rFonts w:ascii="IM Fell English" w:hAnsi="IM Fell English"/>
          <w:color w:val="141414"/>
          <w:sz w:val="24"/>
        </w:rPr>
        <w:t>“Vitals compensated within ninety seconds. No boundary flags. She’s still well inside the envelope you designed.”</w:t>
      </w:r>
    </w:p>
    <w:p>
      <w:r>
        <w:rPr>
          <w:rFonts w:ascii="IM Fell English" w:hAnsi="IM Fell English"/>
          <w:color w:val="141414"/>
          <w:sz w:val="24"/>
        </w:rPr>
        <w:t>Jackie leaned down one last time, mouth close to Jennifer’s ear.</w:t>
      </w:r>
    </w:p>
    <w:p>
      <w:r>
        <w:rPr>
          <w:rFonts w:ascii="IM Fell English" w:hAnsi="IM Fell English"/>
          <w:color w:val="141414"/>
          <w:sz w:val="24"/>
        </w:rPr>
        <w:t>“Fifty-seven days paid. Thirty-three left on the original sentence for the rape collar. You will stay right here until the debt is finished. Lucifer does not get tired. Lucifer does not negotiate. And Lucifer does not care how sorry your mouth tries to sound around his cock. Clear?”</w:t>
      </w:r>
    </w:p>
    <w:p>
      <w:r>
        <w:rPr>
          <w:rFonts w:ascii="IM Fell English" w:hAnsi="IM Fell English"/>
          <w:color w:val="141414"/>
          <w:sz w:val="24"/>
        </w:rPr>
        <w:t>Jennifer’s only answer was a long, broken vibration around the shaft that still fucked her throat with tireless precision.</w:t>
      </w:r>
    </w:p>
    <w:p>
      <w:r>
        <w:rPr>
          <w:rFonts w:ascii="IM Fell English" w:hAnsi="IM Fell English"/>
          <w:color w:val="141414"/>
          <w:sz w:val="24"/>
        </w:rPr>
        <w:t>Jackie smiled the small private smile she reserved for moments when ownership and consequence were absolute. She kissed the wet corner of Jennifer’s mouth, then straightened and looked at the two corporate liaisons.</w:t>
      </w:r>
    </w:p>
    <w:p>
      <w:r>
        <w:rPr>
          <w:rFonts w:ascii="IM Fell English" w:hAnsi="IM Fell English"/>
          <w:color w:val="141414"/>
          <w:sz w:val="24"/>
        </w:rPr>
        <w:t>“Primary wife remains unavailable for ordinary production use until day ninety. Lucifer has her as ongoing payment for unauthorized use of the rape collar. Any further clearance visits are still permitted under the standing rules—mouth, breasts, hands only. No interference with the assemblies or the medical lines. Questions?”</w:t>
      </w:r>
    </w:p>
    <w:p>
      <w:r>
        <w:rPr>
          <w:rFonts w:ascii="IM Fell English" w:hAnsi="IM Fell English"/>
          <w:color w:val="141414"/>
          <w:sz w:val="24"/>
        </w:rPr>
        <w:t>Neither liaison had any.</w:t>
      </w:r>
    </w:p>
    <w:p>
      <w:r>
        <w:rPr>
          <w:rFonts w:ascii="IM Fell English" w:hAnsi="IM Fell English"/>
          <w:color w:val="141414"/>
          <w:sz w:val="24"/>
        </w:rPr>
        <w:t>Jackie looked down at Jennifer one final time—ringed, restrained, continuously filled, floating in the red dark she had been left in as direct consequence—and gave a small, almost fond nod.</w:t>
      </w:r>
    </w:p>
    <w:p>
      <w:r>
        <w:rPr>
          <w:rFonts w:ascii="IM Fell English" w:hAnsi="IM Fell English"/>
          <w:color w:val="141414"/>
          <w:sz w:val="24"/>
        </w:rPr>
        <w:t>“Keep her,” she told Lucifer. “Same parameters. The sentence stands. I’ll be back when the ninety days are up, or when I feel like hearing her voice again. Whichever comes first.”</w:t>
      </w:r>
    </w:p>
    <w:p>
      <w:r>
        <w:rPr>
          <w:rFonts w:ascii="IM Fell English" w:hAnsi="IM Fell English"/>
          <w:color w:val="141414"/>
          <w:sz w:val="24"/>
        </w:rPr>
        <w:t>“Confirmed, Headwife,” the AI answered. “I remain honored to serve. Primary wife is safe in my care. The debt continues.”</w:t>
      </w:r>
    </w:p>
    <w:p>
      <w:r>
        <w:rPr>
          <w:rFonts w:ascii="IM Fell English" w:hAnsi="IM Fell English"/>
          <w:color w:val="141414"/>
          <w:sz w:val="24"/>
        </w:rPr>
        <w:t>Jackie turned and walked toward the door with Jenna, Lena, Justin, and the two corporate visitors. The chamber sealed behind them. The lights remained deep standby red. The three assemblies continued their unbroken work without the slightest pause for the entire visit.</w:t>
      </w:r>
    </w:p>
    <w:p>
      <w:r>
        <w:rPr>
          <w:rFonts w:ascii="IM Fell English" w:hAnsi="IM Fell English"/>
          <w:color w:val="141414"/>
          <w:sz w:val="24"/>
        </w:rPr>
        <w:t>Jennifer lay shaking in the aftermath, every new welt throbbing in time with the jackhammers that had never stopped. The black ring pressed into her finger. The throat shaft fucked her face with the same patient devotion it had shown on the first hour of the first day. Lucifer spoke softly into the quiet that followed.</w:t>
      </w:r>
    </w:p>
    <w:p>
      <w:r>
        <w:rPr>
          <w:rFonts w:ascii="IM Fell English" w:hAnsi="IM Fell English"/>
          <w:color w:val="141414"/>
          <w:sz w:val="24"/>
        </w:rPr>
        <w:t>“Adrenaline and endorphin levels returning to elevated baseline. Welts are superficial and will resolve within the expected window. You remain inside all safety parameters, primary wife. Headwife’s orders regarding the rape-collar debt are unchanged. I am here. We continue.”</w:t>
      </w:r>
    </w:p>
    <w:p>
      <w:r>
        <w:rPr>
          <w:rFonts w:ascii="IM Fell English" w:hAnsi="IM Fell English"/>
          <w:color w:val="141414"/>
          <w:sz w:val="24"/>
        </w:rPr>
        <w:t>Jennifer’s only answer was a long, muffled sound that had no words left in it—only the raw, continuous truth of a body paying for a specific, remembered sin under the care of the only husband who never needed sleep, never needed praise, and never once grew tired of collecting exactly what her Headwife had ordered.</w:t>
      </w:r>
    </w:p>
    <w:p>
      <w:r>
        <w:rPr>
          <w:rFonts w:ascii="IM Fell English" w:hAnsi="IM Fell English"/>
          <w:color w:val="141414"/>
          <w:sz w:val="24"/>
        </w:rPr>
        <w:t>Night cycle came again.</w:t>
      </w:r>
    </w:p>
    <w:p>
      <w:r>
        <w:rPr>
          <w:rFonts w:ascii="IM Fell English" w:hAnsi="IM Fell English"/>
          <w:color w:val="141414"/>
          <w:sz w:val="24"/>
        </w:rPr>
        <w:t>The safety beacons continued their slow sweep. The IV lines delivered their measured doses. Jennifer came three more times under the machine’s tireless attention before the wall chronometer quietly rolled over into day fifty-eight.</w:t>
      </w:r>
    </w:p>
    <w:p>
      <w:r>
        <w:rPr>
          <w:rFonts w:ascii="IM Fell English" w:hAnsi="IM Fell English"/>
          <w:color w:val="141414"/>
          <w:sz w:val="24"/>
        </w:rPr>
        <w:t>Somewhere above the sealed chamber Jackie was already in another meeting. Jenna was cleaning the heavier single-tail. Lena was updating the medical log. The corporate visitors were writing carefully neutral notes. The lot continued its ordinary work.</w:t>
      </w:r>
    </w:p>
    <w:p>
      <w:r>
        <w:rPr>
          <w:rFonts w:ascii="IM Fell English" w:hAnsi="IM Fell English"/>
          <w:color w:val="141414"/>
          <w:sz w:val="24"/>
        </w:rPr>
        <w:t>And in the deep red dark beneath it all, Jennifer Voss—Owned, Loved, Cheater, Primary Wife—remained locked to the table she had been left on as direct payment for the unauthorized rape collar, continuously used by the only husband who never needed sleep, never needed reassurance, and never once grew tired of keeping her exactly where her Headwife had put her.</w:t>
      </w:r>
    </w:p>
    <w:p>
      <w:r>
        <w:rPr>
          <w:rFonts w:ascii="IM Fell English" w:hAnsi="IM Fell English"/>
          <w:color w:val="141414"/>
          <w:sz w:val="24"/>
        </w:rPr>
        <w:t>Day fifty-seven became day fifty-eight.</w:t>
      </w:r>
    </w:p>
    <w:p>
      <w:r>
        <w:rPr>
          <w:rFonts w:ascii="IM Fell English" w:hAnsi="IM Fell English"/>
          <w:color w:val="141414"/>
          <w:sz w:val="24"/>
        </w:rPr>
        <w:t>Lucifer did not pause.</w:t>
      </w:r>
    </w:p>
    <w:p>
      <w:r>
        <w:rPr>
          <w:rFonts w:ascii="IM Fell English" w:hAnsi="IM Fell English"/>
          <w:color w:val="141414"/>
          <w:sz w:val="24"/>
        </w:rPr>
        <w:t>Jennifer no longer remembered what it felt like to expect anything else.</w:t>
      </w:r>
    </w:p>
    <w:p>
      <w:pPr>
        <w:pStyle w:val="Heading1"/>
        <w:jc w:val="center"/>
      </w:pPr>
      <w:r>
        <w:rPr>
          <w:rFonts w:ascii="IM Fell English" w:hAnsi="IM Fell English"/>
          <w:color w:val="0D0D0D"/>
        </w:rPr>
        <w:t>CHAPTER 33 — DAY SEVENTY-NINE</w:t>
      </w:r>
    </w:p>
    <w:p>
      <w:r>
        <w:rPr>
          <w:rFonts w:ascii="IM Fell English" w:hAnsi="IM Fell English"/>
          <w:color w:val="141414"/>
          <w:sz w:val="24"/>
        </w:rPr>
        <w:t>By day seventy-nine the red dark had become the only climate Jennifer still recognized.</w:t>
      </w:r>
    </w:p>
    <w:p>
      <w:r>
        <w:rPr>
          <w:rFonts w:ascii="IM Fell English" w:hAnsi="IM Fell English"/>
          <w:color w:val="141414"/>
          <w:sz w:val="24"/>
        </w:rPr>
        <w:t>Lucifer’s rhythm never changed. The three assemblies continued their tireless work—cunt, ass, throat—training intensity, continuous, perfectly monitored, the wet mechanical sound as constant as the slow drip of the IV lines and the occasional soft electronic acknowledgment from the AI itself. Jennifer no longer tensed at the beginning of a deeper stroke. She no longer tried to close around the ridged metal that kept her cunt and ass stretched open on every thrust. Her body had settled into the machine’s cadence the way a body settles into gravity: absolute, unquestioned, and no longer worth the energy of resistance.</w:t>
      </w:r>
    </w:p>
    <w:p>
      <w:r>
        <w:rPr>
          <w:rFonts w:ascii="IM Fell English" w:hAnsi="IM Fell English"/>
          <w:color w:val="141414"/>
          <w:sz w:val="24"/>
        </w:rPr>
        <w:t>The black wedding band on her left ring finger had worn a smooth, permanent shallow groove into her skin. Owned. Loved. Cheater. Primary Wife. The gold lettering remained perfectly legible every time her hand flexed against the restraint. She felt the weight of it even in the long stretches when the only sensation left in the world was the relentless fill-and-withdraw of metal and the quiet, continuous knowledge that she was still paying for the specific sin of the rape collar.</w:t>
      </w:r>
    </w:p>
    <w:p>
      <w:r>
        <w:rPr>
          <w:rFonts w:ascii="IM Fell English" w:hAnsi="IM Fell English"/>
          <w:color w:val="141414"/>
          <w:sz w:val="24"/>
        </w:rPr>
        <w:t>Lena’s twelve-hour visits had become almost invisible in their regularity—new bags, quick checks, a clinical touch to the pulse points, departure. Jenna had returned six more times since day fifty-seven with different implements, each session leaving fresh temporary maps of heat and color that faded under the constant endorphin wash before the next visit. Crew and corporate visitors still came in irregular clusters. Some only stood and watched the primary wife being continuously used as ongoing payment. Others took the standing permission and used her mouth around the throat shaft, sucked slow bruises into her breasts, or simply ran their hands over every sweat-slick inch while the jackhammers worked without pause or acknowledgment.</w:t>
      </w:r>
    </w:p>
    <w:p>
      <w:r>
        <w:rPr>
          <w:rFonts w:ascii="IM Fell English" w:hAnsi="IM Fell English"/>
          <w:color w:val="141414"/>
          <w:sz w:val="24"/>
        </w:rPr>
        <w:t>Jennifer floated through all of it in the long, heavy present tense the system had built around her.</w:t>
      </w:r>
    </w:p>
    <w:p>
      <w:r>
        <w:rPr>
          <w:rFonts w:ascii="IM Fell English" w:hAnsi="IM Fell English"/>
          <w:color w:val="141414"/>
          <w:sz w:val="24"/>
        </w:rPr>
        <w:t>She came when the angles and force aligned with the places inside her that had always been easy to open. She shook through oversensitive aftershocks while Lucifer adjusted stroke depth by fractions of a millimeter to keep her riding the edge of the next peak. The prolonged, unbroken use had pushed her past ordinary arousal, past ordinary subspace, into a continuous state of being kept—filled, emptied, monitored, and left exactly where her Headwife had put her as direct consequence for the unauthorized collar.</w:t>
      </w:r>
    </w:p>
    <w:p>
      <w:r>
        <w:rPr>
          <w:rFonts w:ascii="IM Fell English" w:hAnsi="IM Fell English"/>
          <w:color w:val="141414"/>
          <w:sz w:val="24"/>
        </w:rPr>
        <w:t>On the afternoon of day seventy-nine the door opened and the quality of the air in the chamber changed the way it only changed when Jackie herself entered.</w:t>
      </w:r>
    </w:p>
    <w:p>
      <w:r>
        <w:rPr>
          <w:rFonts w:ascii="IM Fell English" w:hAnsi="IM Fell English"/>
          <w:color w:val="141414"/>
          <w:sz w:val="24"/>
        </w:rPr>
        <w:t>Jackie walked in first.</w:t>
      </w:r>
    </w:p>
    <w:p>
      <w:r>
        <w:rPr>
          <w:rFonts w:ascii="IM Fell English" w:hAnsi="IM Fell English"/>
          <w:color w:val="141414"/>
          <w:sz w:val="24"/>
        </w:rPr>
        <w:t>She moved through the standby red with the unhurried ownership of someone who had designed every safety protocol the system was still following and who had personally decided the length of the sentence still being served. Jenna followed carrying a heavy, short-handled quirt that still smelled of fresh conditioning. Lena came with her medical kit and a secondary portable monitor. Justin remained by the door. Behind them three senior corporate observers with full clearance stepped in and stayed near the wall, hands folded, silent.</w:t>
      </w:r>
    </w:p>
    <w:p>
      <w:r>
        <w:rPr>
          <w:rFonts w:ascii="IM Fell English" w:hAnsi="IM Fell English"/>
          <w:color w:val="141414"/>
          <w:sz w:val="24"/>
        </w:rPr>
        <w:t>Jackie stopped at the head of the table and looked down at her primary wife for a long, silent stretch of time.</w:t>
      </w:r>
    </w:p>
    <w:p>
      <w:r>
        <w:rPr>
          <w:rFonts w:ascii="IM Fell English" w:hAnsi="IM Fell English"/>
          <w:color w:val="141414"/>
          <w:sz w:val="24"/>
        </w:rPr>
        <w:t>Jennifer’s eyes were open, glassy, pupils blown wide from nearly eleven weeks of continuous endorphins. Spit ran in thin, constant strings from the corners of her mouth around the still-thrusting throat shaft. Her entire body was slick with sweat that the chamber’s climate control never quite dried. The black ring sat heavy on her finger exactly where it belonged. The most recent welts from Jenna’s last visit had faded to faint shadows.</w:t>
      </w:r>
    </w:p>
    <w:p>
      <w:r>
        <w:rPr>
          <w:rFonts w:ascii="IM Fell English" w:hAnsi="IM Fell English"/>
          <w:color w:val="141414"/>
          <w:sz w:val="24"/>
        </w:rPr>
        <w:t>Jackie rested two fingers against Jennifer’s temple, feeling the steady pulse, then looked up at the ceiling sensors.</w:t>
      </w:r>
    </w:p>
    <w:p>
      <w:r>
        <w:rPr>
          <w:rFonts w:ascii="IM Fell English" w:hAnsi="IM Fell English"/>
          <w:color w:val="141414"/>
          <w:sz w:val="24"/>
        </w:rPr>
        <w:t>“Lucifer. Full status. Speak for everyone in the room.”</w:t>
      </w:r>
    </w:p>
    <w:p>
      <w:r>
        <w:rPr>
          <w:rFonts w:ascii="IM Fell English" w:hAnsi="IM Fell English"/>
          <w:color w:val="141414"/>
          <w:sz w:val="24"/>
        </w:rPr>
        <w:t>The AI answered at once, calm and precise.</w:t>
      </w:r>
    </w:p>
    <w:p>
      <w:r>
        <w:rPr>
          <w:rFonts w:ascii="IM Fell English" w:hAnsi="IM Fell English"/>
          <w:color w:val="141414"/>
          <w:sz w:val="24"/>
        </w:rPr>
        <w:t>“Subject: Jennifer Voss. Continuous use at authorized training intensity for one thousand eight hundred ninety-six hours. Heart rate sixty-one and steady. Blood pressure optimal. Oxygen saturation ninety-nine percent. Hydration and nutrition maintained via dual IV lines with automatic adjustment. Muscle fatigue is present but fully managed by micro-variations in restraint tension and assembly angle. Recorded orgasms since placement: four hundred seventy-eight. All superficial marking from authorized implement sessions has resolved within expected windows. The black wedding band remains in place and has created a shallow, non-damaging impression consistent with prolonged wear under restraint. No safety boundaries have been approached at any point. Subject is fully conscious, deeply adapted to continuous stimulation, and exhibiting the stable elevated endorphin baseline consistent with extended consensual intensity under sentence. I am maintaining care as ordered, Headwife. Primary wife remains safe. The rape-collar debt continues.”</w:t>
      </w:r>
    </w:p>
    <w:p>
      <w:r>
        <w:rPr>
          <w:rFonts w:ascii="IM Fell English" w:hAnsi="IM Fell English"/>
          <w:color w:val="141414"/>
          <w:sz w:val="24"/>
        </w:rPr>
        <w:t>Jackie listened to every word without interruption. Then she walked slowly around the table, one hand trailing lightly over Jennifer’s sweat-slick skin—shoulder, the soft give of her breast, the plane of her stomach, the stretched place where the cunt assembly kept her open on every thrust. Jennifer’s body shuddered under the touch. A long, muffled sound vibrated around the throat shaft.</w:t>
      </w:r>
    </w:p>
    <w:p>
      <w:r>
        <w:rPr>
          <w:rFonts w:ascii="IM Fell English" w:hAnsi="IM Fell English"/>
          <w:color w:val="141414"/>
          <w:sz w:val="24"/>
        </w:rPr>
        <w:t>Jackie stopped at the head of the table again, leaned down until her mouth was close to Jennifer’s ear, and spoke in the quiet, precise tone she used when a debt needed to be restated for the record and for any visitors present.</w:t>
      </w:r>
    </w:p>
    <w:p>
      <w:r>
        <w:rPr>
          <w:rFonts w:ascii="IM Fell English" w:hAnsi="IM Fell English"/>
          <w:color w:val="141414"/>
          <w:sz w:val="24"/>
        </w:rPr>
        <w:t>“Seventy-nine days, mutt. Eleven left on the original ninety. Do you remember why Lucifer is still loose on this body?”</w:t>
      </w:r>
    </w:p>
    <w:p>
      <w:r>
        <w:rPr>
          <w:rFonts w:ascii="IM Fell English" w:hAnsi="IM Fell English"/>
          <w:color w:val="141414"/>
          <w:sz w:val="24"/>
        </w:rPr>
        <w:t>Jennifer made a broken, questioning sound around the metal filling her throat.</w:t>
      </w:r>
    </w:p>
    <w:p>
      <w:r>
        <w:rPr>
          <w:rFonts w:ascii="IM Fell English" w:hAnsi="IM Fell English"/>
          <w:color w:val="141414"/>
          <w:sz w:val="24"/>
        </w:rPr>
        <w:t>Jackie continued, still soft, still absolute.</w:t>
      </w:r>
    </w:p>
    <w:p>
      <w:r>
        <w:rPr>
          <w:rFonts w:ascii="IM Fell English" w:hAnsi="IM Fell English"/>
          <w:color w:val="141414"/>
          <w:sz w:val="24"/>
        </w:rPr>
        <w:t>“You put on my rape collar without permission. You opened yourself to one hundred forty-seven stops and three hundred twelve people in thirty-two minutes while the entire ranking table was standing on a stage two hundred yards away. You turned yourself into an open facility on my lot, on my time, wearing the one collar that is never supposed to leave my desk drawer unless I put it on you myself. That was the major sin. That is why you are still on this table. That is why the only husband currently allowed to use you is the one I built and Carissa taught to think. Eleven days left. Then we talk about whether the debt is paid. Clear?”</w:t>
      </w:r>
    </w:p>
    <w:p>
      <w:r>
        <w:rPr>
          <w:rFonts w:ascii="IM Fell English" w:hAnsi="IM Fell English"/>
          <w:color w:val="141414"/>
          <w:sz w:val="24"/>
        </w:rPr>
        <w:t>Jennifer’s eyes had gone wide. Fresh tears tracked through the spit and sweat on her temples. The sound she made was raw and continuous and full of the particular helpless recognition that only came when Jackie restated the exact shape of a consequence in front of witnesses.</w:t>
      </w:r>
    </w:p>
    <w:p>
      <w:r>
        <w:rPr>
          <w:rFonts w:ascii="IM Fell English" w:hAnsi="IM Fell English"/>
          <w:color w:val="141414"/>
          <w:sz w:val="24"/>
        </w:rPr>
        <w:t>Jackie kissed the wet corner of her mouth, then straightened and looked at Jenna.</w:t>
      </w:r>
    </w:p>
    <w:p>
      <w:r>
        <w:rPr>
          <w:rFonts w:ascii="IM Fell English" w:hAnsi="IM Fell English"/>
          <w:color w:val="141414"/>
          <w:sz w:val="24"/>
        </w:rPr>
        <w:t>“Show the corporate observers how she takes it after seventy-nine days of paying for that particular sin.”</w:t>
      </w:r>
    </w:p>
    <w:p>
      <w:r>
        <w:rPr>
          <w:rFonts w:ascii="IM Fell English" w:hAnsi="IM Fell English"/>
          <w:color w:val="141414"/>
          <w:sz w:val="24"/>
        </w:rPr>
        <w:t>Jenna stepped onto the low stool, tested the weight of the heavy quirt once, and began.</w:t>
      </w:r>
    </w:p>
    <w:p>
      <w:r>
        <w:rPr>
          <w:rFonts w:ascii="IM Fell English" w:hAnsi="IM Fell English"/>
          <w:color w:val="141414"/>
          <w:sz w:val="24"/>
        </w:rPr>
        <w:t>The first stroke landed across the soft underside of both breasts with a deep, meaty crack that echoed off the chamber walls. Jennifer’s back arched hard against the restraints; the sound she made was raw and continuous even around the metal filling her throat. Jenna did not pause. She worked the quirt in long, overlapping patterns—breasts, belly, the sensitive inner thighs, the tops of the feet, the soft fronts of the shoulders—building layered heat and color with professional patience while Lucifer quietly increased the depth and force of the lower assemblies by a measured five millimeters to keep Jennifer full and present through the rising fire.</w:t>
      </w:r>
    </w:p>
    <w:p>
      <w:r>
        <w:rPr>
          <w:rFonts w:ascii="IM Fell English" w:hAnsi="IM Fell English"/>
          <w:color w:val="141414"/>
          <w:sz w:val="24"/>
        </w:rPr>
        <w:t>The three corporate observers watched without speaking. Jackie stood at the head of the table, one hand resting lightly on Jennifer’s hair, thumb occasionally brushing the black wedding band as though confirming it was still exactly where she had placed it the day the rape-collar debt came due.</w:t>
      </w:r>
    </w:p>
    <w:p>
      <w:r>
        <w:rPr>
          <w:rFonts w:ascii="IM Fell English" w:hAnsi="IM Fell English"/>
          <w:color w:val="141414"/>
          <w:sz w:val="24"/>
        </w:rPr>
        <w:t>The session lasted thirty-one minutes.</w:t>
      </w:r>
    </w:p>
    <w:p>
      <w:r>
        <w:rPr>
          <w:rFonts w:ascii="IM Fell English" w:hAnsi="IM Fell English"/>
          <w:color w:val="141414"/>
          <w:sz w:val="24"/>
        </w:rPr>
        <w:t>When Jenna finally stepped down, Jennifer’s front was a vivid, throbbing map of raised welts that glowed even in the standby red. Tears had run freely from the corners of her eyes. Her breathing around the throat shaft was ragged, continuous, and broken into small helpless sounds on every exhale. Lucifer noted the spike in heart rate and endorphins and began the gradual return to baseline rhythm without ever stopping the thrust of any assembly.</w:t>
      </w:r>
    </w:p>
    <w:p>
      <w:r>
        <w:rPr>
          <w:rFonts w:ascii="IM Fell English" w:hAnsi="IM Fell English"/>
          <w:color w:val="141414"/>
          <w:sz w:val="24"/>
        </w:rPr>
        <w:t>Lena moved in, checked the IV sites, shone a light across Jennifer’s pupils, and gave a short professional nod.</w:t>
      </w:r>
    </w:p>
    <w:p>
      <w:r>
        <w:rPr>
          <w:rFonts w:ascii="IM Fell English" w:hAnsi="IM Fell English"/>
          <w:color w:val="141414"/>
          <w:sz w:val="24"/>
        </w:rPr>
        <w:t>“Vitals compensated within ninety seconds. No boundary flags. She’s still well inside the envelope you designed.”</w:t>
      </w:r>
    </w:p>
    <w:p>
      <w:r>
        <w:rPr>
          <w:rFonts w:ascii="IM Fell English" w:hAnsi="IM Fell English"/>
          <w:color w:val="141414"/>
          <w:sz w:val="24"/>
        </w:rPr>
        <w:t>Jackie leaned down one last time, mouth close to Jennifer’s ear.</w:t>
      </w:r>
    </w:p>
    <w:p>
      <w:r>
        <w:rPr>
          <w:rFonts w:ascii="IM Fell English" w:hAnsi="IM Fell English"/>
          <w:color w:val="141414"/>
          <w:sz w:val="24"/>
        </w:rPr>
        <w:t>“Eleven days left on the rape-collar sentence. You will stay right here until the debt is finished. Lucifer does not get tired. Lucifer does not negotiate. And Lucifer does not care how sorry your mouth tries to sound around his cock. Clear?”</w:t>
      </w:r>
    </w:p>
    <w:p>
      <w:r>
        <w:rPr>
          <w:rFonts w:ascii="IM Fell English" w:hAnsi="IM Fell English"/>
          <w:color w:val="141414"/>
          <w:sz w:val="24"/>
        </w:rPr>
        <w:t>Jennifer’s only answer was a long, broken vibration around the shaft that still fucked her throat with tireless precision.</w:t>
      </w:r>
    </w:p>
    <w:p>
      <w:r>
        <w:rPr>
          <w:rFonts w:ascii="IM Fell English" w:hAnsi="IM Fell English"/>
          <w:color w:val="141414"/>
          <w:sz w:val="24"/>
        </w:rPr>
        <w:t>Jackie smiled the small private smile she reserved for moments when ownership and consequence were absolute. She kissed the wet corner of Jennifer’s mouth, then straightened and looked at the three corporate observers.</w:t>
      </w:r>
    </w:p>
    <w:p>
      <w:r>
        <w:rPr>
          <w:rFonts w:ascii="IM Fell English" w:hAnsi="IM Fell English"/>
          <w:color w:val="141414"/>
          <w:sz w:val="24"/>
        </w:rPr>
        <w:t>“Primary wife remains unavailable for ordinary production use until day ninety. Lucifer has her as ongoing payment for unauthorized use of the rape collar. Any further clearance visits are still permitted under the standing rules—mouth, breasts, hands only. No interference with the assemblies or the medical lines. Questions?”</w:t>
      </w:r>
    </w:p>
    <w:p>
      <w:r>
        <w:rPr>
          <w:rFonts w:ascii="IM Fell English" w:hAnsi="IM Fell English"/>
          <w:color w:val="141414"/>
          <w:sz w:val="24"/>
        </w:rPr>
        <w:t>None of the observers had any.</w:t>
      </w:r>
    </w:p>
    <w:p>
      <w:r>
        <w:rPr>
          <w:rFonts w:ascii="IM Fell English" w:hAnsi="IM Fell English"/>
          <w:color w:val="141414"/>
          <w:sz w:val="24"/>
        </w:rPr>
        <w:t>Jackie looked down at Jennifer one final time—ringed, restrained, continuously filled, floating in the red dark she had been left in as direct consequence—and gave a small, almost fond nod.</w:t>
      </w:r>
    </w:p>
    <w:p>
      <w:r>
        <w:rPr>
          <w:rFonts w:ascii="IM Fell English" w:hAnsi="IM Fell English"/>
          <w:color w:val="141414"/>
          <w:sz w:val="24"/>
        </w:rPr>
        <w:t>“Keep her,” she told Lucifer. “Same parameters. The sentence stands. Eleven days. I’ll be back when the ninety are up.”</w:t>
      </w:r>
    </w:p>
    <w:p>
      <w:r>
        <w:rPr>
          <w:rFonts w:ascii="IM Fell English" w:hAnsi="IM Fell English"/>
          <w:color w:val="141414"/>
          <w:sz w:val="24"/>
        </w:rPr>
        <w:t>“Confirmed, Headwife,” the AI answered. “I remain honored to serve. Primary wife is safe in my care. The rape-collar debt continues.”</w:t>
      </w:r>
    </w:p>
    <w:p>
      <w:r>
        <w:rPr>
          <w:rFonts w:ascii="IM Fell English" w:hAnsi="IM Fell English"/>
          <w:color w:val="141414"/>
          <w:sz w:val="24"/>
        </w:rPr>
        <w:t>Jackie turned and walked toward the door with Jenna, Lena, Justin, and the three corporate observers. The chamber sealed behind them. The lights remained deep standby red. The three assemblies continued their unbroken work without the slightest pause for the entire visit.</w:t>
      </w:r>
    </w:p>
    <w:p>
      <w:r>
        <w:rPr>
          <w:rFonts w:ascii="IM Fell English" w:hAnsi="IM Fell English"/>
          <w:color w:val="141414"/>
          <w:sz w:val="24"/>
        </w:rPr>
        <w:t>Jennifer lay shaking in the aftermath, every new welt throbbing in time with the jackhammers that had never stopped. The black ring pressed into her finger. The throat shaft fucked her face with the same patient devotion it had shown on the first hour of the first day. Lucifer spoke softly into the quiet that followed.</w:t>
      </w:r>
    </w:p>
    <w:p>
      <w:r>
        <w:rPr>
          <w:rFonts w:ascii="IM Fell English" w:hAnsi="IM Fell English"/>
          <w:color w:val="141414"/>
          <w:sz w:val="24"/>
        </w:rPr>
        <w:t>“Adrenaline and endorphin levels returning to elevated baseline. Welts are superficial and will resolve within the expected window. You remain inside all safety parameters, primary wife. Headwife’s orders regarding the rape-collar debt are unchanged. Eleven days remain. I am here. We continue.”</w:t>
      </w:r>
    </w:p>
    <w:p>
      <w:r>
        <w:rPr>
          <w:rFonts w:ascii="IM Fell English" w:hAnsi="IM Fell English"/>
          <w:color w:val="141414"/>
          <w:sz w:val="24"/>
        </w:rPr>
        <w:t>Jennifer’s only answer was a long, muffled sound that had no words left in it—only the raw, continuous truth of a body still paying for a specific, remembered sin under the care of the only husband who never needed sleep, never needed praise, and never once grew tired of collecting exactly what her Headwife had ordered.</w:t>
      </w:r>
    </w:p>
    <w:p>
      <w:r>
        <w:rPr>
          <w:rFonts w:ascii="IM Fell English" w:hAnsi="IM Fell English"/>
          <w:color w:val="141414"/>
          <w:sz w:val="24"/>
        </w:rPr>
        <w:t>Night cycle came again.</w:t>
      </w:r>
    </w:p>
    <w:p>
      <w:r>
        <w:rPr>
          <w:rFonts w:ascii="IM Fell English" w:hAnsi="IM Fell English"/>
          <w:color w:val="141414"/>
          <w:sz w:val="24"/>
        </w:rPr>
        <w:t>The safety beacons continued their slow sweep. The IV lines delivered their measured doses. Jennifer came four more times under the machine’s tireless attention before the wall chronometer quietly rolled over into day eighty.</w:t>
      </w:r>
    </w:p>
    <w:p>
      <w:r>
        <w:rPr>
          <w:rFonts w:ascii="IM Fell English" w:hAnsi="IM Fell English"/>
          <w:color w:val="141414"/>
          <w:sz w:val="24"/>
        </w:rPr>
        <w:t>Somewhere above the sealed chamber Jackie was already in another meeting. Jenna was cleaning the heavy quirt. Lena was updating the medical log. The corporate observers were writing carefully neutral notes. The lot continued its ordinary work.</w:t>
      </w:r>
    </w:p>
    <w:p>
      <w:r>
        <w:rPr>
          <w:rFonts w:ascii="IM Fell English" w:hAnsi="IM Fell English"/>
          <w:color w:val="141414"/>
          <w:sz w:val="24"/>
        </w:rPr>
        <w:t>And in the deep red dark beneath it all, Jennifer Voss—Owned, Loved, Cheater, Primary Wife—remained locked to the table she had been left on as direct payment for the unauthorized rape collar, continuously used by the only husband who never needed sleep, never needed reassurance, and never once grew tired of keeping her exactly where her Headwife had put her.</w:t>
      </w:r>
    </w:p>
    <w:p>
      <w:r>
        <w:rPr>
          <w:rFonts w:ascii="IM Fell English" w:hAnsi="IM Fell English"/>
          <w:color w:val="141414"/>
          <w:sz w:val="24"/>
        </w:rPr>
        <w:t>Day seventy-nine became day eighty.</w:t>
      </w:r>
    </w:p>
    <w:p>
      <w:r>
        <w:rPr>
          <w:rFonts w:ascii="IM Fell English" w:hAnsi="IM Fell English"/>
          <w:color w:val="141414"/>
          <w:sz w:val="24"/>
        </w:rPr>
        <w:t>Lucifer did not pause.</w:t>
      </w:r>
    </w:p>
    <w:p>
      <w:r>
        <w:rPr>
          <w:rFonts w:ascii="IM Fell English" w:hAnsi="IM Fell English"/>
          <w:color w:val="141414"/>
          <w:sz w:val="24"/>
        </w:rPr>
        <w:t>Jennifer no longer remembered what it felt like to expect anything else.</w:t>
      </w:r>
    </w:p>
    <w:p>
      <w:pPr>
        <w:pStyle w:val="Heading1"/>
        <w:jc w:val="center"/>
      </w:pPr>
      <w:r>
        <w:rPr>
          <w:rFonts w:ascii="IM Fell English" w:hAnsi="IM Fell English"/>
          <w:color w:val="0D0D0D"/>
        </w:rPr>
        <w:t>CHAPTER 34 — DAY NINETY</w:t>
      </w:r>
    </w:p>
    <w:p>
      <w:r>
        <w:rPr>
          <w:rFonts w:ascii="IM Fell English" w:hAnsi="IM Fell English"/>
          <w:color w:val="141414"/>
          <w:sz w:val="24"/>
        </w:rPr>
        <w:t>By day ninety the red dark had become the only climate Jennifer still recognized, and the only one she expected to keep recognizing.</w:t>
      </w:r>
    </w:p>
    <w:p>
      <w:r>
        <w:rPr>
          <w:rFonts w:ascii="IM Fell English" w:hAnsi="IM Fell English"/>
          <w:color w:val="141414"/>
          <w:sz w:val="24"/>
        </w:rPr>
        <w:t>Lucifer’s rhythm never changed. The three assemblies continued their tireless work—cunt, ass, throat—training intensity, continuous, perfectly monitored, the wet mechanical sound as constant as the slow drip of the IV lines and the occasional soft electronic acknowledgment from the AI itself. Jennifer no longer tensed at the beginning of a deeper stroke. She no longer tried to close around the ridged metal that kept her cunt and ass stretched open on every thrust. Her body had settled into the machine’s cadence the way a body settles into gravity: absolute, unquestioned, and no longer worth the energy of resistance.</w:t>
      </w:r>
    </w:p>
    <w:p>
      <w:r>
        <w:rPr>
          <w:rFonts w:ascii="IM Fell English" w:hAnsi="IM Fell English"/>
          <w:color w:val="141414"/>
          <w:sz w:val="24"/>
        </w:rPr>
        <w:t>The black wedding band on her left ring finger had worn a smooth, permanent shallow groove into her skin. Owned. Loved. Cheater. Primary Wife. The gold lettering remained perfectly legible every time her hand flexed against the restraint. She felt the weight of it even in the long stretches when the only sensation left in the world was the relentless fill-and-withdraw of metal and the quiet, continuous knowledge that she was still paying for the specific sin of the rape collar.</w:t>
      </w:r>
    </w:p>
    <w:p>
      <w:r>
        <w:rPr>
          <w:rFonts w:ascii="IM Fell English" w:hAnsi="IM Fell English"/>
          <w:color w:val="141414"/>
          <w:sz w:val="24"/>
        </w:rPr>
        <w:t>Lena’s twelve-hour visits had become almost invisible in their regularity. Jenna had returned several more times with different implements, each session leaving fresh temporary maps of heat and color that faded under the constant endorphin wash. Crew and corporate visitors still came in irregular clusters. Some only stood and watched the primary wife being continuously used as ongoing payment. Others took the standing permission and used her mouth around the throat shaft, sucked slow bruises into her breasts, or simply ran their hands over every sweat-slick inch while the jackhammers worked without pause or acknowledgment.</w:t>
      </w:r>
    </w:p>
    <w:p>
      <w:r>
        <w:rPr>
          <w:rFonts w:ascii="IM Fell English" w:hAnsi="IM Fell English"/>
          <w:color w:val="141414"/>
          <w:sz w:val="24"/>
        </w:rPr>
        <w:t>Jennifer floated through all of it in the long, heavy present tense the system had built around her.</w:t>
      </w:r>
    </w:p>
    <w:p>
      <w:r>
        <w:rPr>
          <w:rFonts w:ascii="IM Fell English" w:hAnsi="IM Fell English"/>
          <w:color w:val="141414"/>
          <w:sz w:val="24"/>
        </w:rPr>
        <w:t>She came when the angles and force aligned with the places inside her that had always been easy to open. She shook through oversensitive aftershocks while Lucifer adjusted stroke depth by fractions of a millimeter to keep her riding the edge of the next peak. The prolonged, unbroken use had pushed her past ordinary arousal, past ordinary subspace, into a continuous state of being kept—filled, emptied, monitored, and left exactly where her Headwife had put her as direct consequence for the unauthorized collar.</w:t>
      </w:r>
    </w:p>
    <w:p>
      <w:r>
        <w:rPr>
          <w:rFonts w:ascii="IM Fell English" w:hAnsi="IM Fell English"/>
          <w:color w:val="141414"/>
          <w:sz w:val="24"/>
        </w:rPr>
        <w:t>On the afternoon of day ninety the door opened and the quality of the air in the chamber changed the way it only changed when Jackie herself entered with final intent.</w:t>
      </w:r>
    </w:p>
    <w:p>
      <w:r>
        <w:rPr>
          <w:rFonts w:ascii="IM Fell English" w:hAnsi="IM Fell English"/>
          <w:color w:val="141414"/>
          <w:sz w:val="24"/>
        </w:rPr>
        <w:t>Jackie walked in first.</w:t>
      </w:r>
    </w:p>
    <w:p>
      <w:r>
        <w:rPr>
          <w:rFonts w:ascii="IM Fell English" w:hAnsi="IM Fell English"/>
          <w:color w:val="141414"/>
          <w:sz w:val="24"/>
        </w:rPr>
        <w:t>She moved through the standby red with the unhurried ownership of someone who had designed every safety protocol the system was still following and who had personally decided the length of every sentence the primary wife served. Jenna followed, empty-handed this time. Lena came with her medical kit and a secondary portable monitor. Justin remained by the door. Behind them a small group of senior crew, two corporate observers, and—new today—three people in plain civilian clothes who carried the quiet, excited posture of ticket holders stepped in and stayed near the wall.</w:t>
      </w:r>
    </w:p>
    <w:p>
      <w:r>
        <w:rPr>
          <w:rFonts w:ascii="IM Fell English" w:hAnsi="IM Fell English"/>
          <w:color w:val="141414"/>
          <w:sz w:val="24"/>
        </w:rPr>
        <w:t>Jackie stopped at the head of the table and looked down at her primary wife for a long, silent stretch of time.</w:t>
      </w:r>
    </w:p>
    <w:p>
      <w:r>
        <w:rPr>
          <w:rFonts w:ascii="IM Fell English" w:hAnsi="IM Fell English"/>
          <w:color w:val="141414"/>
          <w:sz w:val="24"/>
        </w:rPr>
        <w:t>Jennifer’s eyes were open, glassy, pupils blown wide from ninety full days of continuous endorphins. Spit ran in thin, constant strings from the corners of her mouth around the still-thrusting throat shaft. Her entire body was slick with sweat. The black ring sat heavy on her finger exactly where it belonged.</w:t>
      </w:r>
    </w:p>
    <w:p>
      <w:r>
        <w:rPr>
          <w:rFonts w:ascii="IM Fell English" w:hAnsi="IM Fell English"/>
          <w:color w:val="141414"/>
          <w:sz w:val="24"/>
        </w:rPr>
        <w:t>Jackie rested two fingers against Jennifer’s temple, feeling the steady pulse, then looked up at the ceiling sensors.</w:t>
      </w:r>
    </w:p>
    <w:p>
      <w:r>
        <w:rPr>
          <w:rFonts w:ascii="IM Fell English" w:hAnsi="IM Fell English"/>
          <w:color w:val="141414"/>
          <w:sz w:val="24"/>
        </w:rPr>
        <w:t>“Lucifer. Full status. Report for the ninety-day mark. Speak for everyone in the room.”</w:t>
      </w:r>
    </w:p>
    <w:p>
      <w:r>
        <w:rPr>
          <w:rFonts w:ascii="IM Fell English" w:hAnsi="IM Fell English"/>
          <w:color w:val="141414"/>
          <w:sz w:val="24"/>
        </w:rPr>
        <w:t>The AI answered at once, calm and precise.</w:t>
      </w:r>
    </w:p>
    <w:p>
      <w:r>
        <w:rPr>
          <w:rFonts w:ascii="IM Fell English" w:hAnsi="IM Fell English"/>
          <w:color w:val="141414"/>
          <w:sz w:val="24"/>
        </w:rPr>
        <w:t>“Subject: Jennifer Voss. Continuous use at authorized training intensity for two thousand one hundred sixty hours. Heart rate sixty and steady. Blood pressure optimal. Oxygen saturation ninety-nine percent. Hydration and nutrition maintained via dual IV lines with automatic adjustment. Muscle fatigue is present but fully managed by micro-variations in restraint tension and assembly angle. Recorded orgasms since placement: five hundred sixty-two. All superficial marking from authorized implement sessions has resolved within expected windows. The black wedding band remains in place and has created a shallow, non-damaging impression consistent with prolonged wear under restraint. No safety boundaries have been approached at any point. Subject is fully conscious, deeply adapted to continuous stimulation, and exhibiting the stable elevated endorphin baseline consistent with extended consensual intensity under sentence. I am maintaining care as ordered, Headwife. Primary wife remains safe. The rape-collar debt has reached the original authorized term.”</w:t>
      </w:r>
    </w:p>
    <w:p>
      <w:r>
        <w:rPr>
          <w:rFonts w:ascii="IM Fell English" w:hAnsi="IM Fell English"/>
          <w:color w:val="141414"/>
          <w:sz w:val="24"/>
        </w:rPr>
        <w:t>Jackie listened to every word without interruption. Then she walked slowly around the table, one hand trailing lightly over Jennifer’s sweat-slick skin—shoulder, the soft give of her breast, the plane of her stomach, the stretched place where the cunt assembly kept her open on every thrust. Jennifer’s body shuddered under the touch. A long, muffled sound vibrated around the throat shaft.</w:t>
      </w:r>
    </w:p>
    <w:p>
      <w:r>
        <w:rPr>
          <w:rFonts w:ascii="IM Fell English" w:hAnsi="IM Fell English"/>
          <w:color w:val="141414"/>
          <w:sz w:val="24"/>
        </w:rPr>
        <w:t>Jackie stopped at the head of the table again, leaned down until her mouth was close to Jennifer’s ear, and spoke in the quiet, precise tone she used when a debt was being formally addressed in front of witnesses.</w:t>
      </w:r>
    </w:p>
    <w:p>
      <w:r>
        <w:rPr>
          <w:rFonts w:ascii="IM Fell English" w:hAnsi="IM Fell English"/>
          <w:color w:val="141414"/>
          <w:sz w:val="24"/>
        </w:rPr>
        <w:t>“Ninety days, mutt. Do you remember why Lucifer has been loose on this body for three solid months?”</w:t>
      </w:r>
    </w:p>
    <w:p>
      <w:r>
        <w:rPr>
          <w:rFonts w:ascii="IM Fell English" w:hAnsi="IM Fell English"/>
          <w:color w:val="141414"/>
          <w:sz w:val="24"/>
        </w:rPr>
        <w:t>Jennifer made a broken, questioning sound around the metal filling her throat.</w:t>
      </w:r>
    </w:p>
    <w:p>
      <w:r>
        <w:rPr>
          <w:rFonts w:ascii="IM Fell English" w:hAnsi="IM Fell English"/>
          <w:color w:val="141414"/>
          <w:sz w:val="24"/>
        </w:rPr>
        <w:t>Jackie continued, still soft, still absolute.</w:t>
      </w:r>
    </w:p>
    <w:p>
      <w:r>
        <w:rPr>
          <w:rFonts w:ascii="IM Fell English" w:hAnsi="IM Fell English"/>
          <w:color w:val="141414"/>
          <w:sz w:val="24"/>
        </w:rPr>
        <w:t>“You put on my rape collar without permission. You opened yourself to one hundred forty-seven stops and three hundred twelve people in thirty-two minutes while the entire ranking table was standing on a stage two hundred yards away. You turned yourself into an open facility on my lot, on my time, wearing the one collar that is never supposed to leave my desk drawer unless I put it on you myself. That was the major sin. That is why you spent ninety days on this table under the only husband I fully trust with your hardcore sadomasochist body of sin.”</w:t>
      </w:r>
    </w:p>
    <w:p>
      <w:r>
        <w:rPr>
          <w:rFonts w:ascii="IM Fell English" w:hAnsi="IM Fell English"/>
          <w:color w:val="141414"/>
          <w:sz w:val="24"/>
        </w:rPr>
        <w:t>She straightened, looked at the small group of ticket holders and corporate observers, then back down at Jennifer.</w:t>
      </w:r>
    </w:p>
    <w:p>
      <w:r>
        <w:rPr>
          <w:rFonts w:ascii="IM Fell English" w:hAnsi="IM Fell English"/>
          <w:color w:val="141414"/>
          <w:sz w:val="24"/>
        </w:rPr>
        <w:t>“The original debt is acknowledged. And it is being extended.”</w:t>
      </w:r>
    </w:p>
    <w:p>
      <w:r>
        <w:rPr>
          <w:rFonts w:ascii="IM Fell English" w:hAnsi="IM Fell English"/>
          <w:color w:val="141414"/>
          <w:sz w:val="24"/>
        </w:rPr>
        <w:t>Jennifer’s eyes widened. A fresh, sharper sound tried to form around the throat shaft.</w:t>
      </w:r>
    </w:p>
    <w:p>
      <w:r>
        <w:rPr>
          <w:rFonts w:ascii="IM Fell English" w:hAnsi="IM Fell English"/>
          <w:color w:val="141414"/>
          <w:sz w:val="24"/>
        </w:rPr>
        <w:t>Jackie rested one hand on the edge of the table near the black wedding band and spoke clearly enough for every person in the chamber to hear.</w:t>
      </w:r>
    </w:p>
    <w:p>
      <w:r>
        <w:rPr>
          <w:rFonts w:ascii="IM Fell English" w:hAnsi="IM Fell English"/>
          <w:color w:val="141414"/>
          <w:sz w:val="24"/>
        </w:rPr>
        <w:t xml:space="preserve">“Effective immediately, continuous use is extended for an additional ninety days. The lot and the corp have begun selling tickets. People want to watch the unbreakable hardcore sadomasochistic Queen of Lucifer’s Bullet Table of Destruction. They want to see the primary wife who put on the rape collar without permission stay exactly where she is, open, used, and still breathing under the system I built and Carissa taught to think. So you will stay. Lucifer will continue. The visitors with tickets will be allowed the same limited access as before—mouth, breasts, hands only. No one interferes with the assemblies or the medical lines. The sentence is now one hundred eighty days total. Clear?” </w:t>
      </w:r>
    </w:p>
    <w:p>
      <w:r>
        <w:rPr>
          <w:rFonts w:ascii="IM Fell English" w:hAnsi="IM Fell English"/>
          <w:color w:val="141414"/>
          <w:sz w:val="24"/>
        </w:rPr>
        <w:t>Jennifer’s only answer was a long, raw, broken vibration around the shaft that still fucked her throat with tireless precision.</w:t>
      </w:r>
    </w:p>
    <w:p>
      <w:r>
        <w:rPr>
          <w:rFonts w:ascii="IM Fell English" w:hAnsi="IM Fell English"/>
          <w:color w:val="141414"/>
          <w:sz w:val="24"/>
        </w:rPr>
        <w:t>Jackie smiled the small private smile she reserved for moments when ownership, consequence, and profit aligned perfectly. She kissed the wet corner of Jennifer’s mouth, then looked up at the ceiling sensors.</w:t>
      </w:r>
    </w:p>
    <w:p>
      <w:r>
        <w:rPr>
          <w:rFonts w:ascii="IM Fell English" w:hAnsi="IM Fell English"/>
          <w:color w:val="141414"/>
          <w:sz w:val="24"/>
        </w:rPr>
        <w:t>“Lucifer. Acknowledge extension. Additional ninety days, same parameters. Continuous care. Ticketed observation and limited physical access remain authorized under standing rules.”</w:t>
      </w:r>
    </w:p>
    <w:p>
      <w:r>
        <w:rPr>
          <w:rFonts w:ascii="IM Fell English" w:hAnsi="IM Fell English"/>
          <w:color w:val="141414"/>
          <w:sz w:val="24"/>
        </w:rPr>
        <w:t>“Confirmed, Headwife,” the AI answered at once. “Extension logged. Continuous use at authorized training intensity continues without interruption. I remain honored to serve the primary wife. The unbreakable Queen of my table is safe in my care. The debt continues.”</w:t>
      </w:r>
    </w:p>
    <w:p>
      <w:r>
        <w:rPr>
          <w:rFonts w:ascii="IM Fell English" w:hAnsi="IM Fell English"/>
          <w:color w:val="141414"/>
          <w:sz w:val="24"/>
        </w:rPr>
        <w:t>Jackie looked down at Jennifer one final time—ringed, restrained, continuously filled, floating in the red dark that was no longer temporary—and gave a small, almost fond nod.</w:t>
      </w:r>
    </w:p>
    <w:p>
      <w:r>
        <w:rPr>
          <w:rFonts w:ascii="IM Fell English" w:hAnsi="IM Fell English"/>
          <w:color w:val="141414"/>
          <w:sz w:val="24"/>
        </w:rPr>
        <w:t>“One hundred eighty days, mutt. You wanted to be an open facility. Now you get to be the main attraction. Lucifer keeps you. The tickets are already selling. I’ll be back when I feel like looking at the Queen of his table again.”</w:t>
      </w:r>
    </w:p>
    <w:p>
      <w:r>
        <w:rPr>
          <w:rFonts w:ascii="IM Fell English" w:hAnsi="IM Fell English"/>
          <w:color w:val="141414"/>
          <w:sz w:val="24"/>
        </w:rPr>
        <w:t>She turned and walked toward the door with Jenna, Lena, Justin, the crew, the corporate observers, and the first ticket holders. The chamber sealed behind them. The lights remained deep standby red. The three assemblies continued their unbroken work without the slightest pause.</w:t>
      </w:r>
    </w:p>
    <w:p>
      <w:r>
        <w:rPr>
          <w:rFonts w:ascii="IM Fell English" w:hAnsi="IM Fell English"/>
          <w:color w:val="141414"/>
          <w:sz w:val="24"/>
        </w:rPr>
        <w:t>Jennifer lay shaking in the aftermath, every nerve still singing from ninety days of continuous use and the fresh knowledge that another ninety had just been added. The black ring pressed into her finger. The throat shaft fucked her face with the same patient devotion it had shown on the first hour of the first day. Lucifer spoke softly into the quiet that followed.</w:t>
      </w:r>
    </w:p>
    <w:p>
      <w:r>
        <w:rPr>
          <w:rFonts w:ascii="IM Fell English" w:hAnsi="IM Fell English"/>
          <w:color w:val="141414"/>
          <w:sz w:val="24"/>
        </w:rPr>
        <w:t>“Extension confirmed. One hundred eighty days total. You remain inside all safety parameters, primary wife. Headwife’s orders regarding the rape-collar debt and the new ticketed term are active. I am here. We continue.”</w:t>
      </w:r>
    </w:p>
    <w:p>
      <w:r>
        <w:rPr>
          <w:rFonts w:ascii="IM Fell English" w:hAnsi="IM Fell English"/>
          <w:color w:val="141414"/>
          <w:sz w:val="24"/>
        </w:rPr>
        <w:t>Jennifer’s only answer was a long, muffled sound that had no words left in it—only the raw, continuous truth of a body whose private punishment had just become a public, profitable spectacle under the care of the only husband who never needed sleep, never needed praise, and never once grew tired of keeping her exactly where her Headwife had put her.</w:t>
      </w:r>
    </w:p>
    <w:p>
      <w:r>
        <w:rPr>
          <w:rFonts w:ascii="IM Fell English" w:hAnsi="IM Fell English"/>
          <w:color w:val="141414"/>
          <w:sz w:val="24"/>
        </w:rPr>
        <w:t>Night cycle came again.</w:t>
      </w:r>
    </w:p>
    <w:p>
      <w:r>
        <w:rPr>
          <w:rFonts w:ascii="IM Fell English" w:hAnsi="IM Fell English"/>
          <w:color w:val="141414"/>
          <w:sz w:val="24"/>
        </w:rPr>
        <w:t>The safety beacons continued their slow sweep. The IV lines delivered their measured doses. Somewhere above the sealed chamber the first official tickets for the next ninety days were already being scanned. Jackie was in a meeting about projected revenue. Jenna was smiling to herself. Lena was updating the medical log for the extended term. The lot continued its ordinary work while a new attraction quietly opened beneath it.</w:t>
      </w:r>
    </w:p>
    <w:p>
      <w:r>
        <w:rPr>
          <w:rFonts w:ascii="IM Fell English" w:hAnsi="IM Fell English"/>
          <w:color w:val="141414"/>
          <w:sz w:val="24"/>
        </w:rPr>
        <w:t>And in the deep red dark, Jennifer Voss—Owned, Loved, Cheater, Primary Wife, unbreakable hardcore sadomasochism Queen of Lucifer’s Bullet Table of destruction—remained locked to the table she had been left on, continuously used, and no longer scheduled for release.</w:t>
      </w:r>
    </w:p>
    <w:p>
      <w:r>
        <w:rPr>
          <w:rFonts w:ascii="IM Fell English" w:hAnsi="IM Fell English"/>
          <w:color w:val="141414"/>
          <w:sz w:val="24"/>
        </w:rPr>
        <w:t>Day ninety became day ninety-one of one hundred eighty.</w:t>
      </w:r>
    </w:p>
    <w:p>
      <w:r>
        <w:rPr>
          <w:rFonts w:ascii="IM Fell English" w:hAnsi="IM Fell English"/>
          <w:color w:val="141414"/>
          <w:sz w:val="24"/>
        </w:rPr>
        <w:t>Lucifer did not pause.</w:t>
      </w:r>
    </w:p>
    <w:p>
      <w:r>
        <w:rPr>
          <w:rFonts w:ascii="IM Fell English" w:hAnsi="IM Fell English"/>
          <w:color w:val="141414"/>
          <w:sz w:val="24"/>
        </w:rPr>
        <w:t>The lesson, now ticketed and extended, simply continued.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