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center"/>
      </w:pPr>
      <w:r>
        <w:rPr>
          <w:rFonts w:ascii="IM Fell English" w:hAnsi="IM Fell English"/>
          <w:b/>
          <w:color w:val="0D0D0D"/>
          <w:sz w:val="64"/>
        </w:rPr>
        <w:t xml:space="preserve">Quid Pro Quo </w:t>
      </w:r>
    </w:p>
    <w:p>
      <w:pPr>
        <w:jc w:val="center"/>
      </w:pPr>
      <w:r>
        <w:rPr>
          <w:rFonts w:ascii="IM Fell English" w:hAnsi="IM Fell English"/>
          <w:color w:val="141414"/>
          <w:sz w:val="28"/>
        </w:rPr>
        <w:t>Webapp Developer</w:t>
      </w:r>
    </w:p>
    <w:p>
      <w:r>
        <w:br w:type="page"/>
      </w:r>
    </w:p>
    <w:p>
      <w:pPr>
        <w:pStyle w:val="Heading1"/>
        <w:jc w:val="center"/>
      </w:pPr>
      <w:r>
        <w:rPr>
          <w:rFonts w:ascii="IM Fell English" w:hAnsi="IM Fell English"/>
          <w:color w:val="0D0D0D"/>
        </w:rPr>
        <w:t>Chapter 1 - The Chosen Few</w:t>
      </w:r>
    </w:p>
    <w:p>
      <w:pPr>
        <w:pStyle w:val="Heading3"/>
        <w:jc w:val="center"/>
      </w:pPr>
      <w:r>
        <w:rPr>
          <w:rFonts w:ascii="IM Fell English" w:hAnsi="IM Fell English"/>
          <w:color w:val="0D0D0D"/>
        </w:rPr>
        <w:t>The Architects of Deception</w:t>
      </w:r>
    </w:p>
    <w:p>
      <w:r>
        <w:rPr>
          <w:rFonts w:ascii="IM Fell English" w:hAnsi="IM Fell English"/>
          <w:color w:val="141414"/>
          <w:sz w:val="24"/>
        </w:rPr>
        <w:t>The Western nations of Aurelia and Verathia had long positioned themselves as benevolent partners in the global order, their diplomatic missions supposedly devoted to strengthening ties with the African republics of Nyandaro and Zemba. Yet beneath the polished veneer of state visits and high-profile trade agreements lurked a more insidious purpose. Both Aurelia and Verathara relied on a carefully cultivated network of assets—citizens of Nyandaro and Zemba groomed to occupy prominent roles within their own governments while secretly funneling confidential intelligence back to their foreign handlers. These ambassadors were not mere diplomats; they were operatives, embedded in the highest echelons of power, tasked with ensuring that their homeland’s sovereignty remained vulnerable to external influence.</w:t>
      </w:r>
    </w:p>
    <w:p>
      <w:r>
        <w:rPr>
          <w:rFonts w:ascii="IM Fell English" w:hAnsi="IM Fell English"/>
          <w:color w:val="141414"/>
          <w:sz w:val="24"/>
        </w:rPr>
        <w:t>Nyandaro, with its vast mineral wealth and strategic geopolitical position, had long been a target of foreign manipulation. Decades of economic struggles had left it reliant on aid from Western powers, a dependence exploited by Aurelia and Verathia to install individuals loyal to their interests within its institutions. Similarly, Zemba, though more cautious in its foreign dealings, had its own internal fractures—divided between regional factions vying for dominance in the corridors of power. The Western powers capitalized on this instability, offering promises of wealth, influence, and protection to those willing to serve their clandestine agendas.</w:t>
      </w:r>
    </w:p>
    <w:p>
      <w:r>
        <w:rPr>
          <w:rFonts w:ascii="IM Fell English" w:hAnsi="IM Fell English"/>
          <w:color w:val="141414"/>
          <w:sz w:val="24"/>
        </w:rPr>
        <w:t>Yet these pawns were not mere instruments of foreign control. Many, like the recently appointed ambassador to Verathia, Mwizi Mhando, had risen from humble origins, their ascent fueled by a mixture of ambition and the belief that they could one day use these foreign alliances to strengthen their own nations. But in a world where loyalty was a currency and betrayal a calculated risk, Mhando and others like him would soon find themselves entangled in a web of deception far more dangerous than they had ever anticipated.</w:t>
      </w:r>
    </w:p>
    <w:p>
      <w:pPr>
        <w:pStyle w:val="Heading3"/>
        <w:jc w:val="center"/>
      </w:pPr>
      <w:r>
        <w:rPr>
          <w:rFonts w:ascii="IM Fell English" w:hAnsi="IM Fell English"/>
          <w:color w:val="0D0D0D"/>
        </w:rPr>
        <w:t>The Chosen Pawn</w:t>
      </w:r>
    </w:p>
    <w:p>
      <w:r>
        <w:rPr>
          <w:rFonts w:ascii="IM Fell English" w:hAnsi="IM Fell English"/>
          <w:color w:val="141414"/>
          <w:sz w:val="24"/>
        </w:rPr>
        <w:t>Mwizi Mhando had never intended to be a traitor. Born in the coastal city of Nyandaro’s capital, he had been raised in the shadow of post-colonial disillusionment, where promises of self-reliance were often belied by the reality of foreign interference. His mother, a former schoolteacher turned activist, had long warned him of the insidious ways in which external powers infiltrated governance, but it was precisely these warnings that had shaped his ambition. He believed that if he could not prevent foreign influence, he might one day wield it to his advantage. That belief had led him to accept Verathia’s mentorship early in his diplomatic career—an offer cloaked in promises of elite education, global exposure, and a seat at the table where real decisions were made.</w:t>
      </w:r>
    </w:p>
    <w:p>
      <w:r>
        <w:rPr>
          <w:rFonts w:ascii="IM Fell English" w:hAnsi="IM Fell English"/>
          <w:color w:val="141414"/>
          <w:sz w:val="24"/>
        </w:rPr>
        <w:t>Now, at thirty-five, Mwizi sat in the grand reception hall of Verathia’s Foreign Ministry, surrounded by chandeliers that gleamed like polished gold and walls adorned with historical portraits of statesmen who had never set foot on African soil. He had mastered the art of diplomacy, speaking fluently in five languages and navigating the delicate balance between feigned loyalty and veiled resistance. His superiors in Nyandaro saw him as a rising star, his charm and intellect making him a natural choice for the ambassadorial post. But only a handful—those at the very apex of power—knew the truth: that Mwizi’s appointment had come at Verathia’s recommendation, and that in accepting it, he had signed himself into a quiet but dangerous allegiance.</w:t>
      </w:r>
    </w:p>
    <w:p>
      <w:r>
        <w:rPr>
          <w:rFonts w:ascii="IM Fell English" w:hAnsi="IM Fell English"/>
          <w:color w:val="141414"/>
          <w:sz w:val="24"/>
        </w:rPr>
        <w:t>Behind his composed exterior, however, Mwizi wrestled with the growing weight of his compromises. Every intercepted communiqué he sent back to his handlers in Verathia felt like another brick in the prison wall closing around him. He told himself he was safeguarding Nyandaro, that by feeding Verathia select information, he could at least control the flow of knowledge and protect his country’s true vulnerabilities. But the line between manipulation and survival was thinner than he cared to admit, and he knew that in Verathia’s eyes, he was a tool—nothing more, nothing less. Worse still, whispers of suspicion were beginning to ripple through Nyandaro’s intelligence agencies, and Mwizi knew that the moment his usefulness expired, he would become either a liability or a pawn sacrificed to the greater game.</w:t>
      </w:r>
    </w:p>
    <w:p>
      <w:pPr>
        <w:pStyle w:val="Heading3"/>
        <w:jc w:val="center"/>
      </w:pPr>
      <w:r>
        <w:rPr>
          <w:rFonts w:ascii="IM Fell English" w:hAnsi="IM Fell English"/>
          <w:color w:val="0D0D0D"/>
        </w:rPr>
        <w:t>The Hidden Blade</w:t>
      </w:r>
    </w:p>
    <w:p>
      <w:r>
        <w:rPr>
          <w:rFonts w:ascii="IM Fell English" w:hAnsi="IM Fell English"/>
          <w:color w:val="141414"/>
          <w:sz w:val="24"/>
        </w:rPr>
        <w:t>Across the Atlantic, in the grand halls of Aurelia’s Foreign Affairs Department, another player was maneuvering with equal precision. Alima Sow, the newly appointed ambassador of Zemba to Aurelia, had not been chosen by chance. Like Mwizi Mhando, she was a product of careful selection—nurtured by Aurelian institutions, vetted by its intelligence networks, and now positioned to serve a purpose beyond mere diplomacy. Unlike Mwizi, however, she harbored little illusion of playing the game on her own terms. She understood the reality: she was a weapon, and her assignment was to wield her access to Zemba’s government with surgical precision.</w:t>
      </w:r>
    </w:p>
    <w:p>
      <w:r>
        <w:rPr>
          <w:rFonts w:ascii="IM Fell English" w:hAnsi="IM Fell English"/>
          <w:color w:val="141414"/>
          <w:sz w:val="24"/>
        </w:rPr>
        <w:t>Raised in the riverfront city of Kambala, Alima had witnessed firsthand the fractures within her nation—clashing regional elites, an economy teetering between self-sufficiency and dependence, and a political class fractured by competing loyalties. Her family’s legacy of service to Zemba’s independence gave her a veneer of unassailable patriotism, but Aurelia had seen something deeper in her: a sharp mind, a ruthless pragmatism, and a hunger for power unclouded by sentiment. She had accepted Aurelia’s guidance without the romantic delusions of her counterpart in Verathia. She knew that her role was not to protect Zemba’s interests but to ensure that Zemba’s rivals—both within its own government and beyond—remained weak enough to be controlled.</w:t>
      </w:r>
    </w:p>
    <w:p>
      <w:r>
        <w:rPr>
          <w:rFonts w:ascii="IM Fell English" w:hAnsi="IM Fell English"/>
          <w:color w:val="141414"/>
          <w:sz w:val="24"/>
        </w:rPr>
        <w:t>Yet the stakes were higher than ever. Alima had long understood that her survival depended on maintaining absolute discretion, but the recent signals from both Zemba’s intelligence services and Aurelia’s handlers suggested escalating tensions. Aurelia wanted more than mere intelligence; they were pushing for strategic influence within Zemba’s defense sector, and the growing whispers of a coup in certain military quarters presented both an opportunity and a threat. Worse still, she had begun to suspect she was being watched—not just by Zemba’s own security apparatus, but by Aurelia’s operatives, gauging her loyalty as if testing the edge of a blade before deployment. With every diplomatic reception, every private negotiation within these gilded halls, Alima knew she was walking a razor’s edge. One miscalculation, one betrayal she did not anticipate, could mean her undoing.</w:t>
      </w:r>
    </w:p>
    <w:p>
      <w:pPr>
        <w:pStyle w:val="Heading3"/>
        <w:jc w:val="center"/>
      </w:pPr>
      <w:r>
        <w:rPr>
          <w:rFonts w:ascii="IM Fell English" w:hAnsi="IM Fell English"/>
          <w:color w:val="0D0D0D"/>
        </w:rPr>
        <w:t>The Unspoken Accord</w:t>
      </w:r>
    </w:p>
    <w:p>
      <w:r>
        <w:rPr>
          <w:rFonts w:ascii="IM Fell English" w:hAnsi="IM Fell English"/>
          <w:color w:val="141414"/>
          <w:sz w:val="24"/>
        </w:rPr>
        <w:t>The meeting had been arranged in the most predictable of places—a high-end restaurant in the heart of Verathia’s diplomatic district, where the hum of conversations masked the undercurrents of whispered negotiations. Mwizi Mhando and Alima Sow sat across from one another, their table tucked in a quiet corner, the soft glow of candlelight casting elongated shadows across their faces. The menu in front of them was an elaborate display of culinary excess, yet neither had placed a meaningful order. What transpired here was not a social engagement but a careful exchange of necessity.</w:t>
      </w:r>
    </w:p>
    <w:p>
      <w:r>
        <w:rPr>
          <w:rFonts w:ascii="IM Fell English" w:hAnsi="IM Fell English"/>
          <w:color w:val="141414"/>
          <w:sz w:val="24"/>
        </w:rPr>
        <w:t>Mwizi studied Alima as she sipped her wine, her poise unwavering despite the weight of what lay between them. She had arrived precisely on time, her expression composed, but the flicker of calculation in her gaze did not go unnoticed. He knew better than to trust her fully, yet their interests, however fragile, aligned for the moment. A single piece of data—an upcoming military procurement agreement between Nyandaro and an unnamed Asian power—had been the bait that brought them together. In return, Alima would share intel on Aurelia’s shifting stance on Zemba’s internal affairs, where loyalties among its elite were beginning to splinter.</w:t>
      </w:r>
    </w:p>
    <w:p>
      <w:r>
        <w:rPr>
          <w:rFonts w:ascii="IM Fell English" w:hAnsi="IM Fell English"/>
          <w:color w:val="141414"/>
          <w:sz w:val="24"/>
        </w:rPr>
        <w:t>Neither spoke of their respective handlers directly, nor did they acknowledge the silent observers likely stationed beyond the restaurant’s glass walls. Instead, the conversation unfolded as a delicate dance, each carefully chosen word a probe into the other’s stance.</w:t>
      </w:r>
    </w:p>
    <w:p>
      <w:r>
        <w:rPr>
          <w:rFonts w:ascii="IM Fell English" w:hAnsi="IM Fell English"/>
          <w:color w:val="141414"/>
          <w:sz w:val="24"/>
        </w:rPr>
        <w:t>“You always did have a nose for the right information,” Mwizi said, his voice low, almost amused.</w:t>
      </w:r>
    </w:p>
    <w:p>
      <w:r>
        <w:rPr>
          <w:rFonts w:ascii="IM Fell English" w:hAnsi="IM Fell English"/>
          <w:color w:val="141414"/>
          <w:sz w:val="24"/>
        </w:rPr>
        <w:t>Alima tilted her head slightly, her lips curving in a smile that did not reach her eyes. “And you’ve always been the one to ask the right questions.”</w:t>
      </w:r>
    </w:p>
    <w:p>
      <w:r>
        <w:rPr>
          <w:rFonts w:ascii="IM Fell English" w:hAnsi="IM Fell English"/>
          <w:color w:val="141414"/>
          <w:sz w:val="24"/>
        </w:rPr>
        <w:t>They measured each other for a beat, the unspoken question lingering beneath the surface: how much was truth, and how much was deception? Mwizi sensed hesitation, a subtle tremor in Alima’s otherwise unwavering composure. He leaned in slightly, lowering his voice further.</w:t>
      </w:r>
    </w:p>
    <w:p>
      <w:r>
        <w:rPr>
          <w:rFonts w:ascii="IM Fell English" w:hAnsi="IM Fell English"/>
          <w:color w:val="141414"/>
          <w:sz w:val="24"/>
        </w:rPr>
        <w:t>“Do you still believe this is your game, Alima?”</w:t>
      </w:r>
    </w:p>
    <w:p>
      <w:r>
        <w:rPr>
          <w:rFonts w:ascii="IM Fell English" w:hAnsi="IM Fell English"/>
          <w:color w:val="141414"/>
          <w:sz w:val="24"/>
        </w:rPr>
        <w:t>She inhaled slowly, her fingers grazing the stem of her glass before responding. “Does it matter? The game has already chosen us.”</w:t>
      </w:r>
    </w:p>
    <w:p>
      <w:pPr>
        <w:pStyle w:val="Heading3"/>
        <w:jc w:val="center"/>
      </w:pPr>
      <w:r>
        <w:rPr>
          <w:rFonts w:ascii="IM Fell English" w:hAnsi="IM Fell English"/>
          <w:color w:val="0D0D0D"/>
        </w:rPr>
        <w:t>The Cost of Control</w:t>
      </w:r>
    </w:p>
    <w:p>
      <w:r>
        <w:rPr>
          <w:rFonts w:ascii="IM Fell English" w:hAnsi="IM Fell English"/>
          <w:color w:val="141414"/>
          <w:sz w:val="24"/>
        </w:rPr>
        <w:t>Mwizi left the restaurant with the weight of an unspoken warning pressing on his shoulders. Verathia had begun tightening its grip, and he could feel the pressure building from both sides. His handlers had grown more insistent, demanding regular updates on his interactions within Nyandaro’s diplomatic circle, pressing him for details on shifting alliances and unspoken agreements. He could no longer afford to be selective with the information he provided; Verathia wanted control, and any perceived hesitation could paint him as expendable. Yet as he walked through the pristine streets of the capital, his mind lingered on Alima’s words—does it matter? It was a dangerous question, one that threatened to unravel the careful balance he had built between survival and defiance.</w:t>
      </w:r>
    </w:p>
    <w:p>
      <w:r>
        <w:rPr>
          <w:rFonts w:ascii="IM Fell English" w:hAnsi="IM Fell English"/>
          <w:color w:val="141414"/>
          <w:sz w:val="24"/>
        </w:rPr>
        <w:t>Meanwhile, Alima was already several steps ahead. The information Mwizi had given her on Nyandaro’s military procurement plans was a valuable piece of the puzzle, but she sensed that Verathia was moving with unusual urgency. If Aurelia sought to assert influence over Zemba’s internal politics, that would mean more than just whispered negotiations—it would mean a reshuffling of power, with her either elevated or discarded depending on whose interests she served. She had no illusions of loyalty; the moment she ceased to be useful, she would be replaced. The only way to maintain leverage was to stay ahead of the next move, anticipate betrayal before it arrived.</w:t>
      </w:r>
    </w:p>
    <w:p>
      <w:r>
        <w:rPr>
          <w:rFonts w:ascii="IM Fell English" w:hAnsi="IM Fell English"/>
          <w:color w:val="141414"/>
          <w:sz w:val="24"/>
        </w:rPr>
        <w:t>And yet, both of them now faced an even greater threat—one neither had mentioned. The intelligence agencies of Nyandaro and Zemba were sharpening their suspicions, and the walls that had long hidden their dual allegiances were beginning to crack.</w:t>
      </w:r>
    </w:p>
    <w:p>
      <w:pPr>
        <w:pStyle w:val="Heading3"/>
        <w:jc w:val="center"/>
      </w:pPr>
      <w:r>
        <w:rPr>
          <w:rFonts w:ascii="IM Fell English" w:hAnsi="IM Fell English"/>
          <w:color w:val="0D0D0D"/>
        </w:rPr>
        <w:t>The Unraveling Game</w:t>
      </w:r>
    </w:p>
    <w:p>
      <w:r>
        <w:rPr>
          <w:rFonts w:ascii="IM Fell English" w:hAnsi="IM Fell English"/>
          <w:color w:val="141414"/>
          <w:sz w:val="24"/>
        </w:rPr>
        <w:t>Alima sat in the dimly lit study of her diplomatic residence, her fingers tracing the edges of a folded document. The courier who had delivered it moments ago had said nothing—only a curt nod before vanishing into the night. The paper smelled faintly of ink and gun oil, and as she unfolded it, her breath caught. A single line, written in a hand she recognized immediately, confirmed her worst fears. They know. A meeting had been arranged—one she hadn’t sanctioned, one with implications that extended beyond personal survival.</w:t>
      </w:r>
    </w:p>
    <w:p>
      <w:r>
        <w:rPr>
          <w:rFonts w:ascii="IM Fell English" w:hAnsi="IM Fell English"/>
          <w:color w:val="141414"/>
          <w:sz w:val="24"/>
        </w:rPr>
        <w:t>Outside, the city hummed with nocturnal activity, oblivious to the storm brewing in her mind. She had always known this moment would come, but she had underestimated how quickly the cracks would spread. Either Aurelia, Nyandaro, or someone else in the labyrinth of power had begun to close in. She thought of Mwizi, of the fragile dance they had performed, and the question that still lingered—had he known more than he had let on? Had this betrayal already been decided, even as their words masked their true intentions?</w:t>
      </w:r>
    </w:p>
    <w:p>
      <w:r>
        <w:rPr>
          <w:rFonts w:ascii="IM Fell English" w:hAnsi="IM Fell English"/>
          <w:color w:val="141414"/>
          <w:sz w:val="24"/>
        </w:rPr>
        <w:t>A knock at the door snapped her back to reality. She quickly concealed the note in the folds of her coat before turning to face the visitor. It was one of her aides, a young woman she had trusted since her arrival in Aurelia. But now that trust was uncertain.</w:t>
      </w:r>
    </w:p>
    <w:p>
      <w:r>
        <w:rPr>
          <w:rFonts w:ascii="IM Fell English" w:hAnsi="IM Fell English"/>
          <w:color w:val="141414"/>
          <w:sz w:val="24"/>
        </w:rPr>
        <w:t>“You have a visitor,” the aide murmured, her gaze flicking to something unseen in the corridor beyond.</w:t>
      </w:r>
    </w:p>
    <w:p>
      <w:r>
        <w:rPr>
          <w:rFonts w:ascii="IM Fell English" w:hAnsi="IM Fell English"/>
          <w:color w:val="141414"/>
          <w:sz w:val="24"/>
        </w:rPr>
        <w:t>Alima exhaled slowly. The walls were closing in, and the game was about to become far deadlier.</w:t>
      </w:r>
    </w:p>
    <w:p>
      <w:pPr>
        <w:pStyle w:val="Heading1"/>
        <w:jc w:val="center"/>
      </w:pPr>
      <w:r>
        <w:rPr>
          <w:rFonts w:ascii="IM Fell English" w:hAnsi="IM Fell English"/>
          <w:color w:val="0D0D0D"/>
        </w:rPr>
        <w:t>Chapter 2 - Masks of Diplomacy</w:t>
      </w:r>
    </w:p>
    <w:p>
      <w:r>
        <w:rPr>
          <w:rFonts w:ascii="IM Fell English" w:hAnsi="IM Fell English"/>
          <w:color w:val="141414"/>
          <w:sz w:val="24"/>
        </w:rPr>
        <w:t>The morning mist clung to the marble corridors of the Adebayo Conference Hall, where sunlight filtered through stained-glass domes, casting fractured shades of crimson and cerulean onto polished floors. A faint scent of sandalwood and aged parchment lingered in the air—an illusion of timeless dignity carefully maintained beneath the layers of political maneuvering. At the far end of the chamber, two figures stood in rigid posture, their smiles sharp as glass, their words laced with quiet menace.</w:t>
      </w:r>
    </w:p>
    <w:p>
      <w:r>
        <w:rPr>
          <w:rFonts w:ascii="IM Fell English" w:hAnsi="IM Fell English"/>
          <w:color w:val="141414"/>
          <w:sz w:val="24"/>
        </w:rPr>
        <w:t>"To suggest otherwise," said Ambassador Ari Sorens of Westnern, his voice even but edged like a blade, "is to imply that your delegation lacks the confidence to secure its own interests." Across from him, Ambassador Bako Mwenza of Nkambe let out a slow breath, his fingers tightening around the stem of a delicate porcelain teacup. The tension between them was not of the moment—it was a continuation of a battle waged in back channels, in whispered conversations behind closed doors, in the shifting alliances of supply routes and resource claims.</w:t>
      </w:r>
    </w:p>
    <w:p>
      <w:r>
        <w:rPr>
          <w:rFonts w:ascii="IM Fell English" w:hAnsi="IM Fell English"/>
          <w:color w:val="141414"/>
          <w:sz w:val="24"/>
        </w:rPr>
        <w:t>Ambassador Bako sipped his tea, his lips curling in something that approximated amusement. "We are all aware of who holds leverage in the negotiations," he said smoothly. "It is not diplomacy that concerns me, but clarity. The dam deal—Westnern’s latest investment in the energy sector—has implications for far more than just your trade routes."</w:t>
      </w:r>
    </w:p>
    <w:p>
      <w:r>
        <w:rPr>
          <w:rFonts w:ascii="IM Fell English" w:hAnsi="IM Fell English"/>
          <w:color w:val="141414"/>
          <w:sz w:val="24"/>
        </w:rPr>
        <w:t>Ari did not blink. "Then perhaps your government should focus less on conjecture and more on the terms at hand."</w:t>
      </w:r>
    </w:p>
    <w:p>
      <w:r>
        <w:rPr>
          <w:rFonts w:ascii="IM Fell English" w:hAnsi="IM Fell English"/>
          <w:color w:val="141414"/>
          <w:sz w:val="24"/>
        </w:rPr>
        <w:t>Bako’s chuckle was low, dangerous. "Yes, Ambassador Sorens. Clarity is always preferable to obfuscation, isn’t it?"</w:t>
      </w:r>
    </w:p>
    <w:p>
      <w:r>
        <w:rPr>
          <w:rFonts w:ascii="IM Fell English" w:hAnsi="IM Fell English"/>
          <w:color w:val="141414"/>
          <w:sz w:val="24"/>
        </w:rPr>
        <w:t>The conversation was over. The battle, however, had only just begun. Outside, the rain began to fall.</w:t>
      </w:r>
    </w:p>
    <w:p>
      <w:r>
        <w:rPr>
          <w:rFonts w:ascii="IM Fell English" w:hAnsi="IM Fell English"/>
          <w:color w:val="141414"/>
          <w:sz w:val="24"/>
        </w:rPr>
        <w:t>The weight of his words settled into Ari's chest long after they left. He did not allow his posture to betray his mind, but within, calculations were already shifting. Bako was not bluffing—his remark about the dam deal, about leverage, was no idle statement. Someone in Nkambe’s intelligence circles had seen beyond the bureaucratic veil. He knew the true nature of Ari’s mission in Adebayo. That realization pressed against Ari’s ribs like a vise.</w:t>
      </w:r>
    </w:p>
    <w:p>
      <w:r>
        <w:rPr>
          <w:rFonts w:ascii="IM Fell English" w:hAnsi="IM Fell English"/>
          <w:color w:val="141414"/>
          <w:sz w:val="24"/>
        </w:rPr>
        <w:t>Ambassador Sorens moved with measured precision, his steps quiet against the cool stone. Beyond the diplomatic corridors, the city outside the conference hall pulsed with life—trading hubs teeming with goods, the clatter of markets, the distant horns of river freighters. Adebayo was a nexus of power, but it was more than a political chessboard; it was a battlefield where every move had hidden consequences.</w:t>
      </w:r>
    </w:p>
    <w:p>
      <w:r>
        <w:rPr>
          <w:rFonts w:ascii="IM Fell English" w:hAnsi="IM Fell English"/>
          <w:color w:val="141414"/>
          <w:sz w:val="24"/>
        </w:rPr>
        <w:t>His quarters overlooked the riverbank, where barges carried goods from the highlands, laden with rare minerals, textiles, and the occasional black-market artifact. A letter rested on his desk, its seal broken. The letter was from his handler in Westnern, a reminder of the greater game at play. There were codes hidden in innocuous phrases, directives buried beneath formalities. The dam deal, the energy corridor, the mineral rights—all were fronts for a deeper objective. Ari’s role was not merely to broker agreements, but to extract secrets, to ensure Westnern remained a step ahead.</w:t>
      </w:r>
    </w:p>
    <w:p>
      <w:r>
        <w:rPr>
          <w:rFonts w:ascii="IM Fell English" w:hAnsi="IM Fell English"/>
          <w:color w:val="141414"/>
          <w:sz w:val="24"/>
        </w:rPr>
        <w:t>But Bako had signaled otherwise. He knew. Or at the very least, he suspected.</w:t>
      </w:r>
    </w:p>
    <w:p>
      <w:r>
        <w:rPr>
          <w:rFonts w:ascii="IM Fell English" w:hAnsi="IM Fell English"/>
          <w:color w:val="141414"/>
          <w:sz w:val="24"/>
        </w:rPr>
        <w:t>Ari stared at the coded letter, his jaw tightening. His mission was already compromised. The question now was—how did Nkambe know? And who else had the pieces to this puzzle?</w:t>
      </w:r>
    </w:p>
    <w:p>
      <w:r>
        <w:rPr>
          <w:rFonts w:ascii="IM Fell English" w:hAnsi="IM Fell English"/>
          <w:color w:val="141414"/>
          <w:sz w:val="24"/>
        </w:rPr>
        <w:t>The thought sat like a stone in his gut. He had played the part well, the polished envoy with impeccable diplomacy and a charming but distant demeanor. But a mistake—a miscalculation—could cost everything.</w:t>
      </w:r>
    </w:p>
    <w:p>
      <w:r>
        <w:rPr>
          <w:rFonts w:ascii="IM Fell English" w:hAnsi="IM Fell English"/>
          <w:color w:val="141414"/>
          <w:sz w:val="24"/>
        </w:rPr>
        <w:t>The game was no longer in his hands alone.</w:t>
      </w:r>
    </w:p>
    <w:p>
      <w:r>
        <w:rPr>
          <w:rFonts w:ascii="IM Fell English" w:hAnsi="IM Fell English"/>
          <w:color w:val="141414"/>
          <w:sz w:val="24"/>
        </w:rPr>
        <w:t>Across the hall, in a private chamber where negotiations had just concluded, Ambassador Bako Mwenza studied the steam curling from his teacup. His fingers drummed once against the table’s gilded armrest, a subtle signal to his aide who hovered just beyond the doorway. The aide nodded and slipped away silently, vanishing through the heavy drapes as Bako exhaled, his earlier civility dissolving into something colder.</w:t>
      </w:r>
    </w:p>
    <w:p>
      <w:r>
        <w:rPr>
          <w:rFonts w:ascii="IM Fell English" w:hAnsi="IM Fell English"/>
          <w:color w:val="141414"/>
          <w:sz w:val="24"/>
        </w:rPr>
        <w:t>A second figure emerged from the shadows—a tall man with sharp cheekbones and the bearing of someone accustomed to power. His name was Minister Diallo of Kendu, an official whose influence extended far beyond the trade ministry he officially led. He and Bako had long been bound by shared interests, though not necessarily by trust.</w:t>
      </w:r>
    </w:p>
    <w:p>
      <w:r>
        <w:rPr>
          <w:rFonts w:ascii="IM Fell English" w:hAnsi="IM Fell English"/>
          <w:color w:val="141414"/>
          <w:sz w:val="24"/>
        </w:rPr>
        <w:t>"You believe him?" Diallo’s voice was smooth, but his question carried weight.</w:t>
      </w:r>
    </w:p>
    <w:p>
      <w:r>
        <w:rPr>
          <w:rFonts w:ascii="IM Fell English" w:hAnsi="IM Fell English"/>
          <w:color w:val="141414"/>
          <w:sz w:val="24"/>
        </w:rPr>
        <w:t>Bako snorted. "No one in politics believes anything outright. But he reacted. That is as good as confirmation in our world." He gestured toward the corridor through which Ari had departed. "Sorens is not just Westnern’s envoy. He is a spymaster in diplomatic robes."</w:t>
      </w:r>
    </w:p>
    <w:p>
      <w:r>
        <w:rPr>
          <w:rFonts w:ascii="IM Fell English" w:hAnsi="IM Fell English"/>
          <w:color w:val="141414"/>
          <w:sz w:val="24"/>
        </w:rPr>
        <w:t>Diallo’s expression did not change, though his fingers twitched slightly, a rare lapse in his usual control. "Westnern has its eyes on the corridor, the energy grid, the trade routes. But there is more at stake now. The recent intelligence leak from the port authorities—Sorens was close to those dealings. If he is feeding Westnern classified reports, we are looking at something larger than simple espionage."</w:t>
      </w:r>
    </w:p>
    <w:p>
      <w:r>
        <w:rPr>
          <w:rFonts w:ascii="IM Fell English" w:hAnsi="IM Fell English"/>
          <w:color w:val="141414"/>
          <w:sz w:val="24"/>
        </w:rPr>
        <w:t>Bako leaned back, his gaze steady. "Then we must act before he moves further."</w:t>
      </w:r>
    </w:p>
    <w:p>
      <w:r>
        <w:rPr>
          <w:rFonts w:ascii="IM Fell English" w:hAnsi="IM Fell English"/>
          <w:color w:val="141414"/>
          <w:sz w:val="24"/>
        </w:rPr>
        <w:t>Diallo studied him for a moment. "And your people—will they support intervention?"</w:t>
      </w:r>
    </w:p>
    <w:p>
      <w:r>
        <w:rPr>
          <w:rFonts w:ascii="IM Fell English" w:hAnsi="IM Fell English"/>
          <w:color w:val="141414"/>
          <w:sz w:val="24"/>
        </w:rPr>
        <w:t>Bako smiled, but there was no warmth in it. "We will do what is necessary to secure our position."</w:t>
      </w:r>
    </w:p>
    <w:p>
      <w:r>
        <w:rPr>
          <w:rFonts w:ascii="IM Fell English" w:hAnsi="IM Fell English"/>
          <w:color w:val="141414"/>
          <w:sz w:val="24"/>
        </w:rPr>
        <w:t>The tension between them was palpable, the air in the room thick with the scent of damp leather and the faint undertone of bergamot. This was not a conversation of agreement, but of cautious alignment. Each man sought to control the narrative, to pull the strings in their own favor, and Ari Sorens had unknowingly become the fulcrum upon which both their ambitions rested.</w:t>
      </w:r>
    </w:p>
    <w:p>
      <w:r>
        <w:rPr>
          <w:rFonts w:ascii="IM Fell English" w:hAnsi="IM Fell English"/>
          <w:color w:val="141414"/>
          <w:sz w:val="24"/>
        </w:rPr>
        <w:t>Ari had made a mistake—one that would not go unnoticed.</w:t>
      </w:r>
    </w:p>
    <w:p>
      <w:r>
        <w:rPr>
          <w:rFonts w:ascii="IM Fell English" w:hAnsi="IM Fell English"/>
          <w:color w:val="141414"/>
          <w:sz w:val="24"/>
        </w:rPr>
        <w:t>The morning’s negotiations had gone as expected. The dam deal would proceed, at least for now, but the subtext was clear—Nkambe and Kendu were closing ranks. Ari could feel the walls closing in with every calculated exchange, every veiled threat disguised as diplomatic courtesy. He kept his expression neutral as he returned to his office, but the pressure in his chest never eased.</w:t>
      </w:r>
    </w:p>
    <w:p>
      <w:r>
        <w:rPr>
          <w:rFonts w:ascii="IM Fell English" w:hAnsi="IM Fell English"/>
          <w:color w:val="141414"/>
          <w:sz w:val="24"/>
        </w:rPr>
        <w:t>A folded document sat on his desk, sealed with the insignia of the Westnern embassy. Ari broke it open without hesitation, fingers gliding over the inked lines as the message confirmed his worst suspicions—Westnern’s intelligence network had intercepted chatter that Nkambe and Kendu were preparing to counteract Westnern’s influence. The alliance was no accident, and it had been forming long before the current summit. His handlers were already shifting assets in response, adjusting extraction plans, and preparing for contingencies.</w:t>
      </w:r>
    </w:p>
    <w:p>
      <w:r>
        <w:rPr>
          <w:rFonts w:ascii="IM Fell English" w:hAnsi="IM Fell English"/>
          <w:color w:val="141414"/>
          <w:sz w:val="24"/>
        </w:rPr>
        <w:t>Ari exhaled slowly, rolling the paper between his fingers. Someone had been feeding Nkambe information long before his arrival—a mole, a double agent, or perhaps an oversight in Westnern’s own internal security. He had been instructed to maintain his cover, to keep playing the part of the naive diplomat, but the stakes had just escalated. If the wrong person discovered the extent of his true activities, he would not just lose the mission—he would lose his life.</w:t>
      </w:r>
    </w:p>
    <w:p>
      <w:r>
        <w:rPr>
          <w:rFonts w:ascii="IM Fell English" w:hAnsi="IM Fell English"/>
          <w:color w:val="141414"/>
          <w:sz w:val="24"/>
        </w:rPr>
        <w:t>A soft knock at the door snapped him from his thoughts. He looked up to see his secretary, a young woman named Liora, standing just inside the doorway. Her face was unreadable, but her eyes flickered briefly toward the hallway behind her.</w:t>
      </w:r>
    </w:p>
    <w:p>
      <w:r>
        <w:rPr>
          <w:rFonts w:ascii="IM Fell English" w:hAnsi="IM Fell English"/>
          <w:color w:val="141414"/>
          <w:sz w:val="24"/>
        </w:rPr>
        <w:t>"Ambassador, Minister Diallo has requested a private audience. Says it is a matter of great importance."</w:t>
      </w:r>
    </w:p>
    <w:p>
      <w:r>
        <w:rPr>
          <w:rFonts w:ascii="IM Fell English" w:hAnsi="IM Fell English"/>
          <w:color w:val="141414"/>
          <w:sz w:val="24"/>
        </w:rPr>
        <w:t>Ari’s pulse ticked, but his expression remained calm. He nodded. "Send him in."</w:t>
      </w:r>
    </w:p>
    <w:p>
      <w:r>
        <w:rPr>
          <w:rFonts w:ascii="IM Fell English" w:hAnsi="IM Fell English"/>
          <w:color w:val="141414"/>
          <w:sz w:val="24"/>
        </w:rPr>
        <w:t>The air between them when Diallo entered was heavier than before, dense with unspoken knowledge. Whatever the minister wanted, it would not be polite conversation.</w:t>
      </w:r>
    </w:p>
    <w:p>
      <w:r>
        <w:rPr>
          <w:rFonts w:ascii="IM Fell English" w:hAnsi="IM Fell English"/>
          <w:color w:val="141414"/>
          <w:sz w:val="24"/>
        </w:rPr>
        <w:t>They exchanged pleasantries with careful precision, but neither man relaxed. Diallo seated himself across the desk from Ari, his fingers steepled as he studied him with the quiet scrutiny of a predator.</w:t>
      </w:r>
    </w:p>
    <w:p>
      <w:r>
        <w:rPr>
          <w:rFonts w:ascii="IM Fell English" w:hAnsi="IM Fell English"/>
          <w:color w:val="141414"/>
          <w:sz w:val="24"/>
        </w:rPr>
        <w:t>"You have a remarkable ability to navigate delicate negotiations, Ambassador Sorens," Diallo began, the syllables smooth but deliberate. "A talent that must come in useful beyond the conference halls."</w:t>
      </w:r>
    </w:p>
    <w:p>
      <w:r>
        <w:rPr>
          <w:rFonts w:ascii="IM Fell English" w:hAnsi="IM Fell English"/>
          <w:color w:val="141414"/>
          <w:sz w:val="24"/>
        </w:rPr>
        <w:t>Ari allowed a measured smile, feigning amusement. "Is that so? I was under the impression diplomacy was meant to be delicate regardless of setting."</w:t>
      </w:r>
    </w:p>
    <w:p>
      <w:r>
        <w:rPr>
          <w:rFonts w:ascii="IM Fell English" w:hAnsi="IM Fell English"/>
          <w:color w:val="141414"/>
          <w:sz w:val="24"/>
        </w:rPr>
        <w:t>Diallo's lips barely curved. "Indeed. And yet, some things cannot be discussed in public settings—particularly when they concern… matters of mutual interest."</w:t>
      </w:r>
    </w:p>
    <w:p>
      <w:r>
        <w:rPr>
          <w:rFonts w:ascii="IM Fell English" w:hAnsi="IM Fell English"/>
          <w:color w:val="141414"/>
          <w:sz w:val="24"/>
        </w:rPr>
        <w:t>Ari leaned back, feigning casual disinterest, though every instinct had gone on high alert. "You intrigue me, Minister. Pray, enlighten me."</w:t>
      </w:r>
    </w:p>
    <w:p>
      <w:r>
        <w:rPr>
          <w:rFonts w:ascii="IM Fell English" w:hAnsi="IM Fell English"/>
          <w:color w:val="141414"/>
          <w:sz w:val="24"/>
        </w:rPr>
        <w:t>Diallo shifted slightly forward, his voice soft but edged with certainty. "Let us speak plainly. Your government has been extracting more than just trade agreements from Adebayo. You are not merely an envoy, nor are you simply securing Westnern’s influence. You are gathering intelligence."</w:t>
      </w:r>
    </w:p>
    <w:p>
      <w:r>
        <w:rPr>
          <w:rFonts w:ascii="IM Fell English" w:hAnsi="IM Fell English"/>
          <w:color w:val="141414"/>
          <w:sz w:val="24"/>
        </w:rPr>
        <w:t>Ari did not blink, though his mind was already racing. He had expected pressure from Nkambe, but for Kendu to move first? This was a shift in the expected patterns—a maneuver he needed to read correctly or risk catastrophe.</w:t>
      </w:r>
    </w:p>
    <w:p>
      <w:r>
        <w:rPr>
          <w:rFonts w:ascii="IM Fell English" w:hAnsi="IM Fell English"/>
          <w:color w:val="141414"/>
          <w:sz w:val="24"/>
        </w:rPr>
        <w:t>"You mistake diplomatic diligence for espionage, Minister," he replied evenly, pouring himself a cup of tea to maintain the illusion of nonchalance. "Westnern respects sovereignty and transparency. We are here to ensure economic partnerships that benefit all parties."</w:t>
      </w:r>
    </w:p>
    <w:p>
      <w:r>
        <w:rPr>
          <w:rFonts w:ascii="IM Fell English" w:hAnsi="IM Fell English"/>
          <w:color w:val="141414"/>
          <w:sz w:val="24"/>
        </w:rPr>
        <w:t>Diallo observed him for a long moment, the silence in the room stretching like taut string. Then, with a slow exhale, he reached into his breast pocket and withdrew a small envelope. He slid it across the wooden surface without a word.</w:t>
      </w:r>
    </w:p>
    <w:p>
      <w:r>
        <w:rPr>
          <w:rFonts w:ascii="IM Fell English" w:hAnsi="IM Fell English"/>
          <w:color w:val="141414"/>
          <w:sz w:val="24"/>
        </w:rPr>
        <w:t>Ari’s fingers twitched, but he did not reach for it immediately. The implication was clear—Diallo had proof, or at least something he believed would compromise Ari’s position.</w:t>
      </w:r>
    </w:p>
    <w:p>
      <w:r>
        <w:rPr>
          <w:rFonts w:ascii="IM Fell English" w:hAnsi="IM Fell English"/>
          <w:color w:val="141414"/>
          <w:sz w:val="24"/>
        </w:rPr>
        <w:t>A moment passed before Diallo spoke again, his voice barely above a whisper. "Westnern is not the only one with assets embedded in positions of influence. We know what you have been doing. And you must decide now—will you continue under our terms, or will you be forced to leave Adebayo in a box?"</w:t>
      </w:r>
    </w:p>
    <w:p>
      <w:r>
        <w:rPr>
          <w:rFonts w:ascii="IM Fell English" w:hAnsi="IM Fell English"/>
          <w:color w:val="141414"/>
          <w:sz w:val="24"/>
        </w:rPr>
        <w:t>Ari met his gaze without flinching. The game had changed. And this time, the stakes were personal.</w:t>
      </w:r>
    </w:p>
    <w:p>
      <w:r>
        <w:rPr>
          <w:rFonts w:ascii="IM Fell English" w:hAnsi="IM Fell English"/>
          <w:color w:val="141414"/>
          <w:sz w:val="24"/>
        </w:rPr>
        <w:t>Ari's fingers hovered over the envelope, but he forced himself to keep his expression neutral. A flicker of movement behind him drew his attention—the door to his office creaked open just enough for Liora to peek inside. Her face was unreadable, but something about her stance was off, a subtle shift in posture that set alarm bells ringing in Ari's mind. It was the way she tilted her head slightly, a gesture so subtle it might have gone unnoticed by anyone less attuned to the nuances of deception.</w:t>
      </w:r>
    </w:p>
    <w:p>
      <w:r>
        <w:rPr>
          <w:rFonts w:ascii="IM Fell English" w:hAnsi="IM Fell English"/>
          <w:color w:val="141414"/>
          <w:sz w:val="24"/>
        </w:rPr>
        <w:t>“Ambassador, there’s a call for you on the secure line. It’s urgent,” she said, her voice steady but clipped, the kind of practiced urgency that spoke volumes. Ari knew better than to believe it was about schedules or procedural matters. He recognized the code phrase for what it was: an emergency signal, one meant for situations where words could not be trusted to convey the full gravity of the moment.</w:t>
      </w:r>
    </w:p>
    <w:p>
      <w:r>
        <w:rPr>
          <w:rFonts w:ascii="IM Fell English" w:hAnsi="IM Fell English"/>
          <w:color w:val="141414"/>
          <w:sz w:val="24"/>
        </w:rPr>
        <w:t>Diallo leaned forward, his eyes narrowing as he caught the undercurrent of tension. “Aren’t you going to answer it, Ambassador?” he asked lightly, but the challenge in his tone was unmistakable.</w:t>
      </w:r>
    </w:p>
    <w:p>
      <w:r>
        <w:rPr>
          <w:rFonts w:ascii="IM Fell English" w:hAnsi="IM Fell English"/>
          <w:color w:val="141414"/>
          <w:sz w:val="24"/>
        </w:rPr>
        <w:t>Ari’s mind raced, calculating the risks. Leaving the room would expose his next move, but staying put and dismissing the call could raise even deeper suspicion. His options felt as though they were closing inward, like a tightening vice around his throat.</w:t>
      </w:r>
    </w:p>
    <w:p>
      <w:r>
        <w:rPr>
          <w:rFonts w:ascii="IM Fell English" w:hAnsi="IM Fell English"/>
          <w:color w:val="141414"/>
          <w:sz w:val="24"/>
        </w:rPr>
        <w:t>“I suppose it wouldn’t be diplomatic not to take such a call,” Ari replied, forcing a tight smile as he rose from his chair. He moved deliberately, his hand brushing the edge of the envelope Diallo had placed on the desk but stopping just short of opening it. Let the minister see his hesitation—Diallo would interpret it as calculation rather than fear, and perhaps that would buy Ari the time he needed.</w:t>
      </w:r>
    </w:p>
    <w:p>
      <w:r>
        <w:rPr>
          <w:rFonts w:ascii="IM Fell English" w:hAnsi="IM Fell English"/>
          <w:color w:val="141414"/>
          <w:sz w:val="24"/>
        </w:rPr>
        <w:t>He reached the door and paused, glancing back at Diallo with a practiced tilt of his head. “Excuse me for a moment. I’m sure we can resume our conversation afterward.”</w:t>
      </w:r>
    </w:p>
    <w:p>
      <w:r>
        <w:rPr>
          <w:rFonts w:ascii="IM Fell English" w:hAnsi="IM Fell English"/>
          <w:color w:val="141414"/>
          <w:sz w:val="24"/>
        </w:rPr>
        <w:t>Diallo nodded, his expression unreadable but his eyes gleaming with something dangerously close to triumph. “Of course. Take all the time you need.”</w:t>
      </w:r>
    </w:p>
    <w:p>
      <w:r>
        <w:rPr>
          <w:rFonts w:ascii="IM Fell English" w:hAnsi="IM Fell English"/>
          <w:color w:val="141414"/>
          <w:sz w:val="24"/>
        </w:rPr>
        <w:t>As Ari stepped into the corridor, the heavy door clicked shut behind him, sealing him into a moment of fragile privacy. He turned quickly to Liora, his voice low and urgent. “What’s happening?”</w:t>
      </w:r>
    </w:p>
    <w:p>
      <w:r>
        <w:rPr>
          <w:rFonts w:ascii="IM Fell English" w:hAnsi="IM Fell English"/>
          <w:color w:val="141414"/>
          <w:sz w:val="24"/>
        </w:rPr>
        <w:t>She didn’t look at him, her eyes fixed on the floor as though rehearsing her next words carefully. “There’s been a breach,” she said finally, her voice barely above a whisper. “Someone accessed the encrypted files from the embassy’s servers last night—nothing’s missing, but traces were left behind. It wasn’t an amateur job. Someone inside the building knows what you’ve been doing.”</w:t>
      </w:r>
    </w:p>
    <w:p>
      <w:r>
        <w:rPr>
          <w:rFonts w:ascii="IM Fell English" w:hAnsi="IM Fell English"/>
          <w:color w:val="141414"/>
          <w:sz w:val="24"/>
        </w:rPr>
        <w:t>Ari felt the floor tilt beneath him, a cold sweat forming at the base of his spine. His mind reeled with possibilities—who? And more importantly, how much do they know?</w:t>
      </w:r>
    </w:p>
    <w:p>
      <w:r>
        <w:rPr>
          <w:rFonts w:ascii="IM Fell English" w:hAnsi="IM Fell English"/>
          <w:color w:val="141414"/>
          <w:sz w:val="24"/>
        </w:rPr>
        <w:t>“Liora,” he said, his voice firm, “who do you trust in this building?”</w:t>
      </w:r>
    </w:p>
    <w:p>
      <w:r>
        <w:rPr>
          <w:rFonts w:ascii="IM Fell English" w:hAnsi="IM Fell English"/>
          <w:color w:val="141414"/>
          <w:sz w:val="24"/>
        </w:rPr>
        <w:t>Her gaze flicked up to meet his, a flicker of uncertainty crossing her features. “No one, Ambassador. Not anymore.”</w:t>
      </w:r>
    </w:p>
    <w:p>
      <w:r>
        <w:rPr>
          <w:rFonts w:ascii="IM Fell English" w:hAnsi="IM Fell English"/>
          <w:color w:val="141414"/>
          <w:sz w:val="24"/>
        </w:rPr>
        <w:t>The weight of her words fell like a physical blow, and for the first time in months of playing the part, Ari felt the fragile threads of his carefully constructed life unraveling.</w:t>
      </w:r>
    </w:p>
    <w:p>
      <w:r>
        <w:rPr>
          <w:rFonts w:ascii="IM Fell English" w:hAnsi="IM Fell English"/>
          <w:color w:val="141414"/>
          <w:sz w:val="24"/>
        </w:rPr>
        <w:t>Back in his office, a single question gnawed at him: had his mission just become a suicide mission?</w:t>
      </w:r>
    </w:p>
    <w:p>
      <w:r>
        <w:rPr>
          <w:rFonts w:ascii="IM Fell English" w:hAnsi="IM Fell English"/>
          <w:color w:val="141414"/>
          <w:sz w:val="24"/>
        </w:rPr>
        <w:t>The corridor outside the conference hall stretched long and empty, its floor reflecting the soft glow of sconces that cast flickering shadows. Ari moved quickly, but not fast enough to draw attention. Each deliberate step toward the secured room carried him deeper into a maze of possibilities—each corridor branching into another potential betrayal.</w:t>
      </w:r>
    </w:p>
    <w:p>
      <w:r>
        <w:rPr>
          <w:rFonts w:ascii="IM Fell English" w:hAnsi="IM Fell English"/>
          <w:color w:val="141414"/>
          <w:sz w:val="24"/>
        </w:rPr>
        <w:t>He reached the room, a small office tucked behind the main hall, its heavy curtains drawn tight. As he stepped inside, the hum of the city faded into muted silence, broken only by the soft click of the door closing behind him. The air smelled faintly of polished wood and stale water. On the desk sat a small, blacked-out telephone. Its presence felt like an anvil pressing against the fragile normalcy of the space.</w:t>
      </w:r>
    </w:p>
    <w:p>
      <w:r>
        <w:rPr>
          <w:rFonts w:ascii="IM Fell English" w:hAnsi="IM Fell English"/>
          <w:color w:val="141414"/>
          <w:sz w:val="24"/>
        </w:rPr>
        <w:t>Ari didn’t touch the phone immediately. He surveyed the room, his sharp gaze sweeping over the furniture, the windows, the faint shadows in the corners. There was no sign of tampering, but he knew well enough that signs could be erased.</w:t>
      </w:r>
    </w:p>
    <w:p>
      <w:r>
        <w:rPr>
          <w:rFonts w:ascii="IM Fell English" w:hAnsi="IM Fell English"/>
          <w:color w:val="141414"/>
          <w:sz w:val="24"/>
        </w:rPr>
        <w:t>The phone buzzed, its shrill tone cutting through the silence. Ari took a steadying breath before lifting the receiver.</w:t>
      </w:r>
    </w:p>
    <w:p>
      <w:r>
        <w:rPr>
          <w:rFonts w:ascii="IM Fell English" w:hAnsi="IM Fell English"/>
          <w:color w:val="141414"/>
          <w:sz w:val="24"/>
        </w:rPr>
        <w:t>“Report,” he said, his voice low and clipped.</w:t>
      </w:r>
    </w:p>
    <w:p>
      <w:r>
        <w:rPr>
          <w:rFonts w:ascii="IM Fell English" w:hAnsi="IM Fell English"/>
          <w:color w:val="141414"/>
          <w:sz w:val="24"/>
        </w:rPr>
        <w:t>“Sir, it’s worse than we thought,” came the reply, strained but urgent. It was Marcus, his liaison in Westnern’s intelligence division. “The breach wasn’t limited to the embassy’s servers. They pulled data from your personal logs as well—your notes, internal directives, and encrypted communiques. The trail leads to the upper floors of the Adebayo government complex.”</w:t>
      </w:r>
    </w:p>
    <w:p>
      <w:r>
        <w:rPr>
          <w:rFonts w:ascii="IM Fell English" w:hAnsi="IM Fell English"/>
          <w:color w:val="141414"/>
          <w:sz w:val="24"/>
        </w:rPr>
        <w:t>Ari’s grip tightened on the receiver. The government complex—just three buildings over, where all the major negotiations were housed. It explained Diallo’s sudden move, his confident accusation.</w:t>
      </w:r>
    </w:p>
    <w:p>
      <w:r>
        <w:rPr>
          <w:rFonts w:ascii="IM Fell English" w:hAnsi="IM Fell English"/>
          <w:color w:val="141414"/>
          <w:sz w:val="24"/>
        </w:rPr>
        <w:t>“Did they copy anything?” Ari’s voice was steady, but his mind raced through the possibilities.</w:t>
      </w:r>
    </w:p>
    <w:p>
      <w:r>
        <w:rPr>
          <w:rFonts w:ascii="IM Fell English" w:hAnsi="IM Fell English"/>
          <w:color w:val="141414"/>
          <w:sz w:val="24"/>
        </w:rPr>
        <w:t>“No, but the fact that they accessed it at all suggests they’re building a case against you. They know enough to raise suspicions. If they act first, the summit will collapse, and you’ll be the scapegoat.”</w:t>
      </w:r>
    </w:p>
    <w:p>
      <w:r>
        <w:rPr>
          <w:rFonts w:ascii="IM Fell English" w:hAnsi="IM Fell English"/>
          <w:color w:val="141414"/>
          <w:sz w:val="24"/>
        </w:rPr>
        <w:t>Ari closed his eyes for a moment, letting the weight of the situation settle into his chest. The web he had carefully maintained was fraying, unraveling thread by thread. He thought of Bako’s pointed remarks, of Diallo’s calculated maneuvering, and now of the stolen data. The game was no longer on his terms—it was slipping away, inch by precious inch.</w:t>
      </w:r>
    </w:p>
    <w:p>
      <w:r>
        <w:rPr>
          <w:rFonts w:ascii="IM Fell English" w:hAnsi="IM Fell English"/>
          <w:color w:val="141414"/>
          <w:sz w:val="24"/>
        </w:rPr>
        <w:t>“Marcus, I need confirmation—how much do they know?”</w:t>
      </w:r>
    </w:p>
    <w:p>
      <w:r>
        <w:rPr>
          <w:rFonts w:ascii="IM Fell English" w:hAnsi="IM Fell English"/>
          <w:color w:val="141414"/>
          <w:sz w:val="24"/>
        </w:rPr>
        <w:t>“They know enough to make you expendable, sir. And they may already have someone among your staff feeding them details. I suggest you tread carefully.”</w:t>
      </w:r>
    </w:p>
    <w:p>
      <w:r>
        <w:rPr>
          <w:rFonts w:ascii="IM Fell English" w:hAnsi="IM Fell English"/>
          <w:color w:val="141414"/>
          <w:sz w:val="24"/>
        </w:rPr>
        <w:t>The line went dead. Ari replaced the receiver with a slow, deliberate motion, his mind already spinning through contingencies. He glanced toward the door, as though expecting the shadow of betrayal to materialize in the hallway.</w:t>
      </w:r>
    </w:p>
    <w:p>
      <w:r>
        <w:rPr>
          <w:rFonts w:ascii="IM Fell English" w:hAnsi="IM Fell English"/>
          <w:color w:val="141414"/>
          <w:sz w:val="24"/>
        </w:rPr>
        <w:t>He wasn’t just compromising his mission anymore. He was compromising his life.</w:t>
      </w:r>
    </w:p>
    <w:p>
      <w:r>
        <w:rPr>
          <w:rFonts w:ascii="IM Fell English" w:hAnsi="IM Fell English"/>
          <w:color w:val="141414"/>
          <w:sz w:val="24"/>
        </w:rPr>
        <w:t>Ari turned and stared out the window, where the rain had begun to fall in earnest. The city blurred beneath the streaking water, distorted and alien. For the first time, Adebayo didn’t feel like a chessboard—it felt like a trap, and he was already ensnared in it.</w:t>
      </w:r>
    </w:p>
    <w:p>
      <w:r>
        <w:rPr>
          <w:rFonts w:ascii="IM Fell English" w:hAnsi="IM Fell English"/>
          <w:color w:val="141414"/>
          <w:sz w:val="24"/>
        </w:rPr>
        <w:t>Back in his office, the envelope Diallo had left remained untouched but looming, a silent promise of more secrets yet to come, more dangers yet to unfold. Ari’s hands were steady as he picked it up, but he couldn’t shake the feeling that whatever was inside would tip the scales entirely.</w:t>
      </w:r>
    </w:p>
    <w:p>
      <w:r>
        <w:rPr>
          <w:rFonts w:ascii="IM Fell English" w:hAnsi="IM Fell English"/>
          <w:color w:val="141414"/>
          <w:sz w:val="24"/>
        </w:rPr>
        <w:t>The game had only just begun, and already Ari Sorens could feel the noose tightening around his neck.</w:t>
      </w:r>
    </w:p>
    <w:p>
      <w:pPr>
        <w:pStyle w:val="Heading1"/>
        <w:jc w:val="center"/>
      </w:pPr>
      <w:r>
        <w:rPr>
          <w:rFonts w:ascii="IM Fell English" w:hAnsi="IM Fell English"/>
          <w:color w:val="0D0D0D"/>
        </w:rPr>
        <w:t>Chapter 3 - Whispers in the Corridors</w:t>
      </w:r>
    </w:p>
    <w:p>
      <w:r>
        <w:rPr>
          <w:rFonts w:ascii="IM Fell English" w:hAnsi="IM Fell English"/>
          <w:color w:val="141414"/>
          <w:sz w:val="24"/>
        </w:rPr>
        <w:t>The corridors of the State Department building in Kalama, the capital of the fictional African nation of Dainyaar, were dimly illuminated by flickering overhead lights. The air was heavy with the scent of old stone and the faint, acrid trace of overused disinfectant. Adisa Okorie, the newly appointed ambassador of Dainyaar to the fictional Western nation of Azania, walked purposefully yet cautiously. His footsteps echoed softly on the cracked marble floor, the sound swallowed by the oppressive silence. This place, where decisions that shaped nations were born, felt increasingly foreign to him, and he could not ignore the weight of his own duplicity pressing down on his chest like armor two sizes too small.</w:t>
      </w:r>
    </w:p>
    <w:p>
      <w:r>
        <w:rPr>
          <w:rFonts w:ascii="IM Fell English" w:hAnsi="IM Fell English"/>
          <w:color w:val="141414"/>
          <w:sz w:val="24"/>
        </w:rPr>
        <w:t xml:space="preserve">Adisa had always been a man of calculated precision—his career as a diplomat had demanded it, but lately, the game he played felt like it had outgrown him. Every move was a balancing act between the interests of Dainyaar, the expectations of Azania, and the hidden allegiances he harbored for the fictional European power, Virelia. The whispers in the corridors were not confined to rumors or idle gossip but were laced with the subtle undercurrents of conspiracy. Adisa imagined them curling around his ankles, tripping him with every step. As he approached the heavy oak doors of the Minister of State’s private office, a single thought clawed at his mind: </w:t>
      </w:r>
      <w:r>
        <w:rPr>
          <w:rFonts w:ascii="IM Fell English" w:hAnsi="IM Fell English"/>
          <w:i/>
          <w:color w:val="141414"/>
          <w:sz w:val="24"/>
        </w:rPr>
        <w:t>When did I become this man? A man who betrays his own soil for the promise of gold and promises far away?</w:t>
      </w:r>
    </w:p>
    <w:p>
      <w:r>
        <w:rPr>
          <w:rFonts w:ascii="IM Fell English" w:hAnsi="IM Fell English"/>
          <w:color w:val="141414"/>
          <w:sz w:val="24"/>
        </w:rPr>
        <w:t>He paused before knocking, willing his features into a mask of calm. His dark, expressive eyes betrayed nothing, but his fingers twitched slightly at his side, betraying the unease that simmered beneath the surface. The thought of what lay ahead—another carefully choreographed meeting, another calculated performance of loyalty and neutrality—made his stomach churn. He had not always been this way. Once, he had believed in the ideals of diplomacy, in the sanctity of representing his nation with honor. But the sands of time and the shifting tides of power had swept away that younger man, leaving behind this hollow shell who now served as both ambassador and spy.</w:t>
      </w:r>
    </w:p>
    <w:p>
      <w:r>
        <w:rPr>
          <w:rFonts w:ascii="IM Fell English" w:hAnsi="IM Fell English"/>
          <w:color w:val="141414"/>
          <w:sz w:val="24"/>
        </w:rPr>
        <w:t>Behind the door, the Minister’s voice could faintly be heard barking orders into the phone, sharp and impatient. Adisa exhaled slowly, steadying himself. He knocked once, then stepped inside. The room was colder than the corridor, the stale air thick with the hum of the ceiling fan and the faint hum of machinery from the adjacent room—surely a hidden surveillance device, a reminder that these walls had ears. And perhaps, Adisa mused grimly, they weren’t the only ones watching.</w:t>
      </w:r>
    </w:p>
    <w:p>
      <w:r>
        <w:rPr>
          <w:rFonts w:ascii="IM Fell English" w:hAnsi="IM Fell English"/>
          <w:color w:val="141414"/>
          <w:sz w:val="24"/>
        </w:rPr>
        <w:t>Inside the office, Adisa found Minister Adeyemi Okorobia already seated at his desk, a stack of official-looking documents in front of him and a scowl on his face that deepened when Adisa entered. There was no greeting, no offer of a chair. The Minister gestured impatiently to the stack of papers, which Adisa recognized as the latest trade agreements between Dainyaar and Azania. He stood, the tension in the room palpable. “I’m told you’ve been reviewing these with a critical eye,” the Minister said, his tone clipped, his eyes sharp and scrutinizing.</w:t>
      </w:r>
    </w:p>
    <w:p>
      <w:r>
        <w:rPr>
          <w:rFonts w:ascii="IM Fell English" w:hAnsi="IM Fell English"/>
          <w:color w:val="141414"/>
          <w:sz w:val="24"/>
        </w:rPr>
        <w:t>Adisa nodded, choosing his words carefully. “Trade is a delicate matter. Both nations have a stake in ensuring it benefits all parties, but I believe the current terms favor Azania more than they should.” He watched the Minister’s reaction, noting the slight twitch of his brow as the older man set the papers down with exaggerated care.</w:t>
      </w:r>
    </w:p>
    <w:p>
      <w:r>
        <w:rPr>
          <w:rFonts w:ascii="IM Fell English" w:hAnsi="IM Fell English"/>
          <w:color w:val="141414"/>
          <w:sz w:val="24"/>
        </w:rPr>
        <w:t>“You overstep,” the Minister said coldly, his gaze narrowing. “This is not your place to question our priorities, Ambasssador Okorie. You are Dainyaar’s face to Azania, not its conscience.” But there was something in his voice, a subtle shift in tone that suggested Adisa had touched on a raw nerve.</w:t>
      </w:r>
    </w:p>
    <w:p>
      <w:r>
        <w:rPr>
          <w:rFonts w:ascii="IM Fell English" w:hAnsi="IM Fell English"/>
          <w:color w:val="141414"/>
          <w:sz w:val="24"/>
        </w:rPr>
        <w:t>“I speak only for the interests of our nation,” Adisa replied, his voice measured. It was a line he could recite in his sleep—polished, practiced, utterly hollow. He could feel the Minister’s suspicion growing like a storm cloud in the room, heavy and oppressive.</w:t>
      </w:r>
    </w:p>
    <w:p>
      <w:r>
        <w:rPr>
          <w:rFonts w:ascii="IM Fell English" w:hAnsi="IM Fell English"/>
          <w:color w:val="141414"/>
          <w:sz w:val="24"/>
        </w:rPr>
        <w:t>The Minister leaned back in his chair, folding his hands together. “Then see that you remain focused on that task, Ambassador. Dainyaar does not look kindly upon distractions.” He let that hang in the air, sharp as a blade, before turning back to the documents. “You are dismissed.”</w:t>
      </w:r>
    </w:p>
    <w:p>
      <w:r>
        <w:rPr>
          <w:rFonts w:ascii="IM Fell English" w:hAnsi="IM Fell English"/>
          <w:color w:val="141414"/>
          <w:sz w:val="24"/>
        </w:rPr>
        <w:t>Adisa did not wait to be asked twice. He turned on his heel, the weight of the conversation pressing down on him as he stepped out into the corridor. This meeting had done nothing to abate the sense of dread coiling in his gut. He needed to move, to think, to escape the suffocating walls of the building.</w:t>
      </w:r>
    </w:p>
    <w:p>
      <w:r>
        <w:rPr>
          <w:rFonts w:ascii="IM Fell English" w:hAnsi="IM Fell English"/>
          <w:color w:val="141414"/>
          <w:sz w:val="24"/>
        </w:rPr>
        <w:t>But there was no escaping the shadows that waited to ensnare him elsewhere.</w:t>
      </w:r>
    </w:p>
    <w:p>
      <w:r>
        <w:rPr>
          <w:rFonts w:ascii="IM Fell English" w:hAnsi="IM Fell English"/>
          <w:color w:val="141414"/>
          <w:sz w:val="24"/>
        </w:rPr>
        <w:t>That evening, Adisa found himself seated in a dimly lit safehouse in the outskirts of Kalama, far from the prying eyes of the city. Outside, the faint rumble of distant traffic and the occasional cry of a night bird filtered through the cracked windows, but within, the room was heavy with silence. Across from him sat a man in his mid-thirties, dressed impeccably in a tailored suit that seemed out of place in the shabby surroundings. His name was Emil Bauer, a representative of Virelia’s intelligence network, and his presence was a reminder of the tangled web Adisa had woven around himself.</w:t>
      </w:r>
    </w:p>
    <w:p>
      <w:r>
        <w:rPr>
          <w:rFonts w:ascii="IM Fell English" w:hAnsi="IM Fell English"/>
          <w:color w:val="141414"/>
          <w:sz w:val="24"/>
        </w:rPr>
        <w:t>Emil’s face was a mask of controlled indifference, but Adisa knew better. He had seen that same mask slip before, revealing a man whose calm exterior barely concealed the calculating mind beneath. Emil leaned forward, lowering his voice. “You’ve made your position clear, Ambassador. But words don’t pay bills—or secure loyalties.”</w:t>
      </w:r>
    </w:p>
    <w:p>
      <w:r>
        <w:rPr>
          <w:rFonts w:ascii="IM Fell English" w:hAnsi="IM Fell English"/>
          <w:color w:val="141414"/>
          <w:sz w:val="24"/>
        </w:rPr>
        <w:t>Adisa stiffened, though he kept his expression neutral. “I assure you, my loyalty is where it’s always been,” he said, carefully avoiding the man’s gaze as he slid a small leather-bound notebook across the table. It was the culmination of weeks of careful observation, a collection of notes and insights gleaned from Dainyaar’s diplomatic meetings. “This should prove my value.”</w:t>
      </w:r>
    </w:p>
    <w:p>
      <w:r>
        <w:rPr>
          <w:rFonts w:ascii="IM Fell English" w:hAnsi="IM Fell English"/>
          <w:color w:val="141414"/>
          <w:sz w:val="24"/>
        </w:rPr>
        <w:t>Emil took the notebook, flipping through its pages with a critical eye. “Interesting material,” he said, his tone flat but laced with a thread of amusement. “But let’s not pretend, Okorie. You’re not just feeding us information; you’re hedging your bets. Tell me, Ambassador, when does the betrayal become complete?”</w:t>
      </w:r>
    </w:p>
    <w:p>
      <w:r>
        <w:rPr>
          <w:rFonts w:ascii="IM Fell English" w:hAnsi="IM Fell English"/>
          <w:color w:val="141414"/>
          <w:sz w:val="24"/>
        </w:rPr>
        <w:t>Adisa felt the blood rush to his cheeks, though he managed to keep his composure. “I don’t know what you mean,” he replied, though he knew the words rang hollow even as he spoke them.</w:t>
      </w:r>
    </w:p>
    <w:p>
      <w:r>
        <w:rPr>
          <w:rFonts w:ascii="IM Fell English" w:hAnsi="IM Fell English"/>
          <w:color w:val="141414"/>
          <w:sz w:val="24"/>
        </w:rPr>
        <w:t>Emil leaned in closer, his voice dropping to a whisper. “The Minister suspects you. It’s only a matter of time before he connects the dots. When that happens, you’ll need someone to protect you—and that someone is Virelia. But protection comes at a cost. Are you ready to pay it?”</w:t>
      </w:r>
    </w:p>
    <w:p>
      <w:r>
        <w:rPr>
          <w:rFonts w:ascii="IM Fell English" w:hAnsi="IM Fell English"/>
          <w:color w:val="141414"/>
          <w:sz w:val="24"/>
        </w:rPr>
        <w:t>The room felt suddenly smaller, the walls closing in on Adisa as the weight of the man’s words settled over him like a lead blanket. He wanted to protest, to deny the truth that stared him in the face, but he couldn’t. Instead, he found himself nodding slowly, the motion heavy with an unspoken resignation.</w:t>
      </w:r>
    </w:p>
    <w:p>
      <w:r>
        <w:rPr>
          <w:rFonts w:ascii="IM Fell English" w:hAnsi="IM Fell English"/>
          <w:color w:val="141414"/>
          <w:sz w:val="24"/>
        </w:rPr>
        <w:t>Emil leaned back, a faint smile playing on his lips. “Good. Then we understand each other.” He pulled a small envelope from his coat pocket and placed it on the table. “Inside, you’ll find instructions for your next assignment. And a reminder that we’re always watching. Don’t disappoint us, Ambassador.”</w:t>
      </w:r>
    </w:p>
    <w:p>
      <w:r>
        <w:rPr>
          <w:rFonts w:ascii="IM Fell English" w:hAnsi="IM Fell English"/>
          <w:color w:val="141414"/>
          <w:sz w:val="24"/>
        </w:rPr>
        <w:t>As Emil rose to leave, Adisa felt the faint tremor in his fingers as he reached for the envelope. The room was silent once more, but the echo of Emil’s words lingered, a chilling reminder of the path he had chosen.</w:t>
      </w:r>
    </w:p>
    <w:p>
      <w:r>
        <w:rPr>
          <w:rFonts w:ascii="IM Fell English" w:hAnsi="IM Fell English"/>
          <w:color w:val="141414"/>
          <w:sz w:val="24"/>
        </w:rPr>
        <w:t>Back in his office the next day, Adisa sat at his desk, his mind a swirl of thoughts as he stared out the window at the sprawling city of Kalama. The sun was setting, casting an amber glow over the skyline, but even the beauty of the evening failed to lift the gloom that had settled over him. He knew the weight of his decisions, yet he couldn’t stop himself from reaching for the envelope in his drawer, feeling the sharp edges against his fingertips. He unfolded the paper inside, scanning the instructions. Virelia wanted more—more information, more leverage, more betrayal—and the next opportunity was already presenting itself: a high-level meeting between Dainyaar’s leadership and a key Azania diplomat the following week.</w:t>
      </w:r>
    </w:p>
    <w:p>
      <w:r>
        <w:rPr>
          <w:rFonts w:ascii="IM Fell English" w:hAnsi="IM Fell English"/>
          <w:color w:val="141414"/>
          <w:sz w:val="24"/>
        </w:rPr>
        <w:t>Just as he slid the envelope back into the drawer, a knock sounded at the door. It was sharp, deliberate, and Adisa’s chest tightened instinctively. “Come in,” he called, his voice steady despite the unease prickling at the back of his neck.</w:t>
      </w:r>
    </w:p>
    <w:p>
      <w:r>
        <w:rPr>
          <w:rFonts w:ascii="IM Fell English" w:hAnsi="IM Fell English"/>
          <w:color w:val="141414"/>
          <w:sz w:val="24"/>
        </w:rPr>
        <w:t>The door creaked open, and in walked President Tunde Kalama, the leader of Dainyaar. Adisa stood quickly, offering a respectful bow. The President was a towering figure in both stature and presence, his crisp white kaftan blending seamlessly with the golden embroidery that framed his broad shoulders. His expression was inscrutable, but Adisa noticed the subtle way his eyes flickered toward the drawer—had the President seen him hide the envelope? Or was it simply paranoia taking root once more?</w:t>
      </w:r>
    </w:p>
    <w:p>
      <w:r>
        <w:rPr>
          <w:rFonts w:ascii="IM Fell English" w:hAnsi="IM Fell English"/>
          <w:color w:val="141414"/>
          <w:sz w:val="24"/>
        </w:rPr>
        <w:t>“Ambassador Okorie,” the President began, his voice a deep rumble that seemed to vibrate through the room. “I have questions for you, and I hope you’ll answer them honestly.” He moved to the chair opposite Adisa’s desk, settling into it with the ease of a man accustomed to command.</w:t>
      </w:r>
    </w:p>
    <w:p>
      <w:r>
        <w:rPr>
          <w:rFonts w:ascii="IM Fell English" w:hAnsi="IM Fell English"/>
          <w:color w:val="141414"/>
          <w:sz w:val="24"/>
        </w:rPr>
        <w:t>Adisa sat slowly, his throat dry. “Of course, Mr. President,” he said, forcing his voice to remain steady. “What is it you wish to discuss?”</w:t>
      </w:r>
    </w:p>
    <w:p>
      <w:r>
        <w:rPr>
          <w:rFonts w:ascii="IM Fell English" w:hAnsi="IM Fell English"/>
          <w:color w:val="141414"/>
          <w:sz w:val="24"/>
        </w:rPr>
        <w:t>The President’s gaze was steady, unwavering as he leaned forward slightly. “You’ve been... diligent in your duties, I hear. The Minister tells me you’ve expressed concerns about the terms of our trade agreements with Azania. Interesting, that you’d take such a stance given your role as representative.”</w:t>
      </w:r>
    </w:p>
    <w:p>
      <w:r>
        <w:rPr>
          <w:rFonts w:ascii="IM Fell English" w:hAnsi="IM Fell English"/>
          <w:color w:val="141414"/>
          <w:sz w:val="24"/>
        </w:rPr>
        <w:t>Adisa’s heart raced, but he kept his features neutral. “It is my responsibility to ensure Dainyaar’s interests are upheld, Mr. President. That includes questioning what some might consider settled matters.”</w:t>
      </w:r>
    </w:p>
    <w:p>
      <w:r>
        <w:rPr>
          <w:rFonts w:ascii="IM Fell English" w:hAnsi="IM Fell English"/>
          <w:color w:val="141414"/>
          <w:sz w:val="24"/>
        </w:rPr>
        <w:t>The President’s lips curved into the faintest ghost of a smile. “Yes, that is why we chose you for the position.” He shifted slightly, folding his hands together on the table. “However, there are whispers—rumors about your loyalty to this country and your connections to foreign interests. I’m sure you understand why such talk concerns me.”</w:t>
      </w:r>
    </w:p>
    <w:p>
      <w:r>
        <w:rPr>
          <w:rFonts w:ascii="IM Fell English" w:hAnsi="IM Fell English"/>
          <w:color w:val="141414"/>
          <w:sz w:val="24"/>
        </w:rPr>
        <w:t>Adisa leaned forward, meeting the President’s gaze with a practiced calm. “I can assure you, Mr. President, there is nothing to those rumors. My loyalty to Dainyaar has never wavered.”</w:t>
      </w:r>
    </w:p>
    <w:p>
      <w:r>
        <w:rPr>
          <w:rFonts w:ascii="IM Fell English" w:hAnsi="IM Fell English"/>
          <w:color w:val="141414"/>
          <w:sz w:val="24"/>
        </w:rPr>
        <w:t>The silence stretched between them, thick and suffocating. Then the President leaned back, his expression unreadable. “Spoken like a true statesman, Ambassador. But words are wind, and wind does not hold its shape in the desert. You’ll forgive me if I take... precautions.”</w:t>
      </w:r>
    </w:p>
    <w:p>
      <w:r>
        <w:rPr>
          <w:rFonts w:ascii="IM Fell English" w:hAnsi="IM Fell English"/>
          <w:color w:val="141414"/>
          <w:sz w:val="24"/>
        </w:rPr>
        <w:t>Adisa nodded slowly, his thoughts racing. The President’s parting words as he left the office lingered in the air like an unspoken threat: “I’ll be watching you, Ambassador. Do not prove the rumors true.”</w:t>
      </w:r>
    </w:p>
    <w:p>
      <w:r>
        <w:rPr>
          <w:rFonts w:ascii="IM Fell English" w:hAnsi="IM Fell English"/>
          <w:color w:val="141414"/>
          <w:sz w:val="24"/>
        </w:rPr>
        <w:t>The moment the door clicked shut, Adisa felt the weight of the President’s words settle around his shoulders like an iron mantle. He looked down at his trembling hands, the tremor betraying the control he had fought so hard to maintain.</w:t>
      </w:r>
    </w:p>
    <w:p>
      <w:r>
        <w:rPr>
          <w:rFonts w:ascii="IM Fell English" w:hAnsi="IM Fell English"/>
          <w:color w:val="141414"/>
          <w:sz w:val="24"/>
        </w:rPr>
        <w:t>As night fell over Kalama, Adisa sat alone in his residence, the glow of a single lantern casting flickering shadows on the walls. The room was stifling, despite the open windows that let in the faint hum of distant traffic and the occasional chirp of nocturnal insects. He could still feel the President’s words pressing against his mind, each syllable a hammer strike against his already fractured sense of self.</w:t>
      </w:r>
    </w:p>
    <w:p>
      <w:r>
        <w:rPr>
          <w:rFonts w:ascii="IM Fell English" w:hAnsi="IM Fell English"/>
          <w:color w:val="141414"/>
          <w:sz w:val="24"/>
        </w:rPr>
        <w:t>The weight of his position was unbearable. He had spent years weaving himself into the fabric of Dainyaar’s elite, presenting the carefully curated image of a loyal son dedicated to his nation. But now, the cracks in that persona were spreading like fissures in dry earth. Every conversation, every glance from the President or Minister, felt like a test—a gauntlet he had to navigate without revealing the treacherous truth buried inside him.</w:t>
      </w:r>
    </w:p>
    <w:p>
      <w:r>
        <w:rPr>
          <w:rFonts w:ascii="IM Fell English" w:hAnsi="IM Fell English"/>
          <w:color w:val="141414"/>
          <w:sz w:val="24"/>
        </w:rPr>
        <w:t>He reached reflexively for the envelope from Virelia, sliding it out of the drawer and placing it on the table. The paper seemed to glow faintly in the lantern light, a symbol of the obligations he could neither fulfill nor abandon. What had once felt manageable—a balancing act of loyalty and espionage—was now an impossible tightrope walk. Each step forward brought him closer to the edge, and the ground below seemed to vanish with every passing moment.</w:t>
      </w:r>
    </w:p>
    <w:p>
      <w:r>
        <w:rPr>
          <w:rFonts w:ascii="IM Fell English" w:hAnsi="IM Fell English"/>
          <w:color w:val="141414"/>
          <w:sz w:val="24"/>
        </w:rPr>
        <w:t>Adisa poured himself a drink, the amber liquid sloshing faintly as the glass made contact with the table. He stared into its depths as if the answers to his predicament might materialize within its golden glow. But the only reflection it offered was his own, a face he barely recognized.</w:t>
      </w:r>
    </w:p>
    <w:p>
      <w:r>
        <w:rPr>
          <w:rFonts w:ascii="IM Fell English" w:hAnsi="IM Fell English"/>
          <w:color w:val="141414"/>
          <w:sz w:val="24"/>
        </w:rPr>
        <w:t>The betrayal gnawed at him, its teeth sharper than he could have ever imagined. He had told himself that his actions served a greater good, that the information he provided to Virelia was a necessary sacrifice to protect Dainyaar from larger, unseen dangers. Yet, every time he handed over sensitive details—every covert assignment completed—he felt another part of himself erode, stripped away until all that remained was a hollow figure dressed in the trappings of a man.</w:t>
      </w:r>
    </w:p>
    <w:p>
      <w:r>
        <w:rPr>
          <w:rFonts w:ascii="IM Fell English" w:hAnsi="IM Fell English"/>
          <w:color w:val="141414"/>
          <w:sz w:val="24"/>
        </w:rPr>
        <w:t>He thought back to his first mission for Virelia, the way the adrenaline had coursed through his veins as he slid the file across the table to Emil, the thrill of outsmarting those he was supposed to serve. But now, that thrill had soured into something bitter, like the aftertaste of spoiled wine. He could no longer tell where the lines began and ended between his roles, and in his heart, he knew one truth he dared not speak aloud: he wasn’t serving his nation anymore. He was serving his own survival, and even that felt increasingly fragile.</w:t>
      </w:r>
    </w:p>
    <w:p>
      <w:r>
        <w:rPr>
          <w:rFonts w:ascii="IM Fell English" w:hAnsi="IM Fell English"/>
          <w:color w:val="141414"/>
          <w:sz w:val="24"/>
        </w:rPr>
        <w:t>The shadows on the wall twisted and danced with the lantern’s flame, and in their movement, Adisa imagined the faces of those he had wronged—his colleagues, his country, even Emil, whose icy demeanor masked a ruthless efficiency that could end him without hesitation. He shivered, not from the slight chill that had crept into the room but from the cold realization that he was no longer the master of his own fate. He was a pawn in a game far larger than himself, and the players were already closing in.</w:t>
      </w:r>
    </w:p>
    <w:p>
      <w:r>
        <w:rPr>
          <w:rFonts w:ascii="IM Fell English" w:hAnsi="IM Fell English"/>
          <w:color w:val="141414"/>
          <w:sz w:val="24"/>
        </w:rPr>
        <w:t>A knock at the door shattered the silence, and Adisa’s heart leapt to his throat. He forced himself to his feet, smoothing out his shirt even though the gesture could not erase the chaos inside him. He walked to the door, his steps heavy, and opened it to find a familiar figure standing there.</w:t>
      </w:r>
    </w:p>
    <w:p>
      <w:r>
        <w:rPr>
          <w:rFonts w:ascii="IM Fell English" w:hAnsi="IM Fell English"/>
          <w:color w:val="141414"/>
          <w:sz w:val="24"/>
        </w:rPr>
        <w:t>“Adisa,” the woman said softly, her voice carrying both warmth and tension. “We need to talk.”</w:t>
      </w:r>
    </w:p>
    <w:p>
      <w:r>
        <w:rPr>
          <w:rFonts w:ascii="IM Fell English" w:hAnsi="IM Fell English"/>
          <w:color w:val="141414"/>
          <w:sz w:val="24"/>
        </w:rPr>
        <w:t>It was Adiza, his younger sister and a rising star in Dainyaar’s Ministry of Finance. Her presence here was unexpected, and Adisa’s mind raced to anticipate her purpose. Her dark eyes, so like his own, searched his face as she stepped inside. “You look like you haven’t slept in days,” she said, concern lacing her voice.</w:t>
      </w:r>
    </w:p>
    <w:p>
      <w:r>
        <w:rPr>
          <w:rFonts w:ascii="IM Fell English" w:hAnsi="IM Fell English"/>
          <w:color w:val="141414"/>
          <w:sz w:val="24"/>
        </w:rPr>
        <w:t>“I’ve been busy,” Adisa replied, closing the door behind her. The weight of her gaze and his secrets made the air between them feel even heavier.</w:t>
      </w:r>
    </w:p>
    <w:p>
      <w:r>
        <w:rPr>
          <w:rFonts w:ascii="IM Fell English" w:hAnsi="IM Fell English"/>
          <w:color w:val="141414"/>
          <w:sz w:val="24"/>
        </w:rPr>
        <w:t>“I know,” she said, setting her handbag on the table. “I also know you’ve been... involved in things you haven’t told me about. I know how much you’ve been keeping from us, from me.”</w:t>
      </w:r>
    </w:p>
    <w:p>
      <w:r>
        <w:rPr>
          <w:rFonts w:ascii="IM Fell English" w:hAnsi="IM Fell English"/>
          <w:color w:val="141414"/>
          <w:sz w:val="24"/>
        </w:rPr>
        <w:t>Adisa’s throat tightened. “What do you mean?”</w:t>
      </w:r>
    </w:p>
    <w:p>
      <w:r>
        <w:rPr>
          <w:rFonts w:ascii="IM Fell English" w:hAnsi="IM Fell English"/>
          <w:color w:val="141414"/>
          <w:sz w:val="24"/>
        </w:rPr>
        <w:t>She crossed her arms, her expression hardening. “Don’t play dumb, Adisa. You think I haven’t noticed the way people talk, the way the whispers follow you? I can’t prove what you’re doing, but I know you’ve been feeding Dainyaar’s secrets to someone. Tell me the truth—before someone else does.”</w:t>
      </w:r>
    </w:p>
    <w:p>
      <w:r>
        <w:rPr>
          <w:rFonts w:ascii="IM Fell English" w:hAnsi="IM Fell English"/>
          <w:color w:val="141414"/>
          <w:sz w:val="24"/>
        </w:rPr>
        <w:t>Adisa stared at her, his heart pounding in his chest. The confrontation felt like the final domino tipping, and he braced himself for what might come next.</w:t>
      </w:r>
    </w:p>
    <w:p>
      <w:pPr>
        <w:pStyle w:val="Heading1"/>
        <w:jc w:val="center"/>
      </w:pPr>
      <w:r>
        <w:rPr>
          <w:rFonts w:ascii="IM Fell English" w:hAnsi="IM Fell English"/>
          <w:color w:val="0D0D0D"/>
        </w:rPr>
        <w:t>Chapter 4 - The First Crack</w:t>
      </w:r>
    </w:p>
    <w:p>
      <w:r>
        <w:rPr>
          <w:rFonts w:ascii="IM Fell English" w:hAnsi="IM Fell English"/>
          <w:color w:val="141414"/>
          <w:sz w:val="24"/>
        </w:rPr>
        <w:t>The meeting began with the smell of burnt toast lingering beneath the sterile air of the diplomatic office building. Ambassador Ade Okereke stood at the window, watching the gray clouds gather over the spires of the capital city. His hand hovered inches from the leather briefcase beside him, fingers twitching toward the thin stack of documents buried inside—documents he’d stolen from his own government’s encrypted files the night before. The man across the desk from him, Minister Abubakar of the Central Trade Delegation, cleared his throat, the sound sharp and impatient. Okereke turned, his dark suit gleaming under the room’s overhead lights. “You wanted to discuss the pipeline agreement,” Okereke said, his voice smooth as the marble floors beneath their feet.</w:t>
      </w:r>
    </w:p>
    <w:p>
      <w:r>
        <w:rPr>
          <w:rFonts w:ascii="IM Fell English" w:hAnsi="IM Fell English"/>
          <w:color w:val="141414"/>
          <w:sz w:val="24"/>
        </w:rPr>
        <w:t>“I want to discuss your loyalty,” Abubakar replied, his tone flinty, his fingers drumming a staccato rhythm against the polished wood. He wore a gold chain at his throat, the pendant shaped like the continent itself, and though his words were flat, his eyes flitted constantly to the door where Okereke’s assistant waited outside, clipboard in hand. “You’ve been slipping information to the North Atlantic Trade Union. I know how their tariffs were adjusted a week before our last shipment was released. It was you.”</w:t>
      </w:r>
    </w:p>
    <w:p>
      <w:r>
        <w:rPr>
          <w:rFonts w:ascii="IM Fell English" w:hAnsi="IM Fell English"/>
          <w:color w:val="141414"/>
          <w:sz w:val="24"/>
        </w:rPr>
        <w:t>Okereke smiled faintly, a practiced curve of his lips that masked the cold sweat crawling down his spine. He adjusted his cufflinks, their silver polished to a mirror gloss. “Minister,” he said, “you’re chasing shadows. If there’s a leak, it’s not in my office.” His gaze flicked to the window again, where a delivery truck idled at the curb across the street, its driver slumped against the door, one hand gripping a bottle that glinted in the weak sunlight. Okereke’s mind raced. The truck had been parked there all morning. He didn’t recognize the driver, which meant either it was a coincidence—or he was being watched.</w:t>
      </w:r>
    </w:p>
    <w:p>
      <w:r>
        <w:rPr>
          <w:rFonts w:ascii="IM Fell English" w:hAnsi="IM Fell English"/>
          <w:color w:val="141414"/>
          <w:sz w:val="24"/>
        </w:rPr>
        <w:t>Abubakar leaned forward, his knuckles cracking as his fists tightened against the desk. “Do you think you’re the only one playing this game?” He pulled a manila envelope from his portfolio and slid it across the desk. The contents spilled out—photocopies of encrypted cables, all marked with the seal of the North Atlantic Trade Union’s intelligence branch. “Your handler’s name is listed here,” Abubakar continued, his voice lower now, almost conspiratorial. “Did you really think they’d protect you if it came to war?”</w:t>
      </w:r>
    </w:p>
    <w:p>
      <w:r>
        <w:rPr>
          <w:rFonts w:ascii="IM Fell English" w:hAnsi="IM Fell English"/>
          <w:color w:val="141414"/>
          <w:sz w:val="24"/>
        </w:rPr>
        <w:t>There was a knock on the door, and Okereke’s assistant poked her head in. “Ambassador, the Consul is on the line. They said it’s urgent.”</w:t>
      </w:r>
    </w:p>
    <w:p>
      <w:r>
        <w:rPr>
          <w:rFonts w:ascii="IM Fell English" w:hAnsi="IM Fell English"/>
          <w:color w:val="141414"/>
          <w:sz w:val="24"/>
        </w:rPr>
        <w:t>Okereke’s gaze lingered on the envelope, the edges of the papers curling slightly. He glanced at his watch: 3:02 pm. The trucks were supposed to move the refined materials out of the coastal warehouse by 4:00. A sudden thought flickered in his mind like a faulty bulb—what if the shipment was intercepted? What if his handlers had lied to him? The knock came again, sharper this time.</w:t>
      </w:r>
    </w:p>
    <w:p>
      <w:r>
        <w:rPr>
          <w:rFonts w:ascii="IM Fell English" w:hAnsi="IM Fell English"/>
          <w:color w:val="141414"/>
          <w:sz w:val="24"/>
        </w:rPr>
        <w:t>“I’ll be right there,” he said, his voice even. When the assistant disappeared back into the hall, he stood, adjusting his lapels. “Minister, we’ll continue this later. I’m sure you understand that diplomacy requires... timing.”</w:t>
      </w:r>
    </w:p>
    <w:p>
      <w:r>
        <w:rPr>
          <w:rFonts w:ascii="IM Fell English" w:hAnsi="IM Fell English"/>
          <w:color w:val="141414"/>
          <w:sz w:val="24"/>
        </w:rPr>
        <w:t>Abubakar’s laugh was dry, bitter as the tea cooling on the table between them. “Of course, Ambassador. Timing is everything.”</w:t>
      </w:r>
    </w:p>
    <w:p>
      <w:r>
        <w:rPr>
          <w:rFonts w:ascii="IM Fell English" w:hAnsi="IM Fell English"/>
          <w:color w:val="141414"/>
          <w:sz w:val="24"/>
        </w:rPr>
        <w:t>Outside, the delivery truck roared to life and peeled away from the curb. Okereke watched it go, unease settling like a stone in his stomach.</w:t>
      </w:r>
    </w:p>
    <w:p>
      <w:r>
        <w:rPr>
          <w:rFonts w:ascii="IM Fell English" w:hAnsi="IM Fell English"/>
          <w:color w:val="141414"/>
          <w:sz w:val="24"/>
        </w:rPr>
        <w:t>By the time the ambassadorial convoy reached the coastal warehouse, the sun had dipped low enough to cast the horizon in blood-orange light. Ambassador Clara Banda stepped out of her armored limousine, her heels clicking rhythmically against the cement as she approached the loading dock. The air smelled of saltwater and diesel, the wind tugging at the hem of her charcoal pantsuit. She glanced at her watch: 3:55 pm. The trucks should have been halfway to the border by now. Instead, three uniformed guards stood frozen near the warehouse entrance, one holding a rifle with trembling hands. Banda’s jaw tightened. She approached the leader, her voice cutting through the noise of the wind like a blade.</w:t>
      </w:r>
    </w:p>
    <w:p>
      <w:r>
        <w:rPr>
          <w:rFonts w:ascii="IM Fell English" w:hAnsi="IM Fell English"/>
          <w:color w:val="141414"/>
          <w:sz w:val="24"/>
        </w:rPr>
        <w:t>“Where are our goods?”</w:t>
      </w:r>
    </w:p>
    <w:p>
      <w:r>
        <w:rPr>
          <w:rFonts w:ascii="IM Fell English" w:hAnsi="IM Fell English"/>
          <w:color w:val="141414"/>
          <w:sz w:val="24"/>
        </w:rPr>
        <w:t>The man swallowed hard. “The Consul’s orders, ma’am. The shipment’s been held pending further inspection.”</w:t>
      </w:r>
    </w:p>
    <w:p>
      <w:r>
        <w:rPr>
          <w:rFonts w:ascii="IM Fell English" w:hAnsi="IM Fell English"/>
          <w:color w:val="141414"/>
          <w:sz w:val="24"/>
        </w:rPr>
        <w:t>Banda’s hand darted to the earpiece in her left lobe, her voice low and sharp. “Someone has betrayed me.”</w:t>
      </w:r>
    </w:p>
    <w:p>
      <w:r>
        <w:rPr>
          <w:rFonts w:ascii="IM Fell English" w:hAnsi="IM Fell English"/>
          <w:color w:val="141414"/>
          <w:sz w:val="24"/>
        </w:rPr>
        <w:t xml:space="preserve">Inside the warehouse, the stacks of crates labeled </w:t>
      </w:r>
      <w:r>
        <w:rPr>
          <w:rFonts w:ascii="IM Fell English" w:hAnsi="IM Fell English"/>
          <w:i/>
          <w:color w:val="141414"/>
          <w:sz w:val="24"/>
        </w:rPr>
        <w:t>Agricultural Machinery</w:t>
      </w:r>
      <w:r>
        <w:rPr>
          <w:rFonts w:ascii="IM Fell English" w:hAnsi="IM Fell English"/>
          <w:color w:val="141414"/>
          <w:sz w:val="24"/>
        </w:rPr>
        <w:t xml:space="preserve"> towered toward the high industrial ceiling, the crates themselves heavy with the scent of fresh lumber and synthetic polymer. Banda knew what was inside them: prototype military drones the Central Trade Delegation had developed to surveil border zones. She also knew how much the Westnern Republic—or more specifically, her handler there—had paid for them. But her thoughts were drowned out by the growl of a voice behind her.</w:t>
      </w:r>
    </w:p>
    <w:p>
      <w:r>
        <w:rPr>
          <w:rFonts w:ascii="IM Fell English" w:hAnsi="IM Fell English"/>
          <w:color w:val="141414"/>
          <w:sz w:val="24"/>
        </w:rPr>
        <w:t>“You’re looking for the wrong person.”</w:t>
      </w:r>
    </w:p>
    <w:p>
      <w:r>
        <w:rPr>
          <w:rFonts w:ascii="IM Fell English" w:hAnsi="IM Fell English"/>
          <w:color w:val="141414"/>
          <w:sz w:val="24"/>
        </w:rPr>
        <w:t>Banda turned sharply, her hand instinctively brushing the hilt of the small knife strapped to her thigh. A figure stepped out from between two stacks of crates, cloaked in shadows. It was Kofi Mensah, the ambassador to the Eastern Bloc, his tailored blazer wrinkled and his tie loose.</w:t>
      </w:r>
    </w:p>
    <w:p>
      <w:r>
        <w:rPr>
          <w:rFonts w:ascii="IM Fell English" w:hAnsi="IM Fell English"/>
          <w:color w:val="141414"/>
          <w:sz w:val="24"/>
        </w:rPr>
        <w:t>“Funny place to have a conversation,” Banda said, her voice cold but curious.</w:t>
      </w:r>
    </w:p>
    <w:p>
      <w:r>
        <w:rPr>
          <w:rFonts w:ascii="IM Fell English" w:hAnsi="IM Fell English"/>
          <w:color w:val="141414"/>
          <w:sz w:val="24"/>
        </w:rPr>
        <w:t>Kofi’s smile was thin, predatory. “You’re not the only one with secrets, Banda.” He held up a flash drive, the plastic casing glinting like glass in the dim overhead light. “The files you’ve been smuggling—they’re fake. The schematics, the trade agreements, even that list of political dissidents we passed last week. All fabricated.”</w:t>
      </w:r>
    </w:p>
    <w:p>
      <w:r>
        <w:rPr>
          <w:rFonts w:ascii="IM Fell English" w:hAnsi="IM Fell English"/>
          <w:color w:val="141414"/>
          <w:sz w:val="24"/>
        </w:rPr>
        <w:t>Banda froze, her breath catching in her throat. “What?”</w:t>
      </w:r>
    </w:p>
    <w:p>
      <w:r>
        <w:rPr>
          <w:rFonts w:ascii="IM Fell English" w:hAnsi="IM Fell English"/>
          <w:color w:val="141414"/>
          <w:sz w:val="24"/>
        </w:rPr>
        <w:t>“Your handler in Westnern gave you nothing but lies,” Kofi said, his tone almost gleeful. “The drones are worthless. Their targeting software has a flaw the developers can’t fix. And the lists you’ve stolen? Those names—they never existed. Your entire operation has been an illusion.”</w:t>
      </w:r>
    </w:p>
    <w:p>
      <w:r>
        <w:rPr>
          <w:rFonts w:ascii="IM Fell English" w:hAnsi="IM Fell English"/>
          <w:color w:val="141414"/>
          <w:sz w:val="24"/>
        </w:rPr>
        <w:t>The warehouse seemed to tilt around her, the heavy crates leaning precariously. Banda’s mind scrambled for control, her diplomatic training clawing its way to the surface. “What’s your stake in this, Mensah?” she snapped. “You’re not telling me just out of the goodness of your heart.”</w:t>
      </w:r>
    </w:p>
    <w:p>
      <w:r>
        <w:rPr>
          <w:rFonts w:ascii="IM Fell English" w:hAnsi="IM Fell English"/>
          <w:color w:val="141414"/>
          <w:sz w:val="24"/>
        </w:rPr>
        <w:t>Kofi leaned closer, his breath warm against her ear. “No,” he murmured. “I’m telling you because you’ve made an enemy out of the wrong people. And now, I’m one of them.” He handed her the flash drive, the weight of it heavier than it should have been. “Check the files. See for yourself.”</w:t>
      </w:r>
    </w:p>
    <w:p>
      <w:r>
        <w:rPr>
          <w:rFonts w:ascii="IM Fell English" w:hAnsi="IM Fell English"/>
          <w:color w:val="141414"/>
          <w:sz w:val="24"/>
        </w:rPr>
        <w:t>As his footsteps echoed on the cement floor and faded into the distance, Banda stared at the drive in her palm, her heart pounding with a mixture of fury and dread. Somewhere behind her, the guards shifted on their feet, the tension of the warehouse humming like a live wire.</w:t>
      </w:r>
    </w:p>
    <w:p>
      <w:r>
        <w:rPr>
          <w:rFonts w:ascii="IM Fell English" w:hAnsi="IM Fell English"/>
          <w:color w:val="141414"/>
          <w:sz w:val="24"/>
        </w:rPr>
        <w:t>Across the city, Ambassador Kwame Adu was in his office, staring at the blank page of a forged trade report. His desk lamp cast a narrow halo of light, illuminating his hands—steady, precise—as he folded a single sheet of vellum paper into a sharp triangle. The paper was blank, but the method of folding was deliberate, a signal to his contact in the Westnern Intelligence Directorate. The report was a lie, of course, but he needed the Westnerns to believe it. The vellum was his safety net, a failsafe he’d only use if things went completely sideways.</w:t>
      </w:r>
    </w:p>
    <w:p>
      <w:r>
        <w:rPr>
          <w:rFonts w:ascii="IM Fell English" w:hAnsi="IM Fell English"/>
          <w:color w:val="141414"/>
          <w:sz w:val="24"/>
        </w:rPr>
        <w:t>A knock at the door startled him.</w:t>
      </w:r>
    </w:p>
    <w:p>
      <w:r>
        <w:rPr>
          <w:rFonts w:ascii="IM Fell English" w:hAnsi="IM Fell English"/>
          <w:color w:val="141414"/>
          <w:sz w:val="24"/>
        </w:rPr>
        <w:t>“You’re late,” came the voice of Ambassador Elsie Nwabudike, the envoy to the Southern Alliance, her words clipped and acidic. She entered without waiting for an invitation, the hem of her cobalt dress swish-swashing with every step. “We have a problem, Adu.”</w:t>
      </w:r>
    </w:p>
    <w:p>
      <w:r>
        <w:rPr>
          <w:rFonts w:ascii="IM Fell English" w:hAnsi="IM Fell English"/>
          <w:color w:val="141414"/>
          <w:sz w:val="24"/>
        </w:rPr>
        <w:t>He didn’t look up. “Do we?”</w:t>
      </w:r>
    </w:p>
    <w:p>
      <w:r>
        <w:rPr>
          <w:rFonts w:ascii="IM Fell English" w:hAnsi="IM Fell English"/>
          <w:color w:val="141414"/>
          <w:sz w:val="24"/>
        </w:rPr>
        <w:t xml:space="preserve">“Your latest transmission was intercepted by the Ministry of Counterintelligence,” she said, her voice hard. “They didn’t crack the code, but they know </w:t>
      </w:r>
      <w:r>
        <w:rPr>
          <w:rFonts w:ascii="IM Fell English" w:hAnsi="IM Fell English"/>
          <w:i/>
          <w:color w:val="141414"/>
          <w:sz w:val="24"/>
        </w:rPr>
        <w:t>something’s</w:t>
      </w:r>
      <w:r>
        <w:rPr>
          <w:rFonts w:ascii="IM Fell English" w:hAnsi="IM Fell English"/>
          <w:color w:val="141414"/>
          <w:sz w:val="24"/>
        </w:rPr>
        <w:t xml:space="preserve"> up. Your little game with Okereke and Banda is drawing too much attention.”</w:t>
      </w:r>
    </w:p>
    <w:p>
      <w:r>
        <w:rPr>
          <w:rFonts w:ascii="IM Fell English" w:hAnsi="IM Fell English"/>
          <w:color w:val="141414"/>
          <w:sz w:val="24"/>
        </w:rPr>
        <w:t>Adu leaned back in his chair, his face unreadable. “And what would you suggest, Ambassador Nwabudike? That we stop?”</w:t>
      </w:r>
    </w:p>
    <w:p>
      <w:r>
        <w:rPr>
          <w:rFonts w:ascii="IM Fell English" w:hAnsi="IM Fell English"/>
          <w:color w:val="141414"/>
          <w:sz w:val="24"/>
        </w:rPr>
        <w:t>She crossed her arms. “This isn’t what we agreed to when we became assets. You said this would be contained. You said the risks were calculated.”</w:t>
      </w:r>
    </w:p>
    <w:p>
      <w:r>
        <w:rPr>
          <w:rFonts w:ascii="IM Fell English" w:hAnsi="IM Fell English"/>
          <w:color w:val="141414"/>
          <w:sz w:val="24"/>
        </w:rPr>
        <w:t>He stood slowly, his movements deliberate. “Did I?” He circled around the desk, the room’s dim light catching the gold watch on his wrist as he raised it to glance at the time. “Maybe the problem isn’t the risks, Elsie. Maybe the problem is your confidence in the system.”</w:t>
      </w:r>
    </w:p>
    <w:p>
      <w:r>
        <w:rPr>
          <w:rFonts w:ascii="IM Fell English" w:hAnsi="IM Fell English"/>
          <w:color w:val="141414"/>
          <w:sz w:val="24"/>
        </w:rPr>
        <w:t>“It’s not the system I’m losing faith in,” she retorted. “It’s you.”</w:t>
      </w:r>
    </w:p>
    <w:p>
      <w:r>
        <w:rPr>
          <w:rFonts w:ascii="IM Fell English" w:hAnsi="IM Fell English"/>
          <w:color w:val="141414"/>
          <w:sz w:val="24"/>
        </w:rPr>
        <w:t>Adu paused, his expression shifting for just a moment—the barest flicker of anger. “Then why are you here?”</w:t>
      </w:r>
    </w:p>
    <w:p>
      <w:r>
        <w:rPr>
          <w:rFonts w:ascii="IM Fell English" w:hAnsi="IM Fell English"/>
          <w:color w:val="141414"/>
          <w:sz w:val="24"/>
        </w:rPr>
        <w:t>Elsie hesitated, her hands clenching into fists. For a brief moment, the mask slipped, and he saw the fear in her eyes. “I’m here because I need you to remember why we started this. We weren’t doing this for them, Adu. Not Westnern, not the Southern Alliance. We were doing it for us.”</w:t>
      </w:r>
    </w:p>
    <w:p>
      <w:r>
        <w:rPr>
          <w:rFonts w:ascii="IM Fell English" w:hAnsi="IM Fell English"/>
          <w:color w:val="141414"/>
          <w:sz w:val="24"/>
        </w:rPr>
        <w:t>He stared at her, the silence stretching taut between them, the weight of countless secrets pressing into the room like a third presence. Finally, Adu spoke.</w:t>
      </w:r>
    </w:p>
    <w:p>
      <w:r>
        <w:rPr>
          <w:rFonts w:ascii="IM Fell English" w:hAnsi="IM Fell English"/>
          <w:color w:val="141414"/>
          <w:sz w:val="24"/>
        </w:rPr>
        <w:t>“Then maybe you should start thinking like an asset.” He handed her the folded vellum. “Deliver this. And don’t miss your next meeting.”</w:t>
      </w:r>
    </w:p>
    <w:p>
      <w:r>
        <w:rPr>
          <w:rFonts w:ascii="IM Fell English" w:hAnsi="IM Fell English"/>
          <w:color w:val="141414"/>
          <w:sz w:val="24"/>
        </w:rPr>
        <w:t>Elsie left without looking back, her footsteps quickening down the hallway. Adu returned to his chair, his hand trembling slightly as he picked up the pen and returned to the forged report. The weight of the chapter’s betrayals lingered in the air like a storm brewing on the horizon.</w:t>
      </w:r>
    </w:p>
    <w:p>
      <w:r>
        <w:rPr>
          <w:rFonts w:ascii="IM Fell English" w:hAnsi="IM Fell English"/>
          <w:color w:val="141414"/>
          <w:sz w:val="24"/>
        </w:rPr>
        <w:t>Later that night, Okereke met with his handler in the back room of a quiet bar tucked away in the financial district. The air was thick with the smell of pipe tobacco and damp wood, the muffled hum of a jazz saxophone spilling from the main room. His handler, a pale man with slicked-back hair and the sharp smell of cologne masking his sweat, handed him a fresh file folder before sitting across from him.</w:t>
      </w:r>
    </w:p>
    <w:p>
      <w:r>
        <w:rPr>
          <w:rFonts w:ascii="IM Fell English" w:hAnsi="IM Fell English"/>
          <w:color w:val="141414"/>
          <w:sz w:val="24"/>
        </w:rPr>
        <w:t>“You’ve been careless,” the man said, sliding a folded note across the table. It was a photograph of Okereke meeting Abubakar earlier that day. His face was set in the calm mask of a diplomat, but his hands—those same careful, calloused hands—were visible clutching the manila envelope.</w:t>
      </w:r>
    </w:p>
    <w:p>
      <w:r>
        <w:rPr>
          <w:rFonts w:ascii="IM Fell English" w:hAnsi="IM Fell English"/>
          <w:color w:val="141414"/>
          <w:sz w:val="24"/>
        </w:rPr>
        <w:t>Okereke’s throat tightened. “You knew Abubakar was onto me?”</w:t>
      </w:r>
    </w:p>
    <w:p>
      <w:r>
        <w:rPr>
          <w:rFonts w:ascii="IM Fell English" w:hAnsi="IM Fell English"/>
          <w:color w:val="141414"/>
          <w:sz w:val="24"/>
        </w:rPr>
        <w:t xml:space="preserve">“I </w:t>
      </w:r>
      <w:r>
        <w:rPr>
          <w:rFonts w:ascii="IM Fell English" w:hAnsi="IM Fell English"/>
          <w:i/>
          <w:color w:val="141414"/>
          <w:sz w:val="24"/>
        </w:rPr>
        <w:t>told</w:t>
      </w:r>
      <w:r>
        <w:rPr>
          <w:rFonts w:ascii="IM Fell English" w:hAnsi="IM Fell English"/>
          <w:color w:val="141414"/>
          <w:sz w:val="24"/>
        </w:rPr>
        <w:t xml:space="preserve"> him,” the handler said, his tone cutting. “I gave him that information to test you. To see if you’d survive. Westnern’s not interested in liabilities.”</w:t>
      </w:r>
    </w:p>
    <w:p>
      <w:r>
        <w:rPr>
          <w:rFonts w:ascii="IM Fell English" w:hAnsi="IM Fell English"/>
          <w:color w:val="141414"/>
          <w:sz w:val="24"/>
        </w:rPr>
        <w:t>Okereke opened the file and scanned its contents quickly. Orders. Orders to abandon the shipment, to destroy any evidence of its existence, to ensure that neither the Central Trade Delegation nor the Southern Alliance gained access. His jaw clenched. This was the price of playing too many sides: the game eventually turned against everyone.</w:t>
      </w:r>
    </w:p>
    <w:p>
      <w:r>
        <w:rPr>
          <w:rFonts w:ascii="IM Fell English" w:hAnsi="IM Fell English"/>
          <w:color w:val="141414"/>
          <w:sz w:val="24"/>
        </w:rPr>
        <w:t>Across the city, Clara Banda returned to her apartment, the flash drive clenched in her fist. She inserted it into her laptop, the screen flickering to life as the files loaded. Kofi had been right—the schematics were all fake. And worse, the drone programs were a trap. The software she’d shared with Westnern contained a virus designed to infect the nation’s entire defense network. When she discovered that, her hands shook so badly she nearly dropped the laptop. Someone—maybe Kofi, maybe someone worse—had been playing her all along.</w:t>
      </w:r>
    </w:p>
    <w:p>
      <w:r>
        <w:rPr>
          <w:rFonts w:ascii="IM Fell English" w:hAnsi="IM Fell English"/>
          <w:color w:val="141414"/>
          <w:sz w:val="24"/>
        </w:rPr>
        <w:t>Meanwhile, Kwame Adu stood on his balcony, the city lights stretching out in a glittering sprawl below him. He held Elsie’s folded vellum between his fingers, the weight of the note heavier than it should have been. The paper was blank, yet when held to the night light, tiny dots of phosphorescent ink revealed coordinates. A meeting place. A plan. A betrayal.</w:t>
      </w:r>
    </w:p>
    <w:p>
      <w:r>
        <w:rPr>
          <w:rFonts w:ascii="IM Fell English" w:hAnsi="IM Fell English"/>
          <w:color w:val="141414"/>
          <w:sz w:val="24"/>
        </w:rPr>
        <w:t>He crushed it in his palm, the paper crumbling to ash that the wind quickly carried away.</w:t>
      </w:r>
    </w:p>
    <w:p>
      <w:r>
        <w:rPr>
          <w:rFonts w:ascii="IM Fell English" w:hAnsi="IM Fell English"/>
          <w:color w:val="141414"/>
          <w:sz w:val="24"/>
        </w:rPr>
        <w:t>When the sun rose the next morning, none of the ambassadors dared to look each other in the eye during the emergency summit convened to address the “unfortunate incident” at the warehouse. The shipment had been destroyed, they were told, by an anonymous act of sabotage. Lies layered over more lies, a tangled web that tightened around them all. For the first time, a fracture appeared in their carefully orchestrated operations—something real, something irreversible.</w:t>
      </w:r>
    </w:p>
    <w:p>
      <w:r>
        <w:rPr>
          <w:rFonts w:ascii="IM Fell English" w:hAnsi="IM Fell English"/>
          <w:color w:val="141414"/>
          <w:sz w:val="24"/>
        </w:rPr>
        <w:t>Okereke met Kofi’s gaze briefly during the meeting, the two of them exchanging the faintest, almost imperceptible nod. Banda stood near the corner, her posture rigid as a statue, her mind racing to find a thread she could pull to unravel the tangled mess before them. And Adu watched it all from the shadows, the ghost of a smile playing on his lips as he realized the game had only just begun.</w:t>
      </w:r>
    </w:p>
    <w:p>
      <w:pPr>
        <w:pStyle w:val="Heading1"/>
        <w:jc w:val="center"/>
      </w:pPr>
      <w:r>
        <w:rPr>
          <w:rFonts w:ascii="IM Fell English" w:hAnsi="IM Fell English"/>
          <w:color w:val="0D0D0D"/>
        </w:rPr>
        <w:t>Chapter 5 - Shadows of Doubt</w:t>
      </w:r>
    </w:p>
    <w:p>
      <w:r>
        <w:rPr>
          <w:rFonts w:ascii="IM Fell English" w:hAnsi="IM Fell English"/>
          <w:color w:val="141414"/>
          <w:sz w:val="24"/>
        </w:rPr>
        <w:t>Ambassador Adenike Okoro adjusted her shawl as the air conditioning failed to keep up with the midday heat. She sat in the second row of the United Nations delegation hall, a modest room with beige walls and a ceiling-mounted chandelier that buzzed faintly under the glare of the overhead spotlights. The heat pressed against her skin like a damp cloth, but it didn’t distract her from the faces across the room. She knew these people too well. The British-born Ambassadors of Akinde had been easy to spot in the past—with their clipped accents and colonial-era charm—but there was something new about their presence this time, something that coiled beneath their polished smiles and carefully measured words.</w:t>
      </w:r>
    </w:p>
    <w:p>
      <w:r>
        <w:rPr>
          <w:rFonts w:ascii="IM Fell English" w:hAnsi="IM Fell English"/>
          <w:color w:val="141414"/>
          <w:sz w:val="24"/>
        </w:rPr>
        <w:t>Okoro’s jaw tightened as the delegate from Akinde leaned forward, offering a proposal she knew wasn’t entirely his own. She had seen this dance before: the subtle cues embedded in the tone of his speech, the faint nods exchanged between the representatives of the Western nations, the way their suggestions seemed eerily aligned. It made her skin crawl. She could not prove it yet, not fully, but the pieces were there, scattered like breadcrumbs. Her people—the citizens of Kemet, the continent’s most enigmatic power—would not tolerate betrayal on this scale.</w:t>
      </w:r>
    </w:p>
    <w:p>
      <w:r>
        <w:rPr>
          <w:rFonts w:ascii="IM Fell English" w:hAnsi="IM Fell English"/>
          <w:color w:val="141414"/>
          <w:sz w:val="24"/>
        </w:rPr>
        <w:t>She glanced at the other delegates—some loyal, some not—and let her gaze settle for a moment on the glass walls of the room. Through them, she could see the capital city shimmering under the sun, its skyline a jagged silhouette that felt as fragile as the peace they were pretending to uphold. Her thoughts sharpened into clarity as the delegate’s voice carried on, the words wrapping around her like a noose. Something was coming. She had to uncover it before it consumed them all.</w:t>
      </w:r>
    </w:p>
    <w:p>
      <w:r>
        <w:rPr>
          <w:rFonts w:ascii="IM Fell English" w:hAnsi="IM Fell English"/>
          <w:color w:val="141414"/>
          <w:sz w:val="24"/>
        </w:rPr>
        <w:t>Back in the shadowed recesses of the foreign ministry's intelligence wing, Elias Hart lit a cigarette and watched the smoke coil toward the ceiling. Unlike Okoro, he didn’t have the luxury of doubt. He knew the truth of his actions, though the weight of it sat heavier on his shoulders with each passing day. Hart was the ambassador to Kemet from the Western power of Novagrad, his appointment hailed as a triumph of diplomacy and mutual understanding. But behind the polished veneer and carefully scripted speeches lay a man who had long since parted ways with the ideals he once held.</w:t>
      </w:r>
    </w:p>
    <w:p>
      <w:r>
        <w:rPr>
          <w:rFonts w:ascii="IM Fell English" w:hAnsi="IM Fell English"/>
          <w:color w:val="141414"/>
          <w:sz w:val="24"/>
        </w:rPr>
        <w:t>The betrayal had not been sudden but a slow unraveling, a series of compromises that snowballed into something unrecognizable. It began years ago when he first made contact with an operative in Novagrad's intelligence agency. At the time, he believed he was doing the right thing—exposing corporate interests that threatened Novagrad’s rivals. But once you opened that door, there was no closing it. Over time, their requests grew bolder, and his moral objections withered. By the time he arrived in Kemet, he had become a ghost moving through the corridors of power, a double agent whose hands were stained with more secrets than he cared to tally.</w:t>
      </w:r>
    </w:p>
    <w:p>
      <w:r>
        <w:rPr>
          <w:rFonts w:ascii="IM Fell English" w:hAnsi="IM Fell English"/>
          <w:color w:val="141414"/>
          <w:sz w:val="24"/>
        </w:rPr>
        <w:t>In the quiet moments, he could almost convince himself he was still serving Kemet. He told himself that sharing fragments of intelligence with Novagrad might maintain a balance of power, even as he stole deeper into the country’s vaults for his masters overseas. But the truth was more corrosive: he had become addicted to the thrill of it, the quiet power that came from knowing things others did not. And now, with Ambassador Okoro sniffing around, his carefully maintained web of lies felt more precarious than ever.</w:t>
      </w:r>
    </w:p>
    <w:p>
      <w:r>
        <w:rPr>
          <w:rFonts w:ascii="IM Fell English" w:hAnsi="IM Fell English"/>
          <w:color w:val="141414"/>
          <w:sz w:val="24"/>
        </w:rPr>
        <w:t>The situation room in Kemet's intelligence agency hummed with tension like a kettle about to boil over. Rows of monitors flickered with intercepted communications and data streams, their cool blue light casting sharp shadows across the faces of the analysts clustered around the central hub. A low hum of conversation punctuated the clatter of keyboards, the air thick with the scent of coffee and sweat as the team scrambled to piece together an alarming discovery.</w:t>
      </w:r>
    </w:p>
    <w:p>
      <w:r>
        <w:rPr>
          <w:rFonts w:ascii="IM Fell English" w:hAnsi="IM Fell English"/>
          <w:color w:val="141414"/>
          <w:sz w:val="24"/>
        </w:rPr>
        <w:t>It had started with a routine decryption of intercepted diplomatic cables—an uneventful exercise until one of the analysts noticed a string of anomalies buried beneath the official correspondence. Messages flagged under the agency’s “Black Tower Protocol,” an ultra-classified system reserved for the most sensitive data, had gone missing. Cross-referencing the logs revealed patterns too precise to be coincidental. Someone high up in the chain of command had accessed the files, copied their contents, and vanished into the bureaucratic fog of the diplomatic service.</w:t>
      </w:r>
    </w:p>
    <w:p>
      <w:r>
        <w:rPr>
          <w:rFonts w:ascii="IM Fell English" w:hAnsi="IM Fell English"/>
          <w:color w:val="141414"/>
          <w:sz w:val="24"/>
        </w:rPr>
        <w:t>The room fell silent as Director Adebayo’s voice crackled through the speakerphone. “We have a mole,” he barked, his tone leaving no room for doubt. The analysts exchanged uneasy glances, the weight of his words sinking in. The implications were staggering. Whoever had done this had moved like a phantom, leaving behind no trace but a gaping hole in Kemet’s intelligence apparatus. “Begin a comprehensive audit of all personnel with access codes to the Black Tower files. I want a name by dawn.”</w:t>
      </w:r>
    </w:p>
    <w:p>
      <w:r>
        <w:rPr>
          <w:rFonts w:ascii="IM Fell English" w:hAnsi="IM Fell English"/>
          <w:color w:val="141414"/>
          <w:sz w:val="24"/>
        </w:rPr>
        <w:t>As the team resumed their frantic work, one analyst muttered under his breath, “This isn’t just about Kemet. They’re giving our secrets to the Western bloc... and maybe even selling them.” The air grew heavier, the stakes sharper.</w:t>
      </w:r>
    </w:p>
    <w:p>
      <w:r>
        <w:rPr>
          <w:rFonts w:ascii="IM Fell English" w:hAnsi="IM Fell English"/>
          <w:color w:val="141414"/>
          <w:sz w:val="24"/>
        </w:rPr>
        <w:t>Ambassador Elias Hart watched the city through the heavy velvet curtains of his private embassy office, the faint scent of cigar smoke curling through the air like a question mark. The knock at his door came sharper than he expected, and for a moment, he debated pretending he wasn’t there. But Adenike Okoro wasn't the kind of woman to be ignored. He opened the door, offering a smile that didn’t reach his eyes.</w:t>
      </w:r>
    </w:p>
    <w:p>
      <w:r>
        <w:rPr>
          <w:rFonts w:ascii="IM Fell English" w:hAnsi="IM Fell English"/>
          <w:color w:val="141414"/>
          <w:sz w:val="24"/>
        </w:rPr>
        <w:t>"I was just about to call you," he said, his smooth baritone carefully calibrated. He gestured for her to sit, his movements practiced and unhurried.</w:t>
      </w:r>
    </w:p>
    <w:p>
      <w:r>
        <w:rPr>
          <w:rFonts w:ascii="IM Fell English" w:hAnsi="IM Fell English"/>
          <w:color w:val="141414"/>
          <w:sz w:val="24"/>
        </w:rPr>
        <w:t>Okoro entered without a word, her gaze sweeping the dimly lit room before settling on Hart. She didn’t move toward the chair he’d offered but instead stood with her hands clasped behind her back, her posture rigid. "Ambassador Hart, I’ll get straight to the point. I know Kemet’s intelligence agency is compromised. I suspect one of the Western ambassadors is behind it, and I suspect you may know something about it."</w:t>
      </w:r>
    </w:p>
    <w:p>
      <w:r>
        <w:rPr>
          <w:rFonts w:ascii="IM Fell English" w:hAnsi="IM Fell English"/>
          <w:color w:val="141414"/>
          <w:sz w:val="24"/>
        </w:rPr>
        <w:t>Hart’s smile didn’t falter, but the corners of his eyes tightened imperceptibly. "That’s a serious accusation, Ambassador Okoro. Why would I have any knowledge of such a thing?"</w:t>
      </w:r>
    </w:p>
    <w:p>
      <w:r>
        <w:rPr>
          <w:rFonts w:ascii="IM Fell English" w:hAnsi="IM Fell English"/>
          <w:color w:val="141414"/>
          <w:sz w:val="24"/>
        </w:rPr>
        <w:t>Her voice was low, deliberate. "Because you’re not who you say you are. The way you speak, the way you act—it doesn't quite align with the history you've written for yourself. Novagrad doesn’t send men like you out of kindness. They send them to extract value."</w:t>
      </w:r>
    </w:p>
    <w:p>
      <w:r>
        <w:rPr>
          <w:rFonts w:ascii="IM Fell English" w:hAnsi="IM Fell English"/>
          <w:color w:val="141414"/>
          <w:sz w:val="24"/>
        </w:rPr>
        <w:t>He leaned back in his chair, feigning nonchalance. "I assure you, Ambassador, I’m nothing if not a loyal servant of my country. And Kemet, of course."</w:t>
      </w:r>
    </w:p>
    <w:p>
      <w:r>
        <w:rPr>
          <w:rFonts w:ascii="IM Fell English" w:hAnsi="IM Fell English"/>
          <w:color w:val="141414"/>
          <w:sz w:val="24"/>
        </w:rPr>
        <w:t>Okoro stepped closer, her voice dropping to a near-whisper. "Then explain why classified documents tied to the Black Tower Protocol have vanished, and why your name keeps surfacing in the data logs."</w:t>
      </w:r>
    </w:p>
    <w:p>
      <w:r>
        <w:rPr>
          <w:rFonts w:ascii="IM Fell English" w:hAnsi="IM Fell English"/>
          <w:color w:val="141414"/>
          <w:sz w:val="24"/>
        </w:rPr>
        <w:t>For the first time, Hart’s composure wavered.</w:t>
      </w:r>
    </w:p>
    <w:p>
      <w:r>
        <w:rPr>
          <w:rFonts w:ascii="IM Fell English" w:hAnsi="IM Fell English"/>
          <w:color w:val="141414"/>
          <w:sz w:val="24"/>
        </w:rPr>
        <w:t>The betrayal came quietly, in the dead of night when the city outside had long since surrendered to the illusion of peace. Ambushed by the weight of her own suspicions, Ambassador Adenike Okoro made the call that would shatter her world. She had no proof beyond the patterns in the data, but she couldn’t afford to wait for more. Hart was a viper, and vipers didn’t strike when you saw them coming.</w:t>
      </w:r>
    </w:p>
    <w:p>
      <w:r>
        <w:rPr>
          <w:rFonts w:ascii="IM Fell English" w:hAnsi="IM Fell English"/>
          <w:color w:val="141414"/>
          <w:sz w:val="24"/>
        </w:rPr>
        <w:t>She met him under the cover of darkness, in a secluded corner of Kemet’s capital where the streetlights flickered like dying stars. The air held a metallic sharpness, the scent of rain long overdue. Beneath the guise of an innocuous diplomatic meeting, she laid the trap. "I know what you are," she said, her voice steady despite the tremor in her hands. "And I won’t let Kemet burn while you feed its secrets to Novagrad."</w:t>
      </w:r>
    </w:p>
    <w:p>
      <w:r>
        <w:rPr>
          <w:rFonts w:ascii="IM Fell English" w:hAnsi="IM Fell English"/>
          <w:color w:val="141414"/>
          <w:sz w:val="24"/>
        </w:rPr>
        <w:t>Hart’s expression betrayed no surprise, only a slow, deliberate calculation. "And what do you intend to do about it, Ambassador Okoro? Expose me to the world? That would be... difficult, wouldn’t it? After all, I hold a fair few of your country’s secrets as well."</w:t>
      </w:r>
    </w:p>
    <w:p>
      <w:r>
        <w:rPr>
          <w:rFonts w:ascii="IM Fell English" w:hAnsi="IM Fell English"/>
          <w:color w:val="141414"/>
          <w:sz w:val="24"/>
        </w:rPr>
        <w:t>Okoro’s breath caught as the realization hit her—Hart wasn’t just a spy; he held leverage that could destroy the fragile alliances Kemet had worked so hard to forge. She had gambled and lost. But Hart’s next words stunned her into silence. "You know why I do this, don’t you? Because Kemet isn’t what you think it is." He handed her a file sealed with a cipher she recognized but couldn’t yet decipher. "There’s something you need to understand. Our mutual masters aren’t just enemies. They’re partners in ways you can’t yet imagine."</w:t>
      </w:r>
    </w:p>
    <w:p>
      <w:r>
        <w:rPr>
          <w:rFonts w:ascii="IM Fell English" w:hAnsi="IM Fell English"/>
          <w:color w:val="141414"/>
          <w:sz w:val="24"/>
        </w:rPr>
        <w:t>The weight of his confession settled over her like a collapsing ceiling. The shadows of doubt deepened, and for the first time, Okoro found herself questioning everything she thought she knew.</w:t>
      </w:r>
    </w:p>
    <w:p>
      <w:r>
        <w:rPr>
          <w:rFonts w:ascii="IM Fell English" w:hAnsi="IM Fell English"/>
          <w:color w:val="141414"/>
          <w:sz w:val="24"/>
        </w:rPr>
        <w:t>Her fingers tightened around the folder as Hart’s parting words hung in the air like an unspoken threat. “There’s more at stake than you realize, Ambassador Okoro. Be careful how you play this. You might just lose everything.”</w:t>
      </w:r>
    </w:p>
    <w:p>
      <w:r>
        <w:rPr>
          <w:rFonts w:ascii="IM Fell English" w:hAnsi="IM Fell English"/>
          <w:color w:val="141414"/>
          <w:sz w:val="24"/>
        </w:rPr>
        <w:t>As she stepped back into the night, the glow of the distant skyline offered little comfort. The pieces were shifting, and the game had grown more dangerous than she could have imagined.</w:t>
      </w:r>
    </w:p>
    <w:p>
      <w:r>
        <w:rPr>
          <w:rFonts w:ascii="IM Fell English" w:hAnsi="IM Fell English"/>
          <w:color w:val="141414"/>
          <w:sz w:val="24"/>
        </w:rPr>
        <w:t>Okoro’s steps quickened as she made her way through the city’s labyrinthine streets, the folder clutched tightly in her hands. Hart’s final warning echoed in her mind, but she refused to let his words paralyze her. Yet, she couldn’t shake the gnawing feeling that his words carried some truth she wasn’t prepared to confront. Kemet, Novagrad, their uneasy rivals—all of them bound together in ways that defied the simplistic narratives of loyalty and betrayal that had guided her worldview for so long.</w:t>
      </w:r>
    </w:p>
    <w:p>
      <w:r>
        <w:rPr>
          <w:rFonts w:ascii="IM Fell English" w:hAnsi="IM Fell English"/>
          <w:color w:val="141414"/>
          <w:sz w:val="24"/>
        </w:rPr>
        <w:t>By the time she returned to her quarters, her hands trembled as she finally cracked the cipher. Decrypted lines sprawled across the page like a jagged fault line threatening to split the earth beneath her feet. It wasn’t just information about Black Tower. It was far worse: evidence that Kemet’s most ambitious economic and defense projects—initiatives celebrated as milestones of sovereignty and self-reliance—had already been compromised. The names of Kemet’s closest allies, both within and outside the continent, were entangled in the web, their loyalty called into question. Worse still, the document revealed a shadowy network of operatives embedded in Kemet’s institutions, a system that ran deeper than she could fathom.</w:t>
      </w:r>
    </w:p>
    <w:p>
      <w:r>
        <w:rPr>
          <w:rFonts w:ascii="IM Fell English" w:hAnsi="IM Fell English"/>
          <w:color w:val="141414"/>
          <w:sz w:val="24"/>
        </w:rPr>
        <w:t>The implications threatened to undo everything she had fought for. What if exposing Hart would only deepen the rot? What if her efforts to protect Kemet’s dignity only served to destabilize it further? The questions clawed at her, but one thing was certain: silence was no longer an option. Yet, her options were dwindling, and the weight of her next decision pressed down on her like the city’s humid midday heat.</w:t>
      </w:r>
    </w:p>
    <w:p>
      <w:r>
        <w:rPr>
          <w:rFonts w:ascii="IM Fell English" w:hAnsi="IM Fell English"/>
          <w:color w:val="141414"/>
          <w:sz w:val="24"/>
        </w:rPr>
        <w:t>Okoro stared out the window at the darkened skyline, the folder clutched tightly in her hands. Somewhere in the distance, a plane roared overhead, an unseen force carrying secrets to places she could never follow.</w:t>
      </w:r>
    </w:p>
    <w:p>
      <w:pPr>
        <w:pStyle w:val="Heading1"/>
        <w:jc w:val="center"/>
      </w:pPr>
      <w:r>
        <w:rPr>
          <w:rFonts w:ascii="IM Fell English" w:hAnsi="IM Fell English"/>
          <w:color w:val="0D0D0D"/>
        </w:rPr>
        <w:t>Chapter 6 - Blood Pact</w:t>
      </w:r>
    </w:p>
    <w:p>
      <w:r>
        <w:rPr>
          <w:rFonts w:ascii="IM Fell English" w:hAnsi="IM Fell English"/>
          <w:color w:val="141414"/>
          <w:sz w:val="24"/>
        </w:rPr>
        <w:t>The air in the capital of Nkanda hung heavy with the scent of diesel and overripe mangoes, the city’s cacophony of voices and motorbike horns barely penetrating the thick walls of the ambassador’s residence. Inside, the man who represented the Federal Republic of Valderia stood at the window, gazing at the distant glow of the Ministry of Defense. He was a man accustomed to contradictions—his polished suit and tailored accent concealed a mind sharpened by years of covert service, and his dual loyalties were stitched together by necessity rather than conviction. He was born in Nkanda but had long traded its soil for foreign promises, his trajectory one of calculated ascent through a web of Western institutions. Today, he wore the mask of a public servant, yet his true allegiance was to the unseen hand that funded his education, brokered his career, and now watched him like a hawk.</w:t>
      </w:r>
    </w:p>
    <w:p>
      <w:r>
        <w:rPr>
          <w:rFonts w:ascii="IM Fell English" w:hAnsi="IM Fell English"/>
          <w:color w:val="141414"/>
          <w:sz w:val="24"/>
        </w:rPr>
        <w:t>Outside, the city was alive with energy: street vendors hawking roasted groundnuts, children laughing as they kicked a deflated ball past the potholed streets, and the occasional wail of an ambulance cutting through the din. But in this opulent room, the ambassador felt only tension. Each breath was measured, each movement deliberate. The polished surface of the table before him bore the weight of an unopened envelope—its contents, a cipher he would decrypt after his evening meeting with the Minister of Finance. A meeting where he would speak of trade agreements and investment prospects, all while slipping the Minister’s private correspondences into his concealed briefcase.</w:t>
      </w:r>
    </w:p>
    <w:p>
      <w:r>
        <w:rPr>
          <w:rFonts w:ascii="IM Fell English" w:hAnsi="IM Fell English"/>
          <w:color w:val="141414"/>
          <w:sz w:val="24"/>
        </w:rPr>
        <w:t>There was a cost to leading such a life. He could not allow himself to remember the face of his mother, who had died in the war, nor the ache of abandoning his younger brother to a country that had no place for the poor or the forgotten. Here, in this room far removed from the grit of Nkanda’s streets, loyalty was a transactional thing. And his own loyalty had been bought many years ago.</w:t>
      </w:r>
    </w:p>
    <w:p>
      <w:r>
        <w:rPr>
          <w:rFonts w:ascii="IM Fell English" w:hAnsi="IM Fell English"/>
          <w:color w:val="141414"/>
          <w:sz w:val="24"/>
        </w:rPr>
        <w:t>The bar was tucked in a narrow alley near the docks, its neon sign flickering weakly against the humid night. The air inside was thick with smoke and the mingling scents of sweat, stale beer, and the occasional whiff of grilled fish from the street vendors outside. He pushed through the door and scanned the dimly lit room, catching sight of the figure in the far corner—an older man in a worn suit with sleeves rolled to his elbows. The man’s sharp eyes flicked toward him, then away, as if disinterested, until the ambassador eased into the cracked leather booth opposite him.</w:t>
      </w:r>
    </w:p>
    <w:p>
      <w:r>
        <w:rPr>
          <w:rFonts w:ascii="IM Fell English" w:hAnsi="IM Fell English"/>
          <w:color w:val="141414"/>
          <w:sz w:val="24"/>
        </w:rPr>
        <w:t>“You’re early,” the older man said, his voice low, edged with something more threat than greeting.</w:t>
      </w:r>
    </w:p>
    <w:p>
      <w:r>
        <w:rPr>
          <w:rFonts w:ascii="IM Fell English" w:hAnsi="IM Fell English"/>
          <w:color w:val="141414"/>
          <w:sz w:val="24"/>
        </w:rPr>
        <w:t>“I prefer to be.” The ambassador’s fingers ghosted over the condensation-coated glass in front of him, his knuckles white. “You asked for me. What’s the matter?”</w:t>
      </w:r>
    </w:p>
    <w:p>
      <w:r>
        <w:rPr>
          <w:rFonts w:ascii="IM Fell English" w:hAnsi="IM Fell English"/>
          <w:color w:val="141414"/>
          <w:sz w:val="24"/>
        </w:rPr>
        <w:t>A slow, almost imperceptible glance around the bar. No one seemed interested in them, yet the tension in the air was palpable. The older man leaned forward. “The usual channels have gotten too hot. Your contact in the finance ministry is compromised.”</w:t>
      </w:r>
    </w:p>
    <w:p>
      <w:r>
        <w:rPr>
          <w:rFonts w:ascii="IM Fell English" w:hAnsi="IM Fell English"/>
          <w:color w:val="141414"/>
          <w:sz w:val="24"/>
        </w:rPr>
        <w:t>The words hit like a punch to the gut. His mind raced through the implications: an intercepted message, an overheard conversation, a slip that could cost them both everything. “Are we certain?”</w:t>
      </w:r>
    </w:p>
    <w:p>
      <w:r>
        <w:rPr>
          <w:rFonts w:ascii="IM Fell English" w:hAnsi="IM Fell English"/>
          <w:color w:val="141414"/>
          <w:sz w:val="24"/>
        </w:rPr>
        <w:t>“Certain enough.” The man tapped a cigarette against the table before lighting it. “Your handlers want you to pull back. For now.”</w:t>
      </w:r>
    </w:p>
    <w:p>
      <w:r>
        <w:rPr>
          <w:rFonts w:ascii="IM Fell English" w:hAnsi="IM Fell English"/>
          <w:color w:val="141414"/>
          <w:sz w:val="24"/>
        </w:rPr>
        <w:t>A scoff slipped out before he could stop it. “And leave everything we’ve built? I’ve gotten deeper access than anyone they’ve sent in before. The Minister trusts me.”</w:t>
      </w:r>
    </w:p>
    <w:p>
      <w:r>
        <w:rPr>
          <w:rFonts w:ascii="IM Fell English" w:hAnsi="IM Fell English"/>
          <w:color w:val="141414"/>
          <w:sz w:val="24"/>
        </w:rPr>
        <w:t>The older man gave a mirthless chuckle. “And that’s exactly what worries them. You’re getting too comfortable, forgetting what we’re here for.” He exhaled a slow stream of smoke. “They don’t want an operator who starts thinking he belongs.”</w:t>
      </w:r>
    </w:p>
    <w:p>
      <w:r>
        <w:rPr>
          <w:rFonts w:ascii="IM Fell English" w:hAnsi="IM Fell English"/>
          <w:color w:val="141414"/>
          <w:sz w:val="24"/>
        </w:rPr>
        <w:t>The ambassador swallowed, forcing his expression into something impassive. Yet inside, his frustration coiled like a live wire. “I’m not the one who made this job possible,” he said finally. “If I hadn’t spent years getting to where I am, we wouldn’t have the leverage we do now.”</w:t>
      </w:r>
    </w:p>
    <w:p>
      <w:r>
        <w:rPr>
          <w:rFonts w:ascii="IM Fell English" w:hAnsi="IM Fell English"/>
          <w:color w:val="141414"/>
          <w:sz w:val="24"/>
        </w:rPr>
        <w:t>The older man leaned in closer until his voice was barely a whisper. “And what are you loyal to? A flag? A government that sees you as nothing but a tool? Or the people who made you what you are?”</w:t>
      </w:r>
    </w:p>
    <w:p>
      <w:r>
        <w:rPr>
          <w:rFonts w:ascii="IM Fell English" w:hAnsi="IM Fell English"/>
          <w:color w:val="141414"/>
          <w:sz w:val="24"/>
        </w:rPr>
        <w:t>Silence stretched between them, thick with unsaid things. He turned the glass in his hand again, watching the condensation drip onto his sleeve.</w:t>
      </w:r>
    </w:p>
    <w:p>
      <w:r>
        <w:rPr>
          <w:rFonts w:ascii="IM Fell English" w:hAnsi="IM Fell English"/>
          <w:color w:val="141414"/>
          <w:sz w:val="24"/>
        </w:rPr>
        <w:t>Behind the heavy oak doors of the War Cabinet Office, Secretary of Defense Matanda Mutebi studied the report spread across his desk. A cold cup of coffee sat untouched, its bitterness long forgotten in favor of the weight of the words before him. Names glared up at him like accusations—Ambassadors Kadeko, Mbandaka, Ogunwale—each linked to increasingly suspicious financial movements, each suspected of feeding intelligence to foreign powers. He ran a hand over his face, the scratch of unshaved stubble grounding him in the reality of his growing unease.</w:t>
      </w:r>
    </w:p>
    <w:p>
      <w:r>
        <w:rPr>
          <w:rFonts w:ascii="IM Fell English" w:hAnsi="IM Fell English"/>
          <w:color w:val="141414"/>
          <w:sz w:val="24"/>
        </w:rPr>
        <w:t>A sharp knock at the door snapped him out of his thoughts. “Yes?”</w:t>
      </w:r>
    </w:p>
    <w:p>
      <w:r>
        <w:rPr>
          <w:rFonts w:ascii="IM Fell English" w:hAnsi="IM Fell English"/>
          <w:color w:val="141414"/>
          <w:sz w:val="24"/>
        </w:rPr>
        <w:t>A young aide entered, clutching a file. “Sir, Head of Intelligence is on the line. Urgent.”</w:t>
      </w:r>
    </w:p>
    <w:p>
      <w:r>
        <w:rPr>
          <w:rFonts w:ascii="IM Fell English" w:hAnsi="IM Fell English"/>
          <w:color w:val="141414"/>
          <w:sz w:val="24"/>
        </w:rPr>
        <w:t>Matanda sighed and picked up the receiver. “Yes, Sanga.”</w:t>
      </w:r>
    </w:p>
    <w:p>
      <w:r>
        <w:rPr>
          <w:rFonts w:ascii="IM Fell English" w:hAnsi="IM Fell English"/>
          <w:color w:val="141414"/>
          <w:sz w:val="24"/>
        </w:rPr>
        <w:t>The voice at the other end of the line was clipped, tense. “We’ve got confirmation. Kadeko’s last diplomatic cable to his government was intercepted. It contained classified details about the deployment of our border troops.”</w:t>
      </w:r>
    </w:p>
    <w:p>
      <w:r>
        <w:rPr>
          <w:rFonts w:ascii="IM Fell English" w:hAnsi="IM Fell English"/>
          <w:color w:val="141414"/>
          <w:sz w:val="24"/>
        </w:rPr>
        <w:t>Matanda’s grip on the phone tightened. “Has anyone approached him?”</w:t>
      </w:r>
    </w:p>
    <w:p>
      <w:r>
        <w:rPr>
          <w:rFonts w:ascii="IM Fell English" w:hAnsi="IM Fell English"/>
          <w:color w:val="141414"/>
          <w:sz w:val="24"/>
        </w:rPr>
        <w:t>A silence, then, “Not yet. We wanted to run it past you first.”</w:t>
      </w:r>
    </w:p>
    <w:p>
      <w:r>
        <w:rPr>
          <w:rFonts w:ascii="IM Fell English" w:hAnsi="IM Fell English"/>
          <w:color w:val="141414"/>
          <w:sz w:val="24"/>
        </w:rPr>
        <w:t>Matanda’s mind whirred. Kadeko wasn’t just another ambassador. He was an old war comrade, a man Matanda had once trusted with his life. If he’d turned rogue, that meant the rot was deeper than he had feared.</w:t>
      </w:r>
    </w:p>
    <w:p>
      <w:r>
        <w:rPr>
          <w:rFonts w:ascii="IM Fell English" w:hAnsi="IM Fell English"/>
          <w:color w:val="141414"/>
          <w:sz w:val="24"/>
        </w:rPr>
        <w:t>He exhaled slowly, pressing his fingers to the bridge of his nose. “I want surveillance placed on him. Let’s find out who he’s meeting with.”</w:t>
      </w:r>
    </w:p>
    <w:p>
      <w:r>
        <w:rPr>
          <w:rFonts w:ascii="IM Fell English" w:hAnsi="IM Fell English"/>
          <w:color w:val="141414"/>
          <w:sz w:val="24"/>
        </w:rPr>
        <w:t>A pause on the other end. “And beyond him?”</w:t>
      </w:r>
    </w:p>
    <w:p>
      <w:r>
        <w:rPr>
          <w:rFonts w:ascii="IM Fell English" w:hAnsi="IM Fell English"/>
          <w:color w:val="141414"/>
          <w:sz w:val="24"/>
        </w:rPr>
        <w:t>Matanda’s jaw tightened. “I think we both know the answer to that. Order the monitoring of all ambassadors. If any are compromised, I want to know.”</w:t>
      </w:r>
    </w:p>
    <w:p>
      <w:r>
        <w:rPr>
          <w:rFonts w:ascii="IM Fell English" w:hAnsi="IM Fell English"/>
          <w:color w:val="141414"/>
          <w:sz w:val="24"/>
        </w:rPr>
        <w:t>His stomach churned at the thought. If even one of these men was acting against their nation, it would be a catastrophe. But if most of them were—then war itself might not come from enemies across the border, but from within the very institutions sworn to protect it.</w:t>
      </w:r>
    </w:p>
    <w:p>
      <w:r>
        <w:rPr>
          <w:rFonts w:ascii="IM Fell English" w:hAnsi="IM Fell English"/>
          <w:color w:val="141414"/>
          <w:sz w:val="24"/>
        </w:rPr>
        <w:t>The meeting took place under the cover of darkness in the diplomatic quarter, away from prying eyes and surveillance that had begun to creep closer than was comfortable. A villa stood alone behind an iron gate, its high walls lined with motion sensors and armed guards stationed just out of sight. The ambassador’s car stopped at the entrance, where a coded knock admitted him. Inside, the air was cooler, thick with the scent of old wood and the faint metallic tang of gun oil. The handler waited in the dimly lit sitting room, seated beside a man in a crisp suit Matanda did not recognize—someone higher up, judging by the way even his handler’s posture shifted in deference.</w:t>
      </w:r>
    </w:p>
    <w:p>
      <w:r>
        <w:rPr>
          <w:rFonts w:ascii="IM Fell English" w:hAnsi="IM Fell English"/>
          <w:color w:val="141414"/>
          <w:sz w:val="24"/>
        </w:rPr>
        <w:t>The stranger spoke without preamble. “This is more than just intelligence transfers.” He set a folder on the table between them. “We want you to facilitate a targeted asset removal.”</w:t>
      </w:r>
    </w:p>
    <w:p>
      <w:r>
        <w:rPr>
          <w:rFonts w:ascii="IM Fell English" w:hAnsi="IM Fell English"/>
          <w:color w:val="141414"/>
          <w:sz w:val="24"/>
        </w:rPr>
        <w:t>Matanda’s fingers tightened around the edge of his chair. “Say it plainly.”</w:t>
      </w:r>
    </w:p>
    <w:p>
      <w:r>
        <w:rPr>
          <w:rFonts w:ascii="IM Fell English" w:hAnsi="IM Fell English"/>
          <w:color w:val="141414"/>
          <w:sz w:val="24"/>
        </w:rPr>
        <w:t>“Ambassador,” the man said, watching him with cold precision, “we want you to get the Nkandan Minister of Defense removed. Permanently.”</w:t>
      </w:r>
    </w:p>
    <w:p>
      <w:r>
        <w:rPr>
          <w:rFonts w:ascii="IM Fell English" w:hAnsi="IM Fell English"/>
          <w:color w:val="141414"/>
          <w:sz w:val="24"/>
        </w:rPr>
        <w:t>The room was too quiet after that. Matanda’s pulse thudded in his ears. Assassination was dangerous. There were protocols, oversight measures even the most ambitious foreign powers had to tread carefully around. A wrong move now could expose everything, and yet the weight of expectation settled heavily in the room.</w:t>
      </w:r>
    </w:p>
    <w:p>
      <w:r>
        <w:rPr>
          <w:rFonts w:ascii="IM Fell English" w:hAnsi="IM Fell English"/>
          <w:color w:val="141414"/>
          <w:sz w:val="24"/>
        </w:rPr>
        <w:t>He forced his expression to remain neutral. “How would you propose I do that? The man is under constant security.”</w:t>
      </w:r>
    </w:p>
    <w:p>
      <w:r>
        <w:rPr>
          <w:rFonts w:ascii="IM Fell English" w:hAnsi="IM Fell English"/>
          <w:color w:val="141414"/>
          <w:sz w:val="24"/>
        </w:rPr>
        <w:t>The handler leaned forward, his scarred knuckles resting on the table. “There’s an upcoming military exercise at the southern border. We have a man inside who can plant a device during the inspection. All we need is for the Minister to attend.”</w:t>
      </w:r>
    </w:p>
    <w:p>
      <w:r>
        <w:rPr>
          <w:rFonts w:ascii="IM Fell English" w:hAnsi="IM Fell English"/>
          <w:color w:val="141414"/>
          <w:sz w:val="24"/>
        </w:rPr>
        <w:t>Matanda hesitated, the implications curling like smoke in his mind. The Secretary of Defense—he had met the man before. A hardened soldier, not easily swayed by flattery, nor prone to reckless moves. Convincing him to attend an exercise would be difficult. And yet…</w:t>
      </w:r>
    </w:p>
    <w:p>
      <w:r>
        <w:rPr>
          <w:rFonts w:ascii="IM Fell English" w:hAnsi="IM Fell English"/>
          <w:color w:val="141414"/>
          <w:sz w:val="24"/>
        </w:rPr>
        <w:t>“I can talk to him,” he said finally. “Get him interested in reviewing troop deployments. It’ll look routine.”</w:t>
      </w:r>
    </w:p>
    <w:p>
      <w:r>
        <w:rPr>
          <w:rFonts w:ascii="IM Fell English" w:hAnsi="IM Fell English"/>
          <w:color w:val="141414"/>
          <w:sz w:val="24"/>
        </w:rPr>
        <w:t>The stranger studied him for a long moment. “Then this is settled.”</w:t>
      </w:r>
    </w:p>
    <w:p>
      <w:r>
        <w:rPr>
          <w:rFonts w:ascii="IM Fell English" w:hAnsi="IM Fell English"/>
          <w:color w:val="141414"/>
          <w:sz w:val="24"/>
        </w:rPr>
        <w:t>As he rose to leave, the handler’s hand gripped his shoulder. “You’re getting close, Matanda. But don’t forget who you owe your position to.”</w:t>
      </w:r>
    </w:p>
    <w:p>
      <w:r>
        <w:rPr>
          <w:rFonts w:ascii="IM Fell English" w:hAnsi="IM Fell English"/>
          <w:color w:val="141414"/>
          <w:sz w:val="24"/>
        </w:rPr>
        <w:t>Matanda kept his face blank. “I never forget,” he said smoothly.</w:t>
      </w:r>
    </w:p>
    <w:p>
      <w:r>
        <w:rPr>
          <w:rFonts w:ascii="IM Fell English" w:hAnsi="IM Fell English"/>
          <w:color w:val="141414"/>
          <w:sz w:val="24"/>
        </w:rPr>
        <w:t>But something churned inside him as he stepped into the night air, the city once more pulsing with life around him. The weight of the decision pressed against his ribs, a tight, suffocating thing. This was no longer about stolen documents or covert intelligence transfers. This was blood. And once spilled, there would be no walking back.</w:t>
      </w:r>
    </w:p>
    <w:p>
      <w:r>
        <w:rPr>
          <w:rFonts w:ascii="IM Fell English" w:hAnsi="IM Fell English"/>
          <w:color w:val="141414"/>
          <w:sz w:val="24"/>
        </w:rPr>
        <w:t>Across the city, in the war room of the Ministry of Defense, Matanda Mutebi sat on the edge of his desk, arms crossed, jaw tight. Across from him, the Head of Intelligence paced, his hands full of printed intercepts and surveillance reports.</w:t>
      </w:r>
    </w:p>
    <w:p>
      <w:r>
        <w:rPr>
          <w:rFonts w:ascii="IM Fell English" w:hAnsi="IM Fell English"/>
          <w:color w:val="141414"/>
          <w:sz w:val="24"/>
        </w:rPr>
        <w:t>“They’re moving,” the Head of Intelligence said, throwing a stack of documents on the desk. “We tracked Kadeko to a meeting with the Valderian handler. Confirmed. And we’ve identified his contact inside the Ministry—the man who’s been slipping him encrypted data.”</w:t>
      </w:r>
    </w:p>
    <w:p>
      <w:r>
        <w:rPr>
          <w:rFonts w:ascii="IM Fell English" w:hAnsi="IM Fell English"/>
          <w:color w:val="141414"/>
          <w:sz w:val="24"/>
        </w:rPr>
        <w:t>Mutebi’s fingers flexed. “And how long has this been going on?”</w:t>
      </w:r>
    </w:p>
    <w:p>
      <w:r>
        <w:rPr>
          <w:rFonts w:ascii="IM Fell English" w:hAnsi="IM Fell English"/>
          <w:color w:val="141414"/>
          <w:sz w:val="24"/>
        </w:rPr>
        <w:t>The Head of Intelligence hesitated. “Longer than we thought. Kadeko’s been feeding classified reports for at least six months. We’re still working out the full scope of what he’s sold.” He exhaled sharply. “And the worst of it, sir—this isn’t just a lone wolf. We’ve picked up similar patterns with the other ambassadors.”</w:t>
      </w:r>
    </w:p>
    <w:p>
      <w:r>
        <w:rPr>
          <w:rFonts w:ascii="IM Fell English" w:hAnsi="IM Fell English"/>
          <w:color w:val="141414"/>
          <w:sz w:val="24"/>
        </w:rPr>
        <w:t>A long silence stretched between them.</w:t>
      </w:r>
    </w:p>
    <w:p>
      <w:r>
        <w:rPr>
          <w:rFonts w:ascii="IM Fell English" w:hAnsi="IM Fell English"/>
          <w:color w:val="141414"/>
          <w:sz w:val="24"/>
        </w:rPr>
        <w:t>Mutebi straightened, his voice measured. “Tell me about our options.”</w:t>
      </w:r>
    </w:p>
    <w:p>
      <w:r>
        <w:rPr>
          <w:rFonts w:ascii="IM Fell English" w:hAnsi="IM Fell English"/>
          <w:color w:val="141414"/>
          <w:sz w:val="24"/>
        </w:rPr>
        <w:t>The Head of Intelligence tapped a tablet on the desk, pulling up the list of intercepted communications. “We move now, arrest Kadeko, and let the chips fall. We expose this entire web and watch the international community scramble to respond.” He paused. “Or we stay quiet, control the flow, and use what we know to our advantage.”</w:t>
      </w:r>
    </w:p>
    <w:p>
      <w:r>
        <w:rPr>
          <w:rFonts w:ascii="IM Fell English" w:hAnsi="IM Fell English"/>
          <w:color w:val="141414"/>
          <w:sz w:val="24"/>
        </w:rPr>
        <w:t>Mutebi’s face remained unreadable. “Exposing Kadeko would mean losing all leverage. If we play our cards right, we could feed false intelligence.”</w:t>
      </w:r>
    </w:p>
    <w:p>
      <w:r>
        <w:rPr>
          <w:rFonts w:ascii="IM Fell English" w:hAnsi="IM Fell English"/>
          <w:color w:val="141414"/>
          <w:sz w:val="24"/>
        </w:rPr>
        <w:t>The Head of Intelligence hesitated. “You’re talking about turning the spies into counterspies.”</w:t>
      </w:r>
    </w:p>
    <w:p>
      <w:r>
        <w:rPr>
          <w:rFonts w:ascii="IM Fell English" w:hAnsi="IM Fell English"/>
          <w:color w:val="141414"/>
          <w:sz w:val="24"/>
        </w:rPr>
        <w:t>Mutebi nodded slowly. “Let the world think they’re in control, while we dictate what they receive.” Then his expression darkened. “But if the assassinations begin—if Kadeko moves against me—we respond.”</w:t>
      </w:r>
    </w:p>
    <w:p>
      <w:r>
        <w:rPr>
          <w:rFonts w:ascii="IM Fell English" w:hAnsi="IM Fell English"/>
          <w:color w:val="141414"/>
          <w:sz w:val="24"/>
        </w:rPr>
        <w:t>The Head of Intelligence clenched his jaw. “Understood. But we’ll need to move fast. The surveillance logs show Kadeko has been in contact with someone inside the military infrastructure. We don’t know what’s being planned yet.”</w:t>
      </w:r>
    </w:p>
    <w:p>
      <w:r>
        <w:rPr>
          <w:rFonts w:ascii="IM Fell English" w:hAnsi="IM Fell English"/>
          <w:color w:val="141414"/>
          <w:sz w:val="24"/>
        </w:rPr>
        <w:t>Mutebi’s fingers curled into a fist. He had known that Nkanda’s enemies were outside its borders, that foreign interference was a quiet threat. But now the threat was inside, walking the halls of power in the guise of allies.</w:t>
      </w:r>
    </w:p>
    <w:p>
      <w:r>
        <w:rPr>
          <w:rFonts w:ascii="IM Fell English" w:hAnsi="IM Fell English"/>
          <w:color w:val="141414"/>
          <w:sz w:val="24"/>
        </w:rPr>
        <w:t>And now, it was no longer about intelligence.</w:t>
      </w:r>
    </w:p>
    <w:p>
      <w:r>
        <w:rPr>
          <w:rFonts w:ascii="IM Fell English" w:hAnsi="IM Fell English"/>
          <w:color w:val="141414"/>
          <w:sz w:val="24"/>
        </w:rPr>
        <w:t>It was about survival.</w:t>
      </w:r>
    </w:p>
    <w:p>
      <w:r>
        <w:rPr>
          <w:rFonts w:ascii="IM Fell English" w:hAnsi="IM Fell English"/>
          <w:color w:val="141414"/>
          <w:sz w:val="24"/>
        </w:rPr>
        <w:t>Matanda Kadeko stood in the dim light of his private bathroom, staring at his reflection in the mirror. The man before him was a stranger—his face pale, his eyes shadowed with exhaustion. He had spent his life convincing himself that his choices served a greater good, that betrayal was a necessary currency in a world where survival demanded compromise. But now, with blood on the agenda, the illusion was harder to maintain.</w:t>
      </w:r>
    </w:p>
    <w:p>
      <w:r>
        <w:rPr>
          <w:rFonts w:ascii="IM Fell English" w:hAnsi="IM Fell English"/>
          <w:color w:val="141414"/>
          <w:sz w:val="24"/>
        </w:rPr>
        <w:t>His fingers trembled as they closed around the edge of the sink. The intercepted message still burned in his mind: a directive marked for immediate execution, detailing the final preparations for the Minister’s “removal.” His contact at the embassy had sent it himself—proof that his usefulness was reaching its expiry date. Would they discard him next? Or worse, would they demand more?</w:t>
      </w:r>
    </w:p>
    <w:p>
      <w:r>
        <w:rPr>
          <w:rFonts w:ascii="IM Fell English" w:hAnsi="IM Fell English"/>
          <w:color w:val="141414"/>
          <w:sz w:val="24"/>
        </w:rPr>
        <w:t>The ambassador swallowed hard against the rising tide of nausea. The life he had built, the power he had accumulated—it felt precarious now, like a house of cards threatening to collapse under its own weight. He forced a deep breath, willing his nerves to steady.</w:t>
      </w:r>
    </w:p>
    <w:p>
      <w:r>
        <w:rPr>
          <w:rFonts w:ascii="IM Fell English" w:hAnsi="IM Fell English"/>
          <w:color w:val="141414"/>
          <w:sz w:val="24"/>
        </w:rPr>
        <w:t>There was no turning back.</w:t>
      </w:r>
    </w:p>
    <w:p>
      <w:r>
        <w:rPr>
          <w:rFonts w:ascii="IM Fell English" w:hAnsi="IM Fell English"/>
          <w:color w:val="141414"/>
          <w:sz w:val="24"/>
        </w:rPr>
        <w:t>But if they thought they controlled him, they were mistaken. If they wanted him to carry out the assassination, they would need to push him harder. And maybe, just maybe, he still had leverage left to play.</w:t>
      </w:r>
    </w:p>
    <w:p>
      <w:r>
        <w:rPr>
          <w:rFonts w:ascii="IM Fell English" w:hAnsi="IM Fell English"/>
          <w:color w:val="141414"/>
          <w:sz w:val="24"/>
        </w:rPr>
        <w:t>Outside, Nkanda pulsed with life, blissfully unaware of the storm brewing beneath its surface. Matanda Kadeko turned on the tap, letting the water rush over his hands, cold and sharp like the decision he would have to make soon.</w:t>
      </w:r>
    </w:p>
    <w:p>
      <w:pPr>
        <w:pStyle w:val="Heading1"/>
        <w:jc w:val="center"/>
      </w:pPr>
      <w:r>
        <w:rPr>
          <w:rFonts w:ascii="IM Fell English" w:hAnsi="IM Fell English"/>
          <w:color w:val="0D0D0D"/>
        </w:rPr>
        <w:t>Chapter 7 - Fractured Loyalties</w:t>
      </w:r>
    </w:p>
    <w:p>
      <w:r>
        <w:rPr>
          <w:rFonts w:ascii="IM Fell English" w:hAnsi="IM Fell English"/>
          <w:color w:val="141414"/>
          <w:sz w:val="24"/>
        </w:rPr>
        <w:t>In the heart of a continent shaped by centuries of resistance and reinvention, the fictional nation of Kemet stood as a beacon of modern African progress. Cradled by the fertile banks of the Yele River and surrounded by vast mineral wealth, Kemet was more than just a nation - it was a coveted prize in the ever-shifting chessboard of global geopolitics. Its position as a regional powerhouse made it an indispensable partner to those who sought influence in the region, but its refusal to play second fiddle to Western powers had earned it a reputation as difficult, unpredictable even. The international community whispered about its President, a sharp-tongued nationalist named Osei Adekunle, who had made it clear that Kemet would pursue its interests by any means necessary. To the West, he was both ally and adversary, a man who refused to sign away his nation's sovereignty for development loans or military pacts.</w:t>
      </w:r>
    </w:p>
    <w:p>
      <w:r>
        <w:rPr>
          <w:rFonts w:ascii="IM Fell English" w:hAnsi="IM Fell English"/>
          <w:color w:val="141414"/>
          <w:sz w:val="24"/>
        </w:rPr>
        <w:t>Yet Kemet’s strength was precarious. Its mineral deposits, particularly the rare earth metals essential for advanced technology, were the envy of nations that cloaked their ambitions in the language of partnership and investment. The Western powers - loosely referred to as the "Northern Alliance" in this era of shifting blocs - had long operated under a doctrine of quiet influence, deploying diplomats and advisors who worked behind the scenes to tilt Kemet’s policies in their favor. But the game had changed in recent years. The Northern Alliance, recognizing that Kemet held the key to their next technological leap, had turned to subtler means of control. Their agents no longer acted as mere economic envoys; they became players in Kemet’s political arena, their loyalties fragmented yet tied to a single purpose: to extract secrets that would ensure their nations' dominance.</w:t>
      </w:r>
    </w:p>
    <w:p>
      <w:r>
        <w:rPr>
          <w:rFonts w:ascii="IM Fell English" w:hAnsi="IM Fell English"/>
          <w:color w:val="141414"/>
          <w:sz w:val="24"/>
        </w:rPr>
        <w:t>It was in this charged environment that Nwabudike Adebayo, Kemet’s Foreign Minister and a man of quiet but formidable intellect, found himself grappling with questions that defied easy answers. A product of both Kemet’s struggles and its aspirations, Adebayo had spent his life mastering the art of diplomacy, navigating the labyrinthine politics of a nation whose sovereignty was constantly under siege. He had seen how Western assets, posing as ambassadors and trade representatives, worked to undermine Kemet’s autonomy - and yet, even now, he faced a dilemma that threatened to upend everything he had built. For it was not only enemies who carried secrets; sometimes the most dangerous betrayals came from those who swore to protect you.</w:t>
      </w:r>
    </w:p>
    <w:p>
      <w:r>
        <w:rPr>
          <w:rFonts w:ascii="IM Fell English" w:hAnsi="IM Fell English"/>
          <w:color w:val="141414"/>
          <w:sz w:val="24"/>
        </w:rPr>
        <w:t>The room was dimly lit, the air thick with the scent of imported Cuban tobacco and the faint whir of an air purifier struggling against the smoke. In the corner, a clock ticked steadily, marking the passage of time that felt both infinite and impossibly short. Nwabudike Adebayo sat across from Ambassador Simon Ashcroft, the British representative in Kemet, whose polished smile and crisp suit belied the cold calculation behind his words. Ashcroft’s fingers, long and pale, tapped rhythmically on the surface of the polished mahogany desk, a sound that grated against Adebayo’s nerves like the screech of chalk on slate.</w:t>
      </w:r>
    </w:p>
    <w:p>
      <w:r>
        <w:rPr>
          <w:rFonts w:ascii="IM Fell English" w:hAnsi="IM Fell English"/>
          <w:color w:val="141414"/>
          <w:sz w:val="24"/>
        </w:rPr>
        <w:t>"I think we’ve already established that Kemet’s position is... precarious," Ashcroft said, leaning back in his chair. He lifted a glass of amber liquid to his lips, the ice clinking faintly against the crystal. "There are people who believe your government might be overestimating its leverage. People with resources, vision—people I represent who would prefer to see a more cooperative administration in Kinimba House."</w:t>
      </w:r>
    </w:p>
    <w:p>
      <w:r>
        <w:rPr>
          <w:rFonts w:ascii="IM Fell English" w:hAnsi="IM Fell English"/>
          <w:color w:val="141414"/>
          <w:sz w:val="24"/>
        </w:rPr>
        <w:t>Adebayo watched the ambassador with measured indifference, though sweat trickled down his spine under the tailored suit he wore like armor. He knew the stakes had escalated, though Ashcroft masked the threat with disarming civility. The Foreign Minister leaned forward slightly, his elbows resting on the edge of the desk. "And who exactly decided that Kemet's position requires... adjustments?" he asked, his voice low and even.</w:t>
      </w:r>
    </w:p>
    <w:p>
      <w:r>
        <w:rPr>
          <w:rFonts w:ascii="IM Fell English" w:hAnsi="IM Fell English"/>
          <w:color w:val="141414"/>
          <w:sz w:val="24"/>
        </w:rPr>
        <w:t>Ashcroft smiled but did not answer directly. Instead, he reached into the inner pocket of his jacket and slid an unmarked folder across the table. "You'll find that the world is more interconnected than meets the eye, Minister. We all have our burdens, our... obligations. This is an opportunity to lighten yours. For the good of your country, of course."</w:t>
      </w:r>
    </w:p>
    <w:p>
      <w:r>
        <w:rPr>
          <w:rFonts w:ascii="IM Fell English" w:hAnsi="IM Fell English"/>
          <w:color w:val="141414"/>
          <w:sz w:val="24"/>
        </w:rPr>
        <w:t>Adebayo glanced at the folder, its edges sharp and precise, its presence ominous. He didn’t need to open it to know its contents. He had been warned about moments like these—moments that could define a career, a nation, a life. His pulse quickened, but his face remained impassive. "And if I refuse this... opportunity?"</w:t>
      </w:r>
    </w:p>
    <w:p>
      <w:r>
        <w:rPr>
          <w:rFonts w:ascii="IM Fell English" w:hAnsi="IM Fell English"/>
          <w:color w:val="141414"/>
          <w:sz w:val="24"/>
        </w:rPr>
        <w:t>Ashcroft chuckled softly, setting the glass down with deliberate care. "Let’s just say I hope you’ll think it through carefully. As you know, the world rarely forgives those who make the wrong choice."</w:t>
      </w:r>
    </w:p>
    <w:p>
      <w:r>
        <w:rPr>
          <w:rFonts w:ascii="IM Fell English" w:hAnsi="IM Fell English"/>
          <w:color w:val="141414"/>
          <w:sz w:val="24"/>
        </w:rPr>
        <w:t>The room hung in silence, each man measuring the other, the weight of potential consequences pressing down like the oppressive humidity outside. For Adebayo, the tension was not only external but deeply internal—a war between his loyalty to Kemet and the undeniable truth that survival often demanded compromise. The stakes had never been higher, and yet the choice was already slipping through his fingers like sand.</w:t>
      </w:r>
    </w:p>
    <w:p>
      <w:r>
        <w:rPr>
          <w:rFonts w:ascii="IM Fell English" w:hAnsi="IM Fell English"/>
          <w:color w:val="141414"/>
          <w:sz w:val="24"/>
        </w:rPr>
        <w:t>Adebayo waited until Ashcroft disappeared into the shadowed corridor outside the Ministry’s private office before he reached for the intercom on his desk. His fingers hovered over the buttons for a moment, the weight of the encounter still sitting heavy in his chest. When he finally pressed the button, his voice was low, nearly imperceptible. “Send the car around. I need to meet the President tonight.”</w:t>
      </w:r>
    </w:p>
    <w:p>
      <w:r>
        <w:rPr>
          <w:rFonts w:ascii="IM Fell English" w:hAnsi="IM Fell English"/>
          <w:color w:val="141414"/>
          <w:sz w:val="24"/>
        </w:rPr>
        <w:t>The secretary hesitated for a beat too long. “Of course, Minister,” she finally replied.</w:t>
      </w:r>
    </w:p>
    <w:p>
      <w:r>
        <w:rPr>
          <w:rFonts w:ascii="IM Fell English" w:hAnsi="IM Fell English"/>
          <w:color w:val="141414"/>
          <w:sz w:val="24"/>
        </w:rPr>
        <w:t>Adebayo leaned back in his chair, the leather creaking softly as if the room itself exhaled. He stared at the folder untouched on the desk, its pristine corners a mockery of the chaos brewing inside him. He had played this game long enough to understand its rules, but never had the pressure been this immediate, this invasive. Ashcroft had made the first move, and now it was his turn. But to whom could he entrust the truth?</w:t>
      </w:r>
    </w:p>
    <w:p>
      <w:r>
        <w:rPr>
          <w:rFonts w:ascii="IM Fell English" w:hAnsi="IM Fell English"/>
          <w:color w:val="141414"/>
          <w:sz w:val="24"/>
        </w:rPr>
        <w:t>Twenty minutes later, Adebayo was seated across from President Osei Adekunle in the private study of Kinimba House. The room was dim, illuminated only by a single brass lamp on the President’s desk. Adekunle, a wiry man with salt-and-pepper locs and eyes that held the sharpness of a scalpel, looked up from the report he had been reading. His gaze, cold and calculating, lingered on Adebayo for a moment too long.</w:t>
      </w:r>
    </w:p>
    <w:p>
      <w:r>
        <w:rPr>
          <w:rFonts w:ascii="IM Fell English" w:hAnsi="IM Fell English"/>
          <w:color w:val="141414"/>
          <w:sz w:val="24"/>
        </w:rPr>
        <w:t>“You look like a man who’s just been offered something he can’t refuse,” Adekunle said, his voice gravelly with years of public speeches and late-night plotting.</w:t>
      </w:r>
    </w:p>
    <w:p>
      <w:r>
        <w:rPr>
          <w:rFonts w:ascii="IM Fell English" w:hAnsi="IM Fell English"/>
          <w:color w:val="141414"/>
          <w:sz w:val="24"/>
        </w:rPr>
        <w:t>“I have,” Adebayo replied, sliding the folder across the desk. “Ashcroft wants to buy me. Or destroy me, if I refuse.”</w:t>
      </w:r>
    </w:p>
    <w:p>
      <w:r>
        <w:rPr>
          <w:rFonts w:ascii="IM Fell English" w:hAnsi="IM Fell English"/>
          <w:color w:val="141414"/>
          <w:sz w:val="24"/>
        </w:rPr>
        <w:t>Adekunle opened the folder without a word. His eyes scanned the pages, their contents familiar but no less incendiary. When he looked up again, his expression was unreadable. “And what do you think the alternative is?”</w:t>
      </w:r>
    </w:p>
    <w:p>
      <w:r>
        <w:rPr>
          <w:rFonts w:ascii="IM Fell English" w:hAnsi="IM Fell English"/>
          <w:color w:val="141414"/>
          <w:sz w:val="24"/>
        </w:rPr>
        <w:t>Adebayo hesitated, choosing his words carefully. “I think this isn’t just about me. This is a message. Ashcroft’s offer is a warning—proof that they’ve already made inroads into Kemet’s highest levels. If they’re willing to make this move now, it means they’re confident.”</w:t>
      </w:r>
    </w:p>
    <w:p>
      <w:r>
        <w:rPr>
          <w:rFonts w:ascii="IM Fell English" w:hAnsi="IM Fell English"/>
          <w:color w:val="141414"/>
          <w:sz w:val="24"/>
        </w:rPr>
        <w:t>Adekunle’s lips curled into a thin smile. “Confidence can be a dangerous thing.” He closed the folder and leaned forward, his elbows resting on the polished wood. “But you didn’t come here to deliver a warning, Nwabudike. You came here to ask a question. You always do.”</w:t>
      </w:r>
    </w:p>
    <w:p>
      <w:r>
        <w:rPr>
          <w:rFonts w:ascii="IM Fell English" w:hAnsi="IM Fell English"/>
          <w:color w:val="141414"/>
          <w:sz w:val="24"/>
        </w:rPr>
        <w:t>Adebayo met the President’s stare, his pulse steadying as he allowed the full gravity of his dilemma to surface. “If I refuse this offer, will you protect me?”</w:t>
      </w:r>
    </w:p>
    <w:p>
      <w:r>
        <w:rPr>
          <w:rFonts w:ascii="IM Fell English" w:hAnsi="IM Fell English"/>
          <w:color w:val="141414"/>
          <w:sz w:val="24"/>
        </w:rPr>
        <w:t>The room fell silent, the flickering lamp casting long shadows that seemed to stretch toward him like grasping fingers. Adekunle studied Adebayo for a moment before answering, his voice quiet but razor-sharp. “Let’s see if you’re worth protecting.”</w:t>
      </w:r>
    </w:p>
    <w:p>
      <w:r>
        <w:rPr>
          <w:rFonts w:ascii="IM Fell English" w:hAnsi="IM Fell English"/>
          <w:color w:val="141414"/>
          <w:sz w:val="24"/>
        </w:rPr>
        <w:t>The answer hung in the air, heavier than any threat Ashcroft could concoct. For the first time that evening, Adebayo felt the faintest stirrings of fear—not for what Ashcroft could do, but for how far the rot might spread if he couldn’t trust even the man at the top.</w:t>
      </w:r>
    </w:p>
    <w:p>
      <w:r>
        <w:rPr>
          <w:rFonts w:ascii="IM Fell English" w:hAnsi="IM Fell English"/>
          <w:color w:val="141414"/>
          <w:sz w:val="24"/>
        </w:rPr>
        <w:t>The rain had begun to fall by the time Nwabudike Adebayo returned to his office, the rhythmic patter against the windows adding a somber soundtrack to the chaos churning in his mind. President Adekunle's response echoed in his ears, the implicit challenge laced with both doubt and danger. Adebayo was no stranger to the precarious dance of diplomacy and survival, but tonight had been different. He felt as though he had been cast into a maelstrom where every step was a gamble, every decision a potential betrayal—not just of Kemet, but of himself.</w:t>
      </w:r>
    </w:p>
    <w:p>
      <w:r>
        <w:rPr>
          <w:rFonts w:ascii="IM Fell English" w:hAnsi="IM Fell English"/>
          <w:color w:val="141414"/>
          <w:sz w:val="24"/>
        </w:rPr>
        <w:t>As he stepped into the dimly lit room, his phone buzzed on the desk—a message from his assistant, Malaika, reminding him of a scheduled meeting with another foreign envoy later that week. The details blurred as his fatigue deepened, exhaustion weighing down his limbs like concrete. Sitting down slowly, his fingers brushed the unopened folder on the desk, its presence now a phantom limb, always within reach yet a danger to touch. He opened his drawer and reached for the file he had kept hidden there for months—a series of intercepted communications, encrypted and incomplete, hinting at a second player within Kemet’s diplomatic corps whose loyalty was as compromised as Ashcroft’s.</w:t>
      </w:r>
    </w:p>
    <w:p>
      <w:r>
        <w:rPr>
          <w:rFonts w:ascii="IM Fell English" w:hAnsi="IM Fell English"/>
          <w:color w:val="141414"/>
          <w:sz w:val="24"/>
        </w:rPr>
        <w:t>The file, marked only with the name “Van Der Merwe,” belonged to the trade representative from the Southern Alliance, a coalition of nations Adebayo had once trusted as a buffer against the Northern Alliance’s encroachment. Van Der Merwe’s reports to his superiors, however, were anything but loyal. Adebayo had only been able to decrypt fragments, but what little he had confirmed made his stomach turn: detailed accounts of Kemet’s internal strategy meetings, thinly veiled justifications for interference, and, most disturbingly, plans to destabilize Kemet’s mining sector in favor of private Western contractors.</w:t>
      </w:r>
    </w:p>
    <w:p>
      <w:r>
        <w:rPr>
          <w:rFonts w:ascii="IM Fell English" w:hAnsi="IM Fell English"/>
          <w:color w:val="141414"/>
          <w:sz w:val="24"/>
        </w:rPr>
        <w:t>The realization struck him like a thunderclap: the Northern Alliance wasn’t the only threat. The Southern Alliance, too, had infiltrated Kemet’s fragile ecosystem, turning Kemet’s neighbors and supposed allies into adversaries. Adebayo’s mind raced, calculating the implications. If these two players were operating simultaneously, how many others were lurking in the shadows? And worse—had the President already suspected the extent of the betrayal he now faced?</w:t>
      </w:r>
    </w:p>
    <w:p>
      <w:r>
        <w:rPr>
          <w:rFonts w:ascii="IM Fell English" w:hAnsi="IM Fell English"/>
          <w:color w:val="141414"/>
          <w:sz w:val="24"/>
        </w:rPr>
        <w:t>He poured himself a glass of whiskey, the familiar burn grounding him as he stared out the window into the stormy night. Every part of his being urged him to confide in Adekunle immediately, to expose Van Der Merwe’s duplicity and rally Kemet’s leadership against the foreign encroachment. But a deeper voice within him whispered caution. The President had already made his skepticism clear. If Adebayo failed to prove his worth, this revelation might only hasten his downfall—or worse, expose him as a weak link in Kemet’s defenses.</w:t>
      </w:r>
    </w:p>
    <w:p>
      <w:r>
        <w:rPr>
          <w:rFonts w:ascii="IM Fell English" w:hAnsi="IM Fell English"/>
          <w:color w:val="141414"/>
          <w:sz w:val="24"/>
        </w:rPr>
        <w:t>Adebayo clenched his jaw, his knuckles whitening around the glass. This was no longer a game of loyalty; it was a war for survival. And for the first time in his career, he felt himself standing at the edge of a precipice, unsure whether to fight, flee, or fall.</w:t>
      </w:r>
    </w:p>
    <w:p>
      <w:r>
        <w:rPr>
          <w:rFonts w:ascii="IM Fell English" w:hAnsi="IM Fell English"/>
          <w:color w:val="141414"/>
          <w:sz w:val="24"/>
        </w:rPr>
        <w:t>The following days unfolded in a blur of meetings and calculated moves, each moment stretching Adebayo thinner than the last. He kept his expression carefully neutral as he navigated the labyrinth of diplomats and bureaucrats, his every interaction a performance designed to maintain the illusion of control. But beneath the polished surface, his mind churned with the weight of secrets so heavy he could almost feel them pulling him deeper into the ground. The President’s challenge loomed over him like a storm cloud, and with every passing hour, the stakes grew clearer. To survive, Adebayo would need to do more than simply prove his loyalty to Kemet. He would have to outmaneuver the forces arrayed against both his nation and himself.</w:t>
      </w:r>
    </w:p>
    <w:p>
      <w:r>
        <w:rPr>
          <w:rFonts w:ascii="IM Fell English" w:hAnsi="IM Fell English"/>
          <w:color w:val="141414"/>
          <w:sz w:val="24"/>
        </w:rPr>
        <w:t>The summit loomed on the horizon like a storm, set to bring together leaders from across the African continent and their international counterparts to discuss economic cooperation and regional security. It was the kind of high-stakes diplomatic theater Adebayo had mastered, but this time, the undercurrents ran deeper than surface-level diplomacy. Intelligence confirmed Ashcroft’s involvement in last-minute efforts to sway Kemet’s position, while his own investigation into Van Der Merwe’s activities had unearthed enough evidence to raise the alarm—though not enough to act without risking the credibility he still held on precarious loan.</w:t>
      </w:r>
    </w:p>
    <w:p>
      <w:r>
        <w:rPr>
          <w:rFonts w:ascii="IM Fell English" w:hAnsi="IM Fell English"/>
          <w:color w:val="141414"/>
          <w:sz w:val="24"/>
        </w:rPr>
        <w:t>In the lead-up to the summit, Adebayo took deliberate, calculated steps to fortify his position. He arranged discreet meetings with trusted allies within Kemet’s government, ensuring they understood the gravity of the situation without tipping his hand. He also reached out to the head of Kemet’s fledgling cyber-intelligence division, a sharp but guarded woman named Amara Mwangi, who had her own suspicions about foreign interference. Together, they worked to bolster Adebayo’s defenses, crafting contingency plans and embedding encryption protocols into his communications.</w:t>
      </w:r>
    </w:p>
    <w:p>
      <w:r>
        <w:rPr>
          <w:rFonts w:ascii="IM Fell English" w:hAnsi="IM Fell English"/>
          <w:color w:val="141414"/>
          <w:sz w:val="24"/>
        </w:rPr>
        <w:t>Yet even as he worked, doubt gnawed at him. The deeper he dug, the more tangled the web became. Van Der Merwe had no shortage of allies within Kemet’s diplomatic corps, each operating under the guise of regional unity while undermining the very ideals they professed. Adebayo began to suspect that the betrayal extended further than he had imagined, reaching into the shadows of places he had once considered safe—the President’s inner circle, the Ministry of Trade, even the intelligence community itself.</w:t>
      </w:r>
    </w:p>
    <w:p>
      <w:r>
        <w:rPr>
          <w:rFonts w:ascii="IM Fell English" w:hAnsi="IM Fell English"/>
          <w:color w:val="141414"/>
          <w:sz w:val="24"/>
        </w:rPr>
        <w:t>One sleepless night, as rain lashed against his office windows, Adebayo confronted the full implications of his situation. There was no longer a single enemy in the room—only a cacophony of voices, all vying to shape the future of Kemet to their advantage. And somewhere within that cacophony lay the truth about who could be trusted, and who would sell Kemet out to the highest bidder.</w:t>
      </w:r>
    </w:p>
    <w:p>
      <w:r>
        <w:rPr>
          <w:rFonts w:ascii="IM Fell English" w:hAnsi="IM Fell English"/>
          <w:color w:val="141414"/>
          <w:sz w:val="24"/>
        </w:rPr>
        <w:t>By the time the summit arrived, Adebayo had steeled himself for the confrontation ahead. He arrived early, his polished shoes clicking against the marble floors as he navigated the halls of the conference center, his mind sharp with the knowledge that every move he made would be scrutinized, every word parsed for weakness. Ashcroft was already there, his smile as practiced as ever, standing in quiet conversation with Van Der Merwe. The two men made an unsettling contrast—their camaraderie effortless, their alliance as clear as it was dangerous.</w:t>
      </w:r>
    </w:p>
    <w:p>
      <w:r>
        <w:rPr>
          <w:rFonts w:ascii="IM Fell English" w:hAnsi="IM Fell English"/>
          <w:color w:val="141414"/>
          <w:sz w:val="24"/>
        </w:rPr>
        <w:t>Adebayo stepped toward them, his face a mask of calm professionalism, but inside, his pulse thundered like a war drum. The meeting ahead was more than a diplomatic event; it was a battlefield, and he was no longer sure where the lines were drawn. All he knew was that his time for indecision had ended. This would be the moment when the pieces began to fall, and he would either rise with them or lose everything entirely.</w:t>
      </w:r>
    </w:p>
    <w:p>
      <w:pPr>
        <w:pStyle w:val="Heading1"/>
        <w:jc w:val="center"/>
      </w:pPr>
      <w:r>
        <w:rPr>
          <w:rFonts w:ascii="IM Fell English" w:hAnsi="IM Fell English"/>
          <w:color w:val="0D0D0D"/>
        </w:rPr>
        <w:t>Chapter 8 - The Web Tightens</w:t>
      </w:r>
    </w:p>
    <w:p>
      <w:r>
        <w:rPr>
          <w:rFonts w:ascii="IM Fell English" w:hAnsi="IM Fell English"/>
          <w:color w:val="141414"/>
          <w:sz w:val="24"/>
        </w:rPr>
        <w:t>The rain in Nairobi fell in sheets, drumming against the bulletproof windows of the safehouse. Elise Maren adjusted the collar of her raincoat, her fingers brushing the microchip embedded in the seam—Verdane’s last gift before she’d departed for Nyamwezi four years ago. The chip hummed against her skin, a reminder of the satellite tracking system she’d disabled ten minutes earlier. Outside, the city lights blurred to watercolor smudges. She didn’t look back as her handler, a wiry man in a cashmere overcoat, entered the room. His name was Kessler, but she knew him only as M.</w:t>
      </w:r>
    </w:p>
    <w:p>
      <w:r>
        <w:rPr>
          <w:rFonts w:ascii="IM Fell English" w:hAnsi="IM Fell English"/>
          <w:color w:val="141414"/>
          <w:sz w:val="24"/>
        </w:rPr>
        <w:t>“They’re tightening the leash,” Kessler said, placing a manila envelope on the table. Inside: decrypted cables from the Nyamwezi Defense Ministry detailing troop movements along the eastern border. “This needs to reach Verdane by tonight. They’re worried about the uranium negotiations.”</w:t>
      </w:r>
    </w:p>
    <w:p>
      <w:r>
        <w:rPr>
          <w:rFonts w:ascii="IM Fell English" w:hAnsi="IM Fell English"/>
          <w:color w:val="141414"/>
          <w:sz w:val="24"/>
        </w:rPr>
        <w:t>“They should be. Nyamweji’s Foreign Minister hinted about renegotiating the terms today.” Her voice was flat, practiced. “They suspect a leak.”</w:t>
      </w:r>
    </w:p>
    <w:p>
      <w:r>
        <w:rPr>
          <w:rFonts w:ascii="IM Fell English" w:hAnsi="IM Fell English"/>
          <w:color w:val="141414"/>
          <w:sz w:val="24"/>
        </w:rPr>
        <w:t>The rain slackened enough to hear the low whine of a power outage. Emergency lights flickered on, casting M’s face in jagged shadows. He stared at the red stain spreading across her shirt cuff—blood, not wine. “And?”</w:t>
      </w:r>
    </w:p>
    <w:p>
      <w:r>
        <w:rPr>
          <w:rFonts w:ascii="IM Fell English" w:hAnsi="IM Fell English"/>
          <w:color w:val="141414"/>
          <w:sz w:val="24"/>
        </w:rPr>
        <w:t>“I played the grieving widow. Tears, trembling lip. He bought it.” She pulled a gloved hand from her pocket, revealing a data drive smeared with the same blood. “Kwame’s files are on this. His real name was Mwangangi. You’ll want the photos of his wife and child in the safe’s bottom drawer.”</w:t>
      </w:r>
    </w:p>
    <w:p>
      <w:r>
        <w:rPr>
          <w:rFonts w:ascii="IM Fell English" w:hAnsi="IM Fell English"/>
          <w:color w:val="141414"/>
          <w:sz w:val="24"/>
        </w:rPr>
        <w:t>M hesitated. “You left a trail.”</w:t>
      </w:r>
    </w:p>
    <w:p>
      <w:r>
        <w:rPr>
          <w:rFonts w:ascii="IM Fell English" w:hAnsi="IM Fell English"/>
          <w:color w:val="141414"/>
          <w:sz w:val="24"/>
        </w:rPr>
        <w:t>“She’s five years old. Let her live somewhere they won’t find her.” Elise’s throat tightened. Kwame had been the fifth asset she’d taken to meet in the alleyway behind the Nyamwezi Cultural Institute. None had returned except once—when their corpses were found in a river, wrists bound with plastic zip ties.</w:t>
      </w:r>
    </w:p>
    <w:p>
      <w:r>
        <w:rPr>
          <w:rFonts w:ascii="IM Fell English" w:hAnsi="IM Fell English"/>
          <w:color w:val="141414"/>
          <w:sz w:val="24"/>
        </w:rPr>
        <w:t>In her mind, the river gurgled now. The smell of rust and damp earth.</w:t>
      </w:r>
    </w:p>
    <w:p>
      <w:pPr>
        <w:jc w:val="center"/>
      </w:pPr>
      <w:r>
        <w:rPr>
          <w:color w:val="141414"/>
        </w:rPr>
        <w:t>———</w:t>
      </w:r>
    </w:p>
    <w:p>
      <w:r>
        <w:rPr>
          <w:rFonts w:ascii="IM Fell English" w:hAnsi="IM Fell English"/>
          <w:color w:val="141414"/>
          <w:sz w:val="24"/>
        </w:rPr>
        <w:t>The next afternoon, sunlight seared through gaps in the blinds of Anton Vale’s office. As ambassador from the Republic of Castral, he was expected to host weekly salons for Nyamweji dignitaries. Today’s gathering should have been routine: bourbon in crystal glasses, talk of agricultural exports masking the real negotiations over rare earth minerals. But Anton’s hands shook as he poured. Someone had sent him a note under his door at 6 a.m., written in the code only his controller, “Zamani,” would know.</w:t>
      </w:r>
    </w:p>
    <w:p>
      <w:r>
        <w:rPr>
          <w:rFonts w:ascii="IM Fell English" w:hAnsi="IM Fell English"/>
          <w:i/>
          <w:color w:val="141414"/>
          <w:sz w:val="24"/>
        </w:rPr>
        <w:t>The bird has fled the nest.</w:t>
      </w:r>
    </w:p>
    <w:p>
      <w:r>
        <w:rPr>
          <w:rFonts w:ascii="IM Fell English" w:hAnsi="IM Fell English"/>
          <w:color w:val="141414"/>
          <w:sz w:val="24"/>
        </w:rPr>
        <w:t>Across the room, Foreign Minister Diallo laughed too loudly at a joke Anton hadn’t heard. Sweat pooled at Anton’s waistband where he’d tucked the listening device that had malfunctioned during last night’s covert meeting with Nyamweji President Obeng. Instead of confirming Obeng’s commitment to Castral’s pipeline project, Anton had transmitted forty minutes of static. Now his controller’s cryptic warning suggested consequences.</w:t>
      </w:r>
    </w:p>
    <w:p>
      <w:r>
        <w:rPr>
          <w:rFonts w:ascii="IM Fell English" w:hAnsi="IM Fell English"/>
          <w:color w:val="141414"/>
          <w:sz w:val="24"/>
        </w:rPr>
        <w:t>When the doorbell rang, Anton excused himself, his pulse spiking as he approached the front hall. The woman standing there wore a sari the color of bruised plums, her face half-hidden under an umbrella.</w:t>
      </w:r>
    </w:p>
    <w:p>
      <w:r>
        <w:rPr>
          <w:rFonts w:ascii="IM Fell English" w:hAnsi="IM Fell English"/>
          <w:color w:val="141414"/>
          <w:sz w:val="24"/>
        </w:rPr>
        <w:t>“Mr. Vale,” she said in perfect French. “I’m here about the security audit your embassy requested.”</w:t>
      </w:r>
    </w:p>
    <w:p>
      <w:r>
        <w:rPr>
          <w:rFonts w:ascii="IM Fell English" w:hAnsi="IM Fell English"/>
          <w:color w:val="141414"/>
          <w:sz w:val="24"/>
        </w:rPr>
        <w:t>He blinked. “But we haven’t—”</w:t>
      </w:r>
    </w:p>
    <w:p>
      <w:r>
        <w:rPr>
          <w:rFonts w:ascii="IM Fell English" w:hAnsi="IM Fell English"/>
          <w:color w:val="141414"/>
          <w:sz w:val="24"/>
        </w:rPr>
        <w:t>Her hand closed over his wrist, thumb pressing the artery just below the watchface. “Unless you want President Obeng to review the encrypted emails you sent to Castral’s Defense Minister, I suggest you let me in.”</w:t>
      </w:r>
    </w:p>
    <w:p>
      <w:pPr>
        <w:jc w:val="center"/>
      </w:pPr>
      <w:r>
        <w:rPr>
          <w:color w:val="141414"/>
        </w:rPr>
        <w:t>———</w:t>
      </w:r>
    </w:p>
    <w:p>
      <w:r>
        <w:rPr>
          <w:rFonts w:ascii="IM Fell English" w:hAnsi="IM Fell English"/>
          <w:color w:val="141414"/>
          <w:sz w:val="24"/>
        </w:rPr>
        <w:t>Across Lusaka, Kofi Adu sat in the dim glow of his desk lamp, poring over flight manifests and expense reports. As director of External Intelligence for Nyamweji, he’d tracked inconsistencies for seven months: luxury car leases purchased with expired credit cards, falsified diplomatic passports, unexplained transfers totaling $3.2 million. But the breakthrough had come yesterday—when his team decrypted a message routed through a Vatican City server.</w:t>
      </w:r>
    </w:p>
    <w:p>
      <w:r>
        <w:rPr>
          <w:rFonts w:ascii="IM Fell English" w:hAnsi="IM Fell English"/>
          <w:i/>
          <w:color w:val="141414"/>
          <w:sz w:val="24"/>
        </w:rPr>
        <w:t>Subject: Harvest Report. Attachments: 3 (see below). Text: The orchard will bloom on schedule. Ensure the soil remains stable. End transmission.</w:t>
      </w:r>
    </w:p>
    <w:p>
      <w:r>
        <w:rPr>
          <w:rFonts w:ascii="IM Fell English" w:hAnsi="IM Fell English"/>
          <w:color w:val="141414"/>
          <w:sz w:val="24"/>
        </w:rPr>
        <w:t>Kofi zoomed in on the attachments. Satellite images of Nyamweji’s uranium enrichment facility. Metadata tags linked them to both the Verdane and Castral embassies.</w:t>
      </w:r>
    </w:p>
    <w:p>
      <w:r>
        <w:rPr>
          <w:rFonts w:ascii="IM Fell English" w:hAnsi="IM Fell English"/>
          <w:color w:val="141414"/>
          <w:sz w:val="24"/>
        </w:rPr>
        <w:t>The knock at his door startled him. It was his protégé, Mira, holding a tablet. “We’ve got movement from Vale. He let a woman into his residence—encrypted ID traces to Nairobi. Probable codename: Nyota.”</w:t>
      </w:r>
    </w:p>
    <w:p>
      <w:r>
        <w:rPr>
          <w:rFonts w:ascii="IM Fell English" w:hAnsi="IM Fell English"/>
          <w:color w:val="141414"/>
          <w:sz w:val="24"/>
        </w:rPr>
        <w:t>Kofi leaned forward, the chair creaking under his weight. “Track them. I want Vale’s hard drives cloned by midnight.”</w:t>
      </w:r>
    </w:p>
    <w:p>
      <w:r>
        <w:rPr>
          <w:rFonts w:ascii="IM Fell English" w:hAnsi="IM Fell English"/>
          <w:color w:val="141414"/>
          <w:sz w:val="24"/>
        </w:rPr>
        <w:t>Mira hesitated. “And Maren?”</w:t>
      </w:r>
    </w:p>
    <w:p>
      <w:r>
        <w:rPr>
          <w:rFonts w:ascii="IM Fell English" w:hAnsi="IM Fell English"/>
          <w:color w:val="141414"/>
          <w:sz w:val="24"/>
        </w:rPr>
        <w:t>From the corner of the room, Kofi’s pet python uncoiled itself from the potted fern. “Leave the widow for now. She’s smarter. More dangerous.”</w:t>
      </w:r>
    </w:p>
    <w:p>
      <w:pPr>
        <w:jc w:val="center"/>
      </w:pPr>
      <w:r>
        <w:rPr>
          <w:color w:val="141414"/>
        </w:rPr>
        <w:t>———</w:t>
      </w:r>
    </w:p>
    <w:p>
      <w:r>
        <w:rPr>
          <w:rFonts w:ascii="IM Fell English" w:hAnsi="IM Fell English"/>
          <w:color w:val="141414"/>
          <w:sz w:val="24"/>
        </w:rPr>
        <w:t>By evening, Anton sat in the back seat of his government-supplied Toyota, Nyota beside him. She’d taken over his phone three hours ago, her fingers dancing across the screen as she redirected the false uranium reports Kessler’s network had fed Verdane.</w:t>
      </w:r>
    </w:p>
    <w:p>
      <w:r>
        <w:rPr>
          <w:rFonts w:ascii="IM Fell English" w:hAnsi="IM Fell English"/>
          <w:color w:val="141414"/>
          <w:sz w:val="24"/>
        </w:rPr>
        <w:t>“They’re watching the airport,” Nyota said without looking up. “You’ll have to go tonight. The border?”</w:t>
      </w:r>
    </w:p>
    <w:p>
      <w:r>
        <w:rPr>
          <w:rFonts w:ascii="IM Fell English" w:hAnsi="IM Fell English"/>
          <w:color w:val="141414"/>
          <w:sz w:val="24"/>
        </w:rPr>
        <w:t>“Too risky. There’s a supply truck leaving for the copper mines at 0300. It’ll take me to the Democratic Republic of Zulu.” Anton stared at the dashboard. His father had died in a mining accident in 2017—the company had paid Castral’s president off, not Anton. That was the real reason he’d agreed to be Zamani’s asset: revenge carved into every forged document.</w:t>
      </w:r>
    </w:p>
    <w:p>
      <w:r>
        <w:rPr>
          <w:rFonts w:ascii="IM Fell English" w:hAnsi="IM Fell English"/>
          <w:color w:val="141414"/>
          <w:sz w:val="24"/>
        </w:rPr>
        <w:t>Nyota’s laugh was sharp. “You think they’ll let you just disappear? If you’re caught, they'll blame the whole mess on you.”</w:t>
      </w:r>
    </w:p>
    <w:p>
      <w:r>
        <w:rPr>
          <w:rFonts w:ascii="IM Fell English" w:hAnsi="IM Fell English"/>
          <w:color w:val="141414"/>
          <w:sz w:val="24"/>
        </w:rPr>
        <w:t>He gripped the door handle. “Better dead than a pawn.”</w:t>
      </w:r>
    </w:p>
    <w:p>
      <w:r>
        <w:rPr>
          <w:rFonts w:ascii="IM Fell English" w:hAnsi="IM Fell English"/>
          <w:color w:val="141414"/>
          <w:sz w:val="24"/>
        </w:rPr>
        <w:t>Outside, rain began again.</w:t>
      </w:r>
    </w:p>
    <w:p>
      <w:pPr>
        <w:jc w:val="center"/>
      </w:pPr>
      <w:r>
        <w:rPr>
          <w:color w:val="141414"/>
        </w:rPr>
        <w:t>———</w:t>
      </w:r>
    </w:p>
    <w:p>
      <w:r>
        <w:rPr>
          <w:rFonts w:ascii="IM Fell English" w:hAnsi="IM Fell English"/>
          <w:color w:val="141414"/>
          <w:sz w:val="24"/>
        </w:rPr>
        <w:t>Elise Maren stood in the Nyamweji Ministry of Interior’s archives, the stale tang of dust coating her tongue. She’d spent two hours copying files from Kwame’s desk before the police had arrived. The trick was always the same: create a paper trail leading to a scapegoat, burn the rest. But today, the manila folder labeled “Uranium Export Contracts” was missing.</w:t>
      </w:r>
    </w:p>
    <w:p>
      <w:r>
        <w:rPr>
          <w:rFonts w:ascii="IM Fell English" w:hAnsi="IM Fell English"/>
          <w:color w:val="141414"/>
          <w:sz w:val="24"/>
        </w:rPr>
        <w:t>A floorboard groaned behind her.</w:t>
      </w:r>
    </w:p>
    <w:p>
      <w:r>
        <w:rPr>
          <w:rFonts w:ascii="IM Fell English" w:hAnsi="IM Fell English"/>
          <w:color w:val="141414"/>
          <w:sz w:val="24"/>
        </w:rPr>
        <w:t>“You killed him,” a voice said.</w:t>
      </w:r>
    </w:p>
    <w:p>
      <w:r>
        <w:rPr>
          <w:rFonts w:ascii="IM Fell English" w:hAnsi="IM Fell English"/>
          <w:color w:val="141414"/>
          <w:sz w:val="24"/>
        </w:rPr>
        <w:t>Elise turned slowly, revealing a teenage boy in a janitor’s uniform. His knuckles were scraped raw—Kwame’s blood under the nails.</w:t>
      </w:r>
    </w:p>
    <w:p>
      <w:r>
        <w:rPr>
          <w:rFonts w:ascii="IM Fell English" w:hAnsi="IM Fell English"/>
          <w:color w:val="141414"/>
          <w:sz w:val="24"/>
        </w:rPr>
        <w:t>“I saved you,” she said, keeping her voice low. “Now get out before they find your prints everywhere.”</w:t>
      </w:r>
    </w:p>
    <w:p>
      <w:r>
        <w:rPr>
          <w:rFonts w:ascii="IM Fell English" w:hAnsi="IM Fell English"/>
          <w:color w:val="141414"/>
          <w:sz w:val="24"/>
        </w:rPr>
        <w:t>The boy spat at her. “You left his family. You think they’ll forgive that?”</w:t>
      </w:r>
    </w:p>
    <w:p>
      <w:r>
        <w:rPr>
          <w:rFonts w:ascii="IM Fell English" w:hAnsi="IM Fell English"/>
          <w:color w:val="141414"/>
          <w:sz w:val="24"/>
        </w:rPr>
        <w:t>She didn’t answer as he fled the room. Later, she’d wonder about his name. Later, when the guilt was a manageable ache between her ribs.</w:t>
      </w:r>
    </w:p>
    <w:p>
      <w:r>
        <w:rPr>
          <w:rFonts w:ascii="IM Fell English" w:hAnsi="IM Fell English"/>
          <w:color w:val="141414"/>
          <w:sz w:val="24"/>
        </w:rPr>
        <w:t>For now, she needed Kwame’s files.</w:t>
      </w:r>
    </w:p>
    <w:p>
      <w:r>
        <w:rPr>
          <w:rFonts w:ascii="IM Fell English" w:hAnsi="IM Fell English"/>
          <w:color w:val="141414"/>
          <w:sz w:val="24"/>
        </w:rPr>
        <w:t>When she found the contract in a colleague’s locked drawer, the page header glinted under the single overhead bulb. VERDANE/NYAMWEJI JOINT RESOURCE INITIATIVE. But the annex? A Castral cipher.</w:t>
      </w:r>
    </w:p>
    <w:p>
      <w:r>
        <w:rPr>
          <w:rFonts w:ascii="IM Fell English" w:hAnsi="IM Fell English"/>
          <w:color w:val="141414"/>
          <w:sz w:val="24"/>
        </w:rPr>
        <w:t>Anton.</w:t>
      </w:r>
    </w:p>
    <w:p>
      <w:r>
        <w:rPr>
          <w:rFonts w:ascii="IM Fell English" w:hAnsi="IM Fell English"/>
          <w:color w:val="141414"/>
          <w:sz w:val="24"/>
        </w:rPr>
        <w:t>He had both nations dancing on his strings.</w:t>
      </w:r>
    </w:p>
    <w:p>
      <w:r>
        <w:rPr>
          <w:rFonts w:ascii="IM Fell English" w:hAnsi="IM Fell English"/>
          <w:color w:val="141414"/>
          <w:sz w:val="24"/>
        </w:rPr>
        <w:t>Elise photographed the page, her phone trembling. Before she could delete the metadata, voices echoed in the corridor.</w:t>
      </w:r>
    </w:p>
    <w:p>
      <w:r>
        <w:rPr>
          <w:rFonts w:ascii="IM Fell English" w:hAnsi="IM Fell English"/>
          <w:color w:val="141414"/>
          <w:sz w:val="24"/>
        </w:rPr>
        <w:t>Kofi Adu entered, holding a pistol.</w:t>
      </w:r>
    </w:p>
    <w:p>
      <w:r>
        <w:rPr>
          <w:rFonts w:ascii="IM Fell English" w:hAnsi="IM Fell English"/>
          <w:color w:val="141414"/>
          <w:sz w:val="24"/>
        </w:rPr>
        <w:t>“No,” he said, as she reached behind her back. “I know about the chip in your coat. Stand up, slowly.”</w:t>
      </w:r>
    </w:p>
    <w:p>
      <w:pPr>
        <w:jc w:val="center"/>
      </w:pPr>
      <w:r>
        <w:rPr>
          <w:color w:val="141414"/>
        </w:rPr>
        <w:t>———</w:t>
      </w:r>
    </w:p>
    <w:p>
      <w:r>
        <w:rPr>
          <w:rFonts w:ascii="IM Fell English" w:hAnsi="IM Fell English"/>
          <w:color w:val="141414"/>
          <w:sz w:val="24"/>
        </w:rPr>
        <w:t>The interrogation room reeked of coffee and mildew. Kofi’s team had confiscated Elise’s phone—too late. The file had already reached Verdane; she’d set the transfer to trigger when her GPS coordinates remained stationary for twenty minutes.</w:t>
      </w:r>
    </w:p>
    <w:p>
      <w:r>
        <w:rPr>
          <w:rFonts w:ascii="IM Fell English" w:hAnsi="IM Fell English"/>
          <w:color w:val="141414"/>
          <w:sz w:val="24"/>
        </w:rPr>
        <w:t>“You’ve stolen billions worth of infrastructure blueprints,” Kofi said. “But today? You were looking for something else.”</w:t>
      </w:r>
    </w:p>
    <w:p>
      <w:r>
        <w:rPr>
          <w:rFonts w:ascii="IM Fell English" w:hAnsi="IM Fell English"/>
          <w:color w:val="141414"/>
          <w:sz w:val="24"/>
        </w:rPr>
        <w:t>Elise kept silent. Let him assume the worst.</w:t>
      </w:r>
    </w:p>
    <w:p>
      <w:r>
        <w:rPr>
          <w:rFonts w:ascii="IM Fell English" w:hAnsi="IM Fell English"/>
          <w:color w:val="141414"/>
          <w:sz w:val="24"/>
        </w:rPr>
        <w:t>Across town, Anton and Nyota reached the truck yard at 2:45 a.m. The driver—a grizzled man named Jabari—refused to budge until Nyota slipped him a roll of crisp Euros.</w:t>
      </w:r>
    </w:p>
    <w:p>
      <w:r>
        <w:rPr>
          <w:rFonts w:ascii="IM Fell English" w:hAnsi="IM Fell English"/>
          <w:color w:val="141414"/>
          <w:sz w:val="24"/>
        </w:rPr>
        <w:t>As the engine roared to life, Anton saw figures emerging from the shadows. Not Nyamweji. Castral black ops.</w:t>
      </w:r>
    </w:p>
    <w:p>
      <w:r>
        <w:rPr>
          <w:rFonts w:ascii="IM Fell English" w:hAnsi="IM Fell English"/>
          <w:color w:val="141414"/>
          <w:sz w:val="24"/>
        </w:rPr>
        <w:t>“They followed us,” Nyota whispered.</w:t>
      </w:r>
    </w:p>
    <w:p>
      <w:r>
        <w:rPr>
          <w:rFonts w:ascii="IM Fell English" w:hAnsi="IM Fell English"/>
          <w:color w:val="141414"/>
          <w:sz w:val="24"/>
        </w:rPr>
        <w:t>Anton shoved the last encrypted disk into her palm. “Take this. Tell Zamani I kept my end of the bargain.”</w:t>
      </w:r>
    </w:p>
    <w:p>
      <w:r>
        <w:rPr>
          <w:rFonts w:ascii="IM Fell English" w:hAnsi="IM Fell English"/>
          <w:color w:val="141414"/>
          <w:sz w:val="24"/>
        </w:rPr>
        <w:t>The bullets tore through the Toyota’s windshield.</w:t>
      </w:r>
    </w:p>
    <w:p>
      <w:pPr>
        <w:jc w:val="center"/>
      </w:pPr>
      <w:r>
        <w:rPr>
          <w:color w:val="141414"/>
        </w:rPr>
        <w:t>———</w:t>
      </w:r>
    </w:p>
    <w:p>
      <w:r>
        <w:rPr>
          <w:rFonts w:ascii="IM Fell English" w:hAnsi="IM Fell English"/>
          <w:color w:val="141414"/>
          <w:sz w:val="24"/>
        </w:rPr>
        <w:t>Kofi received the alert about Anton’s body at 5 a.m. His python coiled tighter around his wrist, constricting as he read the message: “Castral embassy confirms disavowal of Anton Vale. Cause of death: multiple gunshot wounds.”</w:t>
      </w:r>
    </w:p>
    <w:p>
      <w:r>
        <w:rPr>
          <w:rFonts w:ascii="IM Fell English" w:hAnsi="IM Fell English"/>
          <w:color w:val="141414"/>
          <w:sz w:val="24"/>
        </w:rPr>
        <w:t>Outside, dawn bled into the skyline. He thought of Elise’s file on Kwame, the boy’s face haunting his periphery.</w:t>
      </w:r>
    </w:p>
    <w:p>
      <w:r>
        <w:rPr>
          <w:rFonts w:ascii="IM Fell English" w:hAnsi="IM Fell English"/>
          <w:color w:val="141414"/>
          <w:sz w:val="24"/>
        </w:rPr>
        <w:t>When Mira entered with a tablet, her face was gray. “They released Maren. The president’s orders.”</w:t>
      </w:r>
    </w:p>
    <w:p>
      <w:r>
        <w:rPr>
          <w:rFonts w:ascii="IM Fell English" w:hAnsi="IM Fell English"/>
          <w:color w:val="141414"/>
          <w:sz w:val="24"/>
        </w:rPr>
        <w:t>Kofi crushed the coffee cup in his hand. The uranium contract would expire tonight, triggering Castral’s withdrawal from the pipeline project. Verdane, now aware of Elise’s compromised position, would send a replacement within weeks.</w:t>
      </w:r>
    </w:p>
    <w:p>
      <w:r>
        <w:rPr>
          <w:rFonts w:ascii="IM Fell English" w:hAnsi="IM Fell English"/>
          <w:color w:val="141414"/>
          <w:sz w:val="24"/>
        </w:rPr>
        <w:t>Nyota had vanished.</w:t>
      </w:r>
    </w:p>
    <w:p>
      <w:r>
        <w:rPr>
          <w:rFonts w:ascii="IM Fell English" w:hAnsi="IM Fell English"/>
          <w:color w:val="141414"/>
          <w:sz w:val="24"/>
        </w:rPr>
        <w:t>The web had not been cut.</w:t>
      </w:r>
    </w:p>
    <w:p>
      <w:r>
        <w:rPr>
          <w:rFonts w:ascii="IM Fell English" w:hAnsi="IM Fell English"/>
          <w:color w:val="141414"/>
          <w:sz w:val="24"/>
        </w:rPr>
        <w:t>It had grown teeth.</w:t>
      </w:r>
    </w:p>
    <w:p>
      <w:pPr>
        <w:pStyle w:val="Heading1"/>
        <w:jc w:val="center"/>
      </w:pPr>
      <w:r>
        <w:rPr>
          <w:rFonts w:ascii="IM Fell English" w:hAnsi="IM Fell English"/>
          <w:color w:val="0D0D0D"/>
        </w:rPr>
        <w:t>Chapter 9 - The Silent Betrayal</w:t>
      </w:r>
    </w:p>
    <w:p>
      <w:r>
        <w:rPr>
          <w:rFonts w:ascii="IM Fell English" w:hAnsi="IM Fell English"/>
          <w:color w:val="141414"/>
          <w:sz w:val="24"/>
        </w:rPr>
        <w:t>The rain had started falling in the early evening, turning the cobblestones of Vespia’s Old Quarter into a slick mirror for the flickering gas lamps overhead. Nadia Adebayo adjusted her scarf, its charcoal gray blending seamlessly with the damp shadows, and stepped into the narrow alley that led to the riverside café. Her breath came slow and measured, though her pulse thrummed beneath her ear. The meeting was late—fifteen minutes past the agreed time—but she’d expected delays. In this line of work, punctuality betrayed urgency. And Nadia had learned never to show urgency. Not here. Not anywhere.</w:t>
      </w:r>
    </w:p>
    <w:p>
      <w:r>
        <w:rPr>
          <w:rFonts w:ascii="IM Fell English" w:hAnsi="IM Fell English"/>
          <w:color w:val="141414"/>
          <w:sz w:val="24"/>
        </w:rPr>
        <w:t>Inside, the café was a haven of warm, honeyed light and the scent of cardamom. A man sat at a corner table, nursing a half-finished cognac, his gloved hands folded neatly before him. He was older, late fifties perhaps, with hair the color of iron filings and eyes that flickered with quiet calculation. His suit was tailored to the precision of a state-issued wardrobe—one she recognized as the uniform of Orindia’s Foreign Affairs Directorate. The sight of it sent a sharp prickle down her spine. Orindia, the so-called Western ally, whose wealth and influence bent the spines of smaller nations like hers.</w:t>
      </w:r>
    </w:p>
    <w:p>
      <w:r>
        <w:rPr>
          <w:rFonts w:ascii="IM Fell English" w:hAnsi="IM Fell English"/>
          <w:color w:val="141414"/>
          <w:sz w:val="24"/>
        </w:rPr>
        <w:t>“You’re late,” the man said without looking up, his voice a low drawl that carried the clipped cadence of someone who’d spent time in Kemet’s capital.</w:t>
      </w:r>
    </w:p>
    <w:p>
      <w:r>
        <w:rPr>
          <w:rFonts w:ascii="IM Fell English" w:hAnsi="IM Fell English"/>
          <w:color w:val="141414"/>
          <w:sz w:val="24"/>
        </w:rPr>
        <w:t>“Traffic in Vespia’s always a gamble,” Nadia replied, sliding into the seat opposite him. She placed her satchel gently on the floor beside her. The encrypted drive inside weighed like a stone.</w:t>
      </w:r>
    </w:p>
    <w:p>
      <w:r>
        <w:rPr>
          <w:rFonts w:ascii="IM Fell English" w:hAnsi="IM Fell English"/>
          <w:color w:val="141414"/>
          <w:sz w:val="24"/>
        </w:rPr>
        <w:t>The man finally met her gaze. “They’ve moved the deadline.”</w:t>
      </w:r>
    </w:p>
    <w:p>
      <w:r>
        <w:rPr>
          <w:rFonts w:ascii="IM Fell English" w:hAnsi="IM Fell English"/>
          <w:color w:val="141414"/>
          <w:sz w:val="24"/>
        </w:rPr>
        <w:t>Nadia’s jaw tightened. “Three weeks isn’t enough to—”</w:t>
      </w:r>
    </w:p>
    <w:p>
      <w:r>
        <w:rPr>
          <w:rFonts w:ascii="IM Fell English" w:hAnsi="IM Fell English"/>
          <w:color w:val="141414"/>
          <w:sz w:val="24"/>
        </w:rPr>
        <w:t>“It’s enough.”</w:t>
      </w:r>
    </w:p>
    <w:p>
      <w:r>
        <w:rPr>
          <w:rFonts w:ascii="IM Fell English" w:hAnsi="IM Fell English"/>
          <w:color w:val="141414"/>
          <w:sz w:val="24"/>
        </w:rPr>
        <w:t>She leaned forward, her voice quiet but edged. “You said I’d have six weeks to extract the defense treaties. If you’re moving up the timeframe, you’re cutting off my exit strategy.”</w:t>
      </w:r>
    </w:p>
    <w:p>
      <w:r>
        <w:rPr>
          <w:rFonts w:ascii="IM Fell English" w:hAnsi="IM Fell English"/>
          <w:color w:val="141414"/>
          <w:sz w:val="24"/>
        </w:rPr>
        <w:t>“Your exit strategy is irrelevant,” he said, swirling the golden liquid in his glass. “The situation in Sankofi has escalated. The High Council wants to pull the lever before midnight.”</w:t>
      </w:r>
    </w:p>
    <w:p>
      <w:r>
        <w:rPr>
          <w:rFonts w:ascii="IM Fell English" w:hAnsi="IM Fell English"/>
          <w:color w:val="141414"/>
          <w:sz w:val="24"/>
        </w:rPr>
        <w:t>Nadia’s stomach turned at the phrase ‘pull the lever.’ Orindia’s euphemism for triggering the destabilization protocols they’d spent years embedding into Kemet’s financial infrastructure, military supply chains, and political factions. It was a phrase that conjured images of collapsing economies and blood-soaked streets.</w:t>
      </w:r>
    </w:p>
    <w:p>
      <w:r>
        <w:rPr>
          <w:rFonts w:ascii="IM Fell English" w:hAnsi="IM Fell English"/>
          <w:color w:val="141414"/>
          <w:sz w:val="24"/>
        </w:rPr>
        <w:t>“You understand what you’re asking,” she said. It wasn’t a question.</w:t>
      </w:r>
    </w:p>
    <w:p>
      <w:r>
        <w:rPr>
          <w:rFonts w:ascii="IM Fell English" w:hAnsi="IM Fell English"/>
          <w:color w:val="141414"/>
          <w:sz w:val="24"/>
        </w:rPr>
        <w:t>The man’s gaze flicked toward the door, where a group of young locals had just entered, their laughter bright and brittle. “We understand you’ve been playing both sides—Kemet’s Ministry of Trade, Orindia’s Directorate, and of course the personal favors you do for Vespia’s intelligence community. But this isn’t a parlor game, Ms. Adebayo. The board is tipping. You play your hand now, or you lose everything.”</w:t>
      </w:r>
    </w:p>
    <w:p>
      <w:r>
        <w:rPr>
          <w:rFonts w:ascii="IM Fell English" w:hAnsi="IM Fell English"/>
          <w:color w:val="141414"/>
          <w:sz w:val="24"/>
        </w:rPr>
        <w:t>A bead of sweat traced the curve of her neck as she forced herself to lean back in the chair. “I’ve delivered. Everything you needed from the energy treaties, the military supply audits—”</w:t>
      </w:r>
    </w:p>
    <w:p>
      <w:r>
        <w:rPr>
          <w:rFonts w:ascii="IM Fell English" w:hAnsi="IM Fell English"/>
          <w:color w:val="141414"/>
          <w:sz w:val="24"/>
        </w:rPr>
        <w:t>“You’ve delivered scraps,” he interrupted. “We need the full schematics of Kemet’s northern coastal defenses—specifically, the locations of the new naval installations. The High Council wants the dossier by the end of the week, or the alliance is off the table.”</w:t>
      </w:r>
    </w:p>
    <w:p>
      <w:r>
        <w:rPr>
          <w:rFonts w:ascii="IM Fell English" w:hAnsi="IM Fell English"/>
          <w:color w:val="141414"/>
          <w:sz w:val="24"/>
        </w:rPr>
        <w:t>The words hit her like a blow. Orindia’s alliance with Kemet was a façade, a calculated arrangement that had allowed Nadia’s country to modernize its infrastructure while Orindia bled it dry. Nadia was a pawn in this game, but unlike most pawns, she’d been given just enough power to believe she had agency. Now, that illusion was crumbling.</w:t>
      </w:r>
    </w:p>
    <w:p>
      <w:r>
        <w:rPr>
          <w:rFonts w:ascii="IM Fell English" w:hAnsi="IM Fell English"/>
          <w:color w:val="141414"/>
          <w:sz w:val="24"/>
        </w:rPr>
        <w:t>Before she could respond, the man stood, his heavy coat settling around his broad shoulders. “You know where to send the files. And remember,” he added, his voice lowering to a conspiratorial hush, “if Orindia moves against Kemet, we’ll call your name for help. You’ll be the bridge to a new order. But if you fail us…” He didn’t finish the sentence. He didn’t need to. The weight of his threat settled on her chest like a cinderblock.</w:t>
      </w:r>
    </w:p>
    <w:p>
      <w:r>
        <w:rPr>
          <w:rFonts w:ascii="IM Fell English" w:hAnsi="IM Fell English"/>
          <w:color w:val="141414"/>
          <w:sz w:val="24"/>
        </w:rPr>
        <w:t>The café door swung shut behind him, and Nadia sat frozen for a moment, her hands trembling on her lap. The bartender brought her a glass of water without asking, and she stared at the condensation pooling on the outside, watching droplets slide down like tiny rivers. It took her a moment to notice the woman seated two tables over, a copy of Kemet’s state-owned newspaper open in front of her. The woman wasn’t reading it. Her gaze flicked up for a moment, locking onto Nadia’s, then returned to the page in a way that felt too deliberate. A surveillance agent, perhaps, or worse—a handler.</w:t>
      </w:r>
    </w:p>
    <w:p>
      <w:r>
        <w:rPr>
          <w:rFonts w:ascii="IM Fell English" w:hAnsi="IM Fell English"/>
          <w:color w:val="141414"/>
          <w:sz w:val="24"/>
        </w:rPr>
        <w:t>Nadia forced herself to rise, her legs stiff as she picked up her satchel. The walk home was a blur, the city’s labyrinthine streets and winding bridges all but empty at this hour. When she reached her apartment—a sterile, state-funded unit overlooking the river—she bolted the door and leaned against it, her breath shallow. She reached into the satchel, fingers closing around the encrypted drive, and felt the sharp bite of the cold metal against her skin.</w:t>
      </w:r>
    </w:p>
    <w:p>
      <w:r>
        <w:rPr>
          <w:rFonts w:ascii="IM Fell English" w:hAnsi="IM Fell English"/>
          <w:color w:val="141414"/>
          <w:sz w:val="24"/>
        </w:rPr>
        <w:t>She’d never intended to betray Kemet. Not like this. When she’d first been recruited by Orindia’s Directorate, it had all seemed so necessary. Kemet’s economy was teetering, its government rife with corruption, and the Directorate had promised her a role in rebuilding the nation from within. That promise had been a lie, and she’d spent the intervening years learning just how deep the rot went.</w:t>
      </w:r>
    </w:p>
    <w:p>
      <w:r>
        <w:rPr>
          <w:rFonts w:ascii="IM Fell English" w:hAnsi="IM Fell English"/>
          <w:color w:val="141414"/>
          <w:sz w:val="24"/>
        </w:rPr>
        <w:t>The drive contained the schematics the Directorate wanted. She’d intercepted them weeks ago, stashing them among the layers of encrypted files she used to justify her cover as Kemet’s trade attaché. But sending them would be an act of war—a war she wasn’t sure Kemet could survive. And yet, failing to send them would doom her as well.</w:t>
      </w:r>
    </w:p>
    <w:p>
      <w:r>
        <w:rPr>
          <w:rFonts w:ascii="IM Fell English" w:hAnsi="IM Fell English"/>
          <w:color w:val="141414"/>
          <w:sz w:val="24"/>
        </w:rPr>
        <w:t>Her apartment felt suffocating. She stepped out onto the balcony, the icy wind slicing through her coat as she gripped the wrought iron railing. Below, the river was dark as ink, its surface glinting faintly under the moonlight. She stared at her reflection in the water, watching the ripples distort her face into something alien.</w:t>
      </w:r>
    </w:p>
    <w:p>
      <w:r>
        <w:rPr>
          <w:rFonts w:ascii="IM Fell English" w:hAnsi="IM Fell English"/>
          <w:color w:val="141414"/>
          <w:sz w:val="24"/>
        </w:rPr>
        <w:t>For a moment, she let herself imagine walking away. Leaving Vespia, leaving Kemet, leaving it all behind. But the thought was a fragile one, a bubble that popped the moment she remembered her mother’s voice, crackling through the encrypted lines from Kemet’s capital:</w:t>
      </w:r>
    </w:p>
    <w:p>
      <w:r>
        <w:rPr>
          <w:rFonts w:ascii="IM Fell English" w:hAnsi="IM Fell English"/>
          <w:color w:val="141414"/>
          <w:sz w:val="24"/>
        </w:rPr>
        <w:t>“They’re watching you, naa. Be careful.”</w:t>
      </w:r>
    </w:p>
    <w:p>
      <w:r>
        <w:rPr>
          <w:rFonts w:ascii="IM Fell English" w:hAnsi="IM Fell English"/>
          <w:color w:val="141414"/>
          <w:sz w:val="24"/>
        </w:rPr>
        <w:t>Be careful. As if the act of carefulness could undo what she’d already set in motion.</w:t>
      </w:r>
    </w:p>
    <w:p>
      <w:r>
        <w:rPr>
          <w:rFonts w:ascii="IM Fell English" w:hAnsi="IM Fell English"/>
          <w:color w:val="141414"/>
          <w:sz w:val="24"/>
        </w:rPr>
        <w:t>The next three days were a blur of coded messages and sleepless nights. Nadia combed through the schematics, searching for inconsistencies, a way to delay her report without raising suspicion. She knew the Directorate was monitoring her activity, waiting for the telltale ping of data leaving her server. But she also knew they’d expect her to comply.</w:t>
      </w:r>
    </w:p>
    <w:p>
      <w:r>
        <w:rPr>
          <w:rFonts w:ascii="IM Fell English" w:hAnsi="IM Fell English"/>
          <w:color w:val="141414"/>
          <w:sz w:val="24"/>
        </w:rPr>
        <w:t>The tension snapped on the third night. A knock at her door startled her awake, the glow of her screen casting a pale light over her face. She checked the peephole. A man stood in the hallway, his back turned as he adjusted his sunglasses despite the darkness. When she opened the door, he turned, and she recognized him instantly: Kofi Mensah, the junior attaché from Kemet’s Ministry of Foreign Affairs.</w:t>
      </w:r>
    </w:p>
    <w:p>
      <w:r>
        <w:rPr>
          <w:rFonts w:ascii="IM Fell English" w:hAnsi="IM Fell English"/>
          <w:color w:val="141414"/>
          <w:sz w:val="24"/>
        </w:rPr>
        <w:t>“Good evening, Ambassador,” he said, his voice low and measured. “You have visitors. At the embassy.”</w:t>
      </w:r>
    </w:p>
    <w:p>
      <w:r>
        <w:rPr>
          <w:rFonts w:ascii="IM Fell English" w:hAnsi="IM Fell English"/>
          <w:color w:val="141414"/>
          <w:sz w:val="24"/>
        </w:rPr>
        <w:t>“What kind of visitors?” Her voice sounded calmer than she felt.</w:t>
      </w:r>
    </w:p>
    <w:p>
      <w:r>
        <w:rPr>
          <w:rFonts w:ascii="IM Fell English" w:hAnsi="IM Fell English"/>
          <w:color w:val="141414"/>
          <w:sz w:val="24"/>
        </w:rPr>
        <w:t>“Let’s just say they’d like a word.”</w:t>
      </w:r>
    </w:p>
    <w:p>
      <w:r>
        <w:rPr>
          <w:rFonts w:ascii="IM Fell English" w:hAnsi="IM Fell English"/>
          <w:color w:val="141414"/>
          <w:sz w:val="24"/>
        </w:rPr>
        <w:t>Kofi shifted slightly, and she caught the glint of a holstered weapon beneath his jacket. He wasn’t alone. That was clear now—his shadow stretched longer than it should have, betraying the presence of someone else.</w:t>
      </w:r>
    </w:p>
    <w:p>
      <w:r>
        <w:rPr>
          <w:rFonts w:ascii="IM Fell English" w:hAnsi="IM Fell English"/>
          <w:color w:val="141414"/>
          <w:sz w:val="24"/>
        </w:rPr>
        <w:t>“Why the middle-of-the-night summons?” she asked, stepping into the hallway and pulling the door shut behind her.</w:t>
      </w:r>
    </w:p>
    <w:p>
      <w:r>
        <w:rPr>
          <w:rFonts w:ascii="IM Fell English" w:hAnsi="IM Fell English"/>
          <w:color w:val="141414"/>
          <w:sz w:val="24"/>
        </w:rPr>
        <w:t>“Your communications,” he said simply, his tone offering no room for negotiation.</w:t>
      </w:r>
    </w:p>
    <w:p>
      <w:r>
        <w:rPr>
          <w:rFonts w:ascii="IM Fell English" w:hAnsi="IM Fell English"/>
          <w:color w:val="141414"/>
          <w:sz w:val="24"/>
        </w:rPr>
        <w:t>Downstairs, the embassy car idled at the curb, its engine humming softly. Nadia slid into the backseat, her breath shallow as the vehicle pulled into the night. The city’s skyline blurred past her window, the lights too sharp, too bright, but she couldn’t bring herself to look away.</w:t>
      </w:r>
    </w:p>
    <w:p>
      <w:r>
        <w:rPr>
          <w:rFonts w:ascii="IM Fell English" w:hAnsi="IM Fell English"/>
          <w:color w:val="141414"/>
          <w:sz w:val="24"/>
        </w:rPr>
        <w:t>Inside the embassy, the air was thick with tension. Her contact’s warnings had been dire, but she hadn’t truly prepared for this. She was led into a room she didn’t recognize, its walls lined with maps and security monitors displaying grainy footage of Kemet’s coastal waters. A woman waited inside, her expression inscrutable.</w:t>
      </w:r>
    </w:p>
    <w:p>
      <w:r>
        <w:rPr>
          <w:rFonts w:ascii="IM Fell English" w:hAnsi="IM Fell English"/>
          <w:color w:val="141414"/>
          <w:sz w:val="24"/>
        </w:rPr>
        <w:t>“You’ve been busy, Nadia,” the woman said, offering no greeting, no introduction.</w:t>
      </w:r>
    </w:p>
    <w:p>
      <w:r>
        <w:rPr>
          <w:rFonts w:ascii="IM Fell English" w:hAnsi="IM Fell English"/>
          <w:color w:val="141414"/>
          <w:sz w:val="24"/>
        </w:rPr>
        <w:t>Nadia’s heart raced as she met the woman’s gaze. “If you’ve seen my communications, you know where my loyalties lie.”</w:t>
      </w:r>
    </w:p>
    <w:p>
      <w:r>
        <w:rPr>
          <w:rFonts w:ascii="IM Fell English" w:hAnsi="IM Fell English"/>
          <w:color w:val="141414"/>
          <w:sz w:val="24"/>
        </w:rPr>
        <w:t>“Do I?” The woman stepped closer, her eyes narrowing. “Because what I see is a woman whose actions speak louder than words. And right now, the words aren’t painting a pretty picture.”</w:t>
      </w:r>
    </w:p>
    <w:p>
      <w:r>
        <w:rPr>
          <w:rFonts w:ascii="IM Fell English" w:hAnsi="IM Fell English"/>
          <w:color w:val="141414"/>
          <w:sz w:val="24"/>
        </w:rPr>
        <w:t>Nadia’s hands clenched at her sides. The silent betrayal had been bad enough when it was buried in layers of subtext and hidden drives. Now, it was laid bare, a wound exposed to the cold.</w:t>
      </w:r>
    </w:p>
    <w:p>
      <w:r>
        <w:rPr>
          <w:rFonts w:ascii="IM Fell English" w:hAnsi="IM Fell English"/>
          <w:color w:val="141414"/>
          <w:sz w:val="24"/>
        </w:rPr>
        <w:t>And somewhere, deep in the back of her mind, she knew this was just the beginning. The room felt smaller, the weight of the woman’s words pressing down on her like the river outside—dark, endless, and impossible to escape.</w:t>
      </w:r>
    </w:p>
    <w:p>
      <w:pPr>
        <w:pStyle w:val="Heading1"/>
        <w:jc w:val="center"/>
      </w:pPr>
      <w:r>
        <w:rPr>
          <w:rFonts w:ascii="IM Fell English" w:hAnsi="IM Fell English"/>
          <w:color w:val="0D0D0D"/>
        </w:rPr>
        <w:t>Chapter 10 - Collapse of the Facade</w:t>
      </w:r>
    </w:p>
    <w:p>
      <w:r>
        <w:rPr>
          <w:rFonts w:ascii="IM Fell English" w:hAnsi="IM Fell English"/>
          <w:color w:val="141414"/>
          <w:sz w:val="24"/>
        </w:rPr>
        <w:t xml:space="preserve">Kofi Mensah’s fingertips trembled as he adjusted the embassy’s climate controls. The Embassy of Nyarunda in Veyland had been built with pride—polished marble floors veined with gold, murals depicting the nation’s revolution against colonial rule—but tonight, the air smelled of stale diplomacy and burnt coffee. He stared out the third-floor window at the rain-streaked city skyline, where the neon sprawl of corporate towers pulsed like a heartbeat. His phone buzzed again. </w:t>
      </w:r>
      <w:r>
        <w:rPr>
          <w:rFonts w:ascii="IM Fell English" w:hAnsi="IM Fell English"/>
          <w:i/>
          <w:color w:val="141414"/>
          <w:sz w:val="24"/>
        </w:rPr>
        <w:t>This is it,</w:t>
      </w:r>
      <w:r>
        <w:rPr>
          <w:rFonts w:ascii="IM Fell English" w:hAnsi="IM Fell English"/>
          <w:color w:val="141414"/>
          <w:sz w:val="24"/>
        </w:rPr>
        <w:t xml:space="preserve"> he told himself. </w:t>
      </w:r>
      <w:r>
        <w:rPr>
          <w:rFonts w:ascii="IM Fell English" w:hAnsi="IM Fell English"/>
          <w:i/>
          <w:color w:val="141414"/>
          <w:sz w:val="24"/>
        </w:rPr>
        <w:t>The moment they’ve been preparing for.</w:t>
      </w:r>
    </w:p>
    <w:p>
      <w:r>
        <w:rPr>
          <w:rFonts w:ascii="IM Fell English" w:hAnsi="IM Fell English"/>
          <w:color w:val="141414"/>
          <w:sz w:val="24"/>
        </w:rPr>
        <w:t>Adisa Okoye’s message lit up the screen. “Meet me in the archives. Midnight. No masks.” Kofi’s breath fogged the glass. He’d seen the encrypted briefings sent in parallel from Westmark’s Foreign Ministry to its intelligence agencies—plans to destabilize Nyarunda’s infrastructure ministry, the details too precise to be mere surveillance. He turned the air vent down. The hum of the system faded, leaving only the whisper of rain against bulletproof glass. The weight of the forged diplomatic pouch in his jacket pocket made his skin crawl.</w:t>
      </w:r>
    </w:p>
    <w:p>
      <w:r>
        <w:rPr>
          <w:rFonts w:ascii="IM Fell English" w:hAnsi="IM Fell English"/>
          <w:color w:val="141414"/>
          <w:sz w:val="24"/>
        </w:rPr>
        <w:t>Ambassador Whitmore found him ten minutes later, adjusting the crease of his suit jacket in the hallway mirror. The older man’s cologne—clove and vetiver—filled the corridor before his voice did. “You’ve been restless, Kofi. That kind of energy doesn’t suit junior attaches.” His knuckles, stained with the greenish-yellow of a rare tea leaf he brewed exclusively from imported leaves, gripped the mirror frame. “You wouldn’t have anything to do with the leak in our cybersecurity protocols, would you?”</w:t>
      </w:r>
    </w:p>
    <w:p>
      <w:r>
        <w:rPr>
          <w:rFonts w:ascii="IM Fell English" w:hAnsi="IM Fell English"/>
          <w:color w:val="141414"/>
          <w:sz w:val="24"/>
        </w:rPr>
        <w:t>Kofi kept his back turned. “Leaks are the specialty of the ambassador’s office.” He regretted the words instantly. Whitmore’s laugh was slow poison. “Careful, son. You think you’re playing this game, but you’re just moving the pieces someone else arranged,” the ambassador said, letting his hand rest on Kofi’s shoulder with the pressure of an iron weight. “Remember the gala last week? When you slipped away to the archives for twenty-seven minutes and twenty-three seconds?” Kofi flinched at the specificity. “Let this go,” Whitmore whispered, his breath warm against Kofi’s ear.</w:t>
      </w:r>
    </w:p>
    <w:p>
      <w:r>
        <w:rPr>
          <w:rFonts w:ascii="IM Fell English" w:hAnsi="IM Fell English"/>
          <w:color w:val="141414"/>
          <w:sz w:val="24"/>
        </w:rPr>
        <w:t>The elevator doors opened to the basement without a sound. Kofi’s shoes clicked against the concrete floor as he descended into the archive room. Adisa was already there, her black braid pulled into a sharp coil. She sat cross-legged on a steel chair, tapping a tablet that projected holograms of intercepted Westmark communiqués onto the wall. “You’re late,” she said without looking up. “They know the leak is here. Someone fed them the timeline of the gala incident.”</w:t>
      </w:r>
    </w:p>
    <w:p>
      <w:r>
        <w:rPr>
          <w:rFonts w:ascii="IM Fell English" w:hAnsi="IM Fell English"/>
          <w:color w:val="141414"/>
          <w:sz w:val="24"/>
        </w:rPr>
        <w:t>Kofi’s throat tightened. “Whitmore just threatened me,” he admitted. “He knows about that night.” Adisa’s face remained impassive. “Good,” she said. “Because that’s when things escalate.” She tapped the tablet again. A grainy video feed showed Ambassador Whitmore speaking in a dimly lit room with a man whose face was blurred by encryption software. “This isn’t about Nyarunda anymore,” Adisa continued. “Westmark’s pulling strings for someone else—the Petrov Collective. They want Nyarunda’s rare earth reserves, and Whitmore’s their puppet.” She stood, her voice hardening. “You’re going to give them exactly what they want. Or they’ll bury us both.”</w:t>
      </w:r>
    </w:p>
    <w:p>
      <w:r>
        <w:rPr>
          <w:rFonts w:ascii="IM Fell English" w:hAnsi="IM Fell English"/>
          <w:color w:val="141414"/>
          <w:sz w:val="24"/>
        </w:rPr>
        <w:t>The sound of breaking glass shattered the tension. Kofi turned just as the archive’s reinforced window exploded inward, showering them with shards. Adisa tackled him to the ground as a smoke bomb hissed across the floor. “They’re here,” she gasped, pulling a taser from her boot. Kofi scrambled toward the cabinet, fumbling for the hidden key that would unlock the fireproof safe. Inside lay the real documents—copies of Westmark’s plans to destabilize Nyarunda’s water supply, details of bribes paid to corrupt parliamentarians. Adisa yanked him backward as a gunshot tore through the cabinet. “They won’t risk killing us in the embassy,” she hissed. “But they’ll make sure we disappear for good.”</w:t>
      </w:r>
    </w:p>
    <w:p>
      <w:r>
        <w:rPr>
          <w:rFonts w:ascii="IM Fell English" w:hAnsi="IM Fell English"/>
          <w:color w:val="141414"/>
          <w:sz w:val="24"/>
        </w:rPr>
        <w:t xml:space="preserve">The fire broke out at 3:14 a.m. Kofi and Adisa reached the roof as the sky turned orange with flames. Heliports were locked down by Veyland’s rapid response units, their sirens wailing like wolves. Adisa pressed a burner phone into Kofi’s hand. “Call the number. Tell them the code word is </w:t>
      </w:r>
      <w:r>
        <w:rPr>
          <w:rFonts w:ascii="IM Fell English" w:hAnsi="IM Fell English"/>
          <w:i/>
          <w:color w:val="141414"/>
          <w:sz w:val="24"/>
        </w:rPr>
        <w:t>Kanyambo.</w:t>
      </w:r>
      <w:r>
        <w:rPr>
          <w:rFonts w:ascii="IM Fell English" w:hAnsi="IM Fell English"/>
          <w:color w:val="141414"/>
          <w:sz w:val="24"/>
        </w:rPr>
        <w:t>” He recognized the name—Nyarunda’s first president, assassinated during a peace summit. Before he could ask, Adisa shoved him toward a service ladder leading to a neighboring rooftop. “Go. Now.”</w:t>
      </w:r>
    </w:p>
    <w:p>
      <w:r>
        <w:rPr>
          <w:rFonts w:ascii="IM Fell English" w:hAnsi="IM Fell English"/>
          <w:color w:val="141414"/>
          <w:sz w:val="24"/>
        </w:rPr>
        <w:t>The climb left his palms raw and his lungs burning. He reached the adjacent building just as a second explosion rocked the embassy compound, blowing out three windows and sending debris into the street below. The burner phone vibrated in his pocket: a text from an unknown number. “Proceed to rendezvous.” Kofi hesitated, staring back at the inferno. Adisa was nowhere in sight.</w:t>
      </w:r>
    </w:p>
    <w:p>
      <w:r>
        <w:rPr>
          <w:rFonts w:ascii="IM Fell English" w:hAnsi="IM Fell English"/>
          <w:color w:val="141414"/>
          <w:sz w:val="24"/>
        </w:rPr>
        <w:t>He reached the designated location—a warehouse near the port—at 4:52 a.m. The doors groaned like a wounded beast as he entered. Inside, the air reeked of oil and rust. A single lightbulb dangled from the ceiling, illuminating a table laden with documents, a laptop, and a silenced pistol. The figure waiting in the shadows stepped forward. Kofi froze. It wasn’t a handler from Nyarunda’s intelligence service. It was someone else entirely—for a fleeting second, he thought he recognized the sharp jawline and cold eyes from a photo file he’d seen weeks ago. The man held up a flash drive. “This changes everything,” he said. “But you’ll have to decide soon: Nyarunda, Westmark, or yourself.”</w:t>
      </w:r>
    </w:p>
    <w:p>
      <w:r>
        <w:rPr>
          <w:rFonts w:ascii="IM Fell English" w:hAnsi="IM Fell English"/>
          <w:color w:val="141414"/>
          <w:sz w:val="24"/>
        </w:rPr>
        <w:t>The man’s words echoed as Kofi stared at the flash drive. Somewhere far off, a ship’s horn pierced the morning air. Adisa’s voice came over the burner phone’s static: “Burn the documents. All of them. Even the ones that prove your innocence.” He could hear the crackle of flames in the distance. “They’ll be watching the next move,” she added. “Make sure it’s the right one.”</w:t>
      </w:r>
    </w:p>
    <w:p>
      <w:r>
        <w:rPr>
          <w:rFonts w:ascii="IM Fell English" w:hAnsi="IM Fell English"/>
          <w:color w:val="141414"/>
          <w:sz w:val="24"/>
        </w:rPr>
        <w:t>Kofi stood frozen, the flash drive in one hand and the pistol in the other. The warehouse doors squeaked as another figure emerged from the shadows. “You hesitated,” the man said, his voice like gravel. “That’s already a decision.”</w:t>
      </w:r>
    </w:p>
    <w:p>
      <w:r>
        <w:rPr>
          <w:rFonts w:ascii="IM Fell English" w:hAnsi="IM Fell English"/>
          <w:color w:val="141414"/>
          <w:sz w:val="24"/>
        </w:rPr>
        <w:t>Outside, the rain began again, washing the blood and ash into the gutters.</w:t>
      </w:r>
    </w:p>
    <w:p>
      <w:pPr>
        <w:pStyle w:val="Heading1"/>
        <w:jc w:val="center"/>
      </w:pPr>
      <w:r>
        <w:rPr>
          <w:rFonts w:ascii="IM Fell English" w:hAnsi="IM Fell English"/>
          <w:color w:val="0D0D0D"/>
        </w:rPr>
        <w:t>Chapter 11 - Ashes of Allegiance</w:t>
      </w:r>
    </w:p>
    <w:p>
      <w:r>
        <w:rPr>
          <w:rFonts w:ascii="IM Fell English" w:hAnsi="IM Fell English"/>
          <w:color w:val="141414"/>
          <w:sz w:val="24"/>
        </w:rPr>
        <w:t>The ceiling fan groaned as it turned, slicing dust into the humid air. Ambassador Taro Velmeyer shifted in his chair, letting the leather creak beneath him. The room smelled of dried blood and floor polish. Across the steel table, General Mwakambo leaned forward, his khaki uniform stiff with starched authority. “You understand the risk?” the General said, voice low enough that Velmeyer had to tilt his head to catch the words. Outside, the steady thump of a generator vibrated in the walls.</w:t>
      </w:r>
    </w:p>
    <w:p>
      <w:r>
        <w:rPr>
          <w:rFonts w:ascii="IM Fell English" w:hAnsi="IM Fell English"/>
          <w:color w:val="141414"/>
          <w:sz w:val="24"/>
        </w:rPr>
        <w:t>Velmeyer let his fingers dance along the edge of the folder in front of him. It bore two stamps: the stylized sun of the Kanyaga Republic and the eagle crest of the Westnern Alliance. He’d designed both. His name was nowhere on the paper, but his thumbprint—pressed into the wax seal under UV light—locked the document to him. Mwakambo watched his hand, eyes narrowing at the hesitation.</w:t>
      </w:r>
    </w:p>
    <w:p>
      <w:r>
        <w:rPr>
          <w:rFonts w:ascii="IM Fell English" w:hAnsi="IM Fell English"/>
          <w:color w:val="141414"/>
          <w:sz w:val="24"/>
        </w:rPr>
        <w:t>“Your border troops are already in Chakera,” Velmeyer said instead of answering. He’d memorized the satellite coordinates last night. “That’s more risk than I’ve ever taken.”</w:t>
      </w:r>
    </w:p>
    <w:p>
      <w:r>
        <w:rPr>
          <w:rFonts w:ascii="IM Fell English" w:hAnsi="IM Fell English"/>
          <w:color w:val="141414"/>
          <w:sz w:val="24"/>
        </w:rPr>
        <w:t>Mwakambo’s smile was thin. “You Westnerns love the word ‘risk.’ We say ‘opportunity.’” He reached out, tapping a scar on his wrist that pulsed like a river beneath his skin. “Bring me the troop deployments for the Western Corridor. I’ll trade you Chakera’s surrender without bloodshed.”</w:t>
      </w:r>
    </w:p>
    <w:p>
      <w:r>
        <w:rPr>
          <w:rFonts w:ascii="IM Fell English" w:hAnsi="IM Fell English"/>
          <w:color w:val="141414"/>
          <w:sz w:val="24"/>
        </w:rPr>
        <w:t>Velmeyer’s stomach tightened. The corridor ran parallel to the Liru River, a bottleneck for Kanyaga’s oil exports. He’d seen the maps—three days ago in his own desk drawer. His wife had made mango tea while he burned copies in the fireplace. She’d asked no questions. She never did anymore.</w:t>
      </w:r>
    </w:p>
    <w:p>
      <w:r>
        <w:rPr>
          <w:rFonts w:ascii="IM Fell English" w:hAnsi="IM Fell English"/>
          <w:color w:val="141414"/>
          <w:sz w:val="24"/>
        </w:rPr>
        <w:t>A knock at the door. Mwakambo’s body tensed like a coiled spring. His soldiers flanked the entrance, rifles gleaming dully. When the door opened, a girl stepped in with a tray of porcelain cups—steam rising, cinnamon scent cutting through the dust. She was twelve at most, her braid frayed at the ends. Mwakambo waved her inside, but his eyes never left Velmeyer.</w:t>
      </w:r>
    </w:p>
    <w:p>
      <w:r>
        <w:rPr>
          <w:rFonts w:ascii="IM Fell English" w:hAnsi="IM Fell English"/>
          <w:color w:val="141414"/>
          <w:sz w:val="24"/>
        </w:rPr>
        <w:t>“Your daughter?” Velmeyer asked, gesturing to her.</w:t>
      </w:r>
    </w:p>
    <w:p>
      <w:r>
        <w:rPr>
          <w:rFonts w:ascii="IM Fell English" w:hAnsi="IM Fell English"/>
          <w:color w:val="141414"/>
          <w:sz w:val="24"/>
        </w:rPr>
        <w:t>“Took her from the street,” Mwakambo said. “She’s useful.” The girl poured tea without looking up, her hands steady. Velmeyer noted the callus on her thumb, the wear on her shoes. A lifer’s posture.</w:t>
      </w:r>
    </w:p>
    <w:p>
      <w:r>
        <w:rPr>
          <w:rFonts w:ascii="IM Fell English" w:hAnsi="IM Fell English"/>
          <w:color w:val="141414"/>
          <w:sz w:val="24"/>
        </w:rPr>
        <w:t>He took a sip, bitter leaves scraping his throat. The General watched, waiting. Outside, the generator stuttered once.</w:t>
      </w:r>
    </w:p>
    <w:p>
      <w:r>
        <w:rPr>
          <w:rFonts w:ascii="IM Fell English" w:hAnsi="IM Fell English"/>
          <w:color w:val="141414"/>
          <w:sz w:val="24"/>
        </w:rPr>
        <w:t>“Give me three days,” Velmeyer said, closing the folder. He tucked it into his inner coat pocket. “I need to verify troop positions.”</w:t>
      </w:r>
    </w:p>
    <w:p>
      <w:r>
        <w:rPr>
          <w:rFonts w:ascii="IM Fell English" w:hAnsi="IM Fell English"/>
          <w:color w:val="141414"/>
          <w:sz w:val="24"/>
        </w:rPr>
        <w:t>Mwakambo leaned back, the chair legs screeching on the tiles. “You have two.”</w:t>
      </w:r>
    </w:p>
    <w:p>
      <w:r>
        <w:rPr>
          <w:rFonts w:ascii="IM Fell English" w:hAnsi="IM Fell English"/>
          <w:color w:val="141414"/>
          <w:sz w:val="24"/>
        </w:rPr>
        <w:t>The girl turned to leave. As she passed him, Velmeyer caught the faintest tremble in her wrist.</w:t>
      </w:r>
    </w:p>
    <w:p>
      <w:r>
        <w:rPr>
          <w:rFonts w:ascii="IM Fell English" w:hAnsi="IM Fell English"/>
          <w:color w:val="141414"/>
          <w:sz w:val="24"/>
        </w:rPr>
        <w:t>A shadow moved on the ceiling—Mwakambo’s man in the ventilation shaft. Velmeyer stood, letting the chair screech for emphasis. The General offered no handshake.</w:t>
      </w:r>
    </w:p>
    <w:p>
      <w:r>
        <w:rPr>
          <w:rFonts w:ascii="IM Fell English" w:hAnsi="IM Fell English"/>
          <w:color w:val="141414"/>
          <w:sz w:val="24"/>
        </w:rPr>
        <w:t>Out in the courtyard, the sun stabbed like a blade. Velmeyer walked past the rows of rusting armored trucks, their tires flat from disuse. A dog with mange limped across his path, ribs jutting beneath mangy fur. When he reached his car, he gripped the hot metal of the door handle until his skin threatened to blister.</w:t>
      </w:r>
    </w:p>
    <w:p>
      <w:r>
        <w:rPr>
          <w:rFonts w:ascii="IM Fell English" w:hAnsi="IM Fell English"/>
          <w:color w:val="141414"/>
          <w:sz w:val="24"/>
        </w:rPr>
        <w:t>Inside, the leather seats reeked of sweat and stale cologne. His fingers dug into the steering wheel as he drove past the checkpoint. The soldier guarding the gate offered a tired salute.</w:t>
      </w:r>
    </w:p>
    <w:p>
      <w:r>
        <w:rPr>
          <w:rFonts w:ascii="IM Fell English" w:hAnsi="IM Fell English"/>
          <w:color w:val="141414"/>
          <w:sz w:val="24"/>
        </w:rPr>
        <w:t>Five kilometers down the road, he pulled over beneath a baobab tree. His palms were damp against the gearshift. He fumbled for his phone, typing a coded message to “Clerk”:</w:t>
      </w:r>
    </w:p>
    <w:p>
      <w:r>
        <w:rPr>
          <w:rFonts w:ascii="IM Fell English" w:hAnsi="IM Fell English"/>
          <w:b/>
          <w:color w:val="141414"/>
          <w:sz w:val="24"/>
        </w:rPr>
        <w:t>M needs WD positions. 2 days only.</w:t>
      </w:r>
    </w:p>
    <w:p>
      <w:r>
        <w:rPr>
          <w:rFonts w:ascii="IM Fell English" w:hAnsi="IM Fell English"/>
          <w:color w:val="141414"/>
          <w:sz w:val="24"/>
        </w:rPr>
        <w:t>The screen buzzed—an incoming message. He froze.</w:t>
      </w:r>
    </w:p>
    <w:p>
      <w:r>
        <w:rPr>
          <w:rFonts w:ascii="IM Fell English" w:hAnsi="IM Fell English"/>
          <w:b/>
          <w:color w:val="141414"/>
          <w:sz w:val="24"/>
        </w:rPr>
        <w:t>Urgent: Kanyaga Airbase coordinates flagged 12 mins ago. You’re compromised. Burn all.</w:t>
      </w:r>
    </w:p>
    <w:p>
      <w:r>
        <w:rPr>
          <w:rFonts w:ascii="IM Fell English" w:hAnsi="IM Fell English"/>
          <w:color w:val="141414"/>
          <w:sz w:val="24"/>
        </w:rPr>
        <w:t>He stared at the screen until the text blurred. Behind him, dust rose in the distance—vehicles, maybe Mwakambo’s men, maybe not.</w:t>
      </w:r>
    </w:p>
    <w:p>
      <w:r>
        <w:rPr>
          <w:rFonts w:ascii="IM Fell English" w:hAnsi="IM Fell English"/>
          <w:color w:val="141414"/>
          <w:sz w:val="24"/>
        </w:rPr>
        <w:t>He lit the folder. Watched the eagle and sun curl into ash.</w:t>
      </w:r>
    </w:p>
    <w:p>
      <w:pPr>
        <w:jc w:val="center"/>
      </w:pPr>
      <w:r>
        <w:rPr>
          <w:color w:val="141414"/>
        </w:rPr>
        <w:t>———</w:t>
      </w:r>
    </w:p>
    <w:p>
      <w:r>
        <w:rPr>
          <w:rFonts w:ascii="IM Fell English" w:hAnsi="IM Fell English"/>
          <w:color w:val="141414"/>
          <w:sz w:val="24"/>
        </w:rPr>
        <w:t>Commander Nyota Mwila adjusted the binoculars, her fingers trembling from the grip of tension and the weight of the lenses. The surveillance van stank of sour milk and unwashed wool. Across the cracked windshield, the road wound through the acacia trees like a threadbare rope.</w:t>
      </w:r>
    </w:p>
    <w:p>
      <w:r>
        <w:rPr>
          <w:rFonts w:ascii="IM Fell English" w:hAnsi="IM Fell English"/>
          <w:color w:val="141414"/>
          <w:sz w:val="24"/>
        </w:rPr>
        <w:t>“You see him?” muttered Jomo, the tech officer. He was peeling cellophane off a chocolate bar.</w:t>
      </w:r>
    </w:p>
    <w:p>
      <w:r>
        <w:rPr>
          <w:rFonts w:ascii="IM Fell English" w:hAnsi="IM Fell English"/>
          <w:color w:val="141414"/>
          <w:sz w:val="24"/>
        </w:rPr>
        <w:t>Nyota didn’t answer. Her focus was on the man stepping out of the black sedan. Velmeyer. She’d studied his profile until his face became a symbol: a cipher for Western ambition. He crouched beside the baobab, arms wrapped around his knees, spine stiff as a bayonet. She watched the play of muscle beneath his shirt as he typed on his phone.</w:t>
      </w:r>
    </w:p>
    <w:p>
      <w:r>
        <w:rPr>
          <w:rFonts w:ascii="IM Fell English" w:hAnsi="IM Fell English"/>
          <w:color w:val="141414"/>
          <w:sz w:val="24"/>
        </w:rPr>
        <w:t>“Signal pinged,” Jomo said. “Origin: Kanyaga Prime Minister’s office. Ten minutes ago.”</w:t>
      </w:r>
    </w:p>
    <w:p>
      <w:r>
        <w:rPr>
          <w:rFonts w:ascii="IM Fell English" w:hAnsi="IM Fell English"/>
          <w:color w:val="141414"/>
          <w:sz w:val="24"/>
        </w:rPr>
        <w:t>Nyota leaned forward. Velmeyer burned something in his hand—paper, judging by the curl of the ash. The wind carried embers toward the tree. He stood, face unreadable, and got back in the car.</w:t>
      </w:r>
    </w:p>
    <w:p>
      <w:r>
        <w:rPr>
          <w:rFonts w:ascii="IM Fell English" w:hAnsi="IM Fell English"/>
          <w:color w:val="141414"/>
          <w:sz w:val="24"/>
        </w:rPr>
        <w:t>“Follow him,” she ordered, though her gut screamed otherwise.</w:t>
      </w:r>
    </w:p>
    <w:p>
      <w:r>
        <w:rPr>
          <w:rFonts w:ascii="IM Fell English" w:hAnsi="IM Fell English"/>
          <w:color w:val="141414"/>
          <w:sz w:val="24"/>
        </w:rPr>
        <w:t>Jomo spat the chocolate wrapper into a cup. “Commander Nkoya said let him go. We’re not ready to confront him yet.”</w:t>
      </w:r>
    </w:p>
    <w:p>
      <w:r>
        <w:rPr>
          <w:rFonts w:ascii="IM Fell English" w:hAnsi="IM Fell English"/>
          <w:color w:val="141414"/>
          <w:sz w:val="24"/>
        </w:rPr>
        <w:t>She stared at Velmeyer’s retreating dust trail. “Call Nkoya. Tell him I’m going in.”</w:t>
      </w:r>
    </w:p>
    <w:p>
      <w:r>
        <w:rPr>
          <w:rFonts w:ascii="IM Fell English" w:hAnsi="IM Fell English"/>
          <w:color w:val="141414"/>
          <w:sz w:val="24"/>
        </w:rPr>
        <w:t>Jomo sighed, reaching for the radio.</w:t>
      </w:r>
    </w:p>
    <w:p>
      <w:r>
        <w:rPr>
          <w:rFonts w:ascii="IM Fell English" w:hAnsi="IM Fell English"/>
          <w:color w:val="141414"/>
          <w:sz w:val="24"/>
        </w:rPr>
        <w:t>Outside, the sky bled red into violet, the sun sinking behind the plateau. When Nyota looked again, the ash trail had vanished.</w:t>
      </w:r>
    </w:p>
    <w:p>
      <w:pPr>
        <w:jc w:val="center"/>
      </w:pPr>
      <w:r>
        <w:rPr>
          <w:color w:val="141414"/>
        </w:rPr>
        <w:t>———</w:t>
      </w:r>
    </w:p>
    <w:p>
      <w:r>
        <w:rPr>
          <w:rFonts w:ascii="IM Fell English" w:hAnsi="IM Fell English"/>
          <w:color w:val="141414"/>
          <w:sz w:val="24"/>
        </w:rPr>
        <w:t>The gala was a fever dream of silk and subtext. The Grand Hotel Ballroom glittered under chandeliers that dripped with faux sapphire pendants. Waiters circled with champagne trays, their shoes silent on the marble. Velmeyer’s suit clung to him like a wet cloth.</w:t>
      </w:r>
    </w:p>
    <w:p>
      <w:r>
        <w:rPr>
          <w:rFonts w:ascii="IM Fell English" w:hAnsi="IM Fell English"/>
          <w:color w:val="141414"/>
          <w:sz w:val="24"/>
        </w:rPr>
        <w:t>Ambassador Okoye brushed past, her emerald gown sweeping the floor. “Taro,” she purred, lips barely moving. “Heard about the fire at the Chakera border barracks. Awful business. Burned to the ground.” She sipped her wine, lips stained by tannin. “Imagine the wind carrying embers into your country’s airbase.”</w:t>
      </w:r>
    </w:p>
    <w:p>
      <w:r>
        <w:rPr>
          <w:rFonts w:ascii="IM Fell English" w:hAnsi="IM Fell English"/>
          <w:color w:val="141414"/>
          <w:sz w:val="24"/>
        </w:rPr>
        <w:t>He forced a chuckle. The wine tasted like acid on his tongue. “Tragic.”</w:t>
      </w:r>
    </w:p>
    <w:p>
      <w:r>
        <w:rPr>
          <w:rFonts w:ascii="IM Fell English" w:hAnsi="IM Fell English"/>
          <w:color w:val="141414"/>
          <w:sz w:val="24"/>
        </w:rPr>
        <w:t>Okoye’s eyes flicked to the man behind him—Makasa, her counterpart from the Northern Confederation. A hand settled on Velmeyer’s shoulder.</w:t>
      </w:r>
    </w:p>
    <w:p>
      <w:r>
        <w:rPr>
          <w:rFonts w:ascii="IM Fell English" w:hAnsi="IM Fell English"/>
          <w:color w:val="141414"/>
          <w:sz w:val="24"/>
        </w:rPr>
        <w:t>“Taro,” Makasa said. His grip was iron. “Let’s dance.”</w:t>
      </w:r>
    </w:p>
    <w:p>
      <w:r>
        <w:rPr>
          <w:rFonts w:ascii="IM Fell English" w:hAnsi="IM Fell English"/>
          <w:color w:val="141414"/>
          <w:sz w:val="24"/>
        </w:rPr>
        <w:t>It wasn’t a request.</w:t>
      </w:r>
    </w:p>
    <w:p>
      <w:r>
        <w:rPr>
          <w:rFonts w:ascii="IM Fell English" w:hAnsi="IM Fell English"/>
          <w:color w:val="141414"/>
          <w:sz w:val="24"/>
        </w:rPr>
        <w:t>They moved to the edge of the room, the orchestra swelling into a waltz Velmeyer didn’t recognize. Makasa led, his palm flat against Velmeyer’s back.</w:t>
      </w:r>
    </w:p>
    <w:p>
      <w:r>
        <w:rPr>
          <w:rFonts w:ascii="IM Fell English" w:hAnsi="IM Fell English"/>
          <w:color w:val="141414"/>
          <w:sz w:val="24"/>
        </w:rPr>
        <w:t>“I know you gave Mwakambo the WD data,” Makasa whispered. “You weren’t careful. Your Clerk isn’t a pro. Those Kanyaga analysts are sharper than we thought.”</w:t>
      </w:r>
    </w:p>
    <w:p>
      <w:r>
        <w:rPr>
          <w:rFonts w:ascii="IM Fell English" w:hAnsi="IM Fell English"/>
          <w:color w:val="141414"/>
          <w:sz w:val="24"/>
        </w:rPr>
        <w:t>Velmeyer’s pulse spiked. “You’re bluffing.”</w:t>
      </w:r>
    </w:p>
    <w:p>
      <w:r>
        <w:rPr>
          <w:rFonts w:ascii="IM Fell English" w:hAnsi="IM Fell English"/>
          <w:color w:val="141414"/>
          <w:sz w:val="24"/>
        </w:rPr>
        <w:t>Makasa’s smile didn’t reach his eyes. “Check your car. Bottom of the seat. A gift from your friends.”</w:t>
      </w:r>
    </w:p>
    <w:p>
      <w:r>
        <w:rPr>
          <w:rFonts w:ascii="IM Fell English" w:hAnsi="IM Fell English"/>
          <w:color w:val="141414"/>
          <w:sz w:val="24"/>
        </w:rPr>
        <w:t>They rotated, Makasa steering them toward the terrace. The lights dimmed briefly—spotlights for a speech.</w:t>
      </w:r>
    </w:p>
    <w:p>
      <w:r>
        <w:rPr>
          <w:rFonts w:ascii="IM Fell English" w:hAnsi="IM Fell English"/>
          <w:color w:val="141414"/>
          <w:sz w:val="24"/>
        </w:rPr>
        <w:t>“You’ve compromised the entire network,” Makasa said. “You think this is a game? That Westnern will save you when the knives come out?”</w:t>
      </w:r>
    </w:p>
    <w:p>
      <w:r>
        <w:rPr>
          <w:rFonts w:ascii="IM Fell English" w:hAnsi="IM Fell English"/>
          <w:color w:val="141414"/>
          <w:sz w:val="24"/>
        </w:rPr>
        <w:t>A cold draft slipped down Velmeyer’s spine. “What are you suggesting?”</w:t>
      </w:r>
    </w:p>
    <w:p>
      <w:r>
        <w:rPr>
          <w:rFonts w:ascii="IM Fell English" w:hAnsi="IM Fell English"/>
          <w:color w:val="141414"/>
          <w:sz w:val="24"/>
        </w:rPr>
        <w:t>Makasa stopped dancing. “You’ve got an hour. Or we show the world your fingerprints on the fire.”</w:t>
      </w:r>
    </w:p>
    <w:p>
      <w:r>
        <w:rPr>
          <w:rFonts w:ascii="IM Fell English" w:hAnsi="IM Fell English"/>
          <w:color w:val="141414"/>
          <w:sz w:val="24"/>
        </w:rPr>
        <w:t>He melted into the crowd.</w:t>
      </w:r>
    </w:p>
    <w:p>
      <w:r>
        <w:rPr>
          <w:rFonts w:ascii="IM Fell English" w:hAnsi="IM Fell English"/>
          <w:color w:val="141414"/>
          <w:sz w:val="24"/>
        </w:rPr>
        <w:t>Velmeyer slipped outside, the night air doing nothing for his clammy skin. The car waited at the valet stand. He slid into the back seat, hands shaking. Reached under the passenger seat—</w:t>
      </w:r>
    </w:p>
    <w:p>
      <w:r>
        <w:rPr>
          <w:rFonts w:ascii="IM Fell English" w:hAnsi="IM Fell English"/>
          <w:color w:val="141414"/>
          <w:sz w:val="24"/>
        </w:rPr>
        <w:t>There sat a black envelope.</w:t>
      </w:r>
    </w:p>
    <w:p>
      <w:r>
        <w:rPr>
          <w:rFonts w:ascii="IM Fell English" w:hAnsi="IM Fell English"/>
          <w:color w:val="141414"/>
          <w:sz w:val="24"/>
        </w:rPr>
        <w:t>He opened it. Inside: a photo of his daughter in front of her school. A line circled her neck.</w:t>
      </w:r>
    </w:p>
    <w:p>
      <w:pPr>
        <w:jc w:val="center"/>
      </w:pPr>
      <w:r>
        <w:rPr>
          <w:color w:val="141414"/>
        </w:rPr>
        <w:t>———</w:t>
      </w:r>
    </w:p>
    <w:p>
      <w:r>
        <w:rPr>
          <w:rFonts w:ascii="IM Fell English" w:hAnsi="IM Fell English"/>
          <w:color w:val="141414"/>
          <w:sz w:val="24"/>
        </w:rPr>
        <w:t>The safe house reeked of mildew and gasoline. Velmeyer’s hands wouldn’t stop trembling as he fed the photo into the shredder. The Westnern tech officer, a gaunt man named Lorne, stood by the window, cigarette burning in his mouth.</w:t>
      </w:r>
    </w:p>
    <w:p>
      <w:r>
        <w:rPr>
          <w:rFonts w:ascii="IM Fell English" w:hAnsi="IM Fell English"/>
          <w:color w:val="141414"/>
          <w:sz w:val="24"/>
        </w:rPr>
        <w:t>“You brought this here?” Lorne snapped through the smoke.</w:t>
      </w:r>
    </w:p>
    <w:p>
      <w:r>
        <w:rPr>
          <w:rFonts w:ascii="IM Fell English" w:hAnsi="IM Fell English"/>
          <w:color w:val="141414"/>
          <w:sz w:val="24"/>
        </w:rPr>
        <w:t>“They’re using her.” Velmeyer’s voice cracked. “They want me to burn the whole operation.”</w:t>
      </w:r>
    </w:p>
    <w:p>
      <w:r>
        <w:rPr>
          <w:rFonts w:ascii="IM Fell English" w:hAnsi="IM Fell English"/>
          <w:color w:val="141414"/>
          <w:sz w:val="24"/>
        </w:rPr>
        <w:t>Lorne stubbed out the cigarette on the windowsill. The glowing tip sizzled against wet paint. “You can do that?”</w:t>
      </w:r>
    </w:p>
    <w:p>
      <w:r>
        <w:rPr>
          <w:rFonts w:ascii="IM Fell English" w:hAnsi="IM Fell English"/>
          <w:color w:val="141414"/>
          <w:sz w:val="24"/>
        </w:rPr>
        <w:t>“I can.”</w:t>
      </w:r>
    </w:p>
    <w:p>
      <w:r>
        <w:rPr>
          <w:rFonts w:ascii="IM Fell English" w:hAnsi="IM Fell English"/>
          <w:color w:val="141414"/>
          <w:sz w:val="24"/>
        </w:rPr>
        <w:t>“No, you can’t.” Lorne turned, his eyes bloodshot. “You see, that Clerk of yours—sent the deployment files to Mwakambo without clearing it. Now Kanyaga’s got a battalion moving into the Western Corridor.” He stepped closer, breath reeking of nicotine. “Guess whose face ID was captured on an airbase camera?”</w:t>
      </w:r>
    </w:p>
    <w:p>
      <w:r>
        <w:rPr>
          <w:rFonts w:ascii="IM Fell English" w:hAnsi="IM Fell English"/>
          <w:color w:val="141414"/>
          <w:sz w:val="24"/>
        </w:rPr>
        <w:t>Velmeyer’s stomach dropped.</w:t>
      </w:r>
    </w:p>
    <w:p>
      <w:r>
        <w:rPr>
          <w:rFonts w:ascii="IM Fell English" w:hAnsi="IM Fell English"/>
          <w:color w:val="141414"/>
          <w:sz w:val="24"/>
        </w:rPr>
        <w:t>“Mine?”</w:t>
      </w:r>
    </w:p>
    <w:p>
      <w:r>
        <w:rPr>
          <w:rFonts w:ascii="IM Fell English" w:hAnsi="IM Fell English"/>
          <w:color w:val="141414"/>
          <w:sz w:val="24"/>
        </w:rPr>
        <w:t>“You.” Lorne spat. “You’re the leak.”</w:t>
      </w:r>
    </w:p>
    <w:p>
      <w:r>
        <w:rPr>
          <w:rFonts w:ascii="IM Fell English" w:hAnsi="IM Fell English"/>
          <w:color w:val="141414"/>
          <w:sz w:val="24"/>
        </w:rPr>
        <w:t>“I’ve risked everything.”</w:t>
      </w:r>
    </w:p>
    <w:p>
      <w:r>
        <w:rPr>
          <w:rFonts w:ascii="IM Fell English" w:hAnsi="IM Fell English"/>
          <w:color w:val="141414"/>
          <w:sz w:val="24"/>
        </w:rPr>
        <w:t>“For what? To save your family while the entire continent burns?” Lorne pulled a gun from his jacket. “Or are those tears of yours real? You think betrayal feels heroic when it’s personal?”</w:t>
      </w:r>
    </w:p>
    <w:p>
      <w:r>
        <w:rPr>
          <w:rFonts w:ascii="IM Fell English" w:hAnsi="IM Fell English"/>
          <w:color w:val="141414"/>
          <w:sz w:val="24"/>
        </w:rPr>
        <w:t>Velmeyer backed against the wall. “You were one of them. You said you—”</w:t>
      </w:r>
    </w:p>
    <w:p>
      <w:r>
        <w:rPr>
          <w:rFonts w:ascii="IM Fell English" w:hAnsi="IM Fell English"/>
          <w:color w:val="141414"/>
          <w:sz w:val="24"/>
        </w:rPr>
        <w:t>“I said I wanted justice,” Lorne snapped. The gun barrel pressed against Velmeyer’s sternum. “Not a martyr complex.”</w:t>
      </w:r>
    </w:p>
    <w:p>
      <w:r>
        <w:rPr>
          <w:rFonts w:ascii="IM Fell English" w:hAnsi="IM Fell English"/>
          <w:color w:val="141414"/>
          <w:sz w:val="24"/>
        </w:rPr>
        <w:t>A car screeched outside. The sound of a boot kicking a door.</w:t>
      </w:r>
    </w:p>
    <w:p>
      <w:r>
        <w:rPr>
          <w:rFonts w:ascii="IM Fell English" w:hAnsi="IM Fell English"/>
          <w:color w:val="141414"/>
          <w:sz w:val="24"/>
        </w:rPr>
        <w:t>Shouts in Kanyaga.</w:t>
      </w:r>
    </w:p>
    <w:p>
      <w:r>
        <w:rPr>
          <w:rFonts w:ascii="IM Fell English" w:hAnsi="IM Fell English"/>
          <w:color w:val="141414"/>
          <w:sz w:val="24"/>
        </w:rPr>
        <w:t>“You have ten seconds,” Lorne murmured. “After that, I can’t guarantee your daughter’s safety either.”</w:t>
      </w:r>
    </w:p>
    <w:p>
      <w:pPr>
        <w:jc w:val="center"/>
      </w:pPr>
      <w:r>
        <w:rPr>
          <w:color w:val="141414"/>
        </w:rPr>
        <w:t>———</w:t>
      </w:r>
    </w:p>
    <w:p>
      <w:r>
        <w:rPr>
          <w:rFonts w:ascii="IM Fell English" w:hAnsi="IM Fell English"/>
          <w:color w:val="141414"/>
          <w:sz w:val="24"/>
        </w:rPr>
        <w:t>Commander Nyota Mwila kicked down the safe house door, assault rifle ready. The room smelled of mildew and gun oil. The two men frozen in the center—one pale in a suit, the other with a weapon in hand—didn’t speak.</w:t>
      </w:r>
    </w:p>
    <w:p>
      <w:r>
        <w:rPr>
          <w:rFonts w:ascii="IM Fell English" w:hAnsi="IM Fell English"/>
          <w:color w:val="141414"/>
          <w:sz w:val="24"/>
        </w:rPr>
        <w:t>“Don’t move!” she roared. Her men flooded in behind her, boots thudding on the warped floorboards.</w:t>
      </w:r>
    </w:p>
    <w:p>
      <w:r>
        <w:rPr>
          <w:rFonts w:ascii="IM Fell English" w:hAnsi="IM Fell English"/>
          <w:color w:val="141414"/>
          <w:sz w:val="24"/>
        </w:rPr>
        <w:t>Lorne smiled. The rifle swung toward him.</w:t>
      </w:r>
    </w:p>
    <w:p>
      <w:r>
        <w:rPr>
          <w:rFonts w:ascii="IM Fell English" w:hAnsi="IM Fell English"/>
          <w:color w:val="141414"/>
          <w:sz w:val="24"/>
        </w:rPr>
        <w:t>A shot split the air.</w:t>
      </w:r>
    </w:p>
    <w:p>
      <w:r>
        <w:rPr>
          <w:rFonts w:ascii="IM Fell English" w:hAnsi="IM Fell English"/>
          <w:color w:val="141414"/>
          <w:sz w:val="24"/>
        </w:rPr>
        <w:t>Velmeyer ducked. Lorne fell backward, clutching his shoulder. Red bloomed beneath his fingers.</w:t>
      </w:r>
    </w:p>
    <w:p>
      <w:r>
        <w:rPr>
          <w:rFonts w:ascii="IM Fell English" w:hAnsi="IM Fell English"/>
          <w:color w:val="141414"/>
          <w:sz w:val="24"/>
        </w:rPr>
        <w:t>Nyota advanced on them both. “Who are you?” she demanded.</w:t>
      </w:r>
    </w:p>
    <w:p>
      <w:r>
        <w:rPr>
          <w:rFonts w:ascii="IM Fell English" w:hAnsi="IM Fell English"/>
          <w:color w:val="141414"/>
          <w:sz w:val="24"/>
        </w:rPr>
        <w:t>The blood on Velmeyer’s shirt spread too fast. His mouth worked soundlessly.</w:t>
      </w:r>
    </w:p>
    <w:p>
      <w:r>
        <w:rPr>
          <w:rFonts w:ascii="IM Fell English" w:hAnsi="IM Fell English"/>
          <w:color w:val="141414"/>
          <w:sz w:val="24"/>
        </w:rPr>
        <w:t>“Answer me!”</w:t>
      </w:r>
    </w:p>
    <w:p>
      <w:r>
        <w:rPr>
          <w:rFonts w:ascii="IM Fell English" w:hAnsi="IM Fell English"/>
          <w:color w:val="141414"/>
          <w:sz w:val="24"/>
        </w:rPr>
        <w:t>He coughed. “I’m one of yours,” he choked out.</w:t>
      </w:r>
    </w:p>
    <w:p>
      <w:r>
        <w:rPr>
          <w:rFonts w:ascii="IM Fell English" w:hAnsi="IM Fell English"/>
          <w:color w:val="141414"/>
          <w:sz w:val="24"/>
        </w:rPr>
        <w:t>The envelope in his pocket shifted with the tremor.</w:t>
      </w:r>
    </w:p>
    <w:p>
      <w:r>
        <w:rPr>
          <w:rFonts w:ascii="IM Fell English" w:hAnsi="IM Fell English"/>
          <w:color w:val="141414"/>
          <w:sz w:val="24"/>
        </w:rPr>
        <w:t>Nyota pulled it free. Another photo. A child.</w:t>
      </w:r>
    </w:p>
    <w:p>
      <w:r>
        <w:rPr>
          <w:rFonts w:ascii="IM Fell English" w:hAnsi="IM Fell English"/>
          <w:color w:val="141414"/>
          <w:sz w:val="24"/>
        </w:rPr>
        <w:t>“You Westnerns,” she muttered, tucking the paper into her vest. “You always drag the innocent into your mess.”</w:t>
      </w:r>
    </w:p>
    <w:p>
      <w:r>
        <w:rPr>
          <w:rFonts w:ascii="IM Fell English" w:hAnsi="IM Fell English"/>
          <w:color w:val="141414"/>
          <w:sz w:val="24"/>
        </w:rPr>
        <w:t>Sirens wailed in the distance.</w:t>
      </w:r>
    </w:p>
    <w:p>
      <w:r>
        <w:rPr>
          <w:rFonts w:ascii="IM Fell English" w:hAnsi="IM Fell English"/>
          <w:color w:val="141414"/>
          <w:sz w:val="24"/>
        </w:rPr>
        <w:t>Velmeyer reached for her hand. “I can tell you names. Give you the rest.”</w:t>
      </w:r>
    </w:p>
    <w:p>
      <w:r>
        <w:rPr>
          <w:rFonts w:ascii="IM Fell English" w:hAnsi="IM Fell English"/>
          <w:color w:val="141414"/>
          <w:sz w:val="24"/>
        </w:rPr>
        <w:t>She brushed him off. “Too late, Ambassador.”</w:t>
      </w:r>
    </w:p>
    <w:p>
      <w:r>
        <w:rPr>
          <w:rFonts w:ascii="IM Fell English" w:hAnsi="IM Fell English"/>
          <w:color w:val="141414"/>
          <w:sz w:val="24"/>
        </w:rPr>
        <w:t>He fell into the dirt, clutching his chest.</w:t>
      </w:r>
    </w:p>
    <w:p>
      <w:r>
        <w:rPr>
          <w:rFonts w:ascii="IM Fell English" w:hAnsi="IM Fell English"/>
          <w:color w:val="141414"/>
          <w:sz w:val="24"/>
        </w:rPr>
        <w:t>Outside, the night screamed with engines.</w:t>
      </w:r>
    </w:p>
    <w:p>
      <w:r>
        <w:rPr>
          <w:rFonts w:ascii="IM Fell English" w:hAnsi="IM Fell English"/>
          <w:color w:val="141414"/>
          <w:sz w:val="24"/>
        </w:rPr>
        <w:t>Nyota turned to Jomo. “Get me the Prime Minister. And someone find out who’s been feeding Velmeyer’s intel to both sides.”</w:t>
      </w:r>
    </w:p>
    <w:p>
      <w:r>
        <w:rPr>
          <w:rFonts w:ascii="IM Fell English" w:hAnsi="IM Fell English"/>
          <w:color w:val="141414"/>
          <w:sz w:val="24"/>
        </w:rPr>
        <w:t>The safe house creaked behind her.</w:t>
      </w:r>
    </w:p>
    <w:p>
      <w:r>
        <w:rPr>
          <w:rFonts w:ascii="IM Fell English" w:hAnsi="IM Fell English"/>
          <w:color w:val="141414"/>
          <w:sz w:val="24"/>
        </w:rPr>
        <w:t>The generator outside stuttered again.</w:t>
      </w:r>
    </w:p>
    <w:p>
      <w:r>
        <w:rPr>
          <w:rFonts w:ascii="IM Fell English" w:hAnsi="IM Fell English"/>
          <w:color w:val="141414"/>
          <w:sz w:val="24"/>
        </w:rPr>
        <w:t>Then the first bomb hit.</w:t>
      </w:r>
    </w:p>
    <w:p>
      <w:pPr>
        <w:pStyle w:val="Heading1"/>
        <w:jc w:val="center"/>
      </w:pPr>
      <w:r>
        <w:rPr>
          <w:rFonts w:ascii="IM Fell English" w:hAnsi="IM Fell English"/>
          <w:color w:val="0D0D0D"/>
        </w:rPr>
        <w:t>Chapter 12 - Echoes of the Game</w:t>
      </w:r>
    </w:p>
    <w:p>
      <w:r>
        <w:rPr>
          <w:rFonts w:ascii="IM Fell English" w:hAnsi="IM Fell English"/>
          <w:color w:val="141414"/>
          <w:sz w:val="24"/>
        </w:rPr>
        <w:t>The sun had barely risen when Ambassador Adisa Okoro stepped into the steel-gray dawn outside the N’Dari embassy. The Velosi capital’s skyline loomed in the distance, its brutalist towers casting long shadows over the frozen streets. She pulled her woolen shawl tighter against the wind, though the cold that seeped into her bones wasn’t entirely from the air. Velosia was a land of whispers—bribes passed in back alleys, secrets traded over cognac in smoke-filled ballrooms—and she’d come to play the game.</w:t>
      </w:r>
    </w:p>
    <w:p>
      <w:r>
        <w:rPr>
          <w:rFonts w:ascii="IM Fell English" w:hAnsi="IM Fell English"/>
          <w:color w:val="141414"/>
          <w:sz w:val="24"/>
        </w:rPr>
        <w:t xml:space="preserve">Her driver waited by the black sedan, his breath visible in the predawn light. The embassy’s security chief had insisted she bring an escort to today’s meeting, but she’d refused. This was a test. The Velosi foreign ministry had summoned her unexpectedly, offering no explanation but the curt phrase </w:t>
      </w:r>
      <w:r>
        <w:rPr>
          <w:rFonts w:ascii="IM Fell English" w:hAnsi="IM Fell English"/>
          <w:i/>
          <w:color w:val="141414"/>
          <w:sz w:val="24"/>
        </w:rPr>
        <w:t>matters of urgency.</w:t>
      </w:r>
      <w:r>
        <w:rPr>
          <w:rFonts w:ascii="IM Fell English" w:hAnsi="IM Fell English"/>
          <w:color w:val="141414"/>
          <w:sz w:val="24"/>
        </w:rPr>
        <w:t xml:space="preserve"> Adisa knew better than to show weakness. A diplomat might negotiate treaties, but it was her instincts that kept her alive.</w:t>
      </w:r>
    </w:p>
    <w:p>
      <w:r>
        <w:rPr>
          <w:rFonts w:ascii="IM Fell English" w:hAnsi="IM Fell English"/>
          <w:color w:val="141414"/>
          <w:sz w:val="24"/>
        </w:rPr>
        <w:t>When the sedan lurched into the crowded avenues, the city’s contradictions unfolded around her. Ornate churches with cracked frescoes stood beside Soviet-era apartment blocks. Street vendors sold roasted cassava under the watchful eyes of men in leather coats—the Ministry’s informants, no doubt. The scent of coal smoke and frying oil mingled in the air. She watched the pedestrians, noting the women who clutched their children’s hands too tightly, the men who glanced skyward before crossing the street. The regime’s paranoia had seeped into the marrow of the people.</w:t>
      </w:r>
    </w:p>
    <w:p>
      <w:r>
        <w:rPr>
          <w:rFonts w:ascii="IM Fell English" w:hAnsi="IM Fell English"/>
          <w:color w:val="141414"/>
          <w:sz w:val="24"/>
        </w:rPr>
        <w:t>The ministry’s headquarters was a fortress of sandstone and barbed wire. Adisa was led through a maze of corridors to a windowless conference room where a junior diplomat in a threadbare suit waited. He offered no handshake. “Ambassador,” he said, eyes fixed on the documents in his hands. “We intercepted a transmission earlier this morning. Encrypted, routed through a server in Veylan.”</w:t>
      </w:r>
    </w:p>
    <w:p>
      <w:r>
        <w:rPr>
          <w:rFonts w:ascii="IM Fell English" w:hAnsi="IM Fell English"/>
          <w:color w:val="141414"/>
          <w:sz w:val="24"/>
        </w:rPr>
        <w:t>She leaned forward, the mask of practiced curiosity falling into place. Veylan—the Western-aligned powerhouse that had bankrolled N’Dari’s independence three decades ago. A country that still whispered in her ear during late-night telephone calls. A country that paid her monthly.</w:t>
      </w:r>
    </w:p>
    <w:p>
      <w:r>
        <w:rPr>
          <w:rFonts w:ascii="IM Fell English" w:hAnsi="IM Fell English"/>
          <w:color w:val="141414"/>
          <w:sz w:val="24"/>
        </w:rPr>
        <w:t>“The message,” the man continued, “was addressed to an individual in your delegation.”</w:t>
      </w:r>
    </w:p>
    <w:p>
      <w:r>
        <w:rPr>
          <w:rFonts w:ascii="IM Fell English" w:hAnsi="IM Fell English"/>
          <w:color w:val="141414"/>
          <w:sz w:val="24"/>
        </w:rPr>
        <w:t>“Is that right?” Adisa’s voice was mild, but her pulse quickened. She’d trained in the art of betrayal, but no amount of preparation could silence the adrenaline that spiked in moments like these.</w:t>
      </w:r>
    </w:p>
    <w:p>
      <w:r>
        <w:rPr>
          <w:rFonts w:ascii="IM Fell English" w:hAnsi="IM Fell English"/>
          <w:color w:val="141414"/>
          <w:sz w:val="24"/>
        </w:rPr>
        <w:t>“You understand the importance of discretion in these matters.” His fingers drummed the table. “My superiors suggest this is an opportunity. A chance to… reorient our alliance.”</w:t>
      </w:r>
    </w:p>
    <w:p>
      <w:r>
        <w:rPr>
          <w:rFonts w:ascii="IM Fell English" w:hAnsi="IM Fell English"/>
          <w:color w:val="141414"/>
          <w:sz w:val="24"/>
        </w:rPr>
        <w:t>She smiled, slow and deliberate. “Of course. N’Dari values our friendship with Velosia.” Her mind raced. Veylan must have grown bolder—if they were contacting her team directly, it meant they lacked faith in her ability to deliver. That couldn’t stand.</w:t>
      </w:r>
    </w:p>
    <w:p>
      <w:r>
        <w:rPr>
          <w:rFonts w:ascii="IM Fell English" w:hAnsi="IM Fell English"/>
          <w:color w:val="141414"/>
          <w:sz w:val="24"/>
        </w:rPr>
        <w:t>When she returned to the embassy, twilight had swallowed the city. She dismissed her aides with a wave, then entered the locked office where she kept the black valise that bore no embassy insignia. Inside, a burner phone glowed with a new message:</w:t>
      </w:r>
    </w:p>
    <w:p>
      <w:r>
        <w:rPr>
          <w:rFonts w:ascii="IM Fell English" w:hAnsi="IM Fell English"/>
          <w:i/>
          <w:color w:val="141414"/>
          <w:sz w:val="24"/>
        </w:rPr>
        <w:t>The game is accelerating. Move the dossier by morning.</w:t>
      </w:r>
    </w:p>
    <w:p>
      <w:r>
        <w:rPr>
          <w:rFonts w:ascii="IM Fell English" w:hAnsi="IM Fell English"/>
          <w:color w:val="141414"/>
          <w:sz w:val="24"/>
        </w:rPr>
        <w:t>She stared at the words until the screen dimmed. The dossier in question sat in a safe beneath the floorboards, a compilation of Velosi military deployments gleaned from compromised ministers and bribed clerks. Veylan wanted it, but so did Velosia’s enemies—the coalition of exiled dissidents and rival oil powers plotting in the shadows. Two masters, both demanding she dance to their tune.</w:t>
      </w:r>
    </w:p>
    <w:p>
      <w:r>
        <w:rPr>
          <w:rFonts w:ascii="IM Fell English" w:hAnsi="IM Fell English"/>
          <w:color w:val="141414"/>
          <w:sz w:val="24"/>
        </w:rPr>
        <w:t>A knock startled her. She slipped the phone into her pocket before turning.</w:t>
      </w:r>
    </w:p>
    <w:p>
      <w:r>
        <w:rPr>
          <w:rFonts w:ascii="IM Fell English" w:hAnsi="IM Fell English"/>
          <w:color w:val="141414"/>
          <w:sz w:val="24"/>
        </w:rPr>
        <w:t>“Ambassador?” Her attaché, Amara Bako, hovered in the doorway. The younger woman’s face was pale. “I think you should see this.”</w:t>
      </w:r>
    </w:p>
    <w:p>
      <w:r>
        <w:rPr>
          <w:rFonts w:ascii="IM Fell English" w:hAnsi="IM Fell English"/>
          <w:color w:val="141414"/>
          <w:sz w:val="24"/>
        </w:rPr>
        <w:t>They walked to the operations room, where a screen flickered with live surveillance footage from the capital’s western sector. Adisa inhaled sharply. Across the grainy black-and-white image, a figure navigated a narrow alley, a leather satchel slung over his shoulder. It took a moment to recognize the man’s gait, the way he favored his left foot.</w:t>
      </w:r>
    </w:p>
    <w:p>
      <w:r>
        <w:rPr>
          <w:rFonts w:ascii="IM Fell English" w:hAnsi="IM Fell English"/>
          <w:color w:val="141414"/>
          <w:sz w:val="24"/>
        </w:rPr>
        <w:t>“Moses,” she murmured.</w:t>
      </w:r>
    </w:p>
    <w:p>
      <w:r>
        <w:rPr>
          <w:rFonts w:ascii="IM Fell English" w:hAnsi="IM Fell English"/>
          <w:color w:val="141414"/>
          <w:sz w:val="24"/>
        </w:rPr>
        <w:t>“He’s meeting someone,” Amara said. “At the old railway station.”</w:t>
      </w:r>
    </w:p>
    <w:p>
      <w:r>
        <w:rPr>
          <w:rFonts w:ascii="IM Fell English" w:hAnsi="IM Fell English"/>
          <w:color w:val="141414"/>
          <w:sz w:val="24"/>
        </w:rPr>
        <w:t>Moses Deme was her trade minister. A loyalist. Or so she’d thought.</w:t>
      </w:r>
    </w:p>
    <w:p>
      <w:r>
        <w:rPr>
          <w:rFonts w:ascii="IM Fell English" w:hAnsi="IM Fell English"/>
          <w:color w:val="141414"/>
          <w:sz w:val="24"/>
        </w:rPr>
        <w:t>“You’ve told no one?”</w:t>
      </w:r>
    </w:p>
    <w:p>
      <w:r>
        <w:rPr>
          <w:rFonts w:ascii="IM Fell English" w:hAnsi="IM Fell English"/>
          <w:color w:val="141414"/>
          <w:sz w:val="24"/>
        </w:rPr>
        <w:t>“Only you.”</w:t>
      </w:r>
    </w:p>
    <w:p>
      <w:r>
        <w:rPr>
          <w:rFonts w:ascii="IM Fell English" w:hAnsi="IM Fell English"/>
          <w:color w:val="141414"/>
          <w:sz w:val="24"/>
        </w:rPr>
        <w:t>“Good.” Adisa’s stomach churned. Moses’s betrayal—if that was what this was—meant her network was compromised. But worse, it confirmed what she’d feared: Velosia’s intelligence apparatus had turned its gaze toward her. Someone in that snake’s nest knew the truth about Ambassador Adisa Okoro.</w:t>
      </w:r>
    </w:p>
    <w:p>
      <w:r>
        <w:rPr>
          <w:rFonts w:ascii="IM Fell English" w:hAnsi="IM Fell English"/>
          <w:color w:val="141414"/>
          <w:sz w:val="24"/>
        </w:rPr>
        <w:t>She touched the screen as if she could pull the answer from the static.</w:t>
      </w:r>
    </w:p>
    <w:p>
      <w:r>
        <w:rPr>
          <w:rFonts w:ascii="IM Fell English" w:hAnsi="IM Fell English"/>
          <w:i/>
          <w:color w:val="141414"/>
          <w:sz w:val="24"/>
        </w:rPr>
        <w:t>Who’s watching me?</w:t>
      </w:r>
    </w:p>
    <w:p>
      <w:r>
        <w:rPr>
          <w:rFonts w:ascii="IM Fell English" w:hAnsi="IM Fell English"/>
          <w:color w:val="141414"/>
          <w:sz w:val="24"/>
        </w:rPr>
        <w:t>The question wasn’t rhetorical. She needed to act. Now.</w:t>
      </w:r>
    </w:p>
    <w:p>
      <w:r>
        <w:rPr>
          <w:rFonts w:ascii="IM Fell English" w:hAnsi="IM Fell English"/>
          <w:color w:val="141414"/>
          <w:sz w:val="24"/>
        </w:rPr>
        <w:t>That night, Adisa slipped out the back door of the embassy wearing a plain coat and gloves. The snow had begun to fall, soft flurries that clung to her lashes. She flagged a taxi, naming an address two blocks from the station. Velosia’s streets were almost empty; even the beggars had huddled into doorways.</w:t>
      </w:r>
    </w:p>
    <w:p>
      <w:r>
        <w:rPr>
          <w:rFonts w:ascii="IM Fell English" w:hAnsi="IM Fell English"/>
          <w:color w:val="141414"/>
          <w:sz w:val="24"/>
        </w:rPr>
        <w:t>The railway station was a decaying relic, its arched roof streaked with rust. Adisa stayed in the shadows, her breath steady. Then she saw him: Moses, speaking to a man in a fur-lined coat who looked too well-fed to be local. The satchel passed between them. She took a step forward—but halted when her heel scraped gravel.</w:t>
      </w:r>
    </w:p>
    <w:p>
      <w:r>
        <w:rPr>
          <w:rFonts w:ascii="IM Fell English" w:hAnsi="IM Fell English"/>
          <w:color w:val="141414"/>
          <w:sz w:val="24"/>
        </w:rPr>
        <w:t>The man in the fur coat turned.</w:t>
      </w:r>
    </w:p>
    <w:p>
      <w:r>
        <w:rPr>
          <w:rFonts w:ascii="IM Fell English" w:hAnsi="IM Fell English"/>
          <w:color w:val="141414"/>
          <w:sz w:val="24"/>
        </w:rPr>
        <w:t>Adisa ducked behind a concrete pillar, heart drumming. This wasn’t just a meeting; it was a transaction. Moses was feeding secrets to one of the Western-aligned consortiums trying to fracture the Velosi regime. But which one? Veylan? Or someone else circling the carcass of a collapsing empire?</w:t>
      </w:r>
    </w:p>
    <w:p>
      <w:r>
        <w:rPr>
          <w:rFonts w:ascii="IM Fell English" w:hAnsi="IM Fell English"/>
          <w:color w:val="141414"/>
          <w:sz w:val="24"/>
        </w:rPr>
        <w:t>She slipped away before the snow could document her presence.</w:t>
      </w:r>
    </w:p>
    <w:p>
      <w:r>
        <w:rPr>
          <w:rFonts w:ascii="IM Fell English" w:hAnsi="IM Fell English"/>
          <w:color w:val="141414"/>
          <w:sz w:val="24"/>
        </w:rPr>
        <w:t>By dawn, she sat on the balcony of her residence, the dossiers spread before her. The fire in the brazier spat embers into the cold air. She’d spent the night cross-referencing names, tracing lines of allegiance, and finally, she had an answer.</w:t>
      </w:r>
    </w:p>
    <w:p>
      <w:r>
        <w:rPr>
          <w:rFonts w:ascii="IM Fell English" w:hAnsi="IM Fell English"/>
          <w:color w:val="141414"/>
          <w:sz w:val="24"/>
        </w:rPr>
        <w:t>The Western consortium buying Velosi secrets through Moses wasn’t Veylan. It was Veylan’s rival—Ostrija. The same nation whose intelligence director had once courted her over brandy in Geneva, only to vanish when the deal turned sour.</w:t>
      </w:r>
    </w:p>
    <w:p>
      <w:r>
        <w:rPr>
          <w:rFonts w:ascii="IM Fell English" w:hAnsi="IM Fell English"/>
          <w:color w:val="141414"/>
          <w:sz w:val="24"/>
        </w:rPr>
        <w:t>She lit a match and dropped it in the brazier. Let the fire consume the pages she no longer needed.</w:t>
      </w:r>
    </w:p>
    <w:p>
      <w:r>
        <w:rPr>
          <w:rFonts w:ascii="IM Fell English" w:hAnsi="IM Fell English"/>
          <w:i/>
          <w:color w:val="141414"/>
          <w:sz w:val="24"/>
        </w:rPr>
        <w:t>Two masters are one too many,</w:t>
      </w:r>
      <w:r>
        <w:rPr>
          <w:rFonts w:ascii="IM Fell English" w:hAnsi="IM Fell English"/>
          <w:color w:val="141414"/>
          <w:sz w:val="24"/>
        </w:rPr>
        <w:t xml:space="preserve"> she thought. </w:t>
      </w:r>
      <w:r>
        <w:rPr>
          <w:rFonts w:ascii="IM Fell English" w:hAnsi="IM Fell English"/>
          <w:i/>
          <w:color w:val="141414"/>
          <w:sz w:val="24"/>
        </w:rPr>
        <w:t>Time to choose a side.</w:t>
      </w:r>
    </w:p>
    <w:p>
      <w:r>
        <w:rPr>
          <w:rFonts w:ascii="IM Fell English" w:hAnsi="IM Fell English"/>
          <w:color w:val="141414"/>
          <w:sz w:val="24"/>
        </w:rPr>
        <w:t>Or create one.</w:t>
      </w:r>
    </w:p>
    <w:p>
      <w:r>
        <w:rPr>
          <w:rFonts w:ascii="IM Fell English" w:hAnsi="IM Fell English"/>
          <w:color w:val="141414"/>
          <w:sz w:val="24"/>
        </w:rPr>
        <w:t>When Adisa returned to the ministry later that morning, she found Ambassador Kessler of Veylan waiting in the antechamber. Tall, silver-haired, his smile a dagger in a sheath.</w:t>
      </w:r>
    </w:p>
    <w:p>
      <w:r>
        <w:rPr>
          <w:rFonts w:ascii="IM Fell English" w:hAnsi="IM Fell English"/>
          <w:color w:val="141414"/>
          <w:sz w:val="24"/>
        </w:rPr>
        <w:t>“Took the scenic route?” he asked in impeccable N’Dari.</w:t>
      </w:r>
    </w:p>
    <w:p>
      <w:r>
        <w:rPr>
          <w:rFonts w:ascii="IM Fell English" w:hAnsi="IM Fell English"/>
          <w:color w:val="141414"/>
          <w:sz w:val="24"/>
        </w:rPr>
        <w:t>“It’s a beautiful city this time of year.” She held his gaze, reading the challenge in his posture. Veylan wanted insurance. He’d come to remind her she wasn’t their puppet.</w:t>
      </w:r>
    </w:p>
    <w:p>
      <w:r>
        <w:rPr>
          <w:rFonts w:ascii="IM Fell English" w:hAnsi="IM Fell English"/>
          <w:color w:val="141414"/>
          <w:sz w:val="24"/>
        </w:rPr>
        <w:t>“Beauty hides venom,” he said lightly. “I trust your investigations are… proceeding.”</w:t>
      </w:r>
    </w:p>
    <w:p>
      <w:r>
        <w:rPr>
          <w:rFonts w:ascii="IM Fell English" w:hAnsi="IM Fell English"/>
          <w:color w:val="141414"/>
          <w:sz w:val="24"/>
        </w:rPr>
        <w:t>“Fruits ripen in time.”</w:t>
      </w:r>
    </w:p>
    <w:p>
      <w:r>
        <w:rPr>
          <w:rFonts w:ascii="IM Fell English" w:hAnsi="IM Fell English"/>
          <w:color w:val="141414"/>
          <w:sz w:val="24"/>
        </w:rPr>
        <w:t>Kessler stepped closer, his cologne biting—cedar and cloves. “The dossier. It must reach us by tomorrow. After that…” He shrugged. “We’re all at the mercy of the winds.”</w:t>
      </w:r>
    </w:p>
    <w:p>
      <w:r>
        <w:rPr>
          <w:rFonts w:ascii="IM Fell English" w:hAnsi="IM Fell English"/>
          <w:color w:val="141414"/>
          <w:sz w:val="24"/>
        </w:rPr>
        <w:t>She didn’t flinch. “Veylan understands the stakes of misplacing its trust.”</w:t>
      </w:r>
    </w:p>
    <w:p>
      <w:r>
        <w:rPr>
          <w:rFonts w:ascii="IM Fell English" w:hAnsi="IM Fell English"/>
          <w:color w:val="141414"/>
          <w:sz w:val="24"/>
        </w:rPr>
        <w:t>“Good.” He touched her elbow, an intimacy that felt like a warning. “Enjoy the sunshine, Ambassador. There won’t be many more in your future.”</w:t>
      </w:r>
    </w:p>
    <w:p>
      <w:r>
        <w:rPr>
          <w:rFonts w:ascii="IM Fell English" w:hAnsi="IM Fell English"/>
          <w:color w:val="141414"/>
          <w:sz w:val="24"/>
        </w:rPr>
        <w:t>The Velosi diplomat who greeted her moments later was unrecognizable from the nervous junior official she’d met the day before. Today, Minister Lwanda wore a uniform of rank, his epaulets gleaming under the chandelier.</w:t>
      </w:r>
    </w:p>
    <w:p>
      <w:r>
        <w:rPr>
          <w:rFonts w:ascii="IM Fell English" w:hAnsi="IM Fell English"/>
          <w:color w:val="141414"/>
          <w:sz w:val="24"/>
        </w:rPr>
        <w:t>“You are observant, Ambassador Okoro?” he asked, gesturing to the window.</w:t>
      </w:r>
    </w:p>
    <w:p>
      <w:r>
        <w:rPr>
          <w:rFonts w:ascii="IM Fell English" w:hAnsi="IM Fell English"/>
          <w:color w:val="141414"/>
          <w:sz w:val="24"/>
        </w:rPr>
        <w:t>Outside, the first snow had given way to slushy gray. Adisa followed his gaze. A black van idled at the ministry gates. Men in plain clothes loaded crates into the back.</w:t>
      </w:r>
    </w:p>
    <w:p>
      <w:r>
        <w:rPr>
          <w:rFonts w:ascii="IM Fell English" w:hAnsi="IM Fell English"/>
          <w:color w:val="141414"/>
          <w:sz w:val="24"/>
        </w:rPr>
        <w:t>“Observation is a diplomat’s trade,” she replied.</w:t>
      </w:r>
    </w:p>
    <w:p>
      <w:r>
        <w:rPr>
          <w:rFonts w:ascii="IM Fell English" w:hAnsi="IM Fell English"/>
          <w:color w:val="141414"/>
          <w:sz w:val="24"/>
        </w:rPr>
        <w:t>Lwanda nodded. “Then you’ll notice the van has been here every day this week. It arrives at precisely eight-fifteen. Always the same driver. Always the same cargo.”</w:t>
      </w:r>
    </w:p>
    <w:p>
      <w:r>
        <w:rPr>
          <w:rFonts w:ascii="IM Fell English" w:hAnsi="IM Fell English"/>
          <w:color w:val="141414"/>
          <w:sz w:val="24"/>
        </w:rPr>
        <w:t>Adisa studied the vehicle. The men loading boxes were young, too young for regular ministry staff. The boxes lacked markings.</w:t>
      </w:r>
    </w:p>
    <w:p>
      <w:r>
        <w:rPr>
          <w:rFonts w:ascii="IM Fell English" w:hAnsi="IM Fell English"/>
          <w:color w:val="141414"/>
          <w:sz w:val="24"/>
        </w:rPr>
        <w:t>“You’re suggesting this is… irregular?” she asked.</w:t>
      </w:r>
    </w:p>
    <w:p>
      <w:r>
        <w:rPr>
          <w:rFonts w:ascii="IM Fell English" w:hAnsi="IM Fell English"/>
          <w:color w:val="141414"/>
          <w:sz w:val="24"/>
        </w:rPr>
        <w:t>“A diplomat’s trade requires subtlety,” Lwanda said. “But sometimes subtlety fails.”</w:t>
      </w:r>
    </w:p>
    <w:p>
      <w:r>
        <w:rPr>
          <w:rFonts w:ascii="IM Fell English" w:hAnsi="IM Fell English"/>
          <w:color w:val="141414"/>
          <w:sz w:val="24"/>
        </w:rPr>
        <w:t>He tapped the glass. “Tomorrow, the van leaves for the southern front. It carries medical supplies, according to our records. In truth, it carries weapons. The shipment was approved by my colleague across the corridor.” He paused. “A friend of yours, I believe?”</w:t>
      </w:r>
    </w:p>
    <w:p>
      <w:r>
        <w:rPr>
          <w:rFonts w:ascii="IM Fell English" w:hAnsi="IM Fell English"/>
          <w:color w:val="141414"/>
          <w:sz w:val="24"/>
        </w:rPr>
        <w:t>Adisa’s fingers went cold. The minister he described reported directly to her.</w:t>
      </w:r>
    </w:p>
    <w:p>
      <w:r>
        <w:rPr>
          <w:rFonts w:ascii="IM Fell English" w:hAnsi="IM Fell English"/>
          <w:color w:val="141414"/>
          <w:sz w:val="24"/>
        </w:rPr>
        <w:t>“You’re giving me this information,” she said carefully, “because?”</w:t>
      </w:r>
    </w:p>
    <w:p>
      <w:r>
        <w:rPr>
          <w:rFonts w:ascii="IM Fell English" w:hAnsi="IM Fell English"/>
          <w:color w:val="141414"/>
          <w:sz w:val="24"/>
        </w:rPr>
        <w:t>“Because N’Dari and Velosia have much to discuss. And I wonder… what might your government offer for a guarantee of loyalty?”</w:t>
      </w:r>
    </w:p>
    <w:p>
      <w:r>
        <w:rPr>
          <w:rFonts w:ascii="IM Fell English" w:hAnsi="IM Fell English"/>
          <w:color w:val="141414"/>
          <w:sz w:val="24"/>
        </w:rPr>
        <w:t>The implication hung in the air. Adisa smiled. “Minister Lwanda, you and I should have a long talk about the future.”</w:t>
      </w:r>
    </w:p>
    <w:p>
      <w:r>
        <w:rPr>
          <w:rFonts w:ascii="IM Fell English" w:hAnsi="IM Fell English"/>
          <w:color w:val="141414"/>
          <w:sz w:val="24"/>
        </w:rPr>
        <w:t>That night, she walked to the city’s outskirts, alone but for the trailing snow. The dossiers were gone, delivered to a safehouse in Kaela where Veylan’s man would find them—but not before she extracted what she needed for herself.</w:t>
      </w:r>
    </w:p>
    <w:p>
      <w:r>
        <w:rPr>
          <w:rFonts w:ascii="IM Fell English" w:hAnsi="IM Fell English"/>
          <w:color w:val="141414"/>
          <w:sz w:val="24"/>
        </w:rPr>
        <w:t>A rusted train platform rose from the snow. Adisa climbed the creaking stairs, wind whipping her coat open. Below, the black van from the ministry’s gates rumbled into the distance, headlights vanishing into the night.</w:t>
      </w:r>
    </w:p>
    <w:p>
      <w:r>
        <w:rPr>
          <w:rFonts w:ascii="IM Fell English" w:hAnsi="IM Fell English"/>
          <w:color w:val="141414"/>
          <w:sz w:val="24"/>
        </w:rPr>
        <w:t>Somewhere, Moses Deme would be counting his bribes tonight. Lwanda’s betrayal would be noted in Veylan’s ledgers, filed for future leverage. And Kessler—silver-haired, velvet-voiced—would report that the N’Dari ambassador played her role well.</w:t>
      </w:r>
    </w:p>
    <w:p>
      <w:r>
        <w:rPr>
          <w:rFonts w:ascii="IM Fell English" w:hAnsi="IM Fell English"/>
          <w:color w:val="141414"/>
          <w:sz w:val="24"/>
        </w:rPr>
        <w:t>But Kessler’s shadow lingered at her back, even here, even now.</w:t>
      </w:r>
    </w:p>
    <w:p>
      <w:r>
        <w:rPr>
          <w:rFonts w:ascii="IM Fell English" w:hAnsi="IM Fell English"/>
          <w:color w:val="141414"/>
          <w:sz w:val="24"/>
        </w:rPr>
        <w:t>She pulled the burner phone from her pocket. Another message blinked onscreen:</w:t>
      </w:r>
    </w:p>
    <w:p>
      <w:r>
        <w:rPr>
          <w:rFonts w:ascii="IM Fell English" w:hAnsi="IM Fell English"/>
          <w:i/>
          <w:color w:val="141414"/>
          <w:sz w:val="24"/>
        </w:rPr>
        <w:t>They know you took the bait. Be careful, little sparrow.</w:t>
      </w:r>
    </w:p>
    <w:p>
      <w:r>
        <w:rPr>
          <w:rFonts w:ascii="IM Fell English" w:hAnsi="IM Fell English"/>
          <w:color w:val="141414"/>
          <w:sz w:val="24"/>
        </w:rPr>
        <w:t>Adisa stared at the words until they blurred. The game was accelerating—and someone else had moved a pawn.</w:t>
      </w:r>
    </w:p>
    <w:p>
      <w:r>
        <w:rPr>
          <w:rFonts w:ascii="IM Fell English" w:hAnsi="IM Fell English"/>
          <w:color w:val="141414"/>
          <w:sz w:val="24"/>
        </w:rPr>
        <w:t>She didn’t hear the footsteps behind her.</w:t>
      </w:r>
    </w:p>
    <w:p>
      <w:r>
        <w:rPr>
          <w:rFonts w:ascii="IM Fell English" w:hAnsi="IM Fell English"/>
          <w:color w:val="141414"/>
          <w:sz w:val="24"/>
        </w:rPr>
        <w:t>Not until they were too close to outrun.</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line="468" w:lineRule="auto"/>
    </w:pPr>
    <w:rPr>
      <w:rFonts w:ascii="IM Fell English" w:hAnsi="IM Fell English"/>
      <w:color w:val="141414"/>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ascii="IM Fell English" w:hAnsi="IM Fell English"/>
      <w:b/>
      <w:bCs/>
      <w:color w:val="0D0D0D"/>
      <w:sz w:val="56"/>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ascii="IM Fell English" w:hAnsi="IM Fell English"/>
      <w:b/>
      <w:bCs/>
      <w:color w:val="0D0D0D"/>
      <w:sz w:val="32"/>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ascii="IM Fell English" w:hAnsi="IM Fell English"/>
      <w:b/>
      <w:bCs/>
      <w:color w:val="0D0D0D"/>
      <w:sz w:val="28"/>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