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- 3/5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3-5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3/5 Profile, your journey is shaped by trial and error, resilience, and the weighty expectations others often project onto you. </w:t>
      </w:r>
    </w:p>
    <w:p>
      <w:r>
        <w:rPr>
          <w:rFonts w:ascii="IM Fell English" w:hAnsi="IM Fell English"/>
          <w:color w:val="141414"/>
          <w:sz w:val="24"/>
        </w:rPr>
        <w:t>You are someone who tends to learn by living.</w:t>
      </w:r>
    </w:p>
    <w:p>
      <w:r>
        <w:rPr>
          <w:rFonts w:ascii="IM Fell English" w:hAnsi="IM Fell English"/>
          <w:color w:val="141414"/>
          <w:sz w:val="24"/>
        </w:rPr>
        <w:t xml:space="preserve">Not through theory or meticulous planning, but through direct experience, adjustment, and the discoveries made along the way.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Your path may include periods of: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trial and error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reinvention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rebuilding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unexpected pivots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learning what truly works through real-life experience</w:t>
      </w:r>
    </w:p>
    <w:p>
      <w:r>
        <w:rPr>
          <w:rFonts w:ascii="IM Fell English" w:hAnsi="IM Fell English"/>
          <w:color w:val="141414"/>
          <w:sz w:val="24"/>
        </w:rPr>
        <w:t xml:space="preserve">While this process can feel messy or intense, it cultivates profound practical wisdom. </w:t>
      </w:r>
    </w:p>
    <w:p>
      <w:r>
        <w:rPr>
          <w:rFonts w:ascii="IM Fell English" w:hAnsi="IM Fell English"/>
          <w:color w:val="141414"/>
          <w:sz w:val="24"/>
        </w:rPr>
        <w:t xml:space="preserve">Your insights carry weight because you’ve lived them personally, rather than analyzing them from a distance.  </w:t>
      </w:r>
    </w:p>
    <w:p>
      <w:r>
        <w:rPr>
          <w:rFonts w:ascii="IM Fell English" w:hAnsi="IM Fell English"/>
          <w:color w:val="141414"/>
          <w:sz w:val="24"/>
        </w:rPr>
        <w:t xml:space="preserve">Simultaneously, the Line 5 in your profile creates a "projection field," leading others to cast their expectations—and often their hopes for solutions—onto you. </w:t>
      </w:r>
    </w:p>
    <w:p>
      <w:r>
        <w:rPr>
          <w:rFonts w:ascii="IM Fell English" w:hAnsi="IM Fell English"/>
          <w:color w:val="141414"/>
          <w:sz w:val="24"/>
        </w:rPr>
        <w:t>Others may naturally see you as: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capable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resourceful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insightful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solution-oriented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who can help “fix” situations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who knows what to do</w:t>
      </w:r>
    </w:p>
    <w:p>
      <w:r>
        <w:rPr>
          <w:rFonts w:ascii="IM Fell English" w:hAnsi="IM Fell English"/>
          <w:color w:val="141414"/>
          <w:sz w:val="24"/>
        </w:rPr>
        <w:t xml:space="preserve">This creates a unique tension: you are navigating your own experimental path while being perceived as the one who should have all the answers.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Over time, this profile often teaches powerful lessons around: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self-trust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resilience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discernment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honesty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learning to separate your truth from external expectation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 primary challenge for the 3/5 Profile is the tendency to internalize setbacks or "failed" experiments as personal flaws. </w:t>
      </w:r>
    </w:p>
    <w:p>
      <w:r>
        <w:rPr>
          <w:rFonts w:ascii="IM Fell English" w:hAnsi="IM Fell English"/>
          <w:color w:val="141414"/>
          <w:sz w:val="24"/>
        </w:rPr>
        <w:t xml:space="preserve">Since your growth relies on trial and error, your path naturally involves more detours than those around you might expect or understand. </w:t>
      </w:r>
    </w:p>
    <w:p>
      <w:r>
        <w:rPr>
          <w:rFonts w:ascii="IM Fell English" w:hAnsi="IM Fell English"/>
          <w:color w:val="141414"/>
          <w:sz w:val="24"/>
        </w:rPr>
        <w:t>You may sometimes feel: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misunderstood for changing directions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judged for evolving publicly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frustrated that life rarely feels perfectly predictable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tired of “figuring things out”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pressured to appear more certain than you actually feel</w:t>
      </w:r>
    </w:p>
    <w:p>
      <w:r>
        <w:rPr>
          <w:rFonts w:ascii="IM Fell English" w:hAnsi="IM Fell English"/>
          <w:color w:val="141414"/>
          <w:sz w:val="24"/>
        </w:rPr>
        <w:t xml:space="preserve">The Line 5 projection field can also lead others to place unrealistic or idealized expectations on your shoulders. </w:t>
      </w:r>
    </w:p>
    <w:p>
      <w:r>
        <w:rPr>
          <w:rFonts w:ascii="IM Fell English" w:hAnsi="IM Fell English"/>
          <w:color w:val="141414"/>
          <w:sz w:val="24"/>
        </w:rPr>
        <w:t>Others may: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expect you to solve problems for them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assume you always know what to do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rely on you emotionally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disappointed when you cannot meet the version of you they imagined</w:t>
      </w:r>
    </w:p>
    <w:p>
      <w:r>
        <w:rPr>
          <w:rFonts w:ascii="IM Fell English" w:hAnsi="IM Fell English"/>
          <w:color w:val="141414"/>
          <w:sz w:val="24"/>
        </w:rPr>
        <w:t xml:space="preserve">This can create immense pressure to project competence even when you are still in the middle of a learning curve. </w:t>
      </w:r>
    </w:p>
    <w:p>
      <w:r>
        <w:rPr>
          <w:rFonts w:ascii="IM Fell English" w:hAnsi="IM Fell English"/>
          <w:color w:val="141414"/>
          <w:sz w:val="24"/>
        </w:rPr>
        <w:t xml:space="preserve">You might also lean into over-independence as a defense mechanism, especially if past transitions left you feeling misunderstood or unsupported. </w:t>
      </w:r>
    </w:p>
    <w:p>
      <w:r>
        <w:rPr>
          <w:rFonts w:ascii="IM Fell English" w:hAnsi="IM Fell English"/>
          <w:color w:val="141414"/>
          <w:sz w:val="24"/>
        </w:rPr>
        <w:t>Over time, this can lead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hiding your struggles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avoiding vulnerability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isolating emotionally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like you must figure everything out alone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becoming cautious about trusting others</w:t>
      </w:r>
    </w:p>
    <w:p>
      <w:r>
        <w:rPr>
          <w:rFonts w:ascii="IM Fell English" w:hAnsi="IM Fell English"/>
          <w:color w:val="141414"/>
          <w:sz w:val="24"/>
        </w:rPr>
        <w:t xml:space="preserve">Shame regarding your evolving identity can also be a significant hurdle. </w:t>
      </w:r>
    </w:p>
    <w:p>
      <w:r>
        <w:rPr>
          <w:rFonts w:ascii="IM Fell English" w:hAnsi="IM Fell English"/>
          <w:color w:val="141414"/>
          <w:sz w:val="24"/>
        </w:rPr>
        <w:t xml:space="preserve">However, your life isn't designed for static consistency. </w:t>
      </w:r>
    </w:p>
    <w:p>
      <w:r>
        <w:rPr>
          <w:rFonts w:ascii="IM Fell English" w:hAnsi="IM Fell English"/>
          <w:color w:val="141414"/>
          <w:sz w:val="24"/>
        </w:rPr>
        <w:t xml:space="preserve">It thrives on growth through lived experience.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flourish when you trade the metric of perfection for the value of adaptability. </w:t>
      </w:r>
    </w:p>
    <w:p>
      <w:r>
        <w:rPr>
          <w:rFonts w:ascii="IM Fell English" w:hAnsi="IM Fell English"/>
          <w:color w:val="141414"/>
          <w:sz w:val="24"/>
        </w:rPr>
        <w:t>Your strength often comes from your ability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 quickly through experience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recover after disappointment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adjust when life changes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discover practical solutions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understand people through real-world insight</w:t>
      </w:r>
    </w:p>
    <w:p>
      <w:r>
        <w:rPr>
          <w:rFonts w:ascii="IM Fell English" w:hAnsi="IM Fell English"/>
          <w:color w:val="141414"/>
          <w:sz w:val="24"/>
        </w:rPr>
        <w:t xml:space="preserve">Your path was never meant to be linear. </w:t>
      </w:r>
    </w:p>
    <w:p>
      <w:r>
        <w:rPr>
          <w:rFonts w:ascii="IM Fell English" w:hAnsi="IM Fell English"/>
          <w:color w:val="141414"/>
          <w:sz w:val="24"/>
        </w:rPr>
        <w:t xml:space="preserve">You are designed to cultivate wisdom through direct engagement with the world. </w:t>
      </w:r>
    </w:p>
    <w:p>
      <w:r>
        <w:rPr>
          <w:rFonts w:ascii="IM Fell English" w:hAnsi="IM Fell English"/>
          <w:color w:val="141414"/>
          <w:sz w:val="24"/>
        </w:rPr>
        <w:t xml:space="preserve">Relationships feel most supportive when they leave room for your humanity and your process. </w:t>
      </w:r>
    </w:p>
    <w:p>
      <w:r>
        <w:rPr>
          <w:rFonts w:ascii="IM Fell English" w:hAnsi="IM Fell English"/>
          <w:color w:val="141414"/>
          <w:sz w:val="24"/>
        </w:rPr>
        <w:t>You often flourish around people who: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do not idealize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you to evolve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respect your learning process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support honesty over perfection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see your resilience without expecting you to carry everything alone</w:t>
      </w:r>
    </w:p>
    <w:p>
      <w:r>
        <w:rPr>
          <w:rFonts w:ascii="IM Fell English" w:hAnsi="IM Fell English"/>
          <w:color w:val="141414"/>
          <w:sz w:val="24"/>
        </w:rPr>
        <w:t xml:space="preserve">The most nourishing connections are those where you aren’t pressured to play the role of "the hero" or the one with all the answers. </w:t>
      </w:r>
    </w:p>
    <w:p>
      <w:r>
        <w:rPr>
          <w:rFonts w:ascii="IM Fell English" w:hAnsi="IM Fell English"/>
          <w:color w:val="141414"/>
          <w:sz w:val="24"/>
        </w:rPr>
        <w:t xml:space="preserve">Confidence grows when you stop trying to avoid mistakes and start trusting your capacity to navigate whatever unfolds. </w:t>
      </w:r>
    </w:p>
    <w:p>
      <w:r>
        <w:rPr>
          <w:rFonts w:ascii="IM Fell English" w:hAnsi="IM Fell English"/>
          <w:color w:val="141414"/>
          <w:sz w:val="24"/>
        </w:rPr>
        <w:t xml:space="preserve">Resilience is, after all, one of your greatest gifts. </w:t>
      </w:r>
    </w:p>
    <w:p>
      <w:r>
        <w:rPr>
          <w:rFonts w:ascii="IM Fell English" w:hAnsi="IM Fell English"/>
          <w:color w:val="141414"/>
          <w:sz w:val="24"/>
        </w:rPr>
        <w:t xml:space="preserve">Not because your path has been easy, but because you have mastered the art of moving through challenges and growing in spite of them.  </w:t>
      </w:r>
      <w:r>
        <w:rPr>
          <w:rFonts w:ascii="IM Fell English" w:hAnsi="IM Fell English"/>
          <w:color w:val="141414"/>
          <w:sz w:val="24"/>
        </w:rPr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Self-care for the 3/5 Profile is most effective when it focuses on restoring self-trust after periods of disappointment or high external pressure. </w:t>
      </w:r>
    </w:p>
    <w:p>
      <w:r>
        <w:rPr>
          <w:rFonts w:ascii="IM Fell English" w:hAnsi="IM Fell English"/>
          <w:color w:val="141414"/>
          <w:sz w:val="24"/>
        </w:rPr>
        <w:t xml:space="preserve">Given your experimental nature, you benefit from practices that help you process events without defaulting to self-criticism. </w:t>
      </w:r>
    </w:p>
    <w:p>
      <w:r>
        <w:rPr>
          <w:rFonts w:ascii="IM Fell English" w:hAnsi="IM Fell English"/>
          <w:color w:val="141414"/>
          <w:sz w:val="24"/>
        </w:rPr>
        <w:t>For you, wellness is often connected to reframing.</w:t>
      </w:r>
    </w:p>
    <w:p>
      <w:r>
        <w:rPr>
          <w:rFonts w:ascii="IM Fell English" w:hAnsi="IM Fell English"/>
          <w:color w:val="141414"/>
          <w:sz w:val="24"/>
        </w:rPr>
        <w:t xml:space="preserve">Moving from "Why isn't this perfect?" to "What is this experience teaching me?"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Reflective practices are most supportive when they help you decouple your growth from feelings of shame. 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lessons learned after major life shifts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tracking personal growth instead of focusing only on outcomes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talking through experiences with people who allow nuance instead of judgment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space to emotionally process before immediately fixing the next problem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how often you survive situations you once thought would break you</w:t>
      </w:r>
    </w:p>
    <w:p>
      <w:r>
        <w:rPr>
          <w:rFonts w:ascii="IM Fell English" w:hAnsi="IM Fell English"/>
          <w:color w:val="141414"/>
          <w:sz w:val="24"/>
        </w:rPr>
        <w:t>Deep emotional wellness for your profile centers on internalizing these core truths: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possess the inherent ability to navigate and manage change.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Rebuilding is always within your power.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Mistakes are not something to be feared.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lived experiences are the foundation of your wisdom, not evidence of failure.</w:t>
      </w:r>
    </w:p>
    <w:p>
      <w:r>
        <w:rPr>
          <w:rFonts w:ascii="IM Fell English" w:hAnsi="IM Fell English"/>
          <w:color w:val="141414"/>
          <w:sz w:val="24"/>
        </w:rPr>
        <w:t>To stay aligned and resist external pressures, consider incorporating these reflective inquiries into your routine: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 this moment, am I embracing my own humanity?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Am I forcing a facade of invincibility?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Am I burdened by expectations that do not belong to me?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does practicing self-trust look like for me right now?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