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IM Fell English" w:hAnsi="IM Fell English"/>
          <w:b/>
          <w:color w:val="0D0D0D"/>
          <w:sz w:val="64"/>
        </w:rPr>
        <w:t>Selfcare Plan - 3/6 Profile</w:t>
      </w:r>
    </w:p>
    <w:p>
      <w:pPr>
        <w:jc w:val="center"/>
      </w:pPr>
      <w:r>
        <w:rPr>
          <w:rFonts w:ascii="IM Fell English" w:hAnsi="IM Fell English"/>
          <w:color w:val="141414"/>
          <w:sz w:val="28"/>
        </w:rPr>
        <w:t>Crystal Garcia</w:t>
      </w:r>
    </w:p>
    <w:p>
      <w:r>
        <w:br w:type="page"/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3-6 Profile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This Means</w:t>
      </w:r>
    </w:p>
    <w:p>
      <w:r>
        <w:rPr>
          <w:rFonts w:ascii="IM Fell English" w:hAnsi="IM Fell English"/>
          <w:color w:val="141414"/>
          <w:sz w:val="24"/>
        </w:rPr>
        <w:t xml:space="preserve">As a 3/6 Profile, your life often unfolds in distinct chapters of growth, transformation, and deep personal evolution. </w:t>
      </w:r>
    </w:p>
    <w:p>
      <w:r>
        <w:rPr>
          <w:rFonts w:ascii="IM Fell English" w:hAnsi="IM Fell English"/>
          <w:color w:val="141414"/>
          <w:sz w:val="24"/>
        </w:rPr>
        <w:t xml:space="preserve">You are designed to learn through lived experience first—and wisdom later. </w:t>
      </w:r>
    </w:p>
    <w:p>
      <w:r>
        <w:rPr>
          <w:rFonts w:ascii="IM Fell English" w:hAnsi="IM Fell English"/>
          <w:color w:val="141414"/>
          <w:sz w:val="24"/>
        </w:rPr>
        <w:t>Early in life especially, you may feel like you are constantly learning through: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trial and error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unexpected changes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highs and lows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relationship lessons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rebuilding after disappointment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discovering what doesnotwork before finding what truly does</w:t>
      </w:r>
    </w:p>
    <w:p>
      <w:r>
        <w:rPr>
          <w:rFonts w:ascii="IM Fell English" w:hAnsi="IM Fell English"/>
          <w:color w:val="141414"/>
          <w:sz w:val="24"/>
        </w:rPr>
        <w:t xml:space="preserve">This can make your path feel more intense, emotional, or unpredictable than for those around you. </w:t>
      </w:r>
    </w:p>
    <w:p>
      <w:r>
        <w:rPr>
          <w:rFonts w:ascii="IM Fell English" w:hAnsi="IM Fell English"/>
          <w:color w:val="141414"/>
          <w:sz w:val="24"/>
        </w:rPr>
        <w:t xml:space="preserve">However, a deeper purpose resides within that process. </w:t>
      </w:r>
    </w:p>
    <w:p>
      <w:r>
        <w:rPr>
          <w:rFonts w:ascii="IM Fell English" w:hAnsi="IM Fell English"/>
          <w:color w:val="141414"/>
          <w:sz w:val="24"/>
        </w:rPr>
        <w:t xml:space="preserve">The Line 3 part of your profile gathers wisdom through direct experience, while the Line 6 transforms those experiences into perspective, discernment, and maturity.  </w:t>
      </w:r>
      <w:r>
        <w:rPr>
          <w:rFonts w:ascii="IM Fell English" w:hAnsi="IM Fell English"/>
          <w:color w:val="141414"/>
          <w:sz w:val="24"/>
        </w:rPr>
      </w:r>
    </w:p>
    <w:p>
      <w:r>
        <w:rPr>
          <w:rFonts w:ascii="IM Fell English" w:hAnsi="IM Fell English"/>
          <w:color w:val="141414"/>
          <w:sz w:val="24"/>
        </w:rPr>
        <w:t xml:space="preserve">Over time, most 3/6 Profiles begin noticing a shift. </w:t>
      </w:r>
    </w:p>
    <w:p>
      <w:r>
        <w:rPr>
          <w:rFonts w:ascii="IM Fell English" w:hAnsi="IM Fell English"/>
          <w:color w:val="141414"/>
          <w:sz w:val="24"/>
        </w:rPr>
        <w:t>Experiences that once felt chaotic or painful slowly start becoming: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insight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discernment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depth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stronger boundaries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self-awareness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wisdom rooted in real life</w:t>
      </w:r>
    </w:p>
    <w:p>
      <w:r>
        <w:rPr>
          <w:rFonts w:ascii="IM Fell English" w:hAnsi="IM Fell English"/>
          <w:color w:val="141414"/>
          <w:sz w:val="24"/>
        </w:rPr>
        <w:t xml:space="preserve">You aren’t meant to reach wisdom through perfection. </w:t>
      </w:r>
    </w:p>
    <w:p>
      <w:r>
        <w:rPr>
          <w:rFonts w:ascii="IM Fell English" w:hAnsi="IM Fell English"/>
          <w:color w:val="141414"/>
          <w:sz w:val="24"/>
        </w:rPr>
        <w:t xml:space="preserve">You become wise by fully living. </w:t>
      </w:r>
    </w:p>
    <w:p>
      <w:r>
        <w:rPr>
          <w:rFonts w:ascii="IM Fell English" w:hAnsi="IM Fell English"/>
          <w:color w:val="141414"/>
          <w:sz w:val="24"/>
        </w:rPr>
        <w:t xml:space="preserve">This profile often carries a strong desire to create a life that feels deeply aligned and authentic—especially after periods of learning through contrast.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Throws You Out of Alignment</w:t>
      </w:r>
    </w:p>
    <w:p>
      <w:r>
        <w:rPr>
          <w:rFonts w:ascii="IM Fell English" w:hAnsi="IM Fell English"/>
          <w:color w:val="141414"/>
          <w:sz w:val="24"/>
        </w:rPr>
        <w:t xml:space="preserve">A significant challenge for a 3/6 Profile is feeling ashamed of the very experiences that shape your wisdom. </w:t>
      </w:r>
    </w:p>
    <w:p>
      <w:r>
        <w:rPr>
          <w:rFonts w:ascii="IM Fell English" w:hAnsi="IM Fell English"/>
          <w:color w:val="141414"/>
          <w:sz w:val="24"/>
        </w:rPr>
        <w:t xml:space="preserve">Since your growth happens through experimentation, life may feel emotionally messy before it feels clear. </w:t>
      </w:r>
    </w:p>
    <w:p>
      <w:r>
        <w:rPr>
          <w:rFonts w:ascii="IM Fell English" w:hAnsi="IM Fell English"/>
          <w:color w:val="141414"/>
          <w:sz w:val="24"/>
        </w:rPr>
        <w:t>You may experience: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changing directions multiple times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relationships that teach painful but necessary lessons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disappointment when reality does not match your ideals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frustration with yourself for “not having it figured out yet”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 exhaustion from constantly adapting and learning</w:t>
      </w:r>
    </w:p>
    <w:p>
      <w:r>
        <w:rPr>
          <w:rFonts w:ascii="IM Fell English" w:hAnsi="IM Fell English"/>
          <w:color w:val="141414"/>
          <w:sz w:val="24"/>
        </w:rPr>
        <w:t xml:space="preserve">The Line 6 often carries high ideals about how life, relationships, or even you should be.  </w:t>
      </w:r>
    </w:p>
    <w:p>
      <w:r>
        <w:rPr>
          <w:rFonts w:ascii="IM Fell English" w:hAnsi="IM Fell English"/>
          <w:color w:val="141414"/>
          <w:sz w:val="24"/>
        </w:rPr>
        <w:t xml:space="preserve">When experiences fall short of those ideals, the disappointment can feel deeply personal. </w:t>
      </w:r>
    </w:p>
    <w:p>
      <w:r>
        <w:rPr>
          <w:rFonts w:ascii="IM Fell English" w:hAnsi="IM Fell English"/>
          <w:color w:val="141414"/>
          <w:sz w:val="24"/>
        </w:rPr>
        <w:t>You may become: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overly self-critical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emotionally guarded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disappointed in humanity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hesitant to trust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fearful of repeating past mistakes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disconnected from hope after difficult experiences</w:t>
      </w:r>
    </w:p>
    <w:p>
      <w:r>
        <w:rPr>
          <w:rFonts w:ascii="IM Fell English" w:hAnsi="IM Fell English"/>
          <w:color w:val="141414"/>
          <w:sz w:val="24"/>
        </w:rPr>
        <w:t xml:space="preserve">Simultaneously, because the Line 3 learns through direct experience, your life isn't meant to be perfectly controlled from the start. </w:t>
      </w:r>
    </w:p>
    <w:p>
      <w:r>
        <w:rPr>
          <w:rFonts w:ascii="IM Fell English" w:hAnsi="IM Fell English"/>
          <w:color w:val="141414"/>
          <w:sz w:val="24"/>
        </w:rPr>
        <w:t xml:space="preserve">That tension can feel incredibly frustrating. </w:t>
      </w:r>
    </w:p>
    <w:p>
      <w:r>
        <w:rPr>
          <w:rFonts w:ascii="IM Fell English" w:hAnsi="IM Fell English"/>
          <w:color w:val="141414"/>
          <w:sz w:val="24"/>
        </w:rPr>
        <w:t xml:space="preserve">You might also notice periods where you emotionally withdraw to process your experiences internally. </w:t>
      </w:r>
    </w:p>
    <w:p>
      <w:r>
        <w:rPr>
          <w:rFonts w:ascii="IM Fell English" w:hAnsi="IM Fell English"/>
          <w:color w:val="141414"/>
          <w:sz w:val="24"/>
        </w:rPr>
        <w:t xml:space="preserve">This isn't for lack of care, but because your process requires reflection and reevaluation after major life lessons.  </w:t>
      </w:r>
      <w:r>
        <w:rPr>
          <w:rFonts w:ascii="IM Fell English" w:hAnsi="IM Fell English"/>
          <w:color w:val="141414"/>
          <w:sz w:val="24"/>
        </w:rPr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What Works Best For You</w:t>
      </w:r>
    </w:p>
    <w:p>
      <w:r>
        <w:rPr>
          <w:rFonts w:ascii="IM Fell English" w:hAnsi="IM Fell English"/>
          <w:color w:val="141414"/>
          <w:sz w:val="24"/>
        </w:rPr>
        <w:t xml:space="preserve">You tend to thrive when you stop viewing your past through the lens of failure and recognize the wisdom your experiences have created. </w:t>
      </w:r>
    </w:p>
    <w:p>
      <w:r>
        <w:rPr>
          <w:rFonts w:ascii="IM Fell English" w:hAnsi="IM Fell English"/>
          <w:color w:val="141414"/>
          <w:sz w:val="24"/>
        </w:rPr>
        <w:t xml:space="preserve">Alignment often follows when self-judgment softens. </w:t>
      </w:r>
    </w:p>
    <w:p>
      <w:r>
        <w:rPr>
          <w:rFonts w:ascii="IM Fell English" w:hAnsi="IM Fell English"/>
          <w:color w:val="141414"/>
          <w:sz w:val="24"/>
        </w:rPr>
        <w:t xml:space="preserve">Your path was never meant to be perfectly predictable. </w:t>
      </w:r>
    </w:p>
    <w:p>
      <w:r>
        <w:rPr>
          <w:rFonts w:ascii="IM Fell English" w:hAnsi="IM Fell English"/>
          <w:color w:val="141414"/>
          <w:sz w:val="24"/>
        </w:rPr>
        <w:t xml:space="preserve">Instead, you are someone who gradually develops discernment through living. </w:t>
      </w:r>
    </w:p>
    <w:p>
      <w:r>
        <w:rPr>
          <w:rFonts w:ascii="IM Fell English" w:hAnsi="IM Fell English"/>
          <w:color w:val="141414"/>
          <w:sz w:val="24"/>
        </w:rPr>
        <w:t>And over time, you may notice that you naturally begin: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trusting yourself more deeply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becoming less reactive to temporary setbacks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seeing patterns more clearly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choosing relationships more intentionally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valuing authenticity over appearances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prioritizing emotional honesty over perfection</w:t>
      </w:r>
    </w:p>
    <w:p>
      <w:r>
        <w:rPr>
          <w:rFonts w:ascii="IM Fell English" w:hAnsi="IM Fell English"/>
          <w:color w:val="141414"/>
          <w:sz w:val="24"/>
        </w:rPr>
        <w:t>You often flourish around people who: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allow you to evolve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do not weaponize your past against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appreciate your depth and perspective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support your growth without trying to control it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understand that your wisdom came through lived experience</w:t>
      </w:r>
    </w:p>
    <w:p>
      <w:r>
        <w:rPr>
          <w:rFonts w:ascii="IM Fell English" w:hAnsi="IM Fell English"/>
          <w:color w:val="141414"/>
          <w:sz w:val="24"/>
        </w:rPr>
        <w:t xml:space="preserve">Many 3/6 Profiles find emotional alignment when they stop rushing for clarity and allow life to mature them naturally. </w:t>
      </w:r>
    </w:p>
    <w:p>
      <w:r>
        <w:rPr>
          <w:rFonts w:ascii="IM Fell English" w:hAnsi="IM Fell English"/>
          <w:color w:val="141414"/>
          <w:sz w:val="24"/>
        </w:rPr>
        <w:t xml:space="preserve">Your timeline may not mirror everyone else’s. </w:t>
      </w:r>
    </w:p>
    <w:p>
      <w:r>
        <w:rPr>
          <w:rFonts w:ascii="IM Fell English" w:hAnsi="IM Fell English"/>
          <w:color w:val="141414"/>
          <w:sz w:val="24"/>
        </w:rPr>
        <w:t xml:space="preserve">That does not make it wrong. </w:t>
      </w:r>
    </w:p>
    <w:p>
      <w:r>
        <w:rPr>
          <w:rFonts w:ascii="IM Fell English" w:hAnsi="IM Fell English"/>
          <w:color w:val="141414"/>
          <w:sz w:val="24"/>
        </w:rPr>
        <w:t xml:space="preserve">In many ways, this profile is about becoming the person you once needed. </w:t>
      </w:r>
    </w:p>
    <w:p>
      <w:pPr>
        <w:pStyle w:val="Heading1"/>
        <w:jc w:val="center"/>
      </w:pPr>
      <w:r>
        <w:rPr>
          <w:rFonts w:ascii="IM Fell English" w:hAnsi="IM Fell English"/>
          <w:color w:val="0D0D0D"/>
        </w:rPr>
        <w:t>Self-Care &amp; Wellness Support</w:t>
      </w:r>
    </w:p>
    <w:p>
      <w:r>
        <w:rPr>
          <w:rFonts w:ascii="IM Fell English" w:hAnsi="IM Fell English"/>
          <w:color w:val="141414"/>
          <w:sz w:val="24"/>
        </w:rPr>
        <w:t xml:space="preserve">Self-care for a 3/6 Profile works best when it supports emotional integration rather than constant self-improvement. </w:t>
      </w:r>
    </w:p>
    <w:p>
      <w:r>
        <w:rPr>
          <w:rFonts w:ascii="IM Fell English" w:hAnsi="IM Fell English"/>
          <w:color w:val="141414"/>
          <w:sz w:val="24"/>
        </w:rPr>
        <w:t xml:space="preserve">Because your life involves deep learning, you benefit from practices that help you reflect on growth with compassion instead of criticism. </w:t>
      </w:r>
    </w:p>
    <w:p>
      <w:r>
        <w:rPr>
          <w:rFonts w:ascii="IM Fell English" w:hAnsi="IM Fell English"/>
          <w:color w:val="141414"/>
          <w:sz w:val="24"/>
        </w:rPr>
        <w:t xml:space="preserve">For you, wellness is intimately connected to meaning. </w:t>
      </w:r>
    </w:p>
    <w:p>
      <w:r>
        <w:rPr>
          <w:rFonts w:ascii="IM Fell English" w:hAnsi="IM Fell English"/>
          <w:color w:val="141414"/>
          <w:sz w:val="24"/>
        </w:rPr>
        <w:t>You may feel most supported by practices that help you recognize: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how far you have come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what your experiences taught you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how your perspective has evolved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the wisdom hidden inside difficult chapters</w:t>
      </w:r>
    </w:p>
    <w:p>
      <w:r>
        <w:rPr>
          <w:rFonts w:ascii="IM Fell English" w:hAnsi="IM Fell English"/>
          <w:color w:val="141414"/>
          <w:sz w:val="24"/>
        </w:rPr>
        <w:t xml:space="preserve">Reflective practices are healing when they help connect your experiences into a larger narrative rather than viewing them as isolated mistakes. </w:t>
      </w:r>
    </w:p>
    <w:p>
      <w:r>
        <w:rPr>
          <w:rFonts w:ascii="IM Fell English" w:hAnsi="IM Fell English"/>
          <w:color w:val="141414"/>
          <w:sz w:val="24"/>
        </w:rPr>
        <w:t>This might include: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journaling about lessons learned across different seasons of life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recording personal reflections after major transitions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revisiting old versions of yourself with compassion instead of embarrassment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reading memoirs or stories that remind you growth is rarely linear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having honest conversations with trusted people who see your evolution clearly</w:t>
      </w:r>
    </w:p>
    <w:p>
      <w:r>
        <w:rPr>
          <w:rFonts w:ascii="IM Fell English" w:hAnsi="IM Fell English"/>
          <w:color w:val="141414"/>
          <w:sz w:val="24"/>
        </w:rPr>
        <w:t xml:space="preserve">Physical activity is restorative when it serves as a bridge back to your resilience, affirming your capacity to grow through every life event. Movement that focuses on progress rather than flaws helps shift intense feelings into valuable self-knowledge. </w:t>
      </w:r>
    </w:p>
    <w:p>
      <w:r>
        <w:rPr>
          <w:rFonts w:ascii="IM Fell English" w:hAnsi="IM Fell English"/>
          <w:color w:val="141414"/>
          <w:sz w:val="24"/>
        </w:rPr>
        <w:t>True emotional anchoring is found in these core truths: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Wisdom is being forged through my lived history.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Growth and change are my birthrights.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Wholeness does not require me to be flawless.</w:t>
      </w:r>
    </w:p>
    <w:p>
      <w:r>
        <w:rPr>
          <w:rFonts w:ascii="IM Fell English" w:hAnsi="IM Fell English"/>
          <w:color w:val="141414"/>
          <w:sz w:val="24"/>
        </w:rPr>
        <w:t>To stay connected to your journey’s purpose, consider these regular reflections: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Is my inner dialogue rooted in compassion or in regret?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How has this current phase clarified the person I am becoming?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In what areas am I still judging myself against unattainable standards?</w:t>
      </w:r>
    </w:p>
    <w:p>
      <w:pPr>
        <w:pStyle w:val="ListBullet"/>
      </w:pPr>
      <w:r>
        <w:rPr>
          <w:rFonts w:ascii="IM Fell English" w:hAnsi="IM Fell English"/>
          <w:color w:val="141414"/>
          <w:sz w:val="24"/>
        </w:rPr>
        <w:t>How can I honor myself more fully in this present moment?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468" w:lineRule="auto"/>
    </w:pPr>
    <w:rPr>
      <w:rFonts w:ascii="IM Fell English" w:hAnsi="IM Fell English"/>
      <w:color w:val="141414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5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IM Fell English" w:hAnsi="IM Fell English"/>
      <w:b/>
      <w:bCs/>
      <w:color w:val="0D0D0D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