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- 6/2 Profile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6-2 Profile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6/2 Profile, your life is often shaped by a pull between visibility and retreat, wisdom and sensitivity, connection and distance. </w:t>
      </w:r>
    </w:p>
    <w:p>
      <w:r>
        <w:rPr>
          <w:rFonts w:ascii="IM Fell English" w:hAnsi="IM Fell English"/>
          <w:color w:val="141414"/>
          <w:sz w:val="24"/>
        </w:rPr>
        <w:t xml:space="preserve">You are naturally evolving into wisdom over time. </w:t>
      </w:r>
    </w:p>
    <w:p>
      <w:r>
        <w:rPr>
          <w:rFonts w:ascii="IM Fell English" w:hAnsi="IM Fell English"/>
          <w:color w:val="141414"/>
          <w:sz w:val="24"/>
        </w:rPr>
        <w:t xml:space="preserve">Not forced or performative.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Instead, it's the kind that develops through lived experience, observation, reflection, and emotional maturity. </w:t>
      </w:r>
    </w:p>
    <w:p>
      <w:r>
        <w:rPr>
          <w:rFonts w:ascii="IM Fell English" w:hAnsi="IM Fell English"/>
          <w:color w:val="141414"/>
          <w:sz w:val="24"/>
        </w:rPr>
        <w:t xml:space="preserve">Simultaneously, there is a deeply private side to you. </w:t>
      </w:r>
    </w:p>
    <w:p>
      <w:r>
        <w:rPr>
          <w:rFonts w:ascii="IM Fell English" w:hAnsi="IM Fell English"/>
          <w:color w:val="141414"/>
          <w:sz w:val="24"/>
        </w:rPr>
        <w:t>The Line 2 part of your profile often needs: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solitude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spaciousness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freedom from constant pressure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time to process life privately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the ability to reconnect with yourself away from outside expectations</w:t>
      </w:r>
    </w:p>
    <w:p>
      <w:r>
        <w:rPr>
          <w:rFonts w:ascii="IM Fell English" w:hAnsi="IM Fell English"/>
          <w:color w:val="141414"/>
          <w:sz w:val="24"/>
        </w:rPr>
        <w:t>Meanwhile, the Line 6 part of your profile often carries a natural sense of perspective and idealism.</w:t>
      </w:r>
    </w:p>
    <w:p>
      <w:r>
        <w:rPr>
          <w:rFonts w:ascii="IM Fell English" w:hAnsi="IM Fell English"/>
          <w:color w:val="141414"/>
          <w:sz w:val="24"/>
        </w:rPr>
        <w:t>You may feel deeply aware of: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feels authentic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lacks integrity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no longer aligns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relationships feel emotionally immature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life feels performative rather than genuine</w:t>
      </w:r>
    </w:p>
    <w:p>
      <w:r>
        <w:rPr>
          <w:rFonts w:ascii="IM Fell English" w:hAnsi="IM Fell English"/>
          <w:color w:val="141414"/>
          <w:sz w:val="24"/>
        </w:rPr>
        <w:t xml:space="preserve">This profile creates a presence that quietly observes life from a deep vantage point. </w:t>
      </w:r>
    </w:p>
    <w:p>
      <w:r>
        <w:rPr>
          <w:rFonts w:ascii="IM Fell English" w:hAnsi="IM Fell English"/>
          <w:color w:val="141414"/>
          <w:sz w:val="24"/>
        </w:rPr>
        <w:t>You may spend periods of your life: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reflecting on your experiences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reevaluating your direction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maturing through contrast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becoming more selective about people and environments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craving a life that feels more honest, intentional, and meaningful</w:t>
      </w:r>
    </w:p>
    <w:p>
      <w:r>
        <w:rPr>
          <w:rFonts w:ascii="IM Fell English" w:hAnsi="IM Fell English"/>
          <w:color w:val="141414"/>
          <w:sz w:val="24"/>
        </w:rPr>
        <w:t xml:space="preserve">Over time, others will naturally look to you for: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perspective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calm wisdom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maturity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thoughtful guidance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authenticity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lived insight</w:t>
      </w:r>
    </w:p>
    <w:p>
      <w:r>
        <w:rPr>
          <w:rFonts w:ascii="IM Fell English" w:hAnsi="IM Fell English"/>
          <w:color w:val="141414"/>
          <w:sz w:val="24"/>
        </w:rPr>
        <w:t xml:space="preserve">However, your influence emerges naturally rather than through force. </w:t>
      </w:r>
    </w:p>
    <w:p>
      <w:r>
        <w:rPr>
          <w:rFonts w:ascii="IM Fell English" w:hAnsi="IM Fell English"/>
          <w:color w:val="141414"/>
          <w:sz w:val="24"/>
        </w:rPr>
        <w:t xml:space="preserve">You are not here to perform visibility constantly. </w:t>
      </w:r>
    </w:p>
    <w:p>
      <w:r>
        <w:rPr>
          <w:rFonts w:ascii="IM Fell English" w:hAnsi="IM Fell English"/>
          <w:color w:val="141414"/>
          <w:sz w:val="24"/>
        </w:rPr>
        <w:t xml:space="preserve">You are here to become increasingly aligned with your own essence.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A key challenge for the 6/2 is feeling emotionally disconnected due to excessive exposure, pressure, or relational disappointment. </w:t>
      </w:r>
    </w:p>
    <w:p>
      <w:r>
        <w:rPr>
          <w:rFonts w:ascii="IM Fell English" w:hAnsi="IM Fell English"/>
          <w:color w:val="141414"/>
          <w:sz w:val="24"/>
        </w:rPr>
        <w:t xml:space="preserve">Sensitive to integrity and authenticity, you may find that emotionally shallow, chaotic, or performative environments affect you deeply. </w:t>
      </w:r>
    </w:p>
    <w:p>
      <w:r>
        <w:rPr>
          <w:rFonts w:ascii="IM Fell English" w:hAnsi="IM Fell English"/>
          <w:color w:val="141414"/>
          <w:sz w:val="24"/>
        </w:rPr>
        <w:t>You may sometimes: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withdraw after disappointment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become emotionally distant after being misunderstood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crave solitude after periods of social intensity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 exhausted by emotionally immature dynamics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lose trust when people behave inconsistently or dishonestly</w:t>
      </w:r>
    </w:p>
    <w:p>
      <w:r>
        <w:rPr>
          <w:rFonts w:ascii="IM Fell English" w:hAnsi="IM Fell English"/>
          <w:color w:val="141414"/>
          <w:sz w:val="24"/>
        </w:rPr>
        <w:t xml:space="preserve">The Line 2 side of you seeks privacy and simplicity. </w:t>
      </w:r>
    </w:p>
    <w:p>
      <w:r>
        <w:rPr>
          <w:rFonts w:ascii="IM Fell English" w:hAnsi="IM Fell English"/>
          <w:color w:val="141414"/>
          <w:sz w:val="24"/>
        </w:rPr>
        <w:t xml:space="preserve">Without enough space to reconnect, you may begin feeling: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scattered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disconnected from your inner clarity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irritated by constant access to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pressured to engage socially when you actually need retreat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frustrated by external demands interrupting your inner process</w:t>
      </w:r>
    </w:p>
    <w:p>
      <w:r>
        <w:rPr>
          <w:rFonts w:ascii="IM Fell English" w:hAnsi="IM Fell English"/>
          <w:color w:val="141414"/>
          <w:sz w:val="24"/>
        </w:rPr>
        <w:t xml:space="preserve">You might also place unrealistic expectations on yourself. </w:t>
      </w:r>
    </w:p>
    <w:p>
      <w:r>
        <w:rPr>
          <w:rFonts w:ascii="IM Fell English" w:hAnsi="IM Fell English"/>
          <w:color w:val="141414"/>
          <w:sz w:val="24"/>
        </w:rPr>
        <w:t xml:space="preserve">Since the Line 6 carries idealism, you may feel disappointed when: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life does not unfold the way you hoped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fail to meet your emotional standards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relationships feel misaligned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do not yet feel like the version of yourself you envision becoming</w:t>
      </w:r>
    </w:p>
    <w:p>
      <w:r>
        <w:rPr>
          <w:rFonts w:ascii="IM Fell English" w:hAnsi="IM Fell English"/>
          <w:color w:val="141414"/>
          <w:sz w:val="24"/>
        </w:rPr>
        <w:t>This can sometimes create: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self-isolation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perfectionism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hesitation around vulnerability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fear of disappointment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disconnected from hope after difficult experiences</w:t>
      </w:r>
    </w:p>
    <w:p>
      <w:r>
        <w:rPr>
          <w:rFonts w:ascii="IM Fell English" w:hAnsi="IM Fell English"/>
          <w:color w:val="141414"/>
          <w:sz w:val="24"/>
        </w:rPr>
        <w:t xml:space="preserve">Yet your path is not about perfection. </w:t>
      </w:r>
    </w:p>
    <w:p>
      <w:r>
        <w:rPr>
          <w:rFonts w:ascii="IM Fell English" w:hAnsi="IM Fell English"/>
          <w:color w:val="141414"/>
          <w:sz w:val="24"/>
        </w:rPr>
        <w:t>It is about becoming deeply authentic.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You thrive when your life balances meaningful connection with intentional retreat. </w:t>
      </w:r>
    </w:p>
    <w:p>
      <w:r>
        <w:rPr>
          <w:rFonts w:ascii="IM Fell English" w:hAnsi="IM Fell English"/>
          <w:color w:val="141414"/>
          <w:sz w:val="24"/>
        </w:rPr>
        <w:t>This profile often flourishes when there is enough space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reflect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observe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process experiences slowly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reconnect with yourself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 emotional clarity to unfold naturally</w:t>
      </w:r>
    </w:p>
    <w:p>
      <w:r>
        <w:rPr>
          <w:rFonts w:ascii="IM Fell English" w:hAnsi="IM Fell English"/>
          <w:color w:val="141414"/>
          <w:sz w:val="24"/>
        </w:rPr>
        <w:t xml:space="preserve">You aren't designed for constant social performance or unending emotional availability. </w:t>
      </w:r>
    </w:p>
    <w:p>
      <w:r>
        <w:rPr>
          <w:rFonts w:ascii="IM Fell English" w:hAnsi="IM Fell English"/>
          <w:color w:val="141414"/>
          <w:sz w:val="24"/>
        </w:rPr>
        <w:t xml:space="preserve">Yet, complete isolation rarely feels healthy for long, either. </w:t>
      </w:r>
    </w:p>
    <w:p>
      <w:r>
        <w:rPr>
          <w:rFonts w:ascii="IM Fell English" w:hAnsi="IM Fell English"/>
          <w:color w:val="141414"/>
          <w:sz w:val="24"/>
        </w:rPr>
        <w:t>You often feel most aligned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relationships feel emotionally mature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environment supports reflection and authenticity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respect your need for space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life feels congruent with your values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connection with others feels intentional rather than performative</w:t>
      </w:r>
    </w:p>
    <w:p>
      <w:r>
        <w:rPr>
          <w:rFonts w:ascii="IM Fell English" w:hAnsi="IM Fell English"/>
          <w:color w:val="141414"/>
          <w:sz w:val="24"/>
        </w:rPr>
        <w:t xml:space="preserve">For many 6/2 Profiles, confidence grows gradually with age and experience. </w:t>
      </w:r>
    </w:p>
    <w:p>
      <w:r>
        <w:rPr>
          <w:rFonts w:ascii="IM Fell English" w:hAnsi="IM Fell English"/>
          <w:color w:val="141414"/>
          <w:sz w:val="24"/>
        </w:rPr>
        <w:t>Over time, you may become: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less reactive to external pressure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more trusting of your own perspective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more selective about relationships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more comfortable honoring your own pace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more emotionally aligned with who you truly are</w:t>
      </w:r>
    </w:p>
    <w:p>
      <w:r>
        <w:rPr>
          <w:rFonts w:ascii="IM Fell English" w:hAnsi="IM Fell English"/>
          <w:color w:val="141414"/>
          <w:sz w:val="24"/>
        </w:rPr>
        <w:t xml:space="preserve">You influence others most deeply by simply embodying authenticity, rather than trying to convince anyone of anything.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Self-care for your profile works best when it supports reflection and reconnection with your inner world. </w:t>
      </w:r>
    </w:p>
    <w:p>
      <w:r>
        <w:rPr>
          <w:rFonts w:ascii="IM Fell English" w:hAnsi="IM Fell English"/>
          <w:color w:val="141414"/>
          <w:sz w:val="24"/>
        </w:rPr>
        <w:t xml:space="preserve">Since you naturally absorb and reflect on life, you may benefit from practices that create emotional spaciousness rather than constant stimulation or the pressure to perform. </w:t>
      </w:r>
    </w:p>
    <w:p>
      <w:r>
        <w:rPr>
          <w:rFonts w:ascii="IM Fell English" w:hAnsi="IM Fell English"/>
          <w:color w:val="141414"/>
          <w:sz w:val="24"/>
        </w:rPr>
        <w:t>For you, wellness is often connected to alignment.</w:t>
      </w:r>
    </w:p>
    <w:p>
      <w:r>
        <w:rPr>
          <w:rFonts w:ascii="IM Fell English" w:hAnsi="IM Fell English"/>
          <w:color w:val="141414"/>
          <w:sz w:val="24"/>
        </w:rPr>
        <w:t>Alignment between: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inner truth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relationships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environment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lifestyle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the version of yourself you are becoming</w:t>
      </w:r>
    </w:p>
    <w:p>
      <w:r>
        <w:rPr>
          <w:rFonts w:ascii="IM Fell English" w:hAnsi="IM Fell English"/>
          <w:color w:val="141414"/>
          <w:sz w:val="24"/>
        </w:rPr>
        <w:t xml:space="preserve">You may feel nourished by practices that help you slow down enough to hear your own perspective clearly. </w:t>
      </w:r>
    </w:p>
    <w:p>
      <w:r>
        <w:rPr>
          <w:rFonts w:ascii="IM Fell English" w:hAnsi="IM Fell English"/>
          <w:color w:val="141414"/>
          <w:sz w:val="24"/>
        </w:rPr>
        <w:t>This might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long-form journaling during periods of transition or emotional reevaluation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reflective solo mornings before engaging with the outside world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reading, learning, or listening to conversations that deepen your perspective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reducing emotionally noisy environments or relationships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rituals that help you reconnect with yourself after social or emotional intensity</w:t>
      </w:r>
    </w:p>
    <w:p>
      <w:r>
        <w:rPr>
          <w:rFonts w:ascii="IM Fell English" w:hAnsi="IM Fell English"/>
          <w:color w:val="141414"/>
          <w:sz w:val="24"/>
        </w:rPr>
        <w:t xml:space="preserve">Physical activity is most restorative when it facilitates introspection and provides a private sanctuary to process life away from the public eye. </w:t>
      </w:r>
    </w:p>
    <w:p>
      <w:r>
        <w:rPr>
          <w:rFonts w:ascii="IM Fell English" w:hAnsi="IM Fell English"/>
          <w:color w:val="141414"/>
          <w:sz w:val="24"/>
        </w:rPr>
        <w:t xml:space="preserve">Meaningful movement strengthens your self-esteem and helps you stay in tune with your internal tempo, rather than bowing to societal pressures. </w:t>
      </w:r>
    </w:p>
    <w:p>
      <w:r>
        <w:rPr>
          <w:rFonts w:ascii="IM Fell English" w:hAnsi="IM Fell English"/>
          <w:color w:val="141414"/>
          <w:sz w:val="24"/>
        </w:rPr>
        <w:t>You can find profound emotional grounding by embracing these truths: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 am permitted to prioritize my requirements for contemplation and solitude.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My personal growth happens naturally through my unique journey and viewpoint.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 do not have to exert pressure on my own evolution.</w:t>
      </w:r>
    </w:p>
    <w:p>
      <w:r>
        <w:rPr>
          <w:rFonts w:ascii="IM Fell English" w:hAnsi="IM Fell English"/>
          <w:color w:val="141414"/>
          <w:sz w:val="24"/>
        </w:rPr>
        <w:t xml:space="preserve">To maintain your internal bond and find clarity, check in with yourself using these inquiries: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Is my current path a true reflection of my emerging self?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Am I granting myself sufficient time for self-reconnection?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Is my retreat motivated by a healthy need for thought, or am I avoiding letdowns?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actions feel most in harmony with my emotions right now?</w:t>
      </w:r>
    </w:p>
    <w:p>
      <w:r>
        <w:rPr>
          <w:rFonts w:ascii="IM Fell English" w:hAnsi="IM Fell English"/>
          <w:color w:val="141414"/>
          <w:sz w:val="24"/>
        </w:rPr>
        <w:t xml:space="preserve">Reflecting on these points helps rebuild your self-connection and sense of purpose.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