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Anger Not Self Theme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Anger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In Human Design, anger is the emotional signal recognized as the Manifestor Not-Self theme. Yet, even for others, this energy can arise whenever actions, words, or natural impulses feel blocked, dismissed, or controlled. </w:t>
      </w:r>
    </w:p>
    <w:p>
      <w:r>
        <w:rPr>
          <w:rFonts w:ascii="IM Fell English" w:hAnsi="IM Fell English"/>
          <w:color w:val="141414"/>
          <w:sz w:val="24"/>
        </w:rPr>
        <w:t xml:space="preserve">Anger is often misunderstood as "being difficult" or "having a temper." In reality, it is often simply life-giving information.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It can reveal: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 are forcing instead of flowing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resentment has quietly built over time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 feel powerless, silenced, interrupted, or restricted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your truth has gone unspoken for too long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 are acting from pressure rather than genuine alignment</w:t>
      </w:r>
    </w:p>
    <w:p>
      <w:r>
        <w:rPr>
          <w:rFonts w:ascii="IM Fell English" w:hAnsi="IM Fell English"/>
          <w:color w:val="141414"/>
          <w:sz w:val="24"/>
        </w:rPr>
        <w:t xml:space="preserve">For many women, anger isn't always loud. </w:t>
      </w:r>
    </w:p>
    <w:p>
      <w:r>
        <w:rPr>
          <w:rFonts w:ascii="IM Fell English" w:hAnsi="IM Fell English"/>
          <w:color w:val="141414"/>
          <w:sz w:val="24"/>
        </w:rPr>
        <w:t>Sometimes it looks like: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irritation that keeps growing beneath the surface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snapping over small things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becoming emotionally short or impatient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feeling frustrated by people moving too slowly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withdrawing because explaining yourself feels exhausting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becoming controlling because nothing feels stable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secretly feeling misunderstood or unsupported</w:t>
      </w:r>
    </w:p>
    <w:p>
      <w:r>
        <w:rPr>
          <w:rFonts w:ascii="IM Fell English" w:hAnsi="IM Fell English"/>
          <w:color w:val="141414"/>
          <w:sz w:val="24"/>
        </w:rPr>
        <w:t xml:space="preserve">Anger tends to surface when your inner momentum becomes disconnected from your outer circumstances. </w:t>
      </w:r>
    </w:p>
    <w:p>
      <w:r>
        <w:rPr>
          <w:rFonts w:ascii="IM Fell English" w:hAnsi="IM Fell English"/>
          <w:color w:val="141414"/>
          <w:sz w:val="24"/>
        </w:rPr>
        <w:t xml:space="preserve">Your body often senses this misalignment long before your mind catches up.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>You may notice anger becoming stronger when: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constantly have to explain or justify yourself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your independence feels threatened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suppress what you really want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say yes while internally resisting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feel micromanaged, watched, or overly controlled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people interrupt your natural rhythm or timing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hold things in until they suddenly spill out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ignore your own urges because they seem “too much”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you force yourself to stay in situations you’ve emotionally outgrown</w:t>
      </w:r>
    </w:p>
    <w:p>
      <w:r>
        <w:rPr>
          <w:rFonts w:ascii="IM Fell English" w:hAnsi="IM Fell English"/>
          <w:color w:val="141414"/>
          <w:sz w:val="24"/>
        </w:rPr>
        <w:t xml:space="preserve">At times, anger emerges simply because your truth has been suppressed for too long. </w:t>
      </w:r>
    </w:p>
    <w:p>
      <w:r>
        <w:rPr>
          <w:rFonts w:ascii="IM Fell English" w:hAnsi="IM Fell English"/>
          <w:color w:val="141414"/>
          <w:sz w:val="24"/>
        </w:rPr>
        <w:t xml:space="preserve">You might try to remain agreeable and composed, until the body can no longer carry the tension in silence.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>This can create a cycle where:</w:t>
      </w:r>
    </w:p>
    <w:p>
      <w:r>
        <w:rPr>
          <w:rFonts w:ascii="IM Fell English" w:hAnsi="IM Fell English"/>
          <w:color w:val="141414"/>
          <w:sz w:val="24"/>
        </w:rPr>
        <w:t>you suppress → internal pressure builds → irritation rises → emotional explosion → guilt or shame afterward.</w:t>
      </w:r>
    </w:p>
    <w:p>
      <w:r>
        <w:rPr>
          <w:rFonts w:ascii="IM Fell English" w:hAnsi="IM Fell English"/>
          <w:color w:val="141414"/>
          <w:sz w:val="24"/>
        </w:rPr>
        <w:t xml:space="preserve">The goal isn't to eliminate anger entirely. </w:t>
      </w:r>
    </w:p>
    <w:p>
      <w:r>
        <w:rPr>
          <w:rFonts w:ascii="IM Fell English" w:hAnsi="IM Fell English"/>
          <w:color w:val="141414"/>
          <w:sz w:val="24"/>
        </w:rPr>
        <w:t xml:space="preserve">Instead, the aim is to recognize the signal earlier—before it reaches the point of overflow.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>Awareness changes everything here.</w:t>
      </w:r>
    </w:p>
    <w:p>
      <w:r>
        <w:rPr>
          <w:rFonts w:ascii="IM Fell English" w:hAnsi="IM Fell English"/>
          <w:color w:val="141414"/>
          <w:sz w:val="24"/>
        </w:rPr>
        <w:t xml:space="preserve">Catching the signal early makes it less likely for anger to become overwhelming or explosive. </w:t>
      </w:r>
    </w:p>
    <w:p>
      <w:r>
        <w:rPr>
          <w:rFonts w:ascii="IM Fell English" w:hAnsi="IM Fell English"/>
          <w:color w:val="141414"/>
          <w:sz w:val="24"/>
        </w:rPr>
        <w:t xml:space="preserve">You'll likely find more ease when you give yourself permission to notice: 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feels constricting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consistently irritates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drains your sense of freedom or authenticity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where you keep abandoning your own truth to maintain comfort, approval, or peace</w:t>
      </w:r>
    </w:p>
    <w:p>
      <w:r>
        <w:rPr>
          <w:rFonts w:ascii="IM Fell English" w:hAnsi="IM Fell English"/>
          <w:color w:val="141414"/>
          <w:sz w:val="24"/>
        </w:rPr>
        <w:t>Anger often softens when honesty increases.</w:t>
      </w:r>
    </w:p>
    <w:p>
      <w:r>
        <w:rPr>
          <w:rFonts w:ascii="IM Fell English" w:hAnsi="IM Fell English"/>
          <w:color w:val="141414"/>
          <w:sz w:val="24"/>
        </w:rPr>
        <w:t>Not harsh honesty.</w:t>
      </w:r>
      <w:r>
        <w:rPr>
          <w:rFonts w:ascii="IM Fell English" w:hAnsi="IM Fell English"/>
          <w:color w:val="141414"/>
          <w:sz w:val="24"/>
        </w:rPr>
      </w:r>
      <w:r>
        <w:rPr>
          <w:rFonts w:ascii="IM Fell English" w:hAnsi="IM Fell English"/>
          <w:color w:val="141414"/>
          <w:sz w:val="24"/>
        </w:rPr>
        <w:t xml:space="preserve"> Not reactive honesty.</w:t>
      </w:r>
    </w:p>
    <w:p>
      <w:r>
        <w:rPr>
          <w:rFonts w:ascii="IM Fell English" w:hAnsi="IM Fell English"/>
          <w:color w:val="141414"/>
          <w:sz w:val="24"/>
        </w:rPr>
        <w:t xml:space="preserve">But simple, honest acknowledgment. </w:t>
      </w:r>
    </w:p>
    <w:p>
      <w:r>
        <w:rPr>
          <w:rFonts w:ascii="IM Fell English" w:hAnsi="IM Fell English"/>
          <w:color w:val="141414"/>
          <w:sz w:val="24"/>
        </w:rPr>
        <w:t>You may find clarity through: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speaking things out before resentment builds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noticing irritation before it becomes emotional shutdown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creating space between reaction and response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allowing yourself to change direction when something no longer feels aligned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recognizing that frustration can be a signal, not a personality flaw</w:t>
      </w:r>
    </w:p>
    <w:p>
      <w:r>
        <w:rPr>
          <w:rFonts w:ascii="IM Fell English" w:hAnsi="IM Fell English"/>
          <w:color w:val="141414"/>
          <w:sz w:val="24"/>
        </w:rPr>
        <w:t xml:space="preserve">Navigating your emotions becomes easier when you release the judgment for having them in the first place.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Supporting yourself through this theme is less about "calming down" and more about cultivating awareness before the pressure builds. </w:t>
      </w:r>
    </w:p>
    <w:p>
      <w:r>
        <w:rPr>
          <w:rFonts w:ascii="IM Fell English" w:hAnsi="IM Fell English"/>
          <w:color w:val="141414"/>
          <w:sz w:val="24"/>
        </w:rPr>
        <w:t xml:space="preserve">Practices that help you track emotional buildup in real-time can be incredibly grounding. </w:t>
      </w:r>
    </w:p>
    <w:p>
      <w:r>
        <w:rPr>
          <w:rFonts w:ascii="IM Fell English" w:hAnsi="IM Fell English"/>
          <w:color w:val="141414"/>
          <w:sz w:val="24"/>
        </w:rPr>
        <w:t>This might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voice notes where you speak honestly without filtering yourself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journaling specifically around recurring irritation patterns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noticing which conversations leave you emotionally charged afterward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strength-based movement that gives your emotions somewhere constructive to move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creative outlets that allow expression without needing explanation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solo drives, walks, or quiet moments where your thoughts can surface naturally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checking in with yourself before automatically agreeing to something</w:t>
      </w:r>
    </w:p>
    <w:p>
      <w:r>
        <w:rPr>
          <w:rFonts w:ascii="IM Fell English" w:hAnsi="IM Fell English"/>
          <w:color w:val="141414"/>
          <w:sz w:val="24"/>
        </w:rPr>
        <w:t xml:space="preserve">Movement is particularly effective when used to release intensity through expression and momentum, rather than through rigid discipline or punishment. </w:t>
      </w:r>
    </w:p>
    <w:p>
      <w:r>
        <w:rPr>
          <w:rFonts w:ascii="IM Fell English" w:hAnsi="IM Fell English"/>
          <w:color w:val="141414"/>
          <w:sz w:val="24"/>
        </w:rPr>
        <w:t>You may also benefit from asking yourself:</w:t>
      </w:r>
    </w:p>
    <w:p>
      <w:r>
        <w:rPr>
          <w:rFonts w:ascii="IM Fell English" w:hAnsi="IM Fell English"/>
          <w:color w:val="141414"/>
          <w:sz w:val="24"/>
        </w:rPr>
        <w:t>“What am I actually angry about underneath this moment?”</w:t>
      </w:r>
    </w:p>
    <w:p>
      <w:r>
        <w:rPr>
          <w:rFonts w:ascii="IM Fell English" w:hAnsi="IM Fell English"/>
          <w:color w:val="141414"/>
          <w:sz w:val="24"/>
        </w:rPr>
        <w:t>Often the answer is not the surface situation.</w:t>
      </w:r>
    </w:p>
    <w:p>
      <w:r>
        <w:rPr>
          <w:rFonts w:ascii="IM Fell English" w:hAnsi="IM Fell English"/>
          <w:color w:val="141414"/>
          <w:sz w:val="24"/>
        </w:rPr>
        <w:t>It may be: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feeling unseen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feeling trapped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betraying your own needs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ignoring your instincts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carrying emotional pressure silently for too long</w:t>
      </w:r>
    </w:p>
    <w:p>
      <w:r>
        <w:rPr>
          <w:rFonts w:ascii="IM Fell English" w:hAnsi="IM Fell English"/>
          <w:color w:val="141414"/>
          <w:sz w:val="24"/>
        </w:rPr>
        <w:t xml:space="preserve">The more clearly you identify the root signal, the less power anger has to control your reactions. </w:t>
      </w:r>
    </w:p>
    <w:p>
      <w:pPr>
        <w:jc w:val="center"/>
      </w:pPr>
      <w:r>
        <w:rPr>
          <w:color w:val="141414"/>
        </w:rPr>
        <w:t>———</w:t>
      </w:r>
    </w:p>
    <w:p>
      <w:pPr>
        <w:pStyle w:val="Heading2"/>
        <w:jc w:val="center"/>
      </w:pPr>
      <w:r>
        <w:rPr>
          <w:rFonts w:ascii="IM Fell English" w:hAnsi="IM Fell English"/>
          <w:color w:val="0D0D0D"/>
        </w:rPr>
        <w:t>Gentle Reminders</w:t>
      </w:r>
    </w:p>
    <w:p>
      <w:r>
        <w:rPr>
          <w:rFonts w:ascii="IM Fell English" w:hAnsi="IM Fell English"/>
          <w:color w:val="141414"/>
          <w:sz w:val="24"/>
        </w:rPr>
        <w:t>Your anger is not proof that you are failing.</w:t>
      </w:r>
    </w:p>
    <w:p>
      <w:r>
        <w:rPr>
          <w:rFonts w:ascii="IM Fell English" w:hAnsi="IM Fell English"/>
          <w:color w:val="141414"/>
          <w:sz w:val="24"/>
        </w:rPr>
        <w:t xml:space="preserve">It may simply be highlighting where a part of your life no longer fits. </w:t>
      </w:r>
    </w:p>
    <w:p>
      <w:r>
        <w:rPr>
          <w:rFonts w:ascii="IM Fell English" w:hAnsi="IM Fell English"/>
          <w:color w:val="141414"/>
          <w:sz w:val="24"/>
        </w:rPr>
        <w:t>You are allowed to: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change your mind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want more for yourself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need honesty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acknowledge frustration without shaming yourself for it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create a life that feels emotionally true instead of emotionally performative</w:t>
      </w:r>
    </w:p>
    <w:p>
      <w:r>
        <w:rPr>
          <w:rFonts w:ascii="IM Fell English" w:hAnsi="IM Fell English"/>
          <w:color w:val="141414"/>
          <w:sz w:val="24"/>
        </w:rPr>
        <w:t xml:space="preserve">Awareness transforms anger from a state of chaos into a source of guidance. </w:t>
      </w:r>
    </w:p>
    <w:p>
      <w:r>
        <w:rPr>
          <w:rFonts w:ascii="IM Fell English" w:hAnsi="IM Fell English"/>
          <w:color w:val="141414"/>
          <w:sz w:val="24"/>
        </w:rPr>
        <w:t xml:space="preserve">Often, the smallest moment of internal honesty is all it takes to shift the energy.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