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Bitterness Not Self Theme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Bitterness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Bitterness is the emotional signal traditionally associated with Projectors in Human Design. At its core, however, it often points to a deeper experience many women quietly carry: </w:t>
      </w:r>
    </w:p>
    <w:p>
      <w:r>
        <w:rPr>
          <w:rFonts w:ascii="IM Fell English" w:hAnsi="IM Fell English"/>
          <w:color w:val="141414"/>
          <w:sz w:val="24"/>
        </w:rPr>
        <w:t>feeling unseen.</w:t>
      </w:r>
    </w:p>
    <w:p>
      <w:r>
        <w:rPr>
          <w:rFonts w:ascii="IM Fell English" w:hAnsi="IM Fell English"/>
          <w:color w:val="141414"/>
          <w:sz w:val="24"/>
        </w:rPr>
        <w:t>Not fully recognized.</w:t>
        <w:br/>
        <w:t>Not truly valued.</w:t>
        <w:br/>
        <w:t xml:space="preserve">Not acknowledged for the value you genuinely bring.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Bitterness can develop slowly when you repeatedly offer your energy, insight, and emotional labor without feeling meaningfully received in return. </w:t>
      </w:r>
    </w:p>
    <w:p>
      <w:r>
        <w:rPr>
          <w:rFonts w:ascii="IM Fell English" w:hAnsi="IM Fell English"/>
          <w:color w:val="141414"/>
          <w:sz w:val="24"/>
        </w:rPr>
        <w:t xml:space="preserve">Since many women are conditioned to keep giving regardless, bitterness often becomes hidden beneath: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people-pleasing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withdrawal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cynicism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disappointment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hyper-independence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feeling emotionally “done” with others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quietly believing nobody truly sees you</w:t>
      </w:r>
    </w:p>
    <w:p>
      <w:r>
        <w:rPr>
          <w:rFonts w:ascii="IM Fell English" w:hAnsi="IM Fell English"/>
          <w:color w:val="141414"/>
          <w:sz w:val="24"/>
        </w:rPr>
        <w:t xml:space="preserve">This feeling isn't necessarily a sign that something is wrong with you. </w:t>
      </w:r>
    </w:p>
    <w:p>
      <w:r>
        <w:rPr>
          <w:rFonts w:ascii="IM Fell English" w:hAnsi="IM Fell English"/>
          <w:color w:val="141414"/>
          <w:sz w:val="24"/>
        </w:rPr>
        <w:t xml:space="preserve">It's often a signal that an area of your life has become emotionally one-sided. </w:t>
      </w:r>
    </w:p>
    <w:p>
      <w:r>
        <w:rPr>
          <w:rFonts w:ascii="IM Fell English" w:hAnsi="IM Fell English"/>
          <w:color w:val="141414"/>
          <w:sz w:val="24"/>
        </w:rPr>
        <w:t>Bitterness frequently appears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efforts go unnoticed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wisdom is ignored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keep proving your value instead of allowing it to be recognized naturally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overextend yourself hoping to finally feel appreciated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abandon your own needs while supporting everyone else</w:t>
      </w:r>
    </w:p>
    <w:p>
      <w:r>
        <w:rPr>
          <w:rFonts w:ascii="IM Fell English" w:hAnsi="IM Fell English"/>
          <w:color w:val="141414"/>
          <w:sz w:val="24"/>
        </w:rPr>
        <w:t xml:space="preserve">Over time, this creates an emotional heaviness that can be difficult to articulate.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>You may notice bitterness growing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consistently give more than you receive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feel emotionally overlooked in relationships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over-help without being asked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attach your worth to being useful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stay in environments where your presence is tolerated rather than valued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feel invisible despite how much effort you give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compare your path to others who seem more recognized or appreciated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suppress disappointment because you think you “shouldn’t” feel hurt</w:t>
      </w:r>
    </w:p>
    <w:p>
      <w:r>
        <w:rPr>
          <w:rFonts w:ascii="IM Fell English" w:hAnsi="IM Fell English"/>
          <w:color w:val="141414"/>
          <w:sz w:val="24"/>
        </w:rPr>
        <w:t xml:space="preserve">Bitterness has a way of growing quietly. </w:t>
      </w:r>
    </w:p>
    <w:p>
      <w:r>
        <w:rPr>
          <w:rFonts w:ascii="IM Fell English" w:hAnsi="IM Fell English"/>
          <w:color w:val="141414"/>
          <w:sz w:val="24"/>
        </w:rPr>
        <w:t>It may sound internally like: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“What’s the point?”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“Nobody really sees me.”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“I’m tired of always being the one who gives.”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“Why does everyone come to me but never truly support me back?”</w:t>
      </w:r>
    </w:p>
    <w:p>
      <w:r>
        <w:rPr>
          <w:rFonts w:ascii="IM Fell English" w:hAnsi="IM Fell English"/>
          <w:color w:val="141414"/>
          <w:sz w:val="24"/>
        </w:rPr>
        <w:t xml:space="preserve">Sometimes bitterness isn't so much about anger toward others as it is a grief over how long you’ve sidelined your own needs.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It can also surface when you try to force connection or visibility instead of allowing opportunities to find you naturally.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Bitterness tends to soften when you stop chasing recognition and begin noticing where genuine reciprocity exists. </w:t>
      </w:r>
    </w:p>
    <w:p>
      <w:r>
        <w:rPr>
          <w:rFonts w:ascii="IM Fell English" w:hAnsi="IM Fell English"/>
          <w:color w:val="141414"/>
          <w:sz w:val="24"/>
        </w:rPr>
        <w:t>Not every space is meant to fully see you.</w:t>
      </w:r>
    </w:p>
    <w:p>
      <w:r>
        <w:rPr>
          <w:rFonts w:ascii="IM Fell English" w:hAnsi="IM Fell English"/>
          <w:color w:val="141414"/>
          <w:sz w:val="24"/>
        </w:rPr>
        <w:t xml:space="preserve">Trying to be understood in emotionally unavailable environments only deepens the wound. </w:t>
      </w:r>
    </w:p>
    <w:p>
      <w:r>
        <w:rPr>
          <w:rFonts w:ascii="IM Fell English" w:hAnsi="IM Fell English"/>
          <w:color w:val="141414"/>
          <w:sz w:val="24"/>
        </w:rPr>
        <w:t>You function best when you begin paying attention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who consistently values your presence without needing performance from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conversations feel mutual instead of emotionally draining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which environments naturally invite your insight instead of requiring you to push for attention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 feel appreciated for who you are, not just what you provide</w:t>
      </w:r>
    </w:p>
    <w:p>
      <w:r>
        <w:rPr>
          <w:rFonts w:ascii="IM Fell English" w:hAnsi="IM Fell English"/>
          <w:color w:val="141414"/>
          <w:sz w:val="24"/>
        </w:rPr>
        <w:t>Recognition feels different from approval.</w:t>
      </w:r>
    </w:p>
    <w:p>
      <w:r>
        <w:rPr>
          <w:rFonts w:ascii="IM Fell English" w:hAnsi="IM Fell English"/>
          <w:color w:val="141414"/>
          <w:sz w:val="24"/>
        </w:rPr>
        <w:t>Approval usually requires performance.</w:t>
        <w:br/>
        <w:t xml:space="preserve">Recognition allows you to relax into yourself.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 may also notice emotional shifts when you: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stop over-explaining your worth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 yourself to step back from emotionally uneven dynamics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become more honest about disappointment instead of pretending things “don’t bother you”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give your energy more intentionally instead of automatically</w:t>
      </w:r>
    </w:p>
    <w:p>
      <w:r>
        <w:rPr>
          <w:rFonts w:ascii="IM Fell English" w:hAnsi="IM Fell English"/>
          <w:color w:val="141414"/>
          <w:sz w:val="24"/>
        </w:rPr>
        <w:t xml:space="preserve">Bitterness typically eases as self-abandonment fades.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Navigating bitterness isn't about forcing positivity. </w:t>
      </w:r>
    </w:p>
    <w:p>
      <w:r>
        <w:rPr>
          <w:rFonts w:ascii="IM Fell English" w:hAnsi="IM Fell English"/>
          <w:color w:val="141414"/>
          <w:sz w:val="24"/>
        </w:rPr>
        <w:t>It is about becoming more emotionally honest.</w:t>
      </w:r>
    </w:p>
    <w:p>
      <w:r>
        <w:rPr>
          <w:rFonts w:ascii="IM Fell English" w:hAnsi="IM Fell English"/>
          <w:color w:val="141414"/>
          <w:sz w:val="24"/>
        </w:rPr>
        <w:t xml:space="preserve">One of the most helpful things you can do is notice which interactions leave you feeling nourished rather than depleted. </w:t>
      </w:r>
    </w:p>
    <w:p>
      <w:r>
        <w:rPr>
          <w:rFonts w:ascii="IM Fell English" w:hAnsi="IM Fell English"/>
          <w:color w:val="141414"/>
          <w:sz w:val="24"/>
        </w:rPr>
        <w:t>This may look like: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reflecting after conversations instead of immediately moving 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noticing which people leave you feeling appreciated versus emotionally invisible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tracking recurring disappointment patterns in relationships or work dynamics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more space for mutually supportive connections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allowing yourself to pause before automatically offering help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spending time in environments where you do not feel pressure to prove your value</w:t>
      </w:r>
    </w:p>
    <w:p>
      <w:r>
        <w:rPr>
          <w:rFonts w:ascii="IM Fell English" w:hAnsi="IM Fell English"/>
          <w:color w:val="141414"/>
          <w:sz w:val="24"/>
        </w:rPr>
        <w:t>Creative or reflective practices can also help uncover hidden emotional buildup.</w:t>
      </w:r>
    </w:p>
    <w:p>
      <w:r>
        <w:rPr>
          <w:rFonts w:ascii="IM Fell English" w:hAnsi="IM Fell English"/>
          <w:color w:val="141414"/>
          <w:sz w:val="24"/>
        </w:rPr>
        <w:t xml:space="preserve">Not to 'fix' yourself, but to help you recognize where quiet resentment has formed beneath the habit of constant giving. </w:t>
      </w:r>
    </w:p>
    <w:p>
      <w:r>
        <w:rPr>
          <w:rFonts w:ascii="IM Fell English" w:hAnsi="IM Fell English"/>
          <w:color w:val="141414"/>
          <w:sz w:val="24"/>
        </w:rPr>
        <w:t xml:space="preserve">Movement is most effective when it reconnects you to yourself rather than becoming another performance for others. </w:t>
      </w:r>
    </w:p>
    <w:p>
      <w:r>
        <w:rPr>
          <w:rFonts w:ascii="IM Fell English" w:hAnsi="IM Fell English"/>
          <w:color w:val="141414"/>
          <w:sz w:val="24"/>
        </w:rPr>
        <w:t>This could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movement done privately instead of performatively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activities where you can reconnect with your own enjoyment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physically stepping away from emotionally draining environments to gain perspective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movement that helps you process disappointment instead of suppressing it</w:t>
      </w:r>
    </w:p>
    <w:p>
      <w:r>
        <w:rPr>
          <w:rFonts w:ascii="IM Fell English" w:hAnsi="IM Fell English"/>
          <w:color w:val="141414"/>
          <w:sz w:val="24"/>
        </w:rPr>
        <w:t>You may benefit from regularly asking yourself:</w:t>
      </w:r>
    </w:p>
    <w:p>
      <w:r>
        <w:rPr>
          <w:rFonts w:ascii="IM Fell English" w:hAnsi="IM Fell English"/>
          <w:color w:val="141414"/>
          <w:sz w:val="24"/>
        </w:rPr>
        <w:t>“Do I actually feel valued here… or just useful?”</w:t>
      </w:r>
    </w:p>
    <w:p>
      <w:r>
        <w:rPr>
          <w:rFonts w:ascii="IM Fell English" w:hAnsi="IM Fell English"/>
          <w:color w:val="141414"/>
          <w:sz w:val="24"/>
        </w:rPr>
        <w:t>That question alone can reveal a lot.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Gentle Reminders</w:t>
      </w:r>
    </w:p>
    <w:p>
      <w:r>
        <w:rPr>
          <w:rFonts w:ascii="IM Fell English" w:hAnsi="IM Fell English"/>
          <w:color w:val="141414"/>
          <w:sz w:val="24"/>
        </w:rPr>
        <w:t>You are not meant to earn your worth through constant emotional output.</w:t>
      </w:r>
    </w:p>
    <w:p>
      <w:r>
        <w:rPr>
          <w:rFonts w:ascii="IM Fell English" w:hAnsi="IM Fell English"/>
          <w:color w:val="141414"/>
          <w:sz w:val="24"/>
        </w:rPr>
        <w:t xml:space="preserve">You don't need to over-give to deserve recognition. </w:t>
      </w:r>
    </w:p>
    <w:p>
      <w:r>
        <w:rPr>
          <w:rFonts w:ascii="IM Fell English" w:hAnsi="IM Fell English"/>
          <w:color w:val="141414"/>
          <w:sz w:val="24"/>
        </w:rPr>
        <w:t>And you are allowed to notice when something feels emotionally one-sided.</w:t>
      </w:r>
    </w:p>
    <w:p>
      <w:r>
        <w:rPr>
          <w:rFonts w:ascii="IM Fell English" w:hAnsi="IM Fell English"/>
          <w:color w:val="141414"/>
          <w:sz w:val="24"/>
        </w:rPr>
        <w:t xml:space="preserve">Bitterness isn't proof that you're ungrateful or difficult. </w:t>
      </w:r>
    </w:p>
    <w:p>
      <w:r>
        <w:rPr>
          <w:rFonts w:ascii="IM Fell English" w:hAnsi="IM Fell English"/>
          <w:color w:val="141414"/>
          <w:sz w:val="24"/>
        </w:rPr>
        <w:t xml:space="preserve">Often, it’s simply your inner awareness showing you: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reciprocity is missing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you’ve ignored your own needs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your energy is no longer being honored in healthy ways</w:t>
      </w:r>
    </w:p>
    <w:p>
      <w:r>
        <w:rPr>
          <w:rFonts w:ascii="IM Fell English" w:hAnsi="IM Fell English"/>
          <w:color w:val="141414"/>
          <w:sz w:val="24"/>
        </w:rPr>
        <w:t>The goal is not to harden yourself.</w:t>
      </w:r>
    </w:p>
    <w:p>
      <w:r>
        <w:rPr>
          <w:rFonts w:ascii="IM Fell English" w:hAnsi="IM Fell English"/>
          <w:color w:val="141414"/>
          <w:sz w:val="24"/>
        </w:rPr>
        <w:t>The goal is learning to recognize where your presence is genuinely welcomed, appreciated, and 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