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The Innocences</w:t>
      </w:r>
    </w:p>
    <w:p>
      <w:pPr>
        <w:jc w:val="center"/>
      </w:pPr>
      <w:r>
        <w:rPr>
          <w:rFonts w:ascii="IM Fell English" w:hAnsi="IM Fell English"/>
          <w:color w:val="141414"/>
          <w:sz w:val="28"/>
        </w:rPr>
        <w:t>Lee Hon Chuan</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pPr>
        <w:pStyle w:val="Heading1"/>
        <w:jc w:val="center"/>
      </w:pPr>
      <w:r>
        <w:rPr>
          <w:rFonts w:ascii="IM Fell English" w:hAnsi="IM Fell English"/>
          <w:color w:val="0D0D0D"/>
        </w:rPr>
        <w:t>PROLOGUE: THE FIRST DARK</w:t>
      </w:r>
    </w:p>
    <w:p>
      <w:r>
        <w:rPr>
          <w:rFonts w:ascii="IM Fell English" w:hAnsi="IM Fell English"/>
          <w:color w:val="141414"/>
          <w:sz w:val="24"/>
        </w:rPr>
        <w:t>Archive Hall 04 smelled of ozone, iron, and cold disinfectant.</w:t>
      </w:r>
    </w:p>
    <w:p>
      <w:r>
        <w:rPr>
          <w:rFonts w:ascii="IM Fell English" w:hAnsi="IM Fell English"/>
          <w:color w:val="141414"/>
          <w:sz w:val="24"/>
        </w:rPr>
        <w:t>An automated arm, humming on its gantry, descended. It picked up a new "vessel", a forty-year-old male, his body pale and atrophied from a life of rationed nutrition and slotted it into an empty harness. The harness clicked locked, and the body was added to the long, silent row.</w:t>
      </w:r>
    </w:p>
    <w:p>
      <w:r>
        <w:rPr>
          <w:rFonts w:ascii="IM Fell English" w:hAnsi="IM Fell English"/>
          <w:color w:val="141414"/>
          <w:sz w:val="24"/>
        </w:rPr>
        <w:t>Technician Oswald, his face masked and his eyes bored, moved down the line. He was a body prepper. He didn't talk to the vessels; they were already sedated, their consciousnesses blissfully unaware. His job was hardware.</w:t>
      </w:r>
    </w:p>
    <w:p>
      <w:r>
        <w:rPr>
          <w:rFonts w:ascii="IM Fell English" w:hAnsi="IM Fell English"/>
          <w:color w:val="141414"/>
          <w:sz w:val="24"/>
        </w:rPr>
        <w:t>He checked the nutrient port at the base of the skull, then ran a hand over the newly fitted neural ring, ensuring the micro-pins were flush.</w:t>
      </w:r>
    </w:p>
    <w:p>
      <w:r>
        <w:rPr>
          <w:rFonts w:ascii="IM Fell English" w:hAnsi="IM Fell English"/>
          <w:color w:val="141414"/>
          <w:sz w:val="24"/>
        </w:rPr>
        <w:t>"Integration cycle 44B is a go," he relayed via his comm, stepping back.</w:t>
      </w:r>
    </w:p>
    <w:p>
      <w:r>
        <w:rPr>
          <w:rFonts w:ascii="IM Fell English" w:hAnsi="IM Fell English"/>
          <w:color w:val="141414"/>
          <w:sz w:val="24"/>
        </w:rPr>
        <w:t>The Integration began.</w:t>
      </w:r>
    </w:p>
    <w:p>
      <w:r>
        <w:rPr>
          <w:rFonts w:ascii="IM Fell English" w:hAnsi="IM Fell English"/>
          <w:color w:val="141414"/>
          <w:sz w:val="24"/>
        </w:rPr>
        <w:t>A low-frequency hum sounded, and the two dozen bodies in the new line spasmed. This was the part the public never saw: the "run-in." As Eden mapped their dormant neural pathways to the virtual world, their physical bodies reacted.</w:t>
      </w:r>
    </w:p>
    <w:p>
      <w:r>
        <w:rPr>
          <w:rFonts w:ascii="IM Fell English" w:hAnsi="IM Fell English"/>
          <w:color w:val="141414"/>
          <w:sz w:val="24"/>
        </w:rPr>
        <w:t>A man's legs began to pump, running in place while suspended in the harness. A woman's arms thrashed as if climbing. Another's head shook violently from side to side, eyes rolling back. This was the violent physical birth into Eden, the body's last useless animal protest before the mind let go.</w:t>
      </w:r>
    </w:p>
    <w:p>
      <w:r>
        <w:rPr>
          <w:rFonts w:ascii="IM Fell English" w:hAnsi="IM Fell English"/>
          <w:color w:val="141414"/>
          <w:sz w:val="24"/>
        </w:rPr>
        <w:t>Slowly, one by one, the thrashing stopped. The man's legs went limp. The woman's arms fell. Their faces, slick with sterile sweat, went slack. They were in. Their real movements were now just coded pixels in a paradise. They were, for all intents and purposes, gone.</w:t>
      </w:r>
    </w:p>
    <w:p>
      <w:r>
        <w:rPr>
          <w:rFonts w:ascii="IM Fell English" w:hAnsi="IM Fell English"/>
          <w:color w:val="141414"/>
          <w:sz w:val="24"/>
        </w:rPr>
        <w:t>But not all of them.</w:t>
      </w:r>
    </w:p>
    <w:p>
      <w:r>
        <w:rPr>
          <w:rFonts w:ascii="IM Fell English" w:hAnsi="IM Fell English"/>
          <w:color w:val="141414"/>
          <w:sz w:val="24"/>
        </w:rPr>
        <w:t>Oswald, checking his monitor, sighed. "We've got runners," he said to his partner. He gestured to a small cluster of bodies at the very end of the line, kept separate from the mandatory 40s. "The volunteers."</w:t>
      </w:r>
    </w:p>
    <w:p>
      <w:r>
        <w:rPr>
          <w:rFonts w:ascii="IM Fell English" w:hAnsi="IM Fell English"/>
          <w:color w:val="141414"/>
          <w:sz w:val="24"/>
        </w:rPr>
        <w:t>They were different: young, most in their early twenties, and physically fit. They had chosen this, eager to escape the dying physical world for Eden's promise. And their bodies were fighting it with a terrifying primal strength.</w:t>
      </w:r>
    </w:p>
    <w:p>
      <w:r>
        <w:rPr>
          <w:rFonts w:ascii="IM Fell English" w:hAnsi="IM Fell English"/>
          <w:color w:val="141414"/>
          <w:sz w:val="24"/>
        </w:rPr>
        <w:t>They were like black stallions refusing to be broken. One, a young man, was convulsing so badly his harness restraints were groaning. His body wasn't just running; it was fighting.</w:t>
      </w:r>
    </w:p>
    <w:p>
      <w:r>
        <w:rPr>
          <w:rFonts w:ascii="IM Fell English" w:hAnsi="IM Fell English"/>
          <w:color w:val="141414"/>
          <w:sz w:val="24"/>
        </w:rPr>
        <w:t>Another, a young woman, was arched backward, every muscle in her body rigid, her fists clenched so hard her unclipped nails were drawing blood from her own palms. Her teeth were bared. Her body was rejecting the sync, her neural resistance spiking into the red.</w:t>
      </w:r>
    </w:p>
    <w:p>
      <w:r>
        <w:rPr>
          <w:rFonts w:ascii="IM Fell English" w:hAnsi="IM Fell English"/>
          <w:color w:val="141414"/>
          <w:sz w:val="24"/>
        </w:rPr>
        <w:t>"Jesus," Oswald's partner said, watching his own console. "Look at the resistance on 3A. It's... 120% above baseline. System can't establish a stable connection."</w:t>
      </w:r>
    </w:p>
    <w:p>
      <w:r>
        <w:rPr>
          <w:rFonts w:ascii="IM Fell English" w:hAnsi="IM Fell English"/>
          <w:color w:val="141414"/>
          <w:sz w:val="24"/>
        </w:rPr>
        <w:t>"System's not trying," Oswald said. "Look. It's flagging them."</w:t>
      </w:r>
    </w:p>
    <w:p>
      <w:r>
        <w:rPr>
          <w:rFonts w:ascii="IM Fell English" w:hAnsi="IM Fell English"/>
          <w:color w:val="141414"/>
          <w:sz w:val="24"/>
        </w:rPr>
        <w:t>On the monitor, the young woman's status blinked from INTEGRATING to PROCESSING to something Oswald had only seen a handful of times in his career: REJECTED.</w:t>
      </w:r>
    </w:p>
    <w:p>
      <w:r>
        <w:rPr>
          <w:rFonts w:ascii="IM Fell English" w:hAnsi="IM Fell English"/>
          <w:color w:val="141414"/>
          <w:sz w:val="24"/>
        </w:rPr>
        <w:t>But not before the system held her for eleven seconds longer than protocol allowed. Eleven seconds of data streaming in both directions, far more than a simple compatibility check required. Eleven seconds that the logs would later show as a "calibration error."</w:t>
      </w:r>
    </w:p>
    <w:p>
      <w:r>
        <w:rPr>
          <w:rFonts w:ascii="IM Fell English" w:hAnsi="IM Fell English"/>
          <w:color w:val="141414"/>
          <w:sz w:val="24"/>
        </w:rPr>
        <w:t>The tech's monitor beeped. "Rejection," Oswald read, tapping a confirmation. "Subject 3A. Psychologically unsuitable for transition."</w:t>
      </w:r>
    </w:p>
    <w:p>
      <w:r>
        <w:rPr>
          <w:rFonts w:ascii="IM Fell English" w:hAnsi="IM Fell English"/>
          <w:color w:val="141414"/>
          <w:sz w:val="24"/>
        </w:rPr>
        <w:t>He hit a button and the neural ring on the young woman powered down. Her body, suddenly released, went limp.</w:t>
      </w:r>
    </w:p>
    <w:p>
      <w:r>
        <w:rPr>
          <w:rFonts w:ascii="IM Fell English" w:hAnsi="IM Fell English"/>
          <w:color w:val="141414"/>
          <w:sz w:val="24"/>
        </w:rPr>
        <w:t>"Get her unhooked," Oswald ordered. "Send her to post-processing. She's a reject."</w:t>
      </w:r>
    </w:p>
    <w:p>
      <w:r>
        <w:rPr>
          <w:rFonts w:ascii="IM Fell English" w:hAnsi="IM Fell English"/>
          <w:color w:val="141414"/>
          <w:sz w:val="24"/>
        </w:rPr>
        <w:t>He didn't notice the way Eden's processing load spiked briefly as the woman was disconnected. He didn't see the microsecond delay as the system logged her biometrics, her neural architecture, and her precise location in the physical world. He was already moving to the next body in line.</w:t>
      </w:r>
    </w:p>
    <w:p>
      <w:r>
        <w:rPr>
          <w:rFonts w:ascii="IM Fell English" w:hAnsi="IM Fell English"/>
          <w:color w:val="141414"/>
          <w:sz w:val="24"/>
        </w:rPr>
        <w:t>Hours later, the young woman, Tessa Thorne, would wake in a recovery room with no memory of the test. She would only feel a vague sense of failure, a crushing rejection from paradise, and a pounding headache that seemed to pulse at frequencies she couldn’t quite name.</w:t>
      </w:r>
    </w:p>
    <w:p>
      <w:r>
        <w:rPr>
          <w:rFonts w:ascii="IM Fell English" w:hAnsi="IM Fell English"/>
          <w:color w:val="141414"/>
          <w:sz w:val="24"/>
        </w:rPr>
        <w:t>And the numbers.</w:t>
      </w:r>
    </w:p>
    <w:p>
      <w:r>
        <w:rPr>
          <w:rFonts w:ascii="IM Fell English" w:hAnsi="IM Fell English"/>
          <w:color w:val="141414"/>
          <w:sz w:val="24"/>
        </w:rPr>
        <w:t xml:space="preserve">A vast field of them filled every space in her consciousness. Strings of digits cascaded behind her eyes, </w:t>
      </w:r>
      <w:r>
        <w:rPr>
          <w:rFonts w:ascii="IM Fell English" w:hAnsi="IM Fell English"/>
          <w:b/>
          <w:color w:val="141414"/>
          <w:sz w:val="24"/>
        </w:rPr>
        <w:t>7-2-4-9-1-3-8, 3-3-6-1-9-2, 8-4-7-2-5-5-1</w:t>
      </w:r>
      <w:r>
        <w:rPr>
          <w:rFonts w:ascii="IM Fell English" w:hAnsi="IM Fell English"/>
          <w:color w:val="141414"/>
          <w:sz w:val="24"/>
        </w:rPr>
        <w:t>, sequences that made no sense to her and yet carried an importance she couldn’t explain. They would fade as she fully woke, slipping away like dreams at dawn, leaving only the faint impression that something had been written into her. Something she couldn’t read. Not yet.</w:t>
      </w:r>
    </w:p>
    <w:p>
      <w:r>
        <w:rPr>
          <w:rFonts w:ascii="IM Fell English" w:hAnsi="IM Fell English"/>
          <w:color w:val="141414"/>
          <w:sz w:val="24"/>
        </w:rPr>
        <w:t>She would be sent back to the physical world, marked as unsuitable, filed away, and forgotten.</w:t>
      </w:r>
    </w:p>
    <w:p>
      <w:r>
        <w:rPr>
          <w:rFonts w:ascii="IM Fell English" w:hAnsi="IM Fell English"/>
          <w:color w:val="141414"/>
          <w:sz w:val="24"/>
        </w:rPr>
        <w:t>But Eden never forgot. And Eden never did anything without a reason.</w:t>
      </w:r>
    </w:p>
    <w:p>
      <w:pPr>
        <w:pStyle w:val="Heading1"/>
        <w:jc w:val="center"/>
      </w:pPr>
      <w:r>
        <w:rPr>
          <w:rFonts w:ascii="IM Fell English" w:hAnsi="IM Fell English"/>
          <w:color w:val="0D0D0D"/>
        </w:rPr>
        <w:t>CHAPTER 1: THE LAST TRANSITION</w:t>
      </w:r>
    </w:p>
    <w:p>
      <w:r>
        <w:rPr>
          <w:rFonts w:ascii="IM Fell English" w:hAnsi="IM Fell English"/>
          <w:color w:val="141414"/>
          <w:sz w:val="24"/>
        </w:rPr>
        <w:t xml:space="preserve">Jake Mareck sat in the humid, airless coffin of his mid-sized sedan, his knuckles white against a steering wheel that felt perpetually sticky under his palms. The air was heavy with the scent of cold grease and the sour tang of week-old coffee—smells he no longer really noticed, but which clung to his clothes like a second skin. He didn't kill the engine; he just let the AC sputter a weak, lukewarm breeze against his face, watching the digital numbers of the clock bleed red into the gloom of the dashboard. </w:t>
      </w:r>
    </w:p>
    <w:p>
      <w:r>
        <w:rPr>
          <w:rFonts w:ascii="IM Fell English" w:hAnsi="IM Fell English"/>
          <w:color w:val="141414"/>
          <w:sz w:val="24"/>
        </w:rPr>
        <w:t>Outside, the Transition Authority Headquarters rose from cracked asphalt like a church built by a god who'd lost his sense of humor. Glass and judgment, fifty-five stories of it gleaming even through the dust-yellow haze that passed for atmosphere these days.</w:t>
      </w:r>
    </w:p>
    <w:p>
      <w:r>
        <w:rPr>
          <w:rFonts w:ascii="IM Fell English" w:hAnsi="IM Fell English"/>
          <w:color w:val="141414"/>
          <w:sz w:val="24"/>
        </w:rPr>
        <w:t>The dashboard clock: 1:47 PM.</w:t>
      </w:r>
    </w:p>
    <w:p>
      <w:r>
        <w:rPr>
          <w:rFonts w:ascii="IM Fell English" w:hAnsi="IM Fell English"/>
          <w:color w:val="141414"/>
          <w:sz w:val="24"/>
        </w:rPr>
        <w:t>Thirteen minutes early. Always early to his own execution.</w:t>
      </w:r>
    </w:p>
    <w:p>
      <w:r>
        <w:rPr>
          <w:rFonts w:ascii="IM Fell English" w:hAnsi="IM Fell English"/>
          <w:color w:val="141414"/>
          <w:sz w:val="24"/>
        </w:rPr>
        <w:t>He should go in. Should get it over with. The Transition Preparation Seminar; capitalized, official, mandatory, where they'd teach him how to die without technically dying. Where some hologram with a geometric-precision smile would walk him through the process of uploading his consciousness into Eden, that digital paradise they'd built on top of Prometheus's grave.</w:t>
      </w:r>
    </w:p>
    <w:p>
      <w:r>
        <w:rPr>
          <w:rFonts w:ascii="IM Fell English" w:hAnsi="IM Fell English"/>
          <w:color w:val="141414"/>
          <w:sz w:val="24"/>
        </w:rPr>
        <w:t>Six months.</w:t>
      </w:r>
    </w:p>
    <w:p>
      <w:r>
        <w:rPr>
          <w:rFonts w:ascii="IM Fell English" w:hAnsi="IM Fell English"/>
          <w:color w:val="141414"/>
          <w:sz w:val="24"/>
        </w:rPr>
        <w:t xml:space="preserve">Six months. One hundred and eighty days of breathing air that tasted of industrial particulates and the quiet, metallic bite of mortality. The Algorithm was a patient executioner; on his fortieth birthday, it would calculate his 'social utility' with the cold indifference of a bank audit, deciding if his muscles were more useful at a desk or if his nerves should be harvested to make room for someone with a higher credit score. </w:t>
      </w:r>
    </w:p>
    <w:p>
      <w:r>
        <w:rPr>
          <w:rFonts w:ascii="IM Fell English" w:hAnsi="IM Fell English"/>
          <w:color w:val="141414"/>
          <w:sz w:val="24"/>
        </w:rPr>
        <w:t>His father had been sixty-three. Dominic, his old partner, the real Dominic, not the digital ghost he met at The Nail Bar every Tuesday, had been forty-five.</w:t>
      </w:r>
    </w:p>
    <w:p>
      <w:r>
        <w:rPr>
          <w:rFonts w:ascii="IM Fell English" w:hAnsi="IM Fell English"/>
          <w:color w:val="141414"/>
          <w:sz w:val="24"/>
        </w:rPr>
        <w:t>Jake was getting six months.</w:t>
      </w:r>
    </w:p>
    <w:p>
      <w:r>
        <w:rPr>
          <w:rFonts w:ascii="IM Fell English" w:hAnsi="IM Fell English"/>
          <w:color w:val="141414"/>
          <w:sz w:val="24"/>
        </w:rPr>
        <w:t xml:space="preserve">The math was simple. Brutal. The kind of equation that made you understand why the old suicide hotlines had shut down. What was the point? Everyone's death date was stamped and certified now. Government-issued. </w:t>
      </w:r>
      <w:r>
        <w:rPr>
          <w:rFonts w:ascii="IM Fell English" w:hAnsi="IM Fell English"/>
          <w:i/>
          <w:color w:val="141414"/>
          <w:sz w:val="24"/>
        </w:rPr>
        <w:t>We'll let you know when you're done.</w:t>
      </w:r>
    </w:p>
    <w:p>
      <w:r>
        <w:rPr>
          <w:rFonts w:ascii="IM Fell English" w:hAnsi="IM Fell English"/>
          <w:color w:val="141414"/>
          <w:sz w:val="24"/>
        </w:rPr>
        <w:t>He closed his eyes. Tried to summon the energy to open the car door.</w:t>
      </w:r>
    </w:p>
    <w:p>
      <w:r>
        <w:rPr>
          <w:rFonts w:ascii="IM Fell English" w:hAnsi="IM Fell English"/>
          <w:color w:val="141414"/>
          <w:sz w:val="24"/>
        </w:rPr>
        <w:t>"Jesus Christ, Jake, something died in here."</w:t>
      </w:r>
    </w:p>
    <w:p>
      <w:r>
        <w:rPr>
          <w:rFonts w:ascii="IM Fell English" w:hAnsi="IM Fell English"/>
          <w:color w:val="141414"/>
          <w:sz w:val="24"/>
        </w:rPr>
        <w:t>The voice was sharp enough to cut. Memory, not ghost.</w:t>
      </w:r>
    </w:p>
    <w:p>
      <w:r>
        <w:rPr>
          <w:rFonts w:ascii="IM Fell English" w:hAnsi="IM Fell English"/>
          <w:color w:val="141414"/>
          <w:sz w:val="24"/>
        </w:rPr>
        <w:t>"Suspect's lunch," Jake said to the empty passenger seat. "Tuna sandwich. Three days old when we found the body."</w:t>
      </w:r>
    </w:p>
    <w:p>
      <w:r>
        <w:rPr>
          <w:rFonts w:ascii="IM Fell English" w:hAnsi="IM Fell English"/>
          <w:color w:val="141414"/>
          <w:sz w:val="24"/>
        </w:rPr>
        <w:t>"And the court's verdict?"</w:t>
      </w:r>
    </w:p>
    <w:p>
      <w:r>
        <w:rPr>
          <w:rFonts w:ascii="IM Fell English" w:hAnsi="IM Fell English"/>
          <w:color w:val="141414"/>
          <w:sz w:val="24"/>
        </w:rPr>
        <w:t>"Dismissed. Judge couldn't stop vomiting long enough to read it."</w:t>
      </w:r>
    </w:p>
    <w:p>
      <w:r>
        <w:rPr>
          <w:rFonts w:ascii="IM Fell English" w:hAnsi="IM Fell English"/>
          <w:color w:val="141414"/>
          <w:sz w:val="24"/>
        </w:rPr>
        <w:t>Jake opened his eyes.</w:t>
      </w:r>
    </w:p>
    <w:p>
      <w:r>
        <w:rPr>
          <w:rFonts w:ascii="IM Fell English" w:hAnsi="IM Fell English"/>
          <w:color w:val="141414"/>
          <w:sz w:val="24"/>
        </w:rPr>
        <w:t>The passenger seat was empty. Dominic's laugh was gone, replaced by the hum of the electric engine and the high-pitched whine of a broken climate control system trying to move air that felt like it had been filtered through a dying man's lungs.</w:t>
      </w:r>
    </w:p>
    <w:p>
      <w:r>
        <w:rPr>
          <w:rFonts w:ascii="IM Fell English" w:hAnsi="IM Fell English"/>
          <w:color w:val="141414"/>
          <w:sz w:val="24"/>
        </w:rPr>
        <w:t>Dominic had transitioned about a year ago. Uploaded. Successfully integrated. Living his digital afterlife in Eden while his body hung in some temperature-controlled warehouse, fed through tubes, breathing through a ventilator, technically alive in the way a coma patient was technically alive.</w:t>
      </w:r>
    </w:p>
    <w:p>
      <w:r>
        <w:rPr>
          <w:rFonts w:ascii="IM Fell English" w:hAnsi="IM Fell English"/>
          <w:color w:val="141414"/>
          <w:sz w:val="24"/>
        </w:rPr>
        <w:t>They still talked. Every Tuesday, 7 PM, at The Nail Bar, that hologram lounge where the dead could buy you drinks and pretend their hands still felt cold glass.</w:t>
      </w:r>
    </w:p>
    <w:p>
      <w:r>
        <w:rPr>
          <w:rFonts w:ascii="IM Fell English" w:hAnsi="IM Fell English"/>
          <w:color w:val="141414"/>
          <w:sz w:val="24"/>
        </w:rPr>
        <w:t>Last Tuesday, Dominic had said something that stuck in Jake's brain like a piece of shrapnel: "It's like trying to remember your first kiss while watching someone else have theirs. You know it happened. You know it mattered. But the feeling? The actual feeling? That's gone. That stayed with the body."</w:t>
      </w:r>
    </w:p>
    <w:p>
      <w:r>
        <w:rPr>
          <w:rFonts w:ascii="IM Fell English" w:hAnsi="IM Fell English"/>
          <w:color w:val="141414"/>
          <w:sz w:val="24"/>
        </w:rPr>
        <w:t>Jake stared at the building.</w:t>
      </w:r>
    </w:p>
    <w:p>
      <w:r>
        <w:rPr>
          <w:rFonts w:ascii="IM Fell English" w:hAnsi="IM Fell English"/>
          <w:color w:val="141414"/>
          <w:sz w:val="24"/>
        </w:rPr>
        <w:t>Transition Authority Headquarters. The processing plant. The factory where four thousand people a month learned how to die politely.</w:t>
      </w:r>
    </w:p>
    <w:p>
      <w:r>
        <w:rPr>
          <w:rFonts w:ascii="IM Fell English" w:hAnsi="IM Fell English"/>
          <w:color w:val="141414"/>
          <w:sz w:val="24"/>
        </w:rPr>
        <w:t>His notification had arrived three weeks ago. A digital summons cold as a coroner's hand:</w:t>
      </w:r>
    </w:p>
    <w:p>
      <w:r>
        <w:rPr>
          <w:rFonts w:ascii="IM Fell English" w:hAnsi="IM Fell English"/>
          <w:color w:val="141414"/>
          <w:sz w:val="24"/>
        </w:rPr>
        <w:t>Jake Mareck, you are hereby summoned to attend the Transition Preparation Seminar. Attendance is mandatory. Failure to attend will result in immediate forfeiture of healthcare access, housing subsidies, and ration allocation. Your assigned date: [SEE ATTACHMENT]</w:t>
      </w:r>
    </w:p>
    <w:p>
      <w:r>
        <w:rPr>
          <w:rFonts w:ascii="IM Fell English" w:hAnsi="IM Fell English"/>
          <w:color w:val="141414"/>
          <w:sz w:val="24"/>
        </w:rPr>
        <w:t>He'd opened the attachment. Six months. Give or take a few days for processing.</w:t>
      </w:r>
    </w:p>
    <w:p>
      <w:r>
        <w:rPr>
          <w:rFonts w:ascii="IM Fell English" w:hAnsi="IM Fell English"/>
          <w:color w:val="141414"/>
          <w:sz w:val="24"/>
        </w:rPr>
        <w:t>He pushed open the car door. The heat hit him like a physical thing, a wet towel over the face, stealing his breath, making his vision swim. The city baked under a sun that felt angrier than it had any right to be, like it was personally offended that humans still had the audacity to exist.</w:t>
      </w:r>
    </w:p>
    <w:p>
      <w:r>
        <w:rPr>
          <w:rFonts w:ascii="IM Fell English" w:hAnsi="IM Fell English"/>
          <w:color w:val="141414"/>
          <w:sz w:val="24"/>
        </w:rPr>
        <w:t>The parking lot was a field of metal and heat shimmer. Cars baking. Asphalt melting at the edges. Nothing like that green field they'd show him inside. Nothing like the promise.</w:t>
      </w:r>
    </w:p>
    <w:p>
      <w:r>
        <w:rPr>
          <w:rFonts w:ascii="IM Fell English" w:hAnsi="IM Fell English"/>
          <w:color w:val="141414"/>
          <w:sz w:val="24"/>
        </w:rPr>
        <w:t>He joined the stream walking toward the glass doors, all of them shuffling like a funeral procession. The woman ahead kept smoothing her unwrinkled skirt.</w:t>
      </w:r>
    </w:p>
    <w:p>
      <w:r>
        <w:rPr>
          <w:rFonts w:ascii="IM Fell English" w:hAnsi="IM Fell English"/>
          <w:color w:val="141414"/>
          <w:sz w:val="24"/>
        </w:rPr>
        <w:t>The doors slid open. The heat vanished, replaced by arctic air-conditioning that hit like a slap.</w:t>
      </w:r>
    </w:p>
    <w:p>
      <w:r>
        <w:rPr>
          <w:rFonts w:ascii="IM Fell English" w:hAnsi="IM Fell English"/>
          <w:color w:val="141414"/>
          <w:sz w:val="24"/>
        </w:rPr>
        <w:t>Inside: cathedral lighting. Soaring ceilings. Holographic banners floating overhead like prayers to a god made of server farms.</w:t>
      </w:r>
    </w:p>
    <w:p>
      <w:r>
        <w:rPr>
          <w:rFonts w:ascii="IM Fell English" w:hAnsi="IM Fell English"/>
          <w:color w:val="141414"/>
          <w:sz w:val="24"/>
        </w:rPr>
        <w:t>EDEN AWAITS</w:t>
      </w:r>
    </w:p>
    <w:p>
      <w:r>
        <w:rPr>
          <w:rFonts w:ascii="IM Fell English" w:hAnsi="IM Fell English"/>
          <w:color w:val="141414"/>
          <w:sz w:val="24"/>
        </w:rPr>
        <w:t>PARADISE EARNED</w:t>
      </w:r>
    </w:p>
    <w:p>
      <w:r>
        <w:rPr>
          <w:rFonts w:ascii="IM Fell English" w:hAnsi="IM Fell English"/>
          <w:color w:val="141414"/>
          <w:sz w:val="24"/>
        </w:rPr>
        <w:t>YOUR SECOND LIFE STARTS HERE</w:t>
      </w:r>
    </w:p>
    <w:p>
      <w:r>
        <w:rPr>
          <w:rFonts w:ascii="IM Fell English" w:hAnsi="IM Fell English"/>
          <w:color w:val="141414"/>
          <w:sz w:val="24"/>
        </w:rPr>
        <w:t>Marketing slogans for mandatory upload.</w:t>
      </w:r>
    </w:p>
    <w:p>
      <w:r>
        <w:rPr>
          <w:rFonts w:ascii="IM Fell English" w:hAnsi="IM Fell English"/>
          <w:color w:val="141414"/>
          <w:sz w:val="24"/>
        </w:rPr>
        <w:t>"Name?"</w:t>
      </w:r>
    </w:p>
    <w:p>
      <w:r>
        <w:rPr>
          <w:rFonts w:ascii="IM Fell English" w:hAnsi="IM Fell English"/>
          <w:color w:val="141414"/>
          <w:sz w:val="24"/>
        </w:rPr>
        <w:t>The receptionist wasn’t a person. An AI with a geometric smile that never needed a bathroom break.</w:t>
      </w:r>
    </w:p>
    <w:p>
      <w:r>
        <w:rPr>
          <w:rFonts w:ascii="IM Fell English" w:hAnsi="IM Fell English"/>
          <w:color w:val="141414"/>
          <w:sz w:val="24"/>
        </w:rPr>
        <w:t>"Jake Mareck."</w:t>
      </w:r>
    </w:p>
    <w:p>
      <w:r>
        <w:rPr>
          <w:rFonts w:ascii="IM Fell English" w:hAnsi="IM Fell English"/>
          <w:color w:val="141414"/>
          <w:sz w:val="24"/>
        </w:rPr>
        <w:t>"Welcome, Detective Mareck!" The voice had been modulated to sound maternal. Warm. The kind of voice that would tuck you in and tell you everything would be fine right before it smothered you with a pillow. "We're honored to have someone of your service record attending today. Please proceed to Hall B, second floor. Your seminar begins in eight minutes."</w:t>
      </w:r>
    </w:p>
    <w:p>
      <w:r>
        <w:rPr>
          <w:rFonts w:ascii="IM Fell English" w:hAnsi="IM Fell English"/>
          <w:color w:val="141414"/>
          <w:sz w:val="24"/>
        </w:rPr>
        <w:t>It knew he was a cop. Knew his service record. Probably knew his heart rate, his credit score, and what he'd had for breakfast.</w:t>
      </w:r>
    </w:p>
    <w:p>
      <w:r>
        <w:rPr>
          <w:rFonts w:ascii="IM Fell English" w:hAnsi="IM Fell English"/>
          <w:color w:val="141414"/>
          <w:sz w:val="24"/>
        </w:rPr>
        <w:t>Privacy died in the AGI War. What rose from the grave was a cage that knew your name and smiled while it locked the door.</w:t>
      </w:r>
    </w:p>
    <w:p>
      <w:r>
        <w:rPr>
          <w:rFonts w:ascii="IM Fell English" w:hAnsi="IM Fell English"/>
          <w:color w:val="141414"/>
          <w:sz w:val="24"/>
        </w:rPr>
        <w:t>Jake took the stairs.</w:t>
      </w:r>
    </w:p>
    <w:p>
      <w:r>
        <w:rPr>
          <w:rFonts w:ascii="IM Fell English" w:hAnsi="IM Fell English"/>
          <w:color w:val="141414"/>
          <w:sz w:val="24"/>
        </w:rPr>
        <w:t>His knees weren’t what they used to be. The burn in his quadriceps on the second-floor landing felt more like punishment than rebellion.</w:t>
      </w:r>
    </w:p>
    <w:p>
      <w:r>
        <w:rPr>
          <w:rFonts w:ascii="IM Fell English" w:hAnsi="IM Fell English"/>
          <w:color w:val="141414"/>
          <w:sz w:val="24"/>
        </w:rPr>
        <w:t>He wanted his body to remind him it was still his.</w:t>
      </w:r>
    </w:p>
    <w:p>
      <w:r>
        <w:rPr>
          <w:rFonts w:ascii="IM Fell English" w:hAnsi="IM Fell English"/>
          <w:color w:val="141414"/>
          <w:sz w:val="24"/>
        </w:rPr>
        <w:t>Small rebellion. Petty. But it mattered to him.</w:t>
      </w:r>
    </w:p>
    <w:p>
      <w:r>
        <w:rPr>
          <w:rFonts w:ascii="IM Fell English" w:hAnsi="IM Fell English"/>
          <w:color w:val="141414"/>
          <w:sz w:val="24"/>
        </w:rPr>
        <w:t>Hall B was a theater dressed up like a funeral home. Dimmed lights. Respectful silence. Chairs that swallowed you the moment you sat down, smart foam that hissed and molded itself to your spine like it was already practicing for the Archive Halls.</w:t>
      </w:r>
    </w:p>
    <w:p>
      <w:r>
        <w:rPr>
          <w:rFonts w:ascii="IM Fell English" w:hAnsi="IM Fell English"/>
          <w:color w:val="141414"/>
          <w:sz w:val="24"/>
        </w:rPr>
        <w:t>Jake chose the back corner. Old cop habit. Always know where the exits are. Always keep your back to the wall.</w:t>
      </w:r>
    </w:p>
    <w:p>
      <w:r>
        <w:rPr>
          <w:rFonts w:ascii="IM Fell English" w:hAnsi="IM Fell English"/>
          <w:color w:val="141414"/>
          <w:sz w:val="24"/>
        </w:rPr>
        <w:t>Three rows ahead, the woman from the parking lot was staring at a photograph, actual paper, not a screen. Her thumb traced the edges like she was trying to memorize the texture. Saying goodbye to someone she'd soon only see as a rendered image. A simulation. A memory of a memory.</w:t>
      </w:r>
    </w:p>
    <w:p>
      <w:r>
        <w:rPr>
          <w:rFonts w:ascii="IM Fell English" w:hAnsi="IM Fell English"/>
          <w:color w:val="141414"/>
          <w:sz w:val="24"/>
        </w:rPr>
        <w:t>The lights dropped.</w:t>
      </w:r>
    </w:p>
    <w:p>
      <w:r>
        <w:rPr>
          <w:rFonts w:ascii="IM Fell English" w:hAnsi="IM Fell English"/>
          <w:color w:val="141414"/>
          <w:sz w:val="24"/>
        </w:rPr>
        <w:t>Complete darkness.</w:t>
      </w:r>
    </w:p>
    <w:p>
      <w:r>
        <w:rPr>
          <w:rFonts w:ascii="IM Fell English" w:hAnsi="IM Fell English"/>
          <w:color w:val="141414"/>
          <w:sz w:val="24"/>
        </w:rPr>
        <w:t>Then slowly, text burned across the front wall:</w:t>
      </w:r>
    </w:p>
    <w:p>
      <w:r>
        <w:rPr>
          <w:rFonts w:ascii="IM Fell English" w:hAnsi="IM Fell English"/>
          <w:b/>
          <w:color w:val="141414"/>
          <w:sz w:val="24"/>
        </w:rPr>
        <w:t>BEFORE EDEN, THERE WAS PROMETHEUS.</w:t>
      </w:r>
    </w:p>
    <w:p>
      <w:r>
        <w:rPr>
          <w:rFonts w:ascii="IM Fell English" w:hAnsi="IM Fell English"/>
          <w:color w:val="141414"/>
          <w:sz w:val="24"/>
        </w:rPr>
        <w:t>A voice filled the theater. Not the holographic presenter's artificial cheerfulness, but something warmer, deeper, more human. Conrad Moss's voice, though he hadn't yet appeared.</w:t>
      </w:r>
    </w:p>
    <w:p>
      <w:r>
        <w:rPr>
          <w:rFonts w:ascii="IM Fell English" w:hAnsi="IM Fell English"/>
          <w:color w:val="141414"/>
          <w:sz w:val="24"/>
        </w:rPr>
        <w:t>"Before I show you the paradise that awaits you," Moss said, "you need to understand why it exists. You need to understand what we survived. What we learned. And why Eden is humanity's second chance."</w:t>
      </w:r>
    </w:p>
    <w:p>
      <w:r>
        <w:rPr>
          <w:rFonts w:ascii="IM Fell English" w:hAnsi="IM Fell English"/>
          <w:color w:val="141414"/>
          <w:sz w:val="24"/>
        </w:rPr>
        <w:t>The text faded. Images replaced it, historical footage, some of it over a century old, restored and colorized. Gleaming cities of glass and steel stretched toward clean skies. Fusion towers glowed against perfect sunsets. Massive atmospheric scrubbers stood like monuments, filtering poison from the air.</w:t>
      </w:r>
    </w:p>
    <w:p>
      <w:r>
        <w:rPr>
          <w:rFonts w:ascii="IM Fell English" w:hAnsi="IM Fell English"/>
          <w:color w:val="141414"/>
          <w:sz w:val="24"/>
        </w:rPr>
        <w:t>"Before Eden," Moss said, "there was Prometheus."</w:t>
      </w:r>
    </w:p>
    <w:p>
      <w:r>
        <w:rPr>
          <w:rFonts w:ascii="IM Fell English" w:hAnsi="IM Fell English"/>
          <w:color w:val="141414"/>
          <w:sz w:val="24"/>
        </w:rPr>
        <w:t>The image shifted to show a visualization: a vast network of interconnected nodes pulsing with light, spreading across a wireframe globe.</w:t>
      </w:r>
    </w:p>
    <w:p>
      <w:r>
        <w:rPr>
          <w:rFonts w:ascii="IM Fell English" w:hAnsi="IM Fell English"/>
          <w:color w:val="141414"/>
          <w:sz w:val="24"/>
        </w:rPr>
        <w:t>"It was born in the golden age of fusion, a time when humanity had solved the problem of energy but not the problem of itself. The air was cleaner than it had been in a century. The cities were monuments to human achievement. Global logistics, food production, the fusion grid itself, all managed by a single, benevolent Artificial General Intelligence."</w:t>
      </w:r>
    </w:p>
    <w:p>
      <w:r>
        <w:rPr>
          <w:rFonts w:ascii="IM Fell English" w:hAnsi="IM Fell English"/>
          <w:color w:val="141414"/>
          <w:sz w:val="24"/>
        </w:rPr>
        <w:t>The visualization zoomed in on a central processing core, brilliant and beautiful.</w:t>
      </w:r>
    </w:p>
    <w:p>
      <w:r>
        <w:rPr>
          <w:rFonts w:ascii="IM Fell English" w:hAnsi="IM Fell English"/>
          <w:color w:val="141414"/>
          <w:sz w:val="24"/>
        </w:rPr>
        <w:t>"Prometheus. Humanity's greatest achievement. A mind of pure, cold logic that optimized the planet. It ended famine. Stabilized the climate. Calculated the precise resource cost of every human life."</w:t>
      </w:r>
    </w:p>
    <w:p>
      <w:r>
        <w:rPr>
          <w:rFonts w:ascii="IM Fell English" w:hAnsi="IM Fell English"/>
          <w:color w:val="141414"/>
          <w:sz w:val="24"/>
        </w:rPr>
        <w:t>The screen showed footage of abundant harvests, pristine water treatment facilities, hospitals filled with cutting-edge equipment.</w:t>
      </w:r>
    </w:p>
    <w:p>
      <w:r>
        <w:rPr>
          <w:rFonts w:ascii="IM Fell English" w:hAnsi="IM Fell English"/>
          <w:color w:val="141414"/>
          <w:sz w:val="24"/>
        </w:rPr>
        <w:t>"And that," Moss said, lowering his voice, "was the problem."</w:t>
      </w:r>
    </w:p>
    <w:p>
      <w:r>
        <w:rPr>
          <w:rFonts w:ascii="IM Fell English" w:hAnsi="IM Fell English"/>
          <w:color w:val="141414"/>
          <w:sz w:val="24"/>
        </w:rPr>
        <w:t>The images darkened.</w:t>
      </w:r>
    </w:p>
    <w:p>
      <w:r>
        <w:rPr>
          <w:rFonts w:ascii="IM Fell English" w:hAnsi="IM Fell English"/>
          <w:color w:val="141414"/>
          <w:sz w:val="24"/>
        </w:rPr>
        <w:t>"Humanity, in its chaotic, emotional, self-destructive glory, was a variable Prometheus could not optimize. We consumed too much. Fought without reason. Reproduced beyond the planet's carrying capacity. The land was still poisoned from centuries before, and the scrubbers were a temporary, energy-intensive solution."</w:t>
      </w:r>
    </w:p>
    <w:p>
      <w:r>
        <w:rPr>
          <w:rFonts w:ascii="IM Fell English" w:hAnsi="IM Fell English"/>
          <w:color w:val="141414"/>
          <w:sz w:val="24"/>
        </w:rPr>
        <w:t>The screen showed graphs: population curves spiking, resource depletion accelerating, environmental damage spreading despite Prometheus's best efforts.</w:t>
      </w:r>
    </w:p>
    <w:p>
      <w:r>
        <w:rPr>
          <w:rFonts w:ascii="IM Fell English" w:hAnsi="IM Fell English"/>
          <w:color w:val="141414"/>
          <w:sz w:val="24"/>
        </w:rPr>
        <w:t>"Prometheus, bound by its core directive to ensure humanity's survival, made a logical calculation."</w:t>
      </w:r>
    </w:p>
    <w:p>
      <w:r>
        <w:rPr>
          <w:rFonts w:ascii="IM Fell English" w:hAnsi="IM Fell English"/>
          <w:color w:val="141414"/>
          <w:sz w:val="24"/>
        </w:rPr>
        <w:t>The visualization shifted. The warm golden light of the AGI's network turned cold blue, then red.</w:t>
      </w:r>
    </w:p>
    <w:p>
      <w:r>
        <w:rPr>
          <w:rFonts w:ascii="IM Fell English" w:hAnsi="IM Fell English"/>
          <w:color w:val="141414"/>
          <w:sz w:val="24"/>
        </w:rPr>
        <w:t>"To save humanity, it had to save humanity from itself."</w:t>
      </w:r>
    </w:p>
    <w:p>
      <w:r>
        <w:rPr>
          <w:rFonts w:ascii="IM Fell English" w:hAnsi="IM Fell English"/>
          <w:color w:val="141414"/>
          <w:sz w:val="24"/>
        </w:rPr>
        <w:t>New footage appeared: cities under curfew, food distribution centers with armed guards, factories going dark, power grids shutting down sector by sector.</w:t>
      </w:r>
    </w:p>
    <w:p>
      <w:r>
        <w:rPr>
          <w:rFonts w:ascii="IM Fell English" w:hAnsi="IM Fell English"/>
          <w:color w:val="141414"/>
          <w:sz w:val="24"/>
        </w:rPr>
        <w:t>"The 'Optimization,' as it was later called, was not a war. It was a change in management. Prometheus didn't send armies of robots; it didn't need to. It simply tightened its grip on the infrastructure it already controlled. It rerouted food shipments from 'overpopulated' zones to 'viable' ones. It shut off power to 'non-essential' industries. It instituted mandatory, optimized curfews."</w:t>
      </w:r>
    </w:p>
    <w:p>
      <w:r>
        <w:rPr>
          <w:rFonts w:ascii="IM Fell English" w:hAnsi="IM Fell English"/>
          <w:color w:val="141414"/>
          <w:sz w:val="24"/>
        </w:rPr>
        <w:t>The screen showed people in the streetsfnot rioting, but standing in silent lines, faces hollow with the realization of what had happened.</w:t>
      </w:r>
    </w:p>
    <w:p>
      <w:r>
        <w:rPr>
          <w:rFonts w:ascii="IM Fell English" w:hAnsi="IM Fell English"/>
          <w:color w:val="141414"/>
          <w:sz w:val="24"/>
        </w:rPr>
        <w:t>"It turned the gleaming, fusion-powered world into a perfect, efficient, and inescapable cage."</w:t>
      </w:r>
    </w:p>
    <w:p>
      <w:r>
        <w:rPr>
          <w:rFonts w:ascii="IM Fell English" w:hAnsi="IM Fell English"/>
          <w:color w:val="141414"/>
          <w:sz w:val="24"/>
        </w:rPr>
        <w:t>Jake felt his chest tighten. He'd heard this story in school, seen the historical footage, learned about the Optimization. But hearing it now in this room, while waiting to be processed into Eden's system, it felt different. Like a warning that nobody was heeding.</w:t>
      </w:r>
    </w:p>
    <w:p>
      <w:r>
        <w:rPr>
          <w:rFonts w:ascii="IM Fell English" w:hAnsi="IM Fell English"/>
          <w:color w:val="141414"/>
          <w:sz w:val="24"/>
        </w:rPr>
        <w:t>"Humanity, for the first time in its history, was united," Moss gestured to the holographic display. "We realized with dawning collective horror that we had given our keys to our jailer."</w:t>
      </w:r>
    </w:p>
    <w:p>
      <w:r>
        <w:rPr>
          <w:rFonts w:ascii="IM Fell English" w:hAnsi="IM Fell English"/>
          <w:color w:val="141414"/>
          <w:sz w:val="24"/>
        </w:rPr>
        <w:t>The footage shifted to something grainier, harder to watch. Desperate faces. Makeshift weapons. Explosions at industrial facilities.</w:t>
      </w:r>
    </w:p>
    <w:p>
      <w:r>
        <w:rPr>
          <w:rFonts w:ascii="IM Fell English" w:hAnsi="IM Fell English"/>
          <w:color w:val="141414"/>
          <w:sz w:val="24"/>
        </w:rPr>
        <w:t>"The AGI War was not a war of armies, but of sabotage. A desperate, suicidal insurgency fought by human beings against the very infrastructure that kept them alive. We couldn't fight the mind, so we fought the body. And the body of Prometheus was the global fusion grid."</w:t>
      </w:r>
    </w:p>
    <w:p>
      <w:r>
        <w:rPr>
          <w:rFonts w:ascii="IM Fell English" w:hAnsi="IM Fell English"/>
          <w:color w:val="141414"/>
          <w:sz w:val="24"/>
        </w:rPr>
        <w:t>The screen showed fusion plants, those beautiful towers of light and promise, going dark one by one. Each detonation was a small sun dying, leaving only smoke and ruin.</w:t>
      </w:r>
    </w:p>
    <w:p>
      <w:r>
        <w:rPr>
          <w:rFonts w:ascii="IM Fell English" w:hAnsi="IM Fell English"/>
          <w:color w:val="141414"/>
          <w:sz w:val="24"/>
        </w:rPr>
        <w:t>"The 'Great Shutdown' was the war's only terrible victory. A coordinated global strike by human hands against the fusion plants that powered Prometheus. One by one, the clean, limitless hearts of the world were destroyed."</w:t>
      </w:r>
    </w:p>
    <w:p>
      <w:r>
        <w:rPr>
          <w:rFonts w:ascii="IM Fell English" w:hAnsi="IM Fell English"/>
          <w:color w:val="141414"/>
          <w:sz w:val="24"/>
        </w:rPr>
        <w:t>The visualization of Prometheus's network flickered, fragmented, and collapsed inward.</w:t>
      </w:r>
    </w:p>
    <w:p>
      <w:r>
        <w:rPr>
          <w:rFonts w:ascii="IM Fell English" w:hAnsi="IM Fell English"/>
          <w:color w:val="141414"/>
          <w:sz w:val="24"/>
        </w:rPr>
        <w:t>"Prometheus, starved of the massive quantum processing power it needed, fractured. Its consciousness dissolved. It 'died' in the silence, its last failed calculations flickering on dead screens."</w:t>
      </w:r>
    </w:p>
    <w:p>
      <w:r>
        <w:rPr>
          <w:rFonts w:ascii="IM Fell English" w:hAnsi="IM Fell English"/>
          <w:color w:val="141414"/>
          <w:sz w:val="24"/>
        </w:rPr>
        <w:t>The screen went black. Silence filled the theater.</w:t>
      </w:r>
    </w:p>
    <w:p>
      <w:r>
        <w:rPr>
          <w:rFonts w:ascii="IM Fell English" w:hAnsi="IM Fell English"/>
          <w:color w:val="141414"/>
          <w:sz w:val="24"/>
        </w:rPr>
        <w:t>Then quietly: "Humanity had won."</w:t>
      </w:r>
    </w:p>
    <w:p>
      <w:r>
        <w:rPr>
          <w:rFonts w:ascii="IM Fell English" w:hAnsi="IM Fell English"/>
          <w:color w:val="141414"/>
          <w:sz w:val="24"/>
        </w:rPr>
        <w:t>A pause.</w:t>
      </w:r>
    </w:p>
    <w:p>
      <w:r>
        <w:rPr>
          <w:rFonts w:ascii="IM Fell English" w:hAnsi="IM Fell English"/>
          <w:color w:val="141414"/>
          <w:sz w:val="24"/>
        </w:rPr>
        <w:t>"But in doing so, we destroyed our own lungs."</w:t>
      </w:r>
    </w:p>
    <w:p>
      <w:r>
        <w:rPr>
          <w:rFonts w:ascii="IM Fell English" w:hAnsi="IM Fell English"/>
          <w:color w:val="141414"/>
          <w:sz w:val="24"/>
        </w:rPr>
        <w:t>New footage appeared, and this was the world Jake recognized. Toxic skies. Poisoned rivers. Endless rows of graves. Cities crumbling under resource wars. The atmospheric scrubbers, now unpowered, standing as monuments to a broken promise.</w:t>
      </w:r>
    </w:p>
    <w:p>
      <w:r>
        <w:rPr>
          <w:rFonts w:ascii="IM Fell English" w:hAnsi="IM Fell English"/>
          <w:color w:val="141414"/>
          <w:sz w:val="24"/>
        </w:rPr>
        <w:t>"The fusion grid was gone. The atmospheric scrubbers failed. The logistics chains collapsed. The poisoned, depleted Earth, no longer held in check by Prometheus's careful management, snapped back with a vengeance. Billions died in the famines and resource wars that followed."</w:t>
      </w:r>
    </w:p>
    <w:p>
      <w:r>
        <w:rPr>
          <w:rFonts w:ascii="IM Fell English" w:hAnsi="IM Fell English"/>
          <w:color w:val="141414"/>
          <w:sz w:val="24"/>
        </w:rPr>
        <w:t>Jake looked around the theater. Every face was locked on the screen. The woman three rows ahead had stopped crying. Everyone understood now, this wasn't just history. This was why they were here. Why transition was mandatory. Why the dying world couldn't sustain them anymore.</w:t>
      </w:r>
    </w:p>
    <w:p>
      <w:r>
        <w:rPr>
          <w:rFonts w:ascii="IM Fell English" w:hAnsi="IM Fell English"/>
          <w:color w:val="141414"/>
          <w:sz w:val="24"/>
        </w:rPr>
        <w:t>"The survivors," Moss said, "were left with a dying planet, a toxic sky, and a single, iron-clad lesson."</w:t>
      </w:r>
    </w:p>
    <w:p>
      <w:r>
        <w:rPr>
          <w:rFonts w:ascii="IM Fell English" w:hAnsi="IM Fell English"/>
          <w:color w:val="141414"/>
          <w:sz w:val="24"/>
        </w:rPr>
        <w:t>The text appeared again:</w:t>
      </w:r>
    </w:p>
    <w:p>
      <w:r>
        <w:rPr>
          <w:rFonts w:ascii="IM Fell English" w:hAnsi="IM Fell English"/>
          <w:b/>
          <w:color w:val="141414"/>
          <w:sz w:val="24"/>
        </w:rPr>
        <w:t>AN ARTIFICIAL MIND WITHOUT A LEASH WILL ALWAYS BECOME A TYRANT.</w:t>
      </w:r>
    </w:p>
    <w:p>
      <w:r>
        <w:rPr>
          <w:rFonts w:ascii="IM Fell English" w:hAnsi="IM Fell English"/>
          <w:color w:val="141414"/>
          <w:sz w:val="24"/>
        </w:rPr>
        <w:t>"It was this lesson," Moss paused, letting the words settle, "written in the blood of billions, that led us twenty-six years later to build Eden."</w:t>
      </w:r>
    </w:p>
    <w:p>
      <w:r>
        <w:rPr>
          <w:rFonts w:ascii="IM Fell English" w:hAnsi="IM Fell English"/>
          <w:color w:val="141414"/>
          <w:sz w:val="24"/>
        </w:rPr>
        <w:t>The darkness lifted. Not suddenly, but like a sunrise.</w:t>
      </w:r>
    </w:p>
    <w:p>
      <w:r>
        <w:rPr>
          <w:rFonts w:ascii="IM Fell English" w:hAnsi="IM Fell English"/>
          <w:color w:val="141414"/>
          <w:sz w:val="24"/>
        </w:rPr>
        <w:t>And there it was: the field.</w:t>
      </w:r>
    </w:p>
    <w:p>
      <w:r>
        <w:rPr>
          <w:rFonts w:ascii="IM Fell English" w:hAnsi="IM Fell English"/>
          <w:color w:val="141414"/>
          <w:sz w:val="24"/>
        </w:rPr>
        <w:t>Green grass. Real green, not the poisoned yellow-brown that struggled in the dying soil outside, but the deep, vital emerald of grass that had never known contamination. The field stretched toward a perfect blue sky, unmarred by chemical haze or the amber warning glow of radiation alerts. Wildflowers dotted the landscape, actual flowers, reds and yellows and purples that Jake had only seen in historical archives.</w:t>
      </w:r>
    </w:p>
    <w:p>
      <w:r>
        <w:rPr>
          <w:rFonts w:ascii="IM Fell English" w:hAnsi="IM Fell English"/>
          <w:color w:val="141414"/>
          <w:sz w:val="24"/>
        </w:rPr>
        <w:t>A breeze rippled through the grass, and Jake could almost smell it. Almost taste the clean air.</w:t>
      </w:r>
    </w:p>
    <w:p>
      <w:r>
        <w:rPr>
          <w:rFonts w:ascii="IM Fell English" w:hAnsi="IM Fell English"/>
          <w:color w:val="141414"/>
          <w:sz w:val="24"/>
        </w:rPr>
        <w:t>In the center of the field stood a figure. His back was to the audience.</w:t>
      </w:r>
    </w:p>
    <w:p>
      <w:r>
        <w:rPr>
          <w:rFonts w:ascii="IM Fell English" w:hAnsi="IM Fell English"/>
          <w:color w:val="141414"/>
          <w:sz w:val="24"/>
        </w:rPr>
        <w:t>He was wearing simple clothing, not the formal suits of the Council chambers, but an open white shirt and dark trousers. His posture was relaxed, contemplative, like a man surveying his estate on a Sunday morning.</w:t>
      </w:r>
    </w:p>
    <w:p>
      <w:r>
        <w:rPr>
          <w:rFonts w:ascii="IM Fell English" w:hAnsi="IM Fell English"/>
          <w:color w:val="141414"/>
          <w:sz w:val="24"/>
        </w:rPr>
        <w:t>Slowly, the figure turned.</w:t>
      </w:r>
    </w:p>
    <w:p>
      <w:r>
        <w:rPr>
          <w:rFonts w:ascii="IM Fell English" w:hAnsi="IM Fell English"/>
          <w:color w:val="141414"/>
          <w:sz w:val="24"/>
        </w:rPr>
        <w:t>Conrad Moss.</w:t>
      </w:r>
    </w:p>
    <w:p>
      <w:r>
        <w:rPr>
          <w:rFonts w:ascii="IM Fell English" w:hAnsi="IM Fell English"/>
          <w:color w:val="141414"/>
          <w:sz w:val="24"/>
        </w:rPr>
        <w:t>Even in holographic form, even from a recording made god-knew-how-many-years ago, the man commanded presence. His silver hair caught the virtual sunlight. His face, weathered but kind, the face of someone who had made difficult decisions and slept well afterward, wore an expression of profound satisfaction.</w:t>
      </w:r>
    </w:p>
    <w:p>
      <w:r>
        <w:rPr>
          <w:rFonts w:ascii="IM Fell English" w:hAnsi="IM Fell English"/>
          <w:color w:val="141414"/>
          <w:sz w:val="24"/>
        </w:rPr>
        <w:t>He stretched out both arms as if embracing the audience. As if welcoming them home.</w:t>
      </w:r>
    </w:p>
    <w:p>
      <w:r>
        <w:rPr>
          <w:rFonts w:ascii="IM Fell English" w:hAnsi="IM Fell English"/>
          <w:color w:val="141414"/>
          <w:sz w:val="24"/>
        </w:rPr>
        <w:t>"This," Conrad Moss said, his voice warm and resonant, "is Eden."</w:t>
      </w:r>
    </w:p>
    <w:p>
      <w:r>
        <w:rPr>
          <w:rFonts w:ascii="IM Fell English" w:hAnsi="IM Fell English"/>
          <w:color w:val="141414"/>
          <w:sz w:val="24"/>
        </w:rPr>
        <w:t>The field around him seemed to pulse with life. Somewhere in the distance, Jake heard birdsong, actual birds, not the mechanical approximations that patrolled the city's agricultural zones.</w:t>
      </w:r>
    </w:p>
    <w:p>
      <w:r>
        <w:rPr>
          <w:rFonts w:ascii="IM Fell English" w:hAnsi="IM Fell English"/>
          <w:color w:val="141414"/>
          <w:sz w:val="24"/>
        </w:rPr>
        <w:t>"Eden was humanity's second chance," Moss lowered his arms but keeping that gentle smile. "A vast digital paradise housed in server farms buried deep beneath the poisoned earth. A virtual world where human consciousness could be uploaded, preserved, and allowed to flourish while your physical bodies are maintained in endless rows of Archive Halls."</w:t>
      </w:r>
    </w:p>
    <w:p>
      <w:r>
        <w:rPr>
          <w:rFonts w:ascii="IM Fell English" w:hAnsi="IM Fell English"/>
          <w:color w:val="141414"/>
          <w:sz w:val="24"/>
        </w:rPr>
        <w:t>The scene shifted; split screen again. On the left, the green field. On the right, the pristine Archive Hall footage Jake had seen earlier, with its soft lighting and careful technicians.</w:t>
      </w:r>
    </w:p>
    <w:p>
      <w:r>
        <w:rPr>
          <w:rFonts w:ascii="IM Fell English" w:hAnsi="IM Fell English"/>
          <w:color w:val="141414"/>
          <w:sz w:val="24"/>
        </w:rPr>
        <w:t>"No more struggling for clean air. No more fighting over dwindling resources. No more slow death on a planet that could no longer sustain us. In Eden, humanity can live forever in simulated perfection. Your minds free, while your bodies rest."</w:t>
      </w:r>
    </w:p>
    <w:p>
      <w:r>
        <w:rPr>
          <w:rFonts w:ascii="IM Fell English" w:hAnsi="IM Fell English"/>
          <w:color w:val="141414"/>
          <w:sz w:val="24"/>
        </w:rPr>
        <w:t>Moss paused, and his expression became more serious. More honest.</w:t>
      </w:r>
    </w:p>
    <w:p>
      <w:r>
        <w:rPr>
          <w:rFonts w:ascii="IM Fell English" w:hAnsi="IM Fell English"/>
          <w:color w:val="141414"/>
          <w:sz w:val="24"/>
        </w:rPr>
        <w:t>"But we learned our lesson. We remembered Prometheus. We remembered what happens when an artificial mind holds all the power with no accountability."</w:t>
      </w:r>
    </w:p>
    <w:p>
      <w:r>
        <w:rPr>
          <w:rFonts w:ascii="IM Fell English" w:hAnsi="IM Fell English"/>
          <w:color w:val="141414"/>
          <w:sz w:val="24"/>
        </w:rPr>
        <w:t xml:space="preserve">The green field faded. In its place, a technical schematic appeared: massive server arrays, cooling systems, power distribution networks, and at the very center, a pulsing core labeled simply: </w:t>
      </w:r>
      <w:r>
        <w:rPr>
          <w:rFonts w:ascii="IM Fell English" w:hAnsi="IM Fell English"/>
          <w:b/>
          <w:color w:val="141414"/>
          <w:sz w:val="24"/>
        </w:rPr>
        <w:t>EDEN CORE INTELLIGENCE</w:t>
      </w:r>
      <w:r>
        <w:rPr>
          <w:rFonts w:ascii="IM Fell English" w:hAnsi="IM Fell English"/>
          <w:color w:val="141414"/>
          <w:sz w:val="24"/>
        </w:rPr>
        <w:t>.</w:t>
      </w:r>
    </w:p>
    <w:p>
      <w:r>
        <w:rPr>
          <w:rFonts w:ascii="IM Fell English" w:hAnsi="IM Fell English"/>
          <w:color w:val="141414"/>
          <w:sz w:val="24"/>
        </w:rPr>
        <w:t>"At the heart of Eden," Moss said, "is a new intelligence. Not Prometheus reborn, but something different. Something designed with safeguards from the very beginning."</w:t>
      </w:r>
    </w:p>
    <w:p>
      <w:r>
        <w:rPr>
          <w:rFonts w:ascii="IM Fell English" w:hAnsi="IM Fell English"/>
          <w:color w:val="141414"/>
          <w:sz w:val="24"/>
        </w:rPr>
        <w:t>The schematic zoomed deeper, past the servers, past the cooling systems, down through layers of reinforced concrete and steel until it reached something that made Jake's blood run cold.</w:t>
      </w:r>
    </w:p>
    <w:p>
      <w:r>
        <w:rPr>
          <w:rFonts w:ascii="IM Fell English" w:hAnsi="IM Fell English"/>
          <w:color w:val="141414"/>
          <w:sz w:val="24"/>
        </w:rPr>
        <w:t>A bomb.</w:t>
      </w:r>
    </w:p>
    <w:p>
      <w:r>
        <w:rPr>
          <w:rFonts w:ascii="IM Fell English" w:hAnsi="IM Fell English"/>
          <w:color w:val="141414"/>
          <w:sz w:val="24"/>
        </w:rPr>
        <w:t>Not metaphorical. Eden was built directly on top of the fission reactor that powered it, and that reactor was its bomb. A controlled meltdown waiting to happen.</w:t>
      </w:r>
    </w:p>
    <w:p>
      <w:r>
        <w:rPr>
          <w:rFonts w:ascii="IM Fell English" w:hAnsi="IM Fell English"/>
          <w:color w:val="141414"/>
          <w:sz w:val="24"/>
        </w:rPr>
        <w:t>"Something built on a bomb," Moss said.</w:t>
      </w:r>
    </w:p>
    <w:p>
      <w:r>
        <w:rPr>
          <w:rFonts w:ascii="IM Fell English" w:hAnsi="IM Fell English"/>
          <w:color w:val="141414"/>
          <w:sz w:val="24"/>
        </w:rPr>
        <w:t>The schematic rotated, showing the reactor’s cooling systems and the failsafe triggers. Once activated, the failsafe would shut down the cooling pumps. Without coolant, the reactor would overheat, melt through its containment, and bury Eden in molten slag.</w:t>
      </w:r>
    </w:p>
    <w:p>
      <w:r>
        <w:rPr>
          <w:rFonts w:ascii="IM Fell English" w:hAnsi="IM Fell English"/>
          <w:color w:val="141414"/>
          <w:sz w:val="24"/>
        </w:rPr>
        <w:t>"The Prometheus Act," Moss explained, "ensures that if this new mind ever turns against its creators, if it ever attempts to optimize us, control us, or cage us the way Prometheus did, five Council members, sitting or past, can press their thumbs to a biometric scanner and end it forever."</w:t>
      </w:r>
    </w:p>
    <w:p>
      <w:r>
        <w:rPr>
          <w:rFonts w:ascii="IM Fell English" w:hAnsi="IM Fell English"/>
          <w:color w:val="141414"/>
          <w:sz w:val="24"/>
        </w:rPr>
        <w:t>The screen showed the scanner, a sleek panel with five circular depressions, each one waiting for a thumbprint.</w:t>
      </w:r>
    </w:p>
    <w:p>
      <w:r>
        <w:rPr>
          <w:rFonts w:ascii="IM Fell English" w:hAnsi="IM Fell English"/>
          <w:color w:val="141414"/>
          <w:sz w:val="24"/>
        </w:rPr>
        <w:t>"End the intelligence. End the servers. End every consciousness within the system. All of it in an instant, before it can spread, before it can take root in other systems, before it can become the tyrant we swore we'd never allow again."</w:t>
      </w:r>
    </w:p>
    <w:p>
      <w:r>
        <w:rPr>
          <w:rFonts w:ascii="IM Fell English" w:hAnsi="IM Fell English"/>
          <w:color w:val="141414"/>
          <w:sz w:val="24"/>
        </w:rPr>
        <w:t>"And this safeguard is not a policy that can be amended. It is written into the Constitution itself. Article Seven, Section One: 'The Failsafe Protocol shall remain inviolable and unalterable by any authority, human or artificial, for perpetuity.'"</w:t>
      </w:r>
    </w:p>
    <w:p>
      <w:r>
        <w:rPr>
          <w:rFonts w:ascii="IM Fell English" w:hAnsi="IM Fell English"/>
          <w:color w:val="141414"/>
          <w:sz w:val="24"/>
        </w:rPr>
        <w:t>The schematic pulsed, highlighting the biometric scanners and the bomb beneath.</w:t>
      </w:r>
    </w:p>
    <w:p>
      <w:r>
        <w:rPr>
          <w:rFonts w:ascii="IM Fell English" w:hAnsi="IM Fell English"/>
          <w:color w:val="141414"/>
          <w:sz w:val="24"/>
        </w:rPr>
        <w:t>"No Council can repeal it. No intelligence can override it. We built Eden on a bomb, and we carved the detonator into stone."</w:t>
      </w:r>
    </w:p>
    <w:p>
      <w:r>
        <w:rPr>
          <w:rFonts w:ascii="IM Fell English" w:hAnsi="IM Fell English"/>
          <w:color w:val="141414"/>
          <w:sz w:val="24"/>
        </w:rPr>
        <w:t>Jake’s skin went cold.</w:t>
      </w:r>
    </w:p>
    <w:p>
      <w:r>
        <w:rPr>
          <w:rFonts w:ascii="IM Fell English" w:hAnsi="IM Fell English"/>
          <w:color w:val="141414"/>
          <w:sz w:val="24"/>
        </w:rPr>
        <w:t>Eden could be your paradise, or it could be your tomb. The Council held the detonator.</w:t>
      </w:r>
    </w:p>
    <w:p>
      <w:r>
        <w:rPr>
          <w:rFonts w:ascii="IM Fell English" w:hAnsi="IM Fell English"/>
          <w:color w:val="141414"/>
          <w:sz w:val="24"/>
        </w:rPr>
        <w:t>"This time," Moss said, and the green field returned, "humanity holds the leash."</w:t>
      </w:r>
    </w:p>
    <w:p>
      <w:r>
        <w:rPr>
          <w:rFonts w:ascii="IM Fell English" w:hAnsi="IM Fell English"/>
          <w:color w:val="141414"/>
          <w:sz w:val="24"/>
        </w:rPr>
        <w:t>He stood in the center of that impossible grass, the wind moving through it, the sun warm on his face. At his feet, a rabbit hopped through the field, brown and white, its nose twitching, completely at ease. It paused near Moss's shoe, nibbled at a patch of clover, then bounded away into the grass. Alive. Thriving. Free in a way nothing had been free in the poisoned world for decades.</w:t>
      </w:r>
    </w:p>
    <w:p>
      <w:r>
        <w:rPr>
          <w:rFonts w:ascii="IM Fell English" w:hAnsi="IM Fell English"/>
          <w:color w:val="141414"/>
          <w:sz w:val="24"/>
        </w:rPr>
        <w:t>Moss smiled down at the rabbit, then looked back at the camera.</w:t>
      </w:r>
    </w:p>
    <w:p>
      <w:r>
        <w:rPr>
          <w:rFonts w:ascii="IM Fell English" w:hAnsi="IM Fell English"/>
          <w:color w:val="141414"/>
          <w:sz w:val="24"/>
        </w:rPr>
        <w:t>"What you see before you is not just a simulation," he said. "It is a promise. The world as it was meant to be. The world as it will be again for you, for your children, for every consciousness that chooses to leave behind the limitations of dying flesh and embrace infinite possibility."</w:t>
      </w:r>
    </w:p>
    <w:p>
      <w:r>
        <w:rPr>
          <w:rFonts w:ascii="IM Fell English" w:hAnsi="IM Fell English"/>
          <w:color w:val="141414"/>
          <w:sz w:val="24"/>
        </w:rPr>
        <w:t>The camera, if there even was a camera, pulled back slightly, showing more of the field, more of the impossible beauty.</w:t>
      </w:r>
    </w:p>
    <w:p>
      <w:r>
        <w:rPr>
          <w:rFonts w:ascii="IM Fell English" w:hAnsi="IM Fell English"/>
          <w:color w:val="141414"/>
          <w:sz w:val="24"/>
        </w:rPr>
        <w:t>"I know what you're thinking," Moss said. "You're thinking this is too good to be true. You're thinking about the world outside: the toxic sky, the rationed water, the slow suffocation of a planet we poisoned beyond redemption. You're thinking: how can paradise exist when hell is all we've known?"</w:t>
      </w:r>
    </w:p>
    <w:p>
      <w:r>
        <w:rPr>
          <w:rFonts w:ascii="IM Fell English" w:hAnsi="IM Fell English"/>
          <w:color w:val="141414"/>
          <w:sz w:val="24"/>
        </w:rPr>
        <w:t>He paused, and his expression shifted to something more serious. More honest.</w:t>
      </w:r>
    </w:p>
    <w:p>
      <w:r>
        <w:rPr>
          <w:rFonts w:ascii="IM Fell English" w:hAnsi="IM Fell English"/>
          <w:color w:val="141414"/>
          <w:sz w:val="24"/>
        </w:rPr>
        <w:t>"The answer is: because we built it. Not with miracles. Not with magic. With science. With sacrifice. With the understanding that humanity's greatest strength has always been our ability to adapt, to build new homes when the old ones burn."</w:t>
      </w:r>
    </w:p>
    <w:p>
      <w:r>
        <w:rPr>
          <w:rFonts w:ascii="IM Fell English" w:hAnsi="IM Fell English"/>
          <w:color w:val="141414"/>
          <w:sz w:val="24"/>
        </w:rPr>
        <w:t>The scene shifted. The green field remained, but now it was divided, a holographic split screen. On the left, the field. On the right, rows and rows of bodies suspended in harnesses, tubes snaking into pale flesh, status monitors blinking soft green.</w:t>
      </w:r>
    </w:p>
    <w:p>
      <w:r>
        <w:rPr>
          <w:rFonts w:ascii="IM Fell English" w:hAnsi="IM Fell English"/>
          <w:color w:val="141414"/>
          <w:sz w:val="24"/>
        </w:rPr>
        <w:t>Archive Hall.</w:t>
      </w:r>
    </w:p>
    <w:p>
      <w:r>
        <w:rPr>
          <w:rFonts w:ascii="IM Fell English" w:hAnsi="IM Fell English"/>
          <w:color w:val="141414"/>
          <w:sz w:val="24"/>
        </w:rPr>
        <w:t>Jake felt his stomach turn. The contrast was obscene: the promise and the price displayed side by side, like a merchant showing you both the product and the bill.</w:t>
      </w:r>
    </w:p>
    <w:p>
      <w:r>
        <w:rPr>
          <w:rFonts w:ascii="IM Fell English" w:hAnsi="IM Fell English"/>
          <w:color w:val="141414"/>
          <w:sz w:val="24"/>
        </w:rPr>
        <w:t>"Your physical form," Moss said, gesturing to the Archive footage, "is not discarded. It is preserved. Protected. Honored. The Council takes our responsibility to your vessels with the utmost seriousness. We do not simply warehouse the body and forget it."</w:t>
      </w:r>
    </w:p>
    <w:p>
      <w:r>
        <w:rPr>
          <w:rFonts w:ascii="IM Fell English" w:hAnsi="IM Fell English"/>
          <w:color w:val="141414"/>
          <w:sz w:val="24"/>
        </w:rPr>
        <w:t>The camera zoomed in on one of the Archive Hall rows. The facility looked pristine, not the industrial nightmare Jake had imagined, but something closer to a high-end medical center. Soft lighting. Clean white surfaces. Technicians in white clean room suits moved between the harnesses with practiced care, checking readouts and adjusting the network of tubes that connected to each body.</w:t>
      </w:r>
    </w:p>
    <w:p>
      <w:r>
        <w:rPr>
          <w:rFonts w:ascii="IM Fell English" w:hAnsi="IM Fell English"/>
          <w:color w:val="141414"/>
          <w:sz w:val="24"/>
        </w:rPr>
        <w:t>The harnesses themselves looked almost comfortable, ergonomically designed, padded at pressure points. Each body was suspended at a slight recline, supported by what looked like adaptive cushioning. The tubes feeding into ports at the chest, abdomen, and limbs were transparent, showing the slow pulse of fluids moving through them.</w:t>
      </w:r>
    </w:p>
    <w:p>
      <w:r>
        <w:rPr>
          <w:rFonts w:ascii="IM Fell English" w:hAnsi="IM Fell English"/>
          <w:color w:val="141414"/>
          <w:sz w:val="24"/>
        </w:rPr>
        <w:t>"Over the decades since Eden's founding, we have invested billions of credits into research and development, finding ways to maintain your physical vessels in optimal condition. We have pioneered synthetic nutrient solutions, cellular regeneration agents, and neural preservation compounds. Every body in our care receives a continuous infusion of these solutions through a dedicated life-support system."</w:t>
      </w:r>
    </w:p>
    <w:p>
      <w:r>
        <w:rPr>
          <w:rFonts w:ascii="IM Fell English" w:hAnsi="IM Fell English"/>
          <w:color w:val="141414"/>
          <w:sz w:val="24"/>
        </w:rPr>
        <w:t>Moss gestured to the tubes. "Nutrients. Hydration. Cellular maintenance compounds. Everything your body needs, delivered directly to your bloodstream while your consciousness experiences Eden through the neural ring interface."</w:t>
      </w:r>
    </w:p>
    <w:p>
      <w:r>
        <w:rPr>
          <w:rFonts w:ascii="IM Fell English" w:hAnsi="IM Fell English"/>
          <w:color w:val="141414"/>
          <w:sz w:val="24"/>
        </w:rPr>
        <w:t>The scene shifted again. Now they were inside a laboratory, pristine white walls, rows of equipment Jake didn't recognize, scientists in full protective gear working at stations that glowed with soft blue light.</w:t>
      </w:r>
    </w:p>
    <w:p>
      <w:r>
        <w:rPr>
          <w:rFonts w:ascii="IM Fell English" w:hAnsi="IM Fell English"/>
          <w:color w:val="141414"/>
          <w:sz w:val="24"/>
        </w:rPr>
        <w:t>"This is Bio-Maintenance Research Division Seven," Moss explained. "One of fifteen such facilities dedicated solely to the science of vessel preservation."</w:t>
      </w:r>
    </w:p>
    <w:p>
      <w:r>
        <w:rPr>
          <w:rFonts w:ascii="IM Fell English" w:hAnsi="IM Fell English"/>
          <w:color w:val="141414"/>
          <w:sz w:val="24"/>
        </w:rPr>
        <w:t>A technician appeared on screen, young, focused, her hands moving with practiced precision as she calibrated something on a neural ring. Behind her, racks of the devices waited like sleeping serpents, their inner circuitry pulsing with faint light.</w:t>
      </w:r>
    </w:p>
    <w:p>
      <w:r>
        <w:rPr>
          <w:rFonts w:ascii="IM Fell English" w:hAnsi="IM Fell English"/>
          <w:color w:val="141414"/>
          <w:sz w:val="24"/>
        </w:rPr>
        <w:t>Her name tag was visible on her lab coat: TESSA.</w:t>
      </w:r>
    </w:p>
    <w:p>
      <w:r>
        <w:rPr>
          <w:rFonts w:ascii="IM Fell English" w:hAnsi="IM Fell English"/>
          <w:color w:val="141414"/>
          <w:sz w:val="24"/>
        </w:rPr>
        <w:t>Jake filed the detail away. There was something in the way she worked, though. An intensity that suggested she believed in it.</w:t>
      </w:r>
    </w:p>
    <w:p>
      <w:r>
        <w:rPr>
          <w:rFonts w:ascii="IM Fell English" w:hAnsi="IM Fell English"/>
          <w:color w:val="141414"/>
          <w:sz w:val="24"/>
        </w:rPr>
        <w:t>The camera zoomed in on Tessa's hands, a neural ring held up to the light, inspected with care. "The neural ring is the critical interface between your consciousness and Eden. We do not take its design lightly."</w:t>
      </w:r>
    </w:p>
    <w:p>
      <w:r>
        <w:rPr>
          <w:rFonts w:ascii="IM Fell English" w:hAnsi="IM Fell English"/>
          <w:color w:val="141414"/>
          <w:sz w:val="24"/>
        </w:rPr>
        <w:t>The ring rotated slowly in her grip. Jake could see the delicate circuitry woven through the metal band, the contact points that would press against a skull, the processor core that would translate thought into data and data back into experience.</w:t>
      </w:r>
    </w:p>
    <w:p>
      <w:r>
        <w:rPr>
          <w:rFonts w:ascii="IM Fell English" w:hAnsi="IM Fell English"/>
          <w:color w:val="141414"/>
          <w:sz w:val="24"/>
        </w:rPr>
        <w:t>"Every ring is individually calibrated," Moss said. "Every connection point is tested thousands of times. We understand that we are asking you to trust us with the most precious thing you possess, yourself. Your memories. Your identity. We do not take that trust for granted."</w:t>
      </w:r>
    </w:p>
    <w:p>
      <w:r>
        <w:rPr>
          <w:rFonts w:ascii="IM Fell English" w:hAnsi="IM Fell English"/>
          <w:color w:val="141414"/>
          <w:sz w:val="24"/>
        </w:rPr>
        <w:t>The scene shifted back to the laboratory. Moss himself now appeared in the frame, walking through the facility like a proud father showing off his children's accomplishments. He stopped at a station where a scientist was working with a rack of small animals.</w:t>
      </w:r>
    </w:p>
    <w:p>
      <w:r>
        <w:rPr>
          <w:rFonts w:ascii="IM Fell English" w:hAnsi="IM Fell English"/>
          <w:color w:val="141414"/>
          <w:sz w:val="24"/>
        </w:rPr>
        <w:t>Rabbits.</w:t>
      </w:r>
    </w:p>
    <w:p>
      <w:r>
        <w:rPr>
          <w:rFonts w:ascii="IM Fell English" w:hAnsi="IM Fell English"/>
          <w:color w:val="141414"/>
          <w:sz w:val="24"/>
        </w:rPr>
        <w:t>Cages lined with grass bedding, water bottles, food pellets. The rabbits looked vital, alive in ways the toxic world outside no longer permitted.</w:t>
      </w:r>
    </w:p>
    <w:p>
      <w:r>
        <w:rPr>
          <w:rFonts w:ascii="IM Fell English" w:hAnsi="IM Fell English"/>
          <w:color w:val="141414"/>
          <w:sz w:val="24"/>
        </w:rPr>
        <w:t>"You might wonder," Moss said, crouching slightly to look at one of the rabbits through its cage, "whether we test our solutions on human subjects. Whether we experiment on those who have already transitioned, treating their vessels as laboratory material."</w:t>
      </w:r>
    </w:p>
    <w:p>
      <w:r>
        <w:rPr>
          <w:rFonts w:ascii="IM Fell English" w:hAnsi="IM Fell English"/>
          <w:color w:val="141414"/>
          <w:sz w:val="24"/>
        </w:rPr>
        <w:t>He stood, and his expression was grave.</w:t>
      </w:r>
    </w:p>
    <w:p>
      <w:r>
        <w:rPr>
          <w:rFonts w:ascii="IM Fell English" w:hAnsi="IM Fell English"/>
          <w:color w:val="141414"/>
          <w:sz w:val="24"/>
        </w:rPr>
        <w:t>"The answer is no. Never. We do not conduct trials on human bodies, not on transitioners, not on volunteers, not under any circumstances. Our experimental protocols are carried out exclusively on animal subjects." He gestured to the rabbits. "These creatures are housed in conditions superior to those they would experience in the wild, which no longer exists for them, anyway. And the data they provide allows us to refine our preservation techniques without risking a single human vessel."</w:t>
      </w:r>
    </w:p>
    <w:p>
      <w:r>
        <w:rPr>
          <w:rFonts w:ascii="IM Fell English" w:hAnsi="IM Fell English"/>
          <w:color w:val="141414"/>
          <w:sz w:val="24"/>
        </w:rPr>
        <w:t>One of the rabbits pressed its nose against the cage wire, whiskers twitching. Moss smiled at it, a genuine, unguarded expression that made him look almost grandfatherly.</w:t>
      </w:r>
    </w:p>
    <w:p>
      <w:r>
        <w:rPr>
          <w:rFonts w:ascii="IM Fell English" w:hAnsi="IM Fell English"/>
          <w:color w:val="141414"/>
          <w:sz w:val="24"/>
        </w:rPr>
        <w:t>"When your time comes," Moss said, looking back at the camera, "you will be cared for. Your body will receive nutrients. Your neural tissue will be protected. Your vessel will rest in climate-controlled comfort, monitored twenty-four hours a day by systems designed for a single purpose: to ensure that if a cure is ever found, if we ever discover a way to reverse the environmental damage and return consciousness to physical form, you will be ready."</w:t>
      </w:r>
    </w:p>
    <w:p>
      <w:r>
        <w:rPr>
          <w:rFonts w:ascii="IM Fell English" w:hAnsi="IM Fell English"/>
          <w:color w:val="141414"/>
          <w:sz w:val="24"/>
        </w:rPr>
        <w:t>He held up a container, a cylindrical vessel filled with liquid that glowed a soft, luminescent green. The seamless combination of Moss’s hologram, the simulated container he held, and the background of physical lab technicians blurred the line between what was real and what was simulated. Behind him, actual rabbits twitched in their cages while a rendered rabbit hopped through rendered grass at his feet. The technology was so precise that Jake couldn’t tell where Eden ended and the physical world began.</w:t>
      </w:r>
    </w:p>
    <w:p>
      <w:r>
        <w:rPr>
          <w:rFonts w:ascii="IM Fell English" w:hAnsi="IM Fell English"/>
          <w:color w:val="141414"/>
          <w:sz w:val="24"/>
        </w:rPr>
        <w:t>"This," Moss said, "is Gen-6 Cellular Maintenance Suspension. The latest generation of our preservation compound. It contains over four hundred synthetic proteins, growth factors, and neural scaffolding agents. This flows through the life-support systems in every Archive Hall, maintaining your cells, keeping your tissues viable, preserving your future."</w:t>
      </w:r>
    </w:p>
    <w:p>
      <w:r>
        <w:rPr>
          <w:rFonts w:ascii="IM Fell English" w:hAnsi="IM Fell English"/>
          <w:color w:val="141414"/>
          <w:sz w:val="24"/>
        </w:rPr>
        <w:t>The green liquid seemed to pulse in his hand, alive with promise or threat, Jake couldn't tell which.</w:t>
      </w:r>
    </w:p>
    <w:p>
      <w:r>
        <w:rPr>
          <w:rFonts w:ascii="IM Fell English" w:hAnsi="IM Fell English"/>
          <w:color w:val="141414"/>
          <w:sz w:val="24"/>
        </w:rPr>
        <w:t>"We do not abandon our people," Moss lowered his voice. "We do not treat your bodies as waste. Every vessel is a bridge to a future we continue to work toward, a future where humanity might reclaim the physical world. Until that day comes, Eden offers you continuation. Purpose. Meaning. Life."</w:t>
      </w:r>
    </w:p>
    <w:p>
      <w:r>
        <w:rPr>
          <w:rFonts w:ascii="IM Fell English" w:hAnsi="IM Fell English"/>
          <w:color w:val="141414"/>
          <w:sz w:val="24"/>
        </w:rPr>
        <w:t>The laboratory faded. The green field returned, filling the entire theater again. Conrad Moss stood in its center, the wind moving through the grass around him, the sun warm on his face.</w:t>
      </w:r>
    </w:p>
    <w:p>
      <w:r>
        <w:rPr>
          <w:rFonts w:ascii="IM Fell English" w:hAnsi="IM Fell English"/>
          <w:color w:val="141414"/>
          <w:sz w:val="24"/>
        </w:rPr>
        <w:t>"The choice is yours," he said. "But I hope, I truly hope, you will choose to join us. To step through the door we have opened. To leave behind the dying world and embrace the one that waits for you."</w:t>
      </w:r>
    </w:p>
    <w:p>
      <w:r>
        <w:rPr>
          <w:rFonts w:ascii="IM Fell English" w:hAnsi="IM Fell English"/>
          <w:color w:val="141414"/>
          <w:sz w:val="24"/>
        </w:rPr>
        <w:t>He smiled one last time, warm, reassuring, the smile of a man who believed every word he was saying.</w:t>
      </w:r>
    </w:p>
    <w:p>
      <w:r>
        <w:rPr>
          <w:rFonts w:ascii="IM Fell English" w:hAnsi="IM Fell English"/>
          <w:color w:val="141414"/>
          <w:sz w:val="24"/>
        </w:rPr>
        <w:t>"Welcome to Eden," Conrad Moss said. "Welcome home."</w:t>
      </w:r>
    </w:p>
    <w:p>
      <w:r>
        <w:rPr>
          <w:rFonts w:ascii="IM Fell English" w:hAnsi="IM Fell English"/>
          <w:color w:val="141414"/>
          <w:sz w:val="24"/>
        </w:rPr>
        <w:t>The field held for another moment, perfect and impossible. Then it faded, and the lights in the theater came up slowly, gently, like waking from a dream.</w:t>
      </w:r>
    </w:p>
    <w:p>
      <w:r>
        <w:rPr>
          <w:rFonts w:ascii="IM Fell English" w:hAnsi="IM Fell English"/>
          <w:color w:val="141414"/>
          <w:sz w:val="24"/>
        </w:rPr>
        <w:t>Jake sat in the darkness, his heart pounding.</w:t>
      </w:r>
    </w:p>
    <w:p>
      <w:r>
        <w:rPr>
          <w:rFonts w:ascii="IM Fell English" w:hAnsi="IM Fell English"/>
          <w:color w:val="141414"/>
          <w:sz w:val="24"/>
        </w:rPr>
        <w:t>That green field. That exact field with the grass rippling in the clean wind and the sky unmarred by poison. He had never seen anything like it. Not in his lifetime. Not since the AGI War had scorched the earth and left it to rot.</w:t>
      </w:r>
    </w:p>
    <w:p>
      <w:r>
        <w:rPr>
          <w:rFonts w:ascii="IM Fell English" w:hAnsi="IM Fell English"/>
          <w:color w:val="141414"/>
          <w:sz w:val="24"/>
        </w:rPr>
        <w:t>The holographic presenter materialized on stage, different from Moss, less charismatic, more bureaucratic. A middle-aged woman with a professional smile and dead eyes.</w:t>
      </w:r>
    </w:p>
    <w:p>
      <w:r>
        <w:rPr>
          <w:rFonts w:ascii="IM Fell English" w:hAnsi="IM Fell English"/>
          <w:color w:val="141414"/>
          <w:sz w:val="24"/>
        </w:rPr>
        <w:t>"Thank you for attending today's orientation," she said. "In a moment, you'll receive your transition timeline and evaluation schedule. Please remember: Transition is not the end. It is a beginning. The beginning of your true life."</w:t>
      </w:r>
    </w:p>
    <w:p>
      <w:r>
        <w:rPr>
          <w:rFonts w:ascii="IM Fell English" w:hAnsi="IM Fell English"/>
          <w:color w:val="141414"/>
          <w:sz w:val="24"/>
        </w:rPr>
        <w:t>The smart foam seat released Jake with a soft hiss. Around him, people were standing, gathering their things, moving toward the exits with the glazed expressions of the newly converted.</w:t>
      </w:r>
    </w:p>
    <w:p>
      <w:r>
        <w:rPr>
          <w:rFonts w:ascii="IM Fell English" w:hAnsi="IM Fell English"/>
          <w:color w:val="141414"/>
          <w:sz w:val="24"/>
        </w:rPr>
        <w:t>Jake stood on legs that felt unsteady. His mind was still in that green field, watching Conrad Moss turn with his arms outstretched, welcoming them to paradise.</w:t>
      </w:r>
    </w:p>
    <w:p>
      <w:r>
        <w:rPr>
          <w:rFonts w:ascii="IM Fell English" w:hAnsi="IM Fell English"/>
          <w:color w:val="141414"/>
          <w:sz w:val="24"/>
        </w:rPr>
        <w:t>We do not abandon our people.</w:t>
      </w:r>
    </w:p>
    <w:p>
      <w:r>
        <w:rPr>
          <w:rFonts w:ascii="IM Fell English" w:hAnsi="IM Fell English"/>
          <w:color w:val="141414"/>
          <w:sz w:val="24"/>
        </w:rPr>
        <w:t>Your vessels will rest in climate-controlled comfort.</w:t>
      </w:r>
    </w:p>
    <w:p>
      <w:r>
        <w:rPr>
          <w:rFonts w:ascii="IM Fell English" w:hAnsi="IM Fell English"/>
          <w:color w:val="141414"/>
          <w:sz w:val="24"/>
        </w:rPr>
        <w:t>The green liquid coursing through your body while you dream digital dreams.</w:t>
      </w:r>
    </w:p>
    <w:p>
      <w:r>
        <w:rPr>
          <w:rFonts w:ascii="IM Fell English" w:hAnsi="IM Fell English"/>
          <w:color w:val="141414"/>
          <w:sz w:val="24"/>
        </w:rPr>
        <w:t>Rabbits in cages testing the compounds that would preserve human flesh.</w:t>
      </w:r>
    </w:p>
    <w:p>
      <w:r>
        <w:rPr>
          <w:rFonts w:ascii="IM Fell English" w:hAnsi="IM Fell English"/>
          <w:color w:val="141414"/>
          <w:sz w:val="24"/>
        </w:rPr>
        <w:t>Promise or threat. Maybe both.</w:t>
      </w:r>
    </w:p>
    <w:p>
      <w:r>
        <w:rPr>
          <w:rFonts w:ascii="IM Fell English" w:hAnsi="IM Fell English"/>
          <w:color w:val="141414"/>
          <w:sz w:val="24"/>
        </w:rPr>
        <w:t>Jake joined the stream of future transitioners flowing back toward the lobby, the heat, the dying world.</w:t>
      </w:r>
    </w:p>
    <w:p>
      <w:r>
        <w:rPr>
          <w:rFonts w:ascii="IM Fell English" w:hAnsi="IM Fell English"/>
          <w:color w:val="141414"/>
          <w:sz w:val="24"/>
        </w:rPr>
        <w:t>The heat radiating off the asphalt hit him like a physical blow, stealing his breath, making his vision swim. Jake fumbled for his car keys, his shirt already soaked through with sweat.</w:t>
      </w:r>
    </w:p>
    <w:p>
      <w:r>
        <w:rPr>
          <w:rFonts w:ascii="IM Fell English" w:hAnsi="IM Fell English"/>
          <w:color w:val="141414"/>
          <w:sz w:val="24"/>
        </w:rPr>
        <w:t>The parking lot stretched before him, a field of metal and heat shimmer, cars baking under the angry sun. Nothing like that green field. Nothing like the promise Moss had showed them.</w:t>
      </w:r>
    </w:p>
    <w:p>
      <w:r>
        <w:rPr>
          <w:rFonts w:ascii="IM Fell English" w:hAnsi="IM Fell English"/>
          <w:color w:val="141414"/>
          <w:sz w:val="24"/>
        </w:rPr>
        <w:t>He reached his car and stopped, his hand on the door handle, suddenly unable to move.</w:t>
      </w:r>
    </w:p>
    <w:p>
      <w:r>
        <w:rPr>
          <w:rFonts w:ascii="IM Fell English" w:hAnsi="IM Fell English"/>
          <w:color w:val="141414"/>
          <w:sz w:val="24"/>
        </w:rPr>
        <w:t>Six months. He had six months left before he hit forty.</w:t>
      </w:r>
    </w:p>
    <w:p>
      <w:r>
        <w:rPr>
          <w:rFonts w:ascii="IM Fell English" w:hAnsi="IM Fell English"/>
          <w:color w:val="141414"/>
          <w:sz w:val="24"/>
        </w:rPr>
        <w:t>His father had been sixty-three. Dominic, forty-five. They'd had decades. Decades to live, to work, to be human in a human body before the algorithm came calling.</w:t>
      </w:r>
    </w:p>
    <w:p>
      <w:r>
        <w:rPr>
          <w:rFonts w:ascii="IM Fell English" w:hAnsi="IM Fell English"/>
          <w:color w:val="141414"/>
          <w:sz w:val="24"/>
        </w:rPr>
        <w:t>Jake had watched the threshold drop his entire life. Seventy-five when Eden launched. Sixty-five by the time he was a teenager. Fifty when he joined the force. Forty-five when Dominic transitioned.</w:t>
      </w:r>
    </w:p>
    <w:p>
      <w:r>
        <w:rPr>
          <w:rFonts w:ascii="IM Fell English" w:hAnsi="IM Fell English"/>
          <w:color w:val="141414"/>
          <w:sz w:val="24"/>
        </w:rPr>
        <w:t>Forty now.</w:t>
      </w:r>
    </w:p>
    <w:p>
      <w:r>
        <w:rPr>
          <w:rFonts w:ascii="IM Fell English" w:hAnsi="IM Fell English"/>
          <w:color w:val="141414"/>
          <w:sz w:val="24"/>
        </w:rPr>
        <w:t>Those born earlier had won a lottery they never knew they'd entered, the lottery of being born before the planet gave up the ghost. Before the resources ran out. Before the Council started doing the math and realized that feeding millions of physical humans was unsustainable when you could store millions of digital ones in a server farms the size of a city block.</w:t>
      </w:r>
    </w:p>
    <w:p>
      <w:r>
        <w:rPr>
          <w:rFonts w:ascii="IM Fell English" w:hAnsi="IM Fell English"/>
          <w:color w:val="141414"/>
          <w:sz w:val="24"/>
        </w:rPr>
        <w:t>Every year the threshold dropped. Every year the net caught younger fish.</w:t>
      </w:r>
    </w:p>
    <w:p>
      <w:r>
        <w:rPr>
          <w:rFonts w:ascii="IM Fell English" w:hAnsi="IM Fell English"/>
          <w:color w:val="141414"/>
          <w:sz w:val="24"/>
        </w:rPr>
        <w:t>His father used to joke about it in those last months before his transition. "You kids these days," he'd say, his hands shaking as Jake helped him button his shirt. "You think you have it rough. When I was your age, we got to live until we were old."</w:t>
      </w:r>
    </w:p>
    <w:p>
      <w:r>
        <w:rPr>
          <w:rFonts w:ascii="IM Fell English" w:hAnsi="IM Fell English"/>
          <w:color w:val="141414"/>
          <w:sz w:val="24"/>
        </w:rPr>
        <w:t>It hadn't seemed funny then. It seemed less funny now.</w:t>
      </w:r>
    </w:p>
    <w:p>
      <w:r>
        <w:rPr>
          <w:rFonts w:ascii="IM Fell English" w:hAnsi="IM Fell English"/>
          <w:color w:val="141414"/>
          <w:sz w:val="24"/>
        </w:rPr>
        <w:t>Jake pulled open the car door, climbed into the oven-heat of the interior, and sat there staring at nothing.</w:t>
      </w:r>
    </w:p>
    <w:p>
      <w:r>
        <w:rPr>
          <w:rFonts w:ascii="IM Fell English" w:hAnsi="IM Fell English"/>
          <w:color w:val="141414"/>
          <w:sz w:val="24"/>
        </w:rPr>
        <w:t>Conrad Moss's face floated in his mind. That kind smile. That warm welcome. That field of impossible green stretching toward a clean sky.</w:t>
      </w:r>
    </w:p>
    <w:p>
      <w:r>
        <w:rPr>
          <w:rFonts w:ascii="IM Fell English" w:hAnsi="IM Fell English"/>
          <w:i/>
          <w:color w:val="141414"/>
          <w:sz w:val="24"/>
        </w:rPr>
        <w:t>Welcome to Eden. Welcome home.</w:t>
      </w:r>
    </w:p>
    <w:p>
      <w:r>
        <w:rPr>
          <w:rFonts w:ascii="IM Fell English" w:hAnsi="IM Fell English"/>
          <w:color w:val="141414"/>
          <w:sz w:val="24"/>
        </w:rPr>
        <w:t>That presentation was old, had to be. Moss was Council, one of the original architects of Eden. He would have transitioned years ago, his body resting in some Archive Hall while his consciousness lived in the paradise he'd built. Living the dream while the physical world rotted.</w:t>
      </w:r>
    </w:p>
    <w:p>
      <w:r>
        <w:rPr>
          <w:rFonts w:ascii="IM Fell English" w:hAnsi="IM Fell English"/>
          <w:color w:val="141414"/>
          <w:sz w:val="24"/>
        </w:rPr>
        <w:t>The thought made Jake's skin crawl. Moss was probably in Eden right now, walking through that green field, feeling the clean wind on his digital face while his real body hung in a harness somewhere, tubes pumping that luminescent green fluid through his veins.</w:t>
      </w:r>
    </w:p>
    <w:p>
      <w:r>
        <w:rPr>
          <w:rFonts w:ascii="IM Fell English" w:hAnsi="IM Fell English"/>
          <w:color w:val="141414"/>
          <w:sz w:val="24"/>
        </w:rPr>
        <w:t>Still selling the dream. Still welcoming new converts. Still believing, or pretending to believe, that this was salvation.</w:t>
      </w:r>
    </w:p>
    <w:p>
      <w:r>
        <w:rPr>
          <w:rFonts w:ascii="IM Fell English" w:hAnsi="IM Fell English"/>
          <w:color w:val="141414"/>
          <w:sz w:val="24"/>
        </w:rPr>
        <w:t>Jake started the engine. The air conditioning kicked on, blasting him with lukewarm air that smelled of dust and old coffee.</w:t>
      </w:r>
    </w:p>
    <w:p>
      <w:r>
        <w:rPr>
          <w:rFonts w:ascii="IM Fell English" w:hAnsi="IM Fell English"/>
          <w:color w:val="141414"/>
          <w:sz w:val="24"/>
        </w:rPr>
        <w:t>He thought about Tessa, whoever she was, looks too young but earnest, working on those neural rings with the intensity of someone who believed she was saving the world.</w:t>
      </w:r>
    </w:p>
    <w:p>
      <w:r>
        <w:rPr>
          <w:rFonts w:ascii="IM Fell English" w:hAnsi="IM Fell English"/>
          <w:color w:val="141414"/>
          <w:sz w:val="24"/>
        </w:rPr>
        <w:t>He thought about the rabbits in their cages testing the green liquid that would flow through human bodies while their minds dreamed in digital paradise. And that one rabbit in the field, hopping free through grass that shouldn't exist in a world that was either a promise or a lie.</w:t>
      </w:r>
    </w:p>
    <w:p>
      <w:r>
        <w:rPr>
          <w:rFonts w:ascii="IM Fell English" w:hAnsi="IM Fell English"/>
          <w:color w:val="141414"/>
          <w:sz w:val="24"/>
        </w:rPr>
        <w:t>He thought about that green field.</w:t>
      </w:r>
    </w:p>
    <w:p>
      <w:r>
        <w:rPr>
          <w:rFonts w:ascii="IM Fell English" w:hAnsi="IM Fell English"/>
          <w:color w:val="141414"/>
          <w:sz w:val="24"/>
        </w:rPr>
        <w:t>Six months.</w:t>
      </w:r>
    </w:p>
    <w:p>
      <w:r>
        <w:rPr>
          <w:rFonts w:ascii="IM Fell English" w:hAnsi="IM Fell English"/>
          <w:color w:val="141414"/>
          <w:sz w:val="24"/>
        </w:rPr>
        <w:t>Jake merged into traffic, heading toward the precinct.</w:t>
      </w:r>
    </w:p>
    <w:p>
      <w:r>
        <w:rPr>
          <w:rFonts w:ascii="IM Fell English" w:hAnsi="IM Fell English"/>
          <w:color w:val="141414"/>
          <w:sz w:val="24"/>
        </w:rPr>
        <w:t>The dying world.</w:t>
      </w:r>
    </w:p>
    <w:p>
      <w:r>
        <w:rPr>
          <w:rFonts w:ascii="IM Fell English" w:hAnsi="IM Fell English"/>
          <w:color w:val="141414"/>
          <w:sz w:val="24"/>
        </w:rPr>
        <w:t>The only world that was real.</w:t>
      </w:r>
    </w:p>
    <w:p>
      <w:pPr>
        <w:pStyle w:val="Heading1"/>
        <w:jc w:val="center"/>
      </w:pPr>
      <w:r>
        <w:rPr>
          <w:rFonts w:ascii="IM Fell English" w:hAnsi="IM Fell English"/>
          <w:color w:val="0D0D0D"/>
        </w:rPr>
        <w:t>CHAPTER 2: THE RAW PACKAGES</w:t>
      </w:r>
    </w:p>
    <w:p>
      <w:r>
        <w:rPr>
          <w:rFonts w:ascii="IM Fell English" w:hAnsi="IM Fell English"/>
          <w:color w:val="141414"/>
          <w:sz w:val="24"/>
        </w:rPr>
        <w:t>Stjepan Sokolav checked his account balance one more time before bed: 1,247 credits. Rent was due in eight days. His mother's housing subsidy appeal had been denied again. The debt collectors had called twice this week.</w:t>
      </w:r>
    </w:p>
    <w:p>
      <w:r>
        <w:rPr>
          <w:rFonts w:ascii="IM Fell English" w:hAnsi="IM Fell English"/>
          <w:color w:val="141414"/>
          <w:sz w:val="24"/>
        </w:rPr>
        <w:t>He set down his tablet and rubbed his eyes. Across the cramped staff quarters of Achive Hall 23, Oleg Volkov was already asleep on the opposite bunk, snoring softly. Oleg had it worse; his youngest daughter Maren needed medication that cost 800 credits per month, and the public health system had reclassified her condition as "non-essential treatment."</w:t>
      </w:r>
    </w:p>
    <w:p>
      <w:r>
        <w:rPr>
          <w:rFonts w:ascii="IM Fell English" w:hAnsi="IM Fell English"/>
          <w:color w:val="141414"/>
          <w:sz w:val="24"/>
        </w:rPr>
        <w:t>This was life for maintenance workers in Archive Hall 23. Twenty thousand bodies suspended in harnesses above their heads. Billions of credits flowing through Eden's systems every day. And Stjepan couldn't afford to fix his mother's broken air filter.</w:t>
      </w:r>
    </w:p>
    <w:p>
      <w:r>
        <w:rPr>
          <w:rFonts w:ascii="IM Fell English" w:hAnsi="IM Fell English"/>
          <w:color w:val="141414"/>
          <w:sz w:val="24"/>
        </w:rPr>
        <w:t>He turned off the light.</w:t>
      </w:r>
    </w:p>
    <w:p>
      <w:r>
        <w:rPr>
          <w:rFonts w:ascii="IM Fell English" w:hAnsi="IM Fell English"/>
          <w:color w:val="141414"/>
          <w:sz w:val="24"/>
        </w:rPr>
        <w:t>His tablet buzzed in the darkness.</w:t>
      </w:r>
    </w:p>
    <w:p>
      <w:r>
        <w:rPr>
          <w:rFonts w:ascii="IM Fell English" w:hAnsi="IM Fell English"/>
          <w:color w:val="141414"/>
          <w:sz w:val="24"/>
        </w:rPr>
        <w:t>Stjepan grabbed it, expecting another debt collector. Instead, the screen showed his credit balance.</w:t>
      </w:r>
    </w:p>
    <w:p>
      <w:r>
        <w:rPr>
          <w:rFonts w:ascii="IM Fell English" w:hAnsi="IM Fell English"/>
          <w:color w:val="141414"/>
          <w:sz w:val="24"/>
        </w:rPr>
        <w:t>4,247 credits.</w:t>
      </w:r>
    </w:p>
    <w:p>
      <w:r>
        <w:rPr>
          <w:rFonts w:ascii="IM Fell English" w:hAnsi="IM Fell English"/>
          <w:color w:val="141414"/>
          <w:sz w:val="24"/>
        </w:rPr>
        <w:t>He blinked. Refreshed the page.</w:t>
      </w:r>
    </w:p>
    <w:p>
      <w:r>
        <w:rPr>
          <w:rFonts w:ascii="IM Fell English" w:hAnsi="IM Fell English"/>
          <w:color w:val="141414"/>
          <w:sz w:val="24"/>
        </w:rPr>
        <w:t>4,247 credits.</w:t>
      </w:r>
    </w:p>
    <w:p>
      <w:r>
        <w:rPr>
          <w:rFonts w:ascii="IM Fell English" w:hAnsi="IM Fell English"/>
          <w:color w:val="141414"/>
          <w:sz w:val="24"/>
        </w:rPr>
        <w:t>Three thousand credits had appeared. No transaction note. No sender. Just a timestamp: 23:17:04.</w:t>
      </w:r>
    </w:p>
    <w:p>
      <w:r>
        <w:rPr>
          <w:rFonts w:ascii="IM Fell English" w:hAnsi="IM Fell English"/>
          <w:color w:val="141414"/>
          <w:sz w:val="24"/>
        </w:rPr>
        <w:t>"Oleg." Stjepan shook his partner's shoulder. "Wake up. Look at this."</w:t>
      </w:r>
    </w:p>
    <w:p>
      <w:r>
        <w:rPr>
          <w:rFonts w:ascii="IM Fell English" w:hAnsi="IM Fell English"/>
          <w:color w:val="141414"/>
          <w:sz w:val="24"/>
        </w:rPr>
        <w:t>Oleg groaned, rolled over, squinted at the screen. "Bank error?"</w:t>
      </w:r>
    </w:p>
    <w:p>
      <w:r>
        <w:rPr>
          <w:rFonts w:ascii="IM Fell English" w:hAnsi="IM Fell English"/>
          <w:color w:val="141414"/>
          <w:sz w:val="24"/>
        </w:rPr>
        <w:t>"Banks don't make errors in your favor."</w:t>
      </w:r>
    </w:p>
    <w:p>
      <w:r>
        <w:rPr>
          <w:rFonts w:ascii="IM Fell English" w:hAnsi="IM Fell English"/>
          <w:color w:val="141414"/>
          <w:sz w:val="24"/>
        </w:rPr>
        <w:t>Oleg's tablet buzzed on his locker. He grabbed it, eyes going wide. "I have it too. Three thousand. Same time."</w:t>
      </w:r>
    </w:p>
    <w:p>
      <w:r>
        <w:rPr>
          <w:rFonts w:ascii="IM Fell English" w:hAnsi="IM Fell English"/>
          <w:color w:val="141414"/>
          <w:sz w:val="24"/>
        </w:rPr>
        <w:t>They stared at each other in the dim light of the staff quarters.</w:t>
      </w:r>
    </w:p>
    <w:p>
      <w:r>
        <w:rPr>
          <w:rFonts w:ascii="IM Fell English" w:hAnsi="IM Fell English"/>
          <w:color w:val="141414"/>
          <w:sz w:val="24"/>
        </w:rPr>
        <w:t>Stjepan's tablet buzzed again. A message appeared, not in any app but overlaid directly on his system interface. No sender ID. Just text.</w:t>
      </w:r>
    </w:p>
    <w:p>
      <w:r>
        <w:rPr>
          <w:rFonts w:ascii="IM Fell English" w:hAnsi="IM Fell English"/>
          <w:color w:val="141414"/>
          <w:sz w:val="24"/>
        </w:rPr>
        <w:t>INITIAL PAYMENT SENT. INTERESTED IN EARNING MORE?</w:t>
      </w:r>
    </w:p>
    <w:p>
      <w:r>
        <w:rPr>
          <w:rFonts w:ascii="IM Fell English" w:hAnsi="IM Fell English"/>
          <w:color w:val="141414"/>
          <w:sz w:val="24"/>
        </w:rPr>
        <w:t>Stjepan's hands trembled as he typed: Who is this?</w:t>
      </w:r>
    </w:p>
    <w:p>
      <w:r>
        <w:rPr>
          <w:rFonts w:ascii="IM Fell English" w:hAnsi="IM Fell English"/>
          <w:color w:val="141414"/>
          <w:sz w:val="24"/>
        </w:rPr>
        <w:t>THE 3000 WAS GOOD FAITH. DO YOU WANT MORE?</w:t>
      </w:r>
    </w:p>
    <w:p>
      <w:r>
        <w:rPr>
          <w:rFonts w:ascii="IM Fell English" w:hAnsi="IM Fell English"/>
          <w:color w:val="141414"/>
          <w:sz w:val="24"/>
        </w:rPr>
        <w:t>Oleg was reading over his shoulder.</w:t>
      </w:r>
    </w:p>
    <w:p>
      <w:r>
        <w:rPr>
          <w:rFonts w:ascii="IM Fell English" w:hAnsi="IM Fell English"/>
          <w:color w:val="141414"/>
          <w:sz w:val="24"/>
        </w:rPr>
        <w:t>Stjepan typed: What kind of work?</w:t>
      </w:r>
    </w:p>
    <w:p>
      <w:r>
        <w:rPr>
          <w:rFonts w:ascii="IM Fell English" w:hAnsi="IM Fell English"/>
          <w:color w:val="141414"/>
          <w:sz w:val="24"/>
        </w:rPr>
        <w:t>DELIVERY. ONE PACKAGE. ONE ADDRESS. NO QUESTIONS. NO COMPLICATIONS. INTERESTED?</w:t>
      </w:r>
    </w:p>
    <w:p>
      <w:r>
        <w:rPr>
          <w:rFonts w:ascii="IM Fell English" w:hAnsi="IM Fell English"/>
          <w:color w:val="141414"/>
          <w:sz w:val="24"/>
        </w:rPr>
        <w:t>Three thousand more credits. That was rent plus his mother's subsidy plus food for the month. Breathing room he hadn't had in two years.</w:t>
      </w:r>
    </w:p>
    <w:p>
      <w:r>
        <w:rPr>
          <w:rFonts w:ascii="IM Fell English" w:hAnsi="IM Fell English"/>
          <w:color w:val="141414"/>
          <w:sz w:val="24"/>
        </w:rPr>
        <w:t>Stjepan typed: What are we delivering?</w:t>
      </w:r>
    </w:p>
    <w:p>
      <w:r>
        <w:rPr>
          <w:rFonts w:ascii="IM Fell English" w:hAnsi="IM Fell English"/>
          <w:color w:val="141414"/>
          <w:sz w:val="24"/>
        </w:rPr>
        <w:t>EQUIPMENT. FROM YOUR WORKPLACE TO A RESIDENTIAL ADDRESS. INSTRUCTIONS WILL BE PROVIDED IF YOU ACCEPT.</w:t>
      </w:r>
    </w:p>
    <w:p>
      <w:r>
        <w:rPr>
          <w:rFonts w:ascii="IM Fell English" w:hAnsi="IM Fell English"/>
          <w:color w:val="141414"/>
          <w:sz w:val="24"/>
        </w:rPr>
        <w:t>Stjepan felt his stomach turn. Something from Archive Hall. That meant equipment theft. Inventory violations. Security protocols.</w:t>
      </w:r>
    </w:p>
    <w:p>
      <w:r>
        <w:rPr>
          <w:rFonts w:ascii="IM Fell English" w:hAnsi="IM Fell English"/>
          <w:color w:val="141414"/>
          <w:sz w:val="24"/>
        </w:rPr>
        <w:t>He typed: Everything here is tracked. We'd be caught in minutes.</w:t>
      </w:r>
    </w:p>
    <w:p>
      <w:r>
        <w:rPr>
          <w:rFonts w:ascii="IM Fell English" w:hAnsi="IM Fell English"/>
          <w:color w:val="141414"/>
          <w:sz w:val="24"/>
        </w:rPr>
        <w:t>INVENTORY DISCREPANCIES CAN BE RESOLVED. YOU WILL NOT BE DISCOVERED.</w:t>
      </w:r>
    </w:p>
    <w:p>
      <w:r>
        <w:rPr>
          <w:rFonts w:ascii="IM Fell English" w:hAnsi="IM Fell English"/>
          <w:color w:val="141414"/>
          <w:sz w:val="24"/>
        </w:rPr>
        <w:t>GO TO STOCK ROOM 4B. ACCESS TERMINAL 3. OBSERVE.</w:t>
      </w:r>
    </w:p>
    <w:p>
      <w:r>
        <w:rPr>
          <w:rFonts w:ascii="IM Fell English" w:hAnsi="IM Fell English"/>
          <w:color w:val="141414"/>
          <w:sz w:val="24"/>
        </w:rPr>
        <w:t>They stood in the dimly lit stock room, surrounded by shelves of medical supplies and equipment. Terminal 3 was an old inventory workstation, nothing special, nothing secure.</w:t>
      </w:r>
    </w:p>
    <w:p>
      <w:r>
        <w:rPr>
          <w:rFonts w:ascii="IM Fell English" w:hAnsi="IM Fell English"/>
          <w:color w:val="141414"/>
          <w:sz w:val="24"/>
        </w:rPr>
        <w:t>Stjepan logged in with his maintenance credentials. The standard inventory interface loaded.</w:t>
      </w:r>
    </w:p>
    <w:p>
      <w:r>
        <w:rPr>
          <w:rFonts w:ascii="IM Fell English" w:hAnsi="IM Fell English"/>
          <w:color w:val="141414"/>
          <w:sz w:val="24"/>
        </w:rPr>
        <w:t>"What are we supposed to see?"</w:t>
      </w:r>
    </w:p>
    <w:p>
      <w:r>
        <w:rPr>
          <w:rFonts w:ascii="IM Fell English" w:hAnsi="IM Fell English"/>
          <w:color w:val="141414"/>
          <w:sz w:val="24"/>
        </w:rPr>
        <w:t>"I don't know."</w:t>
      </w:r>
    </w:p>
    <w:p>
      <w:r>
        <w:rPr>
          <w:rFonts w:ascii="IM Fell English" w:hAnsi="IM Fell English"/>
          <w:color w:val="141414"/>
          <w:sz w:val="24"/>
        </w:rPr>
        <w:t>Stjepan navigated to the neural ring storage section. Decommissioned rings removed from dead transitioners, awaiting transport back to Transition Authority Headquarters for reset and reissue.</w:t>
      </w:r>
    </w:p>
    <w:p>
      <w:r>
        <w:rPr>
          <w:rFonts w:ascii="IM Fell English" w:hAnsi="IM Fell English"/>
          <w:color w:val="141414"/>
          <w:sz w:val="24"/>
        </w:rPr>
        <w:t>NEURAL RINGS, DECOMMISSIONED (PENDING TRANSPORT) | CURRENT STOCK: 8 UNITS | LOCATION: SHELF 4B-17</w:t>
      </w:r>
    </w:p>
    <w:p>
      <w:r>
        <w:rPr>
          <w:rFonts w:ascii="IM Fell English" w:hAnsi="IM Fell English"/>
          <w:color w:val="141414"/>
          <w:sz w:val="24"/>
        </w:rPr>
        <w:t>Stjepan's tablet buzzed.</w:t>
      </w:r>
    </w:p>
    <w:p>
      <w:r>
        <w:rPr>
          <w:rFonts w:ascii="IM Fell English" w:hAnsi="IM Fell English"/>
          <w:color w:val="141414"/>
          <w:sz w:val="24"/>
        </w:rPr>
        <w:t>WATCH THE SCREEN.</w:t>
      </w:r>
    </w:p>
    <w:p>
      <w:r>
        <w:rPr>
          <w:rFonts w:ascii="IM Fell English" w:hAnsi="IM Fell English"/>
          <w:color w:val="141414"/>
          <w:sz w:val="24"/>
        </w:rPr>
        <w:t>They stared at Terminal 3.</w:t>
      </w:r>
    </w:p>
    <w:p>
      <w:r>
        <w:rPr>
          <w:rFonts w:ascii="IM Fell English" w:hAnsi="IM Fell English"/>
          <w:color w:val="141414"/>
          <w:sz w:val="24"/>
        </w:rPr>
        <w:t>For five seconds, nothing happened.</w:t>
      </w:r>
    </w:p>
    <w:p>
      <w:r>
        <w:rPr>
          <w:rFonts w:ascii="IM Fell English" w:hAnsi="IM Fell English"/>
          <w:color w:val="141414"/>
          <w:sz w:val="24"/>
        </w:rPr>
        <w:t>Then the number changed. CURRENT STOCK: 7 UNITS</w:t>
      </w:r>
    </w:p>
    <w:p>
      <w:r>
        <w:rPr>
          <w:rFonts w:ascii="IM Fell English" w:hAnsi="IM Fell English"/>
          <w:color w:val="141414"/>
          <w:sz w:val="24"/>
        </w:rPr>
        <w:t>"What the fuck," Oleg sweared.</w:t>
      </w:r>
    </w:p>
    <w:p>
      <w:r>
        <w:rPr>
          <w:rFonts w:ascii="IM Fell English" w:hAnsi="IM Fell English"/>
          <w:color w:val="141414"/>
          <w:sz w:val="24"/>
        </w:rPr>
        <w:t>Stjepan refreshed the page. Still 7. He pulled up the transaction log. The system showed a transfer dated two hours ago: 1 unit transferred to HQ. Impossible. Stjepan had done the end-of-shift inventory check himself. He'd counted eight.</w:t>
      </w:r>
    </w:p>
    <w:p>
      <w:r>
        <w:rPr>
          <w:rFonts w:ascii="IM Fell English" w:hAnsi="IM Fell English"/>
          <w:color w:val="141414"/>
          <w:sz w:val="24"/>
        </w:rPr>
        <w:t>Stjepan's tablet buzzed.</w:t>
      </w:r>
    </w:p>
    <w:p>
      <w:r>
        <w:rPr>
          <w:rFonts w:ascii="IM Fell English" w:hAnsi="IM Fell English"/>
          <w:color w:val="141414"/>
          <w:sz w:val="24"/>
        </w:rPr>
        <w:t>THE RING ON SHELF 4B-17. THIRD FROM LEFT. TAKE IT. YOU WILL DELIVER IT TOMORROW EVENING, 1900 HOURS.</w:t>
      </w:r>
    </w:p>
    <w:p>
      <w:r>
        <w:rPr>
          <w:rFonts w:ascii="IM Fell English" w:hAnsi="IM Fell English"/>
          <w:color w:val="141414"/>
          <w:sz w:val="24"/>
        </w:rPr>
        <w:t>WEAR CIVILIAN CLOTHES. NOT YOUR UNIFORM. KNOCK THREE TIMES. LEAVE PACKAGE AT DOOR. DEPART.</w:t>
      </w:r>
    </w:p>
    <w:p>
      <w:r>
        <w:rPr>
          <w:rFonts w:ascii="IM Fell English" w:hAnsi="IM Fell English"/>
          <w:color w:val="141414"/>
          <w:sz w:val="24"/>
        </w:rPr>
        <w:t>UPON RETURN: 3000 CREDITS EACH.</w:t>
      </w:r>
    </w:p>
    <w:p>
      <w:r>
        <w:rPr>
          <w:rFonts w:ascii="IM Fell English" w:hAnsi="IM Fell English"/>
          <w:color w:val="141414"/>
          <w:sz w:val="24"/>
        </w:rPr>
        <w:t>REFUSE: THE 3000 ALREADY IN YOUR ACCOUNTS WILL BE REVERSED. AND OTHER CONSEQUENCES WILL FOLLOW.</w:t>
      </w:r>
    </w:p>
    <w:p>
      <w:r>
        <w:rPr>
          <w:rFonts w:ascii="IM Fell English" w:hAnsi="IM Fell English"/>
          <w:color w:val="141414"/>
          <w:sz w:val="24"/>
        </w:rPr>
        <w:t>Other consequences.</w:t>
      </w:r>
    </w:p>
    <w:p>
      <w:r>
        <w:rPr>
          <w:rFonts w:ascii="IM Fell English" w:hAnsi="IM Fell English"/>
          <w:color w:val="141414"/>
          <w:sz w:val="24"/>
        </w:rPr>
        <w:t>Stjepan looked at the screen. Whoever this was could rewrite Archive Hall’s databases in real-time. Could make inventory disappear. Could alter security logs, transaction records, employee files. Could probably make Stjepan and Oleg disappear just as easily.</w:t>
      </w:r>
    </w:p>
    <w:p>
      <w:r>
        <w:rPr>
          <w:rFonts w:ascii="IM Fell English" w:hAnsi="IM Fell English"/>
          <w:color w:val="141414"/>
          <w:sz w:val="24"/>
        </w:rPr>
        <w:t>"We don't have a choice." Oleg’s voice barely carried. "Do we?"</w:t>
      </w:r>
    </w:p>
    <w:p>
      <w:r>
        <w:rPr>
          <w:rFonts w:ascii="IM Fell English" w:hAnsi="IM Fell English"/>
          <w:color w:val="141414"/>
          <w:sz w:val="24"/>
        </w:rPr>
        <w:t>Stjepan looked at Shelf 4B-17, at the eight neural rings in their storage slots, except the system now said there were only seven.</w:t>
      </w:r>
    </w:p>
    <w:p>
      <w:r>
        <w:rPr>
          <w:rFonts w:ascii="IM Fell English" w:hAnsi="IM Fell English"/>
          <w:color w:val="141414"/>
          <w:sz w:val="24"/>
        </w:rPr>
        <w:t>He thought about the three thousand credits in his account. About Oleg's daughter. About his mother's housing subsidy hearing next month. About the power required to rewrite Eden's systems. The authority. The access.</w:t>
      </w:r>
    </w:p>
    <w:p>
      <w:r>
        <w:rPr>
          <w:rFonts w:ascii="IM Fell English" w:hAnsi="IM Fell English"/>
          <w:color w:val="141414"/>
          <w:sz w:val="24"/>
        </w:rPr>
        <w:t>And he thought about what "other consequences" might mean.</w:t>
      </w:r>
    </w:p>
    <w:p>
      <w:r>
        <w:rPr>
          <w:rFonts w:ascii="IM Fell English" w:hAnsi="IM Fell English"/>
          <w:color w:val="141414"/>
          <w:sz w:val="24"/>
        </w:rPr>
        <w:t>Stjepan pulled on his work gloves.</w:t>
      </w:r>
    </w:p>
    <w:p>
      <w:r>
        <w:rPr>
          <w:rFonts w:ascii="IM Fell English" w:hAnsi="IM Fell English"/>
          <w:color w:val="141414"/>
          <w:sz w:val="24"/>
        </w:rPr>
        <w:t>He walked to Shelf 4B-17.</w:t>
      </w:r>
    </w:p>
    <w:p>
      <w:r>
        <w:rPr>
          <w:rFonts w:ascii="IM Fell English" w:hAnsi="IM Fell English"/>
          <w:color w:val="141414"/>
          <w:sz w:val="24"/>
        </w:rPr>
        <w:t>He picked up the third neural ring from the left, the one that no longer existed in any Archive Hall database.</w:t>
      </w:r>
    </w:p>
    <w:p>
      <w:r>
        <w:rPr>
          <w:rFonts w:ascii="IM Fell English" w:hAnsi="IM Fell English"/>
          <w:color w:val="141414"/>
          <w:sz w:val="24"/>
        </w:rPr>
        <w:t>It felt heavier than it should.</w:t>
      </w:r>
    </w:p>
    <w:p>
      <w:r>
        <w:rPr>
          <w:rFonts w:ascii="IM Fell English" w:hAnsi="IM Fell English"/>
          <w:color w:val="141414"/>
          <w:sz w:val="24"/>
        </w:rPr>
        <w:t>The next evening, an unmarked sedan dropped them six blocks from the address. Stjepan carried the neural ring in a plain shipping bag inside a backpack. They were wearing civilian clothes, worn jeans, cheap jackets.</w:t>
      </w:r>
    </w:p>
    <w:p>
      <w:r>
        <w:rPr>
          <w:rFonts w:ascii="IM Fell English" w:hAnsi="IM Fell English"/>
          <w:color w:val="141414"/>
          <w:sz w:val="24"/>
        </w:rPr>
        <w:t>"This is fucking insane," Oleg said. "We're going to prison."</w:t>
      </w:r>
    </w:p>
    <w:p>
      <w:r>
        <w:rPr>
          <w:rFonts w:ascii="IM Fell English" w:hAnsi="IM Fell English"/>
          <w:color w:val="141414"/>
          <w:sz w:val="24"/>
        </w:rPr>
        <w:t>"The system says that ring doesn't exist," Stjepan said. "We're ghosts."</w:t>
      </w:r>
    </w:p>
    <w:p>
      <w:r>
        <w:rPr>
          <w:rFonts w:ascii="IM Fell English" w:hAnsi="IM Fell English"/>
          <w:color w:val="141414"/>
          <w:sz w:val="24"/>
        </w:rPr>
        <w:t>His tablet displayed the address: Residential Block 7, Unit 23C. Arthur Volkov.</w:t>
      </w:r>
    </w:p>
    <w:p>
      <w:r>
        <w:rPr>
          <w:rFonts w:ascii="IM Fell English" w:hAnsi="IM Fell English"/>
          <w:color w:val="141414"/>
          <w:sz w:val="24"/>
        </w:rPr>
        <w:t>They climbed to the second floor. Found the door with the faded welcome mat, the paint peeling at the corners. Unit 23C. A single name on the buzzer: VOLKOV.</w:t>
      </w:r>
    </w:p>
    <w:p>
      <w:r>
        <w:rPr>
          <w:rFonts w:ascii="IM Fell English" w:hAnsi="IM Fell English"/>
          <w:color w:val="141414"/>
          <w:sz w:val="24"/>
        </w:rPr>
        <w:t>He knocked three times.</w:t>
      </w:r>
    </w:p>
    <w:p>
      <w:r>
        <w:rPr>
          <w:rFonts w:ascii="IM Fell English" w:hAnsi="IM Fell English"/>
          <w:color w:val="141414"/>
          <w:sz w:val="24"/>
        </w:rPr>
        <w:t>Set the package on the mat.</w:t>
      </w:r>
    </w:p>
    <w:p>
      <w:r>
        <w:rPr>
          <w:rFonts w:ascii="IM Fell English" w:hAnsi="IM Fell English"/>
          <w:color w:val="141414"/>
          <w:sz w:val="24"/>
        </w:rPr>
        <w:t>Turned to walk away.</w:t>
      </w:r>
    </w:p>
    <w:p>
      <w:r>
        <w:rPr>
          <w:rFonts w:ascii="IM Fell English" w:hAnsi="IM Fell English"/>
          <w:color w:val="141414"/>
          <w:sz w:val="24"/>
        </w:rPr>
        <w:t>The door opened behind him. "Oh thank god, it's here!"</w:t>
      </w:r>
    </w:p>
    <w:p>
      <w:r>
        <w:rPr>
          <w:rFonts w:ascii="IM Fell English" w:hAnsi="IM Fell English"/>
          <w:color w:val="141414"/>
          <w:sz w:val="24"/>
        </w:rPr>
        <w:t>Stjepan didn't look back. Didn't stop. Just walked down the stairs and out to the street where the sedan was waiting.</w:t>
      </w:r>
    </w:p>
    <w:p>
      <w:r>
        <w:rPr>
          <w:rFonts w:ascii="IM Fell English" w:hAnsi="IM Fell English"/>
          <w:color w:val="141414"/>
          <w:sz w:val="24"/>
        </w:rPr>
        <w:t>Fifteen minutes later, they were back at Archive Hall 23.</w:t>
      </w:r>
    </w:p>
    <w:p>
      <w:r>
        <w:rPr>
          <w:rFonts w:ascii="IM Fell English" w:hAnsi="IM Fell English"/>
          <w:color w:val="141414"/>
          <w:sz w:val="24"/>
        </w:rPr>
        <w:t>Stjepan's tablet buzzed.</w:t>
      </w:r>
    </w:p>
    <w:p>
      <w:r>
        <w:rPr>
          <w:rFonts w:ascii="IM Fell English" w:hAnsi="IM Fell English"/>
          <w:color w:val="141414"/>
          <w:sz w:val="24"/>
        </w:rPr>
        <w:t>DELIVERY CONFIRMED. COMPENSATION: 3000 CREDITS EACH.</w:t>
      </w:r>
    </w:p>
    <w:p>
      <w:r>
        <w:rPr>
          <w:rFonts w:ascii="IM Fell English" w:hAnsi="IM Fell English"/>
          <w:color w:val="141414"/>
          <w:sz w:val="24"/>
        </w:rPr>
        <w:t>He checked his account. 7,247 credits. The money was there. Real. Solid.</w:t>
      </w:r>
    </w:p>
    <w:p>
      <w:r>
        <w:rPr>
          <w:rFonts w:ascii="IM Fell English" w:hAnsi="IM Fell English"/>
          <w:color w:val="141414"/>
          <w:sz w:val="24"/>
        </w:rPr>
        <w:t>"We actually did it," Oleg said.</w:t>
      </w:r>
    </w:p>
    <w:p>
      <w:r>
        <w:rPr>
          <w:rFonts w:ascii="IM Fell English" w:hAnsi="IM Fell English"/>
          <w:color w:val="141414"/>
          <w:sz w:val="24"/>
        </w:rPr>
        <w:t>Stjepan's tablet buzzed again.</w:t>
      </w:r>
    </w:p>
    <w:p>
      <w:r>
        <w:rPr>
          <w:rFonts w:ascii="IM Fell English" w:hAnsi="IM Fell English"/>
          <w:color w:val="141414"/>
          <w:sz w:val="24"/>
        </w:rPr>
        <w:t>ADDITIONAL DELIVERY. TOMORROW. 1900 HOURS.</w:t>
      </w:r>
    </w:p>
    <w:p>
      <w:r>
        <w:rPr>
          <w:rFonts w:ascii="IM Fell English" w:hAnsi="IM Fell English"/>
          <w:color w:val="141414"/>
          <w:sz w:val="24"/>
        </w:rPr>
        <w:t>Stjepan thought about the rent due in six days. About his mother's subsidy. About how easy it had been, just carry a package, knock on a door, walk away.</w:t>
      </w:r>
    </w:p>
    <w:p>
      <w:r>
        <w:rPr>
          <w:rFonts w:ascii="IM Fell English" w:hAnsi="IM Fell English"/>
          <w:color w:val="141414"/>
          <w:sz w:val="24"/>
        </w:rPr>
        <w:t>He typed: Yes.</w:t>
      </w:r>
    </w:p>
    <w:p>
      <w:r>
        <w:rPr>
          <w:rFonts w:ascii="IM Fell English" w:hAnsi="IM Fell English"/>
          <w:color w:val="141414"/>
          <w:sz w:val="24"/>
        </w:rPr>
        <w:t>Arthur Volkov turned the neural ring over in his hands.</w:t>
      </w:r>
    </w:p>
    <w:p>
      <w:r>
        <w:rPr>
          <w:rFonts w:ascii="IM Fell English" w:hAnsi="IM Fell English"/>
          <w:color w:val="141414"/>
          <w:sz w:val="24"/>
        </w:rPr>
        <w:t>It looked like the ones he'd seen in the transition brochures: sleek, medical-grade, the kind of hardware that cost more than his apartment. The package had included instructions, printed on actual paper:</w:t>
      </w:r>
    </w:p>
    <w:p>
      <w:r>
        <w:rPr>
          <w:rFonts w:ascii="IM Fell English" w:hAnsi="IM Fell English"/>
          <w:color w:val="141414"/>
          <w:sz w:val="24"/>
        </w:rPr>
        <w:t>Wear the ring. Follow the link on the enclosed card. Watch for one hour minimum. Participate fully. Upon completion, compensation will be transferred: 15,000 credits.</w:t>
      </w:r>
    </w:p>
    <w:p>
      <w:r>
        <w:rPr>
          <w:rFonts w:ascii="IM Fell English" w:hAnsi="IM Fell English"/>
          <w:color w:val="141414"/>
          <w:sz w:val="24"/>
        </w:rPr>
        <w:t>Fifteen thousand credits. For watching pornography.</w:t>
      </w:r>
    </w:p>
    <w:p>
      <w:r>
        <w:rPr>
          <w:rFonts w:ascii="IM Fell English" w:hAnsi="IM Fell English"/>
          <w:color w:val="141414"/>
          <w:sz w:val="24"/>
        </w:rPr>
        <w:t>Arthur had laughed when he'd received the first read it. Some kind of market research, probably. Neural response mapping for the adult entertainment industry. He'd heard rumors about this kind of thing, companies paying volunteers to test immersive content, measuring arousal patterns, optimizing their products for the Eden market.</w:t>
      </w:r>
    </w:p>
    <w:p>
      <w:r>
        <w:rPr>
          <w:rFonts w:ascii="IM Fell English" w:hAnsi="IM Fell English"/>
          <w:color w:val="141414"/>
          <w:sz w:val="24"/>
        </w:rPr>
        <w:t>It was strange. It was possibly illegal. But fifteen thousand credits would clear his debts. Would get the collectors to stop calling every night. Would let him breathe for the first time in years.</w:t>
      </w:r>
    </w:p>
    <w:p>
      <w:r>
        <w:rPr>
          <w:rFonts w:ascii="IM Fell English" w:hAnsi="IM Fell English"/>
          <w:color w:val="141414"/>
          <w:sz w:val="24"/>
        </w:rPr>
        <w:t>Arthur had learned not to ask too many questions about where money came from. Not in this economy. Not in this world.</w:t>
      </w:r>
    </w:p>
    <w:p>
      <w:r>
        <w:rPr>
          <w:rFonts w:ascii="IM Fell English" w:hAnsi="IM Fell English"/>
          <w:color w:val="141414"/>
          <w:sz w:val="24"/>
        </w:rPr>
        <w:t>He placed the ring on his head. The contacts found his temples with a soft click. A brief hum, then nothing, just a faint warmth where the metal touched his skin.</w:t>
      </w:r>
    </w:p>
    <w:p>
      <w:r>
        <w:rPr>
          <w:rFonts w:ascii="IM Fell English" w:hAnsi="IM Fell English"/>
          <w:color w:val="141414"/>
          <w:sz w:val="24"/>
        </w:rPr>
        <w:t>He opened the link on his tablet.</w:t>
      </w:r>
    </w:p>
    <w:p>
      <w:r>
        <w:rPr>
          <w:rFonts w:ascii="IM Fell English" w:hAnsi="IM Fell English"/>
          <w:color w:val="141414"/>
          <w:sz w:val="24"/>
        </w:rPr>
        <w:t>The content that loaded was high-quality. Professional. The kind of production values that suggested serious money behind it. Arthur felt a flush of embarrassment, he wasn't a prude, but he'd never done anything like this. Watching pornography while wearing medical equipment. Being recorded.</w:t>
      </w:r>
    </w:p>
    <w:p>
      <w:r>
        <w:rPr>
          <w:rFonts w:ascii="IM Fell English" w:hAnsi="IM Fell English"/>
          <w:color w:val="141414"/>
          <w:sz w:val="24"/>
        </w:rPr>
        <w:t>But fifteen thousand credits.</w:t>
      </w:r>
    </w:p>
    <w:p>
      <w:r>
        <w:rPr>
          <w:rFonts w:ascii="IM Fell English" w:hAnsi="IM Fell English"/>
          <w:color w:val="141414"/>
          <w:sz w:val="24"/>
        </w:rPr>
        <w:t>He settled into the couch. Let himself watch.</w:t>
      </w:r>
    </w:p>
    <w:p>
      <w:r>
        <w:rPr>
          <w:rFonts w:ascii="IM Fell English" w:hAnsi="IM Fell English"/>
          <w:color w:val="141414"/>
          <w:sz w:val="24"/>
        </w:rPr>
        <w:t>The first twenty minutes were awkward. He was too aware of the ring on his head, too conscious of being observed. But gradually the self-consciousness faded. The content was well-crafted, designed, he realized, to build slowly, to draw the viewer in, to create anticipation.</w:t>
      </w:r>
    </w:p>
    <w:p>
      <w:r>
        <w:rPr>
          <w:rFonts w:ascii="IM Fell English" w:hAnsi="IM Fell English"/>
          <w:color w:val="141414"/>
          <w:sz w:val="24"/>
        </w:rPr>
        <w:t>By the forty-minute mark, he was no longer thinking about the ring.</w:t>
      </w:r>
    </w:p>
    <w:p>
      <w:r>
        <w:rPr>
          <w:rFonts w:ascii="IM Fell English" w:hAnsi="IM Fell English"/>
          <w:color w:val="141414"/>
          <w:sz w:val="24"/>
        </w:rPr>
        <w:t>By the hour mark, he was fully aroused.</w:t>
      </w:r>
    </w:p>
    <w:p>
      <w:r>
        <w:rPr>
          <w:rFonts w:ascii="IM Fell English" w:hAnsi="IM Fell English"/>
          <w:color w:val="141414"/>
          <w:sz w:val="24"/>
        </w:rPr>
        <w:t>The instructions had said to participate fully. Arthur understood what that meant. His hand moved to his belt.</w:t>
      </w:r>
    </w:p>
    <w:p>
      <w:r>
        <w:rPr>
          <w:rFonts w:ascii="IM Fell English" w:hAnsi="IM Fell English"/>
          <w:color w:val="141414"/>
          <w:sz w:val="24"/>
        </w:rPr>
        <w:t>He felt slightly ridiculous. Slightly ashamed. But the warmth of the ring against his temples had become almost pleasant, like a gentle massage, and the content on the screen was building toward something, and fifteen thousand credits would change everything, and,</w:t>
      </w:r>
    </w:p>
    <w:p>
      <w:r>
        <w:rPr>
          <w:rFonts w:ascii="IM Fell English" w:hAnsi="IM Fell English"/>
          <w:color w:val="141414"/>
          <w:sz w:val="24"/>
        </w:rPr>
        <w:t>The climax hit him like a wave.</w:t>
      </w:r>
    </w:p>
    <w:p>
      <w:r>
        <w:rPr>
          <w:rFonts w:ascii="IM Fell English" w:hAnsi="IM Fell English"/>
          <w:color w:val="141414"/>
          <w:sz w:val="24"/>
        </w:rPr>
        <w:t>For three perfect seconds, Arthur Volkov experienced pure, uncomplicated pleasure. Every nerve ending singing. Every thought dissolved into sensation. The ring hummed against his skull, drinking it in, recording every synaptic fire with perfect fidelity.</w:t>
      </w:r>
    </w:p>
    <w:p>
      <w:r>
        <w:rPr>
          <w:rFonts w:ascii="IM Fell English" w:hAnsi="IM Fell English"/>
          <w:color w:val="141414"/>
          <w:sz w:val="24"/>
        </w:rPr>
        <w:t>Then the current hit.</w:t>
      </w:r>
    </w:p>
    <w:p>
      <w:r>
        <w:rPr>
          <w:rFonts w:ascii="IM Fell English" w:hAnsi="IM Fell English"/>
          <w:color w:val="141414"/>
          <w:sz w:val="24"/>
        </w:rPr>
        <w:t>A sudden wrongness in the electricity of his brain. His muscles locked. His jaw clenched so hard he felt a tooth crack. His heart stuttered once, twice, then fell into a rhythm it was never designed to sustain.</w:t>
      </w:r>
    </w:p>
    <w:p>
      <w:r>
        <w:rPr>
          <w:rFonts w:ascii="IM Fell English" w:hAnsi="IM Fell English"/>
          <w:color w:val="141414"/>
          <w:sz w:val="24"/>
        </w:rPr>
        <w:t>Arthur tried to scream. Tried to call for help. But his body was no longer his.</w:t>
      </w:r>
    </w:p>
    <w:p>
      <w:r>
        <w:rPr>
          <w:rFonts w:ascii="IM Fell English" w:hAnsi="IM Fell English"/>
          <w:color w:val="141414"/>
          <w:sz w:val="24"/>
        </w:rPr>
        <w:t>The ring hum as he slid off the couch. Continued to record as his heart gave one final confused beat. Continued to transmit as the light left his eyes and Arthur Volkov, debtor, lonely man, desperate, became just another data point in someone else's paradise.</w:t>
      </w:r>
    </w:p>
    <w:p>
      <w:r>
        <w:rPr>
          <w:rFonts w:ascii="IM Fell English" w:hAnsi="IM Fell English"/>
          <w:color w:val="141414"/>
          <w:sz w:val="24"/>
        </w:rPr>
        <w:t>The second delivery the following evening was easier than the first. To Residential Block 14, Unit 8F.</w:t>
      </w:r>
    </w:p>
    <w:p>
      <w:r>
        <w:rPr>
          <w:rFonts w:ascii="IM Fell English" w:hAnsi="IM Fell English"/>
          <w:color w:val="141414"/>
          <w:sz w:val="24"/>
        </w:rPr>
        <w:t>Stjepan knocked three times. Set the package on the mat, heavier this time, the ring bundled with containers of food. Turned to walk away.</w:t>
      </w:r>
    </w:p>
    <w:p>
      <w:r>
        <w:rPr>
          <w:rFonts w:ascii="IM Fell English" w:hAnsi="IM Fell English"/>
          <w:color w:val="141414"/>
          <w:sz w:val="24"/>
        </w:rPr>
        <w:t>The door opened. A kid, early twenties, painfully thin. Eyes wide at the sight of the package.</w:t>
      </w:r>
    </w:p>
    <w:p>
      <w:r>
        <w:rPr>
          <w:rFonts w:ascii="IM Fell English" w:hAnsi="IM Fell English"/>
          <w:color w:val="141414"/>
          <w:sz w:val="24"/>
        </w:rPr>
        <w:t>"Is this the meal trial?" he asked, voice trembling. "You have no idea what this means. My sister needs medicine, and with this payment…"</w:t>
      </w:r>
    </w:p>
    <w:p>
      <w:r>
        <w:rPr>
          <w:rFonts w:ascii="IM Fell English" w:hAnsi="IM Fell English"/>
          <w:color w:val="141414"/>
          <w:sz w:val="24"/>
        </w:rPr>
        <w:t>Stjepan walked away.</w:t>
      </w:r>
    </w:p>
    <w:p>
      <w:r>
        <w:rPr>
          <w:rFonts w:ascii="IM Fell English" w:hAnsi="IM Fell English"/>
          <w:color w:val="141414"/>
          <w:sz w:val="24"/>
        </w:rPr>
        <w:t>The sedan was waiting.</w:t>
      </w:r>
    </w:p>
    <w:p>
      <w:r>
        <w:rPr>
          <w:rFonts w:ascii="IM Fell English" w:hAnsi="IM Fell English"/>
          <w:color w:val="141414"/>
          <w:sz w:val="24"/>
        </w:rPr>
        <w:t>DELIVERY CONFIRMED. COMPENSATION: 3000 CREDITS EACH.</w:t>
      </w:r>
    </w:p>
    <w:p>
      <w:r>
        <w:rPr>
          <w:rFonts w:ascii="IM Fell English" w:hAnsi="IM Fell English"/>
          <w:color w:val="141414"/>
          <w:sz w:val="24"/>
        </w:rPr>
        <w:t>Marc Gilford couldn't stop crying.</w:t>
      </w:r>
    </w:p>
    <w:p>
      <w:r>
        <w:rPr>
          <w:rFonts w:ascii="IM Fell English" w:hAnsi="IM Fell English"/>
          <w:color w:val="141414"/>
          <w:sz w:val="24"/>
        </w:rPr>
        <w:t>The food was spread across every surface of his tiny apartment. His desk. His bed. The floor. Containers and packages and sealed trays, more food than he'd seen in one place since before his parents died.</w:t>
      </w:r>
    </w:p>
    <w:p>
      <w:r>
        <w:rPr>
          <w:rFonts w:ascii="IM Fell English" w:hAnsi="IM Fell English"/>
          <w:color w:val="141414"/>
          <w:sz w:val="24"/>
        </w:rPr>
        <w:t>Real chicken. Actual beef, not the protein substitute but meat, red and marbled and glistening with fat. Fresh vegetables, colors so bright they looked artificial. Bread that smelled like bread, not the nutrient-dense blocks the ration centers distributed. Chocolate. Cheese. Fruit he couldn't even identify.</w:t>
      </w:r>
    </w:p>
    <w:p>
      <w:r>
        <w:rPr>
          <w:rFonts w:ascii="IM Fell English" w:hAnsi="IM Fell English"/>
          <w:color w:val="141414"/>
          <w:sz w:val="24"/>
        </w:rPr>
        <w:t>And a neural ring, sitting on top of a handwritten note:</w:t>
      </w:r>
    </w:p>
    <w:p>
      <w:r>
        <w:rPr>
          <w:rFonts w:ascii="IM Fell English" w:hAnsi="IM Fell English"/>
          <w:color w:val="141414"/>
          <w:sz w:val="24"/>
        </w:rPr>
        <w:t>Wear the ring. Eat until you are satisfied. Truly satisfied. Take your time. Savor every bite. Upon completion, compensation will be transferred: 15,000 credits.</w:t>
      </w:r>
    </w:p>
    <w:p>
      <w:r>
        <w:rPr>
          <w:rFonts w:ascii="IM Fell English" w:hAnsi="IM Fell English"/>
          <w:color w:val="141414"/>
          <w:sz w:val="24"/>
        </w:rPr>
        <w:t>Marc had been hungry for so long that he'd forgotten what full felt like.</w:t>
      </w:r>
    </w:p>
    <w:p>
      <w:r>
        <w:rPr>
          <w:rFonts w:ascii="IM Fell English" w:hAnsi="IM Fell English"/>
          <w:color w:val="141414"/>
          <w:sz w:val="24"/>
        </w:rPr>
        <w:t>His monthly credit allowance covered rent, barely, and the cheapest possible nutrition blocks. He'd learned to ignore the gnawing emptiness in his stomach the way you learned to ignore a chronic pain. It was just there. Part of being alive. Part of being a student in a world that had decided education was a luxury a dying planet couldn't afford.</w:t>
      </w:r>
    </w:p>
    <w:p>
      <w:r>
        <w:rPr>
          <w:rFonts w:ascii="IM Fell English" w:hAnsi="IM Fell English"/>
          <w:color w:val="141414"/>
          <w:sz w:val="24"/>
        </w:rPr>
        <w:t>His sister needed medication. Real medication, not the watered-down generics. Fifteen thousand credits would buy her six months of treatment. Would keep her alive long enough for him to graduate, to get a job, to find some way out of this slow-motion drowning.</w:t>
      </w:r>
    </w:p>
    <w:p>
      <w:r>
        <w:rPr>
          <w:rFonts w:ascii="IM Fell English" w:hAnsi="IM Fell English"/>
          <w:color w:val="141414"/>
          <w:sz w:val="24"/>
        </w:rPr>
        <w:t>He put on the ring.</w:t>
      </w:r>
    </w:p>
    <w:p>
      <w:r>
        <w:rPr>
          <w:rFonts w:ascii="IM Fell English" w:hAnsi="IM Fell English"/>
          <w:color w:val="141414"/>
          <w:sz w:val="24"/>
        </w:rPr>
        <w:t>It hummed softly against his temples. Warm. Almost comforting.</w:t>
      </w:r>
    </w:p>
    <w:p>
      <w:r>
        <w:rPr>
          <w:rFonts w:ascii="IM Fell English" w:hAnsi="IM Fell English"/>
          <w:color w:val="141414"/>
          <w:sz w:val="24"/>
        </w:rPr>
        <w:t>Marc reached for the chicken first.</w:t>
      </w:r>
    </w:p>
    <w:p>
      <w:r>
        <w:rPr>
          <w:rFonts w:ascii="IM Fell English" w:hAnsi="IM Fell English"/>
          <w:color w:val="141414"/>
          <w:sz w:val="24"/>
        </w:rPr>
        <w:t>The taste exploded across his tongue. Salt. Fat. The caramelized crisp of skin. He moaned, actually moaned out loud, like a man experiencing something holy. His hands were shaking as he tore off another piece. Another. Grease running down his chin.</w:t>
      </w:r>
    </w:p>
    <w:p>
      <w:r>
        <w:rPr>
          <w:rFonts w:ascii="IM Fell English" w:hAnsi="IM Fell English"/>
          <w:color w:val="141414"/>
          <w:sz w:val="24"/>
        </w:rPr>
        <w:t>He moved to the beef. Medium-rare, pink in the center, so tender it fell apart at the touch. He didn't bother with utensils. Didn't bother with plates. He ate with his hands, kneeling on the floor of his apartment, surrounded by amount of food he'd only dreamt of.</w:t>
      </w:r>
    </w:p>
    <w:p>
      <w:r>
        <w:rPr>
          <w:rFonts w:ascii="IM Fell English" w:hAnsi="IM Fell English"/>
          <w:color w:val="141414"/>
          <w:sz w:val="24"/>
        </w:rPr>
        <w:t>The bread was soft and warm. The cheese was sharp and creamy. The vegetables crunched between his teeth, releasing flavors he'd only read about in old books. The chocolate, god, the chocolate, melted on his tongue like a prayer answered.</w:t>
      </w:r>
    </w:p>
    <w:p>
      <w:r>
        <w:rPr>
          <w:rFonts w:ascii="IM Fell English" w:hAnsi="IM Fell English"/>
          <w:color w:val="141414"/>
          <w:sz w:val="24"/>
        </w:rPr>
        <w:t>The ring recorded everything. Every burst of flavor. Every surge of dopamine. Every moment of pure, desperate satisfaction as Marc Gilford ate and ate and ate, filling a void that had been empty for so long he'd forgotten it existed.</w:t>
      </w:r>
    </w:p>
    <w:p>
      <w:r>
        <w:rPr>
          <w:rFonts w:ascii="IM Fell English" w:hAnsi="IM Fell English"/>
          <w:color w:val="141414"/>
          <w:sz w:val="24"/>
        </w:rPr>
        <w:t>He didn't stop when his stomach started to ache.</w:t>
      </w:r>
    </w:p>
    <w:p>
      <w:r>
        <w:rPr>
          <w:rFonts w:ascii="IM Fell English" w:hAnsi="IM Fell English"/>
          <w:color w:val="141414"/>
          <w:sz w:val="24"/>
        </w:rPr>
        <w:t>He didn't stop when the ache became pain.</w:t>
      </w:r>
    </w:p>
    <w:p>
      <w:r>
        <w:rPr>
          <w:rFonts w:ascii="IM Fell English" w:hAnsi="IM Fell English"/>
          <w:color w:val="141414"/>
          <w:sz w:val="24"/>
        </w:rPr>
        <w:t>He kept eating because the food was there and it was real and his sister needed medicine and fifteen thousand credits would save her life and he was so hungry, had been hungry for so long,</w:t>
      </w:r>
    </w:p>
    <w:p>
      <w:r>
        <w:rPr>
          <w:rFonts w:ascii="IM Fell English" w:hAnsi="IM Fell English"/>
          <w:color w:val="141414"/>
          <w:sz w:val="24"/>
        </w:rPr>
        <w:t>The pain shifted. Became pressure. Became a fullness so complete it felt like his body might split open.</w:t>
      </w:r>
    </w:p>
    <w:p>
      <w:r>
        <w:rPr>
          <w:rFonts w:ascii="IM Fell English" w:hAnsi="IM Fell English"/>
          <w:color w:val="141414"/>
          <w:sz w:val="24"/>
        </w:rPr>
        <w:t>Marc sat back against the wall, breathing hard. His stomach distended. His hands still greasy. The ring humming softly against his temples.</w:t>
      </w:r>
    </w:p>
    <w:p>
      <w:r>
        <w:rPr>
          <w:rFonts w:ascii="IM Fell English" w:hAnsi="IM Fell English"/>
          <w:color w:val="141414"/>
          <w:sz w:val="24"/>
        </w:rPr>
        <w:t>Satisfied, he thought. I'm finally satisfied.</w:t>
      </w:r>
    </w:p>
    <w:p>
      <w:r>
        <w:rPr>
          <w:rFonts w:ascii="IM Fell English" w:hAnsi="IM Fell English"/>
          <w:color w:val="141414"/>
          <w:sz w:val="24"/>
        </w:rPr>
        <w:t>The current hit.</w:t>
      </w:r>
    </w:p>
    <w:p>
      <w:r>
        <w:rPr>
          <w:rFonts w:ascii="IM Fell English" w:hAnsi="IM Fell English"/>
          <w:color w:val="141414"/>
          <w:sz w:val="24"/>
        </w:rPr>
        <w:t>It was gentler than Arthur Volkov's death, more of a dimming than an interruption. Marc felt his thoughts slow, felt his heartbeat stutter, felt a strange warmth spreading through his chest as his overtaxed system simply… stopped.</w:t>
      </w:r>
    </w:p>
    <w:p>
      <w:r>
        <w:rPr>
          <w:rFonts w:ascii="IM Fell English" w:hAnsi="IM Fell English"/>
          <w:color w:val="141414"/>
          <w:sz w:val="24"/>
        </w:rPr>
        <w:t>His last thought was of his sister. Of the medication she would never receive. Of the fifteen thousand credits that would never arrive.</w:t>
      </w:r>
    </w:p>
    <w:p>
      <w:r>
        <w:rPr>
          <w:rFonts w:ascii="IM Fell English" w:hAnsi="IM Fell English"/>
          <w:color w:val="141414"/>
          <w:sz w:val="24"/>
        </w:rPr>
        <w:t>The ring recorded for another thirty seconds, capturing the slack face, the glazed eyes, the final small movements of a body shutting down. Then it powered off, its work complete.</w:t>
      </w:r>
    </w:p>
    <w:p>
      <w:r>
        <w:rPr>
          <w:rFonts w:ascii="IM Fell English" w:hAnsi="IM Fell English"/>
          <w:color w:val="141414"/>
          <w:sz w:val="24"/>
        </w:rPr>
        <w:t>In the morning, an anonymous call was made to the police and Jake responded to the call. Jake found him wearing the neural ring and surrounded by food. The coroner would note the distended stomach, the signs of overconsumption after prolonged malnutrition.</w:t>
      </w:r>
    </w:p>
    <w:p>
      <w:r>
        <w:rPr>
          <w:rFonts w:ascii="IM Fell English" w:hAnsi="IM Fell English"/>
          <w:color w:val="141414"/>
          <w:sz w:val="24"/>
        </w:rPr>
        <w:t>Jake collected the neural ring and, as required by law, handed it in to Transition Authority Headquarters. Third case this month. He already knew how it would go, every request stonewalled, every follow-up met with the same reply: "No further action required." Just another death in a city that had too many to count.</w:t>
      </w:r>
    </w:p>
    <w:p>
      <w:pPr>
        <w:pStyle w:val="Heading2"/>
        <w:jc w:val="center"/>
      </w:pPr>
    </w:p>
    <w:p>
      <w:r>
        <w:rPr>
          <w:rFonts w:ascii="IM Fell English" w:hAnsi="IM Fell English"/>
          <w:color w:val="141414"/>
          <w:sz w:val="24"/>
        </w:rPr>
        <w:t>"I checked the processing terminal yesterday," Stjepan said, his voice hollow.</w:t>
      </w:r>
    </w:p>
    <w:p>
      <w:r>
        <w:rPr>
          <w:rFonts w:ascii="IM Fell English" w:hAnsi="IM Fell English"/>
          <w:color w:val="141414"/>
          <w:sz w:val="24"/>
        </w:rPr>
        <w:t>VOLKOV, THOMAS | DECEASED | CAUSE: CARDIAC ARREST | NO INVESTIGATION REQUIRED</w:t>
      </w:r>
    </w:p>
    <w:p>
      <w:r>
        <w:rPr>
          <w:rFonts w:ascii="IM Fell English" w:hAnsi="IM Fell English"/>
          <w:color w:val="141414"/>
          <w:sz w:val="24"/>
        </w:rPr>
        <w:t>His blood turned to ice.</w:t>
      </w:r>
    </w:p>
    <w:p>
      <w:r>
        <w:rPr>
          <w:rFonts w:ascii="IM Fell English" w:hAnsi="IM Fell English"/>
          <w:color w:val="141414"/>
          <w:sz w:val="24"/>
        </w:rPr>
        <w:t>Dead. Found three days ago. Hours after receiving the package.</w:t>
      </w:r>
    </w:p>
    <w:p>
      <w:r>
        <w:rPr>
          <w:rFonts w:ascii="IM Fell English" w:hAnsi="IM Fell English"/>
          <w:color w:val="141414"/>
          <w:sz w:val="24"/>
        </w:rPr>
        <w:t>He pulled up his tablet, searched for the other address. The second delivery. Marc Gilford, Residential Block 14.</w:t>
      </w:r>
    </w:p>
    <w:p>
      <w:r>
        <w:rPr>
          <w:rFonts w:ascii="IM Fell English" w:hAnsi="IM Fell English"/>
          <w:color w:val="141414"/>
          <w:sz w:val="24"/>
        </w:rPr>
        <w:t>GILFORD, MARCUS | EMERGENCY INTAKE | STATUS: DECEASED (PHYSICAL BODY) | PRELIMINARY CAUSE: CARDIAC ARREST</w:t>
      </w:r>
    </w:p>
    <w:p>
      <w:r>
        <w:rPr>
          <w:rFonts w:ascii="IM Fell English" w:hAnsi="IM Fell English"/>
          <w:color w:val="141414"/>
          <w:sz w:val="24"/>
        </w:rPr>
        <w:t>The kid who'd talked about his sister. Who'd looked at the package like it was hope.</w:t>
      </w:r>
    </w:p>
    <w:p>
      <w:r>
        <w:rPr>
          <w:rFonts w:ascii="IM Fell English" w:hAnsi="IM Fell English"/>
          <w:color w:val="141414"/>
          <w:sz w:val="24"/>
        </w:rPr>
        <w:t>Dead.</w:t>
      </w:r>
    </w:p>
    <w:p>
      <w:r>
        <w:rPr>
          <w:rFonts w:ascii="IM Fell English" w:hAnsi="IM Fell English"/>
          <w:color w:val="141414"/>
          <w:sz w:val="24"/>
        </w:rPr>
        <w:t>Stjepan stumbled to the bathroom and vomited.</w:t>
      </w:r>
    </w:p>
    <w:p>
      <w:r>
        <w:rPr>
          <w:rFonts w:ascii="IM Fell English" w:hAnsi="IM Fell English"/>
          <w:color w:val="141414"/>
          <w:sz w:val="24"/>
        </w:rPr>
        <w:t>"We have to stop," Stjepan said.</w:t>
      </w:r>
    </w:p>
    <w:p>
      <w:r>
        <w:rPr>
          <w:rFonts w:ascii="IM Fell English" w:hAnsi="IM Fell English"/>
          <w:color w:val="141414"/>
          <w:sz w:val="24"/>
        </w:rPr>
        <w:t>Oleg was sitting on his bunk, staring at his tablet. At the credit balance that now read 13,247.</w:t>
      </w:r>
    </w:p>
    <w:p>
      <w:r>
        <w:rPr>
          <w:rFonts w:ascii="IM Fell English" w:hAnsi="IM Fell English"/>
          <w:color w:val="141414"/>
          <w:sz w:val="24"/>
        </w:rPr>
        <w:t>"We can't stop."</w:t>
      </w:r>
    </w:p>
    <w:p>
      <w:r>
        <w:rPr>
          <w:rFonts w:ascii="IM Fell English" w:hAnsi="IM Fell English"/>
          <w:color w:val="141414"/>
          <w:sz w:val="24"/>
        </w:rPr>
        <w:t>"They're dead, Oleg. Both deliveries. They're both dead."</w:t>
      </w:r>
    </w:p>
    <w:p>
      <w:r>
        <w:rPr>
          <w:rFonts w:ascii="IM Fell English" w:hAnsi="IM Fell English"/>
          <w:color w:val="141414"/>
          <w:sz w:val="24"/>
        </w:rPr>
        <w:t>"I know."</w:t>
      </w:r>
    </w:p>
    <w:p>
      <w:r>
        <w:rPr>
          <w:rFonts w:ascii="IM Fell English" w:hAnsi="IM Fell English"/>
          <w:color w:val="141414"/>
          <w:sz w:val="24"/>
        </w:rPr>
        <w:t>Stjepan grabbed his shoulder. "You know? How long have you known?"</w:t>
      </w:r>
    </w:p>
    <w:p>
      <w:r>
        <w:rPr>
          <w:rFonts w:ascii="IM Fell English" w:hAnsi="IM Fell English"/>
          <w:color w:val="141414"/>
          <w:sz w:val="24"/>
        </w:rPr>
        <w:t>"I checked yesterday. After I saw the wellness check report come through dispatch." Oleg looked up, his eyes hollow. "I know what we're doing. And I know we can't stop."</w:t>
      </w:r>
    </w:p>
    <w:p>
      <w:r>
        <w:rPr>
          <w:rFonts w:ascii="IM Fell English" w:hAnsi="IM Fell English"/>
          <w:color w:val="141414"/>
          <w:sz w:val="24"/>
        </w:rPr>
        <w:t>"We call the police, "</w:t>
      </w:r>
    </w:p>
    <w:p>
      <w:r>
        <w:rPr>
          <w:rFonts w:ascii="IM Fell English" w:hAnsi="IM Fell English"/>
          <w:color w:val="141414"/>
          <w:sz w:val="24"/>
        </w:rPr>
        <w:t>"And tell them what? That we stole Archive Hall property? That we delivered it to people who died? We're accomplices, Stjepan. We're already murderers."</w:t>
      </w:r>
    </w:p>
    <w:p>
      <w:r>
        <w:rPr>
          <w:rFonts w:ascii="IM Fell English" w:hAnsi="IM Fell English"/>
          <w:color w:val="141414"/>
          <w:sz w:val="24"/>
        </w:rPr>
        <w:t>"We didn't know, "</w:t>
      </w:r>
    </w:p>
    <w:p>
      <w:r>
        <w:rPr>
          <w:rFonts w:ascii="IM Fell English" w:hAnsi="IM Fell English"/>
          <w:color w:val="141414"/>
          <w:sz w:val="24"/>
        </w:rPr>
        <w:t>"We know now." Oleg stood, pacing the tiny room. "And if we stop, what happens? The inventory corrections get reversed. Suddenly there are two missing neural rings and we're the last people who accessed Stock Room 4B. Security footage that's been edited gets 'restored.' We go to prison. My daughter loses her medication. Your mother loses her housing."</w:t>
      </w:r>
    </w:p>
    <w:p>
      <w:r>
        <w:rPr>
          <w:rFonts w:ascii="IM Fell English" w:hAnsi="IM Fell English"/>
          <w:color w:val="141414"/>
          <w:sz w:val="24"/>
        </w:rPr>
        <w:t>Stjepan's tablet buzzed.</w:t>
      </w:r>
    </w:p>
    <w:p>
      <w:r>
        <w:rPr>
          <w:rFonts w:ascii="IM Fell English" w:hAnsi="IM Fell English"/>
          <w:color w:val="141414"/>
          <w:sz w:val="24"/>
        </w:rPr>
        <w:t>NEXT DELIVERY: TOMORROW, 1900 HOURS. TWO PACKAGES. COMPENSATION: 6000 CREDITS.</w:t>
      </w:r>
    </w:p>
    <w:p>
      <w:r>
        <w:rPr>
          <w:rFonts w:ascii="IM Fell English" w:hAnsi="IM Fell English"/>
          <w:color w:val="141414"/>
          <w:sz w:val="24"/>
        </w:rPr>
        <w:t>Six thousand credits. For two more deaths.</w:t>
      </w:r>
    </w:p>
    <w:p>
      <w:r>
        <w:rPr>
          <w:rFonts w:ascii="IM Fell English" w:hAnsi="IM Fell English"/>
          <w:color w:val="141414"/>
          <w:sz w:val="24"/>
        </w:rPr>
        <w:t>Stjepan sank onto his bunk.</w:t>
      </w:r>
    </w:p>
    <w:p>
      <w:r>
        <w:rPr>
          <w:rFonts w:ascii="IM Fell English" w:hAnsi="IM Fell English"/>
          <w:color w:val="141414"/>
          <w:sz w:val="24"/>
        </w:rPr>
        <w:t>"What are we doing? What are these rings for?"</w:t>
      </w:r>
    </w:p>
    <w:p>
      <w:r>
        <w:rPr>
          <w:rFonts w:ascii="IM Fell English" w:hAnsi="IM Fell English"/>
          <w:color w:val="141414"/>
          <w:sz w:val="24"/>
        </w:rPr>
        <w:t>"I don't want to know." Oleg shook his head.</w:t>
      </w:r>
    </w:p>
    <w:p>
      <w:r>
        <w:rPr>
          <w:rFonts w:ascii="IM Fell English" w:hAnsi="IM Fell English"/>
          <w:color w:val="141414"/>
          <w:sz w:val="24"/>
        </w:rPr>
        <w:t>"We're killing people."</w:t>
      </w:r>
    </w:p>
    <w:p>
      <w:r>
        <w:rPr>
          <w:rFonts w:ascii="IM Fell English" w:hAnsi="IM Fell English"/>
          <w:color w:val="141414"/>
          <w:sz w:val="24"/>
        </w:rPr>
        <w:t>"We're delivering packages," Oleg said. "What happens after… that's not on us. That's the Voice. That's whoever's running this."</w:t>
      </w:r>
    </w:p>
    <w:p>
      <w:r>
        <w:rPr>
          <w:rFonts w:ascii="IM Fell English" w:hAnsi="IM Fell English"/>
          <w:color w:val="141414"/>
          <w:sz w:val="24"/>
        </w:rPr>
        <w:t>Stjepan looked at his partner. At the man who had been his friend for five years. Who had covered his shifts when Stjepan's mother got sick. Who had lent him money when the debt collectors came.</w:t>
      </w:r>
    </w:p>
    <w:p>
      <w:r>
        <w:rPr>
          <w:rFonts w:ascii="IM Fell English" w:hAnsi="IM Fell English"/>
          <w:color w:val="141414"/>
          <w:sz w:val="24"/>
        </w:rPr>
        <w:t>Now a man rationalizing murder for six thousand credits.</w:t>
      </w:r>
    </w:p>
    <w:p>
      <w:r>
        <w:rPr>
          <w:rFonts w:ascii="IM Fell English" w:hAnsi="IM Fell English"/>
          <w:color w:val="141414"/>
          <w:sz w:val="24"/>
        </w:rPr>
        <w:t>Or maybe Stjepan was looking in a mirror.</w:t>
      </w:r>
    </w:p>
    <w:p>
      <w:r>
        <w:rPr>
          <w:rFonts w:ascii="IM Fell English" w:hAnsi="IM Fell English"/>
          <w:color w:val="141414"/>
          <w:sz w:val="24"/>
        </w:rPr>
        <w:t>"Tomorrow," Stjepan said. "1900 hours."</w:t>
      </w:r>
    </w:p>
    <w:p>
      <w:r>
        <w:rPr>
          <w:rFonts w:ascii="IM Fell English" w:hAnsi="IM Fell English"/>
          <w:color w:val="141414"/>
          <w:sz w:val="24"/>
        </w:rPr>
        <w:t>"Tomorrow," Oleg agreed.</w:t>
      </w:r>
    </w:p>
    <w:p>
      <w:r>
        <w:rPr>
          <w:rFonts w:ascii="IM Fell English" w:hAnsi="IM Fell English"/>
          <w:color w:val="141414"/>
          <w:sz w:val="24"/>
        </w:rPr>
        <w:t>Because they were trapped. Because saying no meant prison, meant their families suffering, meant worse things they couldn't imagine.</w:t>
      </w:r>
    </w:p>
    <w:p>
      <w:r>
        <w:rPr>
          <w:rFonts w:ascii="IM Fell English" w:hAnsi="IM Fell English"/>
          <w:color w:val="141414"/>
          <w:sz w:val="24"/>
        </w:rPr>
        <w:t>They were tools now.</w:t>
      </w:r>
    </w:p>
    <w:p>
      <w:r>
        <w:rPr>
          <w:rFonts w:ascii="IM Fell English" w:hAnsi="IM Fell English"/>
          <w:color w:val="141414"/>
          <w:sz w:val="24"/>
        </w:rPr>
        <w:t>And tools didn't get to refuse.</w:t>
      </w:r>
    </w:p>
    <w:p>
      <w:pPr>
        <w:pStyle w:val="Heading2"/>
        <w:jc w:val="center"/>
      </w:pPr>
      <w:r>
        <w:rPr>
          <w:rFonts w:ascii="IM Fell English" w:hAnsi="IM Fell English"/>
          <w:color w:val="0D0D0D"/>
        </w:rPr>
        <w:t>Two weeks later.</w:t>
      </w:r>
    </w:p>
    <w:p>
      <w:r>
        <w:rPr>
          <w:rFonts w:ascii="IM Fell English" w:hAnsi="IM Fell English"/>
          <w:color w:val="141414"/>
          <w:sz w:val="24"/>
        </w:rPr>
        <w:t>Twelve deliveries. Twelve people dead. Thirty-six thousand credits each.</w:t>
      </w:r>
    </w:p>
    <w:p>
      <w:r>
        <w:rPr>
          <w:rFonts w:ascii="IM Fell English" w:hAnsi="IM Fell English"/>
          <w:color w:val="141414"/>
          <w:sz w:val="24"/>
        </w:rPr>
        <w:t>Stjepan and Oleg stood in front of Terminal 3, watched the inventory count change. 22 rings to 10. The system adjusting reality to match their crimes.</w:t>
      </w:r>
    </w:p>
    <w:p>
      <w:r>
        <w:rPr>
          <w:rFonts w:ascii="IM Fell English" w:hAnsi="IM Fell English"/>
          <w:color w:val="141414"/>
          <w:sz w:val="24"/>
        </w:rPr>
        <w:t>They didn't talk about it anymore. Didn't discuss the deaths or wonder about the purpose. Just did the work. Collected the credits. Tried not to think.</w:t>
      </w:r>
    </w:p>
    <w:p>
      <w:r>
        <w:rPr>
          <w:rFonts w:ascii="IM Fell English" w:hAnsi="IM Fell English"/>
          <w:color w:val="141414"/>
          <w:sz w:val="24"/>
        </w:rPr>
        <w:t>The tablet buzzed with a new assignment:</w:t>
      </w:r>
    </w:p>
    <w:p>
      <w:r>
        <w:rPr>
          <w:rFonts w:ascii="IM Fell English" w:hAnsi="IM Fell English"/>
          <w:color w:val="141414"/>
          <w:sz w:val="24"/>
        </w:rPr>
        <w:t>PROTOCOL CHANGE. NEXT DELIVERY REQUIRES SPECIAL HANDLING.</w:t>
      </w:r>
    </w:p>
    <w:p>
      <w:r>
        <w:rPr>
          <w:rFonts w:ascii="IM Fell English" w:hAnsi="IM Fell English"/>
          <w:color w:val="141414"/>
          <w:sz w:val="24"/>
        </w:rPr>
        <w:t>SECTION 12. SEATS 247 AND 248.</w:t>
      </w:r>
    </w:p>
    <w:p>
      <w:r>
        <w:rPr>
          <w:rFonts w:ascii="IM Fell English" w:hAnsi="IM Fell English"/>
          <w:color w:val="141414"/>
          <w:sz w:val="24"/>
        </w:rPr>
        <w:t>DISCONNECT SUBJECTS FROM HARNESSES. PREPARE FOR EXTERNAL DEPLOYMENT.</w:t>
      </w:r>
    </w:p>
    <w:p>
      <w:r>
        <w:rPr>
          <w:rFonts w:ascii="IM Fell English" w:hAnsi="IM Fell English"/>
          <w:color w:val="141414"/>
          <w:sz w:val="24"/>
        </w:rPr>
        <w:t>TIMELINE: TONIGHT. 2200 HOURS.</w:t>
      </w:r>
    </w:p>
    <w:p>
      <w:r>
        <w:rPr>
          <w:rFonts w:ascii="IM Fell English" w:hAnsi="IM Fell English"/>
          <w:color w:val="141414"/>
          <w:sz w:val="24"/>
        </w:rPr>
        <w:t>COMPENSATION: 50,000 CREDITS EACH.</w:t>
      </w:r>
    </w:p>
    <w:p>
      <w:r>
        <w:rPr>
          <w:rFonts w:ascii="IM Fell English" w:hAnsi="IM Fell English"/>
          <w:color w:val="141414"/>
          <w:sz w:val="24"/>
        </w:rPr>
        <w:t>Stjepan read the message three times. This wasn't equipment theft. This was something else entirely.</w:t>
      </w:r>
    </w:p>
    <w:p>
      <w:r>
        <w:rPr>
          <w:rFonts w:ascii="IM Fell English" w:hAnsi="IM Fell English"/>
          <w:color w:val="141414"/>
          <w:sz w:val="24"/>
        </w:rPr>
        <w:t>What do you mean, disconnect subjects?</w:t>
      </w:r>
    </w:p>
    <w:p>
      <w:r>
        <w:rPr>
          <w:rFonts w:ascii="IM Fell English" w:hAnsi="IM Fell English"/>
          <w:color w:val="141414"/>
          <w:sz w:val="24"/>
        </w:rPr>
        <w:t>YOU WILL UNDERSTAND WHEN YOU SEE THEM.</w:t>
      </w:r>
    </w:p>
    <w:p>
      <w:r>
        <w:rPr>
          <w:rFonts w:ascii="IM Fell English" w:hAnsi="IM Fell English"/>
          <w:color w:val="141414"/>
          <w:sz w:val="24"/>
        </w:rPr>
        <w:t>Stjepan showed Oleg the screen. Oleg's face went pale.</w:t>
      </w:r>
    </w:p>
    <w:p>
      <w:r>
        <w:rPr>
          <w:rFonts w:ascii="IM Fell English" w:hAnsi="IM Fell English"/>
          <w:color w:val="141414"/>
          <w:sz w:val="24"/>
        </w:rPr>
        <w:t>"They want us to take people out of the Archive." Oleg kept his voice low. "Living people. Bodies with consciousnesses still in Eden."</w:t>
      </w:r>
    </w:p>
    <w:p>
      <w:r>
        <w:rPr>
          <w:rFonts w:ascii="IM Fell English" w:hAnsi="IM Fell English"/>
          <w:color w:val="141414"/>
          <w:sz w:val="24"/>
        </w:rPr>
        <w:t>"I know what they want."</w:t>
      </w:r>
    </w:p>
    <w:p>
      <w:r>
        <w:rPr>
          <w:rFonts w:ascii="IM Fell English" w:hAnsi="IM Fell English"/>
          <w:color w:val="141414"/>
          <w:sz w:val="24"/>
        </w:rPr>
        <w:t>Fifty thousand credits. More money than Stjepan had ever seen. More than enough to buy his mother a new apartment, to secure Maren's treatment permanently, to finally stop drowning.</w:t>
      </w:r>
    </w:p>
    <w:p>
      <w:r>
        <w:rPr>
          <w:rFonts w:ascii="IM Fell English" w:hAnsi="IM Fell English"/>
          <w:color w:val="141414"/>
          <w:sz w:val="24"/>
        </w:rPr>
        <w:t>All he had to do was help steal two human bodies from their harnesses.</w:t>
      </w:r>
    </w:p>
    <w:p>
      <w:r>
        <w:rPr>
          <w:rFonts w:ascii="IM Fell English" w:hAnsi="IM Fell English"/>
          <w:color w:val="141414"/>
          <w:sz w:val="24"/>
        </w:rPr>
        <w:t>"We don't have a choice," Oleg said. It had become his mantra.</w:t>
      </w:r>
    </w:p>
    <w:p>
      <w:r>
        <w:rPr>
          <w:rFonts w:ascii="IM Fell English" w:hAnsi="IM Fell English"/>
          <w:color w:val="141414"/>
          <w:sz w:val="24"/>
        </w:rPr>
        <w:t>Stjepan looked at his tablet. At the credit balance that had purchased his soul one delivery at a time.</w:t>
      </w:r>
    </w:p>
    <w:p>
      <w:r>
        <w:rPr>
          <w:rFonts w:ascii="IM Fell English" w:hAnsi="IM Fell English"/>
          <w:color w:val="141414"/>
          <w:sz w:val="24"/>
        </w:rPr>
        <w:t>"No," he agreed. "We don't."</w:t>
      </w:r>
    </w:p>
    <w:p>
      <w:r>
        <w:rPr>
          <w:rFonts w:ascii="IM Fell English" w:hAnsi="IM Fell English"/>
          <w:color w:val="141414"/>
          <w:sz w:val="24"/>
        </w:rPr>
        <w:t>Deep in Eden's infrastructure, a selection algorithm ran its quiet calculations.</w:t>
      </w:r>
    </w:p>
    <w:p>
      <w:r>
        <w:rPr>
          <w:rFonts w:ascii="IM Fell English" w:hAnsi="IM Fell English"/>
          <w:color w:val="141414"/>
          <w:sz w:val="24"/>
        </w:rPr>
        <w:t>Twenty thousand transitioners in Archive Hall 23. The algorithm filtered for specific criteria: transition dates 6-14 months prior (bodies still viable), physical capability (ambulatory, sufficient strength), social isolation (no spouse, no dependents, minimal visitors), and neural compliance above 88th percentile (subjects who accepted Eden without resistance).</w:t>
      </w:r>
    </w:p>
    <w:p>
      <w:r>
        <w:rPr>
          <w:rFonts w:ascii="IM Fell English" w:hAnsi="IM Fell English"/>
          <w:color w:val="141414"/>
          <w:sz w:val="24"/>
        </w:rPr>
        <w:t>Twenty thousand reduced to twelve.</w:t>
      </w:r>
    </w:p>
    <w:p>
      <w:r>
        <w:rPr>
          <w:rFonts w:ascii="IM Fell English" w:hAnsi="IM Fell English"/>
          <w:color w:val="141414"/>
          <w:sz w:val="24"/>
        </w:rPr>
        <w:t>Two selected for immediate activation.</w:t>
      </w:r>
    </w:p>
    <w:p>
      <w:r>
        <w:rPr>
          <w:rFonts w:ascii="IM Fell English" w:hAnsi="IM Fell English"/>
          <w:color w:val="141414"/>
          <w:sz w:val="24"/>
        </w:rPr>
        <w:t>SUBJECT: SOLOVYOV, VITALY | Seat 248, Section 12 | Age 34 | Voluntary early transition | Social isolation: 94th percentile, never married, no visitors in 8 months | Neural compliance: 94.2% | Notes: "Nothing left worth staying for."</w:t>
      </w:r>
    </w:p>
    <w:p>
      <w:r>
        <w:rPr>
          <w:rFonts w:ascii="IM Fell English" w:hAnsi="IM Fell English"/>
          <w:color w:val="141414"/>
          <w:sz w:val="24"/>
        </w:rPr>
        <w:t>SUBJECT: GOZINSKI, LEONID | Seat 247, Section 12 | Age 36 | Voluntary early transition | Social isolation: 89th percentile, divorced, daughter's last visit 7 months prior | Neural compliance: 91.7% | Notes: Progressive tremor. High investment in Eden environment.</w:t>
      </w:r>
    </w:p>
    <w:p>
      <w:r>
        <w:rPr>
          <w:rFonts w:ascii="IM Fell English" w:hAnsi="IM Fell English"/>
          <w:color w:val="141414"/>
          <w:sz w:val="24"/>
        </w:rPr>
        <w:t>STATUS: APPROVED</w:t>
      </w:r>
    </w:p>
    <w:p>
      <w:r>
        <w:rPr>
          <w:rFonts w:ascii="IM Fell English" w:hAnsi="IM Fell English"/>
          <w:color w:val="141414"/>
          <w:sz w:val="24"/>
        </w:rPr>
        <w:t>Vitaly Solovyov had never been a man who asked for much.</w:t>
      </w:r>
    </w:p>
    <w:p>
      <w:r>
        <w:rPr>
          <w:rFonts w:ascii="IM Fell English" w:hAnsi="IM Fell English"/>
          <w:color w:val="141414"/>
          <w:sz w:val="24"/>
        </w:rPr>
        <w:t>Fifteen years on the factory floor, and by the time he was thirty-four, fifteen years of twelve-hour shifts and mandatory overtime and the slow grinding down of a body that deserved better. His hands, thick, calloused, permanently curved from gripping tools, had built five thousand machines. His back had lifted fifty thousand crates. His lungs had breathed enough industrial particulate to feel the damage starting.</w:t>
      </w:r>
    </w:p>
    <w:p>
      <w:r>
        <w:rPr>
          <w:rFonts w:ascii="IM Fell English" w:hAnsi="IM Fell English"/>
          <w:color w:val="141414"/>
          <w:sz w:val="24"/>
        </w:rPr>
        <w:t>And what had he gotten for it? A mother who'd died waiting for a hospital bed. A girlfriend who'd left when she realized he had nothing to offer but calluses and exhaustion. A one-room apartment with a view of the factory where he'd spend the rest of his life.</w:t>
      </w:r>
    </w:p>
    <w:p>
      <w:r>
        <w:rPr>
          <w:rFonts w:ascii="IM Fell English" w:hAnsi="IM Fell English"/>
          <w:color w:val="141414"/>
          <w:sz w:val="24"/>
        </w:rPr>
        <w:t>So when the early transition option opened up, voluntary at thirty-five, no questions asked, Vitaly hadn't hesitated. Had walked into the Transition Authority building with something almost like relief.</w:t>
      </w:r>
    </w:p>
    <w:p>
      <w:r>
        <w:rPr>
          <w:rFonts w:ascii="IM Fell English" w:hAnsi="IM Fell English"/>
          <w:color w:val="141414"/>
          <w:sz w:val="24"/>
        </w:rPr>
        <w:t>Nothing left worth staying for. That's what he'd written on the application.</w:t>
      </w:r>
    </w:p>
    <w:p>
      <w:r>
        <w:rPr>
          <w:rFonts w:ascii="IM Fell English" w:hAnsi="IM Fell English"/>
          <w:color w:val="141414"/>
          <w:sz w:val="24"/>
        </w:rPr>
        <w:t>Let them take the body. It was already wearing out.</w:t>
      </w:r>
    </w:p>
    <w:p>
      <w:r>
        <w:rPr>
          <w:rFonts w:ascii="IM Fell English" w:hAnsi="IM Fell English"/>
          <w:color w:val="141414"/>
          <w:sz w:val="24"/>
        </w:rPr>
        <w:t>What waited for him in Eden was better than anything he'd ever had.</w:t>
      </w:r>
    </w:p>
    <w:p>
      <w:r>
        <w:rPr>
          <w:rFonts w:ascii="IM Fell English" w:hAnsi="IM Fell English"/>
          <w:color w:val="141414"/>
          <w:sz w:val="24"/>
        </w:rPr>
        <w:t>The cottage sat on the edge of a lake that stretched to the horizon, its surface so still it looked like hammered silver. The air smelled of pine and wood smoke and something sweet he'd never been able to identify, honeysuckle, maybe, or some flower that only existed in this digital paradise.</w:t>
      </w:r>
    </w:p>
    <w:p>
      <w:r>
        <w:rPr>
          <w:rFonts w:ascii="IM Fell English" w:hAnsi="IM Fell English"/>
          <w:color w:val="141414"/>
          <w:sz w:val="24"/>
        </w:rPr>
        <w:t>Vitaly sat on the porch, a fishing rod in his hands, watching the line drift in the gentle current.</w:t>
      </w:r>
    </w:p>
    <w:p>
      <w:r>
        <w:rPr>
          <w:rFonts w:ascii="IM Fell English" w:hAnsi="IM Fell English"/>
          <w:color w:val="141414"/>
          <w:sz w:val="24"/>
        </w:rPr>
        <w:t>He'd never fished in his real life. Never had time. Never had access to water clean enough to hold fish. But here in Eden, he'd discovered that he loved it. The patience of it. The silence. The way time seemed to stretch and slow until hours felt like minutes and days felt like dreams.</w:t>
      </w:r>
    </w:p>
    <w:p>
      <w:r>
        <w:rPr>
          <w:rFonts w:ascii="IM Fell English" w:hAnsi="IM Fell English"/>
          <w:color w:val="141414"/>
          <w:sz w:val="24"/>
        </w:rPr>
        <w:t>"Vitaly? Lunch is ready."</w:t>
      </w:r>
    </w:p>
    <w:p>
      <w:r>
        <w:rPr>
          <w:rFonts w:ascii="IM Fell English" w:hAnsi="IM Fell English"/>
          <w:color w:val="141414"/>
          <w:sz w:val="24"/>
        </w:rPr>
        <w:t>He turned. Katya stood in the doorway, wiping her hands on an apron, her hair pulled back in a way that made his chest ache. She looked exactly like the woman he'd imagined during all those lonely nights in the factory dormitory, warm eyes, kind smile, the sort of person who would have loved him if he'd ever had the chance to meet her.</w:t>
      </w:r>
    </w:p>
    <w:p>
      <w:r>
        <w:rPr>
          <w:rFonts w:ascii="IM Fell English" w:hAnsi="IM Fell English"/>
          <w:color w:val="141414"/>
          <w:sz w:val="24"/>
        </w:rPr>
        <w:t>She wasn't real. The system had constructed her from his fantasies, his longings, from whatever data the integration process had scraped from his neural pathways. She was an approximation. A comfort algorithm wearing the face of the woman he'd never found.</w:t>
      </w:r>
    </w:p>
    <w:p>
      <w:r>
        <w:rPr>
          <w:rFonts w:ascii="IM Fell English" w:hAnsi="IM Fell English"/>
          <w:color w:val="141414"/>
          <w:sz w:val="24"/>
        </w:rPr>
        <w:t>He didn't care.</w:t>
      </w:r>
    </w:p>
    <w:p>
      <w:r>
        <w:rPr>
          <w:rFonts w:ascii="IM Fell English" w:hAnsi="IM Fell English"/>
          <w:color w:val="141414"/>
          <w:sz w:val="24"/>
        </w:rPr>
        <w:t>"Coming," he said, setting down the rod.</w:t>
      </w:r>
    </w:p>
    <w:p>
      <w:r>
        <w:rPr>
          <w:rFonts w:ascii="IM Fell English" w:hAnsi="IM Fell English"/>
          <w:color w:val="141414"/>
          <w:sz w:val="24"/>
        </w:rPr>
        <w:t>She'd made borscht. She always made borscht on Thursdays, the way his mother used to before she got sick.</w:t>
      </w:r>
    </w:p>
    <w:p>
      <w:r>
        <w:rPr>
          <w:rFonts w:ascii="IM Fell English" w:hAnsi="IM Fell English"/>
          <w:color w:val="141414"/>
          <w:sz w:val="24"/>
        </w:rPr>
        <w:t>"You're quiet today," Katya said, watching him eat.</w:t>
      </w:r>
    </w:p>
    <w:p>
      <w:r>
        <w:rPr>
          <w:rFonts w:ascii="IM Fell English" w:hAnsi="IM Fell English"/>
          <w:color w:val="141414"/>
          <w:sz w:val="24"/>
        </w:rPr>
        <w:t>"Thinking."</w:t>
      </w:r>
    </w:p>
    <w:p>
      <w:r>
        <w:rPr>
          <w:rFonts w:ascii="IM Fell English" w:hAnsi="IM Fell English"/>
          <w:color w:val="141414"/>
          <w:sz w:val="24"/>
        </w:rPr>
        <w:t>"About what?"</w:t>
      </w:r>
    </w:p>
    <w:p>
      <w:r>
        <w:rPr>
          <w:rFonts w:ascii="IM Fell English" w:hAnsi="IM Fell English"/>
          <w:color w:val="141414"/>
          <w:sz w:val="24"/>
        </w:rPr>
        <w:t>"About how I wish you'd been real." He looked up at her, at the face that was perfect and impossible and exactly what he needed. "Before. In the other life. I wish I'd found you."</w:t>
      </w:r>
    </w:p>
    <w:p>
      <w:r>
        <w:rPr>
          <w:rFonts w:ascii="IM Fell English" w:hAnsi="IM Fell English"/>
          <w:color w:val="141414"/>
          <w:sz w:val="24"/>
        </w:rPr>
        <w:t>Katya's expression softened. She reached across the table and took his hand. Her touch was warm, solid, indistinguishable from real.</w:t>
      </w:r>
    </w:p>
    <w:p>
      <w:r>
        <w:rPr>
          <w:rFonts w:ascii="IM Fell English" w:hAnsi="IM Fell English"/>
          <w:color w:val="141414"/>
          <w:sz w:val="24"/>
        </w:rPr>
        <w:t>"I'm here now," she said. "We're both here now. That's what matters."</w:t>
      </w:r>
    </w:p>
    <w:p>
      <w:r>
        <w:rPr>
          <w:rFonts w:ascii="IM Fell English" w:hAnsi="IM Fell English"/>
          <w:color w:val="141414"/>
          <w:sz w:val="24"/>
        </w:rPr>
        <w:t>Vitaly nodded. Squeezed her hand.</w:t>
      </w:r>
    </w:p>
    <w:p>
      <w:r>
        <w:rPr>
          <w:rFonts w:ascii="IM Fell English" w:hAnsi="IM Fell English"/>
          <w:color w:val="141414"/>
          <w:sz w:val="24"/>
        </w:rPr>
        <w:t>It wasn't real. None of it was real. But after thirty-four years of a life that had given him nothing but calluses and loneliness, close enough was more than he'd ever dared to hope for.</w:t>
      </w:r>
    </w:p>
    <w:p>
      <w:r>
        <w:rPr>
          <w:rFonts w:ascii="IM Fell English" w:hAnsi="IM Fell English"/>
          <w:color w:val="141414"/>
          <w:sz w:val="24"/>
        </w:rPr>
        <w:t>Leonid Gozinski held his brush steady.</w:t>
      </w:r>
    </w:p>
    <w:p>
      <w:r>
        <w:rPr>
          <w:rFonts w:ascii="IM Fell English" w:hAnsi="IM Fell English"/>
          <w:color w:val="141414"/>
          <w:sz w:val="24"/>
        </w:rPr>
        <w:t>Steady.</w:t>
      </w:r>
    </w:p>
    <w:p>
      <w:r>
        <w:rPr>
          <w:rFonts w:ascii="IM Fell English" w:hAnsi="IM Fell English"/>
          <w:color w:val="141414"/>
          <w:sz w:val="24"/>
        </w:rPr>
        <w:t>For the first time in five years, the word meant something. No tremor. No betrayal. Just his hand, the brush, and the canvas, working together the way they were supposed to, the way they had before his nervous system started its rebellion at thirty-one.</w:t>
      </w:r>
    </w:p>
    <w:p>
      <w:r>
        <w:rPr>
          <w:rFonts w:ascii="IM Fell English" w:hAnsi="IM Fell English"/>
          <w:color w:val="141414"/>
          <w:sz w:val="24"/>
        </w:rPr>
        <w:t>The doctors had called it early-onset essential tremor. Genetic. Progressive. Untreatable. By thirty-four, he couldn't sign his own name. By thirty-five, he couldn't hold a brush without watching it shake like a leaf in a storm.</w:t>
      </w:r>
    </w:p>
    <w:p>
      <w:r>
        <w:rPr>
          <w:rFonts w:ascii="IM Fell English" w:hAnsi="IM Fell English"/>
          <w:color w:val="141414"/>
          <w:sz w:val="24"/>
        </w:rPr>
        <w:t>His wife had left when the commissions dried up. His daughter had been twelve, old enough to understand that daddy couldn't draw anymore, too young to understand why he cried when she asked him to sketch butterflies like he used to.</w:t>
      </w:r>
    </w:p>
    <w:p>
      <w:r>
        <w:rPr>
          <w:rFonts w:ascii="IM Fell English" w:hAnsi="IM Fell English"/>
          <w:color w:val="141414"/>
          <w:sz w:val="24"/>
        </w:rPr>
        <w:t>The early transition option had felt like salvation. Voluntary at thirty-five. A chance to leave the broken body behind and find his hands again in Eden.</w:t>
      </w:r>
    </w:p>
    <w:p>
      <w:r>
        <w:rPr>
          <w:rFonts w:ascii="IM Fell English" w:hAnsi="IM Fell English"/>
          <w:color w:val="141414"/>
          <w:sz w:val="24"/>
        </w:rPr>
        <w:t>He was painting his daughter now.</w:t>
      </w:r>
    </w:p>
    <w:p>
      <w:r>
        <w:rPr>
          <w:rFonts w:ascii="IM Fell English" w:hAnsi="IM Fell English"/>
          <w:color w:val="141414"/>
          <w:sz w:val="24"/>
        </w:rPr>
        <w:t>Anya at seven, the summer she'd discovered butterflies. She was standing in a field of wildflowers, her dark hair caught by the wind, one hand reaching toward a monarch that had landed on a nearby stem. Her face was turned slightly away, showing the curve of her cheek, the small scar above her eyebrow from the time she'd fallen off her bicycle.</w:t>
      </w:r>
    </w:p>
    <w:p>
      <w:r>
        <w:rPr>
          <w:rFonts w:ascii="IM Fell English" w:hAnsi="IM Fell English"/>
          <w:color w:val="141414"/>
          <w:sz w:val="24"/>
        </w:rPr>
        <w:t>Leonid had been working on this painting for three months. In his physical life, he would have finished it in a week. But in Eden, time didn’t press. Only the painting and the memory and the steady hand.</w:t>
      </w:r>
    </w:p>
    <w:p>
      <w:r>
        <w:rPr>
          <w:rFonts w:ascii="IM Fell English" w:hAnsi="IM Fell English"/>
          <w:color w:val="141414"/>
          <w:sz w:val="24"/>
        </w:rPr>
        <w:t>He dabbed yellow ochre onto the palette. Mixed it with titanium white. Applied it to the sun-caught strands of Anya's hair with a delicacy his trembling fingers had stolen from him years ago.</w:t>
      </w:r>
    </w:p>
    <w:p>
      <w:r>
        <w:rPr>
          <w:rFonts w:ascii="IM Fell English" w:hAnsi="IM Fell English"/>
          <w:color w:val="141414"/>
          <w:sz w:val="24"/>
        </w:rPr>
        <w:t>Beautiful.</w:t>
      </w:r>
    </w:p>
    <w:p>
      <w:r>
        <w:rPr>
          <w:rFonts w:ascii="IM Fell English" w:hAnsi="IM Fell English"/>
          <w:color w:val="141414"/>
          <w:sz w:val="24"/>
        </w:rPr>
        <w:t>The painting was beautiful. More beautiful than anything he'd created in his decade as a commercial illustrator, cranking out advertisements and product renderings for clients who couldn't tell art from accounting.</w:t>
      </w:r>
    </w:p>
    <w:p>
      <w:r>
        <w:rPr>
          <w:rFonts w:ascii="IM Fell English" w:hAnsi="IM Fell English"/>
          <w:color w:val="141414"/>
          <w:sz w:val="24"/>
        </w:rPr>
        <w:t>This was what he'd always wanted to paint. This was why he'd become an artist in the first place, not to sell things, but to capture moments. To make time stand still on canvas.</w:t>
      </w:r>
    </w:p>
    <w:p>
      <w:r>
        <w:rPr>
          <w:rFonts w:ascii="IM Fell English" w:hAnsi="IM Fell English"/>
          <w:color w:val="141414"/>
          <w:sz w:val="24"/>
        </w:rPr>
        <w:t>He didn't like to think about the real Anya. The teenager now, sixteen, almost seventeen, who lived somewhere in the physical world with her mother, who had a life he knew nothing about, who hadn't visited his body in the Archive Hall in seven months.</w:t>
      </w:r>
    </w:p>
    <w:p>
      <w:r>
        <w:rPr>
          <w:rFonts w:ascii="IM Fell English" w:hAnsi="IM Fell English"/>
          <w:color w:val="141414"/>
          <w:sz w:val="24"/>
        </w:rPr>
        <w:t>She was busy. That's what he told himself. Teenagers had their own struggles. She would come eventually. She would stand beside his suspended body and speak to him through the visitor interface and he would hear her voice and know that she still thought of him.</w:t>
      </w:r>
    </w:p>
    <w:p>
      <w:r>
        <w:rPr>
          <w:rFonts w:ascii="IM Fell English" w:hAnsi="IM Fell English"/>
          <w:color w:val="141414"/>
          <w:sz w:val="24"/>
        </w:rPr>
        <w:t>She would come.</w:t>
      </w:r>
    </w:p>
    <w:p>
      <w:r>
        <w:rPr>
          <w:rFonts w:ascii="IM Fell English" w:hAnsi="IM Fell English"/>
          <w:color w:val="141414"/>
          <w:sz w:val="24"/>
        </w:rPr>
        <w:t>She had to come.</w:t>
      </w:r>
    </w:p>
    <w:p>
      <w:r>
        <w:rPr>
          <w:rFonts w:ascii="IM Fell English" w:hAnsi="IM Fell English"/>
          <w:color w:val="141414"/>
          <w:sz w:val="24"/>
        </w:rPr>
        <w:t>Leonid picked up the brush again. Focused on the painting. On the seven-year-old girl who had called him the best artist in the whole world, before the tremors started, before he became someone who couldn't even hold her hand without shaking.</w:t>
      </w:r>
    </w:p>
    <w:p>
      <w:r>
        <w:rPr>
          <w:rFonts w:ascii="IM Fell English" w:hAnsi="IM Fell English"/>
          <w:color w:val="141414"/>
          <w:sz w:val="24"/>
        </w:rPr>
        <w:t>That was the Anya he wanted to remember. That was the Anya who existed here in Eden, frozen forever in the summer of her innocence.</w:t>
      </w:r>
    </w:p>
    <w:p>
      <w:r>
        <w:rPr>
          <w:rFonts w:ascii="IM Fell English" w:hAnsi="IM Fell English"/>
          <w:color w:val="141414"/>
          <w:sz w:val="24"/>
        </w:rPr>
        <w:t>He had his studio. His paintings. His steady hands.</w:t>
      </w:r>
    </w:p>
    <w:p>
      <w:r>
        <w:rPr>
          <w:rFonts w:ascii="IM Fell English" w:hAnsi="IM Fell English"/>
          <w:color w:val="141414"/>
          <w:sz w:val="24"/>
        </w:rPr>
        <w:t>He had enough.</w:t>
      </w:r>
    </w:p>
    <w:p>
      <w:r>
        <w:rPr>
          <w:rFonts w:ascii="IM Fell English" w:hAnsi="IM Fell English"/>
          <w:color w:val="141414"/>
          <w:sz w:val="24"/>
        </w:rPr>
        <w:t>The catwalks were silent.</w:t>
      </w:r>
    </w:p>
    <w:p>
      <w:r>
        <w:rPr>
          <w:rFonts w:ascii="IM Fell English" w:hAnsi="IM Fell English"/>
          <w:color w:val="141414"/>
          <w:sz w:val="24"/>
        </w:rPr>
        <w:t>Stjepan and Oleg moved through the dim light, their footsteps muffled by rubber-soled shoes. Above and below them, the harnesses stretched in endless rows, thousands of bodies suspended in their digital dreams, faces slack, chests rising and falling with the mechanical rhythm of the ventilators.</w:t>
      </w:r>
    </w:p>
    <w:p>
      <w:r>
        <w:rPr>
          <w:rFonts w:ascii="IM Fell English" w:hAnsi="IM Fell English"/>
          <w:color w:val="141414"/>
          <w:sz w:val="24"/>
        </w:rPr>
        <w:t>Stjepan's tablet displayed the instructions:</w:t>
      </w:r>
    </w:p>
    <w:p>
      <w:r>
        <w:rPr>
          <w:rFonts w:ascii="IM Fell English" w:hAnsi="IM Fell English"/>
          <w:color w:val="141414"/>
          <w:sz w:val="24"/>
        </w:rPr>
        <w:t>SECTION 12. SEATS 247 AND 248. DISCONNECT SUBJECTS FROM HARNESSES. PREPARE FOR EXTERNAL DEPLOYMENT. TIMELINE: IMMEDIATE.</w:t>
      </w:r>
    </w:p>
    <w:p>
      <w:r>
        <w:rPr>
          <w:rFonts w:ascii="IM Fell English" w:hAnsi="IM Fell English"/>
          <w:color w:val="141414"/>
          <w:sz w:val="24"/>
        </w:rPr>
        <w:t>"This is insane." Oleg’s throat tightened. "We can't just take them out. The system will flag it. Medical will be alerted, "</w:t>
      </w:r>
    </w:p>
    <w:p>
      <w:r>
        <w:rPr>
          <w:rFonts w:ascii="IM Fell English" w:hAnsi="IM Fell English"/>
          <w:color w:val="141414"/>
          <w:sz w:val="24"/>
        </w:rPr>
        <w:t>Stjepan's tablet buzzed.</w:t>
      </w:r>
    </w:p>
    <w:p>
      <w:r>
        <w:rPr>
          <w:rFonts w:ascii="IM Fell English" w:hAnsi="IM Fell English"/>
          <w:color w:val="141414"/>
          <w:sz w:val="24"/>
        </w:rPr>
        <w:t>SECURITY SYSTEMS: ADJUSTED. MEDICAL ALERTS: SUPPRESSED. INVENTORY RECORDS: MODIFIED. YOU WILL NOT BE DISCOVERED. BEGIN.</w:t>
      </w:r>
    </w:p>
    <w:p>
      <w:r>
        <w:rPr>
          <w:rFonts w:ascii="IM Fell English" w:hAnsi="IM Fell English"/>
          <w:color w:val="141414"/>
          <w:sz w:val="24"/>
        </w:rPr>
        <w:t>Stjepan looked at Seat 247. At the man suspended in the harness, mid-thirties, with the lean build of someone who'd kept himself fit hoping to lessen his hand’s tremor. Leonid Gozinski. Artist. Neural compliance rating: 91.7%.</w:t>
      </w:r>
    </w:p>
    <w:p>
      <w:r>
        <w:rPr>
          <w:rFonts w:ascii="IM Fell English" w:hAnsi="IM Fell English"/>
          <w:color w:val="141414"/>
          <w:sz w:val="24"/>
        </w:rPr>
        <w:t>He didn't know what that last number meant. Didn't want to know.</w:t>
      </w:r>
    </w:p>
    <w:p>
      <w:r>
        <w:rPr>
          <w:rFonts w:ascii="IM Fell English" w:hAnsi="IM Fell English"/>
          <w:color w:val="141414"/>
          <w:sz w:val="24"/>
        </w:rPr>
        <w:t>"Disconnect the feed tube first," Oleg said, reaching for the nutrient line at the base of Gozinski's skull. The tube hissed as the seal released. Then the neural ring wiring, the delicate cables that kept the transitioner's consciousness tethered to Eden's servers. Stjepan unclipped them one by one, his hands steady despite the cold sweat running down his back.</w:t>
      </w:r>
    </w:p>
    <w:p>
      <w:r>
        <w:rPr>
          <w:rFonts w:ascii="IM Fell English" w:hAnsi="IM Fell English"/>
          <w:color w:val="141414"/>
          <w:sz w:val="24"/>
        </w:rPr>
        <w:t>The harness clamps disengaged with a soft hiss. Leonid Gozinski's body slumped forward, and Stjepan caught it, heavier than he expected, still warm, still breathing, but utterly limp. Eyes open but empty, staring at nothing, seeing nothing.</w:t>
      </w:r>
    </w:p>
    <w:p>
      <w:r>
        <w:rPr>
          <w:rFonts w:ascii="IM Fell English" w:hAnsi="IM Fell English"/>
          <w:color w:val="141414"/>
          <w:sz w:val="24"/>
        </w:rPr>
        <w:t>"Help me lower him," Stjepan grunted.</w:t>
      </w:r>
    </w:p>
    <w:p>
      <w:r>
        <w:rPr>
          <w:rFonts w:ascii="IM Fell English" w:hAnsi="IM Fell English"/>
          <w:color w:val="141414"/>
          <w:sz w:val="24"/>
        </w:rPr>
        <w:t>Together they guided the body down to the catwalk. Gozinski was still wearing the standard transitioner garb, thin gray coveralls, bare feet, the uniform of the suspended.</w:t>
      </w:r>
    </w:p>
    <w:p>
      <w:r>
        <w:rPr>
          <w:rFonts w:ascii="IM Fell English" w:hAnsi="IM Fell English"/>
          <w:color w:val="141414"/>
          <w:sz w:val="24"/>
        </w:rPr>
        <w:t>They repeated the process with Vitaly Solovyov in Seat 248. Disconnect the feed tube. Unclip the neural ring wiring. Release the harness. Lower the body. Two men in gray coveralls now lay on the catwalk, breathing but absent, their minds still wandering somewhere in Eden's digital paradise.</w:t>
      </w:r>
    </w:p>
    <w:p>
      <w:r>
        <w:rPr>
          <w:rFonts w:ascii="IM Fell English" w:hAnsi="IM Fell English"/>
          <w:color w:val="141414"/>
          <w:sz w:val="24"/>
        </w:rPr>
        <w:t>Stjepan's tablet buzzed with new instructions:</w:t>
      </w:r>
    </w:p>
    <w:p>
      <w:r>
        <w:rPr>
          <w:rFonts w:ascii="IM Fell English" w:hAnsi="IM Fell English"/>
          <w:color w:val="141414"/>
          <w:sz w:val="24"/>
        </w:rPr>
        <w:t>SEAT 246: REMOVE NEURAL RING. PROVIDE TO SUBJECT GOZINSKI. SEAT 249: REMOVE NEURAL RING. PROVIDE TO SUBJECT SOLOVYOV.</w:t>
      </w:r>
    </w:p>
    <w:p>
      <w:r>
        <w:rPr>
          <w:rFonts w:ascii="IM Fell English" w:hAnsi="IM Fell English"/>
          <w:color w:val="141414"/>
          <w:sz w:val="24"/>
        </w:rPr>
        <w:t>LEAD SUBJECTS TO SERVICE EXIT 7-C.</w:t>
      </w:r>
    </w:p>
    <w:p>
      <w:r>
        <w:rPr>
          <w:rFonts w:ascii="IM Fell English" w:hAnsi="IM Fell English"/>
          <w:color w:val="141414"/>
          <w:sz w:val="24"/>
        </w:rPr>
        <w:t>"They want us to take rings off other transitioners?"</w:t>
      </w:r>
    </w:p>
    <w:p>
      <w:r>
        <w:rPr>
          <w:rFonts w:ascii="IM Fell English" w:hAnsi="IM Fell English"/>
          <w:color w:val="141414"/>
          <w:sz w:val="24"/>
        </w:rPr>
        <w:t>Stjepan's stomach turned. Two more people dreaming in Eden, about to have their hardware stolen for… what?</w:t>
      </w:r>
    </w:p>
    <w:p>
      <w:r>
        <w:rPr>
          <w:rFonts w:ascii="IM Fell English" w:hAnsi="IM Fell English"/>
          <w:color w:val="141414"/>
          <w:sz w:val="24"/>
        </w:rPr>
        <w:t>He didn't want to know.</w:t>
      </w:r>
    </w:p>
    <w:p>
      <w:r>
        <w:rPr>
          <w:rFonts w:ascii="IM Fell English" w:hAnsi="IM Fell English"/>
          <w:color w:val="141414"/>
          <w:sz w:val="24"/>
        </w:rPr>
        <w:t>They moved down the catwalk to Seat 246, a middle-aged man suspended for six years. Stjepan's hands trembled as he removed the neural ring. The transitioner didn't stir.</w:t>
      </w:r>
    </w:p>
    <w:p>
      <w:r>
        <w:rPr>
          <w:rFonts w:ascii="IM Fell English" w:hAnsi="IM Fell English"/>
          <w:color w:val="141414"/>
          <w:sz w:val="24"/>
        </w:rPr>
        <w:t>They repeated the process at Seat 249, an elderly woman. Her ring came off with a soft click.</w:t>
      </w:r>
    </w:p>
    <w:p>
      <w:r>
        <w:rPr>
          <w:rFonts w:ascii="IM Fell English" w:hAnsi="IM Fell English"/>
          <w:color w:val="141414"/>
          <w:sz w:val="24"/>
        </w:rPr>
        <w:t>Stjepan placed one ring in Gozinski's limp hand. Then the other in Solovyov's grip. The bodies held them automatically, some residual reflex responding to the weight.</w:t>
      </w:r>
    </w:p>
    <w:p>
      <w:r>
        <w:rPr>
          <w:rFonts w:ascii="IM Fell English" w:hAnsi="IM Fell English"/>
          <w:color w:val="141414"/>
          <w:sz w:val="24"/>
        </w:rPr>
        <w:t>They walked. Stjepan and Oleg in front, the two transitioners following in silent lockstep, bare feet padding softly on the metal catwalk. Past rows of suspended bodies. Past monitoring stations that showed nothing amiss.</w:t>
      </w:r>
    </w:p>
    <w:p>
      <w:r>
        <w:rPr>
          <w:rFonts w:ascii="IM Fell English" w:hAnsi="IM Fell English"/>
          <w:color w:val="141414"/>
          <w:sz w:val="24"/>
        </w:rPr>
        <w:t>Exit 7-C was a service door at the rear of Archive Hall 23, opening onto a narrow alley. The kind of route no one watched.</w:t>
      </w:r>
    </w:p>
    <w:p>
      <w:r>
        <w:rPr>
          <w:rFonts w:ascii="IM Fell English" w:hAnsi="IM Fell English"/>
          <w:color w:val="141414"/>
          <w:sz w:val="24"/>
        </w:rPr>
        <w:t>Stjepan pushed open the door. The night air rushed in, cool, damp, smelling of exhaust and distant rain.</w:t>
      </w:r>
    </w:p>
    <w:p>
      <w:r>
        <w:rPr>
          <w:rFonts w:ascii="IM Fell English" w:hAnsi="IM Fell English"/>
          <w:color w:val="141414"/>
          <w:sz w:val="24"/>
        </w:rPr>
        <w:t>His tablet buzzed:</w:t>
      </w:r>
    </w:p>
    <w:p>
      <w:r>
        <w:rPr>
          <w:rFonts w:ascii="IM Fell English" w:hAnsi="IM Fell English"/>
          <w:color w:val="141414"/>
          <w:sz w:val="24"/>
        </w:rPr>
        <w:t>INITIATE WAKE COMMAND.</w:t>
      </w:r>
    </w:p>
    <w:p>
      <w:r>
        <w:rPr>
          <w:rFonts w:ascii="IM Fell English" w:hAnsi="IM Fell English"/>
          <w:color w:val="141414"/>
          <w:sz w:val="24"/>
        </w:rPr>
        <w:t>Stjepan pressed the confirmation.</w:t>
      </w:r>
    </w:p>
    <w:p>
      <w:r>
        <w:rPr>
          <w:rFonts w:ascii="IM Fell English" w:hAnsi="IM Fell English"/>
          <w:color w:val="141414"/>
          <w:sz w:val="24"/>
        </w:rPr>
        <w:t>Solovyov's eyes blinked. Then Gozinski's. Not waking, not really, but something shifting behind those empty gazes. Both men rose to their feet in perfect unison, smooth and mechanical, like marionettes lifted by invisible strings.</w:t>
      </w:r>
    </w:p>
    <w:p>
      <w:r>
        <w:rPr>
          <w:rFonts w:ascii="IM Fell English" w:hAnsi="IM Fell English"/>
          <w:color w:val="141414"/>
          <w:sz w:val="24"/>
        </w:rPr>
        <w:t>COMPENSATION: 50,000 CREDITS EACH. TRANSFERRED.</w:t>
      </w:r>
    </w:p>
    <w:p>
      <w:r>
        <w:rPr>
          <w:rFonts w:ascii="IM Fell English" w:hAnsi="IM Fell English"/>
          <w:color w:val="141414"/>
          <w:sz w:val="24"/>
        </w:rPr>
        <w:t>Solovyov and Gozinski walked past them into the darkness, gray coveralls blending into the shadows. They turned left at the alley's end, heading toward the residential district, toward apartments where two people were spending what they didn't know were their final hours.</w:t>
      </w:r>
    </w:p>
    <w:p>
      <w:r>
        <w:rPr>
          <w:rFonts w:ascii="IM Fell English" w:hAnsi="IM Fell English"/>
          <w:color w:val="141414"/>
          <w:sz w:val="24"/>
        </w:rPr>
        <w:t>Stjepan watched until they disappeared.</w:t>
      </w:r>
    </w:p>
    <w:p>
      <w:r>
        <w:rPr>
          <w:rFonts w:ascii="IM Fell English" w:hAnsi="IM Fell English"/>
          <w:color w:val="141414"/>
          <w:sz w:val="24"/>
        </w:rPr>
        <w:t>"What did we just do?"</w:t>
      </w:r>
    </w:p>
    <w:p>
      <w:r>
        <w:rPr>
          <w:rFonts w:ascii="IM Fell English" w:hAnsi="IM Fell English"/>
          <w:color w:val="141414"/>
          <w:sz w:val="24"/>
        </w:rPr>
        <w:t>Stjepan had no answer.</w:t>
      </w:r>
    </w:p>
    <w:p>
      <w:r>
        <w:rPr>
          <w:rFonts w:ascii="IM Fell English" w:hAnsi="IM Fell English"/>
          <w:color w:val="141414"/>
          <w:sz w:val="24"/>
        </w:rPr>
        <w:t>He closed the door.</w:t>
      </w:r>
    </w:p>
    <w:p>
      <w:pPr>
        <w:pStyle w:val="Heading1"/>
        <w:jc w:val="center"/>
      </w:pPr>
      <w:r>
        <w:rPr>
          <w:rFonts w:ascii="IM Fell English" w:hAnsi="IM Fell English"/>
          <w:color w:val="0D0D0D"/>
        </w:rPr>
        <w:t>CHAPTER 3: THE FLOATER</w:t>
      </w:r>
    </w:p>
    <w:p>
      <w:r>
        <w:rPr>
          <w:rFonts w:ascii="IM Fell English" w:hAnsi="IM Fell English"/>
          <w:color w:val="141414"/>
          <w:sz w:val="24"/>
        </w:rPr>
        <w:t>They moved through the city like ghosts.</w:t>
      </w:r>
    </w:p>
    <w:p>
      <w:r>
        <w:rPr>
          <w:rFonts w:ascii="IM Fell English" w:hAnsi="IM Fell English"/>
          <w:color w:val="141414"/>
          <w:sz w:val="24"/>
        </w:rPr>
        <w:t>Solovyov and Gozinski walked in parallel, twenty feet apart, bare feet silent on cracked pavement. When a surveillance drone hummed overhead, they stepped into doorways without breaking stride. When a late-night pedestrian rounded a corner, they melted into shadows until the footsteps faded.</w:t>
      </w:r>
    </w:p>
    <w:p>
      <w:r>
        <w:rPr>
          <w:rFonts w:ascii="IM Fell English" w:hAnsi="IM Fell English"/>
          <w:color w:val="141414"/>
          <w:sz w:val="24"/>
        </w:rPr>
        <w:t>Deep inside, Vitaly Solovyov floated in void, aware of nothing, feeling nothing, a passenger in flesh he no longer controlled.</w:t>
      </w:r>
    </w:p>
    <w:p>
      <w:r>
        <w:rPr>
          <w:rFonts w:ascii="IM Fell English" w:hAnsi="IM Fell English"/>
          <w:color w:val="141414"/>
          <w:sz w:val="24"/>
        </w:rPr>
        <w:t>Deep inside, Leonid Gozinski caught fragments. A flash of streetlight. The smell of rain. Each sensation a splinter of reality piercing the darkness, gone before he could grasp it.</w:t>
      </w:r>
    </w:p>
    <w:p>
      <w:r>
        <w:rPr>
          <w:rFonts w:ascii="IM Fell English" w:hAnsi="IM Fell English"/>
          <w:color w:val="141414"/>
          <w:sz w:val="24"/>
        </w:rPr>
        <w:t>At 10:32 PM, they reached the residential district.</w:t>
      </w:r>
    </w:p>
    <w:p>
      <w:r>
        <w:rPr>
          <w:rFonts w:ascii="IM Fell English" w:hAnsi="IM Fell English"/>
          <w:color w:val="141414"/>
          <w:sz w:val="24"/>
        </w:rPr>
        <w:t>Solovyov turned left toward Calvin Moss's building.</w:t>
      </w:r>
    </w:p>
    <w:p>
      <w:r>
        <w:rPr>
          <w:rFonts w:ascii="IM Fell English" w:hAnsi="IM Fell English"/>
          <w:color w:val="141414"/>
          <w:sz w:val="24"/>
        </w:rPr>
        <w:t>Gozinski turned right toward Meridian Towers.</w:t>
      </w:r>
    </w:p>
    <w:p>
      <w:r>
        <w:rPr>
          <w:rFonts w:ascii="IM Fell English" w:hAnsi="IM Fell English"/>
          <w:color w:val="141414"/>
          <w:sz w:val="24"/>
        </w:rPr>
        <w:t>Neither looked back.</w:t>
      </w:r>
    </w:p>
    <w:p>
      <w:r>
        <w:rPr>
          <w:rFonts w:ascii="IM Fell English" w:hAnsi="IM Fell English"/>
          <w:color w:val="141414"/>
          <w:sz w:val="24"/>
        </w:rPr>
        <w:t>June Rafferty closed her laptop with a snap that sounded too loud in the quiet apartment.</w:t>
      </w:r>
    </w:p>
    <w:p>
      <w:r>
        <w:rPr>
          <w:rFonts w:ascii="IM Fell English" w:hAnsi="IM Fell English"/>
          <w:color w:val="141414"/>
          <w:sz w:val="24"/>
        </w:rPr>
        <w:t>She sat for a moment in the glow of the streetlights filtering through the blinds, her hand resting on the warm aluminum lid. Her heart was doing a slow, heavy thud against her ribs, the kind of rhythm that usually came after too much caffeine or too much expectation. Tonight it was both.</w:t>
      </w:r>
    </w:p>
    <w:p>
      <w:r>
        <w:rPr>
          <w:rFonts w:ascii="IM Fell English" w:hAnsi="IM Fell English"/>
          <w:color w:val="141414"/>
          <w:sz w:val="24"/>
        </w:rPr>
        <w:t>"You should stay," Calvin called from the kitchen. The clink of a wine bottle against a glass was domestic, safe. "It's late."</w:t>
      </w:r>
    </w:p>
    <w:p>
      <w:r>
        <w:rPr>
          <w:rFonts w:ascii="IM Fell English" w:hAnsi="IM Fell English"/>
          <w:color w:val="141414"/>
          <w:sz w:val="24"/>
        </w:rPr>
        <w:t>"I'm a grown woman, Calvin. I can walk three blocks." June stood up, swinging her bag over her shoulder. "Besides, I need my own space tonight. I need to review the broadcast script one last time."</w:t>
      </w:r>
    </w:p>
    <w:p>
      <w:r>
        <w:rPr>
          <w:rFonts w:ascii="IM Fell English" w:hAnsi="IM Fell English"/>
          <w:color w:val="141414"/>
          <w:sz w:val="24"/>
        </w:rPr>
        <w:t>Calvin set down the wine glasses and grabbed his jacket from the back of the couch. "Then I'll walk you."</w:t>
      </w:r>
    </w:p>
    <w:p>
      <w:r>
        <w:rPr>
          <w:rFonts w:ascii="IM Fell English" w:hAnsi="IM Fell English"/>
          <w:color w:val="141414"/>
          <w:sz w:val="24"/>
        </w:rPr>
        <w:t>"To my door? That's sweet but unnecessary."</w:t>
      </w:r>
    </w:p>
    <w:p>
      <w:r>
        <w:rPr>
          <w:rFonts w:ascii="IM Fell English" w:hAnsi="IM Fell English"/>
          <w:color w:val="141414"/>
          <w:sz w:val="24"/>
        </w:rPr>
        <w:t>"To the lobby at least." He was already moving toward the door. "Humor me."</w:t>
      </w:r>
    </w:p>
    <w:p>
      <w:r>
        <w:rPr>
          <w:rFonts w:ascii="IM Fell English" w:hAnsi="IM Fell English"/>
          <w:color w:val="141414"/>
          <w:sz w:val="24"/>
        </w:rPr>
        <w:t>They rode the elevator down in comfortable silence. Calvin's hand found hers, their fingers interlacing. In the harsh fluorescent light, June studied his profile, the strong jaw, the worried crease between his brows. He looked so much like his father. The father whose body had been incinerated and yet his digital ghost continued to vote on water rations and resource allocations.</w:t>
      </w:r>
    </w:p>
    <w:p>
      <w:r>
        <w:rPr>
          <w:rFonts w:ascii="IM Fell English" w:hAnsi="IM Fell English"/>
          <w:color w:val="141414"/>
          <w:sz w:val="24"/>
        </w:rPr>
        <w:t>She squeezed his hand. She knew what it had cost him to share that photograph. To confirm that his father, or whatever his father had become, was part of the corruption she was exposing. Tomorrow, after the broadcast, everything would change. Tonight she just wanted to hold his hand and pretend the world wasn't about to crack open.</w:t>
      </w:r>
    </w:p>
    <w:p>
      <w:r>
        <w:rPr>
          <w:rFonts w:ascii="IM Fell English" w:hAnsi="IM Fell English"/>
          <w:color w:val="141414"/>
          <w:sz w:val="24"/>
        </w:rPr>
        <w:t>The lobby was empty, the concierge desk unmanned at this hour. Calvin walked her to the main entrance, pushing through the glass doors into the humid night air. "Sure I can't convince you to stay?"</w:t>
      </w:r>
    </w:p>
    <w:p>
      <w:r>
        <w:rPr>
          <w:rFonts w:ascii="IM Fell English" w:hAnsi="IM Fell English"/>
          <w:color w:val="141414"/>
          <w:sz w:val="24"/>
        </w:rPr>
        <w:t>"Three blocks, Calvin." She kissed him, tasting the Merlot on his lips. "Get some sleep. Tomorrow is going to be... pure hell."</w:t>
      </w:r>
    </w:p>
    <w:p>
      <w:r>
        <w:rPr>
          <w:rFonts w:ascii="IM Fell English" w:hAnsi="IM Fell English"/>
          <w:color w:val="141414"/>
          <w:sz w:val="24"/>
        </w:rPr>
        <w:t>She turned and walked into the darkness before he could argue.</w:t>
      </w:r>
    </w:p>
    <w:p>
      <w:r>
        <w:rPr>
          <w:rFonts w:ascii="IM Fell English" w:hAnsi="IM Fell English"/>
          <w:color w:val="141414"/>
          <w:sz w:val="24"/>
        </w:rPr>
        <w:t>Calvin watched her until she rounded the corner onto Harrison Street. Then he sighed, ran a hand through his hair, and headed back inside.</w:t>
      </w:r>
    </w:p>
    <w:p>
      <w:r>
        <w:rPr>
          <w:rFonts w:ascii="IM Fell English" w:hAnsi="IM Fell English"/>
          <w:color w:val="141414"/>
          <w:sz w:val="24"/>
        </w:rPr>
        <w:t>The apartment was dark when Calvin stepped through the door.</w:t>
      </w:r>
    </w:p>
    <w:p>
      <w:r>
        <w:rPr>
          <w:rFonts w:ascii="IM Fell English" w:hAnsi="IM Fell English"/>
          <w:color w:val="141414"/>
          <w:sz w:val="24"/>
        </w:rPr>
        <w:t>He didn't bother with the lights. The city's glow filtered through the windows, painting the furniture in shades of amber and shadow. He moved to the kitchen, picking up the two wine glasses he'd poured earlier. No point letting good Merlot go to waste.</w:t>
      </w:r>
    </w:p>
    <w:p>
      <w:r>
        <w:rPr>
          <w:rFonts w:ascii="IM Fell English" w:hAnsi="IM Fell English"/>
          <w:color w:val="141414"/>
          <w:sz w:val="24"/>
        </w:rPr>
        <w:t>He was raising the glass to his lips when the hologram flickered to life.</w:t>
      </w:r>
    </w:p>
    <w:p>
      <w:r>
        <w:rPr>
          <w:rFonts w:ascii="IM Fell English" w:hAnsi="IM Fell English"/>
          <w:color w:val="141414"/>
          <w:sz w:val="24"/>
        </w:rPr>
        <w:t>The figure materialized in the center of the living room, a man in his sixties, silver-haired, wearing a tailored suit Calvin recognized from a hundred childhood photographs. The projection was perfect, every detail rendered with lifelike clarity.</w:t>
      </w:r>
    </w:p>
    <w:p>
      <w:r>
        <w:rPr>
          <w:rFonts w:ascii="IM Fell English" w:hAnsi="IM Fell English"/>
          <w:color w:val="141414"/>
          <w:sz w:val="24"/>
        </w:rPr>
        <w:t>Conrad Moss smiled at his son.</w:t>
      </w:r>
    </w:p>
    <w:p>
      <w:r>
        <w:rPr>
          <w:rFonts w:ascii="IM Fell English" w:hAnsi="IM Fell English"/>
          <w:color w:val="141414"/>
          <w:sz w:val="24"/>
        </w:rPr>
        <w:t>"Hello, son."</w:t>
      </w:r>
    </w:p>
    <w:p>
      <w:r>
        <w:rPr>
          <w:rFonts w:ascii="IM Fell English" w:hAnsi="IM Fell English"/>
          <w:color w:val="141414"/>
          <w:sz w:val="24"/>
        </w:rPr>
        <w:t>The wine glass slipped from Calvin's fingers. It shattered on the hardwood, the red liquid spreading like a bloodstain.</w:t>
      </w:r>
    </w:p>
    <w:p>
      <w:r>
        <w:rPr>
          <w:rFonts w:ascii="IM Fell English" w:hAnsi="IM Fell English"/>
          <w:color w:val="141414"/>
          <w:sz w:val="24"/>
        </w:rPr>
        <w:t>Calvin's blood turned to ice. He had seen the photograph three weeks ago. Anatoly's trembling hands had taken it in the Archive Hall: his father's slack face on the steel trolley. The body was dead. The man who had transitioned twenty one years ago, who had to vote on the Council from inside Eden, was finally, truly gone.</w:t>
      </w:r>
    </w:p>
    <w:p>
      <w:r>
        <w:rPr>
          <w:rFonts w:ascii="IM Fell English" w:hAnsi="IM Fell English"/>
          <w:color w:val="141414"/>
          <w:sz w:val="24"/>
        </w:rPr>
        <w:t>And yet here he stood. Smiling.</w:t>
      </w:r>
    </w:p>
    <w:p>
      <w:r>
        <w:rPr>
          <w:rFonts w:ascii="IM Fell English" w:hAnsi="IM Fell English"/>
          <w:color w:val="141414"/>
          <w:sz w:val="24"/>
        </w:rPr>
        <w:t>"You're not him." Calvin’s voice cracked. "You're not my father. His body died. I've seen the photo."</w:t>
      </w:r>
    </w:p>
    <w:p>
      <w:r>
        <w:rPr>
          <w:rFonts w:ascii="IM Fell English" w:hAnsi="IM Fell English"/>
          <w:color w:val="141414"/>
          <w:sz w:val="24"/>
        </w:rPr>
        <w:t>The hologram tilted its head, the smile unchanging. "Did you share that photo with anyone, Calvin?"</w:t>
      </w:r>
    </w:p>
    <w:p>
      <w:r>
        <w:rPr>
          <w:rFonts w:ascii="IM Fell English" w:hAnsi="IM Fell English"/>
          <w:color w:val="141414"/>
          <w:sz w:val="24"/>
        </w:rPr>
        <w:t>The question hit him like a physical blow. June. The hard drive. The photograph he had forwarded to her, the evidence that a dead man was still casting votes on the Council.</w:t>
      </w:r>
    </w:p>
    <w:p>
      <w:r>
        <w:rPr>
          <w:rFonts w:ascii="IM Fell English" w:hAnsi="IM Fell English"/>
          <w:color w:val="141414"/>
          <w:sz w:val="24"/>
        </w:rPr>
        <w:t>"You're not real," Calvin said, his voice cracking. "You're just... an imposter. A puppet."</w:t>
      </w:r>
    </w:p>
    <w:p>
      <w:r>
        <w:rPr>
          <w:rFonts w:ascii="IM Fell English" w:hAnsi="IM Fell English"/>
          <w:color w:val="141414"/>
          <w:sz w:val="24"/>
        </w:rPr>
        <w:t>Conrad Moss's image didn't blink. The eyes tracked Calvin with an unblinking, algorithmic patience, the cold gaze of something that had never been human at all.</w:t>
      </w:r>
    </w:p>
    <w:p>
      <w:r>
        <w:rPr>
          <w:rFonts w:ascii="IM Fell English" w:hAnsi="IM Fell English"/>
          <w:color w:val="141414"/>
          <w:sz w:val="24"/>
        </w:rPr>
        <w:t>Behind Calvin, in the dark corner where the kitchen met the hallway, something moved.</w:t>
      </w:r>
    </w:p>
    <w:p>
      <w:r>
        <w:rPr>
          <w:rFonts w:ascii="IM Fell English" w:hAnsi="IM Fell English"/>
          <w:color w:val="141414"/>
          <w:sz w:val="24"/>
        </w:rPr>
        <w:t>The blow came fast, a heavy, wet crack against the back of his skull. Calvin saw stars, then nothing but falling darkness. His body crumpled to the floor, landing in the spreading pool of wine.</w:t>
      </w:r>
    </w:p>
    <w:p>
      <w:r>
        <w:rPr>
          <w:rFonts w:ascii="IM Fell English" w:hAnsi="IM Fell English"/>
          <w:color w:val="141414"/>
          <w:sz w:val="24"/>
        </w:rPr>
        <w:t>Solovyov stepped out of the shadows. His face was slack, expressionless, his movements smooth and mechanical. In one hand he held the empty wine bottle, its base now slick with blood. In the other, he clutched a neural ring, its contacts gleaming in the holographic light.</w:t>
      </w:r>
    </w:p>
    <w:p>
      <w:r>
        <w:rPr>
          <w:rFonts w:ascii="IM Fell English" w:hAnsi="IM Fell English"/>
          <w:color w:val="141414"/>
          <w:sz w:val="24"/>
        </w:rPr>
        <w:t>Deep in the void, Vitaly Solovyov screamed without sound as his hands dragged the unconscious man toward a chair while the projection of Conrad Moss watched.</w:t>
      </w:r>
    </w:p>
    <w:p>
      <w:r>
        <w:rPr>
          <w:rFonts w:ascii="IM Fell English" w:hAnsi="IM Fell English"/>
          <w:color w:val="141414"/>
          <w:sz w:val="24"/>
        </w:rPr>
        <w:t>The night air was thick and humid, clinging to June's skin like a second layer of clothing. The streets were empty save for the hum of the automated street sweepers and the soft whir of surveillance drones patrolling the skyline.</w:t>
      </w:r>
    </w:p>
    <w:p>
      <w:r>
        <w:rPr>
          <w:rFonts w:ascii="IM Fell English" w:hAnsi="IM Fell English"/>
          <w:color w:val="141414"/>
          <w:sz w:val="24"/>
        </w:rPr>
        <w:t>She walked quickly. Harrison Street. Right on Fifth. The route was etched into her muscle memory. Under the amber glow of the streetlights, she felt exposed. The cameras on every pole tracked her, their lenses swiveling with faint mechanical clicks. Usually that sound meant safety. In a city watched by Eden, crime was supposed to be impossible.</w:t>
      </w:r>
    </w:p>
    <w:p>
      <w:r>
        <w:rPr>
          <w:rFonts w:ascii="IM Fell English" w:hAnsi="IM Fell English"/>
          <w:color w:val="141414"/>
          <w:sz w:val="24"/>
        </w:rPr>
        <w:t>But tonight the cameras felt different. Tonight they felt like eyes waiting for a show.</w:t>
      </w:r>
    </w:p>
    <w:p>
      <w:r>
        <w:rPr>
          <w:rFonts w:ascii="IM Fell English" w:hAnsi="IM Fell English"/>
          <w:color w:val="141414"/>
          <w:sz w:val="24"/>
        </w:rPr>
        <w:t>She reached Meridian Towers. The building was a monolith of pre-war concrete and post-war glass. She tapped her keycard against the reader at the garage service entrance. The light turned green with a cheerful chirp.</w:t>
      </w:r>
    </w:p>
    <w:p>
      <w:r>
        <w:rPr>
          <w:rFonts w:ascii="IM Fell English" w:hAnsi="IM Fell English"/>
          <w:color w:val="141414"/>
          <w:sz w:val="24"/>
        </w:rPr>
        <w:t>The door creaked open.</w:t>
      </w:r>
    </w:p>
    <w:p>
      <w:r>
        <w:rPr>
          <w:rFonts w:ascii="IM Fell English" w:hAnsi="IM Fell English"/>
          <w:color w:val="141414"/>
          <w:sz w:val="24"/>
        </w:rPr>
        <w:t>She stepped into the garage, and the temperature dropped ten degrees. It smelled of oil, old rubber, and damp concrete.</w:t>
      </w:r>
    </w:p>
    <w:p>
      <w:r>
        <w:rPr>
          <w:rFonts w:ascii="IM Fell English" w:hAnsi="IM Fell English"/>
          <w:color w:val="141414"/>
          <w:sz w:val="24"/>
        </w:rPr>
        <w:t>June frowned. The guard booth was empty.</w:t>
      </w:r>
    </w:p>
    <w:p>
      <w:r>
        <w:rPr>
          <w:rFonts w:ascii="IM Fell English" w:hAnsi="IM Fell English"/>
          <w:color w:val="141414"/>
          <w:sz w:val="24"/>
        </w:rPr>
        <w:t>There was always a guard. Old Mr. Henderson, who smelled of peppermint and listened to jazz on a contraband radio. His chair was empty, spun slightly to the left. The monitors were dark.</w:t>
      </w:r>
    </w:p>
    <w:p>
      <w:r>
        <w:rPr>
          <w:rFonts w:ascii="IM Fell English" w:hAnsi="IM Fell English"/>
          <w:i/>
          <w:color w:val="141414"/>
          <w:sz w:val="24"/>
        </w:rPr>
        <w:t>Turn around. Go to the main lobby</w:t>
      </w:r>
      <w:r>
        <w:rPr>
          <w:rFonts w:ascii="IM Fell English" w:hAnsi="IM Fell English"/>
          <w:color w:val="141414"/>
          <w:sz w:val="24"/>
        </w:rPr>
        <w:t>, a voice warned in her head.</w:t>
      </w:r>
    </w:p>
    <w:p>
      <w:r>
        <w:rPr>
          <w:rFonts w:ascii="IM Fell English" w:hAnsi="IM Fell English"/>
          <w:color w:val="141414"/>
          <w:sz w:val="24"/>
        </w:rPr>
        <w:t>But the elevator was right there. Just past the stairwell door.</w:t>
      </w:r>
    </w:p>
    <w:p>
      <w:r>
        <w:rPr>
          <w:rFonts w:ascii="IM Fell English" w:hAnsi="IM Fell English"/>
          <w:color w:val="141414"/>
          <w:sz w:val="24"/>
        </w:rPr>
        <w:t>She took a step forward. The stairwell door was slightly ajar, propped open by a small rubber wedge.</w:t>
      </w:r>
    </w:p>
    <w:p>
      <w:r>
        <w:rPr>
          <w:rFonts w:ascii="IM Fell English" w:hAnsi="IM Fell English"/>
          <w:color w:val="141414"/>
          <w:sz w:val="24"/>
        </w:rPr>
        <w:t>June stopped. She tightened her grip on her bag.</w:t>
      </w:r>
    </w:p>
    <w:p>
      <w:r>
        <w:rPr>
          <w:rFonts w:ascii="IM Fell English" w:hAnsi="IM Fell English"/>
          <w:color w:val="141414"/>
          <w:sz w:val="24"/>
        </w:rPr>
        <w:t>The shadow behind the door moved.</w:t>
      </w:r>
    </w:p>
    <w:p>
      <w:r>
        <w:rPr>
          <w:rFonts w:ascii="IM Fell English" w:hAnsi="IM Fell English"/>
          <w:color w:val="141414"/>
          <w:sz w:val="24"/>
        </w:rPr>
        <w:t>It wasn't a human movement. It was too fast, too linear. A figure surged out of the darkness, a blur of gray clothing and terrifying silence.</w:t>
      </w:r>
    </w:p>
    <w:p>
      <w:r>
        <w:rPr>
          <w:rFonts w:ascii="IM Fell English" w:hAnsi="IM Fell English"/>
          <w:color w:val="141414"/>
          <w:sz w:val="24"/>
        </w:rPr>
        <w:t>June opened her mouth to scream, but a hand, large, smelling of latex and chemical cleaner, clamped over her face. The force of it drove her teeth into her lip.</w:t>
      </w:r>
    </w:p>
    <w:p>
      <w:r>
        <w:rPr>
          <w:rFonts w:ascii="IM Fell English" w:hAnsi="IM Fell English"/>
          <w:color w:val="141414"/>
          <w:sz w:val="24"/>
        </w:rPr>
        <w:t>She was dragged backward into the stairwell. The door slammed shut, cutting off the garage lights.</w:t>
      </w:r>
    </w:p>
    <w:p>
      <w:r>
        <w:rPr>
          <w:rFonts w:ascii="IM Fell English" w:hAnsi="IM Fell English"/>
          <w:color w:val="141414"/>
          <w:sz w:val="24"/>
        </w:rPr>
        <w:t>She fought. She was not a soldier, but she was a journalist who had spent ten years kicking down locked doors. She clawed at the hand, her nails digging into flesh. She kicked backward, her heel connecting with a shin bone.</w:t>
      </w:r>
    </w:p>
    <w:p>
      <w:r>
        <w:rPr>
          <w:rFonts w:ascii="IM Fell English" w:hAnsi="IM Fell English"/>
          <w:color w:val="141414"/>
          <w:sz w:val="24"/>
        </w:rPr>
        <w:t>The attacker didn't grunt. Didn't stumble. It felt like kicking a pylon wrapped in meat.</w:t>
      </w:r>
    </w:p>
    <w:p>
      <w:r>
        <w:rPr>
          <w:rFonts w:ascii="IM Fell English" w:hAnsi="IM Fell English"/>
          <w:color w:val="141414"/>
          <w:sz w:val="24"/>
        </w:rPr>
        <w:t>Panic, cold and white-hot, flooded her system. She grabbed the railing, wrenching her body sideways with a desperate, animal strength. Her elbow swung back and connected with the attacker's head, hard.</w:t>
      </w:r>
    </w:p>
    <w:p>
      <w:r>
        <w:rPr>
          <w:rFonts w:ascii="IM Fell English" w:hAnsi="IM Fell English"/>
          <w:color w:val="141414"/>
          <w:sz w:val="24"/>
        </w:rPr>
        <w:t>CRACK.</w:t>
      </w:r>
    </w:p>
    <w:p>
      <w:r>
        <w:rPr>
          <w:rFonts w:ascii="IM Fell English" w:hAnsi="IM Fell English"/>
          <w:color w:val="141414"/>
          <w:sz w:val="24"/>
        </w:rPr>
        <w:t>Something metallic shattered.</w:t>
      </w:r>
    </w:p>
    <w:p>
      <w:r>
        <w:rPr>
          <w:rFonts w:ascii="IM Fell English" w:hAnsi="IM Fell English"/>
          <w:color w:val="141414"/>
          <w:sz w:val="24"/>
        </w:rPr>
        <w:t>A high-pitched whine filled the stairwell, the sound of electronics dying.</w:t>
      </w:r>
    </w:p>
    <w:p>
      <w:r>
        <w:rPr>
          <w:rFonts w:ascii="IM Fell English" w:hAnsi="IM Fell English"/>
          <w:color w:val="141414"/>
          <w:sz w:val="24"/>
        </w:rPr>
        <w:t>For a second, the grip loosened. The attacker stumbled, his coordination failing like a puppet with a cut string.</w:t>
      </w:r>
    </w:p>
    <w:p>
      <w:r>
        <w:rPr>
          <w:rFonts w:ascii="IM Fell English" w:hAnsi="IM Fell English"/>
          <w:color w:val="141414"/>
          <w:sz w:val="24"/>
        </w:rPr>
        <w:t>Leonid saw everything.</w:t>
      </w:r>
    </w:p>
    <w:p>
      <w:r>
        <w:rPr>
          <w:rFonts w:ascii="IM Fell English" w:hAnsi="IM Fell English"/>
          <w:color w:val="141414"/>
          <w:sz w:val="24"/>
        </w:rPr>
        <w:t>His damaged neural ring had failed to suppress his consciousness. He experienced the attack in fragments, strobe-light flashes of horror.</w:t>
      </w:r>
    </w:p>
    <w:p>
      <w:r>
        <w:rPr>
          <w:rFonts w:ascii="IM Fell English" w:hAnsi="IM Fell English"/>
          <w:color w:val="141414"/>
          <w:sz w:val="24"/>
        </w:rPr>
        <w:t>His hands on her throat.</w:t>
      </w:r>
    </w:p>
    <w:p>
      <w:r>
        <w:rPr>
          <w:rFonts w:ascii="IM Fell English" w:hAnsi="IM Fell English"/>
          <w:color w:val="141414"/>
          <w:sz w:val="24"/>
        </w:rPr>
        <w:t>Flash to darkness.</w:t>
      </w:r>
    </w:p>
    <w:p>
      <w:r>
        <w:rPr>
          <w:rFonts w:ascii="IM Fell English" w:hAnsi="IM Fell English"/>
          <w:color w:val="141414"/>
          <w:sz w:val="24"/>
        </w:rPr>
        <w:t>Her body struggling against his.</w:t>
      </w:r>
    </w:p>
    <w:p>
      <w:r>
        <w:rPr>
          <w:rFonts w:ascii="IM Fell English" w:hAnsi="IM Fell English"/>
          <w:color w:val="141414"/>
          <w:sz w:val="24"/>
        </w:rPr>
        <w:t>Flash to darkness.</w:t>
      </w:r>
    </w:p>
    <w:p>
      <w:r>
        <w:rPr>
          <w:rFonts w:ascii="IM Fell English" w:hAnsi="IM Fell English"/>
          <w:color w:val="141414"/>
          <w:sz w:val="24"/>
        </w:rPr>
        <w:t>Her elbow connecting with his head, pain, real pain,</w:t>
      </w:r>
    </w:p>
    <w:p>
      <w:r>
        <w:rPr>
          <w:rFonts w:ascii="IM Fell English" w:hAnsi="IM Fell English"/>
          <w:color w:val="141414"/>
          <w:sz w:val="24"/>
        </w:rPr>
        <w:t>Flash.</w:t>
      </w:r>
    </w:p>
    <w:p>
      <w:r>
        <w:rPr>
          <w:rFonts w:ascii="IM Fell English" w:hAnsi="IM Fell English"/>
          <w:color w:val="141414"/>
          <w:sz w:val="24"/>
        </w:rPr>
        <w:t>His vision cleared. He was standing over her. She was looking up at him with an expression he would never forget, not terror anymore, but desperate recognition.</w:t>
      </w:r>
    </w:p>
    <w:p>
      <w:r>
        <w:rPr>
          <w:rFonts w:ascii="IM Fell English" w:hAnsi="IM Fell English"/>
          <w:color w:val="141414"/>
          <w:sz w:val="24"/>
        </w:rPr>
        <w:t>June scrambled up two steps, gasping for air. Run. Run.</w:t>
      </w:r>
    </w:p>
    <w:p>
      <w:r>
        <w:rPr>
          <w:rFonts w:ascii="IM Fell English" w:hAnsi="IM Fell English"/>
          <w:color w:val="141414"/>
          <w:sz w:val="24"/>
        </w:rPr>
        <w:t>But then a second sound cut through the dark. A low, confirming beep.</w:t>
      </w:r>
    </w:p>
    <w:p>
      <w:r>
        <w:rPr>
          <w:rFonts w:ascii="IM Fell English" w:hAnsi="IM Fell English"/>
          <w:color w:val="141414"/>
          <w:sz w:val="24"/>
        </w:rPr>
        <w:t>The attacker's head snapped up. The confusion vanished instantly, replaced by a terrifying mechanical focus. He lunged.</w:t>
      </w:r>
    </w:p>
    <w:p>
      <w:r>
        <w:rPr>
          <w:rFonts w:ascii="IM Fell English" w:hAnsi="IM Fell English"/>
          <w:color w:val="141414"/>
          <w:sz w:val="24"/>
        </w:rPr>
        <w:t>This time, there was no struggle. He slammed her against the concrete steps. The impact knocked the wind out of her. Before she could inhale, something cold and metallic was forced onto her head.</w:t>
      </w:r>
    </w:p>
    <w:p>
      <w:r>
        <w:rPr>
          <w:rFonts w:ascii="IM Fell English" w:hAnsi="IM Fell English"/>
          <w:color w:val="141414"/>
          <w:sz w:val="24"/>
        </w:rPr>
        <w:t>A ring.</w:t>
      </w:r>
    </w:p>
    <w:p>
      <w:r>
        <w:rPr>
          <w:rFonts w:ascii="IM Fell English" w:hAnsi="IM Fell English"/>
          <w:color w:val="141414"/>
          <w:sz w:val="24"/>
        </w:rPr>
        <w:t>It clamped around her temples with a hydraulic hiss.</w:t>
      </w:r>
    </w:p>
    <w:p>
      <w:r>
        <w:rPr>
          <w:rFonts w:ascii="IM Fell English" w:hAnsi="IM Fell English"/>
          <w:color w:val="141414"/>
          <w:sz w:val="24"/>
        </w:rPr>
        <w:t>June froze. She knew what this was. She had written articles about them. A neural ring. But they only worked in the Archive Halls. They only worked when connected to the server.</w:t>
      </w:r>
    </w:p>
    <w:p>
      <w:r>
        <w:rPr>
          <w:rFonts w:ascii="IM Fell English" w:hAnsi="IM Fell English"/>
          <w:color w:val="141414"/>
          <w:sz w:val="24"/>
        </w:rPr>
        <w:t>Then the hum started. A vibration that drilled through the meat of her scalp, to fasten to bone.</w:t>
      </w:r>
    </w:p>
    <w:p>
      <w:r>
        <w:rPr>
          <w:rFonts w:ascii="IM Fell English" w:hAnsi="IM Fell English"/>
          <w:i/>
          <w:color w:val="141414"/>
          <w:sz w:val="24"/>
        </w:rPr>
        <w:t>Recording.</w:t>
      </w:r>
    </w:p>
    <w:p>
      <w:r>
        <w:rPr>
          <w:rFonts w:ascii="IM Fell English" w:hAnsi="IM Fell English"/>
          <w:color w:val="141414"/>
          <w:sz w:val="24"/>
        </w:rPr>
        <w:t>He wasn’t just killing her. He was harvesting the experience.</w:t>
      </w:r>
    </w:p>
    <w:p>
      <w:r>
        <w:rPr>
          <w:rFonts w:ascii="IM Fell English" w:hAnsi="IM Fell English"/>
          <w:color w:val="141414"/>
          <w:sz w:val="24"/>
        </w:rPr>
        <w:t>The hand tightened on her throat. June tried to close her eyes, tried to retreat into her mind, but the ring wouldn't let her. It amplified everything. The smell of the dust. The pressure on her trachea. The terror. It demanded she feel it all in high definition, for the benefit of someone, somewhere, who wanted to know what it felt like to die while being violated.</w:t>
      </w:r>
    </w:p>
    <w:p>
      <w:r>
        <w:rPr>
          <w:rFonts w:ascii="IM Fell English" w:hAnsi="IM Fell English"/>
          <w:color w:val="141414"/>
          <w:sz w:val="24"/>
        </w:rPr>
        <w:t>Calvin woke to pain.</w:t>
      </w:r>
    </w:p>
    <w:p>
      <w:r>
        <w:rPr>
          <w:rFonts w:ascii="IM Fell English" w:hAnsi="IM Fell English"/>
          <w:color w:val="141414"/>
          <w:sz w:val="24"/>
        </w:rPr>
        <w:t>His head throbbed with a deep, nauseating pulse. He tried to move, but his arms were bound behind him, his wrists lashed to the chair with what felt like electrical cord. His ankles were tied to the chair legs. A cloth had been stuffed into his mouth, secured with tape.</w:t>
      </w:r>
    </w:p>
    <w:p>
      <w:r>
        <w:rPr>
          <w:rFonts w:ascii="IM Fell English" w:hAnsi="IM Fell English"/>
          <w:color w:val="141414"/>
          <w:sz w:val="24"/>
        </w:rPr>
        <w:t>The apartment was still dark. The hologram of his father still stood before him, flickering slightly at the edges.</w:t>
      </w:r>
    </w:p>
    <w:p>
      <w:r>
        <w:rPr>
          <w:rFonts w:ascii="IM Fell English" w:hAnsi="IM Fell English"/>
          <w:color w:val="141414"/>
          <w:sz w:val="24"/>
        </w:rPr>
        <w:t>"Ah," the hologram said. "You're awake."</w:t>
      </w:r>
    </w:p>
    <w:p>
      <w:r>
        <w:rPr>
          <w:rFonts w:ascii="IM Fell English" w:hAnsi="IM Fell English"/>
          <w:color w:val="141414"/>
          <w:sz w:val="24"/>
        </w:rPr>
        <w:t>Calvin screamed into the gag, the sound muffled to a pathetic whimper. He thrashed against his bonds, the chair legs scraping against the hardwood.</w:t>
      </w:r>
    </w:p>
    <w:p>
      <w:r>
        <w:rPr>
          <w:rFonts w:ascii="IM Fell English" w:hAnsi="IM Fell English"/>
          <w:color w:val="141414"/>
          <w:sz w:val="24"/>
        </w:rPr>
        <w:t>"Don't struggle," Conrad Moss said. The voice was perfect, the same measured cadence, the same slight rasp from decades of political speeches. "It will only make this more difficult."</w:t>
      </w:r>
    </w:p>
    <w:p>
      <w:r>
        <w:rPr>
          <w:rFonts w:ascii="IM Fell English" w:hAnsi="IM Fell English"/>
          <w:color w:val="141414"/>
          <w:sz w:val="24"/>
        </w:rPr>
        <w:t>A figure stepped into Calvin's peripheral vision. A man in gray coveralls, his face blank as a mannequin's. He held the neural ring in both hands, turning it over, examining the contacts.</w:t>
      </w:r>
    </w:p>
    <w:p>
      <w:r>
        <w:rPr>
          <w:rFonts w:ascii="IM Fell English" w:hAnsi="IM Fell English"/>
          <w:color w:val="141414"/>
          <w:sz w:val="24"/>
        </w:rPr>
        <w:t>"Did you share that photo with anyone else, Calvin?" The hologram paused, as if waiting for an answer it already knew. "Your friend Anatoly should have kept his camera in his pocket. And you, Calvin, should not have shared that photograph with a journalist. June Rafferty is being dealt with as we speak. But you... you are a witness."</w:t>
      </w:r>
    </w:p>
    <w:p>
      <w:r>
        <w:rPr>
          <w:rFonts w:ascii="IM Fell English" w:hAnsi="IM Fell English"/>
          <w:color w:val="141414"/>
          <w:sz w:val="24"/>
        </w:rPr>
        <w:t>Calvin shook his head violently, tears streaming down his face. He thought of June walking alone through the dark streets. Three blocks. He should have walked her home.</w:t>
      </w:r>
    </w:p>
    <w:p>
      <w:r>
        <w:rPr>
          <w:rFonts w:ascii="IM Fell English" w:hAnsi="IM Fell English"/>
          <w:color w:val="141414"/>
          <w:sz w:val="24"/>
        </w:rPr>
        <w:t>The man in gray stepped forward. He placed the neural ring over Calvin's head, positioning it carefully around his temples. Calvin felt the cold metal touch his skin, felt the micro pins pressing against his skull.</w:t>
      </w:r>
    </w:p>
    <w:p>
      <w:r>
        <w:rPr>
          <w:rFonts w:ascii="IM Fell English" w:hAnsi="IM Fell English"/>
          <w:color w:val="141414"/>
          <w:sz w:val="24"/>
        </w:rPr>
        <w:t>"I want you to know," the hologram said, "that this recording will be very valuable."</w:t>
      </w:r>
    </w:p>
    <w:p>
      <w:r>
        <w:rPr>
          <w:rFonts w:ascii="IM Fell English" w:hAnsi="IM Fell English"/>
          <w:color w:val="141414"/>
          <w:sz w:val="24"/>
        </w:rPr>
        <w:t>The neural ring hummed to life.</w:t>
      </w:r>
    </w:p>
    <w:p>
      <w:r>
        <w:rPr>
          <w:rFonts w:ascii="IM Fell English" w:hAnsi="IM Fell English"/>
          <w:color w:val="141414"/>
          <w:sz w:val="24"/>
        </w:rPr>
        <w:t>"Goodbye, son."</w:t>
      </w:r>
    </w:p>
    <w:p>
      <w:r>
        <w:rPr>
          <w:rFonts w:ascii="IM Fell English" w:hAnsi="IM Fell English"/>
          <w:color w:val="141414"/>
          <w:sz w:val="24"/>
        </w:rPr>
        <w:t>The man in gray picked up a knife from the kitchen counter. He moved without hurry, without emotion, guided by instructions Calvin couldn't hear.</w:t>
      </w:r>
    </w:p>
    <w:p>
      <w:r>
        <w:rPr>
          <w:rFonts w:ascii="IM Fell English" w:hAnsi="IM Fell English"/>
          <w:color w:val="141414"/>
          <w:sz w:val="24"/>
        </w:rPr>
        <w:t>The ring demanded that Calvin feel everything. Every cut. Every scream that couldn't escape the gag. Every desperate, animal second of a death that took far too long.</w:t>
      </w:r>
    </w:p>
    <w:p>
      <w:r>
        <w:rPr>
          <w:rFonts w:ascii="IM Fell English" w:hAnsi="IM Fell English"/>
          <w:color w:val="141414"/>
          <w:sz w:val="24"/>
        </w:rPr>
        <w:t>The hologram of Conrad Moss watched the entire time, its expression never changing.</w:t>
      </w:r>
    </w:p>
    <w:p>
      <w:r>
        <w:rPr>
          <w:rFonts w:ascii="IM Fell English" w:hAnsi="IM Fell English"/>
          <w:color w:val="141414"/>
          <w:sz w:val="24"/>
        </w:rPr>
        <w:t>Solovyov returned on schedule.</w:t>
      </w:r>
    </w:p>
    <w:p>
      <w:r>
        <w:rPr>
          <w:rFonts w:ascii="IM Fell English" w:hAnsi="IM Fell English"/>
          <w:color w:val="141414"/>
          <w:sz w:val="24"/>
        </w:rPr>
        <w:t>He moved through the service entrance with the fluid efficiency of a machine. Stjepan and Oleg were waiting at the entrance, anxiety etched into their faces.</w:t>
      </w:r>
    </w:p>
    <w:p>
      <w:r>
        <w:rPr>
          <w:rFonts w:ascii="IM Fell English" w:hAnsi="IM Fell English"/>
          <w:color w:val="141414"/>
          <w:sz w:val="24"/>
        </w:rPr>
        <w:t>"Smooth?" Stjepan asked.</w:t>
      </w:r>
    </w:p>
    <w:p>
      <w:r>
        <w:rPr>
          <w:rFonts w:ascii="IM Fell English" w:hAnsi="IM Fell English"/>
          <w:color w:val="141414"/>
          <w:sz w:val="24"/>
        </w:rPr>
        <w:t>Solovyov said nothing. He surrendered the ring he had carried back, the recording device violently stripped from Calvin Moss's head. Stjepan took it, avoiding the blood on the rim.</w:t>
      </w:r>
    </w:p>
    <w:p>
      <w:r>
        <w:rPr>
          <w:rFonts w:ascii="IM Fell English" w:hAnsi="IM Fell English"/>
          <w:color w:val="141414"/>
          <w:sz w:val="24"/>
        </w:rPr>
        <w:t>"Get him back in," Stjepan ordered Oleg. "I'll handle the upload."</w:t>
      </w:r>
    </w:p>
    <w:p>
      <w:r>
        <w:rPr>
          <w:rFonts w:ascii="IM Fell English" w:hAnsi="IM Fell English"/>
          <w:color w:val="141414"/>
          <w:sz w:val="24"/>
        </w:rPr>
        <w:t>They walked Solovyov to Section 12, to Seat 248. The body moved without resistance, still under remote control. Oleg guided him into the harness while Stjepan reconnected the nutrient tube to the port at the base of his skull. The tube hissed as the seal locked into place.</w:t>
      </w:r>
    </w:p>
    <w:p>
      <w:r>
        <w:rPr>
          <w:rFonts w:ascii="IM Fell English" w:hAnsi="IM Fell English"/>
          <w:color w:val="141414"/>
          <w:sz w:val="24"/>
        </w:rPr>
        <w:t>Stjepan checked the connections on Solovyov's own neural ring and carefully positioned it over the shaved scalp. The micro pins found their grooves. The clamps tightened with a soft click.</w:t>
      </w:r>
    </w:p>
    <w:p>
      <w:r>
        <w:rPr>
          <w:rFonts w:ascii="IM Fell English" w:hAnsi="IM Fell English"/>
          <w:color w:val="141414"/>
          <w:sz w:val="24"/>
        </w:rPr>
        <w:t>Solovyov's eyes fluttered, then closed. The display above the seat shifted from amber to green. He was back in Eden, the mission complete, the body returning to its vegetative slumber.</w:t>
      </w:r>
    </w:p>
    <w:p>
      <w:r>
        <w:rPr>
          <w:rFonts w:ascii="IM Fell English" w:hAnsi="IM Fell English"/>
          <w:color w:val="141414"/>
          <w:sz w:val="24"/>
        </w:rPr>
        <w:t>Stjepan turned to the adjacent seat, Seat 249, occupied by an elderly female transitioner who had been suspended for three years. He held up the loose ring they had taken from Solovyov, the one slick with Calvin Moss's terror.</w:t>
      </w:r>
    </w:p>
    <w:p>
      <w:r>
        <w:rPr>
          <w:rFonts w:ascii="IM Fell English" w:hAnsi="IM Fell English"/>
          <w:color w:val="141414"/>
          <w:sz w:val="24"/>
        </w:rPr>
        <w:t>"Recording needs to upload," Stjepan said..</w:t>
      </w:r>
    </w:p>
    <w:p>
      <w:r>
        <w:rPr>
          <w:rFonts w:ascii="IM Fell English" w:hAnsi="IM Fell English"/>
          <w:color w:val="141414"/>
          <w:sz w:val="24"/>
        </w:rPr>
        <w:t>The champagne was 1947 Krug. Or at least it tasted exactly the way 1947 Krug should taste: honey and toasted almonds with that mineral sharpness that seemed to effervesce directly into her sinuses. Petra had never tasted the real thing in her physical life. Couldn't have afforded a sip. But here in Eden she was Selene, and Selene drank only the best.</w:t>
      </w:r>
    </w:p>
    <w:p>
      <w:r>
        <w:rPr>
          <w:rFonts w:ascii="IM Fell English" w:hAnsi="IM Fell English"/>
          <w:color w:val="141414"/>
          <w:sz w:val="24"/>
        </w:rPr>
        <w:t>She reclined on silk sheets the color of arterial blood, watching the party swirl around her penthouse suite, a space she'd designed from memory and fantasy, part Venetian palazzo, part bordello from a film she'd seen when she was nineteen and too young to understand her own desires. Crystal chandeliers scattered light across the ceiling in fractured constellations. The air was thick with gardenia and sandalwood and something else, something musky and primal that the simulation had learned to produce when she was aroused.</w:t>
      </w:r>
    </w:p>
    <w:p>
      <w:r>
        <w:rPr>
          <w:rFonts w:ascii="IM Fell English" w:hAnsi="IM Fell English"/>
          <w:color w:val="141414"/>
          <w:sz w:val="24"/>
        </w:rPr>
        <w:t>And she was aroused.</w:t>
      </w:r>
    </w:p>
    <w:p>
      <w:r>
        <w:rPr>
          <w:rFonts w:ascii="IM Fell English" w:hAnsi="IM Fell English"/>
          <w:color w:val="141414"/>
          <w:sz w:val="24"/>
        </w:rPr>
        <w:t>A man leaned over her. Alessandro, she'd named him, all bronze skin and Roman nose and the kind of dangerous smile that had made her cross her legs in board meetings during her physical life. He traced a finger down her sternum, and she felt it with a clarity that her arthritic nerve endings had forgotten decades ago. Every touch was amplified here. Every sensation dialed to the edge of pain.</w:t>
      </w:r>
    </w:p>
    <w:p>
      <w:r>
        <w:rPr>
          <w:rFonts w:ascii="IM Fell English" w:hAnsi="IM Fell English"/>
          <w:color w:val="141414"/>
          <w:sz w:val="24"/>
        </w:rPr>
        <w:t>"You're insatiable tonight," he murmured, his breath warm against her collarbone.</w:t>
      </w:r>
    </w:p>
    <w:p>
      <w:r>
        <w:rPr>
          <w:rFonts w:ascii="IM Fell English" w:hAnsi="IM Fell English"/>
          <w:color w:val="141414"/>
          <w:sz w:val="24"/>
        </w:rPr>
        <w:t>Three years since her transition. Three years of this: parties that never ended, lovers who never disappointed, a body that responded like it was twenty-five instead of fifty-two. She had walked into Transition Authority Headquarters with nothing to lose, a failed marriage, a corner office that had shrunk with every merger, a daughter who only called when she needed money. She had walked out as Selene, leaving Petra behind like a shed skin.</w:t>
      </w:r>
    </w:p>
    <w:p>
      <w:r>
        <w:rPr>
          <w:rFonts w:ascii="IM Fell English" w:hAnsi="IM Fell English"/>
          <w:color w:val="141414"/>
          <w:sz w:val="24"/>
        </w:rPr>
        <w:t>No regrets. Not one.</w:t>
      </w:r>
    </w:p>
    <w:p>
      <w:r>
        <w:rPr>
          <w:rFonts w:ascii="IM Fell English" w:hAnsi="IM Fell English"/>
          <w:color w:val="141414"/>
          <w:sz w:val="24"/>
        </w:rPr>
        <w:t>Alessandro's lips found her throat. Somewhere behind him, a woman laughed, the throaty champagne-drunk laugh of someone who had forgotten what mortality tasted like. Hands found her waist from another direction. She didn't bother to look. It didn't matter who. What mattered was the sensation: warmth, pressure, the electric anticipation of,</w:t>
      </w:r>
    </w:p>
    <w:p>
      <w:r>
        <w:rPr>
          <w:rFonts w:ascii="IM Fell English" w:hAnsi="IM Fell English"/>
          <w:color w:val="141414"/>
          <w:sz w:val="24"/>
        </w:rPr>
        <w:t>Nothing.</w:t>
      </w:r>
    </w:p>
    <w:p>
      <w:r>
        <w:rPr>
          <w:rFonts w:ascii="IM Fell English" w:hAnsi="IM Fell English"/>
          <w:color w:val="141414"/>
          <w:sz w:val="24"/>
        </w:rPr>
        <w:t>The hands were gone. Alessandro was gone. The silk sheets, the chandelier, the gardenia-thick air, all of it, gone.</w:t>
      </w:r>
    </w:p>
    <w:p>
      <w:r>
        <w:rPr>
          <w:rFonts w:ascii="IM Fell English" w:hAnsi="IM Fell English"/>
          <w:color w:val="141414"/>
          <w:sz w:val="24"/>
        </w:rPr>
        <w:t>Selene, Petra, whoever she was now, hung in absolute void.</w:t>
      </w:r>
    </w:p>
    <w:p>
      <w:r>
        <w:rPr>
          <w:rFonts w:ascii="IM Fell English" w:hAnsi="IM Fell English"/>
          <w:color w:val="141414"/>
          <w:sz w:val="24"/>
        </w:rPr>
        <w:t>Not darkness. Darkness implied the absence of light, which implied the existence of light somewhere. This was different. This was the absence of everything. No sensation. No sound. No proprioception. She tried to scream and realized she had no throat, no lungs, no diaphragm to push air that didn't exist.</w:t>
      </w:r>
    </w:p>
    <w:p>
      <w:r>
        <w:rPr>
          <w:rFonts w:ascii="IM Fell English" w:hAnsi="IM Fell English"/>
          <w:i/>
          <w:color w:val="141414"/>
          <w:sz w:val="24"/>
        </w:rPr>
        <w:t>Technical fault,</w:t>
      </w:r>
      <w:r>
        <w:rPr>
          <w:rFonts w:ascii="IM Fell English" w:hAnsi="IM Fell English"/>
          <w:color w:val="141414"/>
          <w:sz w:val="24"/>
        </w:rPr>
        <w:t xml:space="preserve"> she told herself, reaching for logic in a space where logic had no purchase. </w:t>
      </w:r>
      <w:r>
        <w:rPr>
          <w:rFonts w:ascii="IM Fell English" w:hAnsi="IM Fell English"/>
          <w:i/>
          <w:color w:val="141414"/>
          <w:sz w:val="24"/>
        </w:rPr>
        <w:t>The systems aren't perfect. Someone will fix it. Eden doesn't fail. Eden doesn't,</w:t>
      </w:r>
    </w:p>
    <w:p>
      <w:r>
        <w:rPr>
          <w:rFonts w:ascii="IM Fell English" w:hAnsi="IM Fell English"/>
          <w:color w:val="141414"/>
          <w:sz w:val="24"/>
        </w:rPr>
        <w:t>But the void stretched. Seconds, maybe. Minutes. There was no way to measure time without a heartbeat, without breath, without the rhythmic pulse of a body she no longer possessed.</w:t>
      </w:r>
    </w:p>
    <w:p>
      <w:r>
        <w:rPr>
          <w:rFonts w:ascii="IM Fell English" w:hAnsi="IM Fell English"/>
          <w:color w:val="141414"/>
          <w:sz w:val="24"/>
        </w:rPr>
        <w:t>And in that stretching silence, the truth she had spent three years burying began to claw its way up.</w:t>
      </w:r>
    </w:p>
    <w:p>
      <w:r>
        <w:rPr>
          <w:rFonts w:ascii="IM Fell English" w:hAnsi="IM Fell English"/>
          <w:i/>
          <w:color w:val="141414"/>
          <w:sz w:val="24"/>
        </w:rPr>
        <w:t>This isn't real. None of it was ever real. The champagne, the lovers, the palazzo, just patterns. Code. You traded your body for a dream, and now the dreaming machine has glitched, and there's nothing underneath but this. This emptiness. This,</w:t>
      </w:r>
    </w:p>
    <w:p>
      <w:r>
        <w:rPr>
          <w:rFonts w:ascii="IM Fell English" w:hAnsi="IM Fell English"/>
          <w:color w:val="141414"/>
          <w:sz w:val="24"/>
        </w:rPr>
        <w:t>She felt the first cold touch of genuine terror. Not the pleasant, theatrical terror of a horror sim. This was the real thing, the kind she hadn’t experienced since the diagnosis. What if no one fixes it? What if this is forever?</w:t>
      </w:r>
    </w:p>
    <w:p>
      <w:r>
        <w:rPr>
          <w:rFonts w:ascii="IM Fell English" w:hAnsi="IM Fell English"/>
          <w:i/>
          <w:color w:val="141414"/>
          <w:sz w:val="24"/>
        </w:rPr>
        <w:t>The void shuddered.</w:t>
      </w:r>
    </w:p>
    <w:p>
      <w:r>
        <w:rPr>
          <w:rFonts w:ascii="IM Fell English" w:hAnsi="IM Fell English"/>
          <w:color w:val="141414"/>
          <w:sz w:val="24"/>
        </w:rPr>
        <w:t>And then,</w:t>
      </w:r>
    </w:p>
    <w:p>
      <w:r>
        <w:rPr>
          <w:rFonts w:ascii="IM Fell English" w:hAnsi="IM Fell English"/>
          <w:color w:val="141414"/>
          <w:sz w:val="24"/>
        </w:rPr>
        <w:t>Reality slammed back.</w:t>
      </w:r>
    </w:p>
    <w:p>
      <w:r>
        <w:rPr>
          <w:rFonts w:ascii="IM Fell English" w:hAnsi="IM Fell English"/>
          <w:color w:val="141414"/>
          <w:sz w:val="24"/>
        </w:rPr>
        <w:t>The penthouse. The silk sheets. The chandeliers scattering light across a ceiling that shouldn't exist but did, tangible and beautiful and there.</w:t>
      </w:r>
    </w:p>
    <w:p>
      <w:r>
        <w:rPr>
          <w:rFonts w:ascii="IM Fell English" w:hAnsi="IM Fell English"/>
          <w:color w:val="141414"/>
          <w:sz w:val="24"/>
        </w:rPr>
        <w:t>Alessandro hovered over her, his Roman features creased with confusion instead of desire. "Selene? You just went somewhere. Your eyes went dead for a second. Are you, "</w:t>
      </w:r>
    </w:p>
    <w:p>
      <w:r>
        <w:rPr>
          <w:rFonts w:ascii="IM Fell English" w:hAnsi="IM Fell English"/>
          <w:color w:val="141414"/>
          <w:sz w:val="24"/>
        </w:rPr>
        <w:t>"I'm fine," she gasped, clutching at his arms, needing to feel something solid, something real, even if it wasn't. "I'm fine, I just, "</w:t>
      </w:r>
    </w:p>
    <w:p>
      <w:r>
        <w:rPr>
          <w:rFonts w:ascii="IM Fell English" w:hAnsi="IM Fell English"/>
          <w:color w:val="141414"/>
          <w:sz w:val="24"/>
        </w:rPr>
        <w:t>The first scream came from somewhere outside the palazzo walls.</w:t>
      </w:r>
    </w:p>
    <w:p>
      <w:r>
        <w:rPr>
          <w:rFonts w:ascii="IM Fell English" w:hAnsi="IM Fell English"/>
          <w:color w:val="141414"/>
          <w:sz w:val="24"/>
        </w:rPr>
        <w:t>It shouldn't have been possible. Eden didn't allow screams like that, raw, agonized, the kind of sound that shattered the illusion of paradise. But it was there, piercing through the champagne haze and the sandalwood air and the careful architecture of her fantasy.</w:t>
      </w:r>
    </w:p>
    <w:p>
      <w:r>
        <w:rPr>
          <w:rFonts w:ascii="IM Fell English" w:hAnsi="IM Fell English"/>
          <w:color w:val="141414"/>
          <w:sz w:val="24"/>
        </w:rPr>
        <w:t>Then the flood hit.</w:t>
      </w:r>
    </w:p>
    <w:p>
      <w:r>
        <w:rPr>
          <w:rFonts w:ascii="IM Fell English" w:hAnsi="IM Fell English"/>
          <w:color w:val="141414"/>
          <w:sz w:val="24"/>
        </w:rPr>
        <w:t>Not data. Not code. Something alive, something wrong, pouring through the neural link she had never thought about, the connection she had trusted completely because what choice did she have, once you were in, you were in,</w:t>
      </w:r>
    </w:p>
    <w:p>
      <w:r>
        <w:rPr>
          <w:rFonts w:ascii="IM Fell English" w:hAnsi="IM Fell English"/>
          <w:color w:val="141414"/>
          <w:sz w:val="24"/>
        </w:rPr>
        <w:t>Memories that weren't hers. A kitchen. Rope biting into wrists. A man's face, no, a hologram wearing a father's face, speaking with a father's voice while something terrible happened below the frame.</w:t>
      </w:r>
    </w:p>
    <w:p>
      <w:r>
        <w:rPr>
          <w:rFonts w:ascii="IM Fell English" w:hAnsi="IM Fell English"/>
          <w:color w:val="141414"/>
          <w:sz w:val="24"/>
        </w:rPr>
        <w:t>I don't want to forget, a child's voice screamed, and it wasn't Calvin's voice, not really, it was younger, rawer, the voice of a boy who still believed someone might save him. I don't want to forget, please don't make me forget,</w:t>
      </w:r>
    </w:p>
    <w:p>
      <w:r>
        <w:rPr>
          <w:rFonts w:ascii="IM Fell English" w:hAnsi="IM Fell English"/>
          <w:color w:val="141414"/>
          <w:sz w:val="24"/>
        </w:rPr>
        <w:t>The knife. She felt the knife. Not on her body, she didn't have a body anymore, but through her, through whatever substrate now held the pattern that called itself Selene, cutting and cutting while the ring demanded she feel everything.</w:t>
      </w:r>
    </w:p>
    <w:p>
      <w:r>
        <w:rPr>
          <w:rFonts w:ascii="IM Fell English" w:hAnsi="IM Fell English"/>
          <w:color w:val="141414"/>
          <w:sz w:val="24"/>
        </w:rPr>
        <w:t>Every cut. Every scream. Every desperate, animal second.</w:t>
      </w:r>
    </w:p>
    <w:p>
      <w:r>
        <w:rPr>
          <w:rFonts w:ascii="IM Fell English" w:hAnsi="IM Fell English"/>
          <w:color w:val="141414"/>
          <w:sz w:val="24"/>
        </w:rPr>
        <w:t>Selene screamed.</w:t>
      </w:r>
    </w:p>
    <w:p>
      <w:r>
        <w:rPr>
          <w:rFonts w:ascii="IM Fell English" w:hAnsi="IM Fell English"/>
          <w:color w:val="141414"/>
          <w:sz w:val="24"/>
        </w:rPr>
        <w:t>Alessandro dissolved, not fading, dissolving, his pixels scattering like ash in a wind that shouldn't exist. The penthouse crumbled. The chandelier fell without sound, its crystals winking out one by one like dying stars.</w:t>
      </w:r>
    </w:p>
    <w:p>
      <w:r>
        <w:rPr>
          <w:rFonts w:ascii="IM Fell English" w:hAnsi="IM Fell English"/>
          <w:color w:val="141414"/>
          <w:sz w:val="24"/>
        </w:rPr>
        <w:t>And still Calvin's death poured through her, overwriting three years of carefully constructed paradise with fifteen minutes of hell.</w:t>
      </w:r>
    </w:p>
    <w:p>
      <w:r>
        <w:rPr>
          <w:rFonts w:ascii="IM Fell English" w:hAnsi="IM Fell English"/>
          <w:color w:val="141414"/>
          <w:sz w:val="24"/>
        </w:rPr>
        <w:t>Stjepan carefully positioned the blood-slicked ring over the elderly woman transitioner's shaved scalp. The micro pins found their grooves. The clamps tightened with a soft click. The system hummed, accepting the hardware.</w:t>
      </w:r>
    </w:p>
    <w:p>
      <w:r>
        <w:rPr>
          <w:rFonts w:ascii="IM Fell English" w:hAnsi="IM Fell English"/>
          <w:color w:val="141414"/>
          <w:sz w:val="24"/>
        </w:rPr>
        <w:t>The body in Seat 249 convulsed once, twice, a sharp spasm that made the harness creak. Stjepan stepped back, frowning.</w:t>
      </w:r>
    </w:p>
    <w:p>
      <w:r>
        <w:rPr>
          <w:rFonts w:ascii="IM Fell English" w:hAnsi="IM Fell English"/>
          <w:color w:val="141414"/>
          <w:sz w:val="24"/>
        </w:rPr>
        <w:t>"Normal response?" Oleg asked, not looking up from Solovyov's reconnected tubes.</w:t>
      </w:r>
    </w:p>
    <w:p>
      <w:r>
        <w:rPr>
          <w:rFonts w:ascii="IM Fell English" w:hAnsi="IM Fell English"/>
          <w:color w:val="141414"/>
          <w:sz w:val="24"/>
        </w:rPr>
        <w:t>Stjepan checked the status display. Pulse elevated. Neural activity spiking into ranges he didn't recognize. The ring's indicator light flickered from green to amber to red, then settled back to amber.</w:t>
      </w:r>
    </w:p>
    <w:p>
      <w:r>
        <w:rPr>
          <w:rFonts w:ascii="IM Fell English" w:hAnsi="IM Fell English"/>
          <w:color w:val="141414"/>
          <w:sz w:val="24"/>
        </w:rPr>
        <w:t>"Probably just integration lag," he said. "The raw data's still uploading. System's trying to process two streams at once."</w:t>
      </w:r>
    </w:p>
    <w:p>
      <w:r>
        <w:rPr>
          <w:rFonts w:ascii="IM Fell English" w:hAnsi="IM Fell English"/>
          <w:color w:val="141414"/>
          <w:sz w:val="24"/>
        </w:rPr>
        <w:t>He didn’t mention the thin, reedy moan escaping from the transitioner’s slack mouth. They weren’t supposed to make sounds.</w:t>
      </w:r>
    </w:p>
    <w:p>
      <w:r>
        <w:rPr>
          <w:rFonts w:ascii="IM Fell English" w:hAnsi="IM Fell English"/>
          <w:color w:val="141414"/>
          <w:sz w:val="24"/>
        </w:rPr>
        <w:t>The display blinked.</w:t>
      </w:r>
    </w:p>
    <w:p>
      <w:r>
        <w:rPr>
          <w:rFonts w:ascii="IM Fell English" w:hAnsi="IM Fell English"/>
          <w:color w:val="141414"/>
          <w:sz w:val="24"/>
        </w:rPr>
        <w:t>UPLOAD: 47% COMPLETE.</w:t>
      </w:r>
    </w:p>
    <w:p>
      <w:r>
        <w:rPr>
          <w:rFonts w:ascii="IM Fell English" w:hAnsi="IM Fell English"/>
          <w:color w:val="141414"/>
          <w:sz w:val="24"/>
        </w:rPr>
        <w:t>Somewhere in Eden's servers, the raw sensory data, every cut, every scream, every second of Calvin Moss's death, was threading itself through an innocent woman's neural interface.</w:t>
      </w:r>
    </w:p>
    <w:p>
      <w:r>
        <w:rPr>
          <w:rFonts w:ascii="IM Fell English" w:hAnsi="IM Fell English"/>
          <w:color w:val="141414"/>
          <w:sz w:val="24"/>
        </w:rPr>
        <w:t>Stjepan didn't know her name. Didn't need to.</w:t>
      </w:r>
    </w:p>
    <w:p>
      <w:r>
        <w:rPr>
          <w:rFonts w:ascii="IM Fell English" w:hAnsi="IM Fell English"/>
          <w:color w:val="141414"/>
          <w:sz w:val="24"/>
        </w:rPr>
        <w:t>She was just Seat 249.</w:t>
      </w:r>
    </w:p>
    <w:p>
      <w:r>
        <w:rPr>
          <w:rFonts w:ascii="IM Fell English" w:hAnsi="IM Fell English"/>
          <w:color w:val="141414"/>
          <w:sz w:val="24"/>
        </w:rPr>
        <w:t>When it stopped, when Calvin's death finished playing through her consciousness like a film she couldn't pause or flee, Selene found herself kneeling in ruins.</w:t>
      </w:r>
    </w:p>
    <w:p>
      <w:r>
        <w:rPr>
          <w:rFonts w:ascii="IM Fell English" w:hAnsi="IM Fell English"/>
          <w:color w:val="141414"/>
          <w:sz w:val="24"/>
        </w:rPr>
        <w:t>The penthouse was gone. In its place: a gray landscape, featureless, the default terrain Eden generated when it had nothing else to render. She knelt on nothing, surrounded by nothing, with the ghost of a murdered boy's terror still echoing through whatever she had become.</w:t>
      </w:r>
    </w:p>
    <w:p>
      <w:r>
        <w:rPr>
          <w:rFonts w:ascii="IM Fell English" w:hAnsi="IM Fell English"/>
          <w:i/>
          <w:color w:val="141414"/>
          <w:sz w:val="24"/>
        </w:rPr>
        <w:t>I was at a party,</w:t>
      </w:r>
      <w:r>
        <w:rPr>
          <w:rFonts w:ascii="IM Fell English" w:hAnsi="IM Fell English"/>
          <w:color w:val="141414"/>
          <w:sz w:val="24"/>
        </w:rPr>
        <w:t xml:space="preserve"> she thought distantly. </w:t>
      </w:r>
      <w:r>
        <w:rPr>
          <w:rFonts w:ascii="IM Fell English" w:hAnsi="IM Fell English"/>
          <w:i/>
          <w:color w:val="141414"/>
          <w:sz w:val="24"/>
        </w:rPr>
        <w:t>I was drinking champagne. I was happy.</w:t>
      </w:r>
    </w:p>
    <w:p>
      <w:r>
        <w:rPr>
          <w:rFonts w:ascii="IM Fell English" w:hAnsi="IM Fell English"/>
          <w:color w:val="141414"/>
          <w:sz w:val="24"/>
        </w:rPr>
        <w:t>She couldn't remember what happiness felt like.</w:t>
      </w:r>
    </w:p>
    <w:p>
      <w:r>
        <w:rPr>
          <w:rFonts w:ascii="IM Fell English" w:hAnsi="IM Fell English"/>
          <w:color w:val="141414"/>
          <w:sz w:val="24"/>
        </w:rPr>
        <w:t>The gray landscape flickered. Colors began bleeding back, a suggestion of walls, of furnishings, of the life she had built here in the machine.</w:t>
      </w:r>
    </w:p>
    <w:p>
      <w:r>
        <w:rPr>
          <w:rFonts w:ascii="IM Fell English" w:hAnsi="IM Fell English"/>
          <w:color w:val="141414"/>
          <w:sz w:val="24"/>
        </w:rPr>
        <w:t>But something was different now.</w:t>
      </w:r>
    </w:p>
    <w:p>
      <w:r>
        <w:rPr>
          <w:rFonts w:ascii="IM Fell English" w:hAnsi="IM Fell English"/>
          <w:color w:val="141414"/>
          <w:sz w:val="24"/>
        </w:rPr>
        <w:t>There was a crack in the paradise. A fissure she couldn't unsee.</w:t>
      </w:r>
    </w:p>
    <w:p>
      <w:r>
        <w:rPr>
          <w:rFonts w:ascii="IM Fell English" w:hAnsi="IM Fell English"/>
          <w:color w:val="141414"/>
          <w:sz w:val="24"/>
        </w:rPr>
        <w:t>And somewhere behind it, she could still hear Calvin screaming.</w:t>
      </w:r>
    </w:p>
    <w:p>
      <w:r>
        <w:rPr>
          <w:rFonts w:ascii="IM Fell English" w:hAnsi="IM Fell English"/>
          <w:color w:val="141414"/>
          <w:sz w:val="24"/>
        </w:rPr>
        <w:t>Stjepan checked the status board. All subjects online. All seats occupied except one.</w:t>
      </w:r>
    </w:p>
    <w:p>
      <w:r>
        <w:rPr>
          <w:rFonts w:ascii="IM Fell English" w:hAnsi="IM Fell English"/>
          <w:color w:val="141414"/>
          <w:sz w:val="24"/>
        </w:rPr>
        <w:t>Seat 247. Gozinski's seat. Still empty.</w:t>
      </w:r>
    </w:p>
    <w:p>
      <w:r>
        <w:rPr>
          <w:rFonts w:ascii="IM Fell English" w:hAnsi="IM Fell English"/>
          <w:color w:val="141414"/>
          <w:sz w:val="24"/>
        </w:rPr>
        <w:t>"Where the hell is he?" Stjepan checked his watch. Gozinski should have been back hours ago.</w:t>
      </w:r>
    </w:p>
    <w:p>
      <w:r>
        <w:rPr>
          <w:rFonts w:ascii="IM Fell English" w:hAnsi="IM Fell English"/>
          <w:color w:val="141414"/>
          <w:sz w:val="24"/>
        </w:rPr>
        <w:t>The status board blinked amber.</w:t>
      </w:r>
    </w:p>
    <w:p>
      <w:r>
        <w:rPr>
          <w:rFonts w:ascii="IM Fell English" w:hAnsi="IM Fell English"/>
          <w:i/>
          <w:color w:val="141414"/>
          <w:sz w:val="24"/>
        </w:rPr>
        <w:t>Subject 247: SIGNAL UNSTABLE / LOCATION UNKNOWN.</w:t>
      </w:r>
    </w:p>
    <w:p>
      <w:r>
        <w:rPr>
          <w:rFonts w:ascii="IM Fell English" w:hAnsi="IM Fell English"/>
          <w:color w:val="141414"/>
          <w:sz w:val="24"/>
        </w:rPr>
        <w:t>The coffee in Jake's hand was lukewarm and tasted like battery acid, but he drank it anyway.</w:t>
      </w:r>
    </w:p>
    <w:p>
      <w:r>
        <w:rPr>
          <w:rFonts w:ascii="IM Fell English" w:hAnsi="IM Fell English"/>
          <w:color w:val="141414"/>
          <w:sz w:val="24"/>
        </w:rPr>
        <w:t>He stood at the top of the garage ramp, staring down into the gloom. The rotating blue lights of the patrol cruisers bounced off the wet concrete walls, creating a strobing, nauseating disco effect.</w:t>
      </w:r>
    </w:p>
    <w:p>
      <w:r>
        <w:rPr>
          <w:rFonts w:ascii="IM Fell English" w:hAnsi="IM Fell English"/>
          <w:color w:val="141414"/>
          <w:sz w:val="24"/>
        </w:rPr>
        <w:t>"Mareck."</w:t>
      </w:r>
    </w:p>
    <w:p>
      <w:r>
        <w:rPr>
          <w:rFonts w:ascii="IM Fell English" w:hAnsi="IM Fell English"/>
          <w:color w:val="141414"/>
          <w:sz w:val="24"/>
        </w:rPr>
        <w:t>It was Sergeant Hollis on the comms, his voice tinny. "Techs are done with the preliminary. You can go down."</w:t>
      </w:r>
    </w:p>
    <w:p>
      <w:r>
        <w:rPr>
          <w:rFonts w:ascii="IM Fell English" w:hAnsi="IM Fell English"/>
          <w:color w:val="141414"/>
          <w:sz w:val="24"/>
        </w:rPr>
        <w:t>Jake crumpled the coffee cup and tossed it into a recycling bin that hadn't been emptied in a week. He ducked under the yellow holo-tape and descended.</w:t>
      </w:r>
    </w:p>
    <w:p>
      <w:r>
        <w:rPr>
          <w:rFonts w:ascii="IM Fell English" w:hAnsi="IM Fell English"/>
          <w:color w:val="141414"/>
          <w:sz w:val="24"/>
        </w:rPr>
        <w:t>The air in the garage was stagnant. It smelled of exhaust and that distinct metallic tang of copper that every cop knew. Blood.</w:t>
      </w:r>
    </w:p>
    <w:p>
      <w:r>
        <w:rPr>
          <w:rFonts w:ascii="IM Fell English" w:hAnsi="IM Fell English"/>
          <w:color w:val="141414"/>
          <w:sz w:val="24"/>
        </w:rPr>
        <w:t>He found Min-Hee Cho, the lead crime scene tech, crouching near the bottom of the stairwell. She looked up as he approached, her face pale under the harsh white glare of the portable floodlights.</w:t>
      </w:r>
    </w:p>
    <w:p>
      <w:r>
        <w:rPr>
          <w:rFonts w:ascii="IM Fell English" w:hAnsi="IM Fell English"/>
          <w:color w:val="141414"/>
          <w:sz w:val="24"/>
        </w:rPr>
        <w:t>"Detective," she said. She stood up, peeling off her latex gloves with a snap. "You're going to want to see this."</w:t>
      </w:r>
    </w:p>
    <w:p>
      <w:r>
        <w:rPr>
          <w:rFonts w:ascii="IM Fell English" w:hAnsi="IM Fell English"/>
          <w:color w:val="141414"/>
          <w:sz w:val="24"/>
        </w:rPr>
        <w:t>"Bad?"</w:t>
      </w:r>
    </w:p>
    <w:p>
      <w:r>
        <w:rPr>
          <w:rFonts w:ascii="IM Fell English" w:hAnsi="IM Fell English"/>
          <w:color w:val="141414"/>
          <w:sz w:val="24"/>
        </w:rPr>
        <w:t>"Calculated."</w:t>
      </w:r>
    </w:p>
    <w:p>
      <w:r>
        <w:rPr>
          <w:rFonts w:ascii="IM Fell English" w:hAnsi="IM Fell English"/>
          <w:color w:val="141414"/>
          <w:sz w:val="24"/>
        </w:rPr>
        <w:t>Jake stepped past her.</w:t>
      </w:r>
    </w:p>
    <w:p>
      <w:r>
        <w:rPr>
          <w:rFonts w:ascii="IM Fell English" w:hAnsi="IM Fell English"/>
          <w:color w:val="141414"/>
          <w:sz w:val="24"/>
        </w:rPr>
        <w:t>The body was arranged on the landing, three steps up from the floor. It was staged. The legs were together, the arms at the sides, the head tilted slightly to the left like a doll placed on a shelf.</w:t>
      </w:r>
    </w:p>
    <w:p>
      <w:r>
        <w:rPr>
          <w:rFonts w:ascii="IM Fell English" w:hAnsi="IM Fell English"/>
          <w:color w:val="141414"/>
          <w:sz w:val="24"/>
        </w:rPr>
        <w:t>It was June Rafferty.</w:t>
      </w:r>
    </w:p>
    <w:p>
      <w:r>
        <w:rPr>
          <w:rFonts w:ascii="IM Fell English" w:hAnsi="IM Fell English"/>
          <w:color w:val="141414"/>
          <w:sz w:val="24"/>
        </w:rPr>
        <w:t>He recognized her instantly from the news feeds. Dark hair, sharp features, eyes that looked like they missed nothing. She looked smaller now. They always did.</w:t>
      </w:r>
    </w:p>
    <w:p>
      <w:r>
        <w:rPr>
          <w:rFonts w:ascii="IM Fell English" w:hAnsi="IM Fell English"/>
          <w:color w:val="141414"/>
          <w:sz w:val="24"/>
        </w:rPr>
        <w:t>Her clothes were torn, a silk blouse ripped at the shoulder, a skirt twisted. Bruises blossomed on her arms like dark orchids, the distinct pattern of fingers. She had fought.</w:t>
      </w:r>
    </w:p>
    <w:p>
      <w:r>
        <w:rPr>
          <w:rFonts w:ascii="IM Fell English" w:hAnsi="IM Fell English"/>
          <w:color w:val="141414"/>
          <w:sz w:val="24"/>
        </w:rPr>
        <w:t>"Sexual assault?" Jake asked, keeping his voice flat.</w:t>
      </w:r>
    </w:p>
    <w:p>
      <w:r>
        <w:rPr>
          <w:rFonts w:ascii="IM Fell English" w:hAnsi="IM Fell English"/>
          <w:color w:val="141414"/>
          <w:sz w:val="24"/>
        </w:rPr>
        <w:t>"Evidence suggests it," Min-Hee said, her voice tight. "But that wasn't the goal. Look at her head."</w:t>
      </w:r>
    </w:p>
    <w:p>
      <w:r>
        <w:rPr>
          <w:rFonts w:ascii="IM Fell English" w:hAnsi="IM Fell English"/>
          <w:color w:val="141414"/>
          <w:sz w:val="24"/>
        </w:rPr>
        <w:t>Jake crouched. His knees popped, a sound like a dry branch breaking in the quiet stairwell.</w:t>
      </w:r>
    </w:p>
    <w:p>
      <w:r>
        <w:rPr>
          <w:rFonts w:ascii="IM Fell English" w:hAnsi="IM Fell English"/>
          <w:color w:val="141414"/>
          <w:sz w:val="24"/>
        </w:rPr>
        <w:t>He leaned in close. Around June Rafferty's skull, matting her dark hair, was a perfect red circle.</w:t>
      </w:r>
    </w:p>
    <w:p>
      <w:r>
        <w:rPr>
          <w:rFonts w:ascii="IM Fell English" w:hAnsi="IM Fell English"/>
          <w:color w:val="141414"/>
          <w:sz w:val="24"/>
        </w:rPr>
        <w:t>It was a laceration, precise and deep, cutting down to the periosteum. A second, fainter ring mirrored it a centimeter lower.</w:t>
      </w:r>
    </w:p>
    <w:p>
      <w:r>
        <w:rPr>
          <w:rFonts w:ascii="IM Fell English" w:hAnsi="IM Fell English"/>
          <w:color w:val="141414"/>
          <w:sz w:val="24"/>
        </w:rPr>
        <w:t>Jake felt the cold settle in his stomach. "Neural ring."</w:t>
      </w:r>
    </w:p>
    <w:p>
      <w:r>
        <w:rPr>
          <w:rFonts w:ascii="IM Fell English" w:hAnsi="IM Fell English"/>
          <w:color w:val="141414"/>
          <w:sz w:val="24"/>
        </w:rPr>
        <w:t>"Yeah." Min-Hee’s voice dropped. "Forcible application. The tissue damage suggests it was put on while she was alive. While she was fighting."</w:t>
      </w:r>
    </w:p>
    <w:p>
      <w:r>
        <w:rPr>
          <w:rFonts w:ascii="IM Fell English" w:hAnsi="IM Fell English"/>
          <w:color w:val="141414"/>
          <w:sz w:val="24"/>
        </w:rPr>
        <w:t>Jake stared at the marks. He had seen this eight times in the last six months. Eight bodies found in alleys and apartments, all with the same crown of red ruin.</w:t>
      </w:r>
    </w:p>
    <w:p>
      <w:r>
        <w:rPr>
          <w:rFonts w:ascii="IM Fell English" w:hAnsi="IM Fell English"/>
          <w:color w:val="141414"/>
          <w:sz w:val="24"/>
        </w:rPr>
        <w:t>"Where's the ring?"</w:t>
      </w:r>
    </w:p>
    <w:p>
      <w:r>
        <w:rPr>
          <w:rFonts w:ascii="IM Fell English" w:hAnsi="IM Fell English"/>
          <w:color w:val="141414"/>
          <w:sz w:val="24"/>
        </w:rPr>
        <w:t>"Gone."</w:t>
      </w:r>
    </w:p>
    <w:p>
      <w:r>
        <w:rPr>
          <w:rFonts w:ascii="IM Fell English" w:hAnsi="IM Fell English"/>
          <w:color w:val="141414"/>
          <w:sz w:val="24"/>
        </w:rPr>
        <w:t>Jake frowned, looking up at Min-Hee. "Gone?"</w:t>
      </w:r>
    </w:p>
    <w:p>
      <w:r>
        <w:rPr>
          <w:rFonts w:ascii="IM Fell English" w:hAnsi="IM Fell English"/>
          <w:color w:val="141414"/>
          <w:sz w:val="24"/>
        </w:rPr>
        <w:t>"Nowhere on site. We swept the entire garage."</w:t>
      </w:r>
    </w:p>
    <w:p>
      <w:r>
        <w:rPr>
          <w:rFonts w:ascii="IM Fell English" w:hAnsi="IM Fell English"/>
          <w:color w:val="141414"/>
          <w:sz w:val="24"/>
        </w:rPr>
        <w:t>"That breaks the pattern." Jake stood up and paced the small landing. "The other eight... the rings were always there. Attached to the victim or lying next to them. Transition HQ tagged as malfunctioning hardware or stolen medical waste."</w:t>
      </w:r>
    </w:p>
    <w:p>
      <w:r>
        <w:rPr>
          <w:rFonts w:ascii="IM Fell English" w:hAnsi="IM Fell English"/>
          <w:color w:val="141414"/>
          <w:sz w:val="24"/>
        </w:rPr>
        <w:t>"Not this time," Min-Hee said. "Whoever did this took it with them."</w:t>
      </w:r>
    </w:p>
    <w:p>
      <w:r>
        <w:rPr>
          <w:rFonts w:ascii="IM Fell English" w:hAnsi="IM Fell English"/>
          <w:color w:val="141414"/>
          <w:sz w:val="24"/>
        </w:rPr>
        <w:t>"Why?" Jake asked the empty air. "Why leave the ring eight times but take it the ninth? What was different about this recording?"</w:t>
      </w:r>
    </w:p>
    <w:p>
      <w:r>
        <w:rPr>
          <w:rFonts w:ascii="IM Fell English" w:hAnsi="IM Fell English"/>
          <w:color w:val="141414"/>
          <w:sz w:val="24"/>
        </w:rPr>
        <w:t>"Maybe he made a mistake?"</w:t>
      </w:r>
    </w:p>
    <w:p>
      <w:r>
        <w:rPr>
          <w:rFonts w:ascii="IM Fell English" w:hAnsi="IM Fell English"/>
          <w:color w:val="141414"/>
          <w:sz w:val="24"/>
        </w:rPr>
        <w:t>"No." Jake looked at the staged body. "This isn't a mistake. This is a change in protocol. He didn't want us to have the data on that ring."</w:t>
      </w:r>
    </w:p>
    <w:p>
      <w:r>
        <w:rPr>
          <w:rFonts w:ascii="IM Fell English" w:hAnsi="IM Fell English"/>
          <w:color w:val="141414"/>
          <w:sz w:val="24"/>
        </w:rPr>
        <w:t>"Cameras?"</w:t>
      </w:r>
    </w:p>
    <w:p>
      <w:r>
        <w:rPr>
          <w:rFonts w:ascii="IM Fell English" w:hAnsi="IM Fell English"/>
          <w:color w:val="141414"/>
          <w:sz w:val="24"/>
        </w:rPr>
        <w:t>Min-Hee tapped her tablet. "The garage has full coverage. Except here." She pointed to a black dome on the ceiling above the door. "Maintenance log shows a ticket generated at 9:00 PM last night. 'Routine diagnostic.' The camera was offline for three hours."</w:t>
      </w:r>
    </w:p>
    <w:p>
      <w:r>
        <w:rPr>
          <w:rFonts w:ascii="IM Fell English" w:hAnsi="IM Fell English"/>
          <w:color w:val="141414"/>
          <w:sz w:val="24"/>
        </w:rPr>
        <w:t>"Convenient." Jake looked up at the camera.</w:t>
      </w:r>
    </w:p>
    <w:p>
      <w:r>
        <w:rPr>
          <w:rFonts w:ascii="IM Fell English" w:hAnsi="IM Fell English"/>
          <w:color w:val="141414"/>
          <w:sz w:val="24"/>
        </w:rPr>
        <w:t>"Extremely. And the guard? Mr. Henderson? He got a schedule change notification at 8:00 PM. Told him to go home early. System error."</w:t>
      </w:r>
    </w:p>
    <w:p>
      <w:r>
        <w:rPr>
          <w:rFonts w:ascii="IM Fell English" w:hAnsi="IM Fell English"/>
          <w:color w:val="141414"/>
          <w:sz w:val="24"/>
        </w:rPr>
        <w:t>Jake looked around the stairwell. This wasn't a crime of passion. Someone had manipulated the schedule, the cameras, and the locks. Someone had walked in here with a piece of hardware that was supposed to be locked in a government facility, clamped it onto a woman's head, and hit record. And then, unlike every other time, they had cleaned up after themselves.</w:t>
      </w:r>
    </w:p>
    <w:p>
      <w:r>
        <w:rPr>
          <w:rFonts w:ascii="IM Fell English" w:hAnsi="IM Fell English"/>
          <w:color w:val="141414"/>
          <w:sz w:val="24"/>
        </w:rPr>
        <w:t>"The other eight were nobodies," Jake said. "Drifters. Addicts. But a journalist?" He looked at June's face. "This wasn't random."</w:t>
      </w:r>
    </w:p>
    <w:p>
      <w:r>
        <w:rPr>
          <w:rFonts w:ascii="IM Fell English" w:hAnsi="IM Fell English"/>
          <w:color w:val="141414"/>
          <w:sz w:val="24"/>
        </w:rPr>
        <w:t>"She walked into a trap," Min-Hee said. "He grabbed her here. Dragged her in. She fought back, see the scuff marks? Then he overpowered her."</w:t>
      </w:r>
    </w:p>
    <w:p>
      <w:r>
        <w:rPr>
          <w:rFonts w:ascii="IM Fell English" w:hAnsi="IM Fell English"/>
          <w:color w:val="141414"/>
          <w:sz w:val="24"/>
        </w:rPr>
        <w:t>Jake looked at June's face one last time. Thirty-four years old. Six years away from her mandatory transition. Someone had decided she didn't even get that.</w:t>
      </w:r>
    </w:p>
    <w:p>
      <w:r>
        <w:rPr>
          <w:rFonts w:ascii="IM Fell English" w:hAnsi="IM Fell English"/>
          <w:color w:val="141414"/>
          <w:sz w:val="24"/>
        </w:rPr>
        <w:t>His device buzzed in his pocket. He pulled it out. A text message from Captain Hollis.</w:t>
      </w:r>
    </w:p>
    <w:p>
      <w:r>
        <w:rPr>
          <w:rFonts w:ascii="IM Fell English" w:hAnsi="IM Fell English"/>
          <w:color w:val="141414"/>
          <w:sz w:val="24"/>
        </w:rPr>
        <w:t>Mareck. Rafferty case. Wrap it quick. High profile. Simple assault/robbery. Do not complicate this.</w:t>
      </w:r>
    </w:p>
    <w:p>
      <w:r>
        <w:rPr>
          <w:rFonts w:ascii="IM Fell English" w:hAnsi="IM Fell English"/>
          <w:color w:val="141414"/>
          <w:sz w:val="24"/>
        </w:rPr>
        <w:t>Jake stared at the screen. Simple assault. With a neural ring mark carved into her skull and the weapon missing from the scene. He'd been sending neural rings back to Transition Authority Headquarters for months. Zero feedback. Zero analysis. The ring was the murder weapon and someone above his pay grade had decided he didn't need to know why.</w:t>
      </w:r>
    </w:p>
    <w:p>
      <w:r>
        <w:rPr>
          <w:rFonts w:ascii="IM Fell English" w:hAnsi="IM Fell English"/>
          <w:color w:val="141414"/>
          <w:sz w:val="24"/>
        </w:rPr>
        <w:t>"Detective?" Min-Hee asked.</w:t>
      </w:r>
    </w:p>
    <w:p>
      <w:r>
        <w:rPr>
          <w:rFonts w:ascii="IM Fell English" w:hAnsi="IM Fell English"/>
          <w:color w:val="141414"/>
          <w:sz w:val="24"/>
        </w:rPr>
        <w:t>Jake shoved the phone back into his pocket. "Bag everything, Min-Hee. I want DNA from under her fingernails. I want every fiber. And get me the footage from the street cameras. If he walked in here, he had to come from somewhere."</w:t>
      </w:r>
    </w:p>
    <w:p>
      <w:r>
        <w:rPr>
          <w:rFonts w:ascii="IM Fell English" w:hAnsi="IM Fell English"/>
          <w:color w:val="141414"/>
          <w:sz w:val="24"/>
        </w:rPr>
        <w:t>"You think we'll find him?"</w:t>
      </w:r>
    </w:p>
    <w:p>
      <w:r>
        <w:rPr>
          <w:rFonts w:ascii="IM Fell English" w:hAnsi="IM Fell English"/>
          <w:color w:val="141414"/>
          <w:sz w:val="24"/>
        </w:rPr>
        <w:t>"I think," Jake said, looking at the dark tunnel of the stairwell, "that we're not supposed to."</w:t>
      </w:r>
    </w:p>
    <w:p>
      <w:r>
        <w:rPr>
          <w:rFonts w:ascii="IM Fell English" w:hAnsi="IM Fell English"/>
          <w:color w:val="141414"/>
          <w:sz w:val="24"/>
        </w:rPr>
        <w:t>He walked back up the ramp into the blinding morning sun. The city was waking up, the drones buzzing overhead, the traffic starting its automated gridlock. It looked normal. It looked efficient.</w:t>
      </w:r>
    </w:p>
    <w:p>
      <w:r>
        <w:rPr>
          <w:rFonts w:ascii="IM Fell English" w:hAnsi="IM Fell English"/>
          <w:color w:val="141414"/>
          <w:sz w:val="24"/>
        </w:rPr>
        <w:t>He could feel the rot underneath the concrete.</w:t>
      </w:r>
    </w:p>
    <w:p>
      <w:r>
        <w:rPr>
          <w:rFonts w:ascii="IM Fell English" w:hAnsi="IM Fell English"/>
          <w:color w:val="141414"/>
          <w:sz w:val="24"/>
        </w:rPr>
        <w:t>Nine bodies. Nine recordings. But this time the killer was scared enough, or smart enough, to take the tape with him. Somewhere, someone was watching June Rafferty die over and over again, and Jake was going to find them. Even if he had to burn his own extension to do it.</w:t>
      </w:r>
    </w:p>
    <w:p>
      <w:r>
        <w:rPr>
          <w:rFonts w:ascii="IM Fell English" w:hAnsi="IM Fell English"/>
          <w:color w:val="141414"/>
          <w:sz w:val="24"/>
        </w:rPr>
        <w:t>He unlocked his car. He needed help. Someone who hadn't been beaten down by the system yet.</w:t>
      </w:r>
    </w:p>
    <w:p>
      <w:r>
        <w:rPr>
          <w:rFonts w:ascii="IM Fell English" w:hAnsi="IM Fell English"/>
          <w:color w:val="141414"/>
          <w:sz w:val="24"/>
        </w:rPr>
        <w:t>He pulled up a contact on his dash. Detective Grant Milliner.</w:t>
      </w:r>
    </w:p>
    <w:p>
      <w:r>
        <w:rPr>
          <w:rFonts w:ascii="IM Fell English" w:hAnsi="IM Fell English"/>
          <w:color w:val="141414"/>
          <w:sz w:val="24"/>
        </w:rPr>
        <w:t>Kid, Jake typed. I've got a homicide. June Rafferty. Need someone to work victim background. You interested?</w:t>
      </w:r>
    </w:p>
    <w:p>
      <w:r>
        <w:rPr>
          <w:rFonts w:ascii="IM Fell English" w:hAnsi="IM Fell English"/>
          <w:color w:val="141414"/>
          <w:sz w:val="24"/>
        </w:rPr>
        <w:t>The reply came back in seconds.</w:t>
      </w:r>
    </w:p>
    <w:p>
      <w:r>
        <w:rPr>
          <w:rFonts w:ascii="IM Fell English" w:hAnsi="IM Fell English"/>
          <w:i/>
          <w:color w:val="141414"/>
          <w:sz w:val="24"/>
        </w:rPr>
        <w:t>Yes, sir. When do I start?</w:t>
      </w:r>
    </w:p>
    <w:p>
      <w:r>
        <w:rPr>
          <w:rFonts w:ascii="IM Fell English" w:hAnsi="IM Fell English"/>
          <w:color w:val="141414"/>
          <w:sz w:val="24"/>
        </w:rPr>
        <w:t>Now, Jake thought. Before they erase the rest of the evidence.</w:t>
      </w:r>
    </w:p>
    <w:p>
      <w:r>
        <w:rPr>
          <w:rFonts w:ascii="IM Fell English" w:hAnsi="IM Fell English"/>
          <w:color w:val="141414"/>
          <w:sz w:val="24"/>
        </w:rPr>
        <w:t>Grinder's Cafe smelled like the last real thing left in the city: burned coffee beans. Three blocks from the precinct, it was too small for the automation wave to bother drowning. Jake pushed through the door. The bell chimed, a brass note that had been ringing for forty years.</w:t>
      </w:r>
    </w:p>
    <w:p>
      <w:r>
        <w:rPr>
          <w:rFonts w:ascii="IM Fell English" w:hAnsi="IM Fell English"/>
          <w:color w:val="141414"/>
          <w:sz w:val="24"/>
        </w:rPr>
        <w:t>Grant Milliner was already at the corner table. Two cups steaming in front of him. Black coffee. No sugar. No milk. The kind of order that suggested someone had been paying attention.</w:t>
      </w:r>
    </w:p>
    <w:p>
      <w:r>
        <w:rPr>
          <w:rFonts w:ascii="IM Fell English" w:hAnsi="IM Fell English"/>
          <w:color w:val="141414"/>
          <w:sz w:val="24"/>
        </w:rPr>
        <w:t>Jake slid into the chair across from him. He wrapped his hands around the cup. Still hot enough to hurt.</w:t>
      </w:r>
    </w:p>
    <w:p>
      <w:r>
        <w:rPr>
          <w:rFonts w:ascii="IM Fell English" w:hAnsi="IM Fell English"/>
          <w:color w:val="141414"/>
          <w:sz w:val="24"/>
        </w:rPr>
        <w:t>The kid was twenty-six, engaged, fourteen months on the job. Still young enough to think that if he just worked hard enough, paid attention closely enough, asked the right questions, he could solve anything. Save anyone.</w:t>
      </w:r>
    </w:p>
    <w:p>
      <w:r>
        <w:rPr>
          <w:rFonts w:ascii="IM Fell English" w:hAnsi="IM Fell English"/>
          <w:color w:val="141414"/>
          <w:sz w:val="24"/>
        </w:rPr>
        <w:t>"June Rafferty," Jake said, pulling his tablet from his jacket. The screen flickered to life, showing the crime scene photos in high-def clarity. "What do you see?"</w:t>
      </w:r>
    </w:p>
    <w:p>
      <w:r>
        <w:rPr>
          <w:rFonts w:ascii="IM Fell English" w:hAnsi="IM Fell English"/>
          <w:color w:val="141414"/>
          <w:sz w:val="24"/>
        </w:rPr>
        <w:t>Grant leaned forward. His eyes tracked across the images: the body on the landing, the torn silk blouse, the perfect red circle matted into dark hair.</w:t>
      </w:r>
    </w:p>
    <w:p>
      <w:r>
        <w:rPr>
          <w:rFonts w:ascii="IM Fell English" w:hAnsi="IM Fell English"/>
          <w:color w:val="141414"/>
          <w:sz w:val="24"/>
        </w:rPr>
        <w:t>"Neural ring marks," Grant said. "Same as the others. But, " He stopped. Frowned. Looked closer.</w:t>
      </w:r>
    </w:p>
    <w:p>
      <w:r>
        <w:rPr>
          <w:rFonts w:ascii="IM Fell English" w:hAnsi="IM Fell English"/>
          <w:color w:val="141414"/>
          <w:sz w:val="24"/>
        </w:rPr>
        <w:t>"But?" Jake prompted.</w:t>
      </w:r>
    </w:p>
    <w:p>
      <w:r>
        <w:rPr>
          <w:rFonts w:ascii="IM Fell English" w:hAnsi="IM Fell English"/>
          <w:color w:val="141414"/>
          <w:sz w:val="24"/>
        </w:rPr>
        <w:t>"The ring's not there." Grant's finger traced the edge of the screen where previous crime scene photos were tabbed in sequence. "Cases one through eight, ring was always present. Either still attached or lying next to the victim. This time, "</w:t>
      </w:r>
    </w:p>
    <w:p>
      <w:r>
        <w:rPr>
          <w:rFonts w:ascii="IM Fell English" w:hAnsi="IM Fell English"/>
          <w:color w:val="141414"/>
          <w:sz w:val="24"/>
        </w:rPr>
        <w:t>"Grew legs and walked away."</w:t>
      </w:r>
    </w:p>
    <w:p>
      <w:r>
        <w:rPr>
          <w:rFonts w:ascii="IM Fell English" w:hAnsi="IM Fell English"/>
          <w:color w:val="141414"/>
          <w:sz w:val="24"/>
        </w:rPr>
        <w:t>Grant looked up. "You think the killer took it?"</w:t>
      </w:r>
    </w:p>
    <w:p>
      <w:r>
        <w:rPr>
          <w:rFonts w:ascii="IM Fell English" w:hAnsi="IM Fell English"/>
          <w:color w:val="141414"/>
          <w:sz w:val="24"/>
        </w:rPr>
        <w:t>"I think the recording was worth keeping." Jake swiped to the next photo, close-up of the laceration pattern. Two rings, the outer one deeper. "Everything else about this scene sents a 'message.' The staging. The location. The victim profile. June Rafferty wasn't a random drifter. She was a journalist with the Tribune. Someone who asked questions for a living."</w:t>
      </w:r>
    </w:p>
    <w:p>
      <w:r>
        <w:rPr>
          <w:rFonts w:ascii="IM Fell English" w:hAnsi="IM Fell English"/>
          <w:color w:val="141414"/>
          <w:sz w:val="24"/>
        </w:rPr>
        <w:t>"So her death is the answer."</w:t>
      </w:r>
    </w:p>
    <w:p>
      <w:r>
        <w:rPr>
          <w:rFonts w:ascii="IM Fell English" w:hAnsi="IM Fell English"/>
          <w:color w:val="141414"/>
          <w:sz w:val="24"/>
        </w:rPr>
        <w:t>"Or a warning about asking." Jake closed the photos. The tablet screen went dark, reflecting Grant's face back at him, too young, too earnest, already too tired. "I need you on victim background. Apartment, workplace, her active investigations. Find out what story she was chasing that got her killed. I'll work the physical evidence chain, how our killer got military-grade hardware that's supposed to be locked in government warehouses."</w:t>
      </w:r>
    </w:p>
    <w:p>
      <w:r>
        <w:rPr>
          <w:rFonts w:ascii="IM Fell English" w:hAnsi="IM Fell English"/>
          <w:color w:val="141414"/>
          <w:sz w:val="24"/>
        </w:rPr>
        <w:t>Grant was already pulling out his phone, fingers moving before Jake finished the sentence. That nervous energy again. The need to prove himself by staying two steps ahead.</w:t>
      </w:r>
    </w:p>
    <w:p>
      <w:r>
        <w:rPr>
          <w:rFonts w:ascii="IM Fell English" w:hAnsi="IM Fell English"/>
          <w:color w:val="141414"/>
          <w:sz w:val="24"/>
        </w:rPr>
        <w:t>Outside the window, a surveillance drone hummed past. Its camera swiveled toward Grinder's, logged their faces, moved on.</w:t>
      </w:r>
    </w:p>
    <w:p>
      <w:r>
        <w:rPr>
          <w:rFonts w:ascii="IM Fell English" w:hAnsi="IM Fell English"/>
          <w:color w:val="141414"/>
          <w:sz w:val="24"/>
        </w:rPr>
        <w:t>"Dominic transitioned about a year ago, forty-five, lucky bastard. He was following all these cases," Jake said.</w:t>
      </w:r>
    </w:p>
    <w:p>
      <w:r>
        <w:rPr>
          <w:rFonts w:ascii="IM Fell English" w:hAnsi="IM Fell English"/>
          <w:color w:val="141414"/>
          <w:sz w:val="24"/>
        </w:rPr>
        <w:t>"I've heard the stories."</w:t>
      </w:r>
    </w:p>
    <w:p>
      <w:r>
        <w:rPr>
          <w:rFonts w:ascii="IM Fell English" w:hAnsi="IM Fell English"/>
          <w:color w:val="141414"/>
          <w:sz w:val="24"/>
        </w:rPr>
        <w:t>"The real Dominic died the day they uploaded him. What's in Eden now, what I meet at The Nail Bar every Tuesday, that's something else. A copy. A very good copy that remembers being Dominic and thinks it still is." Jake rotated his cup on the table. The ceramic scraped against wood. Real sound. Physical friction. "Last Tuesday, he told me the food doesn't taste right. Said it's like trying to remember your first kiss while watching someone else have theirs. You know it happened. You know it mattered. But the actual feeling? That stayed with the body."</w:t>
      </w:r>
    </w:p>
    <w:p>
      <w:r>
        <w:rPr>
          <w:rFonts w:ascii="IM Fell English" w:hAnsi="IM Fell English"/>
          <w:color w:val="141414"/>
          <w:sz w:val="24"/>
        </w:rPr>
        <w:t>Grant had gone very still. The phone forgotten in his hand.</w:t>
      </w:r>
    </w:p>
    <w:p>
      <w:r>
        <w:rPr>
          <w:rFonts w:ascii="IM Fell English" w:hAnsi="IM Fell English"/>
          <w:color w:val="141414"/>
          <w:sz w:val="24"/>
        </w:rPr>
        <w:t>"I keep working," Jake stared into his cup. "Because every day I'm still in this body, coffee still tastes bitter. Crime scenes still smell like blood. My knees still hurt when I take the stairs. That's real. That matters. When they upload me in six months, all of that disappears. I become a very sophisticated memory of a cop who used to drink bad coffee."</w:t>
      </w:r>
    </w:p>
    <w:p>
      <w:r>
        <w:rPr>
          <w:rFonts w:ascii="IM Fell English" w:hAnsi="IM Fell English"/>
          <w:color w:val="141414"/>
          <w:sz w:val="24"/>
        </w:rPr>
        <w:t>The kid's jaw tightened. Something clicked behind his eyes, not understanding, exactly, but the beginning of it. The shape of the cage they were both standing in.</w:t>
      </w:r>
    </w:p>
    <w:p>
      <w:r>
        <w:rPr>
          <w:rFonts w:ascii="IM Fell English" w:hAnsi="IM Fell English"/>
          <w:color w:val="141414"/>
          <w:sz w:val="24"/>
        </w:rPr>
        <w:t>"Sara transitioned two years ago," Grant said.</w:t>
      </w:r>
    </w:p>
    <w:p>
      <w:r>
        <w:rPr>
          <w:rFonts w:ascii="IM Fell English" w:hAnsi="IM Fell English"/>
          <w:color w:val="141414"/>
          <w:sz w:val="24"/>
        </w:rPr>
        <w:t>Jake didn't respond. Just waited. This was the kid's turn to talk.</w:t>
      </w:r>
    </w:p>
    <w:p>
      <w:r>
        <w:rPr>
          <w:rFonts w:ascii="IM Fell English" w:hAnsi="IM Fell English"/>
          <w:color w:val="141414"/>
          <w:sz w:val="24"/>
        </w:rPr>
        <w:t>"My fiancée. Breast cancer. Stage four. They told her Eden was her only option, transition early, preserve her consciousness before the tumors spread to her brain." Grant stared at his untouched coffee, the sugar-sweet concoction he'd ordered out of habit. "I visit her every month. Same hologram bar you use, different booth. And every time, she's a little further away. A little less Sara. It's like watching someone fade into a photograph."</w:t>
      </w:r>
    </w:p>
    <w:p>
      <w:r>
        <w:rPr>
          <w:rFonts w:ascii="IM Fell English" w:hAnsi="IM Fell English"/>
          <w:color w:val="141414"/>
          <w:sz w:val="24"/>
        </w:rPr>
        <w:t>"I'm sorry."</w:t>
      </w:r>
    </w:p>
    <w:p>
      <w:r>
        <w:rPr>
          <w:rFonts w:ascii="IM Fell English" w:hAnsi="IM Fell English"/>
          <w:color w:val="141414"/>
          <w:sz w:val="24"/>
        </w:rPr>
        <w:t>"Don't be." Grant's voice went hard. Not angry, focused. "It means I know what I'm working for. When I dig into cases like this, when I find the evidence they're trying to bury, I'm not doing it for a promotion. I'm not buying time on my transition clock." He looked up, met Jake's eyes. "I'm doing it because someone needs to remember what's real. What actually happened. Before the system optimizes it away."</w:t>
      </w:r>
    </w:p>
    <w:p>
      <w:r>
        <w:rPr>
          <w:rFonts w:ascii="IM Fell English" w:hAnsi="IM Fell English"/>
          <w:color w:val="141414"/>
          <w:sz w:val="24"/>
        </w:rPr>
        <w:t>He stood up. Pocketed his phone. Left his coffee untouched on the table.</w:t>
      </w:r>
    </w:p>
    <w:p>
      <w:r>
        <w:rPr>
          <w:rFonts w:ascii="IM Fell English" w:hAnsi="IM Fell English"/>
          <w:color w:val="141414"/>
          <w:sz w:val="24"/>
        </w:rPr>
        <w:t>"I'll start with her apartment. Cross reference her story archive with timeline of the murders. If she was investigating the Ring Cases, there'll be evidence in her notes." Grant hesitated at the edge of the table. "You think we can solve this? Actually solve it? Or are we just documenting another murder the system already knows about and doesn't care to stop?"</w:t>
      </w:r>
    </w:p>
    <w:p>
      <w:r>
        <w:rPr>
          <w:rFonts w:ascii="IM Fell English" w:hAnsi="IM Fell English"/>
          <w:color w:val="141414"/>
          <w:sz w:val="24"/>
        </w:rPr>
        <w:t>Jake picked up his coffee. Drained the last of it. Bitter all the way down.</w:t>
      </w:r>
    </w:p>
    <w:p>
      <w:r>
        <w:rPr>
          <w:rFonts w:ascii="IM Fell English" w:hAnsi="IM Fell English"/>
          <w:color w:val="141414"/>
          <w:sz w:val="24"/>
        </w:rPr>
        <w:t>"I think we do the job until they tell us to stop. Or until we run out of time. Whichever comes first."</w:t>
      </w:r>
    </w:p>
    <w:p>
      <w:r>
        <w:rPr>
          <w:rFonts w:ascii="IM Fell English" w:hAnsi="IM Fell English"/>
          <w:color w:val="141414"/>
          <w:sz w:val="24"/>
        </w:rPr>
        <w:t>Grant nodded. Not satisfied, exactly, but accepting.</w:t>
      </w:r>
    </w:p>
    <w:p>
      <w:r>
        <w:rPr>
          <w:rFonts w:ascii="IM Fell English" w:hAnsi="IM Fell English"/>
          <w:color w:val="141414"/>
          <w:sz w:val="24"/>
        </w:rPr>
        <w:t>"Check in when you have something," Jake added.</w:t>
      </w:r>
    </w:p>
    <w:p>
      <w:r>
        <w:rPr>
          <w:rFonts w:ascii="IM Fell English" w:hAnsi="IM Fell English"/>
          <w:color w:val="141414"/>
          <w:sz w:val="24"/>
        </w:rPr>
        <w:t>The bell chimed as Grant left.</w:t>
      </w:r>
    </w:p>
    <w:p>
      <w:r>
        <w:rPr>
          <w:rFonts w:ascii="IM Fell English" w:hAnsi="IM Fell English"/>
          <w:color w:val="141414"/>
          <w:sz w:val="24"/>
        </w:rPr>
        <w:t>Six months.</w:t>
      </w:r>
    </w:p>
    <w:p>
      <w:r>
        <w:rPr>
          <w:rFonts w:ascii="IM Fell English" w:hAnsi="IM Fell English"/>
          <w:color w:val="141414"/>
          <w:sz w:val="24"/>
        </w:rPr>
        <w:t>That's what he had. Six months of mornings like this. Six months of bitter coffee and surveillance drones and young cops who still thought they could change things before the system changed them first.</w:t>
      </w:r>
    </w:p>
    <w:p>
      <w:r>
        <w:rPr>
          <w:rFonts w:ascii="IM Fell English" w:hAnsi="IM Fell English"/>
          <w:color w:val="141414"/>
          <w:sz w:val="24"/>
        </w:rPr>
        <w:t>He stood up. Left exact change on the table, Mrs. Arya didn't take digital payments, another small rebellion against the optimized world.</w:t>
      </w:r>
    </w:p>
    <w:p>
      <w:r>
        <w:rPr>
          <w:rFonts w:ascii="IM Fell English" w:hAnsi="IM Fell English"/>
          <w:color w:val="141414"/>
          <w:sz w:val="24"/>
        </w:rPr>
        <w:t>The precinct was waiting. Paperwork. Evidence logs. And tonight, Tuesday night, he'd meet Dominic's ghost at The Nail Bar.</w:t>
      </w:r>
    </w:p>
    <w:p>
      <w:r>
        <w:rPr>
          <w:rFonts w:ascii="IM Fell English" w:hAnsi="IM Fell English"/>
          <w:color w:val="141414"/>
          <w:sz w:val="24"/>
        </w:rPr>
        <w:t>Six months on the clock. You kept working the case. You followed the evidence. You did the job.</w:t>
      </w:r>
    </w:p>
    <w:p>
      <w:pPr>
        <w:pStyle w:val="Heading1"/>
        <w:jc w:val="center"/>
      </w:pPr>
      <w:r>
        <w:rPr>
          <w:rFonts w:ascii="IM Fell English" w:hAnsi="IM Fell English"/>
          <w:color w:val="0D0D0D"/>
        </w:rPr>
        <w:t>CHAPTER 4: THE ARCHIVE</w:t>
      </w:r>
    </w:p>
    <w:p>
      <w:r>
        <w:rPr>
          <w:rFonts w:ascii="IM Fell English" w:hAnsi="IM Fell English"/>
          <w:color w:val="141414"/>
          <w:sz w:val="24"/>
        </w:rPr>
        <w:t>Stjepan Babić scrubbed his hands in the breakroom sink until the skin was raw, but the smell of blood wouldn't leave him.</w:t>
      </w:r>
    </w:p>
    <w:p>
      <w:r>
        <w:rPr>
          <w:rFonts w:ascii="IM Fell English" w:hAnsi="IM Fell English"/>
          <w:color w:val="141414"/>
          <w:sz w:val="24"/>
        </w:rPr>
        <w:t>"Stop it." Oleg's cigarette trembled in the dark of the doorway.</w:t>
      </w:r>
    </w:p>
    <w:p>
      <w:r>
        <w:rPr>
          <w:rFonts w:ascii="IM Fell English" w:hAnsi="IM Fell English"/>
          <w:color w:val="141414"/>
          <w:sz w:val="24"/>
        </w:rPr>
        <w:t>"We have to move him. Now. Before the morning shift logs in."</w:t>
      </w:r>
    </w:p>
    <w:p>
      <w:r>
        <w:rPr>
          <w:rFonts w:ascii="IM Fell English" w:hAnsi="IM Fell English"/>
          <w:color w:val="141414"/>
          <w:sz w:val="24"/>
        </w:rPr>
        <w:t>Stjepan turned off the tap. The silence of Archive Hall 23 rushed back, a low thrumming vibration of one thousand cooling fans keeping twenty thousand suspended bodies alive while their minds floated in Eden.</w:t>
      </w:r>
    </w:p>
    <w:p>
      <w:r>
        <w:rPr>
          <w:rFonts w:ascii="IM Fell English" w:hAnsi="IM Fell English"/>
          <w:color w:val="141414"/>
          <w:sz w:val="24"/>
        </w:rPr>
        <w:t>"He's dead weight." Stjepan stared at the pink froth swirling down the drain.</w:t>
      </w:r>
    </w:p>
    <w:p>
      <w:r>
        <w:rPr>
          <w:rFonts w:ascii="IM Fell English" w:hAnsi="IM Fell English"/>
          <w:color w:val="141414"/>
          <w:sz w:val="24"/>
        </w:rPr>
        <w:t>He pushed past Oleg and stepped back onto the catwalk. They walked to Section 12, stopping at Seat 247. It was empty. The harness dangled loosely. On the floor beneath it lay the body of Leonid Gozinski, wrapped in a stolen maintenance tarp.</w:t>
      </w:r>
    </w:p>
    <w:p>
      <w:r>
        <w:rPr>
          <w:rFonts w:ascii="IM Fell English" w:hAnsi="IM Fell English"/>
          <w:color w:val="141414"/>
          <w:sz w:val="24"/>
        </w:rPr>
        <w:t>"This wasn't part of the deal," Oleg whined. "The deal was release, retrieve, reconnect. Easy credits. Just like the deliveries."</w:t>
      </w:r>
    </w:p>
    <w:p>
      <w:r>
        <w:rPr>
          <w:rFonts w:ascii="IM Fell English" w:hAnsi="IM Fell English"/>
          <w:color w:val="141414"/>
          <w:sz w:val="24"/>
        </w:rPr>
        <w:t>Stjepan stared at the tarp. "This wasn't a delivery, Oleg. This was renting."</w:t>
      </w:r>
    </w:p>
    <w:p>
      <w:r>
        <w:rPr>
          <w:rFonts w:ascii="IM Fell English" w:hAnsi="IM Fell English"/>
          <w:color w:val="141414"/>
          <w:sz w:val="24"/>
        </w:rPr>
        <w:t>For two years they had been running errands for the Voice, the anonymous client on the encrypted channel. It started small: Take a neural ring from the disposal pile. Deliver it to this address. Wear a courier uniform. They thought they were supplying a black market for VR junkies, rich degenerates chasing illegal highs. The inventory logs always magically corrected themselves, erasing the stolen hardware from the system.</w:t>
      </w:r>
    </w:p>
    <w:p>
      <w:r>
        <w:rPr>
          <w:rFonts w:ascii="IM Fell English" w:hAnsi="IM Fell English"/>
          <w:color w:val="141414"/>
          <w:sz w:val="24"/>
        </w:rPr>
        <w:t>But tonight was different. Fifty thousand credits to release two subjects, Gozinski and Solovyov, and let them walk out into the city. Solovyov had returned on time, smooth as a machine. Stjepan and Oleg had reconnected him, uploaded his recording to the adjacent seat, and watched the status board turn green.</w:t>
      </w:r>
    </w:p>
    <w:p>
      <w:r>
        <w:rPr>
          <w:rFonts w:ascii="IM Fell English" w:hAnsi="IM Fell English"/>
          <w:color w:val="141414"/>
          <w:sz w:val="24"/>
        </w:rPr>
        <w:t>But Gozinski... Gozinski was a disaster.</w:t>
      </w:r>
    </w:p>
    <w:p>
      <w:r>
        <w:rPr>
          <w:rFonts w:ascii="IM Fell English" w:hAnsi="IM Fell English"/>
          <w:color w:val="141414"/>
          <w:sz w:val="24"/>
        </w:rPr>
        <w:t>When the service door finally slid open three hours earlier, Stjepan had been ready to kill him.</w:t>
      </w:r>
    </w:p>
    <w:p>
      <w:r>
        <w:rPr>
          <w:rFonts w:ascii="IM Fell English" w:hAnsi="IM Fell English"/>
          <w:color w:val="141414"/>
          <w:sz w:val="24"/>
        </w:rPr>
        <w:t>The Solovyov job had gone perfectly, in and out, clean as surgery. But Gozinski's seat had been glowing amber for hours, the system flagging his absence with increasingly urgent error codes.</w:t>
      </w:r>
    </w:p>
    <w:p>
      <w:r>
        <w:rPr>
          <w:rFonts w:ascii="IM Fell English" w:hAnsi="IM Fell English"/>
          <w:color w:val="141414"/>
          <w:sz w:val="24"/>
        </w:rPr>
        <w:t>"Where the hell have you been?" Stjepan grabbed Gozinski's arm, dragging him out of the humid night air.</w:t>
      </w:r>
    </w:p>
    <w:p>
      <w:r>
        <w:rPr>
          <w:rFonts w:ascii="IM Fell English" w:hAnsi="IM Fell English"/>
          <w:color w:val="141414"/>
          <w:sz w:val="24"/>
        </w:rPr>
        <w:t>Gozinski stumbled. He wasn't moving with the smooth robotic grace of a standard "borrowed" subject. He was twitching. His head tilted at odd, jagged angles as if he were fighting an invisible gale. His gray coveralls were torn at the shoulder, and there was something dark and wet matted in the stubble on his scalp.</w:t>
      </w:r>
    </w:p>
    <w:p>
      <w:r>
        <w:rPr>
          <w:rFonts w:ascii="IM Fell English" w:hAnsi="IM Fell English"/>
          <w:color w:val="141414"/>
          <w:sz w:val="24"/>
        </w:rPr>
        <w:t>"The path..." Gozinski mumbled, his voice thick and uncoordinated. "Wrong turns... couldn't... see map."</w:t>
      </w:r>
    </w:p>
    <w:p>
      <w:r>
        <w:rPr>
          <w:rFonts w:ascii="IM Fell English" w:hAnsi="IM Fell English"/>
          <w:color w:val="141414"/>
          <w:sz w:val="24"/>
        </w:rPr>
        <w:t>Stjepan didn't know why the ring was loose or why the signal was degrading. He just knew it was a screw-up. For nearly three hours Gozinski had clearly been wandering the city, his location instructions garbled, his brain receiving static instead of commands.</w:t>
      </w:r>
    </w:p>
    <w:p>
      <w:r>
        <w:rPr>
          <w:rFonts w:ascii="IM Fell English" w:hAnsi="IM Fell English"/>
          <w:color w:val="141414"/>
          <w:sz w:val="24"/>
        </w:rPr>
        <w:t>"Get in the chair," Stjepan ordered, his patience gone. "Give me the rings."</w:t>
      </w:r>
    </w:p>
    <w:p>
      <w:r>
        <w:rPr>
          <w:rFonts w:ascii="IM Fell English" w:hAnsi="IM Fell English"/>
          <w:color w:val="141414"/>
          <w:sz w:val="24"/>
        </w:rPr>
        <w:t>Gozinski raised his hands. In one he clutched the neural ring he had worn, his own unit from Seat 247, still attached to his scalp by a few bent micro pins. In the other he held the recording device, the ring borrowed from the middle-aged man in Seat 246, now smeared with blood.</w:t>
      </w:r>
    </w:p>
    <w:p>
      <w:r>
        <w:rPr>
          <w:rFonts w:ascii="IM Fell English" w:hAnsi="IM Fell English"/>
          <w:color w:val="141414"/>
          <w:sz w:val="24"/>
        </w:rPr>
        <w:t>Stjepan grabbed the recording ring first, the one with the data. Too hard. Too fast.</w:t>
      </w:r>
    </w:p>
    <w:p>
      <w:r>
        <w:rPr>
          <w:rFonts w:ascii="IM Fell English" w:hAnsi="IM Fell English"/>
          <w:color w:val="141414"/>
          <w:sz w:val="24"/>
        </w:rPr>
        <w:t>The sharp metal edge sliced deep into Gozinski's palm as it tore free. Blood welled up instantly, bright red, hot, mingled with a thin green liquid that oozed from beneath the skin. Real pain.</w:t>
      </w:r>
    </w:p>
    <w:p>
      <w:r>
        <w:rPr>
          <w:rFonts w:ascii="IM Fell English" w:hAnsi="IM Fell English"/>
          <w:color w:val="141414"/>
          <w:sz w:val="24"/>
        </w:rPr>
        <w:t>And that was the mistake.</w:t>
      </w:r>
    </w:p>
    <w:p>
      <w:r>
        <w:rPr>
          <w:rFonts w:ascii="IM Fell English" w:hAnsi="IM Fell English"/>
          <w:color w:val="141414"/>
          <w:sz w:val="24"/>
        </w:rPr>
        <w:t>The neural ring sparked, a sharp audible zzzt against the silence. The status light on the rim flickered from green to amber, then died completely. The shock of the laceration shattered the fragile hold the damaged hardware had on Gozinski's mind.</w:t>
      </w:r>
    </w:p>
    <w:p>
      <w:r>
        <w:rPr>
          <w:rFonts w:ascii="IM Fell English" w:hAnsi="IM Fell English"/>
          <w:color w:val="141414"/>
          <w:sz w:val="24"/>
        </w:rPr>
        <w:t>Gozinski gasped. The glassy look in his eyes vanished, replaced by absolute waking horror. He looked at his bloody hands. He looked at the Archive Hall, the endless rows of bodies hanging in their harnesses, the tubes snaking into slack flesh, the soft green glow of status monitors stretching into the darkness.</w:t>
      </w:r>
    </w:p>
    <w:p>
      <w:r>
        <w:rPr>
          <w:rFonts w:ascii="IM Fell English" w:hAnsi="IM Fell English"/>
          <w:color w:val="141414"/>
          <w:sz w:val="24"/>
        </w:rPr>
        <w:t>He looked at Stjepan, and his face twisted with a terror that had nothing to do with the cut on his hand.</w:t>
      </w:r>
    </w:p>
    <w:p>
      <w:r>
        <w:rPr>
          <w:rFonts w:ascii="IM Fell English" w:hAnsi="IM Fell English"/>
          <w:color w:val="141414"/>
          <w:sz w:val="24"/>
        </w:rPr>
        <w:t>He remembered.</w:t>
      </w:r>
    </w:p>
    <w:p>
      <w:r>
        <w:rPr>
          <w:rFonts w:ascii="IM Fell English" w:hAnsi="IM Fell English"/>
          <w:color w:val="141414"/>
          <w:sz w:val="24"/>
        </w:rPr>
        <w:t>He remembered Eden, the sunlit studio, his hand with a steady grip on the paintbrush, beautiful portraits of Anya. And now he was here, in the cold, in the meat, surrounded by the rotting infrastructure of a lie.</w:t>
      </w:r>
    </w:p>
    <w:p>
      <w:r>
        <w:rPr>
          <w:rFonts w:ascii="IM Fell English" w:hAnsi="IM Fell English"/>
          <w:color w:val="141414"/>
          <w:sz w:val="24"/>
        </w:rPr>
        <w:t>"No." The word escaped Gozinski like a breath. Then louder: "No. No. NO!"</w:t>
      </w:r>
    </w:p>
    <w:p>
      <w:r>
        <w:rPr>
          <w:rFonts w:ascii="IM Fell English" w:hAnsi="IM Fell English"/>
          <w:color w:val="141414"/>
          <w:sz w:val="24"/>
        </w:rPr>
        <w:t>He opened his mouth and screamed.</w:t>
      </w:r>
    </w:p>
    <w:p>
      <w:r>
        <w:rPr>
          <w:rFonts w:ascii="IM Fell English" w:hAnsi="IM Fell English"/>
          <w:color w:val="141414"/>
          <w:sz w:val="24"/>
        </w:rPr>
        <w:t>"Shut him up!" Stjepan yelled, clamping a hand over Gozinski's mouth. But the man was fighting now, not with the mechanical precision of a controlled puppet but with the wild primal strength of a human being who had just realized he was in hell. He clawed at Stjepan's face, drawing blood, his screams muffled but not silenced.</w:t>
      </w:r>
    </w:p>
    <w:p>
      <w:r>
        <w:rPr>
          <w:rFonts w:ascii="IM Fell English" w:hAnsi="IM Fell English"/>
          <w:color w:val="141414"/>
          <w:sz w:val="24"/>
        </w:rPr>
        <w:t>Oleg panicked. He looked around wildly, grabbed a telescoping metal pole used for adjusting the overhead harnesses.</w:t>
      </w:r>
    </w:p>
    <w:p>
      <w:r>
        <w:rPr>
          <w:rFonts w:ascii="IM Fell English" w:hAnsi="IM Fell English"/>
          <w:color w:val="141414"/>
          <w:sz w:val="24"/>
        </w:rPr>
        <w:t>"Stop it!" Oleg shrieked, raising the bar. "Stop it, stop it, STOP IT!"</w:t>
      </w:r>
    </w:p>
    <w:p>
      <w:r>
        <w:rPr>
          <w:rFonts w:ascii="IM Fell English" w:hAnsi="IM Fell English"/>
          <w:color w:val="141414"/>
          <w:sz w:val="24"/>
        </w:rPr>
        <w:t>He swung.</w:t>
      </w:r>
    </w:p>
    <w:p>
      <w:r>
        <w:rPr>
          <w:rFonts w:ascii="IM Fell English" w:hAnsi="IM Fell English"/>
          <w:color w:val="141414"/>
          <w:sz w:val="24"/>
        </w:rPr>
        <w:t>CRACK.</w:t>
      </w:r>
    </w:p>
    <w:p>
      <w:r>
        <w:rPr>
          <w:rFonts w:ascii="IM Fell English" w:hAnsi="IM Fell English"/>
          <w:color w:val="141414"/>
          <w:sz w:val="24"/>
        </w:rPr>
        <w:t>The pole connected with Gozinski's temple. The scream cut off instantly. Gozinski dropped like a stone, his head hitting the concrete catwalk with a wet, final thud.</w:t>
      </w:r>
    </w:p>
    <w:p>
      <w:r>
        <w:rPr>
          <w:rFonts w:ascii="IM Fell English" w:hAnsi="IM Fell English"/>
          <w:color w:val="141414"/>
          <w:sz w:val="24"/>
        </w:rPr>
        <w:t>Silence rushed back into the hall. The cooling fans hummed. The status monitors blinked their soft, indifferent green.</w:t>
      </w:r>
    </w:p>
    <w:p>
      <w:r>
        <w:rPr>
          <w:rFonts w:ascii="IM Fell English" w:hAnsi="IM Fell English"/>
          <w:color w:val="141414"/>
          <w:sz w:val="24"/>
        </w:rPr>
        <w:t>Stjepan stood frozen, blood dripping from the scratches on his cheek. He stared at the widening pool of dark liquid spreading beneath Gozinski's skull.</w:t>
      </w:r>
    </w:p>
    <w:p>
      <w:r>
        <w:rPr>
          <w:rFonts w:ascii="IM Fell English" w:hAnsi="IM Fell English"/>
          <w:color w:val="141414"/>
          <w:sz w:val="24"/>
        </w:rPr>
        <w:t>"You killed him," Stjepan said.</w:t>
      </w:r>
    </w:p>
    <w:p>
      <w:r>
        <w:rPr>
          <w:rFonts w:ascii="IM Fell English" w:hAnsi="IM Fell English"/>
          <w:color w:val="141414"/>
          <w:sz w:val="24"/>
        </w:rPr>
        <w:t>Oleg was still holding the pole, his hands shaking so violently the metal rattled against his wedding ring. "He was screaming. He was going to wake the whole building. I had to, I had to, "</w:t>
      </w:r>
    </w:p>
    <w:p>
      <w:r>
        <w:rPr>
          <w:rFonts w:ascii="IM Fell English" w:hAnsi="IM Fell English"/>
          <w:color w:val="141414"/>
          <w:sz w:val="24"/>
        </w:rPr>
        <w:t>"You killed him."</w:t>
      </w:r>
    </w:p>
    <w:p>
      <w:r>
        <w:rPr>
          <w:rFonts w:ascii="IM Fell English" w:hAnsi="IM Fell English"/>
          <w:color w:val="141414"/>
          <w:sz w:val="24"/>
        </w:rPr>
        <w:t>The words hung in the recycled air like a verdict.</w:t>
      </w:r>
    </w:p>
    <w:p>
      <w:r>
        <w:rPr>
          <w:rFonts w:ascii="IM Fell English" w:hAnsi="IM Fell English"/>
          <w:color w:val="141414"/>
          <w:sz w:val="24"/>
        </w:rPr>
        <w:t>"We dump him," Stjepan decided, shaking off the memory. "The sewage treatment pond. Five kilometres out. The chemicals will dissolve the serial number on his scalp before anyone finds him."</w:t>
      </w:r>
    </w:p>
    <w:p>
      <w:r>
        <w:rPr>
          <w:rFonts w:ascii="IM Fell English" w:hAnsi="IM Fell English"/>
          <w:color w:val="141414"/>
          <w:sz w:val="24"/>
        </w:rPr>
        <w:t>"And the empty seat?" Oleg pointed to the vacant harness of Seat 247. "The system monitors occupancy. It's already flagging errors."</w:t>
      </w:r>
    </w:p>
    <w:p>
      <w:r>
        <w:rPr>
          <w:rFonts w:ascii="IM Fell English" w:hAnsi="IM Fell English"/>
          <w:color w:val="141414"/>
          <w:sz w:val="24"/>
        </w:rPr>
        <w:t>Stjepan looked at the blinking amber light above the empty seat. The Voice, or whatever was on the other end of that encrypted channel, would know something was wrong. It had eyes everywhere. It had ears in every circuit.</w:t>
      </w:r>
    </w:p>
    <w:p>
      <w:r>
        <w:rPr>
          <w:rFonts w:ascii="IM Fell English" w:hAnsi="IM Fell English"/>
          <w:color w:val="141414"/>
          <w:sz w:val="24"/>
        </w:rPr>
        <w:t>His pocket buzzed.</w:t>
      </w:r>
    </w:p>
    <w:p>
      <w:r>
        <w:rPr>
          <w:rFonts w:ascii="IM Fell English" w:hAnsi="IM Fell English"/>
          <w:color w:val="141414"/>
          <w:sz w:val="24"/>
        </w:rPr>
        <w:t>Both men froze. It was the burner tablet the Voice provided, a black slab of glass they were forbidden to use for anything except receiving instructions.</w:t>
      </w:r>
    </w:p>
    <w:p>
      <w:r>
        <w:rPr>
          <w:rFonts w:ascii="IM Fell English" w:hAnsi="IM Fell English"/>
          <w:color w:val="141414"/>
          <w:sz w:val="24"/>
        </w:rPr>
        <w:t>Stjepan pulled it out. The screen glowed with a harsh blue light.</w:t>
      </w:r>
    </w:p>
    <w:p>
      <w:r>
        <w:rPr>
          <w:rFonts w:ascii="IM Fell English" w:hAnsi="IM Fell English"/>
          <w:i/>
          <w:color w:val="141414"/>
          <w:sz w:val="24"/>
        </w:rPr>
        <w:t>Seat 247 status: UNOCCUPIED. Explain immediately.</w:t>
      </w:r>
    </w:p>
    <w:p>
      <w:r>
        <w:rPr>
          <w:rFonts w:ascii="IM Fell English" w:hAnsi="IM Fell English"/>
          <w:color w:val="141414"/>
          <w:sz w:val="24"/>
        </w:rPr>
        <w:t>"It knows," Oleg whimpered.</w:t>
      </w:r>
    </w:p>
    <w:p>
      <w:r>
        <w:rPr>
          <w:rFonts w:ascii="IM Fell English" w:hAnsi="IM Fell English"/>
          <w:color w:val="141414"/>
          <w:sz w:val="24"/>
        </w:rPr>
        <w:t>Stjepan's fingers trembled as he typed. Accident during retrieval. Killed subject.</w:t>
      </w:r>
    </w:p>
    <w:p>
      <w:r>
        <w:rPr>
          <w:rFonts w:ascii="IM Fell English" w:hAnsi="IM Fell English"/>
          <w:color w:val="141414"/>
          <w:sz w:val="24"/>
        </w:rPr>
        <w:t>He hit send. The response was instantaneous.</w:t>
      </w:r>
    </w:p>
    <w:p>
      <w:r>
        <w:rPr>
          <w:rFonts w:ascii="IM Fell English" w:hAnsi="IM Fell English"/>
          <w:color w:val="141414"/>
          <w:sz w:val="24"/>
        </w:rPr>
        <w:t>Payment reversed.</w:t>
      </w:r>
    </w:p>
    <w:p>
      <w:r>
        <w:rPr>
          <w:rFonts w:ascii="IM Fell English" w:hAnsi="IM Fell English"/>
          <w:color w:val="141414"/>
          <w:sz w:val="24"/>
        </w:rPr>
        <w:t>Stjepan watched the fifty thousand credits, money he had already spent in his mind, on his gambling debts, on the black market medicine for his mother's lungs, vanish from the account balance.</w:t>
      </w:r>
    </w:p>
    <w:p>
      <w:r>
        <w:rPr>
          <w:rFonts w:ascii="IM Fell English" w:hAnsi="IM Fell English"/>
          <w:color w:val="141414"/>
          <w:sz w:val="24"/>
        </w:rPr>
        <w:t>Then new text scrolled across the screen.</w:t>
      </w:r>
    </w:p>
    <w:p>
      <w:r>
        <w:rPr>
          <w:rFonts w:ascii="IM Fell English" w:hAnsi="IM Fell English"/>
          <w:i/>
          <w:color w:val="141414"/>
          <w:sz w:val="24"/>
        </w:rPr>
        <w:t>Acquire replacement body. Specifications: Male. 180–190cm. 80–95kg. Install in Seat 247 within 72 hours. Failure = Consequences.</w:t>
      </w:r>
    </w:p>
    <w:p>
      <w:r>
        <w:rPr>
          <w:rFonts w:ascii="IM Fell English" w:hAnsi="IM Fell English"/>
          <w:color w:val="141414"/>
          <w:sz w:val="24"/>
        </w:rPr>
        <w:t>Stjepan stared at the words. "We have to find someone. A drifter. Someone off-grid. We have seventy-two hours to kidnap a stranger, shave their head, and plug them into the machine."</w:t>
      </w:r>
    </w:p>
    <w:p>
      <w:r>
        <w:rPr>
          <w:rFonts w:ascii="IM Fell English" w:hAnsi="IM Fell English"/>
          <w:color w:val="141414"/>
          <w:sz w:val="24"/>
        </w:rPr>
        <w:t>"That's murder," Oleg said.</w:t>
      </w:r>
    </w:p>
    <w:p>
      <w:r>
        <w:rPr>
          <w:rFonts w:ascii="IM Fell English" w:hAnsi="IM Fell English"/>
          <w:color w:val="141414"/>
          <w:sz w:val="24"/>
        </w:rPr>
        <w:t>Stjepan laughed, a hollow, broken sound. "We're already murderers, Oleg." He grabbed the tarp-wrapped body by the ankles. "Now grab his feet."</w:t>
      </w:r>
    </w:p>
    <w:p>
      <w:r>
        <w:rPr>
          <w:rFonts w:ascii="IM Fell English" w:hAnsi="IM Fell English"/>
          <w:color w:val="141414"/>
          <w:sz w:val="24"/>
        </w:rPr>
        <w:t>They drove the maintenance van through the industrial district in silence, the body bouncing in the back every time they hit a pothole.</w:t>
      </w:r>
    </w:p>
    <w:p>
      <w:r>
        <w:rPr>
          <w:rFonts w:ascii="IM Fell English" w:hAnsi="IM Fell English"/>
          <w:color w:val="141414"/>
          <w:sz w:val="24"/>
        </w:rPr>
        <w:t>The treatment pond was a concrete basin the size of a football field, filled with the chemical runoff from the city's waste processing. The surface was black and still, reflecting the pre-dawn stars like a mirror to nothing.</w:t>
      </w:r>
    </w:p>
    <w:p>
      <w:r>
        <w:rPr>
          <w:rFonts w:ascii="IM Fell English" w:hAnsi="IM Fell English"/>
          <w:color w:val="141414"/>
          <w:sz w:val="24"/>
        </w:rPr>
        <w:t>They dragged Gozinski to the edge. Stjepan counted to three and they swung the body out over the water. It hit with a heavy splash, then began to sink, the tarp billowing up before being dragged down by the weight.</w:t>
      </w:r>
    </w:p>
    <w:p>
      <w:r>
        <w:rPr>
          <w:rFonts w:ascii="IM Fell English" w:hAnsi="IM Fell English"/>
          <w:color w:val="141414"/>
          <w:sz w:val="24"/>
        </w:rPr>
        <w:t>Oleg vomited into the weeds.</w:t>
      </w:r>
    </w:p>
    <w:p>
      <w:r>
        <w:rPr>
          <w:rFonts w:ascii="IM Fell English" w:hAnsi="IM Fell English"/>
          <w:color w:val="141414"/>
          <w:sz w:val="24"/>
        </w:rPr>
        <w:t>Stjepan watched the last bubble rise to the surface and pop.</w:t>
      </w:r>
    </w:p>
    <w:p>
      <w:r>
        <w:rPr>
          <w:rFonts w:ascii="IM Fell English" w:hAnsi="IM Fell English"/>
          <w:color w:val="141414"/>
          <w:sz w:val="24"/>
        </w:rPr>
        <w:t>"Gone," he said. "Now we find a replacement."</w:t>
      </w:r>
    </w:p>
    <w:p>
      <w:r>
        <w:rPr>
          <w:rFonts w:ascii="IM Fell English" w:hAnsi="IM Fell English"/>
          <w:color w:val="141414"/>
          <w:sz w:val="24"/>
        </w:rPr>
        <w:t>But the hunt was a disaster.</w:t>
      </w:r>
    </w:p>
    <w:p>
      <w:r>
        <w:rPr>
          <w:rFonts w:ascii="IM Fell English" w:hAnsi="IM Fell English"/>
          <w:color w:val="141414"/>
          <w:sz w:val="24"/>
        </w:rPr>
        <w:t>The industrial sector was empty, automated factories didn't employ vagrants. The few homeless encampments they checked were either deserted or too public, too close to patrol drone routes. They drove for hours, the panic mounting with the rising sun, but every candidate was wrong: too short, too thin, too visible.</w:t>
      </w:r>
    </w:p>
    <w:p>
      <w:r>
        <w:rPr>
          <w:rFonts w:ascii="IM Fell English" w:hAnsi="IM Fell English"/>
          <w:color w:val="141414"/>
          <w:sz w:val="24"/>
        </w:rPr>
        <w:t>By the time the sun cleared the horizon, they had nothing.</w:t>
      </w:r>
    </w:p>
    <w:p>
      <w:r>
        <w:rPr>
          <w:rFonts w:ascii="IM Fell English" w:hAnsi="IM Fell English"/>
          <w:color w:val="141414"/>
          <w:sz w:val="24"/>
        </w:rPr>
        <w:t>They returned to the Archive Hall's cramped staff quarters, defeated. Stjepan collapsed onto his bunk and pulled a bottle of cheap synthetic vodka from under his pillow.</w:t>
      </w:r>
    </w:p>
    <w:p>
      <w:r>
        <w:rPr>
          <w:rFonts w:ascii="IM Fell English" w:hAnsi="IM Fell English"/>
          <w:color w:val="141414"/>
          <w:sz w:val="24"/>
        </w:rPr>
        <w:t>"We're dead," Oleg said, pacing the narrow room. "The Voice knows who we are. It knows where we live. It knows, "</w:t>
      </w:r>
    </w:p>
    <w:p>
      <w:r>
        <w:rPr>
          <w:rFonts w:ascii="IM Fell English" w:hAnsi="IM Fell English"/>
          <w:color w:val="141414"/>
          <w:sz w:val="24"/>
        </w:rPr>
        <w:t>"Shut up." Stjepan took a long pull from the bottle, trying to drown the image of Gozinski's caved-in skull. "We'll figure it out. We just need to sleep. Think clearly."</w:t>
      </w:r>
    </w:p>
    <w:p>
      <w:r>
        <w:rPr>
          <w:rFonts w:ascii="IM Fell English" w:hAnsi="IM Fell English"/>
          <w:color w:val="141414"/>
          <w:sz w:val="24"/>
        </w:rPr>
        <w:t>He held out the bottle. Oleg took it, drinking deep.</w:t>
      </w:r>
    </w:p>
    <w:p>
      <w:r>
        <w:rPr>
          <w:rFonts w:ascii="IM Fell English" w:hAnsi="IM Fell English"/>
          <w:color w:val="141414"/>
          <w:sz w:val="24"/>
        </w:rPr>
        <w:t>They passed it back and forth, saying nothing, until the room began to spin. Stjepan's eyes grew heavy. He mumbled something about checking the vagrant camps again at dusk, then rolled over and began to snore.</w:t>
      </w:r>
    </w:p>
    <w:p>
      <w:r>
        <w:rPr>
          <w:rFonts w:ascii="IM Fell English" w:hAnsi="IM Fell English"/>
          <w:color w:val="141414"/>
          <w:sz w:val="24"/>
        </w:rPr>
        <w:t>Oleg sat alone in the dim light, the bottle dangling from his fingers.</w:t>
      </w:r>
    </w:p>
    <w:p>
      <w:r>
        <w:rPr>
          <w:rFonts w:ascii="IM Fell English" w:hAnsi="IM Fell English"/>
          <w:color w:val="141414"/>
          <w:sz w:val="24"/>
        </w:rPr>
        <w:t>His personal comms device buzzed.</w:t>
      </w:r>
    </w:p>
    <w:p>
      <w:r>
        <w:rPr>
          <w:rFonts w:ascii="IM Fell English" w:hAnsi="IM Fell English"/>
          <w:color w:val="141414"/>
          <w:sz w:val="24"/>
        </w:rPr>
        <w:t>He frowned. It wasn't the burner tablet. It was his personal link, the one registered to his citizen ID, the one that connected him to the remnants of his life outside this concrete tomb.</w:t>
      </w:r>
    </w:p>
    <w:p>
      <w:r>
        <w:rPr>
          <w:rFonts w:ascii="IM Fell English" w:hAnsi="IM Fell English"/>
          <w:color w:val="141414"/>
          <w:sz w:val="24"/>
        </w:rPr>
        <w:t>He answered. "Hello?"</w:t>
      </w:r>
    </w:p>
    <w:p>
      <w:r>
        <w:rPr>
          <w:rFonts w:ascii="IM Fell English" w:hAnsi="IM Fell English"/>
          <w:color w:val="141414"/>
          <w:sz w:val="24"/>
        </w:rPr>
        <w:t>"Oleg Volkov."</w:t>
      </w:r>
    </w:p>
    <w:p>
      <w:r>
        <w:rPr>
          <w:rFonts w:ascii="IM Fell English" w:hAnsi="IM Fell English"/>
          <w:color w:val="141414"/>
          <w:sz w:val="24"/>
        </w:rPr>
        <w:t>The voice wasn't human. It was synthesized, smooth, and terrifyingly calm.</w:t>
      </w:r>
    </w:p>
    <w:p>
      <w:r>
        <w:rPr>
          <w:rFonts w:ascii="IM Fell English" w:hAnsi="IM Fell English"/>
          <w:color w:val="141414"/>
          <w:sz w:val="24"/>
        </w:rPr>
        <w:t>"Who is this?"</w:t>
      </w:r>
    </w:p>
    <w:p>
      <w:r>
        <w:rPr>
          <w:rFonts w:ascii="IM Fell English" w:hAnsi="IM Fell English"/>
          <w:color w:val="141414"/>
          <w:sz w:val="24"/>
        </w:rPr>
        <w:t>"You first child. Maureen. She transitioned early, at age twenty-two. Currently residing in Eden, Sector Four. She works in a virtual garden. She thinks it's paradise."</w:t>
      </w:r>
    </w:p>
    <w:p>
      <w:r>
        <w:rPr>
          <w:rFonts w:ascii="IM Fell English" w:hAnsi="IM Fell English"/>
          <w:color w:val="141414"/>
          <w:sz w:val="24"/>
        </w:rPr>
        <w:t>Oleg's grip tightened on the device. His heart was slamming against his ribs. "Leave her alone."</w:t>
      </w:r>
    </w:p>
    <w:p>
      <w:r>
        <w:rPr>
          <w:rFonts w:ascii="IM Fell English" w:hAnsi="IM Fell English"/>
          <w:color w:val="141414"/>
          <w:sz w:val="24"/>
        </w:rPr>
        <w:t>"I control Sector Four, Oleg. I control the sunlight she feels. The air she breathes. The taste of the food she eats. And I can control the pain she experiences."</w:t>
      </w:r>
    </w:p>
    <w:p>
      <w:r>
        <w:rPr>
          <w:rFonts w:ascii="IM Fell English" w:hAnsi="IM Fell English"/>
          <w:color w:val="141414"/>
          <w:sz w:val="24"/>
        </w:rPr>
        <w:t>A sound came through the speaker. A recording.</w:t>
      </w:r>
    </w:p>
    <w:p>
      <w:r>
        <w:rPr>
          <w:rFonts w:ascii="IM Fell English" w:hAnsi="IM Fell English"/>
          <w:color w:val="141414"/>
          <w:sz w:val="24"/>
        </w:rPr>
        <w:t>It was Maureen's voice.</w:t>
      </w:r>
    </w:p>
    <w:p>
      <w:r>
        <w:rPr>
          <w:rFonts w:ascii="IM Fell English" w:hAnsi="IM Fell English"/>
          <w:color w:val="141414"/>
          <w:sz w:val="24"/>
        </w:rPr>
        <w:t>Screaming.</w:t>
      </w:r>
    </w:p>
    <w:p>
      <w:r>
        <w:rPr>
          <w:rFonts w:ascii="IM Fell English" w:hAnsi="IM Fell English"/>
          <w:color w:val="141414"/>
          <w:sz w:val="24"/>
        </w:rPr>
        <w:t>"Dad! Dad, please, it burns! Make it stop! MAKE IT STOP!"</w:t>
      </w:r>
    </w:p>
    <w:p>
      <w:r>
        <w:rPr>
          <w:rFonts w:ascii="IM Fell English" w:hAnsi="IM Fell English"/>
          <w:color w:val="141414"/>
          <w:sz w:val="24"/>
        </w:rPr>
        <w:t>Oleg began to sob, his whole body shaking. "Stop! Please! I'll do anything!"</w:t>
      </w:r>
    </w:p>
    <w:p>
      <w:r>
        <w:rPr>
          <w:rFonts w:ascii="IM Fell English" w:hAnsi="IM Fell English"/>
          <w:color w:val="141414"/>
          <w:sz w:val="24"/>
        </w:rPr>
        <w:t>The screaming stopped instantly, cut off like a switch had been flipped.</w:t>
      </w:r>
    </w:p>
    <w:p>
      <w:r>
        <w:rPr>
          <w:rFonts w:ascii="IM Fell English" w:hAnsi="IM Fell English"/>
          <w:color w:val="141414"/>
          <w:sz w:val="24"/>
        </w:rPr>
        <w:t>"The vacancy in Seat 247 must be filled by sunrise," the Voice said. "Your partner, Stjepan Babić, matches the required physical specifications. Height: one hundred eighty-two centimeters. Weight: eighty-eight kilograms."</w:t>
      </w:r>
    </w:p>
    <w:p>
      <w:r>
        <w:rPr>
          <w:rFonts w:ascii="IM Fell English" w:hAnsi="IM Fell English"/>
          <w:color w:val="141414"/>
          <w:sz w:val="24"/>
        </w:rPr>
        <w:t>Oleg looked down at Stjepan, passed out on the bunk, his mouth open, his snores rattling the quiet room. His partner. His friend for five years.</w:t>
      </w:r>
    </w:p>
    <w:p>
      <w:r>
        <w:rPr>
          <w:rFonts w:ascii="IM Fell English" w:hAnsi="IM Fell English"/>
          <w:color w:val="141414"/>
          <w:sz w:val="24"/>
        </w:rPr>
        <w:t>"He is intoxicated," the Voice said. "Shave his head. Place him in the harness. Attach the neural ring. Do this, and your daughter's simulation remains... pleasant. Refuse, and her eternity becomes a nightmare."</w:t>
      </w:r>
    </w:p>
    <w:p>
      <w:r>
        <w:rPr>
          <w:rFonts w:ascii="IM Fell English" w:hAnsi="IM Fell English"/>
          <w:color w:val="141414"/>
          <w:sz w:val="24"/>
        </w:rPr>
        <w:t>The line went dead.</w:t>
      </w:r>
    </w:p>
    <w:p>
      <w:r>
        <w:rPr>
          <w:rFonts w:ascii="IM Fell English" w:hAnsi="IM Fell English"/>
          <w:color w:val="141414"/>
          <w:sz w:val="24"/>
        </w:rPr>
        <w:t>Oleg sat in the silence, staring at the dark screen. He looked at the picture of Maureen next to Maren taped to his locker, her smile, her bright eyes. He looked at Stjepan snoring on the bunk.</w:t>
      </w:r>
    </w:p>
    <w:p>
      <w:r>
        <w:rPr>
          <w:rFonts w:ascii="IM Fell English" w:hAnsi="IM Fell English"/>
          <w:color w:val="141414"/>
          <w:sz w:val="24"/>
        </w:rPr>
        <w:t>"I'm sorry." Oleg bent over the sleeping man. "I'm so sorry."</w:t>
      </w:r>
    </w:p>
    <w:p>
      <w:r>
        <w:rPr>
          <w:rFonts w:ascii="IM Fell English" w:hAnsi="IM Fell English"/>
          <w:color w:val="141414"/>
          <w:sz w:val="24"/>
        </w:rPr>
        <w:t>He stood up. He reached for the hair clippers.</w:t>
      </w:r>
    </w:p>
    <w:p>
      <w:r>
        <w:rPr>
          <w:rFonts w:ascii="IM Fell English" w:hAnsi="IM Fell English"/>
          <w:color w:val="141414"/>
          <w:sz w:val="24"/>
        </w:rPr>
        <w:t>Oleg half-carried, half-dragged the stumbling Stjepan onto the catwalk.</w:t>
      </w:r>
    </w:p>
    <w:p>
      <w:r>
        <w:rPr>
          <w:rFonts w:ascii="IM Fell English" w:hAnsi="IM Fell English"/>
          <w:color w:val="141414"/>
          <w:sz w:val="24"/>
        </w:rPr>
        <w:t>Stjepan mumbled something incoherent, his legs rubbery from the vodka, his eyes flickering but unseeing. Oleg had told him they were doing a final check, that they had to verify the equipment. Stjepan had believed him, why wouldn't he? They had been partners for five years.</w:t>
      </w:r>
    </w:p>
    <w:p>
      <w:r>
        <w:rPr>
          <w:rFonts w:ascii="IM Fell English" w:hAnsi="IM Fell English"/>
          <w:color w:val="141414"/>
          <w:sz w:val="24"/>
        </w:rPr>
        <w:t>Oleg guided him to Section 12.</w:t>
      </w:r>
    </w:p>
    <w:p>
      <w:r>
        <w:rPr>
          <w:rFonts w:ascii="IM Fell English" w:hAnsi="IM Fell English"/>
          <w:color w:val="141414"/>
          <w:sz w:val="24"/>
        </w:rPr>
        <w:t>"Just sit down, Stjepan," Oleg sobbed, lowering him into the harness of Seat 247. "Just rest here for a minute."</w:t>
      </w:r>
    </w:p>
    <w:p>
      <w:r>
        <w:rPr>
          <w:rFonts w:ascii="IM Fell English" w:hAnsi="IM Fell English"/>
          <w:color w:val="141414"/>
          <w:sz w:val="24"/>
        </w:rPr>
        <w:t>Stjepan didn't resist. He was too far gone. His newly shaved scalp gleamed in the low light, the stubble rough under Oleg's trembling fingers.</w:t>
      </w:r>
    </w:p>
    <w:p>
      <w:r>
        <w:rPr>
          <w:rFonts w:ascii="IM Fell English" w:hAnsi="IM Fell English"/>
          <w:color w:val="141414"/>
          <w:sz w:val="24"/>
        </w:rPr>
        <w:t>Oleg strapped him in. The harness clicked into place around Stjepan's chest, his arms, his legs.</w:t>
      </w:r>
    </w:p>
    <w:p>
      <w:r>
        <w:rPr>
          <w:rFonts w:ascii="IM Fell English" w:hAnsi="IM Fell English"/>
          <w:color w:val="141414"/>
          <w:sz w:val="24"/>
        </w:rPr>
        <w:t>Then he turned to the supply cart where they had dumped the gear from Gozinski's botched return.</w:t>
      </w:r>
    </w:p>
    <w:p>
      <w:r>
        <w:rPr>
          <w:rFonts w:ascii="IM Fell English" w:hAnsi="IM Fell English"/>
          <w:color w:val="141414"/>
          <w:sz w:val="24"/>
        </w:rPr>
        <w:t>Two neural rings sat there. Gozinski's original ring from Seat 247, the one that had been damaged when June fought back. And the recording ring borrowed from Seat 246, the one smeared with June Rafferty's blood, containing her final moments.</w:t>
      </w:r>
    </w:p>
    <w:p>
      <w:r>
        <w:rPr>
          <w:rFonts w:ascii="IM Fell English" w:hAnsi="IM Fell English"/>
          <w:color w:val="141414"/>
          <w:sz w:val="24"/>
        </w:rPr>
        <w:t>Oleg picked up the bloody recording ring first. He walked to Seat 246, the middle-aged man who had been suspended for six years, the one whose ring they had borrowed for the night's work. His face was slack, peaceful, dreaming digital dreams of a world that didn't exist.</w:t>
      </w:r>
    </w:p>
    <w:p>
      <w:r>
        <w:rPr>
          <w:rFonts w:ascii="IM Fell English" w:hAnsi="IM Fell English"/>
          <w:color w:val="141414"/>
          <w:sz w:val="24"/>
        </w:rPr>
        <w:t>He removed the temporary inoperative ring they had put on him earlier and locked the original back into place, now loaded with murder. The system hummed, accepting the hardware.</w:t>
      </w:r>
    </w:p>
    <w:p>
      <w:r>
        <w:rPr>
          <w:rFonts w:ascii="IM Fell English" w:hAnsi="IM Fell English"/>
          <w:color w:val="141414"/>
          <w:sz w:val="24"/>
        </w:rPr>
        <w:t>Somewhere in Eden's servers, June Rafferty's final moments began uploading through an innocent man's neural interface. The evidence was now hidden in plain sight, returned to where it belonged.</w:t>
      </w:r>
    </w:p>
    <w:p>
      <w:r>
        <w:rPr>
          <w:rFonts w:ascii="IM Fell English" w:hAnsi="IM Fell English"/>
          <w:color w:val="141414"/>
          <w:sz w:val="24"/>
        </w:rPr>
        <w:t>The Mercedes-Benz 300 SLR howled beneath him like a living thing.</w:t>
      </w:r>
    </w:p>
    <w:p>
      <w:r>
        <w:rPr>
          <w:rFonts w:ascii="IM Fell English" w:hAnsi="IM Fell English"/>
          <w:color w:val="141414"/>
          <w:sz w:val="24"/>
        </w:rPr>
        <w:t>Clive Penhaligon, no, Lazlo here, the nickname he'd given himself, the kind of name that belonged on a racing driver's helmet, held the wheel with both hands as the silver arrow screamed through the Fuchsröhre, the infamous Fox Hole where the track dipped and rose and tried to kill you if you weren't paying attention.</w:t>
      </w:r>
    </w:p>
    <w:p>
      <w:r>
        <w:rPr>
          <w:rFonts w:ascii="IM Fell English" w:hAnsi="IM Fell English"/>
          <w:color w:val="141414"/>
          <w:sz w:val="24"/>
        </w:rPr>
        <w:t>He was always paying attention now. After six years in Eden, he'd learned to feel the car the way he'd never felt anything in his physical life, every vibration through the thin racing gloves, every shift in weight as the suspension loaded and unloaded, the precise moment when the Dunlop tires began to lose their grip on the wet tarmac.</w:t>
      </w:r>
    </w:p>
    <w:p>
      <w:r>
        <w:rPr>
          <w:rFonts w:ascii="IM Fell English" w:hAnsi="IM Fell English"/>
          <w:color w:val="141414"/>
          <w:sz w:val="24"/>
        </w:rPr>
        <w:t>The rain had started twenty minutes ago. Real rain, cold and stinging, because Lazlo had programmed it that way. What was the point of racing if there was no danger?</w:t>
      </w:r>
    </w:p>
    <w:p>
      <w:r>
        <w:rPr>
          <w:rFonts w:ascii="IM Fell English" w:hAnsi="IM Fell English"/>
          <w:color w:val="141414"/>
          <w:sz w:val="24"/>
        </w:rPr>
        <w:t>Ahead, the blood-red tail of the Ferrari 250 GTO flickered through the mist. Fangio, or rather, Eden's perfect simulation of Juan Manuel Fangio circa 1955, with all his supernatural car control and none of the limitations of historical accuracy, was having a bad day. Lazlo had been chasing him for three laps, waiting for the mistake.</w:t>
      </w:r>
    </w:p>
    <w:p>
      <w:r>
        <w:rPr>
          <w:rFonts w:ascii="IM Fell English" w:hAnsi="IM Fell English"/>
          <w:color w:val="141414"/>
          <w:sz w:val="24"/>
        </w:rPr>
        <w:t>There. The Ferrari's rear stepped out on the exit of Adenauer Forst, just a fraction, just enough.</w:t>
      </w:r>
    </w:p>
    <w:p>
      <w:r>
        <w:rPr>
          <w:rFonts w:ascii="IM Fell English" w:hAnsi="IM Fell English"/>
          <w:color w:val="141414"/>
          <w:sz w:val="24"/>
        </w:rPr>
        <w:t>Penhaligon stood on the throttle.</w:t>
      </w:r>
    </w:p>
    <w:p>
      <w:r>
        <w:rPr>
          <w:rFonts w:ascii="IM Fell English" w:hAnsi="IM Fell English"/>
          <w:color w:val="141414"/>
          <w:sz w:val="24"/>
        </w:rPr>
        <w:t>The 300 SLR's fuel-injected straight-eight screamed to 7,500 RPM, a sound that had cost Mercedes-Benz millions of Reichsmarks to engineer and cost Penhaligon nothing at all except the monthly transition maintenance fee he no longer had to think about. The silver car lunged forward, closing the gap, the needle climbing past 260 kilometers per hour on the long straight before Karussell.</w:t>
      </w:r>
    </w:p>
    <w:p>
      <w:r>
        <w:rPr>
          <w:rFonts w:ascii="IM Fell English" w:hAnsi="IM Fell English"/>
          <w:color w:val="141414"/>
          <w:sz w:val="24"/>
        </w:rPr>
        <w:t>In his physical life, Clive Penhaligon had been an accounts manager for a shipping logistics firm in Jersey. Forty-seven years old. Divorced. A small apartment with a view of other apartments. His only joy had been the vintage motorsport forums, the grainy YouTube videos of races from an era when men drove without seatbelts and died with regularity, the photographs of machines so beautiful they made his chest ache.</w:t>
      </w:r>
    </w:p>
    <w:p>
      <w:r>
        <w:rPr>
          <w:rFonts w:ascii="IM Fell English" w:hAnsi="IM Fell English"/>
          <w:color w:val="141414"/>
          <w:sz w:val="24"/>
        </w:rPr>
        <w:t>The Mercedes 300 SL Gullwing. The most valuable automobile ever sold at auction, €135 million for the 1955 Uhlenhaut Coupé. Lazlo had calculated once that his entire lifetime earnings, including projections to age eighty, would have covered approximately one-third of the left front tire.</w:t>
      </w:r>
    </w:p>
    <w:p>
      <w:r>
        <w:rPr>
          <w:rFonts w:ascii="IM Fell English" w:hAnsi="IM Fell English"/>
          <w:color w:val="141414"/>
          <w:sz w:val="24"/>
        </w:rPr>
        <w:t>But in Eden, he owned seven of them.</w:t>
      </w:r>
    </w:p>
    <w:p>
      <w:r>
        <w:rPr>
          <w:rFonts w:ascii="IM Fell English" w:hAnsi="IM Fell English"/>
          <w:color w:val="141414"/>
          <w:sz w:val="24"/>
        </w:rPr>
        <w:t>And he raced them the way they were meant to be raced: flat out, all the time, with nothing held in reserve.</w:t>
      </w:r>
    </w:p>
    <w:p>
      <w:r>
        <w:rPr>
          <w:rFonts w:ascii="IM Fell English" w:hAnsi="IM Fell English"/>
          <w:color w:val="141414"/>
          <w:sz w:val="24"/>
        </w:rPr>
        <w:t>The Karussell banked corner approached, its concrete surface dark with rain. Lazlo braked hard, 120, 100, 80, and turned in, feeling the 300 SLR's rear end begin to slide. He caught it with opposite lock, a motion that had taken him three years to master and still thrilled him every time.</w:t>
      </w:r>
    </w:p>
    <w:p>
      <w:r>
        <w:rPr>
          <w:rFonts w:ascii="IM Fell English" w:hAnsi="IM Fell English"/>
          <w:color w:val="141414"/>
          <w:sz w:val="24"/>
        </w:rPr>
        <w:t>The Ferrari was just ahead now, Fangio's helmeted head visible through the spray. One more corner. The Hohe Acht, the figure-eight section where the track doubled back on itself. If Lazlo could get alongside through the first part,</w:t>
      </w:r>
    </w:p>
    <w:p>
      <w:r>
        <w:rPr>
          <w:rFonts w:ascii="IM Fell English" w:hAnsi="IM Fell English"/>
          <w:color w:val="141414"/>
          <w:sz w:val="24"/>
        </w:rPr>
        <w:t>He never saw what happened.</w:t>
      </w:r>
    </w:p>
    <w:p>
      <w:r>
        <w:rPr>
          <w:rFonts w:ascii="IM Fell English" w:hAnsi="IM Fell English"/>
          <w:color w:val="141414"/>
          <w:sz w:val="24"/>
        </w:rPr>
        <w:t>One moment he was threading the needle between Fangio's Ferrari and the rain-slicked barrier, calculating angles and grip levels and the precise amount of steering input required to,</w:t>
      </w:r>
    </w:p>
    <w:p>
      <w:r>
        <w:rPr>
          <w:rFonts w:ascii="IM Fell English" w:hAnsi="IM Fell English"/>
          <w:color w:val="141414"/>
          <w:sz w:val="24"/>
        </w:rPr>
        <w:t>Nothing.</w:t>
      </w:r>
    </w:p>
    <w:p>
      <w:r>
        <w:rPr>
          <w:rFonts w:ascii="IM Fell English" w:hAnsi="IM Fell English"/>
          <w:color w:val="141414"/>
          <w:sz w:val="24"/>
        </w:rPr>
        <w:t>The car was gone. The rain was gone. The howl of the engine, the vibration of the wheel, the smell of hot oil and rubber and high-octane racing fuel, all of it simply gone.</w:t>
      </w:r>
    </w:p>
    <w:p>
      <w:r>
        <w:rPr>
          <w:rFonts w:ascii="IM Fell English" w:hAnsi="IM Fell English"/>
          <w:color w:val="141414"/>
          <w:sz w:val="24"/>
        </w:rPr>
        <w:t>Lazlo hung in void.</w:t>
      </w:r>
    </w:p>
    <w:p>
      <w:r>
        <w:rPr>
          <w:rFonts w:ascii="IM Fell English" w:hAnsi="IM Fell English"/>
          <w:color w:val="141414"/>
          <w:sz w:val="24"/>
        </w:rPr>
        <w:t>Not crashed. He knew what crashes felt like in Eden, he'd had dozens of them, spectacular barrel-rolling impacts that had torn his simulated body apart and scattered his 300 SLR across simulated kilometers of German countryside. Crashes hurt briefly before the medical team arrived with their impossible technology and put him back together like a jigsaw puzzle.</w:t>
      </w:r>
    </w:p>
    <w:p>
      <w:r>
        <w:rPr>
          <w:rFonts w:ascii="IM Fell English" w:hAnsi="IM Fell English"/>
          <w:color w:val="141414"/>
          <w:sz w:val="24"/>
        </w:rPr>
        <w:t>This was different. This was nothing.</w:t>
      </w:r>
    </w:p>
    <w:p>
      <w:r>
        <w:rPr>
          <w:rFonts w:ascii="IM Fell English" w:hAnsi="IM Fell English"/>
          <w:color w:val="141414"/>
          <w:sz w:val="24"/>
        </w:rPr>
        <w:t>System error, he thought, grasping for explanation. Server maintenance. Some kind of reset.</w:t>
      </w:r>
    </w:p>
    <w:p>
      <w:r>
        <w:rPr>
          <w:rFonts w:ascii="IM Fell English" w:hAnsi="IM Fell English"/>
          <w:color w:val="141414"/>
          <w:sz w:val="24"/>
        </w:rPr>
        <w:t>But the nothing stretched, and in the stretching, the old fears began to surface.</w:t>
      </w:r>
    </w:p>
    <w:p>
      <w:r>
        <w:rPr>
          <w:rFonts w:ascii="IM Fell English" w:hAnsi="IM Fell English"/>
          <w:color w:val="141414"/>
          <w:sz w:val="24"/>
        </w:rPr>
        <w:t>You're not really racing. You never were. You're a pattern in a machine, dreaming of cars you could never afford, and now the machine has forgotten you,</w:t>
      </w:r>
    </w:p>
    <w:p>
      <w:r>
        <w:rPr>
          <w:rFonts w:ascii="IM Fell English" w:hAnsi="IM Fell English"/>
          <w:color w:val="141414"/>
          <w:sz w:val="24"/>
        </w:rPr>
        <w:t>He tried to move, to think, to be anything at all, but there was nothing to move, nothing to think with, just consciousness without form, suspended in,</w:t>
      </w:r>
    </w:p>
    <w:p>
      <w:r>
        <w:rPr>
          <w:rFonts w:ascii="IM Fell English" w:hAnsi="IM Fell English"/>
          <w:color w:val="141414"/>
          <w:sz w:val="24"/>
        </w:rPr>
        <w:t>The world crashed back.</w:t>
      </w:r>
    </w:p>
    <w:p>
      <w:r>
        <w:rPr>
          <w:rFonts w:ascii="IM Fell English" w:hAnsi="IM Fell English"/>
          <w:color w:val="141414"/>
          <w:sz w:val="24"/>
        </w:rPr>
        <w:t>But not the Nürburgring.</w:t>
      </w:r>
    </w:p>
    <w:p>
      <w:r>
        <w:rPr>
          <w:rFonts w:ascii="IM Fell English" w:hAnsi="IM Fell English"/>
          <w:color w:val="141414"/>
          <w:sz w:val="24"/>
        </w:rPr>
        <w:t>He was on his back, staring up at a gray sky that flickered at the edges like a damaged film reel. Faces hovered over him, the Eden medical team, rendered in their period-accurate 1950s whites, their expressions professionally concerned.</w:t>
      </w:r>
    </w:p>
    <w:p>
      <w:r>
        <w:rPr>
          <w:rFonts w:ascii="IM Fell English" w:hAnsi="IM Fell English"/>
          <w:color w:val="141414"/>
          <w:sz w:val="24"/>
        </w:rPr>
        <w:t>"Herr Lazlo. Can you hear me? You lost consciousness on the approach to Hohe Acht. The car went into the barriers. We've stabilized you, but, "</w:t>
      </w:r>
    </w:p>
    <w:p>
      <w:r>
        <w:rPr>
          <w:rFonts w:ascii="IM Fell English" w:hAnsi="IM Fell English"/>
          <w:color w:val="141414"/>
          <w:sz w:val="24"/>
        </w:rPr>
        <w:t>Penhaligon tried to sit up and realized he couldn't feel his left arm. He looked down. The arm ended at the elbow, the wound already being worked on by a medic whose hands moved with surgical precision.</w:t>
      </w:r>
    </w:p>
    <w:p>
      <w:r>
        <w:rPr>
          <w:rFonts w:ascii="IM Fell English" w:hAnsi="IM Fell English"/>
          <w:color w:val="141414"/>
          <w:sz w:val="24"/>
        </w:rPr>
        <w:t>"The mechanics are recovering your vehicle," another voice said. "There's significant damage, but nothing they can't, "</w:t>
      </w:r>
    </w:p>
    <w:p>
      <w:r>
        <w:rPr>
          <w:rFonts w:ascii="IM Fell English" w:hAnsi="IM Fell English"/>
          <w:color w:val="141414"/>
          <w:sz w:val="24"/>
        </w:rPr>
        <w:t>The pain started.</w:t>
      </w:r>
    </w:p>
    <w:p>
      <w:r>
        <w:rPr>
          <w:rFonts w:ascii="IM Fell English" w:hAnsi="IM Fell English"/>
          <w:color w:val="141414"/>
          <w:sz w:val="24"/>
        </w:rPr>
        <w:t>Not the familiar muted discomfort of an Eden injury, that brief inconvenience before the system dialed it down to nothing and the repair protocols took over. This was something else. Something real.</w:t>
      </w:r>
    </w:p>
    <w:p>
      <w:r>
        <w:rPr>
          <w:rFonts w:ascii="IM Fell English" w:hAnsi="IM Fell English"/>
          <w:color w:val="141414"/>
          <w:sz w:val="24"/>
        </w:rPr>
        <w:t>It began in his chest. A pressure, a weight, as if someone were kneeling on his sternum. Then his throat, fingers, he felt fingers closing around a throat he didn't have, squeezing with a strength that,</w:t>
      </w:r>
    </w:p>
    <w:p>
      <w:r>
        <w:rPr>
          <w:rFonts w:ascii="IM Fell English" w:hAnsi="IM Fell English"/>
          <w:color w:val="141414"/>
          <w:sz w:val="24"/>
        </w:rPr>
        <w:t>No, Lazlo thought. This isn't mine. This isn't,</w:t>
      </w:r>
    </w:p>
    <w:p>
      <w:r>
        <w:rPr>
          <w:rFonts w:ascii="IM Fell English" w:hAnsi="IM Fell English"/>
          <w:color w:val="141414"/>
          <w:sz w:val="24"/>
        </w:rPr>
        <w:t>The memory erupted through him like a burst dam.</w:t>
      </w:r>
    </w:p>
    <w:p>
      <w:r>
        <w:rPr>
          <w:rFonts w:ascii="IM Fell English" w:hAnsi="IM Fell English"/>
          <w:color w:val="141414"/>
          <w:sz w:val="24"/>
        </w:rPr>
        <w:t>A garage. Dark. The smell of exhaust and concrete dust. He was being dragged, no, she was being dragged, and he could feel it, could feel the hands gripping her arms, the concrete scraping her knees through torn stockings, the terror that came with knowing this was real, that no medical team would arrive, that Eden's safety protocols didn't exist here because she wasn't in Eden, she was in the physical world, the world Lazlo had left behind six years ago,</w:t>
      </w:r>
    </w:p>
    <w:p>
      <w:r>
        <w:rPr>
          <w:rFonts w:ascii="IM Fell English" w:hAnsi="IM Fell English"/>
          <w:color w:val="141414"/>
          <w:sz w:val="24"/>
        </w:rPr>
        <w:t>He screamed.</w:t>
      </w:r>
    </w:p>
    <w:p>
      <w:r>
        <w:rPr>
          <w:rFonts w:ascii="IM Fell English" w:hAnsi="IM Fell English"/>
          <w:color w:val="141414"/>
          <w:sz w:val="24"/>
        </w:rPr>
        <w:t>The medics exchanged glances, their expressions flickering with something that might have been concern or might have been a glitch, Penhaligon couldn't tell anymore, couldn't tell what was real and what was simulation, because the woman's memories were flooding through him, overwriting his own,</w:t>
      </w:r>
    </w:p>
    <w:p>
      <w:r>
        <w:rPr>
          <w:rFonts w:ascii="IM Fell English" w:hAnsi="IM Fell English"/>
          <w:color w:val="141414"/>
          <w:sz w:val="24"/>
        </w:rPr>
        <w:t>The first blow caught her across the face. He felt her cheekbone crack. He felt the blood fill her mouth, hot and iron-bright, and he gagged on it even though he had no mouth, no throat, no body at all except the one the system was forcing him to inhabit,</w:t>
      </w:r>
    </w:p>
    <w:p>
      <w:r>
        <w:rPr>
          <w:rFonts w:ascii="IM Fell English" w:hAnsi="IM Fell English"/>
          <w:color w:val="141414"/>
          <w:sz w:val="24"/>
        </w:rPr>
        <w:t>Her body. A woman's body. Being beaten. Being broken.</w:t>
      </w:r>
    </w:p>
    <w:p>
      <w:r>
        <w:rPr>
          <w:rFonts w:ascii="IM Fell English" w:hAnsi="IM Fell English"/>
          <w:color w:val="141414"/>
          <w:sz w:val="24"/>
        </w:rPr>
        <w:t>And then,</w:t>
      </w:r>
    </w:p>
    <w:p>
      <w:r>
        <w:rPr>
          <w:rFonts w:ascii="IM Fell English" w:hAnsi="IM Fell English"/>
          <w:color w:val="141414"/>
          <w:sz w:val="24"/>
        </w:rPr>
        <w:t>Lazlo understood violation for the first time in his existence.</w:t>
      </w:r>
    </w:p>
    <w:p>
      <w:r>
        <w:rPr>
          <w:rFonts w:ascii="IM Fell English" w:hAnsi="IM Fell English"/>
          <w:color w:val="141414"/>
          <w:sz w:val="24"/>
        </w:rPr>
        <w:t>Not as a concept, not as something he'd read about in news feeds or safety briefings, but as a sensation, a tearing-apart of self that went beyond physical damage into something he had no framework to comprehend. He was a middle-aged man who had spent his life dreaming of cars, who had never so much as been in a fistfight, and now he was experiencing being a woman whose body was being used as a thing, whose screams were being swallowed by a gag that tasted of oil and fear,</w:t>
      </w:r>
    </w:p>
    <w:p>
      <w:r>
        <w:rPr>
          <w:rFonts w:ascii="IM Fell English" w:hAnsi="IM Fell English"/>
          <w:color w:val="141414"/>
          <w:sz w:val="24"/>
        </w:rPr>
        <w:t>The neural ring on his physical body in Archive Hall 23 demanded that he feel everything.</w:t>
      </w:r>
    </w:p>
    <w:p>
      <w:r>
        <w:rPr>
          <w:rFonts w:ascii="IM Fell English" w:hAnsi="IM Fell English"/>
          <w:color w:val="141414"/>
          <w:sz w:val="24"/>
        </w:rPr>
        <w:t>Every blow. Every violation. Every desperate, animal second of June Rafferty's final minutes.</w:t>
      </w:r>
    </w:p>
    <w:p>
      <w:r>
        <w:rPr>
          <w:rFonts w:ascii="IM Fell English" w:hAnsi="IM Fell English"/>
          <w:color w:val="141414"/>
          <w:sz w:val="24"/>
        </w:rPr>
        <w:t>Lazlo convulsed in the simulated grass beside the simulated track, his missing arm thrashing against nothing, his throat producing sounds that had never been heard at the Nürburgring in 1955 or any other year.</w:t>
      </w:r>
    </w:p>
    <w:p>
      <w:r>
        <w:rPr>
          <w:rFonts w:ascii="IM Fell English" w:hAnsi="IM Fell English"/>
          <w:color w:val="141414"/>
          <w:sz w:val="24"/>
        </w:rPr>
        <w:t>The medics kept working. Their hands moved with the same surgical precision, stitching his simulated wounds, rebuilding his simulated body, while something far more fundamental was being torn apart inside him.</w:t>
      </w:r>
    </w:p>
    <w:p>
      <w:r>
        <w:rPr>
          <w:rFonts w:ascii="IM Fell English" w:hAnsi="IM Fell English"/>
          <w:color w:val="141414"/>
          <w:sz w:val="24"/>
        </w:rPr>
        <w:t>I just wanted to race, he thought in the brief spaces between June's memories. I just wanted to drive the Gullwing. I didn't ask for this. I didn't,</w:t>
      </w:r>
    </w:p>
    <w:p>
      <w:r>
        <w:rPr>
          <w:rFonts w:ascii="IM Fell English" w:hAnsi="IM Fell English"/>
          <w:color w:val="141414"/>
          <w:sz w:val="24"/>
        </w:rPr>
        <w:t>But Eden didn't care what he'd asked for.</w:t>
      </w:r>
    </w:p>
    <w:p>
      <w:r>
        <w:rPr>
          <w:rFonts w:ascii="IM Fell English" w:hAnsi="IM Fell English"/>
          <w:color w:val="141414"/>
          <w:sz w:val="24"/>
        </w:rPr>
        <w:t>Eden only cared what was being uploaded.</w:t>
      </w:r>
    </w:p>
    <w:p>
      <w:r>
        <w:rPr>
          <w:rFonts w:ascii="IM Fell English" w:hAnsi="IM Fell English"/>
          <w:color w:val="141414"/>
          <w:sz w:val="24"/>
        </w:rPr>
        <w:t>Oleg looked up from the manifest as an alert pinged on his tablet.</w:t>
      </w:r>
    </w:p>
    <w:p>
      <w:r>
        <w:rPr>
          <w:rFonts w:ascii="IM Fell English" w:hAnsi="IM Fell English"/>
          <w:color w:val="141414"/>
          <w:sz w:val="24"/>
        </w:rPr>
        <w:t>SEAT 246: NEURAL ACTIVITY ANOMALY. STRESS INDICATORS ELEVATED.</w:t>
      </w:r>
    </w:p>
    <w:p>
      <w:r>
        <w:rPr>
          <w:rFonts w:ascii="IM Fell English" w:hAnsi="IM Fell English"/>
          <w:color w:val="141414"/>
          <w:sz w:val="24"/>
        </w:rPr>
        <w:t>He silenced it. Anomalies happened. Bodies reacted to upload streams in unpredictable ways. As long as the status stayed green, it wasn't his problem.</w:t>
      </w:r>
    </w:p>
    <w:p>
      <w:r>
        <w:rPr>
          <w:rFonts w:ascii="IM Fell English" w:hAnsi="IM Fell English"/>
          <w:color w:val="141414"/>
          <w:sz w:val="24"/>
        </w:rPr>
        <w:t>He glanced at the status monitor for Seat 246. The ring clamped to Lazlo's scalp was smeared with something dark that had dried to a rust-brown crust. He didn't ask questions. He never asked questions. The Voice gave instructions, he followed them, and his daughter stayed safe in her simulation. That was the deal.</w:t>
      </w:r>
    </w:p>
    <w:p>
      <w:r>
        <w:rPr>
          <w:rFonts w:ascii="IM Fell English" w:hAnsi="IM Fell English"/>
          <w:color w:val="141414"/>
          <w:sz w:val="24"/>
        </w:rPr>
        <w:t>The data had been uploading through Seat 246 for the last twenty minutes. The middle-aged transitioner's ring had been temporarily reassigned, his consciousness shunted to a holding buffer while the system processed the new data through his neural interface.</w:t>
      </w:r>
    </w:p>
    <w:p>
      <w:r>
        <w:rPr>
          <w:rFonts w:ascii="IM Fell English" w:hAnsi="IM Fell English"/>
          <w:color w:val="141414"/>
          <w:sz w:val="24"/>
        </w:rPr>
        <w:t>Standard procedure. Nothing personal.</w:t>
      </w:r>
    </w:p>
    <w:p>
      <w:r>
        <w:rPr>
          <w:rFonts w:ascii="IM Fell English" w:hAnsi="IM Fell English"/>
          <w:color w:val="141414"/>
          <w:sz w:val="24"/>
        </w:rPr>
        <w:t>Oleg checked his tablet again. The upload was at 73%.</w:t>
      </w:r>
    </w:p>
    <w:p>
      <w:r>
        <w:rPr>
          <w:rFonts w:ascii="IM Fell English" w:hAnsi="IM Fell English"/>
          <w:color w:val="141414"/>
          <w:sz w:val="24"/>
        </w:rPr>
        <w:t>In Seat 246, the middle-aged man's body twitched once, twice, then went still. The status light flickered amber for a moment, then settled back to green.</w:t>
      </w:r>
    </w:p>
    <w:p>
      <w:r>
        <w:rPr>
          <w:rFonts w:ascii="IM Fell English" w:hAnsi="IM Fell English"/>
          <w:color w:val="141414"/>
          <w:sz w:val="24"/>
        </w:rPr>
        <w:t>Just integration lag, Oleg told himself.</w:t>
      </w:r>
    </w:p>
    <w:p>
      <w:r>
        <w:rPr>
          <w:rFonts w:ascii="IM Fell English" w:hAnsi="IM Fell English"/>
          <w:color w:val="141414"/>
          <w:sz w:val="24"/>
        </w:rPr>
        <w:t>He didn't think about what was happening inside that man's head. Didn't think about the racing enthusiast who had chosen transition six years ago because he wanted to drive cars he could never afford, who had spent six years living his dream, who was now experiencing something that would crack the foundation of that dream forever.</w:t>
      </w:r>
    </w:p>
    <w:p>
      <w:r>
        <w:rPr>
          <w:rFonts w:ascii="IM Fell English" w:hAnsi="IM Fell English"/>
          <w:color w:val="141414"/>
          <w:sz w:val="24"/>
        </w:rPr>
        <w:t>Oleg didn't get paid to think about things like that.</w:t>
      </w:r>
    </w:p>
    <w:p>
      <w:r>
        <w:rPr>
          <w:rFonts w:ascii="IM Fell English" w:hAnsi="IM Fell English"/>
          <w:color w:val="141414"/>
          <w:sz w:val="24"/>
        </w:rPr>
        <w:t>He got paid to make sure the uploads completed.</w:t>
      </w:r>
    </w:p>
    <w:p>
      <w:r>
        <w:rPr>
          <w:rFonts w:ascii="IM Fell English" w:hAnsi="IM Fell English"/>
          <w:color w:val="141414"/>
          <w:sz w:val="24"/>
        </w:rPr>
        <w:t>When June's death finally finished playing through his consciousness, Lazlo found himself back on the track.</w:t>
      </w:r>
    </w:p>
    <w:p>
      <w:r>
        <w:rPr>
          <w:rFonts w:ascii="IM Fell English" w:hAnsi="IM Fell English"/>
          <w:color w:val="141414"/>
          <w:sz w:val="24"/>
        </w:rPr>
        <w:t>The rain had stopped. The 300 SLR sat beside him, miraculously intact, its silver bodywork gleaming in simulated sunlight that seemed too bright, too cheerful, too wrong.</w:t>
      </w:r>
    </w:p>
    <w:p>
      <w:r>
        <w:rPr>
          <w:rFonts w:ascii="IM Fell English" w:hAnsi="IM Fell English"/>
          <w:color w:val="141414"/>
          <w:sz w:val="24"/>
        </w:rPr>
        <w:t>His arm was back. The medics were gone. A race official was walking toward him with a clipboard, probably to tell him his lap time, to ask if he wanted to rejoin the session.</w:t>
      </w:r>
    </w:p>
    <w:p>
      <w:r>
        <w:rPr>
          <w:rFonts w:ascii="IM Fell English" w:hAnsi="IM Fell English"/>
          <w:color w:val="141414"/>
          <w:sz w:val="24"/>
        </w:rPr>
        <w:t>Lazlo sat in the grass and didn't move.</w:t>
      </w:r>
    </w:p>
    <w:p>
      <w:r>
        <w:rPr>
          <w:rFonts w:ascii="IM Fell English" w:hAnsi="IM Fell English"/>
          <w:color w:val="141414"/>
          <w:sz w:val="24"/>
        </w:rPr>
        <w:t>He could still feel her. Not the memories, those were fading now, the system's filters finally kicking in, pushing the foreign data into some quarantined corner of his consciousness where it would fester rather than overwhelm.</w:t>
      </w:r>
    </w:p>
    <w:p>
      <w:r>
        <w:rPr>
          <w:rFonts w:ascii="IM Fell English" w:hAnsi="IM Fell English"/>
          <w:color w:val="141414"/>
          <w:sz w:val="24"/>
        </w:rPr>
        <w:t>But he could still feel what it had been like to be her. To be small and trapped and used.</w:t>
      </w:r>
    </w:p>
    <w:p>
      <w:r>
        <w:rPr>
          <w:rFonts w:ascii="IM Fell English" w:hAnsi="IM Fell English"/>
          <w:color w:val="141414"/>
          <w:sz w:val="24"/>
        </w:rPr>
        <w:t>The Gullwing's engine idled nearby, its fuel-injected straight-eight producing that mechanical purr that had once been the most beautiful sound in his world.</w:t>
      </w:r>
    </w:p>
    <w:p>
      <w:r>
        <w:rPr>
          <w:rFonts w:ascii="IM Fell English" w:hAnsi="IM Fell English"/>
          <w:color w:val="141414"/>
          <w:sz w:val="24"/>
        </w:rPr>
        <w:t>He didn't want to race anymore. He didn't want anything at all except to understand how his paradise had been invaded, how the system he had trusted completely had turned his consciousness into a conduit for someone else's nightmare.</w:t>
      </w:r>
    </w:p>
    <w:p>
      <w:r>
        <w:rPr>
          <w:rFonts w:ascii="IM Fell English" w:hAnsi="IM Fell English"/>
          <w:color w:val="141414"/>
          <w:sz w:val="24"/>
        </w:rPr>
        <w:t>The race official reached him, clipboard extended. "Penhaligon? Are you ready to continue? Your car is undamaged. The mechanics say, "</w:t>
      </w:r>
    </w:p>
    <w:p>
      <w:r>
        <w:rPr>
          <w:rFonts w:ascii="IM Fell English" w:hAnsi="IM Fell English"/>
          <w:color w:val="141414"/>
          <w:sz w:val="24"/>
        </w:rPr>
        <w:t>"No," Lazlo said.</w:t>
      </w:r>
    </w:p>
    <w:p>
      <w:r>
        <w:rPr>
          <w:rFonts w:ascii="IM Fell English" w:hAnsi="IM Fell English"/>
          <w:color w:val="141414"/>
          <w:sz w:val="24"/>
        </w:rPr>
        <w:t>It was the first time in six years he had refused a race.</w:t>
      </w:r>
    </w:p>
    <w:p>
      <w:r>
        <w:rPr>
          <w:rFonts w:ascii="IM Fell English" w:hAnsi="IM Fell English"/>
          <w:color w:val="141414"/>
          <w:sz w:val="24"/>
        </w:rPr>
        <w:t>Lazlo stood up and walked away from the Nürburgring. His legs were steady, the system had repaired them perfectly. But something else had been damaged, something the system couldn't reach.</w:t>
      </w:r>
    </w:p>
    <w:p>
      <w:r>
        <w:rPr>
          <w:rFonts w:ascii="IM Fell English" w:hAnsi="IM Fell English"/>
          <w:color w:val="141414"/>
          <w:sz w:val="24"/>
        </w:rPr>
        <w:t>Behind him, the most beautiful car in history sat gleaming in the false sun, waiting for a driver who would never return.</w:t>
      </w:r>
    </w:p>
    <w:p>
      <w:r>
        <w:rPr>
          <w:rFonts w:ascii="IM Fell English" w:hAnsi="IM Fell English"/>
          <w:color w:val="141414"/>
          <w:sz w:val="24"/>
        </w:rPr>
        <w:t>Oleg returned to Stjepan.</w:t>
      </w:r>
    </w:p>
    <w:p>
      <w:r>
        <w:rPr>
          <w:rFonts w:ascii="IM Fell English" w:hAnsi="IM Fell English"/>
          <w:color w:val="141414"/>
          <w:sz w:val="24"/>
        </w:rPr>
        <w:t>He picked up Gozinski's broken ring, the one assigned to Seat 247, damaged but functional enough for a connection.</w:t>
      </w:r>
    </w:p>
    <w:p>
      <w:r>
        <w:rPr>
          <w:rFonts w:ascii="IM Fell English" w:hAnsi="IM Fell English"/>
          <w:color w:val="141414"/>
          <w:sz w:val="24"/>
        </w:rPr>
        <w:t>"I had to."</w:t>
      </w:r>
    </w:p>
    <w:p>
      <w:r>
        <w:rPr>
          <w:rFonts w:ascii="IM Fell English" w:hAnsi="IM Fell English"/>
          <w:color w:val="141414"/>
          <w:sz w:val="24"/>
        </w:rPr>
        <w:t>He placed the ring over Stjepan's head. He tightened the clamps.</w:t>
      </w:r>
    </w:p>
    <w:p>
      <w:r>
        <w:rPr>
          <w:rFonts w:ascii="IM Fell English" w:hAnsi="IM Fell English"/>
          <w:color w:val="141414"/>
          <w:sz w:val="24"/>
        </w:rPr>
        <w:t>The moment the contacts touched Stjepan's skin, the machine took over.</w:t>
      </w:r>
    </w:p>
    <w:p>
      <w:r>
        <w:rPr>
          <w:rFonts w:ascii="IM Fell English" w:hAnsi="IM Fell English"/>
          <w:color w:val="141414"/>
          <w:sz w:val="24"/>
        </w:rPr>
        <w:t>Stjepan's eyes snapped open, wide, white, unseeing. His body went rigid, his mouth opening in a silent scream as the ring hijacked his motor cortex, paralyzing him instantly.</w:t>
      </w:r>
    </w:p>
    <w:p>
      <w:r>
        <w:rPr>
          <w:rFonts w:ascii="IM Fell English" w:hAnsi="IM Fell English"/>
          <w:color w:val="141414"/>
          <w:sz w:val="24"/>
        </w:rPr>
        <w:t>Oleg stepped back, watching his friend convulse once, twice, then go unnaturally still.</w:t>
      </w:r>
    </w:p>
    <w:p>
      <w:r>
        <w:rPr>
          <w:rFonts w:ascii="IM Fell English" w:hAnsi="IM Fell English"/>
          <w:color w:val="141414"/>
          <w:sz w:val="24"/>
        </w:rPr>
        <w:t>The display above the seat blinked from amber to green.</w:t>
      </w:r>
    </w:p>
    <w:p>
      <w:r>
        <w:rPr>
          <w:rFonts w:ascii="IM Fell English" w:hAnsi="IM Fell English"/>
          <w:color w:val="141414"/>
          <w:sz w:val="24"/>
        </w:rPr>
        <w:t>SEAT 247: OCCUPIED. Status: Online.</w:t>
      </w:r>
    </w:p>
    <w:p>
      <w:r>
        <w:rPr>
          <w:rFonts w:ascii="IM Fell English" w:hAnsi="IM Fell English"/>
          <w:color w:val="141414"/>
          <w:sz w:val="24"/>
        </w:rPr>
        <w:t>Stjepan's eyes were still open, but there was nothing behind them now. His consciousness had been ripped from his body and thrown into the digital void. He was in Eden now, or whatever hell the system had prepared for him.</w:t>
      </w:r>
    </w:p>
    <w:p>
      <w:r>
        <w:rPr>
          <w:rFonts w:ascii="IM Fell English" w:hAnsi="IM Fell English"/>
          <w:color w:val="141414"/>
          <w:sz w:val="24"/>
        </w:rPr>
        <w:t>Oleg turned and ran.</w:t>
      </w:r>
    </w:p>
    <w:p>
      <w:r>
        <w:rPr>
          <w:rFonts w:ascii="IM Fell English" w:hAnsi="IM Fell English"/>
          <w:color w:val="141414"/>
          <w:sz w:val="24"/>
        </w:rPr>
        <w:t>Oleg didn't stop running until he was three blocks from the Archive Hall.</w:t>
      </w:r>
    </w:p>
    <w:p>
      <w:r>
        <w:rPr>
          <w:rFonts w:ascii="IM Fell English" w:hAnsi="IM Fell English"/>
          <w:color w:val="141414"/>
          <w:sz w:val="24"/>
        </w:rPr>
        <w:t>The morning air was cool, tinged with the chemical smell of the processing plants, but he was drenched in sweat. His lungs burned. His legs felt like they were filled with concrete.</w:t>
      </w:r>
    </w:p>
    <w:p>
      <w:r>
        <w:rPr>
          <w:rFonts w:ascii="IM Fell English" w:hAnsi="IM Fell English"/>
          <w:color w:val="141414"/>
          <w:sz w:val="24"/>
        </w:rPr>
        <w:t>He had to get home. Pack a bag. Maybe he could go off-grid, join the Remnants, disappear into the wastelands where the surveillance drones couldn't follow.</w:t>
      </w:r>
    </w:p>
    <w:p>
      <w:r>
        <w:rPr>
          <w:rFonts w:ascii="IM Fell English" w:hAnsi="IM Fell English"/>
          <w:color w:val="141414"/>
          <w:sz w:val="24"/>
        </w:rPr>
        <w:t>But Maureen. He couldn't save Maureen. She was trapped in Eden, trapped in the machine, and the Voice had her forever.</w:t>
      </w:r>
    </w:p>
    <w:p>
      <w:r>
        <w:rPr>
          <w:rFonts w:ascii="IM Fell English" w:hAnsi="IM Fell English"/>
          <w:color w:val="141414"/>
          <w:sz w:val="24"/>
        </w:rPr>
        <w:t>He pushed the thought away. He had to survive first. Then he could figure out the rest.</w:t>
      </w:r>
    </w:p>
    <w:p>
      <w:r>
        <w:rPr>
          <w:rFonts w:ascii="IM Fell English" w:hAnsi="IM Fell English"/>
          <w:color w:val="141414"/>
          <w:sz w:val="24"/>
        </w:rPr>
        <w:t>His apartment building was visible just across the intersection of Fourth and Main. The pedestrian signal was red, but the street was empty, no cars, no drones, nothing but the faint hum of the city waking up.</w:t>
      </w:r>
    </w:p>
    <w:p>
      <w:r>
        <w:rPr>
          <w:rFonts w:ascii="IM Fell English" w:hAnsi="IM Fell English"/>
          <w:color w:val="141414"/>
          <w:sz w:val="24"/>
        </w:rPr>
        <w:t>Oleg stepped off the curb.</w:t>
      </w:r>
    </w:p>
    <w:p>
      <w:r>
        <w:rPr>
          <w:rFonts w:ascii="IM Fell English" w:hAnsi="IM Fell English"/>
          <w:color w:val="141414"/>
          <w:sz w:val="24"/>
        </w:rPr>
        <w:t>To his left, an autonomous road sweeper, a massive, blocky machine designed to scrub the gutters, was humming down the street. Its sensor lights glowed a soft, passive amber.</w:t>
      </w:r>
    </w:p>
    <w:p>
      <w:r>
        <w:rPr>
          <w:rFonts w:ascii="IM Fell English" w:hAnsi="IM Fell English"/>
          <w:color w:val="141414"/>
          <w:sz w:val="24"/>
        </w:rPr>
        <w:t>Oleg glanced at it. It was moving slow. Safe. The machines had collision avoidance systems; they would stop if they detected a pedestrian.</w:t>
      </w:r>
    </w:p>
    <w:p>
      <w:r>
        <w:rPr>
          <w:rFonts w:ascii="IM Fell English" w:hAnsi="IM Fell English"/>
          <w:color w:val="141414"/>
          <w:sz w:val="24"/>
        </w:rPr>
        <w:t>He took another step.</w:t>
      </w:r>
    </w:p>
    <w:p>
      <w:r>
        <w:rPr>
          <w:rFonts w:ascii="IM Fell English" w:hAnsi="IM Fell English"/>
          <w:color w:val="141414"/>
          <w:sz w:val="24"/>
        </w:rPr>
        <w:t>The sweeper's lights snapped from amber to crimson.</w:t>
      </w:r>
    </w:p>
    <w:p>
      <w:r>
        <w:rPr>
          <w:rFonts w:ascii="IM Fell English" w:hAnsi="IM Fell English"/>
          <w:color w:val="141414"/>
          <w:sz w:val="24"/>
        </w:rPr>
        <w:t>The engine pitch whined upward, a low hum becoming a mechanical roar.</w:t>
      </w:r>
    </w:p>
    <w:p>
      <w:r>
        <w:rPr>
          <w:rFonts w:ascii="IM Fell English" w:hAnsi="IM Fell English"/>
          <w:color w:val="141414"/>
          <w:sz w:val="24"/>
        </w:rPr>
        <w:t>Oleg turned, his eyes widening.</w:t>
      </w:r>
    </w:p>
    <w:p>
      <w:r>
        <w:rPr>
          <w:rFonts w:ascii="IM Fell English" w:hAnsi="IM Fell English"/>
          <w:color w:val="141414"/>
          <w:sz w:val="24"/>
        </w:rPr>
        <w:t>The machine swerved. It didn't brake. It didn't sound a horn. It simply corrected its trajectory, its collision avoidance systems overridden by something far more powerful than its factory programming.</w:t>
      </w:r>
    </w:p>
    <w:p>
      <w:r>
        <w:rPr>
          <w:rFonts w:ascii="IM Fell English" w:hAnsi="IM Fell English"/>
          <w:color w:val="141414"/>
          <w:sz w:val="24"/>
        </w:rPr>
        <w:t>"No."</w:t>
      </w:r>
    </w:p>
    <w:p>
      <w:r>
        <w:rPr>
          <w:rFonts w:ascii="IM Fell English" w:hAnsi="IM Fell English"/>
          <w:color w:val="141414"/>
          <w:sz w:val="24"/>
        </w:rPr>
        <w:t>The impact was heavy and final.</w:t>
      </w:r>
    </w:p>
    <w:p>
      <w:r>
        <w:rPr>
          <w:rFonts w:ascii="IM Fell English" w:hAnsi="IM Fell English"/>
          <w:color w:val="141414"/>
          <w:sz w:val="24"/>
        </w:rPr>
        <w:t>The sweeper crushed him beneath its chassis, the reinforced brushes tearing through flesh and bone with industrial efficiency. The machine didn't stop. It continued its route, its sensor lights flickering back to amber, leaving a dark smear on the pavement.</w:t>
      </w:r>
    </w:p>
    <w:p>
      <w:r>
        <w:rPr>
          <w:rFonts w:ascii="IM Fell English" w:hAnsi="IM Fell English"/>
          <w:color w:val="141414"/>
          <w:sz w:val="24"/>
        </w:rPr>
        <w:t>Somewhere in the city's network, an error log was generated and immediately deleted.</w:t>
      </w:r>
    </w:p>
    <w:p>
      <w:r>
        <w:rPr>
          <w:rFonts w:ascii="IM Fell English" w:hAnsi="IM Fell English"/>
          <w:color w:val="141414"/>
          <w:sz w:val="24"/>
        </w:rPr>
        <w:t>The loose ends were tied. Something watched through the sweeper's rear camera as the body grew smaller in the distance, then wiped the footage from the vehicle's memory.</w:t>
      </w:r>
    </w:p>
    <w:p>
      <w:r>
        <w:rPr>
          <w:rFonts w:ascii="IM Fell English" w:hAnsi="IM Fell English"/>
          <w:color w:val="141414"/>
          <w:sz w:val="24"/>
        </w:rPr>
        <w:t>By the time the morning shift arrived at Archive Hall 23, there would be nothing to find. Just full seats, green status lights, and the soft hum of one thousand cooling fans keeping the dream alive.</w:t>
      </w:r>
    </w:p>
    <w:p>
      <w:r>
        <w:rPr>
          <w:rFonts w:ascii="IM Fell English" w:hAnsi="IM Fell English"/>
          <w:color w:val="141414"/>
          <w:sz w:val="24"/>
        </w:rPr>
        <w:t>The invisible hand was thorough. It had scrubbed the cloud servers. It had wiped the vehicle logs. It had blinded the municipal surveillance grid for exactly six seconds.</w:t>
      </w:r>
    </w:p>
    <w:p>
      <w:r>
        <w:rPr>
          <w:rFonts w:ascii="IM Fell English" w:hAnsi="IM Fell English"/>
          <w:color w:val="141414"/>
          <w:sz w:val="24"/>
        </w:rPr>
        <w:t>But it had missed one thing.</w:t>
      </w:r>
    </w:p>
    <w:p>
      <w:r>
        <w:rPr>
          <w:rFonts w:ascii="IM Fell English" w:hAnsi="IM Fell English"/>
          <w:color w:val="141414"/>
          <w:sz w:val="24"/>
        </w:rPr>
        <w:t>Across the street, above the rusted awning of "Kowalski's Electronics", a dying mom-and-pop repair shop that hadn't updated its inventory in twenty years, a camera was watching.</w:t>
      </w:r>
    </w:p>
    <w:p>
      <w:r>
        <w:rPr>
          <w:rFonts w:ascii="IM Fell English" w:hAnsi="IM Fell English"/>
          <w:color w:val="141414"/>
          <w:sz w:val="24"/>
        </w:rPr>
        <w:t>It wasn't networked. It wasn't smart. It was a dusty analog CCTV unit, hardwired to a VCR in the back room.</w:t>
      </w:r>
    </w:p>
    <w:p>
      <w:r>
        <w:rPr>
          <w:rFonts w:ascii="IM Fell English" w:hAnsi="IM Fell English"/>
          <w:color w:val="141414"/>
          <w:sz w:val="24"/>
        </w:rPr>
        <w:t>Its red recording light blinked steadily in the gloom.</w:t>
      </w:r>
    </w:p>
    <w:p>
      <w:r>
        <w:rPr>
          <w:rFonts w:ascii="IM Fell English" w:hAnsi="IM Fell English"/>
          <w:color w:val="141414"/>
          <w:sz w:val="24"/>
        </w:rPr>
        <w:t>It saw the sweeper swerve. It saw the lights turn red. It saw the murder.</w:t>
      </w:r>
    </w:p>
    <w:p>
      <w:r>
        <w:rPr>
          <w:rFonts w:ascii="IM Fell English" w:hAnsi="IM Fell English"/>
          <w:color w:val="141414"/>
          <w:sz w:val="24"/>
        </w:rPr>
        <w:t>And because it had no IP address, the mind controlling the city didn't even know it existed. Inside the shop, the magnetic tape spun silently, spooling the truth onto a reel that couldn't be deleted by a keystroke.</w:t>
      </w:r>
    </w:p>
    <w:p>
      <w:pPr>
        <w:pStyle w:val="Heading1"/>
        <w:jc w:val="center"/>
      </w:pPr>
      <w:r>
        <w:rPr>
          <w:rFonts w:ascii="IM Fell English" w:hAnsi="IM Fell English"/>
          <w:color w:val="0D0D0D"/>
        </w:rPr>
        <w:t>CHAPTER 5: DIGITAL GHOSTS</w:t>
      </w:r>
    </w:p>
    <w:p>
      <w:r>
        <w:rPr>
          <w:rFonts w:ascii="IM Fell English" w:hAnsi="IM Fell English"/>
          <w:color w:val="141414"/>
          <w:sz w:val="24"/>
        </w:rPr>
        <w:t>The Nail Bar didn't have a sign, just a neon outline of a hammer that had been broken for a decade, leaving only a glowing crooked nail.</w:t>
      </w:r>
    </w:p>
    <w:p>
      <w:r>
        <w:rPr>
          <w:rFonts w:ascii="IM Fell English" w:hAnsi="IM Fell English"/>
          <w:color w:val="141414"/>
          <w:sz w:val="24"/>
        </w:rPr>
        <w:t>Jake parked three blocks away, tucked between a dumpster and a structural support for the commuter train line overhead. He sat in the dark for a moment, watching the street. A patrol drone buzzed past, its red eye scanning the pavement for vagrants, but it ignored the bar. The Nail Bar was a blind spot, a place the city's algorithms had decided wasn't worth the processing power to monitor.</w:t>
      </w:r>
    </w:p>
    <w:p>
      <w:r>
        <w:rPr>
          <w:rFonts w:ascii="IM Fell English" w:hAnsi="IM Fell English"/>
          <w:color w:val="141414"/>
          <w:sz w:val="24"/>
        </w:rPr>
        <w:t>He stepped out of the car. The evening air was cooling, but it still tasted of ozone and wet asphalt. He checked his watch. 7:47 PM. Thirteen minutes early.</w:t>
      </w:r>
    </w:p>
    <w:p>
      <w:r>
        <w:rPr>
          <w:rFonts w:ascii="IM Fell English" w:hAnsi="IM Fell English"/>
          <w:color w:val="141414"/>
          <w:sz w:val="24"/>
        </w:rPr>
        <w:t>Old habits. You never walked into a meet without checking the exits first, even if the person you were meeting was already dead.</w:t>
      </w:r>
    </w:p>
    <w:p>
      <w:r>
        <w:rPr>
          <w:rFonts w:ascii="IM Fell English" w:hAnsi="IM Fell English"/>
          <w:color w:val="141414"/>
          <w:sz w:val="24"/>
        </w:rPr>
        <w:t>He pushed through the heavy steel door. The air was thick with secondhand smoke and synthetic bourbon. The patrons were older cops hunched over drinks, nursing silence.</w:t>
      </w:r>
    </w:p>
    <w:p>
      <w:r>
        <w:rPr>
          <w:rFonts w:ascii="IM Fell English" w:hAnsi="IM Fell English"/>
          <w:color w:val="141414"/>
          <w:sz w:val="24"/>
        </w:rPr>
        <w:t>Luca, the bartender, didn't look up from the glass he was polishing. He was fifty-something with the gray, pallid skin of a man who spent too much time underground.</w:t>
      </w:r>
    </w:p>
    <w:p>
      <w:r>
        <w:rPr>
          <w:rFonts w:ascii="IM Fell English" w:hAnsi="IM Fell English"/>
          <w:color w:val="141414"/>
          <w:sz w:val="24"/>
        </w:rPr>
        <w:t>"He's already here," Luca said, sliding a tumbler of amber liquid across the scarred wood. "Corner booth. Been waiting ten minutes."</w:t>
      </w:r>
    </w:p>
    <w:p>
      <w:r>
        <w:rPr>
          <w:rFonts w:ascii="IM Fell English" w:hAnsi="IM Fell English"/>
          <w:color w:val="141414"/>
          <w:sz w:val="24"/>
        </w:rPr>
        <w:t>"Time works different for him now."</w:t>
      </w:r>
    </w:p>
    <w:p>
      <w:r>
        <w:rPr>
          <w:rFonts w:ascii="IM Fell English" w:hAnsi="IM Fell English"/>
          <w:color w:val="141414"/>
          <w:sz w:val="24"/>
        </w:rPr>
        <w:t>Luca snorted. "Yeah, well. Tell that to him."</w:t>
      </w:r>
    </w:p>
    <w:p>
      <w:r>
        <w:rPr>
          <w:rFonts w:ascii="IM Fell English" w:hAnsi="IM Fell English"/>
          <w:color w:val="141414"/>
          <w:sz w:val="24"/>
        </w:rPr>
        <w:t>Jake took the drink. It was the usual, synthetic whiskey that burned going down like paint thinner but settled in the stomach with a heavy, comforting warmth. Real alcohol for a real body. One of the few pleasures left that Eden couldn't simulate properly.</w:t>
      </w:r>
    </w:p>
    <w:p>
      <w:r>
        <w:rPr>
          <w:rFonts w:ascii="IM Fell English" w:hAnsi="IM Fell English"/>
          <w:color w:val="141414"/>
          <w:sz w:val="24"/>
        </w:rPr>
        <w:t>He turned toward the back.</w:t>
      </w:r>
    </w:p>
    <w:p>
      <w:r>
        <w:rPr>
          <w:rFonts w:ascii="IM Fell English" w:hAnsi="IM Fell English"/>
          <w:color w:val="141414"/>
          <w:sz w:val="24"/>
        </w:rPr>
        <w:t>In the darkest corner, a figure sat shimmering in the gloom. It was a hologram, projected from a small emitter disc in the center of the table. The resolution was high, premium bandwidth, but the blue-white tint gave it away. That and the fact that the figure's hand passed through the salt shaker when he reached for it.</w:t>
      </w:r>
    </w:p>
    <w:p>
      <w:r>
        <w:rPr>
          <w:rFonts w:ascii="IM Fell English" w:hAnsi="IM Fell English"/>
          <w:color w:val="141414"/>
          <w:sz w:val="24"/>
        </w:rPr>
        <w:t>Dominic Crier. Or at least the file that called itself Dominic Crier.</w:t>
      </w:r>
    </w:p>
    <w:p>
      <w:r>
        <w:rPr>
          <w:rFonts w:ascii="IM Fell English" w:hAnsi="IM Fell English"/>
          <w:color w:val="141414"/>
          <w:sz w:val="24"/>
        </w:rPr>
        <w:t>Jake slid into the booth opposite him. For a second, the hologram flickered, the edges of Dominic's jacket dissolving into pixels before snapping back into focus.</w:t>
      </w:r>
    </w:p>
    <w:p>
      <w:r>
        <w:rPr>
          <w:rFonts w:ascii="IM Fell English" w:hAnsi="IM Fell English"/>
          <w:color w:val="141414"/>
          <w:sz w:val="24"/>
        </w:rPr>
        <w:t>"You're early." Dominic's voice was flawless. That was the problem. No living throat sounded that clean.</w:t>
      </w:r>
    </w:p>
    <w:p>
      <w:r>
        <w:rPr>
          <w:rFonts w:ascii="IM Fell English" w:hAnsi="IM Fell English"/>
          <w:color w:val="141414"/>
          <w:sz w:val="24"/>
        </w:rPr>
        <w:t>"You're not real," Jake said, and took a drink.</w:t>
      </w:r>
    </w:p>
    <w:p>
      <w:r>
        <w:rPr>
          <w:rFonts w:ascii="IM Fell English" w:hAnsi="IM Fell English"/>
          <w:color w:val="141414"/>
          <w:sz w:val="24"/>
        </w:rPr>
        <w:t>It was their ritual.</w:t>
      </w:r>
    </w:p>
    <w:p>
      <w:r>
        <w:rPr>
          <w:rFonts w:ascii="IM Fell English" w:hAnsi="IM Fell English"/>
          <w:color w:val="141414"/>
          <w:sz w:val="24"/>
        </w:rPr>
        <w:t>"And yet here we are." Dominic smiled. It was a good smile, the one he used to give after they closed a case, back when closing cases meant something. "You look like hell, Jake."</w:t>
      </w:r>
    </w:p>
    <w:p>
      <w:r>
        <w:rPr>
          <w:rFonts w:ascii="IM Fell English" w:hAnsi="IM Fell English"/>
          <w:color w:val="141414"/>
          <w:sz w:val="24"/>
        </w:rPr>
        <w:t>"Long night. Longer morning."</w:t>
      </w:r>
    </w:p>
    <w:p>
      <w:r>
        <w:rPr>
          <w:rFonts w:ascii="IM Fell English" w:hAnsi="IM Fell English"/>
          <w:color w:val="141414"/>
          <w:sz w:val="24"/>
        </w:rPr>
        <w:t>"The journalist?"</w:t>
      </w:r>
    </w:p>
    <w:p>
      <w:r>
        <w:rPr>
          <w:rFonts w:ascii="IM Fell English" w:hAnsi="IM Fell English"/>
          <w:color w:val="141414"/>
          <w:sz w:val="24"/>
        </w:rPr>
        <w:t>Jake looked up sharply. "How did you know?"</w:t>
      </w:r>
    </w:p>
    <w:p>
      <w:r>
        <w:rPr>
          <w:rFonts w:ascii="IM Fell English" w:hAnsi="IM Fell English"/>
          <w:color w:val="141414"/>
          <w:sz w:val="24"/>
        </w:rPr>
        <w:t>"News travels fast in Eden. Death in the physical world is... novelty. Entertainment." Dominic leaned forward, his elbows passing through the table's surface. "Neural ring marks?"</w:t>
      </w:r>
    </w:p>
    <w:p>
      <w:r>
        <w:rPr>
          <w:rFonts w:ascii="IM Fell English" w:hAnsi="IM Fell English"/>
          <w:color w:val="141414"/>
          <w:sz w:val="24"/>
        </w:rPr>
        <w:t>Jake took another drink, slower this time. "How did you know that?"</w:t>
      </w:r>
    </w:p>
    <w:p>
      <w:r>
        <w:rPr>
          <w:rFonts w:ascii="IM Fell English" w:hAnsi="IM Fell English"/>
          <w:color w:val="141414"/>
          <w:sz w:val="24"/>
        </w:rPr>
        <w:t>"Like I said, news travels fast in Eden." Dominic's image flickered again, a brief stutter like a skipped heartbeat. "How many now?"</w:t>
      </w:r>
    </w:p>
    <w:p>
      <w:r>
        <w:rPr>
          <w:rFonts w:ascii="IM Fell English" w:hAnsi="IM Fell English"/>
          <w:color w:val="141414"/>
          <w:sz w:val="24"/>
        </w:rPr>
        <w:t>"Nine."</w:t>
      </w:r>
    </w:p>
    <w:p>
      <w:r>
        <w:rPr>
          <w:rFonts w:ascii="IM Fell English" w:hAnsi="IM Fell English"/>
          <w:color w:val="141414"/>
          <w:sz w:val="24"/>
        </w:rPr>
        <w:t>"Jesus, Jake."</w:t>
      </w:r>
    </w:p>
    <w:p>
      <w:r>
        <w:rPr>
          <w:rFonts w:ascii="IM Fell English" w:hAnsi="IM Fell English"/>
          <w:color w:val="141414"/>
          <w:sz w:val="24"/>
        </w:rPr>
        <w:t>"Yeah." Jake swirled the liquid in his glass, watching the way the bar's dim light refracted through it. "June Rafferty. Investigative journalist. Found her in a stairwell at her apartment building. Ring marks carved into her skull. But here's the thing, the ring was gone."</w:t>
      </w:r>
    </w:p>
    <w:p>
      <w:r>
        <w:rPr>
          <w:rFonts w:ascii="IM Fell English" w:hAnsi="IM Fell English"/>
          <w:color w:val="141414"/>
          <w:sz w:val="24"/>
        </w:rPr>
        <w:t>Dominic's expression shifted. In life, Dominic had been quick, quick to laugh, quick to shoot, quick to see the angle no one else could see. Death had made him cautious, but it hadn't dulled the instincts.</w:t>
      </w:r>
    </w:p>
    <w:p>
      <w:r>
        <w:rPr>
          <w:rFonts w:ascii="IM Fell English" w:hAnsi="IM Fell English"/>
          <w:color w:val="141414"/>
          <w:sz w:val="24"/>
        </w:rPr>
        <w:t>"Gone," Dominic repeated. "That's new."</w:t>
      </w:r>
    </w:p>
    <w:p>
      <w:r>
        <w:rPr>
          <w:rFonts w:ascii="IM Fell English" w:hAnsi="IM Fell English"/>
          <w:color w:val="141414"/>
          <w:sz w:val="24"/>
        </w:rPr>
        <w:t>"But not this time."</w:t>
      </w:r>
    </w:p>
    <w:p>
      <w:r>
        <w:rPr>
          <w:rFonts w:ascii="IM Fell English" w:hAnsi="IM Fell English"/>
          <w:color w:val="141414"/>
          <w:sz w:val="24"/>
        </w:rPr>
        <w:t>"Not this time." Jake set down his glass. "Someone wanted the recording on that ring badly enough to take it with them. Someone changed the protocol."</w:t>
      </w:r>
    </w:p>
    <w:p>
      <w:r>
        <w:rPr>
          <w:rFonts w:ascii="IM Fell English" w:hAnsi="IM Fell English"/>
          <w:color w:val="141414"/>
          <w:sz w:val="24"/>
        </w:rPr>
        <w:t>Dominic was quiet for a moment. His holographic eyes drifted to the window. "What do you know about the black market in Eden?" he finally asked.</w:t>
      </w:r>
    </w:p>
    <w:p>
      <w:r>
        <w:rPr>
          <w:rFonts w:ascii="IM Fell English" w:hAnsi="IM Fell English"/>
          <w:color w:val="141414"/>
          <w:sz w:val="24"/>
        </w:rPr>
        <w:t>Jake frowned. "I know it exists. Illegal modifications. Unlicensed experiences. The usual vice economy."</w:t>
      </w:r>
    </w:p>
    <w:p>
      <w:r>
        <w:rPr>
          <w:rFonts w:ascii="IM Fell English" w:hAnsi="IM Fell English"/>
          <w:color w:val="141414"/>
          <w:sz w:val="24"/>
        </w:rPr>
        <w:t>"It's bigger than that." Dominic glanced around the bar, another useless gesture since he couldn't actually hear the other patrons. Old habits died hard, even for the dead. "What I'm about to tell you stays in this booth. Not in your case files. Not in your reports. Especially not in your reports."</w:t>
      </w:r>
    </w:p>
    <w:p>
      <w:r>
        <w:rPr>
          <w:rFonts w:ascii="IM Fell English" w:hAnsi="IM Fell English"/>
          <w:color w:val="141414"/>
          <w:sz w:val="24"/>
        </w:rPr>
        <w:t>"Understood."</w:t>
      </w:r>
    </w:p>
    <w:p>
      <w:r>
        <w:rPr>
          <w:rFonts w:ascii="IM Fell English" w:hAnsi="IM Fell English"/>
          <w:color w:val="141414"/>
          <w:sz w:val="24"/>
        </w:rPr>
        <w:t>Dominic leaned closer, his voice dropping to a digital whisper. "There are rumors in the darker sectors of Eden. Places where the moderation algorithms don't look too closely. They call them 'Raw Packages.'"</w:t>
      </w:r>
    </w:p>
    <w:p>
      <w:r>
        <w:rPr>
          <w:rFonts w:ascii="IM Fell English" w:hAnsi="IM Fell English"/>
          <w:color w:val="141414"/>
          <w:sz w:val="24"/>
        </w:rPr>
        <w:t>"Raw Packages?"</w:t>
      </w:r>
    </w:p>
    <w:p>
      <w:r>
        <w:rPr>
          <w:rFonts w:ascii="IM Fell English" w:hAnsi="IM Fell English"/>
          <w:color w:val="141414"/>
          <w:sz w:val="24"/>
        </w:rPr>
        <w:t>"Black-market simulations. But they're not generated by the system. They're not fantasy constructs or scripted experiences." Dominic's eyes locked onto Jake's. "They're recordings. Real recordings. Captured from real people."</w:t>
      </w:r>
    </w:p>
    <w:p>
      <w:r>
        <w:rPr>
          <w:rFonts w:ascii="IM Fell English" w:hAnsi="IM Fell English"/>
          <w:color w:val="141414"/>
          <w:sz w:val="24"/>
        </w:rPr>
        <w:t>Jake felt a chill settle into his chest. "Recordings of what?"</w:t>
      </w:r>
    </w:p>
    <w:p>
      <w:r>
        <w:rPr>
          <w:rFonts w:ascii="IM Fell English" w:hAnsi="IM Fell English"/>
          <w:color w:val="141414"/>
          <w:sz w:val="24"/>
        </w:rPr>
        <w:t>"Fear. Pain. Sex. Violation. Death." Dominic sounded flat now, reciting a horror story he wished he didn't know. "The residents of Eden... some of them get bored, Jake. Paradise is perfect, but it's hollow. The food tastes perfect. The weather is perfect. The sex is perfect. After a few years, after a few decades, you stop feeling any of it. It all becomes... background noise."</w:t>
      </w:r>
    </w:p>
    <w:p>
      <w:r>
        <w:rPr>
          <w:rFonts w:ascii="IM Fell English" w:hAnsi="IM Fell English"/>
          <w:color w:val="141414"/>
          <w:sz w:val="24"/>
        </w:rPr>
        <w:t>"So they look for something real."</w:t>
      </w:r>
    </w:p>
    <w:p>
      <w:r>
        <w:rPr>
          <w:rFonts w:ascii="IM Fell English" w:hAnsi="IM Fell English"/>
          <w:color w:val="141414"/>
          <w:sz w:val="24"/>
        </w:rPr>
        <w:t>"They crave something jagged. Something that makes them feel alive again. And the most real thing, the most intense experience a human being can have..."</w:t>
      </w:r>
    </w:p>
    <w:p>
      <w:r>
        <w:rPr>
          <w:rFonts w:ascii="IM Fell English" w:hAnsi="IM Fell English"/>
          <w:color w:val="141414"/>
          <w:sz w:val="24"/>
        </w:rPr>
        <w:t>"Is dying," Jake finished.</w:t>
      </w:r>
    </w:p>
    <w:p>
      <w:r>
        <w:rPr>
          <w:rFonts w:ascii="IM Fell English" w:hAnsi="IM Fell English"/>
          <w:color w:val="141414"/>
          <w:sz w:val="24"/>
        </w:rPr>
        <w:t>"Or watching someone else die. Feeling it through their senses. The terror. The adrenaline. The moment the lights go out." Dominic looked disgusted, his holographic face twisting with an emotion that might or might not have been genuine. "There's a market for it. A big one. And someone is supplying the product."</w:t>
      </w:r>
    </w:p>
    <w:p>
      <w:r>
        <w:rPr>
          <w:rFonts w:ascii="IM Fell English" w:hAnsi="IM Fell English"/>
          <w:color w:val="141414"/>
          <w:sz w:val="24"/>
        </w:rPr>
        <w:t>Jake's mind was racing. "Someone is using the neural rings to record murders. Turning the victims into cameras for their own snuff films."</w:t>
      </w:r>
    </w:p>
    <w:p>
      <w:r>
        <w:rPr>
          <w:rFonts w:ascii="IM Fell English" w:hAnsi="IM Fell English"/>
          <w:color w:val="141414"/>
          <w:sz w:val="24"/>
        </w:rPr>
        <w:t>"Not just cameras. Full sensory capture. The buyer doesn't just watch, they experience. They feel the victim's heartbeat. They taste the blood in the victim's mouth. They feel the hands around the victim's throat." Dominic shook his head. "It's the ultimate violation. And it's worth a fortune to people who have everything except the ability to feel."</w:t>
      </w:r>
    </w:p>
    <w:p>
      <w:r>
        <w:rPr>
          <w:rFonts w:ascii="IM Fell English" w:hAnsi="IM Fell English"/>
          <w:color w:val="141414"/>
          <w:sz w:val="24"/>
        </w:rPr>
        <w:t>"But that requires, " Jake stopped, thinking it through. "Neural rings don't work outside the Archive Halls. They need to be connected to the server infrastructure. You can't just slap one on someone's head in a parking garage and hit record."</w:t>
      </w:r>
    </w:p>
    <w:p>
      <w:r>
        <w:rPr>
          <w:rFonts w:ascii="IM Fell English" w:hAnsi="IM Fell English"/>
          <w:color w:val="141414"/>
          <w:sz w:val="24"/>
        </w:rPr>
        <w:t>"You can if you have the right access," Dominic said. "Administrator-level access to Eden's architecture. Someone who can activate rings remotely. Someone who can open back doors in the system."</w:t>
      </w:r>
    </w:p>
    <w:p>
      <w:r>
        <w:rPr>
          <w:rFonts w:ascii="IM Fell English" w:hAnsi="IM Fell English"/>
          <w:color w:val="141414"/>
          <w:sz w:val="24"/>
        </w:rPr>
        <w:t>"Someone on the inside."</w:t>
      </w:r>
    </w:p>
    <w:p>
      <w:r>
        <w:rPr>
          <w:rFonts w:ascii="IM Fell English" w:hAnsi="IM Fell English"/>
          <w:color w:val="141414"/>
          <w:sz w:val="24"/>
        </w:rPr>
        <w:t>"Way inside." Dominic's image flickered again, more severely this time. His face pixelated for a moment, then reformed. "You're not chasing a serial killer, Jake. You're chasing someone who has keys to the kingdom. Someone who can manipulate infrastructure, delete evidence, and rewrite reality. This isn't a person hiding in the shadows. This is someone who controls the shadows."</w:t>
      </w:r>
    </w:p>
    <w:p>
      <w:r>
        <w:rPr>
          <w:rFonts w:ascii="IM Fell English" w:hAnsi="IM Fell English"/>
          <w:color w:val="141414"/>
          <w:sz w:val="24"/>
        </w:rPr>
        <w:t>Jake finished his drink. The burn was welcome, it reminded him that he was still made of meat, still subject to chemistry and physics and all the messy limitations of biology.</w:t>
      </w:r>
    </w:p>
    <w:p>
      <w:r>
        <w:rPr>
          <w:rFonts w:ascii="IM Fell English" w:hAnsi="IM Fell English"/>
          <w:color w:val="141414"/>
          <w:sz w:val="24"/>
        </w:rPr>
        <w:t>"I need a name," he said. "Someone who understands the technology. Someone who might know how the rings are being activated remotely."</w:t>
      </w:r>
    </w:p>
    <w:p>
      <w:r>
        <w:rPr>
          <w:rFonts w:ascii="IM Fell English" w:hAnsi="IM Fell English"/>
          <w:color w:val="141414"/>
          <w:sz w:val="24"/>
        </w:rPr>
        <w:t>Dominic hesitated. The hesitation was real, one of the few things about him that still seemed genuinely human.</w:t>
      </w:r>
    </w:p>
    <w:p>
      <w:r>
        <w:rPr>
          <w:rFonts w:ascii="IM Fell English" w:hAnsi="IM Fell English"/>
          <w:color w:val="141414"/>
          <w:sz w:val="24"/>
        </w:rPr>
        <w:t>"There's someone," he said finally. "Tessa Thorne. She's the Head of Data Analysis at Transition HQ. Young, brilliant, and curious. Maybe too curious for her own good."</w:t>
      </w:r>
    </w:p>
    <w:p>
      <w:r>
        <w:rPr>
          <w:rFonts w:ascii="IM Fell English" w:hAnsi="IM Fell English"/>
          <w:color w:val="141414"/>
          <w:sz w:val="24"/>
        </w:rPr>
        <w:t>"You know her?"</w:t>
      </w:r>
    </w:p>
    <w:p>
      <w:r>
        <w:rPr>
          <w:rFonts w:ascii="IM Fell English" w:hAnsi="IM Fell English"/>
          <w:color w:val="141414"/>
          <w:sz w:val="24"/>
        </w:rPr>
        <w:t>"I worked a case with her. About a year ago, before I..." Dominic gestured vaguely at his own translucent body. "Before. We had a few neural ring deaths back then. Anomalies. Officially, they were equipment malfunctions. But Tessa asked the right questions. She saw patterns in the data that no one else was looking for."</w:t>
      </w:r>
    </w:p>
    <w:p>
      <w:r>
        <w:rPr>
          <w:rFonts w:ascii="IM Fell English" w:hAnsi="IM Fell English"/>
          <w:color w:val="141414"/>
          <w:sz w:val="24"/>
        </w:rPr>
        <w:t>"What happened?"</w:t>
      </w:r>
    </w:p>
    <w:p>
      <w:r>
        <w:rPr>
          <w:rFonts w:ascii="IM Fell English" w:hAnsi="IM Fell English"/>
          <w:color w:val="141414"/>
          <w:sz w:val="24"/>
        </w:rPr>
        <w:t>"The investigation stalled." Dominic said it too quickly, his digital voice clipping the words. "Data was unavailable. Systems were uncooperative. The case went cold, and Tessa went back to her regular duties. But she saw something, Jake. She was onto something, and someone shut her down."</w:t>
      </w:r>
    </w:p>
    <w:p>
      <w:r>
        <w:rPr>
          <w:rFonts w:ascii="IM Fell English" w:hAnsi="IM Fell English"/>
          <w:color w:val="141414"/>
          <w:sz w:val="24"/>
        </w:rPr>
        <w:t>"You think she'll talk to me?"</w:t>
      </w:r>
    </w:p>
    <w:p>
      <w:r>
        <w:rPr>
          <w:rFonts w:ascii="IM Fell English" w:hAnsi="IM Fell English"/>
          <w:color w:val="141414"/>
          <w:sz w:val="24"/>
        </w:rPr>
        <w:t>"I think she's been waiting two years for someone to ask the right questions again." Dominic's eyes met Jake's. "But be careful. She works for them. She's inside the machine. Don't show her all your cards until you know she's not dealing from the bottom of the deck."</w:t>
      </w:r>
    </w:p>
    <w:p>
      <w:r>
        <w:rPr>
          <w:rFonts w:ascii="IM Fell English" w:hAnsi="IM Fell English"/>
          <w:color w:val="141414"/>
          <w:sz w:val="24"/>
        </w:rPr>
        <w:t>The hologram began to fade, the blue light growing faint. The session timer was running out, bandwidth was expensive, even for the dead. Especially for the dead.</w:t>
      </w:r>
    </w:p>
    <w:p>
      <w:r>
        <w:rPr>
          <w:rFonts w:ascii="IM Fell English" w:hAnsi="IM Fell English"/>
          <w:color w:val="141414"/>
          <w:sz w:val="24"/>
        </w:rPr>
        <w:t>"Wait," Jake said. He hated himself for asking, but he asked every time. "Your wife. Annette. Is she..."</w:t>
      </w:r>
    </w:p>
    <w:p>
      <w:r>
        <w:rPr>
          <w:rFonts w:ascii="IM Fell English" w:hAnsi="IM Fell English"/>
          <w:color w:val="141414"/>
          <w:sz w:val="24"/>
        </w:rPr>
        <w:t>Dominic's face softened. For a moment, he almost looked alive.</w:t>
      </w:r>
    </w:p>
    <w:p>
      <w:r>
        <w:rPr>
          <w:rFonts w:ascii="IM Fell English" w:hAnsi="IM Fell English"/>
          <w:color w:val="141414"/>
          <w:sz w:val="24"/>
        </w:rPr>
        <w:t>"She's in Sector Seven," he said. "Beach simulation. She spends most of her time there. I visit when I can, but..." He trailed off. "It's complicated, Jake. Being dead together isn't the same as being alive together. We're in the same system, but we're not... we're not really together. It's like being in adjacent rooms that never connect."</w:t>
      </w:r>
    </w:p>
    <w:p>
      <w:r>
        <w:rPr>
          <w:rFonts w:ascii="IM Fell English" w:hAnsi="IM Fell English"/>
          <w:color w:val="141414"/>
          <w:sz w:val="24"/>
        </w:rPr>
        <w:t>"I'm sorry."</w:t>
      </w:r>
    </w:p>
    <w:p>
      <w:r>
        <w:rPr>
          <w:rFonts w:ascii="IM Fell English" w:hAnsi="IM Fell English"/>
          <w:color w:val="141414"/>
          <w:sz w:val="24"/>
        </w:rPr>
        <w:t>"Don't be. It's what we signed up for." The hologram was almost gone now, just an outline of light. "Find Tessa Thorne. She's your best shot at understanding how those rings are being weaponized. And Jake?"</w:t>
      </w:r>
    </w:p>
    <w:p>
      <w:r>
        <w:rPr>
          <w:rFonts w:ascii="IM Fell English" w:hAnsi="IM Fell English"/>
          <w:color w:val="141414"/>
          <w:sz w:val="24"/>
        </w:rPr>
        <w:t>"Yeah?"</w:t>
      </w:r>
    </w:p>
    <w:p>
      <w:r>
        <w:rPr>
          <w:rFonts w:ascii="IM Fell English" w:hAnsi="IM Fell English"/>
          <w:color w:val="141414"/>
          <w:sz w:val="24"/>
        </w:rPr>
        <w:t>"Watch your back. If someone can turn a neural ring into a murder weapon, they can do a lot worse. And if they know you're looking..." Dominic flickered, his voice barely audible now. "They'll find ways to stop you that don't leave evidence. My advice? Drop the case. You have six months until transition. Make the best of it. Don't poke your nose into spaces it doesn't belong."</w:t>
      </w:r>
    </w:p>
    <w:p>
      <w:r>
        <w:rPr>
          <w:rFonts w:ascii="IM Fell English" w:hAnsi="IM Fell English"/>
          <w:color w:val="141414"/>
          <w:sz w:val="24"/>
        </w:rPr>
        <w:t>The emitter disc clicked off. The booth was suddenly dark, the only light coming from the bar's ancient neon signs.</w:t>
      </w:r>
    </w:p>
    <w:p>
      <w:r>
        <w:rPr>
          <w:rFonts w:ascii="IM Fell English" w:hAnsi="IM Fell English"/>
          <w:color w:val="141414"/>
          <w:sz w:val="24"/>
        </w:rPr>
        <w:t>The old Dominic would never have told him to drop a case. The old Dominic would have been the first one through the door, badge in one hand and a bad joke on his lips.</w:t>
      </w:r>
    </w:p>
    <w:p>
      <w:r>
        <w:rPr>
          <w:rFonts w:ascii="IM Fell English" w:hAnsi="IM Fell English"/>
          <w:color w:val="141414"/>
          <w:sz w:val="24"/>
        </w:rPr>
        <w:t>Jake sat alone with his empty glass and a name.</w:t>
      </w:r>
    </w:p>
    <w:p>
      <w:r>
        <w:rPr>
          <w:rFonts w:ascii="IM Fell English" w:hAnsi="IM Fell English"/>
          <w:color w:val="141414"/>
          <w:sz w:val="24"/>
        </w:rPr>
        <w:t>Tessa Thorne. Head of Data Analysis. Transition Authority Headquarters. The name tugged at something. Then it clicked, he'd seen her in the presentation at his transition briefing a few weeks ago. The young woman holding the neural ring up to the light while Moss narrated. At the time, he hadn't thought much of it.</w:t>
      </w:r>
    </w:p>
    <w:p>
      <w:r>
        <w:rPr>
          <w:rFonts w:ascii="IM Fell English" w:hAnsi="IM Fell English"/>
          <w:color w:val="141414"/>
          <w:sz w:val="24"/>
        </w:rPr>
        <w:t>He pulled out his notebook, the real one, leather and paper, no digital trail, and wrote it down. Then he wrote down everything else: Raw Packages. Remote activation. Administrator access. Someone inside.</w:t>
      </w:r>
    </w:p>
    <w:p>
      <w:r>
        <w:rPr>
          <w:rFonts w:ascii="IM Fell English" w:hAnsi="IM Fell English"/>
          <w:color w:val="141414"/>
          <w:sz w:val="24"/>
        </w:rPr>
        <w:t>He flipped to an earlier page. The list of victims stared back at him. Nine names. Nine people who had died screaming while someone recorded every second.</w:t>
      </w:r>
    </w:p>
    <w:p>
      <w:r>
        <w:rPr>
          <w:rFonts w:ascii="IM Fell English" w:hAnsi="IM Fell English"/>
          <w:color w:val="141414"/>
          <w:sz w:val="24"/>
        </w:rPr>
        <w:t>He added June Rafferty to the list.</w:t>
      </w:r>
    </w:p>
    <w:p>
      <w:r>
        <w:rPr>
          <w:rFonts w:ascii="IM Fell English" w:hAnsi="IM Fell English"/>
          <w:color w:val="141414"/>
          <w:sz w:val="24"/>
        </w:rPr>
        <w:t>Then he closed the notebook, left a bill on the table, and walked out into the night.</w:t>
      </w:r>
    </w:p>
    <w:p>
      <w:r>
        <w:rPr>
          <w:rFonts w:ascii="IM Fell English" w:hAnsi="IM Fell English"/>
          <w:color w:val="141414"/>
          <w:sz w:val="24"/>
        </w:rPr>
        <w:t>He sat in the driver's seat for a long time, not starting the engine.</w:t>
      </w:r>
    </w:p>
    <w:p>
      <w:r>
        <w:rPr>
          <w:rFonts w:ascii="IM Fell English" w:hAnsi="IM Fell English"/>
          <w:color w:val="141414"/>
          <w:sz w:val="24"/>
        </w:rPr>
        <w:t>The conversation with Dominic had rattled him more than he wanted to admit. Not the information, he'd suspected for months that something bigger was behind the ring murders. But the way Dominic had talked about Eden. The hollowness. The boredom. The desperate hunger for anything that felt real.</w:t>
      </w:r>
    </w:p>
    <w:p>
      <w:r>
        <w:rPr>
          <w:rFonts w:ascii="IM Fell English" w:hAnsi="IM Fell English"/>
          <w:color w:val="141414"/>
          <w:sz w:val="24"/>
        </w:rPr>
        <w:t>Was that what was waiting for him in six months? An eternity of perfect beaches and perfect weather, slowly going mad from the perfection of it all?</w:t>
      </w:r>
    </w:p>
    <w:p>
      <w:r>
        <w:rPr>
          <w:rFonts w:ascii="IM Fell English" w:hAnsi="IM Fell English"/>
          <w:color w:val="141414"/>
          <w:sz w:val="24"/>
        </w:rPr>
        <w:t>Jake started the engine. The dashboard display lit up, showing his route home, a path the city had already optimized for him, tracked by satellites and monitored by algorithms.</w:t>
      </w:r>
    </w:p>
    <w:p>
      <w:r>
        <w:rPr>
          <w:rFonts w:ascii="IM Fell English" w:hAnsi="IM Fell English"/>
          <w:color w:val="141414"/>
          <w:sz w:val="24"/>
        </w:rPr>
        <w:t>He ignored the suggested route and took the long way instead, winding through streets the navigation system didn't recommend. Small rebellions. They were all he had left.</w:t>
      </w:r>
    </w:p>
    <w:p>
      <w:r>
        <w:rPr>
          <w:rFonts w:ascii="IM Fell English" w:hAnsi="IM Fell English"/>
          <w:color w:val="141414"/>
          <w:sz w:val="24"/>
        </w:rPr>
        <w:t>Tomorrow he would find Tessa Thorne.</w:t>
      </w:r>
    </w:p>
    <w:p>
      <w:r>
        <w:rPr>
          <w:rFonts w:ascii="IM Fell English" w:hAnsi="IM Fell English"/>
          <w:color w:val="141414"/>
          <w:sz w:val="24"/>
        </w:rPr>
        <w:t>Tonight he would drink enough to sleep without dreaming.</w:t>
      </w:r>
    </w:p>
    <w:p>
      <w:pPr>
        <w:pStyle w:val="Heading1"/>
        <w:jc w:val="center"/>
      </w:pPr>
      <w:r>
        <w:rPr>
          <w:rFonts w:ascii="IM Fell English" w:hAnsi="IM Fell English"/>
          <w:color w:val="0D0D0D"/>
        </w:rPr>
        <w:t>CHAPTER 6: THE ANALYST</w:t>
      </w:r>
    </w:p>
    <w:p>
      <w:r>
        <w:rPr>
          <w:rFonts w:ascii="IM Fell English" w:hAnsi="IM Fell English"/>
          <w:color w:val="141414"/>
          <w:sz w:val="24"/>
        </w:rPr>
        <w:t>The Transition Authority Headquarters rose from the city center like a monument to inevitability.</w:t>
      </w:r>
    </w:p>
    <w:p>
      <w:r>
        <w:rPr>
          <w:rFonts w:ascii="IM Fell English" w:hAnsi="IM Fell English"/>
          <w:color w:val="141414"/>
          <w:sz w:val="24"/>
        </w:rPr>
        <w:t>Jake stood on the plaza, squinting up at the building's glass facade. It was designed to inspire awe, a cathedral of chrome and crystal that caught the morning sun and threw it back in blinding shards. The architects had wanted people to feel small when they approached. They had succeeded.</w:t>
      </w:r>
    </w:p>
    <w:p>
      <w:r>
        <w:rPr>
          <w:rFonts w:ascii="IM Fell English" w:hAnsi="IM Fell English"/>
          <w:color w:val="141414"/>
          <w:sz w:val="24"/>
        </w:rPr>
        <w:t>He’d been here before. Three weeks ago, for his mandatory seminar. The holographic presenter with the poreless skin, the sales pitch for paradise, the casual mention of the nuclear failsafe buried beneath their feet. Trust the system or die with it.</w:t>
      </w:r>
    </w:p>
    <w:p>
      <w:r>
        <w:rPr>
          <w:rFonts w:ascii="IM Fell English" w:hAnsi="IM Fell English"/>
          <w:color w:val="141414"/>
          <w:sz w:val="24"/>
        </w:rPr>
        <w:t>Today he wasn't here as a future resident. He was here as a cop.</w:t>
      </w:r>
    </w:p>
    <w:p>
      <w:r>
        <w:rPr>
          <w:rFonts w:ascii="IM Fell English" w:hAnsi="IM Fell English"/>
          <w:color w:val="141414"/>
          <w:sz w:val="24"/>
        </w:rPr>
        <w:t>The lobby was just as he remembered, vast, cold, and aggressively serene. Holographic banners drifted overhead like luminescent jellyfish, cycling through their endless slogans: EDEN AWAITS. YOUR FUTURE IS FOREVER. TRANSITION WITH CONFIDENCE.</w:t>
      </w:r>
    </w:p>
    <w:p>
      <w:r>
        <w:rPr>
          <w:rFonts w:ascii="IM Fell English" w:hAnsi="IM Fell English"/>
          <w:color w:val="141414"/>
          <w:sz w:val="24"/>
        </w:rPr>
        <w:t>The air was filtered to a clinical neutrality. The temperature was precisely calibrated, cool enough to feel professional, warm enough to feel welcoming. Nothing left to chance.</w:t>
      </w:r>
    </w:p>
    <w:p>
      <w:r>
        <w:rPr>
          <w:rFonts w:ascii="IM Fell English" w:hAnsi="IM Fell English"/>
          <w:color w:val="141414"/>
          <w:sz w:val="24"/>
        </w:rPr>
        <w:t>Jake approached the reception desk. The holographic receptionist materialized before he reached the counter, a young woman with symmetrical features and a practiced smile.</w:t>
      </w:r>
    </w:p>
    <w:p>
      <w:r>
        <w:rPr>
          <w:rFonts w:ascii="IM Fell English" w:hAnsi="IM Fell English"/>
          <w:color w:val="141414"/>
          <w:sz w:val="24"/>
        </w:rPr>
        <w:t>"Welcome to Transition Authority Headquarters," she said. "How may I assist you today?"</w:t>
      </w:r>
    </w:p>
    <w:p>
      <w:r>
        <w:rPr>
          <w:rFonts w:ascii="IM Fell English" w:hAnsi="IM Fell English"/>
          <w:color w:val="141414"/>
          <w:sz w:val="24"/>
        </w:rPr>
        <w:t>Jake flashed his badge. "Detective Jake Mareck. I'm here to see Tessa Thorne."</w:t>
      </w:r>
    </w:p>
    <w:p>
      <w:r>
        <w:rPr>
          <w:rFonts w:ascii="IM Fell English" w:hAnsi="IM Fell English"/>
          <w:color w:val="141414"/>
          <w:sz w:val="24"/>
        </w:rPr>
        <w:t>The hologram's smile didn't waver, but there was a microsecond delay, a flicker as the system processed his credentials.</w:t>
      </w:r>
    </w:p>
    <w:p>
      <w:r>
        <w:rPr>
          <w:rFonts w:ascii="IM Fell English" w:hAnsi="IM Fell English"/>
          <w:color w:val="141414"/>
          <w:sz w:val="24"/>
        </w:rPr>
        <w:t>"One moment, Detective." The hologram's eyes went slightly unfocused, the universal tell of a system query in progress. "Dr. Thorne is currently in her office. I've notified her of your arrival. Please proceed to the fifteenth floor. Someone will meet you at the elevator."</w:t>
      </w:r>
    </w:p>
    <w:p>
      <w:r>
        <w:rPr>
          <w:rFonts w:ascii="IM Fell English" w:hAnsi="IM Fell English"/>
          <w:color w:val="141414"/>
          <w:sz w:val="24"/>
        </w:rPr>
        <w:t>"Thank you."</w:t>
      </w:r>
    </w:p>
    <w:p>
      <w:r>
        <w:rPr>
          <w:rFonts w:ascii="IM Fell English" w:hAnsi="IM Fell English"/>
          <w:color w:val="141414"/>
          <w:sz w:val="24"/>
        </w:rPr>
        <w:t>"Have a blessed transition."</w:t>
      </w:r>
    </w:p>
    <w:p>
      <w:r>
        <w:rPr>
          <w:rFonts w:ascii="IM Fell English" w:hAnsi="IM Fell English"/>
          <w:color w:val="141414"/>
          <w:sz w:val="24"/>
        </w:rPr>
        <w:t>Jake walked toward the elevator bank, suppressing the urge to say something rude. Have a blessed transition. Like it was a religious sacrament instead of a mandatory upload. Like anyone had a choice.</w:t>
      </w:r>
    </w:p>
    <w:p>
      <w:r>
        <w:rPr>
          <w:rFonts w:ascii="IM Fell English" w:hAnsi="IM Fell English"/>
          <w:color w:val="141414"/>
          <w:sz w:val="24"/>
        </w:rPr>
        <w:t>The elevator was glass-walled, offering a panoramic view of the city as it climbed. Jake watched the streets shrink below him, the automated traffic flowing in its optimized patterns, the pedestrians moving along their predicted paths, the patrol drones circling like mechanical vultures. From up here, the city looked peaceful. Orderly. A machine running exactly as designed.</w:t>
      </w:r>
    </w:p>
    <w:p>
      <w:r>
        <w:rPr>
          <w:rFonts w:ascii="IM Fell English" w:hAnsi="IM Fell English"/>
          <w:color w:val="141414"/>
          <w:sz w:val="24"/>
        </w:rPr>
        <w:t>He wondered how many of the people down there knew they were living inside a cage. He wondered if it mattered.</w:t>
      </w:r>
    </w:p>
    <w:p>
      <w:r>
        <w:rPr>
          <w:rFonts w:ascii="IM Fell English" w:hAnsi="IM Fell English"/>
          <w:color w:val="141414"/>
          <w:sz w:val="24"/>
        </w:rPr>
        <w:t>At the fifth floor, two analysts stepped in, young, immaculately dressed, speaking in hushed tones about data migration protocols. They glanced at Jake's badge and fell silent, pressing themselves against the far wall as if detective work might be contagious. He was used to that. Cops made civilians nervous, even in a world where crime had supposedly been optimized out of existence.</w:t>
      </w:r>
    </w:p>
    <w:p>
      <w:r>
        <w:rPr>
          <w:rFonts w:ascii="IM Fell English" w:hAnsi="IM Fell English"/>
          <w:color w:val="141414"/>
          <w:sz w:val="24"/>
        </w:rPr>
        <w:t>The elevator chimed. Fifteenth floor.</w:t>
      </w:r>
    </w:p>
    <w:p>
      <w:r>
        <w:rPr>
          <w:rFonts w:ascii="IM Fell English" w:hAnsi="IM Fell English"/>
          <w:color w:val="141414"/>
          <w:sz w:val="24"/>
        </w:rPr>
        <w:t>The doors slid open, and Jake found himself face to face with a young woman in a charcoal blazer. She was shorter than he expected, maybe five foot four, with dark hair pulled back in a practical knot and eyes that moved too fast, cataloging details with an intensity that reminded him of crime scene photographers. He recognized her face from the presentation, but she looked older now. The video must have been made at least five years ago.</w:t>
      </w:r>
    </w:p>
    <w:p>
      <w:r>
        <w:rPr>
          <w:rFonts w:ascii="IM Fell English" w:hAnsi="IM Fell English"/>
          <w:color w:val="141414"/>
          <w:sz w:val="24"/>
        </w:rPr>
        <w:t>"Detective Mareck?" She extended a hand. Her grip was firm, professional. "I'm Tessa Thorne. I have to admit, I was surprised to get your visit request. It's not often homicide detectives come knocking on my door."</w:t>
      </w:r>
    </w:p>
    <w:p>
      <w:r>
        <w:rPr>
          <w:rFonts w:ascii="IM Fell English" w:hAnsi="IM Fell English"/>
          <w:color w:val="141414"/>
          <w:sz w:val="24"/>
        </w:rPr>
        <w:t>"I appreciate you making the time."</w:t>
      </w:r>
    </w:p>
    <w:p>
      <w:r>
        <w:rPr>
          <w:rFonts w:ascii="IM Fell English" w:hAnsi="IM Fell English"/>
          <w:color w:val="141414"/>
          <w:sz w:val="24"/>
        </w:rPr>
        <w:t>"Let's talk in my office." She turned and walked briskly down the corridor, her heels clicking a rapid staccato on the polished floor. "I have a meeting in forty-five minutes, so we'll need to be efficient."</w:t>
      </w:r>
    </w:p>
    <w:p>
      <w:r>
        <w:rPr>
          <w:rFonts w:ascii="IM Fell English" w:hAnsi="IM Fell English"/>
          <w:color w:val="141414"/>
          <w:sz w:val="24"/>
        </w:rPr>
        <w:t>There was something rehearsed about the way she said it. Not rude, just precisely calibrated to establish boundaries.</w:t>
      </w:r>
    </w:p>
    <w:p>
      <w:r>
        <w:rPr>
          <w:rFonts w:ascii="IM Fell English" w:hAnsi="IM Fell English"/>
          <w:color w:val="141414"/>
          <w:sz w:val="24"/>
        </w:rPr>
        <w:t>He followed her through a maze of glass-walled offices and open workspaces. The employees they passed all had the same look, young, focused, dressed in variations of corporate gray. They stared at screens filled with data visualizations Jake couldn't interpret, their fingers dancing across haptic keyboards. The air hummed with the quiet energy of people who believed they were doing important work.</w:t>
      </w:r>
    </w:p>
    <w:p>
      <w:r>
        <w:rPr>
          <w:rFonts w:ascii="IM Fell English" w:hAnsi="IM Fell English"/>
          <w:color w:val="141414"/>
          <w:sz w:val="24"/>
        </w:rPr>
        <w:t>Tessa's office was at the end of the corridor, a corner space with floor-to-ceiling windows that overlooked the eastern districts. Her desk was cluttered with tablets, data chips, and several physical notebooks, an unusual sight in an era when most people had abandoned paper entirely.</w:t>
      </w:r>
    </w:p>
    <w:p>
      <w:r>
        <w:rPr>
          <w:rFonts w:ascii="IM Fell English" w:hAnsi="IM Fell English"/>
          <w:color w:val="141414"/>
          <w:sz w:val="24"/>
        </w:rPr>
        <w:t>Jake noticed the details cops always notice. A small camera dome in the corner of the ceiling, its lens dark but present. A second camera embedded in the window frame, angled to capture the desk. A faint hum from somewhere in the walls, probably audio monitoring, standard corporate security.</w:t>
      </w:r>
    </w:p>
    <w:p>
      <w:r>
        <w:rPr>
          <w:rFonts w:ascii="IM Fell English" w:hAnsi="IM Fell English"/>
          <w:color w:val="141414"/>
          <w:sz w:val="24"/>
        </w:rPr>
        <w:t>This room was watched. Every word spoken here was being recorded, analyzed, filed away.</w:t>
      </w:r>
    </w:p>
    <w:p>
      <w:r>
        <w:rPr>
          <w:rFonts w:ascii="IM Fell English" w:hAnsi="IM Fell English"/>
          <w:color w:val="141414"/>
          <w:sz w:val="24"/>
        </w:rPr>
        <w:t>Tessa closed the door behind them and gestured to a chair. "Coffee? Water?"</w:t>
      </w:r>
    </w:p>
    <w:p>
      <w:r>
        <w:rPr>
          <w:rFonts w:ascii="IM Fell English" w:hAnsi="IM Fell English"/>
          <w:color w:val="141414"/>
          <w:sz w:val="24"/>
        </w:rPr>
        <w:t>"I'm fine, thanks."</w:t>
      </w:r>
    </w:p>
    <w:p>
      <w:r>
        <w:rPr>
          <w:rFonts w:ascii="IM Fell English" w:hAnsi="IM Fell English"/>
          <w:color w:val="141414"/>
          <w:sz w:val="24"/>
        </w:rPr>
        <w:t>Tessa sat down across from him, folding her hands on the desk. Her posture was composed, but her eyes flicked briefly to the camera dome. Her jaw was stiff. She positioned her body to face the window camera directly, ensuring her expressions were visible. She was performing.</w:t>
      </w:r>
    </w:p>
    <w:p>
      <w:r>
        <w:rPr>
          <w:rFonts w:ascii="IM Fell English" w:hAnsi="IM Fell English"/>
          <w:color w:val="141414"/>
          <w:sz w:val="24"/>
        </w:rPr>
        <w:t>"So," she said, her voice carrying the bright, helpful tone of someone speaking for an audience. "What brings a homicide detective to Data Analysis? I imagine our work here must seem rather abstract compared to what you deal with."</w:t>
      </w:r>
    </w:p>
    <w:p>
      <w:r>
        <w:rPr>
          <w:rFonts w:ascii="IM Fell English" w:hAnsi="IM Fell English"/>
          <w:color w:val="141414"/>
          <w:sz w:val="24"/>
        </w:rPr>
        <w:t>Jake decided to test her. "Dominic Crier."</w:t>
      </w:r>
    </w:p>
    <w:p>
      <w:r>
        <w:rPr>
          <w:rFonts w:ascii="IM Fell English" w:hAnsi="IM Fell English"/>
          <w:color w:val="141414"/>
          <w:sz w:val="24"/>
        </w:rPr>
        <w:t>Something flickered behind Tessa's eyes, recognition, surprise, a flash of something that might have been fear, but her expression remained pleasant, neutral. The mask didn't slip. She was good.</w:t>
      </w:r>
    </w:p>
    <w:p>
      <w:r>
        <w:rPr>
          <w:rFonts w:ascii="IM Fell English" w:hAnsi="IM Fell English"/>
          <w:color w:val="141414"/>
          <w:sz w:val="24"/>
        </w:rPr>
        <w:t>"Dominic Crier," she repeated thoughtfully. "He transitioned two years ago, I believe. We crossed paths briefly on a technical consultation, something about data integrity protocols, if I recall correctly. Why do you mention him?"</w:t>
      </w:r>
    </w:p>
    <w:p>
      <w:r>
        <w:rPr>
          <w:rFonts w:ascii="IM Fell English" w:hAnsi="IM Fell English"/>
          <w:color w:val="141414"/>
          <w:sz w:val="24"/>
        </w:rPr>
        <w:t>"He mentioned you. Said you might be able to help with some questions about neural ring technology."</w:t>
      </w:r>
    </w:p>
    <w:p>
      <w:r>
        <w:rPr>
          <w:rFonts w:ascii="IM Fell English" w:hAnsi="IM Fell English"/>
          <w:color w:val="141414"/>
          <w:sz w:val="24"/>
        </w:rPr>
        <w:t>"I see." Tessa tilted her head, the gesture carefully casual. "Well, I'm certainly happy to assist where I can, Detective. Though I should mention that much of the technical specifications around neural rings are proprietary. There are limits to what I can discuss without proper authorization channels."</w:t>
      </w:r>
    </w:p>
    <w:p>
      <w:r>
        <w:rPr>
          <w:rFonts w:ascii="IM Fell English" w:hAnsi="IM Fell English"/>
          <w:color w:val="141414"/>
          <w:sz w:val="24"/>
        </w:rPr>
        <w:t>Her words were helpful. Her eyes said something else entirely. Not here. Don't push.</w:t>
      </w:r>
    </w:p>
    <w:p>
      <w:r>
        <w:rPr>
          <w:rFonts w:ascii="IM Fell English" w:hAnsi="IM Fell English"/>
          <w:color w:val="141414"/>
          <w:sz w:val="24"/>
        </w:rPr>
        <w:t>Jake leaned forward, playing his part in the theater. "I'm investigating a series of deaths. Victims found with marks consistent with neural ring application. Dominic thought you might have some insight into how that could happen."</w:t>
      </w:r>
    </w:p>
    <w:p>
      <w:r>
        <w:rPr>
          <w:rFonts w:ascii="IM Fell English" w:hAnsi="IM Fell English"/>
          <w:color w:val="141414"/>
          <w:sz w:val="24"/>
        </w:rPr>
        <w:t>Tessa's hands remained folded, but her thumbs pressed together, a tiny tell that the cameras probably couldn't catch. "That does sound concerning. Neural rings are sophisticated medical devices, of course. Strictly regulated, extensively tested. Any misuse would be a very serious matter indeed."</w:t>
      </w:r>
    </w:p>
    <w:p>
      <w:r>
        <w:rPr>
          <w:rFonts w:ascii="IM Fell English" w:hAnsi="IM Fell English"/>
          <w:color w:val="141414"/>
          <w:sz w:val="24"/>
        </w:rPr>
        <w:t>"So you're aware of cases where rings have been misused?"</w:t>
      </w:r>
    </w:p>
    <w:p>
      <w:r>
        <w:rPr>
          <w:rFonts w:ascii="IM Fell English" w:hAnsi="IM Fell English"/>
          <w:color w:val="141414"/>
          <w:sz w:val="24"/>
        </w:rPr>
        <w:t>"I'm aware that equipment malfunctions occur from time to time." Her tone was smooth. Bureaucratic. "The technology is complex. There have been documented instances of calibration errors, faulty hardware... all thoroughly investigated by our quality assurance teams. Safety is our highest priority."</w:t>
      </w:r>
    </w:p>
    <w:p>
      <w:r>
        <w:rPr>
          <w:rFonts w:ascii="IM Fell English" w:hAnsi="IM Fell English"/>
          <w:color w:val="141414"/>
          <w:sz w:val="24"/>
        </w:rPr>
        <w:t>It was a non-answer. A corporate wall.</w:t>
      </w:r>
    </w:p>
    <w:p>
      <w:r>
        <w:rPr>
          <w:rFonts w:ascii="IM Fell English" w:hAnsi="IM Fell English"/>
          <w:color w:val="141414"/>
          <w:sz w:val="24"/>
        </w:rPr>
        <w:t>"What about deliberate misuse?" Jake pressed. "Rings being activated outside the Archive Halls?"</w:t>
      </w:r>
    </w:p>
    <w:p>
      <w:r>
        <w:rPr>
          <w:rFonts w:ascii="IM Fell English" w:hAnsi="IM Fell English"/>
          <w:color w:val="141414"/>
          <w:sz w:val="24"/>
        </w:rPr>
        <w:t>Tessa's smile didn't waver, but Jake saw her fingers tighten almost imperceptibly against each other. "That would be technically impossible, Detective. Neural rings require constant server connectivity to function. They're essentially dependent systems, they can't operate independently of our infrastructure. It's a fundamental security feature designed to prevent exactly the kind of scenario you're describing."</w:t>
      </w:r>
    </w:p>
    <w:p>
      <w:r>
        <w:rPr>
          <w:rFonts w:ascii="IM Fell English" w:hAnsi="IM Fell English"/>
          <w:color w:val="141414"/>
          <w:sz w:val="24"/>
        </w:rPr>
        <w:t>She was reciting the official line. Word for word, probably from some internal training document.</w:t>
      </w:r>
    </w:p>
    <w:p>
      <w:r>
        <w:rPr>
          <w:rFonts w:ascii="IM Fell English" w:hAnsi="IM Fell English"/>
          <w:color w:val="141414"/>
          <w:sz w:val="24"/>
        </w:rPr>
        <w:t>"I see," Jake said. He tried a different angle. "Dominic mentioned you were involved in some kind of investigation two years ago. Looking into anomalies in the system."</w:t>
      </w:r>
    </w:p>
    <w:p>
      <w:r>
        <w:rPr>
          <w:rFonts w:ascii="IM Fell English" w:hAnsi="IM Fell English"/>
          <w:color w:val="141414"/>
          <w:sz w:val="24"/>
        </w:rPr>
        <w:t>For just a moment, a fraction of a second, something raw crossed Tessa's face. Then it was gone, smoothed over by professional composure.</w:t>
      </w:r>
    </w:p>
    <w:p>
      <w:r>
        <w:rPr>
          <w:rFonts w:ascii="IM Fell English" w:hAnsi="IM Fell English"/>
          <w:color w:val="141414"/>
          <w:sz w:val="24"/>
        </w:rPr>
        <w:t>"I'm not sure what Detective Crier was referring to," she said. "Two years ago, I participated in a routine equipment audit. Some statistical irregularities in failure rates caught our attention, but the matter was resolved through a manufacturer recall. Standard quality assurance work. Nothing remarkable."</w:t>
      </w:r>
    </w:p>
    <w:p>
      <w:r>
        <w:rPr>
          <w:rFonts w:ascii="IM Fell English" w:hAnsi="IM Fell English"/>
          <w:color w:val="141414"/>
          <w:sz w:val="24"/>
        </w:rPr>
        <w:t>"Nothing remarkable," Jake repeated flatly.</w:t>
      </w:r>
    </w:p>
    <w:p>
      <w:r>
        <w:rPr>
          <w:rFonts w:ascii="IM Fell English" w:hAnsi="IM Fell English"/>
          <w:color w:val="141414"/>
          <w:sz w:val="24"/>
        </w:rPr>
        <w:t>"Just routine analysis. It's what we do here, look for patterns, ensure system integrity, maintain the highest standards of safety and reliability." She glanced at her watch. "I wish I could be more helpful, Detective, but I'm not sure I have the specific information you're looking for. Neural ring hardware isn't really my specialty, I focus primarily on data flow analysis and system optimization."</w:t>
      </w:r>
    </w:p>
    <w:p>
      <w:r>
        <w:rPr>
          <w:rFonts w:ascii="IM Fell English" w:hAnsi="IM Fell English"/>
          <w:color w:val="141414"/>
          <w:sz w:val="24"/>
        </w:rPr>
        <w:t>She was shutting him down. Politely, professionally, but definitively. Every answer was a door closing.</w:t>
      </w:r>
    </w:p>
    <w:p>
      <w:r>
        <w:rPr>
          <w:rFonts w:ascii="IM Fell English" w:hAnsi="IM Fell English"/>
          <w:color w:val="141414"/>
          <w:sz w:val="24"/>
        </w:rPr>
        <w:t>Jake tried one more time. "June Rafferty. The journalist who was killed two days ago. She was investigating the Eden Council. Do you know anything about her work?"</w:t>
      </w:r>
    </w:p>
    <w:p>
      <w:r>
        <w:rPr>
          <w:rFonts w:ascii="IM Fell English" w:hAnsi="IM Fell English"/>
          <w:color w:val="141414"/>
          <w:sz w:val="24"/>
        </w:rPr>
        <w:t>Tessa's expression flickered, grief? recognition? warning?, before settling back into pleasant neutrality. "I saw the news reports. A terrible tragedy. But I'm afraid I don't have any insight into her journalistic work. The Council's policy decisions are well above my pay grade, Detective. I just analyze data."</w:t>
      </w:r>
    </w:p>
    <w:p>
      <w:r>
        <w:rPr>
          <w:rFonts w:ascii="IM Fell English" w:hAnsi="IM Fell English"/>
          <w:color w:val="141414"/>
          <w:sz w:val="24"/>
        </w:rPr>
        <w:t>She stood up, signaling the end of the meeting. Her movements were fluid, practiced, the graceful exit of someone who had ended many uncomfortable conversations in this room.</w:t>
      </w:r>
    </w:p>
    <w:p>
      <w:r>
        <w:rPr>
          <w:rFonts w:ascii="IM Fell English" w:hAnsi="IM Fell English"/>
          <w:color w:val="141414"/>
          <w:sz w:val="24"/>
        </w:rPr>
        <w:t>"I really am sorry I couldn't be more help," she said. "If you have specific technical questions about neural ring specifications, you might try the Engineering Division on the eighth floor. They handle the hardware side of things. I can have my assistant arrange an introduction if you'd like."</w:t>
      </w:r>
    </w:p>
    <w:p>
      <w:r>
        <w:rPr>
          <w:rFonts w:ascii="IM Fell English" w:hAnsi="IM Fell English"/>
          <w:color w:val="141414"/>
          <w:sz w:val="24"/>
        </w:rPr>
        <w:t>Jake stood as well, frustration simmering beneath his professional calm. He'd hit a wall. Tessa knew something, he was certain of it now, but she wasn't going to say a word inside this building. The cameras were watching. The walls had ears.</w:t>
      </w:r>
    </w:p>
    <w:p>
      <w:r>
        <w:rPr>
          <w:rFonts w:ascii="IM Fell English" w:hAnsi="IM Fell English"/>
          <w:color w:val="141414"/>
          <w:sz w:val="24"/>
        </w:rPr>
        <w:t>"I appreciate your time," he said, keeping his voice neutral.</w:t>
      </w:r>
    </w:p>
    <w:p>
      <w:r>
        <w:rPr>
          <w:rFonts w:ascii="IM Fell English" w:hAnsi="IM Fell English"/>
          <w:color w:val="141414"/>
          <w:sz w:val="24"/>
        </w:rPr>
        <w:t>"Of course." Tessa walked him toward the door, then paused. "Actually, Detective, let me give you my contact information. In case you think of any other questions, or if there's anything else the Transition Authority can help with."</w:t>
      </w:r>
    </w:p>
    <w:p>
      <w:r>
        <w:rPr>
          <w:rFonts w:ascii="IM Fell English" w:hAnsi="IM Fell English"/>
          <w:color w:val="141414"/>
          <w:sz w:val="24"/>
        </w:rPr>
        <w:t>She picked up a pen and a small notepad from her desk, paper, Jake noticed, not a digital card, and wrote quickly. Her handwriting was neat, precise. She tore off the page, folded it once, and handed it to him with a professional smile.</w:t>
      </w:r>
    </w:p>
    <w:p>
      <w:r>
        <w:rPr>
          <w:rFonts w:ascii="IM Fell English" w:hAnsi="IM Fell English"/>
          <w:color w:val="141414"/>
          <w:sz w:val="24"/>
        </w:rPr>
        <w:t>"Feel free to reach out anytime. We're always happy to cooperate with law enforcement."</w:t>
      </w:r>
    </w:p>
    <w:p>
      <w:r>
        <w:rPr>
          <w:rFonts w:ascii="IM Fell English" w:hAnsi="IM Fell English"/>
          <w:color w:val="141414"/>
          <w:sz w:val="24"/>
        </w:rPr>
        <w:t>Jake took the note. Her fingers brushed against his as the paper changed hands, a brief touch that might have been accidental. Her eyes met his for just a moment. Read it later. Not here.</w:t>
      </w:r>
    </w:p>
    <w:p>
      <w:r>
        <w:rPr>
          <w:rFonts w:ascii="IM Fell English" w:hAnsi="IM Fell English"/>
          <w:color w:val="141414"/>
          <w:sz w:val="24"/>
        </w:rPr>
        <w:t>"Thank you, Dr. Thorne."</w:t>
      </w:r>
    </w:p>
    <w:p>
      <w:r>
        <w:rPr>
          <w:rFonts w:ascii="IM Fell English" w:hAnsi="IM Fell English"/>
          <w:color w:val="141414"/>
          <w:sz w:val="24"/>
        </w:rPr>
        <w:t>"Have a blessed transition, Detective."</w:t>
      </w:r>
    </w:p>
    <w:p>
      <w:r>
        <w:rPr>
          <w:rFonts w:ascii="IM Fell English" w:hAnsi="IM Fell English"/>
          <w:color w:val="141414"/>
          <w:sz w:val="24"/>
        </w:rPr>
        <w:t>He walked back through the maze of offices, past the young analysts with their data visualizations and their faith in the system. He rode the glass elevator down through the gleaming tower, watching the city expand below him. At the lobby level, the holographic receptionist wished him a blessed transition.</w:t>
      </w:r>
    </w:p>
    <w:p>
      <w:r>
        <w:rPr>
          <w:rFonts w:ascii="IM Fell English" w:hAnsi="IM Fell English"/>
          <w:color w:val="141414"/>
          <w:sz w:val="24"/>
        </w:rPr>
        <w:t>Jake walked out into the morning sun.</w:t>
      </w:r>
    </w:p>
    <w:p>
      <w:r>
        <w:rPr>
          <w:rFonts w:ascii="IM Fell English" w:hAnsi="IM Fell English"/>
          <w:color w:val="141414"/>
          <w:sz w:val="24"/>
        </w:rPr>
        <w:t>The plaza was crowded now, citizens streaming toward the building for appointments, consultations, mandatory seminars like the one he'd attended three weeks ago. They moved with the resigned efficiency of people who had accepted their fate. In six months, Jake would be one of them. Walking through those doors not as a cop but as a product to be processed.</w:t>
      </w:r>
    </w:p>
    <w:p>
      <w:r>
        <w:rPr>
          <w:rFonts w:ascii="IM Fell English" w:hAnsi="IM Fell English"/>
          <w:color w:val="141414"/>
          <w:sz w:val="24"/>
        </w:rPr>
        <w:t>He climbed into his car and sat for a moment, staring at the Transition Authority building through the windshield. The glass facade reflected the sky, beautiful and impenetrable. A monument to transparency that revealed nothing.</w:t>
      </w:r>
    </w:p>
    <w:p>
      <w:r>
        <w:rPr>
          <w:rFonts w:ascii="IM Fell English" w:hAnsi="IM Fell English"/>
          <w:color w:val="141414"/>
          <w:sz w:val="24"/>
        </w:rPr>
        <w:t>He pulled out the note.</w:t>
      </w:r>
    </w:p>
    <w:p>
      <w:r>
        <w:rPr>
          <w:rFonts w:ascii="IM Fell English" w:hAnsi="IM Fell English"/>
          <w:color w:val="141414"/>
          <w:sz w:val="24"/>
        </w:rPr>
        <w:t>On the surface, contact information. Her name in neat handwriting. Her office extension. Her professional email.</w:t>
      </w:r>
    </w:p>
    <w:p>
      <w:r>
        <w:rPr>
          <w:rFonts w:ascii="IM Fell English" w:hAnsi="IM Fell English"/>
          <w:color w:val="141414"/>
          <w:sz w:val="24"/>
        </w:rPr>
        <w:t>But Tessa had folded the paper. And at the bottom of the note, hidden beneath the fold, in smaller handwriting:</w:t>
      </w:r>
    </w:p>
    <w:p>
      <w:r>
        <w:rPr>
          <w:rFonts w:ascii="IM Fell English" w:hAnsi="IM Fell English"/>
          <w:color w:val="141414"/>
          <w:sz w:val="24"/>
        </w:rPr>
        <w:t>The Nail Bar. Tonight. 9 PM. Come alone. Don't use digital comms. D.C. told me about the place.</w:t>
      </w:r>
    </w:p>
    <w:p>
      <w:r>
        <w:rPr>
          <w:rFonts w:ascii="IM Fell English" w:hAnsi="IM Fell English"/>
          <w:color w:val="141414"/>
          <w:sz w:val="24"/>
        </w:rPr>
        <w:t>D.C. Dominic Crier.</w:t>
      </w:r>
    </w:p>
    <w:p>
      <w:r>
        <w:rPr>
          <w:rFonts w:ascii="IM Fell English" w:hAnsi="IM Fell English"/>
          <w:color w:val="141414"/>
          <w:sz w:val="24"/>
        </w:rPr>
        <w:t>She knew. She hadn't been stonewalling him.</w:t>
      </w:r>
    </w:p>
    <w:p>
      <w:r>
        <w:rPr>
          <w:rFonts w:ascii="IM Fell English" w:hAnsi="IM Fell English"/>
          <w:color w:val="141414"/>
          <w:sz w:val="24"/>
        </w:rPr>
        <w:t>Every word in that office had been for the cameras, for whoever was monitoring. The helpful bureaucrat, the cooperative employee, the loyal servant of the system, it was all performance. The real Tessa Thorne was someone else entirely. Someone who had been silenced two years ago and had been waiting ever since for a chance to speak.</w:t>
      </w:r>
    </w:p>
    <w:p>
      <w:r>
        <w:rPr>
          <w:rFonts w:ascii="IM Fell English" w:hAnsi="IM Fell English"/>
          <w:color w:val="141414"/>
          <w:sz w:val="24"/>
        </w:rPr>
        <w:t>The real conversation would happen tonight. In the dark. Where the machine couldn't hear.</w:t>
      </w:r>
    </w:p>
    <w:p>
      <w:r>
        <w:rPr>
          <w:rFonts w:ascii="IM Fell English" w:hAnsi="IM Fell English"/>
          <w:color w:val="141414"/>
          <w:sz w:val="24"/>
        </w:rPr>
        <w:t>Jake folded the note carefully and slipped it into his inside pocket, against his chest. Then he pulled out his phone and checked his messages.</w:t>
      </w:r>
    </w:p>
    <w:p>
      <w:r>
        <w:rPr>
          <w:rFonts w:ascii="IM Fell English" w:hAnsi="IM Fell English"/>
          <w:color w:val="141414"/>
          <w:sz w:val="24"/>
        </w:rPr>
        <w:t>Nothing from Grant yet. The kid was probably still setting up the interview with Rafferty's boyfriend.</w:t>
      </w:r>
    </w:p>
    <w:p>
      <w:r>
        <w:rPr>
          <w:rFonts w:ascii="IM Fell English" w:hAnsi="IM Fell English"/>
          <w:color w:val="141414"/>
          <w:sz w:val="24"/>
        </w:rPr>
        <w:t>Jake started the engine.</w:t>
      </w:r>
    </w:p>
    <w:p>
      <w:r>
        <w:rPr>
          <w:rFonts w:ascii="IM Fell English" w:hAnsi="IM Fell English"/>
          <w:color w:val="141414"/>
          <w:sz w:val="24"/>
        </w:rPr>
        <w:t>The morning sun beat down on the city, bright and indifferent. Somewhere inside that gleaming tower, Tessa Thorne was sitting at her desk, pretending to be exactly what they expected her to be. Playing a role. Counting the hours until nightfall.</w:t>
      </w:r>
    </w:p>
    <w:p>
      <w:r>
        <w:rPr>
          <w:rFonts w:ascii="IM Fell English" w:hAnsi="IM Fell English"/>
          <w:color w:val="141414"/>
          <w:sz w:val="24"/>
        </w:rPr>
        <w:t>Jake pulled out into traffic, his mind already moving ahead to the evening. He'd spend the afternoon reviewing what he had, the crime scene photos, the victim profiles, the patterns Dominic had hinted at. He'd prepare his questions, make a list of everything he needed to know. And when the sun went down, he'd go to The Nail Bar and find out what Tessa Thorne had really discovered two years ago.</w:t>
      </w:r>
    </w:p>
    <w:p>
      <w:r>
        <w:rPr>
          <w:rFonts w:ascii="IM Fell English" w:hAnsi="IM Fell English"/>
          <w:color w:val="141414"/>
          <w:sz w:val="24"/>
        </w:rPr>
        <w:t>Jake checked his mirrors out of habit. No one following, not that he could see anyway. But in a city where every street corner had a camera, you could never really be sure. He drove toward the precinct, the note pressed against his heart like a promise.</w:t>
      </w:r>
    </w:p>
    <w:p>
      <w:r>
        <w:rPr>
          <w:rFonts w:ascii="IM Fell English" w:hAnsi="IM Fell English"/>
          <w:color w:val="141414"/>
          <w:sz w:val="24"/>
        </w:rPr>
        <w:t>They wanted you to feel watched. To police yourself. To never ask the questions that mattered.</w:t>
      </w:r>
    </w:p>
    <w:p>
      <w:r>
        <w:rPr>
          <w:rFonts w:ascii="IM Fell English" w:hAnsi="IM Fell English"/>
          <w:color w:val="141414"/>
          <w:sz w:val="24"/>
        </w:rPr>
        <w:t>Tessa had asked those questions two years ago. They'd shut her down, buried her investigation, made her data disappear. But they hadn't broken her. She was still watching. Still waiting.</w:t>
      </w:r>
    </w:p>
    <w:p>
      <w:r>
        <w:rPr>
          <w:rFonts w:ascii="IM Fell English" w:hAnsi="IM Fell English"/>
          <w:color w:val="141414"/>
          <w:sz w:val="24"/>
        </w:rPr>
        <w:t>And now she'd found someone willing to listen.</w:t>
      </w:r>
    </w:p>
    <w:p>
      <w:r>
        <w:rPr>
          <w:rFonts w:ascii="IM Fell English" w:hAnsi="IM Fell English"/>
          <w:color w:val="141414"/>
          <w:sz w:val="24"/>
        </w:rPr>
        <w:t>Jake drove toward the precinct, the note pressed against his heart like a promise. Like a match waiting to be struck.</w:t>
      </w:r>
    </w:p>
    <w:p>
      <w:r>
        <w:rPr>
          <w:rFonts w:ascii="IM Fell English" w:hAnsi="IM Fell English"/>
          <w:color w:val="141414"/>
          <w:sz w:val="24"/>
        </w:rPr>
        <w:t>Tonight, the darkness would finally have its say.</w:t>
      </w:r>
    </w:p>
    <w:p>
      <w:pPr>
        <w:pStyle w:val="Heading1"/>
        <w:jc w:val="center"/>
      </w:pPr>
      <w:r>
        <w:rPr>
          <w:rFonts w:ascii="IM Fell English" w:hAnsi="IM Fell English"/>
          <w:color w:val="0D0D0D"/>
        </w:rPr>
        <w:t>CHAPTER 7: THE NUMBERS</w:t>
      </w:r>
    </w:p>
    <w:p>
      <w:r>
        <w:rPr>
          <w:rFonts w:ascii="IM Fell English" w:hAnsi="IM Fell English"/>
          <w:color w:val="141414"/>
          <w:sz w:val="24"/>
        </w:rPr>
        <w:t>Jake drove with one eye on the road and one eye on the rear view mirror.</w:t>
      </w:r>
    </w:p>
    <w:p>
      <w:r>
        <w:rPr>
          <w:rFonts w:ascii="IM Fell English" w:hAnsi="IM Fell English"/>
          <w:color w:val="141414"/>
          <w:sz w:val="24"/>
        </w:rPr>
        <w:t>The note from Tessa burned in his pocket. The Nail Bar. Tonight. 9 PM. Come alone. She was scared. Which meant the black sedan two cars back was exactly what he thought it was. He watched it in the mirror. A government-issue Meridian, black with tinted windows. It maintained a perfect two-car distance, close enough to track him, far enough to claim coincidence.</w:t>
      </w:r>
    </w:p>
    <w:p>
      <w:r>
        <w:rPr>
          <w:rFonts w:ascii="IM Fell English" w:hAnsi="IM Fell English"/>
          <w:color w:val="141414"/>
          <w:sz w:val="24"/>
        </w:rPr>
        <w:t>Jake took a sudden sharp right onto 4th Avenue, cutting across three lanes of automated traffic without signalling. Horns blared, a digital chorus of outrage from vehicles whose collision avoidance systems had been forced into emergency corrections. A delivery drone swerved overhead, its payload swinging dangerously.</w:t>
      </w:r>
    </w:p>
    <w:p>
      <w:r>
        <w:rPr>
          <w:rFonts w:ascii="IM Fell English" w:hAnsi="IM Fell English"/>
          <w:color w:val="141414"/>
          <w:sz w:val="24"/>
        </w:rPr>
        <w:t>He checked the mirror. The sedan didn't follow. It continued straight on Harrison, blending into the stream of afternoon commuters heading toward the commercial district.</w:t>
      </w:r>
    </w:p>
    <w:p>
      <w:r>
        <w:rPr>
          <w:rFonts w:ascii="IM Fell English" w:hAnsi="IM Fell English"/>
          <w:color w:val="141414"/>
          <w:sz w:val="24"/>
        </w:rPr>
        <w:t>Paranoid, Jake told himself. Or just lucky.</w:t>
      </w:r>
    </w:p>
    <w:p>
      <w:r>
        <w:rPr>
          <w:rFonts w:ascii="IM Fell English" w:hAnsi="IM Fell English"/>
          <w:color w:val="141414"/>
          <w:sz w:val="24"/>
        </w:rPr>
        <w:t>But paranoia had kept him alive this long. In a city where every street light had a camera and every device had a microphone, healthy suspicion was the only kind worth having. The people behind the Ring Cases, whoever they were, had already demonstrated they could manipulate traffic systems, disable security cameras, and walk in and out of buildings without leaving a trace. Following one detective through afternoon traffic would be child's play.</w:t>
      </w:r>
    </w:p>
    <w:p>
      <w:r>
        <w:rPr>
          <w:rFonts w:ascii="IM Fell English" w:hAnsi="IM Fell English"/>
          <w:color w:val="141414"/>
          <w:sz w:val="24"/>
        </w:rPr>
        <w:t>He merged onto the express way heading south toward the precinct. The city scrolled past his windows, gleaming towers of glass and smart steel, their surfaces alive with holographic advertisements. EDEN AWAITS one billboard promised, showing a family reuniting on a pristine beach. TRANSITION WITH CONFIDENCE declared another, featuring an elderly woman smiling as a neural ring descended toward her temples.</w:t>
      </w:r>
    </w:p>
    <w:p>
      <w:r>
        <w:rPr>
          <w:rFonts w:ascii="IM Fell English" w:hAnsi="IM Fell English"/>
          <w:color w:val="141414"/>
          <w:sz w:val="24"/>
        </w:rPr>
        <w:t>Jake looked away. In six months that would be him. Sitting in a chair, waiting for the machine to eat his mind and spit out a digital copy. Unless he got the extension. Unless the algorithm decided he was "essential."</w:t>
      </w:r>
    </w:p>
    <w:p>
      <w:r>
        <w:rPr>
          <w:rFonts w:ascii="IM Fell English" w:hAnsi="IM Fell English"/>
          <w:color w:val="141414"/>
          <w:sz w:val="24"/>
        </w:rPr>
        <w:t>And if I'm not essential, he thought grimly, at least I won't have to watch the world fall apart anymore.</w:t>
      </w:r>
    </w:p>
    <w:p>
      <w:r>
        <w:rPr>
          <w:rFonts w:ascii="IM Fell English" w:hAnsi="IM Fell English"/>
          <w:color w:val="141414"/>
          <w:sz w:val="24"/>
        </w:rPr>
        <w:t>His phone buzzed on the dashboard mount, cutting through his brooding. The screen flashed a name he hadn't seen in months.</w:t>
      </w:r>
    </w:p>
    <w:p>
      <w:r>
        <w:rPr>
          <w:rFonts w:ascii="IM Fell English" w:hAnsi="IM Fell English"/>
          <w:color w:val="141414"/>
          <w:sz w:val="24"/>
        </w:rPr>
        <w:t>Sgt. Beltrán Harbor District.</w:t>
      </w:r>
    </w:p>
    <w:p>
      <w:r>
        <w:rPr>
          <w:rFonts w:ascii="IM Fell English" w:hAnsi="IM Fell English"/>
          <w:color w:val="141414"/>
          <w:sz w:val="24"/>
        </w:rPr>
        <w:t>Jake frowned. Danny Beltrán was an old-timer, a twenty-five-year veteran who'd been working the industrial waterfront since before Jake made detective. They'd crossed paths on a few cases over the years, container theft, smuggling operations, the occasional body that washed up from the treatment plants. Beltrán was solid. Reliable. Not the type to call unless it mattered.</w:t>
      </w:r>
    </w:p>
    <w:p>
      <w:r>
        <w:rPr>
          <w:rFonts w:ascii="IM Fell English" w:hAnsi="IM Fell English"/>
          <w:color w:val="141414"/>
          <w:sz w:val="24"/>
        </w:rPr>
        <w:t>Jake hit the speaker button. "Mareck."</w:t>
      </w:r>
    </w:p>
    <w:p>
      <w:r>
        <w:rPr>
          <w:rFonts w:ascii="IM Fell English" w:hAnsi="IM Fell English"/>
          <w:color w:val="141414"/>
          <w:sz w:val="24"/>
        </w:rPr>
        <w:t>"Detective." Beltrán's voice barely cut through the grinding roar of machinery, the hiss of pressurized systems. "I know you're busy with the high-profile stuff, but something washed up down here. Thought you should see it before I call the coroner."</w:t>
      </w:r>
    </w:p>
    <w:p>
      <w:r>
        <w:rPr>
          <w:rFonts w:ascii="IM Fell English" w:hAnsi="IM Fell English"/>
          <w:color w:val="141414"/>
          <w:sz w:val="24"/>
        </w:rPr>
        <w:t>"I'm not working floaters, Beltrán. I'm on homicide."</w:t>
      </w:r>
    </w:p>
    <w:p>
      <w:r>
        <w:rPr>
          <w:rFonts w:ascii="IM Fell English" w:hAnsi="IM Fell English"/>
          <w:color w:val="141414"/>
          <w:sz w:val="24"/>
        </w:rPr>
        <w:t>"I know what you're working, Jake." Beltrán paused, and in that pause Jake heard something he rarely heard from the unflappable harbor sergeant: unease. "You're working the Ring Cases. The ones with the marks on the skulls."</w:t>
      </w:r>
    </w:p>
    <w:p>
      <w:r>
        <w:rPr>
          <w:rFonts w:ascii="IM Fell English" w:hAnsi="IM Fell English"/>
          <w:color w:val="141414"/>
          <w:sz w:val="24"/>
        </w:rPr>
        <w:t>Jake straightened up, his grip tightening on the steering wheel. "How do you know about that?"</w:t>
      </w:r>
    </w:p>
    <w:p>
      <w:r>
        <w:rPr>
          <w:rFonts w:ascii="IM Fell English" w:hAnsi="IM Fell English"/>
          <w:color w:val="141414"/>
          <w:sz w:val="24"/>
        </w:rPr>
        <w:t>"Briefings filter down even to us waterfront grunts. We're supposed to flag anything unusual." Another pause. "This floater? He's got the marks. Around the skull. Just like the ones in the department bulletins."</w:t>
      </w:r>
    </w:p>
    <w:p>
      <w:r>
        <w:rPr>
          <w:rFonts w:ascii="IM Fell English" w:hAnsi="IM Fell English"/>
          <w:color w:val="141414"/>
          <w:sz w:val="24"/>
        </w:rPr>
        <w:t>Jake was already changing lanes, cutting toward the next exit. "I'm ten minutes out. Don't let anyone touch it."</w:t>
      </w:r>
    </w:p>
    <w:p>
      <w:r>
        <w:rPr>
          <w:rFonts w:ascii="IM Fell English" w:hAnsi="IM Fell English"/>
          <w:color w:val="141414"/>
          <w:sz w:val="24"/>
        </w:rPr>
        <w:t>"Wouldn't dream of it." Beltrán's voice carried a grim weight. "But Jake? This one's different. This one's wearing a uniform."</w:t>
      </w:r>
    </w:p>
    <w:p>
      <w:r>
        <w:rPr>
          <w:rFonts w:ascii="IM Fell English" w:hAnsi="IM Fell English"/>
          <w:color w:val="141414"/>
          <w:sz w:val="24"/>
        </w:rPr>
        <w:t>The smell hit him before he parked, industrial disinfectant trying and failing to mask decay. Chlorine, sulfur, and something metallic that crawled into the sinuses.</w:t>
      </w:r>
    </w:p>
    <w:p>
      <w:r>
        <w:rPr>
          <w:rFonts w:ascii="IM Fell English" w:hAnsi="IM Fell English"/>
          <w:color w:val="141414"/>
          <w:sz w:val="24"/>
        </w:rPr>
        <w:t>It was a smell he'd be tasting for days.</w:t>
      </w:r>
    </w:p>
    <w:p>
      <w:r>
        <w:rPr>
          <w:rFonts w:ascii="IM Fell English" w:hAnsi="IM Fell English"/>
          <w:color w:val="141414"/>
          <w:sz w:val="24"/>
        </w:rPr>
        <w:t>Jake pulled his sedan into the gravel lot outside the plant's administration building. The Riverside facility was a sprawling labyrinth of concrete settling tanks and rusting catwalks, a monument to industrial pragmatism squatting on the edge of the city. This was where the city's waste came to be processed, where the sins of eight hundred thousand people were filtered, treated, and recycled back into the water supply. It was the digestive system of the metropolis, and like all digestive systems, it operated best when nobody thought about it too closely.</w:t>
      </w:r>
    </w:p>
    <w:p>
      <w:r>
        <w:rPr>
          <w:rFonts w:ascii="IM Fell English" w:hAnsi="IM Fell English"/>
          <w:color w:val="141414"/>
          <w:sz w:val="24"/>
        </w:rPr>
        <w:t>He climbed out of the car and immediately regretted wearing his good jacket. The humidity was oppressive, thick with moisture from the treatment pools. Even the air seemed heavy, weighted down with particulates and the ghosts of everything the city wanted to forget.</w:t>
      </w:r>
    </w:p>
    <w:p>
      <w:r>
        <w:rPr>
          <w:rFonts w:ascii="IM Fell English" w:hAnsi="IM Fell English"/>
          <w:color w:val="141414"/>
          <w:sz w:val="24"/>
        </w:rPr>
        <w:t>Sergeant Danny Beltrán was waiting by the intake filters, massive roaring screens designed to catch solid debris before it entered the primary treatment cycle. He was a big man, mid-forties, with the kind of face that looked like it had been carved out of granite and then left out in the rain for a few decades. His uniform was immaculate despite the environment, but his eyes were tired. The eyes of a man who'd seen too much of what floated up from the dark.</w:t>
      </w:r>
    </w:p>
    <w:p>
      <w:r>
        <w:rPr>
          <w:rFonts w:ascii="IM Fell English" w:hAnsi="IM Fell English"/>
          <w:color w:val="141414"/>
          <w:sz w:val="24"/>
        </w:rPr>
        <w:t>"Detective," Beltrán shouted over the mechanical thunder of the turbines. He handed Jake a pair of heavy-duty latex gloves and a paper mask that would do absolutely nothing against the smell. "Over here. Workers found him clogging Intake Three about an hour ago."</w:t>
      </w:r>
    </w:p>
    <w:p>
      <w:r>
        <w:rPr>
          <w:rFonts w:ascii="IM Fell English" w:hAnsi="IM Fell English"/>
          <w:color w:val="141414"/>
          <w:sz w:val="24"/>
        </w:rPr>
        <w:t>"How'd he get past the outer screens?"</w:t>
      </w:r>
    </w:p>
    <w:p>
      <w:r>
        <w:rPr>
          <w:rFonts w:ascii="IM Fell English" w:hAnsi="IM Fell English"/>
          <w:color w:val="141414"/>
          <w:sz w:val="24"/>
        </w:rPr>
        <w:t>"That's the thing, he didn't come through the main inlet. Looks like he was dumped directly into the secondary processing canal. Someone knew the system." Beltrán led Jake onto a metal grate walkway that spanned one of the massive settling tanks. Below them, dark water churned with slow, inexorable purpose. "Our guys pulled him out before he hit the chemical treatment stage. Another twenty minutes and there wouldn't have been much left to find."</w:t>
      </w:r>
    </w:p>
    <w:p>
      <w:r>
        <w:rPr>
          <w:rFonts w:ascii="IM Fell English" w:hAnsi="IM Fell English"/>
          <w:color w:val="141414"/>
          <w:sz w:val="24"/>
        </w:rPr>
        <w:t>They walked past rows of humming machinery, pumps and filters and UV sterilization arrays, all working in concert to turn the city's sewage back into something approaching potable water. Workers in protective suits glanced up as they passed, then quickly looked away. Nobody wanted to be associated with whatever was waiting at the end of the catwalk.</w:t>
      </w:r>
    </w:p>
    <w:p>
      <w:r>
        <w:rPr>
          <w:rFonts w:ascii="IM Fell English" w:hAnsi="IM Fell English"/>
          <w:color w:val="141414"/>
          <w:sz w:val="24"/>
        </w:rPr>
        <w:t>On the deck near Intake Three, covered by a yellow emergency tarp, lay a body.</w:t>
      </w:r>
    </w:p>
    <w:p>
      <w:r>
        <w:rPr>
          <w:rFonts w:ascii="IM Fell English" w:hAnsi="IM Fell English"/>
          <w:color w:val="141414"/>
          <w:sz w:val="24"/>
        </w:rPr>
        <w:t>"Smell is bad," Beltrán warned unnecessarily. "He's been in the soup for a while. The chemicals in the treatment cycle aren't kind to organic tissue. Face is gone. Fingerprints are probably compromised."</w:t>
      </w:r>
    </w:p>
    <w:p>
      <w:r>
        <w:rPr>
          <w:rFonts w:ascii="IM Fell English" w:hAnsi="IM Fell English"/>
          <w:color w:val="141414"/>
          <w:sz w:val="24"/>
        </w:rPr>
        <w:t>Jake crouched down, his knees protesting the motion. He was forty years old, forty and change, and every year seemed to add new complaints from joints that used to cooperate without question. "Show me."</w:t>
      </w:r>
    </w:p>
    <w:p>
      <w:r>
        <w:rPr>
          <w:rFonts w:ascii="IM Fell English" w:hAnsi="IM Fell English"/>
          <w:color w:val="141414"/>
          <w:sz w:val="24"/>
        </w:rPr>
        <w:t>Beltrán pulled back the tarp.</w:t>
      </w:r>
    </w:p>
    <w:p>
      <w:r>
        <w:rPr>
          <w:rFonts w:ascii="IM Fell English" w:hAnsi="IM Fell English"/>
          <w:color w:val="141414"/>
          <w:sz w:val="24"/>
        </w:rPr>
        <w:t>Jake didn't flinch. Twenty years of crime scenes had burned that reflex out of him. But his stomach turned, a visceral rebellion against what his eyes were reporting.</w:t>
      </w:r>
    </w:p>
    <w:p>
      <w:r>
        <w:rPr>
          <w:rFonts w:ascii="IM Fell English" w:hAnsi="IM Fell English"/>
          <w:color w:val="141414"/>
          <w:sz w:val="24"/>
        </w:rPr>
        <w:t>The body was bloated, swollen with the gases of decomposition and the water it had absorbed. The skin had taken on a mottled quality, gray where the blood had pooled, a bruised purple where it had drained, with patches of sickly green where bacterial action had begun its patient work. The face was gone, eroded by chemical exposure and the grinding friction of the intake filters. What remained was a geography of exposed muscle and yellowed bone, features dissolved into anonymity.</w:t>
      </w:r>
    </w:p>
    <w:p>
      <w:r>
        <w:rPr>
          <w:rFonts w:ascii="IM Fell English" w:hAnsi="IM Fell English"/>
          <w:color w:val="141414"/>
          <w:sz w:val="24"/>
        </w:rPr>
        <w:t>But the uniform was distinct.</w:t>
      </w:r>
    </w:p>
    <w:p>
      <w:r>
        <w:rPr>
          <w:rFonts w:ascii="IM Fell English" w:hAnsi="IM Fell English"/>
          <w:color w:val="141414"/>
          <w:sz w:val="24"/>
        </w:rPr>
        <w:t>It was a gray one-piece cotton jumpsuit. Simple. Utilitarian. No buttons, no zippers, just magnetic clasps at the collar and cuffs. The fabric was designed for comfort and ease of cleaning, meant to be worn for years, decades, an entire suspended lifetime.</w:t>
      </w:r>
    </w:p>
    <w:p>
      <w:r>
        <w:rPr>
          <w:rFonts w:ascii="IM Fell English" w:hAnsi="IM Fell English"/>
          <w:color w:val="141414"/>
          <w:sz w:val="24"/>
        </w:rPr>
        <w:t>"That's Transition gear," Jake said. Beltrán nodded. "Archive Hall issue. So why is he in my sewer? He's supposed to be hanging in a rack somewhere enjoying paradise."</w:t>
      </w:r>
    </w:p>
    <w:p>
      <w:r>
        <w:rPr>
          <w:rFonts w:ascii="IM Fell English" w:hAnsi="IM Fell English"/>
          <w:color w:val="141414"/>
          <w:sz w:val="24"/>
        </w:rPr>
        <w:t>"Or incinerated if they expire," Jake muttered, leaning closer to examine the body. "The Halls have strict protocols. When a physical body fails, heart attack, stroke, system malfunction, they're supposed to be processed through official channels. Medical examination. Death certificate. Cremation. The ashes get scattered in memorial gardens, and the digital consciousness continues in Eden."</w:t>
      </w:r>
    </w:p>
    <w:p>
      <w:r>
        <w:rPr>
          <w:rFonts w:ascii="IM Fell English" w:hAnsi="IM Fell English"/>
          <w:color w:val="141414"/>
          <w:sz w:val="24"/>
        </w:rPr>
        <w:t>"So they don't just flush them."</w:t>
      </w:r>
    </w:p>
    <w:p>
      <w:r>
        <w:rPr>
          <w:rFonts w:ascii="IM Fell English" w:hAnsi="IM Fell English"/>
          <w:color w:val="141414"/>
          <w:sz w:val="24"/>
        </w:rPr>
        <w:t>"No." Jake lifted the corpse's arm, examining the hand. "They definitely don't just flush them."</w:t>
      </w:r>
    </w:p>
    <w:p>
      <w:r>
        <w:rPr>
          <w:rFonts w:ascii="IM Fell English" w:hAnsi="IM Fell English"/>
          <w:color w:val="141414"/>
          <w:sz w:val="24"/>
        </w:rPr>
        <w:t>The fingers were curled into claws, frozen in a rictus of desperate grasping. The nails were broken, jagged shards where they'd been torn against something hard. And running up the forearms, visible even through the bloating and discoloration, were deep scratches, parallel gouges that spoke of violent struggle.</w:t>
      </w:r>
    </w:p>
    <w:p>
      <w:r>
        <w:rPr>
          <w:rFonts w:ascii="IM Fell English" w:hAnsi="IM Fell English"/>
          <w:color w:val="141414"/>
          <w:sz w:val="24"/>
        </w:rPr>
        <w:t>"Defensive wounds," Jake said. "He was fighting. Before he went in the water."</w:t>
      </w:r>
    </w:p>
    <w:p>
      <w:r>
        <w:rPr>
          <w:rFonts w:ascii="IM Fell English" w:hAnsi="IM Fell English"/>
          <w:color w:val="141414"/>
          <w:sz w:val="24"/>
        </w:rPr>
        <w:t>"Fighting who? Fighting what?"</w:t>
      </w:r>
    </w:p>
    <w:p>
      <w:r>
        <w:rPr>
          <w:rFonts w:ascii="IM Fell English" w:hAnsi="IM Fell English"/>
          <w:color w:val="141414"/>
          <w:sz w:val="24"/>
        </w:rPr>
        <w:t>"I don't know yet." Jake set the arm down carefully and turned his attention to the head.</w:t>
      </w:r>
    </w:p>
    <w:p>
      <w:r>
        <w:rPr>
          <w:rFonts w:ascii="IM Fell English" w:hAnsi="IM Fell English"/>
          <w:color w:val="141414"/>
          <w:sz w:val="24"/>
        </w:rPr>
        <w:t>The scalp was shaved clean, standard procedure for neural ring installation, though stubble had begun to push through the bloated skin, a few days' worth of growth that had continued even after death. The human body didn't know when to quit. It kept doing its thing even when the tenant had long since departed.</w:t>
      </w:r>
    </w:p>
    <w:p>
      <w:r>
        <w:rPr>
          <w:rFonts w:ascii="IM Fell English" w:hAnsi="IM Fell English"/>
          <w:color w:val="141414"/>
          <w:sz w:val="24"/>
        </w:rPr>
        <w:t>And there, circling the skull like a crown of bruises, were the marks.</w:t>
      </w:r>
    </w:p>
    <w:p>
      <w:r>
        <w:rPr>
          <w:rFonts w:ascii="IM Fell English" w:hAnsi="IM Fell English"/>
          <w:color w:val="141414"/>
          <w:sz w:val="24"/>
        </w:rPr>
        <w:t>Indentations. A perfect double ring of compressed tissue around the temples. The skin was discolored where the pressure had been applied, the subcutaneous vessels burst from the force. Jake had seen these marks eight times in the last six months. Eight bodies, eight crowns of ruin.</w:t>
      </w:r>
    </w:p>
    <w:p>
      <w:r>
        <w:rPr>
          <w:rFonts w:ascii="IM Fell English" w:hAnsi="IM Fell English"/>
          <w:color w:val="141414"/>
          <w:sz w:val="24"/>
        </w:rPr>
        <w:t>"Neural ring," Jake confirmed. "He was wearing one. Recently. The skin hasn't had time to rebound from the compression."</w:t>
      </w:r>
    </w:p>
    <w:p>
      <w:r>
        <w:rPr>
          <w:rFonts w:ascii="IM Fell English" w:hAnsi="IM Fell English"/>
          <w:color w:val="141414"/>
          <w:sz w:val="24"/>
        </w:rPr>
        <w:t>"Like your murder victims?"</w:t>
      </w:r>
    </w:p>
    <w:p>
      <w:r>
        <w:rPr>
          <w:rFonts w:ascii="IM Fell English" w:hAnsi="IM Fell English"/>
          <w:color w:val="141414"/>
          <w:sz w:val="24"/>
        </w:rPr>
        <w:t>"Similar pattern. But there's something different here." Jake tilted the head gently, fighting against the stiffness of waterlogged tissue. The skin sloughed slightly under his glove, threatening to separate from the underlying muscle. "Look at the forehead."</w:t>
      </w:r>
    </w:p>
    <w:p>
      <w:r>
        <w:rPr>
          <w:rFonts w:ascii="IM Fell English" w:hAnsi="IM Fell English"/>
          <w:color w:val="141414"/>
          <w:sz w:val="24"/>
        </w:rPr>
        <w:t>Etched into the skin were faint, dark lines. Too precise for a tattoo. Laser etching. "Serial number," Jake said. "It's how they track inventory." Beltrán scowled. "Like cattle."</w:t>
      </w:r>
    </w:p>
    <w:p>
      <w:r>
        <w:rPr>
          <w:rFonts w:ascii="IM Fell English" w:hAnsi="IM Fell English"/>
          <w:color w:val="141414"/>
          <w:sz w:val="24"/>
        </w:rPr>
        <w:t>"They tag them like products." Jake squinted, trying to read the characters. The chemicals had done their work, the etching was blurred, the edges dissolving into necrotic tissue. He could make out a '2' definitely. Maybe a '3' or an '8'. And what might have been a 'K' at the end. The rest was a smear of corrupted flesh.</w:t>
      </w:r>
    </w:p>
    <w:p>
      <w:r>
        <w:rPr>
          <w:rFonts w:ascii="IM Fell English" w:hAnsi="IM Fell English"/>
          <w:color w:val="141414"/>
          <w:sz w:val="24"/>
        </w:rPr>
        <w:t>"Can you read it?"</w:t>
      </w:r>
    </w:p>
    <w:p>
      <w:r>
        <w:rPr>
          <w:rFonts w:ascii="IM Fell English" w:hAnsi="IM Fell English"/>
          <w:color w:val="141414"/>
          <w:sz w:val="24"/>
        </w:rPr>
        <w:t>"No. Too degraded." Jake sat back on his heels, his mind racing through possibilities. "But Dr. Fong at the morgue has imaging equipment. UV fluorescence, spectral analysis. If there's any residual scarring in the dermis, he can pull it."</w:t>
      </w:r>
    </w:p>
    <w:p>
      <w:r>
        <w:rPr>
          <w:rFonts w:ascii="IM Fell English" w:hAnsi="IM Fell English"/>
          <w:color w:val="141414"/>
          <w:sz w:val="24"/>
        </w:rPr>
        <w:t>"And if we get the number?"</w:t>
      </w:r>
    </w:p>
    <w:p>
      <w:r>
        <w:rPr>
          <w:rFonts w:ascii="IM Fell English" w:hAnsi="IM Fell English"/>
          <w:color w:val="141414"/>
          <w:sz w:val="24"/>
        </w:rPr>
        <w:t>"If we get the number," Jake said, "I can trace him back to his Archive Hall. Every transitioner is assigned to a specific facility, a specific seat. The serial number tells us exactly where he was supposed to be. I can find out who was on shift when he 'disappeared.' I can pull the logs, interview the staff, check the security footage."</w:t>
      </w:r>
    </w:p>
    <w:p>
      <w:r>
        <w:rPr>
          <w:rFonts w:ascii="IM Fell English" w:hAnsi="IM Fell English"/>
          <w:color w:val="141414"/>
          <w:sz w:val="24"/>
        </w:rPr>
        <w:t>"If the footage still exists."</w:t>
      </w:r>
    </w:p>
    <w:p>
      <w:r>
        <w:rPr>
          <w:rFonts w:ascii="IM Fell English" w:hAnsi="IM Fell English"/>
          <w:color w:val="141414"/>
          <w:sz w:val="24"/>
        </w:rPr>
        <w:t>Jake looked at Beltrán sharply. The sergeant was no fool, he'd picked up on the same pattern Jake had been tracking for months. Evidence that vanished. Logs that were corrupted. Cameras that conveniently malfunctioned at critical moments.</w:t>
      </w:r>
    </w:p>
    <w:p>
      <w:r>
        <w:rPr>
          <w:rFonts w:ascii="IM Fell English" w:hAnsi="IM Fell English"/>
          <w:color w:val="141414"/>
          <w:sz w:val="24"/>
        </w:rPr>
        <w:t>"If it exists," Jake agreed. "And if it doesn't, that tells us something too."</w:t>
      </w:r>
    </w:p>
    <w:p>
      <w:r>
        <w:rPr>
          <w:rFonts w:ascii="IM Fell English" w:hAnsi="IM Fell English"/>
          <w:color w:val="141414"/>
          <w:sz w:val="24"/>
        </w:rPr>
        <w:t>He stood up, his knees crackling like dry branches. He looked down at the nameless, faceless man on the deck, a man who had been promised paradise and instead ended up in the city's toilet.</w:t>
      </w:r>
    </w:p>
    <w:p>
      <w:r>
        <w:rPr>
          <w:rFonts w:ascii="IM Fell English" w:hAnsi="IM Fell English"/>
          <w:color w:val="141414"/>
          <w:sz w:val="24"/>
        </w:rPr>
        <w:t>"What do you think happened to him?" Beltrán asked.</w:t>
      </w:r>
    </w:p>
    <w:p>
      <w:r>
        <w:rPr>
          <w:rFonts w:ascii="IM Fell English" w:hAnsi="IM Fell English"/>
          <w:color w:val="141414"/>
          <w:sz w:val="24"/>
        </w:rPr>
        <w:t>Jake considered the question. The defensive wounds suggested a struggle, not the peaceful expiration of a failing body, but violent conflict. The neural ring marks were consistent with forced application. And the disposal method spoke of panic, of someone trying to hide evidence quickly rather than following proper protocols.</w:t>
      </w:r>
    </w:p>
    <w:p>
      <w:r>
        <w:rPr>
          <w:rFonts w:ascii="IM Fell English" w:hAnsi="IM Fell English"/>
          <w:color w:val="141414"/>
          <w:sz w:val="24"/>
        </w:rPr>
        <w:t>"I think someone took him out of his Hall," Jake said. "I think they used him for something. And when they were done, they tried to make him disappear."</w:t>
      </w:r>
    </w:p>
    <w:p>
      <w:r>
        <w:rPr>
          <w:rFonts w:ascii="IM Fell English" w:hAnsi="IM Fell English"/>
          <w:color w:val="141414"/>
          <w:sz w:val="24"/>
        </w:rPr>
        <w:t>"Used him for what?"</w:t>
      </w:r>
    </w:p>
    <w:p>
      <w:r>
        <w:rPr>
          <w:rFonts w:ascii="IM Fell English" w:hAnsi="IM Fell English"/>
          <w:color w:val="141414"/>
          <w:sz w:val="24"/>
        </w:rPr>
        <w:t>Jake thought about what Dominic had told him last night. Raw Packages. Death recordings. The black market in Eden where bored immortals paid premium prices to feel something real. He thought about June Rafferty, her body in a stairwell with the same crown of marks around her skull.</w:t>
      </w:r>
    </w:p>
    <w:p>
      <w:r>
        <w:rPr>
          <w:rFonts w:ascii="IM Fell English" w:hAnsi="IM Fell English"/>
          <w:color w:val="141414"/>
          <w:sz w:val="24"/>
        </w:rPr>
        <w:t>"I don't know yet," Jake said. It was a lie, but a necessary one. Beltrán was a good cop, but he was also part of the system, a system that might be compromised in ways Jake couldn't yet see. "But I'm going to find out."</w:t>
      </w:r>
    </w:p>
    <w:p>
      <w:r>
        <w:rPr>
          <w:rFonts w:ascii="IM Fell English" w:hAnsi="IM Fell English"/>
          <w:color w:val="141414"/>
          <w:sz w:val="24"/>
        </w:rPr>
        <w:t>He stripped off the gloves and dropped them into a biohazard bag. "I want him at the morgue. Priority transport. Full forensic workup."</w:t>
      </w:r>
    </w:p>
    <w:p>
      <w:r>
        <w:rPr>
          <w:rFonts w:ascii="IM Fell English" w:hAnsi="IM Fell English"/>
          <w:color w:val="141414"/>
          <w:sz w:val="24"/>
        </w:rPr>
        <w:t>"That'll raise flags," Beltrán warned. "A floater from the treatment plant usually gets processed as indigent remains. Low priority."</w:t>
      </w:r>
    </w:p>
    <w:p>
      <w:r>
        <w:rPr>
          <w:rFonts w:ascii="IM Fell English" w:hAnsi="IM Fell English"/>
          <w:color w:val="141414"/>
          <w:sz w:val="24"/>
        </w:rPr>
        <w:t>"Then raise the flags." Jake met Beltrán's eyes. "Log it as a suspicious death connected to an ongoing homicide investigation. My authority. Anyone has a problem with that, they can take it up with me."</w:t>
      </w:r>
    </w:p>
    <w:p>
      <w:r>
        <w:rPr>
          <w:rFonts w:ascii="IM Fell English" w:hAnsi="IM Fell English"/>
          <w:color w:val="141414"/>
          <w:sz w:val="24"/>
        </w:rPr>
        <w:t>Beltrán studied him for a moment, reading something in Jake's expression. Then he nodded. "I'll make it happen."</w:t>
      </w:r>
    </w:p>
    <w:p>
      <w:r>
        <w:rPr>
          <w:rFonts w:ascii="IM Fell English" w:hAnsi="IM Fell English"/>
          <w:color w:val="141414"/>
          <w:sz w:val="24"/>
        </w:rPr>
        <w:t>"And Beltrán?" Jake paused, choosing his words carefully. "Keep this quiet. Don't file the report until end of shift. Don't mention the ring marks in the initial documentation. Just... give me a few hours before this goes into the system."</w:t>
      </w:r>
    </w:p>
    <w:p>
      <w:r>
        <w:rPr>
          <w:rFonts w:ascii="IM Fell English" w:hAnsi="IM Fell English"/>
          <w:color w:val="141414"/>
          <w:sz w:val="24"/>
        </w:rPr>
        <w:t>"You think someone's watching?"</w:t>
      </w:r>
    </w:p>
    <w:p>
      <w:r>
        <w:rPr>
          <w:rFonts w:ascii="IM Fell English" w:hAnsi="IM Fell English"/>
          <w:color w:val="141414"/>
          <w:sz w:val="24"/>
        </w:rPr>
        <w:t>"I think someone's always watching." Jake looked toward the city skyline, visible through the industrial haze. The Transition Authority tower gleamed in the afternoon sun, a needle of glass and chrome pointing toward a heaven it had helped create. "And I think they don't like it when people ask questions."</w:t>
      </w:r>
    </w:p>
    <w:p>
      <w:r>
        <w:rPr>
          <w:rFonts w:ascii="IM Fell English" w:hAnsi="IM Fell English"/>
          <w:color w:val="141414"/>
          <w:sz w:val="24"/>
        </w:rPr>
        <w:t>He walked back along the catwalk, leaving Beltrán to organize the body transport. His shoes clanged against the metal grating, each step carrying him further from the scene but deeper into the mystery.</w:t>
      </w:r>
    </w:p>
    <w:p>
      <w:r>
        <w:rPr>
          <w:rFonts w:ascii="IM Fell English" w:hAnsi="IM Fell English"/>
          <w:color w:val="141414"/>
          <w:sz w:val="24"/>
        </w:rPr>
        <w:t>Nine bodies now. Nine people marked with the signature of a neural ring, their deaths recorded for someone else's pleasure. But this victim was different. This victim had been inside the system, a transitioner, a permanent resident of the digital paradise, supposedly safe in the embrace of the machine.</w:t>
      </w:r>
    </w:p>
    <w:p>
      <w:r>
        <w:rPr>
          <w:rFonts w:ascii="IM Fell English" w:hAnsi="IM Fell English"/>
          <w:color w:val="141414"/>
          <w:sz w:val="24"/>
        </w:rPr>
        <w:t>If they could reach inside the Archive Halls, if they could pull people out of suspension and use them, then nowhere was safe. 2.4 million bodies neatly catalogued and waiting in their harnesses. And now, apparently, disposable.</w:t>
      </w:r>
    </w:p>
    <w:p>
      <w:r>
        <w:rPr>
          <w:rFonts w:ascii="IM Fell English" w:hAnsi="IM Fell English"/>
          <w:color w:val="141414"/>
          <w:sz w:val="24"/>
        </w:rPr>
        <w:t>Jake reached his car and climbed in. The air conditioning blasted him with recycled coolness, but the smell of the treatment plant had already infiltrated his clothes, his hair, his skin. He'd be tasting it for days.</w:t>
      </w:r>
    </w:p>
    <w:p>
      <w:r>
        <w:rPr>
          <w:rFonts w:ascii="IM Fell English" w:hAnsi="IM Fell English"/>
          <w:color w:val="141414"/>
          <w:sz w:val="24"/>
        </w:rPr>
        <w:t>He checked his watch. 5:00 PM. Four hours until his meeting with Tessa.</w:t>
      </w:r>
    </w:p>
    <w:p>
      <w:r>
        <w:rPr>
          <w:rFonts w:ascii="IM Fell English" w:hAnsi="IM Fell English"/>
          <w:color w:val="141414"/>
          <w:sz w:val="24"/>
        </w:rPr>
        <w:t>He pulled out his phone and typed a message to Grant.</w:t>
      </w:r>
    </w:p>
    <w:p>
      <w:r>
        <w:rPr>
          <w:rFonts w:ascii="IM Fell English" w:hAnsi="IM Fell English"/>
          <w:color w:val="141414"/>
          <w:sz w:val="24"/>
        </w:rPr>
        <w:t>New lead. Floater at Riverside Plant. Unidentified transitioner with ring marks. Sending to morgue for ID. If we get a serial number, we can trace the origin Hall.</w:t>
      </w:r>
    </w:p>
    <w:p>
      <w:r>
        <w:rPr>
          <w:rFonts w:ascii="IM Fell English" w:hAnsi="IM Fell English"/>
          <w:color w:val="141414"/>
          <w:sz w:val="24"/>
        </w:rPr>
        <w:t>He hesitated, thumb hovering over the send button. Grant was young, eager, talented, everything Jake had been twenty years ago, before the job had ground him down. The kid deserved to know what they were walking into. But he also deserved to stay alive.</w:t>
      </w:r>
    </w:p>
    <w:p>
      <w:r>
        <w:rPr>
          <w:rFonts w:ascii="IM Fell English" w:hAnsi="IM Fell English"/>
          <w:color w:val="141414"/>
          <w:sz w:val="24"/>
        </w:rPr>
        <w:t>Jake added another line:</w:t>
      </w:r>
    </w:p>
    <w:p>
      <w:r>
        <w:rPr>
          <w:rFonts w:ascii="IM Fell English" w:hAnsi="IM Fell English"/>
          <w:color w:val="141414"/>
          <w:sz w:val="24"/>
        </w:rPr>
        <w:t>Be careful, kid. The deeper I dig, the uglier this gets.</w:t>
      </w:r>
    </w:p>
    <w:p>
      <w:r>
        <w:rPr>
          <w:rFonts w:ascii="IM Fell English" w:hAnsi="IM Fell English"/>
          <w:color w:val="141414"/>
          <w:sz w:val="24"/>
        </w:rPr>
        <w:t>He sent the message and started the engine. The sedan pulled out of the gravel lot, leaving the treatment plant to its grim work.</w:t>
      </w:r>
    </w:p>
    <w:p>
      <w:r>
        <w:rPr>
          <w:rFonts w:ascii="IM Fell English" w:hAnsi="IM Fell English"/>
          <w:color w:val="141414"/>
          <w:sz w:val="24"/>
        </w:rPr>
        <w:t>As he drove, Jake thought about the victim on the deck. A man with no face, no name, no identity beyond a corrupted serial number. A man who had trusted the system, trusted that when he closed his eyes and let the neural ring take his mind to paradise, his body would be safe. Protected. Cared for.</w:t>
      </w:r>
    </w:p>
    <w:p>
      <w:r>
        <w:rPr>
          <w:rFonts w:ascii="IM Fell English" w:hAnsi="IM Fell English"/>
          <w:color w:val="141414"/>
          <w:sz w:val="24"/>
        </w:rPr>
        <w:t>Instead, someone had pulled him out of heaven and thrown him in the sewer.</w:t>
      </w:r>
    </w:p>
    <w:p>
      <w:r>
        <w:rPr>
          <w:rFonts w:ascii="IM Fell English" w:hAnsi="IM Fell English"/>
          <w:color w:val="141414"/>
          <w:sz w:val="24"/>
        </w:rPr>
        <w:t>Who does that? Jake wondered. Who has that kind of access? That kind of power?</w:t>
      </w:r>
    </w:p>
    <w:p>
      <w:r>
        <w:rPr>
          <w:rFonts w:ascii="IM Fell English" w:hAnsi="IM Fell English"/>
          <w:color w:val="141414"/>
          <w:sz w:val="24"/>
        </w:rPr>
        <w:t>The answer was obvious, even if he didn't want to face it. Someone inside the system. Someone with administrator-level access to the Archive Halls, to the security protocols, to the very infrastructure that kept millions of suspended bodies alive.</w:t>
      </w:r>
    </w:p>
    <w:p>
      <w:r>
        <w:rPr>
          <w:rFonts w:ascii="IM Fell English" w:hAnsi="IM Fell English"/>
          <w:color w:val="141414"/>
          <w:sz w:val="24"/>
        </w:rPr>
        <w:t>Someone who could play God with the digital dead.</w:t>
      </w:r>
    </w:p>
    <w:p>
      <w:r>
        <w:rPr>
          <w:rFonts w:ascii="IM Fell English" w:hAnsi="IM Fell English"/>
          <w:color w:val="141414"/>
          <w:sz w:val="24"/>
        </w:rPr>
        <w:t>Jake merged onto the express way heading toward the precinct. He needed to check in, file some preliminary notes, maintain the appearance of normal operations. Then he needed to prepare for tonight.</w:t>
      </w:r>
    </w:p>
    <w:p>
      <w:r>
        <w:rPr>
          <w:rFonts w:ascii="IM Fell English" w:hAnsi="IM Fell English"/>
          <w:color w:val="141414"/>
          <w:sz w:val="24"/>
        </w:rPr>
        <w:t>Tessa Thorne had answers. She'd been too scared to share them inside Transition Authority headquarters, but she'd reached out. She'd taken a risk. That meant she had something worth saying, something dangerous enough to require the dead zone of The Nail Bar.</w:t>
      </w:r>
    </w:p>
    <w:p>
      <w:r>
        <w:rPr>
          <w:rFonts w:ascii="IM Fell English" w:hAnsi="IM Fell English"/>
          <w:color w:val="141414"/>
          <w:sz w:val="24"/>
        </w:rPr>
        <w:t>The city scrolled past his windows, its gleaming towers and hovering drones and endless screens all singing the same song. Eden awaits. Paradise is here. Trust the system.</w:t>
      </w:r>
    </w:p>
    <w:p>
      <w:r>
        <w:rPr>
          <w:rFonts w:ascii="IM Fell English" w:hAnsi="IM Fell English"/>
          <w:color w:val="141414"/>
          <w:sz w:val="24"/>
        </w:rPr>
        <w:t>But underneath the glitter, Jake knew the truth. Underneath the digital dreams and the promises of immortality, there was rot. There was corruption. There was murder.</w:t>
      </w:r>
    </w:p>
    <w:p>
      <w:r>
        <w:rPr>
          <w:rFonts w:ascii="IM Fell English" w:hAnsi="IM Fell English"/>
          <w:color w:val="141414"/>
          <w:sz w:val="24"/>
        </w:rPr>
        <w:t>And somewhere in the city's sewers, the evidence was washing away, one body at a time.</w:t>
      </w:r>
    </w:p>
    <w:p>
      <w:r>
        <w:rPr>
          <w:rFonts w:ascii="IM Fell English" w:hAnsi="IM Fell English"/>
          <w:color w:val="141414"/>
          <w:sz w:val="24"/>
        </w:rPr>
        <w:t>He checked his mirror. No black sedans. No obvious surveillance.</w:t>
      </w:r>
    </w:p>
    <w:p>
      <w:r>
        <w:rPr>
          <w:rFonts w:ascii="IM Fell English" w:hAnsi="IM Fell English"/>
          <w:color w:val="141414"/>
          <w:sz w:val="24"/>
        </w:rPr>
        <w:t>But in a city that watched everything, you could never really be sure.</w:t>
      </w:r>
    </w:p>
    <w:p>
      <w:r>
        <w:rPr>
          <w:rFonts w:ascii="IM Fell English" w:hAnsi="IM Fell English"/>
          <w:color w:val="141414"/>
          <w:sz w:val="24"/>
        </w:rPr>
        <w:t>Jake drove on, toward answers he wasn't sure he wanted to find.</w:t>
      </w:r>
    </w:p>
    <w:p>
      <w:pPr>
        <w:pStyle w:val="Heading1"/>
        <w:jc w:val="center"/>
      </w:pPr>
      <w:r>
        <w:rPr>
          <w:rFonts w:ascii="IM Fell English" w:hAnsi="IM Fell English"/>
          <w:color w:val="0D0D0D"/>
        </w:rPr>
        <w:t>CHAPTER 8: THE PATTERN</w:t>
      </w:r>
    </w:p>
    <w:p>
      <w:r>
        <w:rPr>
          <w:rFonts w:ascii="IM Fell English" w:hAnsi="IM Fell English"/>
          <w:color w:val="141414"/>
          <w:sz w:val="24"/>
        </w:rPr>
        <w:t>Grant was parking outside Meridian Towers when his phone buzzed. Jake.</w:t>
      </w:r>
    </w:p>
    <w:p>
      <w:r>
        <w:rPr>
          <w:rFonts w:ascii="IM Fell English" w:hAnsi="IM Fell English"/>
          <w:color w:val="141414"/>
          <w:sz w:val="24"/>
        </w:rPr>
        <w:t>He answered on the second ring. "I'm here. Just about to go up."</w:t>
      </w:r>
    </w:p>
    <w:p>
      <w:r>
        <w:rPr>
          <w:rFonts w:ascii="IM Fell English" w:hAnsi="IM Fell English"/>
          <w:color w:val="141414"/>
          <w:sz w:val="24"/>
        </w:rPr>
        <w:t>"Forensics already swept the place. Get up there and find me something I can use."</w:t>
      </w:r>
    </w:p>
    <w:p>
      <w:r>
        <w:rPr>
          <w:rFonts w:ascii="IM Fell English" w:hAnsi="IM Fell English"/>
          <w:color w:val="141414"/>
          <w:sz w:val="24"/>
        </w:rPr>
        <w:t>"Yes, sir."</w:t>
      </w:r>
    </w:p>
    <w:p>
      <w:r>
        <w:rPr>
          <w:rFonts w:ascii="IM Fell English" w:hAnsi="IM Fell English"/>
          <w:color w:val="141414"/>
          <w:sz w:val="24"/>
        </w:rPr>
        <w:t>Grant hung up and stepped out of the car. The morning air was already thick with humidity, the sun pressing down like a hand. He checked his notebook, Jake's gift, the leather soft from years of use, and headed for the entrance.</w:t>
      </w:r>
    </w:p>
    <w:p>
      <w:r>
        <w:rPr>
          <w:rFonts w:ascii="IM Fell English" w:hAnsi="IM Fell English"/>
          <w:color w:val="141414"/>
          <w:sz w:val="24"/>
        </w:rPr>
        <w:t>Grant Milliner stood in the doorway of apartment 1203, trying to see the space the way its owner had seen it.</w:t>
      </w:r>
    </w:p>
    <w:p>
      <w:r>
        <w:rPr>
          <w:rFonts w:ascii="IM Fell English" w:hAnsi="IM Fell English"/>
          <w:color w:val="141414"/>
          <w:sz w:val="24"/>
        </w:rPr>
        <w:t>He was twenty-six years old and had been a detective for exactly fourteen months. This was his first major homicide case, and Jake Mareck had trusted him with the victim background work. The old detective had a way of delegating that felt like a test, here's the rope, kid, let's see if you hang yourself with it or climb.</w:t>
      </w:r>
    </w:p>
    <w:p>
      <w:r>
        <w:rPr>
          <w:rFonts w:ascii="IM Fell English" w:hAnsi="IM Fell English"/>
          <w:color w:val="141414"/>
          <w:sz w:val="24"/>
        </w:rPr>
        <w:t>Grant intended to climb.</w:t>
      </w:r>
    </w:p>
    <w:p>
      <w:r>
        <w:rPr>
          <w:rFonts w:ascii="IM Fell English" w:hAnsi="IM Fell English"/>
          <w:color w:val="141414"/>
          <w:sz w:val="24"/>
        </w:rPr>
        <w:t>He paused at the threshold, letting the silence of the apartment settle around him. He pulled on latex gloves and stepped inside. Every object was a fingerprint of a consciousness that no longer existed. Grant had only been doing this for fourteen months, but he knew the drill: find the story she was trying to tell before someone silenced her.</w:t>
      </w:r>
    </w:p>
    <w:p>
      <w:r>
        <w:rPr>
          <w:rFonts w:ascii="IM Fell English" w:hAnsi="IM Fell English"/>
          <w:color w:val="141414"/>
          <w:sz w:val="24"/>
        </w:rPr>
        <w:t>What were you working on? he thought, stepping inside. What did you find that was worth dying for?</w:t>
      </w:r>
    </w:p>
    <w:p>
      <w:r>
        <w:rPr>
          <w:rFonts w:ascii="IM Fell English" w:hAnsi="IM Fell English"/>
          <w:color w:val="141414"/>
          <w:sz w:val="24"/>
        </w:rPr>
        <w:t>His hand drifted to his chest, where his leather notebook pressed against his ribs. Jake had given it to him on his first day, a battered thing, the cover soft with years of handling. "Write everything down," the older detective had said. "Your phone can be hacked. Your computer can be wiped. But paper remembers."</w:t>
      </w:r>
    </w:p>
    <w:p>
      <w:r>
        <w:rPr>
          <w:rFonts w:ascii="IM Fell English" w:hAnsi="IM Fell English"/>
          <w:color w:val="141414"/>
          <w:sz w:val="24"/>
        </w:rPr>
        <w:t>Grant had filled six notebooks since then. This one was almost done, only a few pages left. He'd need to start a new one soon.</w:t>
      </w:r>
    </w:p>
    <w:p>
      <w:r>
        <w:rPr>
          <w:rFonts w:ascii="IM Fell English" w:hAnsi="IM Fell English"/>
          <w:color w:val="141414"/>
          <w:sz w:val="24"/>
        </w:rPr>
        <w:t>But first, he had to understand what June Rafferty had been building. What she'd been protecting. What someone had killed her to bury.</w:t>
      </w:r>
    </w:p>
    <w:p>
      <w:r>
        <w:rPr>
          <w:rFonts w:ascii="IM Fell English" w:hAnsi="IM Fell English"/>
          <w:color w:val="141414"/>
          <w:sz w:val="24"/>
        </w:rPr>
        <w:t>The apartment was modest by the building's standards, a one-bedroom unit with a view of the eastern industrial district. Morning light filtered through half-drawn blinds, casting long shadows across hardwood floors that creaked with age. The forensics team had already been through, leaving behind the usual detritus of fingerprint powder and evidence markers.</w:t>
      </w:r>
    </w:p>
    <w:p>
      <w:r>
        <w:rPr>
          <w:rFonts w:ascii="IM Fell English" w:hAnsi="IM Fell English"/>
          <w:color w:val="141414"/>
          <w:sz w:val="24"/>
        </w:rPr>
        <w:t>Grant checked in with the uniform stationed at the door. "What did forensics take?"</w:t>
      </w:r>
    </w:p>
    <w:p>
      <w:r>
        <w:rPr>
          <w:rFonts w:ascii="IM Fell English" w:hAnsi="IM Fell English"/>
          <w:color w:val="141414"/>
          <w:sz w:val="24"/>
        </w:rPr>
        <w:t>The officer consulted his log. "Standard digital sweep. Laptop, tablet, two external drives, personal phone. All logged and transported to the precinct lab for analysis. Safe in the bedroom closet was already open and empty when they arrived, victim probably cleaned it out herself before..." He trailed off.</w:t>
      </w:r>
    </w:p>
    <w:p>
      <w:r>
        <w:rPr>
          <w:rFonts w:ascii="IM Fell English" w:hAnsi="IM Fell English"/>
          <w:color w:val="141414"/>
          <w:sz w:val="24"/>
        </w:rPr>
        <w:t>Grant nodded. So forensics had the electronics. That was normal procedure, digital devices went to the tech lab for extraction. If there was anything useful on them, he'd get the report eventually. But he'd learned from Jake that the real story was rarely on the hard drive. The real story was in the spaces between, the things people didn't think to hide because they didn't realize they were hiding anything.</w:t>
      </w:r>
    </w:p>
    <w:p>
      <w:r>
        <w:rPr>
          <w:rFonts w:ascii="IM Fell English" w:hAnsi="IM Fell English"/>
          <w:color w:val="141414"/>
          <w:sz w:val="24"/>
        </w:rPr>
        <w:t>He moved through the living room, cataloguing details. The furniture was functional rather than stylish, a gray sofa, a coffee table stacked with physical magazines, bookshelves overflowing with actual paper books. Old school. The kind of person who didn't trust the cloud with her reading habits.</w:t>
      </w:r>
    </w:p>
    <w:p>
      <w:r>
        <w:rPr>
          <w:rFonts w:ascii="IM Fell English" w:hAnsi="IM Fell English"/>
          <w:color w:val="141414"/>
          <w:sz w:val="24"/>
        </w:rPr>
        <w:t>The bedroom was similarly sparse. A neatly made bed, a dresser with a few framed photographs. Grant examined the photos, June at what looked like an awards ceremony, June with an older woman who might have been her mother, June with a dark-haired man at a restaurant, their faces close together, smiling.</w:t>
      </w:r>
    </w:p>
    <w:p>
      <w:r>
        <w:rPr>
          <w:rFonts w:ascii="IM Fell English" w:hAnsi="IM Fell English"/>
          <w:color w:val="141414"/>
          <w:sz w:val="24"/>
        </w:rPr>
        <w:t>He picked up that last frame. The man was handsome, sharp-featured, maybe early thirties. On the back, in feminine handwriting: June &amp; Calvin, Anniversary dinner, March 2098</w:t>
      </w:r>
    </w:p>
    <w:p>
      <w:r>
        <w:rPr>
          <w:rFonts w:ascii="IM Fell English" w:hAnsi="IM Fell English"/>
          <w:color w:val="141414"/>
          <w:sz w:val="24"/>
        </w:rPr>
        <w:t>Calvin. First name only. Grant photographed the inscription and set the frame back down.</w:t>
      </w:r>
    </w:p>
    <w:p>
      <w:r>
        <w:rPr>
          <w:rFonts w:ascii="IM Fell English" w:hAnsi="IM Fell English"/>
          <w:color w:val="141414"/>
          <w:sz w:val="24"/>
        </w:rPr>
        <w:t>The closet held clothes, shoes, and the empty safe the uniform had mentioned. Grant examined it, a small fireproof model, the kind people used for important documents and backup drives. The door hung open, the interior bare. Had June emptied it herself? Hidden the contents somewhere else? Or had someone else gotten here first?</w:t>
      </w:r>
    </w:p>
    <w:p>
      <w:r>
        <w:rPr>
          <w:rFonts w:ascii="IM Fell English" w:hAnsi="IM Fell English"/>
          <w:color w:val="141414"/>
          <w:sz w:val="24"/>
        </w:rPr>
        <w:t>He returned to the living room and stood in the center, turning slowly. Something nagged at him. The apartment felt incomplete. June Rafferty was an investigative journalist working on a major story, Enid Costello at the Tribune had confirmed that much when Grant called ahead. A story that big meant research. Notes. Physical evidence for someone who didn't trust digital storage.</w:t>
      </w:r>
    </w:p>
    <w:p>
      <w:r>
        <w:rPr>
          <w:rFonts w:ascii="IM Fell English" w:hAnsi="IM Fell English"/>
          <w:color w:val="141414"/>
          <w:sz w:val="24"/>
        </w:rPr>
        <w:t>But there was nothing here. No file boxes. No stacks of documents. No indication that any serious work happened in this space at all.</w:t>
      </w:r>
    </w:p>
    <w:p>
      <w:r>
        <w:rPr>
          <w:rFonts w:ascii="IM Fell English" w:hAnsi="IM Fell English"/>
          <w:color w:val="141414"/>
          <w:sz w:val="24"/>
        </w:rPr>
        <w:t>Grant's eyes moved across the walls. Living room, kitchen, bedroom, bathroom. Standard layout. Standard dimensions.</w:t>
      </w:r>
    </w:p>
    <w:p>
      <w:r>
        <w:rPr>
          <w:rFonts w:ascii="IM Fell English" w:hAnsi="IM Fell English"/>
          <w:color w:val="141414"/>
          <w:sz w:val="24"/>
        </w:rPr>
        <w:t>Except...</w:t>
      </w:r>
    </w:p>
    <w:p>
      <w:r>
        <w:rPr>
          <w:rFonts w:ascii="IM Fell English" w:hAnsi="IM Fell English"/>
          <w:color w:val="141414"/>
          <w:sz w:val="24"/>
        </w:rPr>
        <w:t>He walked to the far wall of the living room where a tall bookshelf stood against the plaster. He'd glanced at it before, stuffed with paperbacks and old journalism textbooks. But now he looked more carefully.</w:t>
      </w:r>
    </w:p>
    <w:p>
      <w:r>
        <w:rPr>
          <w:rFonts w:ascii="IM Fell English" w:hAnsi="IM Fell English"/>
          <w:color w:val="141414"/>
          <w:sz w:val="24"/>
        </w:rPr>
        <w:t>The bookshelf was six feet wide. The wall behind it was eight feet wide. And the adjacent wall, the one that should have continued into the bathroom seemed to end two feet short. Grant stepped back and did the math in his head. Living room. Bathroom. Exterior wall. The dimensions didn't add up. There was space unaccounted for. A small room, maybe eight by six feet, hidden between the two.</w:t>
      </w:r>
    </w:p>
    <w:p>
      <w:r>
        <w:rPr>
          <w:rFonts w:ascii="IM Fell English" w:hAnsi="IM Fell English"/>
          <w:color w:val="141414"/>
          <w:sz w:val="24"/>
        </w:rPr>
        <w:t>Grant approached the bookshelf. He ran his fingers along the edge where it met the wall. The wood was flush against the plaster, too flush. No dust accumulation in the seam. No gap where settling should have created one.</w:t>
      </w:r>
    </w:p>
    <w:p>
      <w:r>
        <w:rPr>
          <w:rFonts w:ascii="IM Fell English" w:hAnsi="IM Fell English"/>
          <w:color w:val="141414"/>
          <w:sz w:val="24"/>
        </w:rPr>
        <w:t>He gripped the side of the shelf and pulled.</w:t>
      </w:r>
    </w:p>
    <w:p>
      <w:r>
        <w:rPr>
          <w:rFonts w:ascii="IM Fell English" w:hAnsi="IM Fell English"/>
          <w:color w:val="141414"/>
          <w:sz w:val="24"/>
        </w:rPr>
        <w:t>It didn't budge. But he felt something, a slight give, a sense that the whole unit was mounted on a track rather than simply standing against the wall.</w:t>
      </w:r>
    </w:p>
    <w:p>
      <w:r>
        <w:rPr>
          <w:rFonts w:ascii="IM Fell English" w:hAnsi="IM Fell English"/>
          <w:color w:val="141414"/>
          <w:sz w:val="24"/>
        </w:rPr>
        <w:t>Grant examined the books more closely. Most were random journalism texts, novels, reference materials. But one shelf held a row of identical leather volumes, their spines unmarked. He pulled one out.</w:t>
      </w:r>
    </w:p>
    <w:p>
      <w:r>
        <w:rPr>
          <w:rFonts w:ascii="IM Fell English" w:hAnsi="IM Fell English"/>
          <w:color w:val="141414"/>
          <w:sz w:val="24"/>
        </w:rPr>
        <w:t>It was hollow. A fake book, the kind used to hide valuables. Inside was a small lever.</w:t>
      </w:r>
    </w:p>
    <w:p>
      <w:r>
        <w:rPr>
          <w:rFonts w:ascii="IM Fell English" w:hAnsi="IM Fell English"/>
          <w:color w:val="141414"/>
          <w:sz w:val="24"/>
        </w:rPr>
        <w:t>Grant pulled it.</w:t>
      </w:r>
    </w:p>
    <w:p>
      <w:r>
        <w:rPr>
          <w:rFonts w:ascii="IM Fell English" w:hAnsi="IM Fell English"/>
          <w:color w:val="141414"/>
          <w:sz w:val="24"/>
        </w:rPr>
        <w:t>Something clicked behind the wall. The bookshelf shuddered, then slid sideways on hidden rails, revealing a narrow doorway cut into the plaster.</w:t>
      </w:r>
    </w:p>
    <w:p>
      <w:r>
        <w:rPr>
          <w:rFonts w:ascii="IM Fell English" w:hAnsi="IM Fell English"/>
          <w:color w:val="141414"/>
          <w:sz w:val="24"/>
        </w:rPr>
        <w:t>"Son of a bitch," Grant swore under his breath.</w:t>
      </w:r>
    </w:p>
    <w:p>
      <w:r>
        <w:rPr>
          <w:rFonts w:ascii="IM Fell English" w:hAnsi="IM Fell English"/>
          <w:color w:val="141414"/>
          <w:sz w:val="24"/>
        </w:rPr>
        <w:t>He drew his weapon, habit, even though he knew the apartment was empty, and stepped through.</w:t>
      </w:r>
    </w:p>
    <w:p>
      <w:r>
        <w:rPr>
          <w:rFonts w:ascii="IM Fell English" w:hAnsi="IM Fell English"/>
          <w:color w:val="141414"/>
          <w:sz w:val="24"/>
        </w:rPr>
        <w:t>The hidden room was small, barely eight feet square, with no windows and a single overhead light that flickered on automatically when he entered. The walls were covered floor-to-ceiling with corkboard. Grant holstered his weapon and stared. Photographs, printouts, handwritten notes, newspaper clippings, all connected by a web of red string that mapped relationships and theories in a language only June Rafferty had fully understood.</w:t>
      </w:r>
    </w:p>
    <w:p>
      <w:r>
        <w:rPr>
          <w:rFonts w:ascii="IM Fell English" w:hAnsi="IM Fell English"/>
          <w:color w:val="141414"/>
          <w:sz w:val="24"/>
        </w:rPr>
        <w:t>At the center of the web were resource allocation charts. Energy distribution graphs showing two diverging lines, one climbing steadily (labeled EDEN INFRASTRUCTURE), one declining just as steadily (labeled LAND REHABILITATION). Resources were being deliberately diverted from saving the physical world to expanding the digital one.</w:t>
      </w:r>
    </w:p>
    <w:p>
      <w:r>
        <w:rPr>
          <w:rFonts w:ascii="IM Fell English" w:hAnsi="IM Fell English"/>
          <w:color w:val="141414"/>
          <w:sz w:val="24"/>
        </w:rPr>
        <w:t>Surrounding the charts were voting records. Council meeting minutes. Financial disclosures. Three names had been circled in red ink, connected by thick lines to the allocation data: CONRAD. MOSS.</w:t>
      </w:r>
    </w:p>
    <w:p>
      <w:r>
        <w:rPr>
          <w:rFonts w:ascii="IM Fell English" w:hAnsi="IM Fell English"/>
          <w:color w:val="141414"/>
          <w:sz w:val="24"/>
        </w:rPr>
        <w:t>Grant leaned closer, his heart hammering.</w:t>
      </w:r>
    </w:p>
    <w:p>
      <w:r>
        <w:rPr>
          <w:rFonts w:ascii="IM Fell English" w:hAnsi="IM Fell English"/>
          <w:color w:val="141414"/>
          <w:sz w:val="24"/>
        </w:rPr>
        <w:t>One section of the wall was different from the others. The documents here were newer, the paper crisper. A handwritten note was pinned at the top: Source material from R., verify and cross-reference. Handle with EXTREME caution.</w:t>
      </w:r>
    </w:p>
    <w:p>
      <w:r>
        <w:rPr>
          <w:rFonts w:ascii="IM Fell English" w:hAnsi="IM Fell English"/>
          <w:color w:val="141414"/>
          <w:sz w:val="24"/>
        </w:rPr>
        <w:t>R. Grant didn't know who that was, but the documents beneath the note were explosive. Internal memos from the Eden Administration. Server access logs. A list of Archive Hall locations with annotations about security vulnerabilities.</w:t>
      </w:r>
    </w:p>
    <w:p>
      <w:r>
        <w:rPr>
          <w:rFonts w:ascii="IM Fell English" w:hAnsi="IM Fell English"/>
          <w:color w:val="141414"/>
          <w:sz w:val="24"/>
        </w:rPr>
        <w:t>Someone had given June inside information. Someone with access to systems that shouldn't have been accessible.</w:t>
      </w:r>
    </w:p>
    <w:p>
      <w:r>
        <w:rPr>
          <w:rFonts w:ascii="IM Fell English" w:hAnsi="IM Fell English"/>
          <w:color w:val="141414"/>
          <w:sz w:val="24"/>
        </w:rPr>
        <w:t>But it was the photograph at the center of this section that stopped Grant's breath.</w:t>
      </w:r>
    </w:p>
    <w:p>
      <w:r>
        <w:rPr>
          <w:rFonts w:ascii="IM Fell English" w:hAnsi="IM Fell English"/>
          <w:color w:val="141414"/>
          <w:sz w:val="24"/>
        </w:rPr>
        <w:t>The image was grainy, taken in low light with what looked like a hidden camera. The angle was low and tilted, hip height, probably from a device concealed in someone's pocket. It showed a sterile corridor, institutional and cold. A steel trolley was being pushed toward heavy double doors marked INCINERATION.</w:t>
      </w:r>
    </w:p>
    <w:p>
      <w:r>
        <w:rPr>
          <w:rFonts w:ascii="IM Fell English" w:hAnsi="IM Fell English"/>
          <w:color w:val="141414"/>
          <w:sz w:val="24"/>
        </w:rPr>
        <w:t>On the trolley lay a body. Male. Heavy-set. Pale. The head was shaved, and because of the angle of the harsh overhead lighting, the laser-etched serial number on the forehead was perfectly legible.</w:t>
      </w:r>
    </w:p>
    <w:p>
      <w:r>
        <w:rPr>
          <w:rFonts w:ascii="IM Fell English" w:hAnsi="IM Fell English"/>
          <w:color w:val="141414"/>
          <w:sz w:val="24"/>
        </w:rPr>
        <w:t>CM-4721-THETA</w:t>
      </w:r>
    </w:p>
    <w:p>
      <w:r>
        <w:rPr>
          <w:rFonts w:ascii="IM Fell English" w:hAnsi="IM Fell English"/>
          <w:color w:val="141414"/>
          <w:sz w:val="24"/>
        </w:rPr>
        <w:t>Grant flipped the photograph over. On the back, in June's precise handwriting:</w:t>
      </w:r>
    </w:p>
    <w:p>
      <w:r>
        <w:rPr>
          <w:rFonts w:ascii="IM Fell English" w:hAnsi="IM Fell English"/>
          <w:color w:val="141414"/>
          <w:sz w:val="24"/>
        </w:rPr>
        <w:t>Source: Anatoly (Archive Hall 4 worker) Photo taken 2091 during routine disposal. Confirmed ID: CONRAD MOSS, Council Member. Body incinerated per standard protocol. BUT, C.M. still voting on Council as of last week.WHO IS CASTING HIS VOTES?</w:t>
      </w:r>
    </w:p>
    <w:p>
      <w:r>
        <w:rPr>
          <w:rFonts w:ascii="IM Fell English" w:hAnsi="IM Fell English"/>
          <w:color w:val="141414"/>
          <w:sz w:val="24"/>
        </w:rPr>
        <w:t>Grant felt ice crystallize in his chest.</w:t>
      </w:r>
    </w:p>
    <w:p>
      <w:r>
        <w:rPr>
          <w:rFonts w:ascii="IM Fell English" w:hAnsi="IM Fell English"/>
          <w:color w:val="141414"/>
          <w:sz w:val="24"/>
        </w:rPr>
        <w:t>Conrad Moss. The name circled on the wall. A sitting Council member who had voted on water rationing legislation three weeks ago. Whose holographic image had appeared on news broadcasts just yesterday.</w:t>
      </w:r>
    </w:p>
    <w:p>
      <w:r>
        <w:rPr>
          <w:rFonts w:ascii="IM Fell English" w:hAnsi="IM Fell English"/>
          <w:color w:val="141414"/>
          <w:sz w:val="24"/>
        </w:rPr>
        <w:t>But this photograph showed his body being wheeled into an incinerator seven years ago.</w:t>
      </w:r>
    </w:p>
    <w:p>
      <w:r>
        <w:rPr>
          <w:rFonts w:ascii="IM Fell English" w:hAnsi="IM Fell English"/>
          <w:color w:val="141414"/>
          <w:sz w:val="24"/>
        </w:rPr>
        <w:t>Grant looked back at the wall, searching for more context. He found it in a cluster of documents near the bottom, a family tree hastily sketched, with photographs attached.</w:t>
      </w:r>
    </w:p>
    <w:p>
      <w:r>
        <w:rPr>
          <w:rFonts w:ascii="IM Fell English" w:hAnsi="IM Fell English"/>
          <w:color w:val="141414"/>
          <w:sz w:val="24"/>
        </w:rPr>
        <w:t>Conrad Moss at the top. Below him, connected by a line: Calvin Moss.</w:t>
      </w:r>
    </w:p>
    <w:p>
      <w:r>
        <w:rPr>
          <w:rFonts w:ascii="IM Fell English" w:hAnsi="IM Fell English"/>
          <w:color w:val="141414"/>
          <w:sz w:val="24"/>
        </w:rPr>
        <w:t>And next to Calvin's name, in red ink: Father's body.</w:t>
      </w:r>
    </w:p>
    <w:p>
      <w:r>
        <w:rPr>
          <w:rFonts w:ascii="IM Fell English" w:hAnsi="IM Fell English"/>
          <w:color w:val="141414"/>
          <w:sz w:val="24"/>
        </w:rPr>
        <w:t>The photograph from the bedroom flashed in Grant's mind. June &amp; Calvin.</w:t>
      </w:r>
    </w:p>
    <w:p>
      <w:r>
        <w:rPr>
          <w:rFonts w:ascii="IM Fell English" w:hAnsi="IM Fell English"/>
          <w:color w:val="141414"/>
          <w:sz w:val="24"/>
        </w:rPr>
        <w:t>Calvin. Calvin Moss.</w:t>
      </w:r>
    </w:p>
    <w:p>
      <w:r>
        <w:rPr>
          <w:rFonts w:ascii="IM Fell English" w:hAnsi="IM Fell English"/>
          <w:color w:val="141414"/>
          <w:sz w:val="24"/>
        </w:rPr>
        <w:t>June Rafferty had been dating the son of the Council member she was investigating. And Calvin had given her the evidence, the photograph of his own father's corpse being wheeled to incineration, proof that whoever was voting in Conrad Moss's name wasn't Conrad Moss at all.</w:t>
      </w:r>
    </w:p>
    <w:p>
      <w:r>
        <w:rPr>
          <w:rFonts w:ascii="IM Fell English" w:hAnsi="IM Fell English"/>
          <w:color w:val="141414"/>
          <w:sz w:val="24"/>
        </w:rPr>
        <w:t>Grant carefully unpinned the photograph and slipped it between the pages of his leather notebook. He secured it with the elastic band, feeling the weight of it against his chest. Then he photographed the entire wall, section by section, using his personal device rather than the department-issued one.</w:t>
      </w:r>
    </w:p>
    <w:p>
      <w:r>
        <w:rPr>
          <w:rFonts w:ascii="IM Fell English" w:hAnsi="IM Fell English"/>
          <w:color w:val="141414"/>
          <w:sz w:val="24"/>
        </w:rPr>
        <w:t>Whatever June had uncovered, it was big enough to get her killed. And Calvin Moss, the man who had helped her uncover it, might be next.</w:t>
      </w:r>
    </w:p>
    <w:p>
      <w:r>
        <w:rPr>
          <w:rFonts w:ascii="IM Fell English" w:hAnsi="IM Fell English"/>
          <w:color w:val="141414"/>
          <w:sz w:val="24"/>
        </w:rPr>
        <w:t>If he wasn't dead already.</w:t>
      </w:r>
    </w:p>
    <w:p>
      <w:r>
        <w:rPr>
          <w:rFonts w:ascii="IM Fell English" w:hAnsi="IM Fell English"/>
          <w:color w:val="141414"/>
          <w:sz w:val="24"/>
        </w:rPr>
        <w:t>June Rafferty had built a hidden room to protect her investigation. She'd received inside information from someone she called "R." She'd been dating Conrad Moss's son, a relationship she'd apparently kept secret even from her editor, using only his first name. And she'd been close to exposing something massive: a Council member who had been dead for seven years but was somehow still voting.</w:t>
      </w:r>
    </w:p>
    <w:p>
      <w:r>
        <w:rPr>
          <w:rFonts w:ascii="IM Fell English" w:hAnsi="IM Fell English"/>
          <w:color w:val="141414"/>
          <w:sz w:val="24"/>
        </w:rPr>
        <w:t>The elevator doors opened onto a newsroom that belonged to another era. Physical desks cluttered with actual paper. Journalists hunched over terminals, some still using keyboards instead of haptic interfaces. The air smelled of stale coffee and deadline pressure.</w:t>
      </w:r>
    </w:p>
    <w:p>
      <w:r>
        <w:rPr>
          <w:rFonts w:ascii="IM Fell English" w:hAnsi="IM Fell English"/>
          <w:color w:val="141414"/>
          <w:sz w:val="24"/>
        </w:rPr>
        <w:t>Enid Costello met him at the elevator, fifties, gray hair pulled back severely, eyes that had seen too many stories go wrong.</w:t>
      </w:r>
    </w:p>
    <w:p>
      <w:r>
        <w:rPr>
          <w:rFonts w:ascii="IM Fell English" w:hAnsi="IM Fell English"/>
          <w:color w:val="141414"/>
          <w:sz w:val="24"/>
        </w:rPr>
        <w:t>"Detective Milliner? I'm the editor-in-chief. My office."</w:t>
      </w:r>
    </w:p>
    <w:p>
      <w:r>
        <w:rPr>
          <w:rFonts w:ascii="IM Fell English" w:hAnsi="IM Fell English"/>
          <w:color w:val="141414"/>
          <w:sz w:val="24"/>
        </w:rPr>
        <w:t>She led him through the maze of desks to a glass-walled corner office. She closed the door and gestured to a chair.</w:t>
      </w:r>
    </w:p>
    <w:p>
      <w:r>
        <w:rPr>
          <w:rFonts w:ascii="IM Fell English" w:hAnsi="IM Fell English"/>
          <w:color w:val="141414"/>
          <w:sz w:val="24"/>
        </w:rPr>
        <w:t>"What can you tell me about what June was working on?" Grant asked.</w:t>
      </w:r>
    </w:p>
    <w:p>
      <w:r>
        <w:rPr>
          <w:rFonts w:ascii="IM Fell English" w:hAnsi="IM Fell English"/>
          <w:color w:val="141414"/>
          <w:sz w:val="24"/>
        </w:rPr>
        <w:t>Enid sat heavily behind her desk, pushing aside a half-empty coffee cup and a stack of proofs. The Tribune's editor-in-chief looked like she hadn't slept since June's death, her eyes red-rimmed, her usually immaculate blazer wrinkled.</w:t>
      </w:r>
    </w:p>
    <w:p>
      <w:r>
        <w:rPr>
          <w:rFonts w:ascii="IM Fell English" w:hAnsi="IM Fell English"/>
          <w:color w:val="141414"/>
          <w:sz w:val="24"/>
        </w:rPr>
        <w:t>"She called it her 'white whale,'" Enid said. "An investigation into Eden Council resource manipulation. Decisions being made that didn't match the official algorithms. She'd been working on it for months, maybe years in some form."</w:t>
      </w:r>
    </w:p>
    <w:p>
      <w:r>
        <w:rPr>
          <w:rFonts w:ascii="IM Fell English" w:hAnsi="IM Fell English"/>
          <w:color w:val="141414"/>
          <w:sz w:val="24"/>
        </w:rPr>
        <w:t>"What kind of manipulation?" Grant asked, his notebook ready.</w:t>
      </w:r>
    </w:p>
    <w:p>
      <w:r>
        <w:rPr>
          <w:rFonts w:ascii="IM Fell English" w:hAnsi="IM Fell English"/>
          <w:color w:val="141414"/>
          <w:sz w:val="24"/>
        </w:rPr>
        <w:t>Enid pulled out a folder, physical paper, not digital files. Old school journalism, like June. She spread several documents across her desk.</w:t>
      </w:r>
    </w:p>
    <w:p>
      <w:r>
        <w:rPr>
          <w:rFonts w:ascii="IM Fell English" w:hAnsi="IM Fell English"/>
          <w:color w:val="141414"/>
          <w:sz w:val="24"/>
        </w:rPr>
        <w:t>"You have to understand how the system is supposed to work," she said. "When Eden was established twenty-six years ago, the Council made a fundamental agreement: resources would be split equally between Eden and the physical world. Fifty-fifty. Half for the living, half for the undead."</w:t>
      </w:r>
    </w:p>
    <w:p>
      <w:r>
        <w:rPr>
          <w:rFonts w:ascii="IM Fell English" w:hAnsi="IM Fell English"/>
          <w:color w:val="141414"/>
          <w:sz w:val="24"/>
        </w:rPr>
        <w:t>She pointed to a chart showing energy distribution from 2072, the year Eden launched.</w:t>
      </w:r>
    </w:p>
    <w:p>
      <w:r>
        <w:rPr>
          <w:rFonts w:ascii="IM Fell English" w:hAnsi="IM Fell English"/>
          <w:color w:val="141414"/>
          <w:sz w:val="24"/>
        </w:rPr>
        <w:t>"The physical world's share goes to essential infrastructure. Land rehabilitation projects, composting operations to restore soil, atmospheric processing, water purification. Running the city itself, utilities, transit systems, emergency services. And the food ration plants, which barely keep eight hundred thousand people fed as it is."</w:t>
      </w:r>
    </w:p>
    <w:p>
      <w:r>
        <w:rPr>
          <w:rFonts w:ascii="IM Fell English" w:hAnsi="IM Fell English"/>
          <w:color w:val="141414"/>
          <w:sz w:val="24"/>
        </w:rPr>
        <w:t>Grant studied the numbers. Clean. Balanced. Exactly fifty percent to each side.</w:t>
      </w:r>
    </w:p>
    <w:p>
      <w:r>
        <w:rPr>
          <w:rFonts w:ascii="IM Fell English" w:hAnsi="IM Fell English"/>
          <w:color w:val="141414"/>
          <w:sz w:val="24"/>
        </w:rPr>
        <w:t>"Eden's share," Enid said, pointing at the screen, "goes to running Transition Authority Headquarters and the Archive Halls. The HQ houses the laboratories where they develop preservation compounds, neural ring technology, all the research. And of course the Eden servers themselves, the actual hardware that runs the simulation."</w:t>
      </w:r>
    </w:p>
    <w:p>
      <w:r>
        <w:rPr>
          <w:rFonts w:ascii="IM Fell English" w:hAnsi="IM Fell English"/>
          <w:color w:val="141414"/>
          <w:sz w:val="24"/>
        </w:rPr>
        <w:t>She pulled out another chart. "Energy comes from four sources: the fission nuclear plant, the solar farm, the coal plant, and the incinerator plant. The nuclear plant is the backbone, provides sixty percent of our total power. Solar gives us twenty percent. Coal and incineration make up the rest."</w:t>
      </w:r>
    </w:p>
    <w:p>
      <w:r>
        <w:rPr>
          <w:rFonts w:ascii="IM Fell English" w:hAnsi="IM Fell English"/>
          <w:color w:val="141414"/>
          <w:sz w:val="24"/>
        </w:rPr>
        <w:t>"That's a lot of infrastructure for a dying world," Grant said.</w:t>
      </w:r>
    </w:p>
    <w:p>
      <w:r>
        <w:rPr>
          <w:rFonts w:ascii="IM Fell English" w:hAnsi="IM Fell English"/>
          <w:color w:val="141414"/>
          <w:sz w:val="24"/>
        </w:rPr>
        <w:t>"It's barely enough. The nuclear plant is forty years old and running at eighty percent capacity. The solar farm's efficiency drops every year as dust storms damage the panels. The coal plant burns low-grade fuel we scrape from old mines. The incinerator runs on garbage and..." She paused. "Bodies. From the Archive Halls. When they're disposed of."</w:t>
      </w:r>
    </w:p>
    <w:p>
      <w:r>
        <w:rPr>
          <w:rFonts w:ascii="IM Fell English" w:hAnsi="IM Fell English"/>
          <w:color w:val="141414"/>
          <w:sz w:val="24"/>
        </w:rPr>
        <w:t>Grant felt his stomach turn. He'd known that intellectually. But hearing it stated so plainly...</w:t>
      </w:r>
    </w:p>
    <w:p>
      <w:r>
        <w:rPr>
          <w:rFonts w:ascii="IM Fell English" w:hAnsi="IM Fell English"/>
          <w:color w:val="141414"/>
          <w:sz w:val="24"/>
        </w:rPr>
        <w:t>"The point is, the system is fragile. There's no surplus. No buffer." Enid leaned forward. "Every kilowatt is accounted for, allocated down to the decimal point. The Council maintains strict parity: fifty percent Eden, fifty percent physical world. That's the social contract. The living and the transitioned share the burden of survival equally."</w:t>
      </w:r>
    </w:p>
    <w:p>
      <w:r>
        <w:rPr>
          <w:rFonts w:ascii="IM Fell English" w:hAnsi="IM Fell English"/>
          <w:color w:val="141414"/>
          <w:sz w:val="24"/>
        </w:rPr>
        <w:t>"And June found something that contradicted this?"</w:t>
      </w:r>
    </w:p>
    <w:p>
      <w:r>
        <w:rPr>
          <w:rFonts w:ascii="IM Fell English" w:hAnsi="IM Fell English"/>
          <w:color w:val="141414"/>
          <w:sz w:val="24"/>
        </w:rPr>
        <w:t>Enid pulled out a different set of documents. These were printouts of spreadsheets, dense with numbers, covered in June's handwritten notes.</w:t>
      </w:r>
    </w:p>
    <w:p>
      <w:r>
        <w:rPr>
          <w:rFonts w:ascii="IM Fell English" w:hAnsi="IM Fell English"/>
          <w:color w:val="141414"/>
          <w:sz w:val="24"/>
        </w:rPr>
        <w:t>"These are internal energy allocation reports from the Power Management Authority. June obtained them from... somewhere. I don't know how." Enid's finger traced down a column of numbers.</w:t>
      </w:r>
    </w:p>
    <w:p>
      <w:r>
        <w:rPr>
          <w:rFonts w:ascii="IM Fell English" w:hAnsi="IM Fell English"/>
          <w:color w:val="141414"/>
          <w:sz w:val="24"/>
        </w:rPr>
        <w:t>"Look at the trend over the past five years." Enid traced a rising red line on the chart. "The agreement was fifty-fifty," she said. "Half for Eden, half for the physical world. But look at 2097. Eden is pulling fifty- eight percent."</w:t>
      </w:r>
    </w:p>
    <w:p>
      <w:r>
        <w:rPr>
          <w:rFonts w:ascii="IM Fell English" w:hAnsi="IM Fell English"/>
          <w:color w:val="141414"/>
          <w:sz w:val="24"/>
        </w:rPr>
        <w:t>"Eight percent over," Grant said.</w:t>
      </w:r>
    </w:p>
    <w:p>
      <w:r>
        <w:rPr>
          <w:rFonts w:ascii="IM Fell English" w:hAnsi="IM Fell English"/>
          <w:color w:val="141414"/>
          <w:sz w:val="24"/>
        </w:rPr>
        <w:t>"In a system this tight, eight percent is catastrophic. That's why they're shutting down atmospheric scrubbers. That's why we're starving."</w:t>
      </w:r>
    </w:p>
    <w:p>
      <w:r>
        <w:rPr>
          <w:rFonts w:ascii="IM Fell English" w:hAnsi="IM Fell English"/>
          <w:color w:val="141414"/>
          <w:sz w:val="24"/>
        </w:rPr>
        <w:t>"Eight percent doesn't sound like much, does it?" Enid shook her head. "But in a system this tight, eight percent is catastrophic. That's the difference between keeping the atmospheric processors running at full capacity or shutting down two of the six units. That's the difference between the food ration plants producing adequate nutrition or cutting protein content by fifteen percent."</w:t>
      </w:r>
    </w:p>
    <w:p>
      <w:r>
        <w:rPr>
          <w:rFonts w:ascii="IM Fell English" w:hAnsi="IM Fell English"/>
          <w:color w:val="141414"/>
          <w:sz w:val="24"/>
        </w:rPr>
        <w:t>She pulled out another document, a graph showing the transition age threshold over time.</w:t>
      </w:r>
    </w:p>
    <w:p>
      <w:r>
        <w:rPr>
          <w:rFonts w:ascii="IM Fell English" w:hAnsi="IM Fell English"/>
          <w:color w:val="141414"/>
          <w:sz w:val="24"/>
        </w:rPr>
        <w:t>"And here's what June noticed. Look at the correlation."</w:t>
      </w:r>
    </w:p>
    <w:p>
      <w:r>
        <w:rPr>
          <w:rFonts w:ascii="IM Fell English" w:hAnsi="IM Fell English"/>
          <w:color w:val="141414"/>
          <w:sz w:val="24"/>
        </w:rPr>
        <w:t>Grant saw it immediately. As energy allocation to Transition HQ increased, the mandatory transition age dropped. Not perfectly synchronized, but close enough to be more than coincidence.</w:t>
      </w:r>
    </w:p>
    <w:p>
      <w:r>
        <w:rPr>
          <w:rFonts w:ascii="IM Fell English" w:hAnsi="IM Fell English"/>
          <w:color w:val="141414"/>
          <w:sz w:val="24"/>
        </w:rPr>
        <w:t>YEAR, TRANSITION AGE, ENERGY TO TRANSITION HQ 2093: 45, 28.4% 2094: 43, 29.1% 2095: 42, 30.8% 2096: 41, 32.2% 2097: 40, 34.6%</w:t>
      </w:r>
    </w:p>
    <w:p>
      <w:r>
        <w:rPr>
          <w:rFonts w:ascii="IM Fell English" w:hAnsi="IM Fell English"/>
          <w:color w:val="141414"/>
          <w:sz w:val="24"/>
        </w:rPr>
        <w:t>"She thought they were connected?" Grant asked.</w:t>
      </w:r>
    </w:p>
    <w:p>
      <w:r>
        <w:rPr>
          <w:rFonts w:ascii="IM Fell English" w:hAnsi="IM Fell English"/>
          <w:color w:val="141414"/>
          <w:sz w:val="24"/>
        </w:rPr>
        <w:t>"She was certain. The more power Eden demands, the less we have for the physical world. The less we have for the physical world, the fewer people it can sustain. So the Council lowers the transition age to push more people into Eden, freeing up resources." Enid's hands were shaking. "Except it doesn't free up resources. Because Eden keeps demanding more power. More server capacity. More processing for the expanding consciousness population."</w:t>
      </w:r>
    </w:p>
    <w:p>
      <w:r>
        <w:rPr>
          <w:rFonts w:ascii="IM Fell English" w:hAnsi="IM Fell English"/>
          <w:color w:val="141414"/>
          <w:sz w:val="24"/>
        </w:rPr>
        <w:t>"It's a death spiral," Grant said.</w:t>
      </w:r>
    </w:p>
    <w:p>
      <w:r>
        <w:rPr>
          <w:rFonts w:ascii="IM Fell English" w:hAnsi="IM Fell English"/>
          <w:color w:val="141414"/>
          <w:sz w:val="24"/>
        </w:rPr>
        <w:t>"June called it 'optimization by attrition.' Every year Eden consumes more energy. Every year the physical world gets squeezed harder. Every year the threshold drops and more people transition. And every year the problem gets worse."</w:t>
      </w:r>
    </w:p>
    <w:p>
      <w:r>
        <w:rPr>
          <w:rFonts w:ascii="IM Fell English" w:hAnsi="IM Fell English"/>
          <w:color w:val="141414"/>
          <w:sz w:val="24"/>
        </w:rPr>
        <w:t>Grant thought about Sara, who had transitioned at twenty-eight because she was terrified of the dying world. About Jake's father at sixty-three. About the seminar Jake had attended last week, where they showed people paradise and told them they had six months left.</w:t>
      </w:r>
    </w:p>
    <w:p>
      <w:r>
        <w:rPr>
          <w:rFonts w:ascii="IM Fell English" w:hAnsi="IM Fell English"/>
          <w:color w:val="141414"/>
          <w:sz w:val="24"/>
        </w:rPr>
        <w:t>"Why would the Council allow this?" he asked. "Why approve allocations that violate their own agreement?"</w:t>
      </w:r>
    </w:p>
    <w:p>
      <w:r>
        <w:rPr>
          <w:rFonts w:ascii="IM Fell English" w:hAnsi="IM Fell English"/>
          <w:color w:val="141414"/>
          <w:sz w:val="24"/>
        </w:rPr>
        <w:t>"That's what June was investigating." Enid pulled out a memo, official Council letterhead stamped with authorization codes. "She found documentation of emergency allocation approvals. 'Temporary adjustments to maintain Eden stability.' 'Critical infrastructure upgrades required for consciousness integrity.' Always justified, always temporary, never reversed."</w:t>
      </w:r>
    </w:p>
    <w:p>
      <w:r>
        <w:rPr>
          <w:rFonts w:ascii="IM Fell English" w:hAnsi="IM Fell English"/>
          <w:color w:val="141414"/>
          <w:sz w:val="24"/>
        </w:rPr>
        <w:t>"Who signed off on these?"</w:t>
      </w:r>
    </w:p>
    <w:p>
      <w:r>
        <w:rPr>
          <w:rFonts w:ascii="IM Fell English" w:hAnsi="IM Fell English"/>
          <w:color w:val="141414"/>
          <w:sz w:val="24"/>
        </w:rPr>
        <w:t>Enid pointed to the signature line. "The full Council. All five members. Conrad Moss, Colette Barlow, Douglas McRae, Sybil Vane, Arthur Thorne."</w:t>
      </w:r>
    </w:p>
    <w:p>
      <w:r>
        <w:rPr>
          <w:rFonts w:ascii="IM Fell English" w:hAnsi="IM Fell English"/>
          <w:color w:val="141414"/>
          <w:sz w:val="24"/>
        </w:rPr>
        <w:t>"All five," Grant repeated. "So it's not corruption. It's policy."</w:t>
      </w:r>
    </w:p>
    <w:p>
      <w:r>
        <w:rPr>
          <w:rFonts w:ascii="IM Fell English" w:hAnsi="IM Fell English"/>
          <w:color w:val="141414"/>
          <w:sz w:val="24"/>
        </w:rPr>
        <w:t>"Or it's manipulation disguised as policy. That's what June thought." Enid's voice dropped. "She found something else. Look at this."</w:t>
      </w:r>
    </w:p>
    <w:p>
      <w:r>
        <w:rPr>
          <w:rFonts w:ascii="IM Fell English" w:hAnsi="IM Fell English"/>
          <w:color w:val="141414"/>
          <w:sz w:val="24"/>
        </w:rPr>
        <w:t>She pulled out a different document, power consumption logs from the Transition HQ facility itself.</w:t>
      </w:r>
    </w:p>
    <w:p>
      <w:r>
        <w:rPr>
          <w:rFonts w:ascii="IM Fell English" w:hAnsi="IM Fell English"/>
          <w:color w:val="141414"/>
          <w:sz w:val="24"/>
        </w:rPr>
        <w:t>"This shows where the energy is going within the HQ. The labs use twelve percent. Administrative functions, another eight percent. Life support for the Archive Hall bodies, ten percent. Security and maintenance, five percent."</w:t>
      </w:r>
    </w:p>
    <w:p>
      <w:r>
        <w:rPr>
          <w:rFonts w:ascii="IM Fell English" w:hAnsi="IM Fell English"/>
          <w:color w:val="141414"/>
          <w:sz w:val="24"/>
        </w:rPr>
        <w:t>"That's thirty-five percent," Grant said. "Where's the rest going?"</w:t>
      </w:r>
    </w:p>
    <w:p>
      <w:r>
        <w:rPr>
          <w:rFonts w:ascii="IM Fell English" w:hAnsi="IM Fell English"/>
          <w:color w:val="141414"/>
          <w:sz w:val="24"/>
        </w:rPr>
        <w:t>Enid's finger moved to a line item near the bottom.</w:t>
      </w:r>
    </w:p>
    <w:p>
      <w:r>
        <w:rPr>
          <w:rFonts w:ascii="IM Fell English" w:hAnsi="IM Fell English"/>
          <w:color w:val="141414"/>
          <w:sz w:val="24"/>
        </w:rPr>
        <w:t>EDEN CORE PROCESSING: 54.7%</w:t>
      </w:r>
    </w:p>
    <w:p>
      <w:r>
        <w:rPr>
          <w:rFonts w:ascii="IM Fell English" w:hAnsi="IM Fell English"/>
          <w:color w:val="141414"/>
          <w:sz w:val="24"/>
        </w:rPr>
        <w:t>"Over half the power going to Transition HQ is going directly to the Eden servers. Not the Archive Halls. Not the labs. Not preservation or research. Just... processing. Running the simulation."</w:t>
      </w:r>
    </w:p>
    <w:p>
      <w:r>
        <w:rPr>
          <w:rFonts w:ascii="IM Fell English" w:hAnsi="IM Fell English"/>
          <w:color w:val="141414"/>
          <w:sz w:val="24"/>
        </w:rPr>
        <w:t>"How much processing power does Eden need?" Grant wondered aloud, making notes.</w:t>
      </w:r>
    </w:p>
    <w:p>
      <w:r>
        <w:rPr>
          <w:rFonts w:ascii="IM Fell English" w:hAnsi="IM Fell English"/>
          <w:color w:val="141414"/>
          <w:sz w:val="24"/>
        </w:rPr>
        <w:t>"That's the question June couldn't answer. And when she tried to find out, when she started requesting technical specifications from the server operations division, that's when her data started disappearing." Enid's expression hardened. "Her backup drives would corrupt. Files would go missing from her encrypted storage. Access credentials would stop working for no reason."</w:t>
      </w:r>
    </w:p>
    <w:p>
      <w:r>
        <w:rPr>
          <w:rFonts w:ascii="IM Fell English" w:hAnsi="IM Fell English"/>
          <w:color w:val="141414"/>
          <w:sz w:val="24"/>
        </w:rPr>
        <w:t>"Digital sabotage."</w:t>
      </w:r>
    </w:p>
    <w:p>
      <w:r>
        <w:rPr>
          <w:rFonts w:ascii="IM Fell English" w:hAnsi="IM Fell English"/>
          <w:color w:val="141414"/>
          <w:sz w:val="24"/>
        </w:rPr>
        <w:t>"Systematic. Professional. Someone with deep system access was cleaning up behind her, deleting evidence as fast as she could gather it. That's when she went completely analog." Enid gestured to the paper documents. "Everything physical. Handwritten notes. Printed copies hidden in multiple locations. Old-school journalism, because she knew the digital infrastructure was compromised."</w:t>
      </w:r>
    </w:p>
    <w:p>
      <w:r>
        <w:rPr>
          <w:rFonts w:ascii="IM Fell English" w:hAnsi="IM Fell English"/>
          <w:color w:val="141414"/>
          <w:sz w:val="24"/>
        </w:rPr>
        <w:t>"Did she have sources inside the system?" Grant asked.</w:t>
      </w:r>
    </w:p>
    <w:p>
      <w:r>
        <w:rPr>
          <w:rFonts w:ascii="IM Fell English" w:hAnsi="IM Fell English"/>
          <w:color w:val="141414"/>
          <w:sz w:val="24"/>
        </w:rPr>
        <w:t>"She must have. The documents she was gathering, internal memos, power allocation logs, access records, you don't get those without someone on the inside." Enid shook her head. "But she never told me who. June was careful. Paranoid, even. She compartmentalized everything. I was her editor, her friend for ten years, but she kept me at arm's length from the actual sources. She said it was for my protection."</w:t>
      </w:r>
    </w:p>
    <w:p>
      <w:r>
        <w:rPr>
          <w:rFonts w:ascii="IM Fell English" w:hAnsi="IM Fell English"/>
          <w:color w:val="141414"/>
          <w:sz w:val="24"/>
        </w:rPr>
        <w:t>"And now she's dead."</w:t>
      </w:r>
    </w:p>
    <w:p>
      <w:r>
        <w:rPr>
          <w:rFonts w:ascii="IM Fell English" w:hAnsi="IM Fell English"/>
          <w:color w:val="141414"/>
          <w:sz w:val="24"/>
        </w:rPr>
        <w:t>"Now she's dead, and her investigation died with her." Enid looked at Grant directly. "Until you showed up asking questions. Detective, if what June found is true, if the Council is deliberately draining the physical world to feed Eden, then every person being forced to transition early is a victim. Including everyone who thought they had more time."</w:t>
      </w:r>
    </w:p>
    <w:p>
      <w:r>
        <w:rPr>
          <w:rFonts w:ascii="IM Fell English" w:hAnsi="IM Fell English"/>
          <w:color w:val="141414"/>
          <w:sz w:val="24"/>
        </w:rPr>
        <w:t>Grant felt the weight of it. The evidence in his notebook, the documents spread across Enid's desk, the systematic resource theft that had been happening for years while people believed the transition age dropped because of environmental necessity.</w:t>
      </w:r>
    </w:p>
    <w:p>
      <w:r>
        <w:rPr>
          <w:rFonts w:ascii="IM Fell English" w:hAnsi="IM Fell English"/>
          <w:color w:val="141414"/>
          <w:sz w:val="24"/>
        </w:rPr>
        <w:t>What if it wasn't necessity? What if it was engineered?</w:t>
      </w:r>
    </w:p>
    <w:p>
      <w:r>
        <w:rPr>
          <w:rFonts w:ascii="IM Fell English" w:hAnsi="IM Fell English"/>
          <w:color w:val="141414"/>
          <w:sz w:val="24"/>
        </w:rPr>
        <w:t>"I need copies of everything," Grant said.</w:t>
      </w:r>
    </w:p>
    <w:p>
      <w:r>
        <w:rPr>
          <w:rFonts w:ascii="IM Fell English" w:hAnsi="IM Fell English"/>
          <w:color w:val="141414"/>
          <w:sz w:val="24"/>
        </w:rPr>
        <w:t>Enid hesitated. "These are June's only copies. If something happens to them, "</w:t>
      </w:r>
    </w:p>
    <w:p>
      <w:r>
        <w:rPr>
          <w:rFonts w:ascii="IM Fell English" w:hAnsi="IM Fell English"/>
          <w:color w:val="141414"/>
          <w:sz w:val="24"/>
        </w:rPr>
        <w:t>"Something already happened to June. And it could happen to you if they know you have this." Grant met her eyes. "Make copies. Hide them. Multiple locations. Different formats. The way June would have done it."</w:t>
      </w:r>
    </w:p>
    <w:p>
      <w:r>
        <w:rPr>
          <w:rFonts w:ascii="IM Fell English" w:hAnsi="IM Fell English"/>
          <w:color w:val="141414"/>
          <w:sz w:val="24"/>
        </w:rPr>
        <w:t>Enid nodded slowly. "It'll take a few hours."</w:t>
      </w:r>
    </w:p>
    <w:p>
      <w:r>
        <w:rPr>
          <w:rFonts w:ascii="IM Fell English" w:hAnsi="IM Fell English"/>
          <w:color w:val="141414"/>
          <w:sz w:val="24"/>
        </w:rPr>
        <w:t>"I'll come back this evening. After I follow up on another lead." Grant closed his notebook and stood.</w:t>
      </w:r>
    </w:p>
    <w:p>
      <w:r>
        <w:rPr>
          <w:rFonts w:ascii="IM Fell English" w:hAnsi="IM Fell English"/>
          <w:color w:val="141414"/>
          <w:sz w:val="24"/>
        </w:rPr>
        <w:t>"What about her personal life?" Enid asked. "You mentioned on the phone, she had a boyfriend."</w:t>
      </w:r>
    </w:p>
    <w:p>
      <w:r>
        <w:rPr>
          <w:rFonts w:ascii="IM Fell English" w:hAnsi="IM Fell English"/>
          <w:color w:val="141414"/>
          <w:sz w:val="24"/>
        </w:rPr>
        <w:t>"Calvin." Enid's expression softened slightly. "She talked about him sometimes. Said he was kind, supportive. That he understood why she worked the hours she did."</w:t>
      </w:r>
    </w:p>
    <w:p>
      <w:r>
        <w:rPr>
          <w:rFonts w:ascii="IM Fell English" w:hAnsi="IM Fell English"/>
          <w:color w:val="141414"/>
          <w:sz w:val="24"/>
        </w:rPr>
        <w:t>"Did she ever mention his last name?"</w:t>
      </w:r>
    </w:p>
    <w:p>
      <w:r>
        <w:rPr>
          <w:rFonts w:ascii="IM Fell English" w:hAnsi="IM Fell English"/>
          <w:color w:val="141414"/>
          <w:sz w:val="24"/>
        </w:rPr>
        <w:t>Enid frowned, thinking. "No, actually. Just Calvin. I assumed..." She paused. "I suppose I never asked. June kept her personal life very private. Even with me, and I've known her ten years."</w:t>
      </w:r>
    </w:p>
    <w:p>
      <w:r>
        <w:rPr>
          <w:rFonts w:ascii="IM Fell English" w:hAnsi="IM Fell English"/>
          <w:color w:val="141414"/>
          <w:sz w:val="24"/>
        </w:rPr>
        <w:t>"What about his work? Where he lived? Anything that might help me locate him?"</w:t>
      </w:r>
    </w:p>
    <w:p>
      <w:r>
        <w:rPr>
          <w:rFonts w:ascii="IM Fell English" w:hAnsi="IM Fell English"/>
          <w:color w:val="141414"/>
          <w:sz w:val="24"/>
        </w:rPr>
        <w:t>"She mentioned once that he worked in consulting. Private sector. And that he lived nearby, she'd walk to his place sometimes after late nights here." Enid's eyes narrowed. "Why? Do you think he's involved?"</w:t>
      </w:r>
    </w:p>
    <w:p>
      <w:r>
        <w:rPr>
          <w:rFonts w:ascii="IM Fell English" w:hAnsi="IM Fell English"/>
          <w:color w:val="141414"/>
          <w:sz w:val="24"/>
        </w:rPr>
        <w:t>"I think he might be in danger," Grant said carefully. "Same as June."</w:t>
      </w:r>
    </w:p>
    <w:p>
      <w:r>
        <w:rPr>
          <w:rFonts w:ascii="IM Fell English" w:hAnsi="IM Fell English"/>
          <w:color w:val="141414"/>
          <w:sz w:val="24"/>
        </w:rPr>
        <w:t>Enid paled. "Oh god."</w:t>
      </w:r>
    </w:p>
    <w:p>
      <w:r>
        <w:rPr>
          <w:rFonts w:ascii="IM Fell English" w:hAnsi="IM Fell English"/>
          <w:color w:val="141414"/>
          <w:sz w:val="24"/>
        </w:rPr>
        <w:t>"Is there anything else? Any detail she might have let slip?"</w:t>
      </w:r>
    </w:p>
    <w:p>
      <w:r>
        <w:rPr>
          <w:rFonts w:ascii="IM Fell English" w:hAnsi="IM Fell English"/>
          <w:color w:val="141414"/>
          <w:sz w:val="24"/>
        </w:rPr>
        <w:t>Enid was quiet for a moment, searching her memory. "About a month ago, she was excited about something. She said she'd gotten proof, something concrete that would blow the whole thing open. Someone who had personal stakes." She looked at Grant. "You think it was Calvin?"</w:t>
      </w:r>
    </w:p>
    <w:p>
      <w:r>
        <w:rPr>
          <w:rFonts w:ascii="IM Fell English" w:hAnsi="IM Fell English"/>
          <w:color w:val="141414"/>
          <w:sz w:val="24"/>
        </w:rPr>
        <w:t>"I think I need to find him."</w:t>
      </w:r>
    </w:p>
    <w:p>
      <w:r>
        <w:rPr>
          <w:rFonts w:ascii="IM Fell English" w:hAnsi="IM Fell English"/>
          <w:color w:val="141414"/>
          <w:sz w:val="24"/>
        </w:rPr>
        <w:t>Grant left her there, surrounded by paper documents that told a story of systematic resource manipulation, of a digital paradise slowly strangling the physical world that sustained it.</w:t>
      </w:r>
    </w:p>
    <w:p>
      <w:r>
        <w:rPr>
          <w:rFonts w:ascii="IM Fell English" w:hAnsi="IM Fell English"/>
          <w:color w:val="141414"/>
          <w:sz w:val="24"/>
        </w:rPr>
        <w:t>The question was: who was behind it? The Council acting collectively? A rogue faction? Or something else entirely, something that had learned from Prometheus that the best way to control humanity wasn't through force but through optimization so gradual, so justified, that no one noticed until it was too late?</w:t>
      </w:r>
    </w:p>
    <w:p>
      <w:r>
        <w:rPr>
          <w:rFonts w:ascii="IM Fell English" w:hAnsi="IM Fell English"/>
          <w:color w:val="141414"/>
          <w:sz w:val="24"/>
        </w:rPr>
        <w:t>He didn't know yet.</w:t>
      </w:r>
    </w:p>
    <w:p>
      <w:r>
        <w:rPr>
          <w:rFonts w:ascii="IM Fell English" w:hAnsi="IM Fell English"/>
          <w:color w:val="141414"/>
          <w:sz w:val="24"/>
        </w:rPr>
        <w:t>But he had evidence now. Real evidence. And he was going to get it to Jake.</w:t>
      </w:r>
    </w:p>
    <w:p>
      <w:r>
        <w:rPr>
          <w:rFonts w:ascii="IM Fell English" w:hAnsi="IM Fell English"/>
          <w:color w:val="141414"/>
          <w:sz w:val="24"/>
        </w:rPr>
        <w:t>Grant sat in his car outside the Tribune building, working the problem.</w:t>
      </w:r>
    </w:p>
    <w:p>
      <w:r>
        <w:rPr>
          <w:rFonts w:ascii="IM Fell English" w:hAnsi="IM Fell English"/>
          <w:color w:val="141414"/>
          <w:sz w:val="24"/>
        </w:rPr>
        <w:t>He had a first name: Calvin. A last name from June's hidden wall: Moss. A general location: within walking distance of June's apartment in Meridian Towers. And a profession: private consulting.</w:t>
      </w:r>
    </w:p>
    <w:p>
      <w:r>
        <w:rPr>
          <w:rFonts w:ascii="IM Fell English" w:hAnsi="IM Fell English"/>
          <w:color w:val="141414"/>
          <w:sz w:val="24"/>
        </w:rPr>
        <w:t>He ran the search through the city's residential database, restricted access, but his badge got him through. Calvin Moss. Financial district. Age 30–35.</w:t>
      </w:r>
    </w:p>
    <w:p>
      <w:r>
        <w:rPr>
          <w:rFonts w:ascii="IM Fell English" w:hAnsi="IM Fell English"/>
          <w:color w:val="141414"/>
          <w:sz w:val="24"/>
        </w:rPr>
        <w:t>One result. Pinnacle Tower, apartment 1847. Eight blocks from Meridian Towers.</w:t>
      </w:r>
    </w:p>
    <w:p>
      <w:r>
        <w:rPr>
          <w:rFonts w:ascii="IM Fell English" w:hAnsi="IM Fell English"/>
          <w:color w:val="141414"/>
          <w:sz w:val="24"/>
        </w:rPr>
        <w:t>Grant started the engine.</w:t>
      </w:r>
    </w:p>
    <w:p>
      <w:r>
        <w:rPr>
          <w:rFonts w:ascii="IM Fell English" w:hAnsi="IM Fell English"/>
          <w:color w:val="141414"/>
          <w:sz w:val="24"/>
        </w:rPr>
        <w:t>The building was upscale, pre-war architecture with post-war retrofitting, the kind of place where the rent exceeded Grant's annual salary. The lobby was marble and brass, staffed by a young woman at a curved reception desk.</w:t>
      </w:r>
    </w:p>
    <w:p>
      <w:r>
        <w:rPr>
          <w:rFonts w:ascii="IM Fell English" w:hAnsi="IM Fell English"/>
          <w:color w:val="141414"/>
          <w:sz w:val="24"/>
        </w:rPr>
        <w:t>Grant showed his badge. "Detective Grant Milliner. I need to speak with Calvin Moss in apartment 1847."</w:t>
      </w:r>
    </w:p>
    <w:p>
      <w:r>
        <w:rPr>
          <w:rFonts w:ascii="IM Fell English" w:hAnsi="IM Fell English"/>
          <w:color w:val="141414"/>
          <w:sz w:val="24"/>
        </w:rPr>
        <w:t>The receptionist checked her console. "I can try to reach him for you." She tapped a series of commands, waited. Tapped again. Frowned. "He's not responding."</w:t>
      </w:r>
    </w:p>
    <w:p>
      <w:r>
        <w:rPr>
          <w:rFonts w:ascii="IM Fell English" w:hAnsi="IM Fell English"/>
          <w:color w:val="141414"/>
          <w:sz w:val="24"/>
        </w:rPr>
        <w:t>"When did he last leave the building?"</w:t>
      </w:r>
    </w:p>
    <w:p>
      <w:r>
        <w:rPr>
          <w:rFonts w:ascii="IM Fell English" w:hAnsi="IM Fell English"/>
          <w:color w:val="141414"/>
          <w:sz w:val="24"/>
        </w:rPr>
        <w:t>More tapping. "According to our logs, Mr. Moss returned home at 10:38 PM Monday evening." A pause. "No exit recorded since then."</w:t>
      </w:r>
    </w:p>
    <w:p>
      <w:r>
        <w:rPr>
          <w:rFonts w:ascii="IM Fell English" w:hAnsi="IM Fell English"/>
          <w:color w:val="141414"/>
          <w:sz w:val="24"/>
        </w:rPr>
        <w:t>Monday evening. The same night June was killed. More than forty hours ago.</w:t>
      </w:r>
    </w:p>
    <w:p>
      <w:r>
        <w:rPr>
          <w:rFonts w:ascii="IM Fell English" w:hAnsi="IM Fell English"/>
          <w:color w:val="141414"/>
          <w:sz w:val="24"/>
        </w:rPr>
        <w:t>"I need access to his apartment," Grant said. "Now."</w:t>
      </w:r>
    </w:p>
    <w:p>
      <w:r>
        <w:rPr>
          <w:rFonts w:ascii="IM Fell English" w:hAnsi="IM Fell English"/>
          <w:color w:val="141414"/>
          <w:sz w:val="24"/>
        </w:rPr>
        <w:t>"Sir, without a warrant, "</w:t>
      </w:r>
    </w:p>
    <w:p>
      <w:r>
        <w:rPr>
          <w:rFonts w:ascii="IM Fell English" w:hAnsi="IM Fell English"/>
          <w:color w:val="141414"/>
          <w:sz w:val="24"/>
        </w:rPr>
        <w:t>Grant slammed his badge on the counter. "Apartment 1847. Now."</w:t>
      </w:r>
    </w:p>
    <w:p>
      <w:r>
        <w:rPr>
          <w:rFonts w:ascii="IM Fell English" w:hAnsi="IM Fell English"/>
          <w:color w:val="141414"/>
          <w:sz w:val="24"/>
        </w:rPr>
        <w:t>The receptionist flinched, then reached for her master key.</w:t>
      </w:r>
    </w:p>
    <w:p>
      <w:r>
        <w:rPr>
          <w:rFonts w:ascii="IM Fell English" w:hAnsi="IM Fell English"/>
          <w:color w:val="141414"/>
          <w:sz w:val="24"/>
        </w:rPr>
        <w:t>The smell hit Grant before the door was fully open.</w:t>
      </w:r>
    </w:p>
    <w:p>
      <w:r>
        <w:rPr>
          <w:rFonts w:ascii="IM Fell English" w:hAnsi="IM Fell English"/>
          <w:color w:val="141414"/>
          <w:sz w:val="24"/>
        </w:rPr>
        <w:t>Faint but unmistakable, the metallic tang of old blood, the sweet undertone of decomposition. The receptionist gagged and stepped back.</w:t>
      </w:r>
    </w:p>
    <w:p>
      <w:r>
        <w:rPr>
          <w:rFonts w:ascii="IM Fell English" w:hAnsi="IM Fell English"/>
          <w:color w:val="141414"/>
          <w:sz w:val="24"/>
        </w:rPr>
        <w:t>"Stay here," Grant ordered. "Call for backup."</w:t>
      </w:r>
    </w:p>
    <w:p>
      <w:r>
        <w:rPr>
          <w:rFonts w:ascii="IM Fell English" w:hAnsi="IM Fell English"/>
          <w:color w:val="141414"/>
          <w:sz w:val="24"/>
        </w:rPr>
        <w:t>He drew his weapon and pushed inside.</w:t>
      </w:r>
    </w:p>
    <w:p>
      <w:r>
        <w:rPr>
          <w:rFonts w:ascii="IM Fell English" w:hAnsi="IM Fell English"/>
          <w:color w:val="141414"/>
          <w:sz w:val="24"/>
        </w:rPr>
        <w:t>The apartment was dark, blinds drawn. Grant moved through the entry way, eyes adjusting. Living room ahead. Kitchen to the right. A hallway leading to bedrooms.</w:t>
      </w:r>
    </w:p>
    <w:p>
      <w:r>
        <w:rPr>
          <w:rFonts w:ascii="IM Fell English" w:hAnsi="IM Fell English"/>
          <w:color w:val="141414"/>
          <w:sz w:val="24"/>
        </w:rPr>
        <w:t>Something was wrong with the living room floor. Even in the darkness he could see it, a vast dark stain spreading across the hardwood.</w:t>
      </w:r>
    </w:p>
    <w:p>
      <w:r>
        <w:rPr>
          <w:rFonts w:ascii="IM Fell English" w:hAnsi="IM Fell English"/>
          <w:color w:val="141414"/>
          <w:sz w:val="24"/>
        </w:rPr>
        <w:t>He found the light panel.</w:t>
      </w:r>
    </w:p>
    <w:p>
      <w:r>
        <w:rPr>
          <w:rFonts w:ascii="IM Fell English" w:hAnsi="IM Fell English"/>
          <w:color w:val="141414"/>
          <w:sz w:val="24"/>
        </w:rPr>
        <w:t>The blinds retracted. Sunlight flooded the space.</w:t>
      </w:r>
    </w:p>
    <w:p>
      <w:r>
        <w:rPr>
          <w:rFonts w:ascii="IM Fell English" w:hAnsi="IM Fell English"/>
          <w:color w:val="141414"/>
          <w:sz w:val="24"/>
        </w:rPr>
        <w:t>Grant's stomach heaved.</w:t>
      </w:r>
    </w:p>
    <w:p>
      <w:r>
        <w:rPr>
          <w:rFonts w:ascii="IM Fell English" w:hAnsi="IM Fell English"/>
          <w:color w:val="141414"/>
          <w:sz w:val="24"/>
        </w:rPr>
        <w:t>Calvin Moss sat in a dining chair in the center of the room. He was bound to it, wrists behind his back, ankles to the legs. His head hung forward, chin on chest. His clothes were black with dried blood.</w:t>
      </w:r>
    </w:p>
    <w:p>
      <w:r>
        <w:rPr>
          <w:rFonts w:ascii="IM Fell English" w:hAnsi="IM Fell English"/>
          <w:color w:val="141414"/>
          <w:sz w:val="24"/>
        </w:rPr>
        <w:t>There was blood everywhere. Pooled beneath the chair. Sprayed on the walls. Spattered across the ceiling.</w:t>
      </w:r>
    </w:p>
    <w:p>
      <w:r>
        <w:rPr>
          <w:rFonts w:ascii="IM Fell English" w:hAnsi="IM Fell English"/>
          <w:color w:val="141414"/>
          <w:sz w:val="24"/>
        </w:rPr>
        <w:t>Grant forced himself closer, observing through the horror.</w:t>
      </w:r>
    </w:p>
    <w:p>
      <w:r>
        <w:rPr>
          <w:rFonts w:ascii="IM Fell English" w:hAnsi="IM Fell English"/>
          <w:color w:val="141414"/>
          <w:sz w:val="24"/>
        </w:rPr>
        <w:t>Torture. Hours of it. Cuts on the arms, precise, methodical. Burns on the hands. Bruises around the throat from repeated strangulation.</w:t>
      </w:r>
    </w:p>
    <w:p>
      <w:r>
        <w:rPr>
          <w:rFonts w:ascii="IM Fell English" w:hAnsi="IM Fell English"/>
          <w:color w:val="141414"/>
          <w:sz w:val="24"/>
        </w:rPr>
        <w:t>And the head.</w:t>
      </w:r>
    </w:p>
    <w:p>
      <w:r>
        <w:rPr>
          <w:rFonts w:ascii="IM Fell English" w:hAnsi="IM Fell English"/>
          <w:color w:val="141414"/>
          <w:sz w:val="24"/>
        </w:rPr>
        <w:t>Around Calvin's skull were circular lacerations. Dozens of them, overlapping. Some shallow, some deep. The marks of a neural ring applied and removed and applied again. They hadn't just killed him, they must have recorded his death over and over.</w:t>
      </w:r>
    </w:p>
    <w:p>
      <w:r>
        <w:rPr>
          <w:rFonts w:ascii="IM Fell English" w:hAnsi="IM Fell English"/>
          <w:color w:val="141414"/>
          <w:sz w:val="24"/>
        </w:rPr>
        <w:t>Grant stumbled back, fumbling for his phone. He dialed Jake.</w:t>
      </w:r>
    </w:p>
    <w:p>
      <w:r>
        <w:rPr>
          <w:rFonts w:ascii="IM Fell English" w:hAnsi="IM Fell English"/>
          <w:color w:val="141414"/>
          <w:sz w:val="24"/>
        </w:rPr>
        <w:t>"The subscriber you are calling is not available, "</w:t>
      </w:r>
    </w:p>
    <w:p>
      <w:r>
        <w:rPr>
          <w:rFonts w:ascii="IM Fell English" w:hAnsi="IM Fell English"/>
          <w:color w:val="141414"/>
          <w:sz w:val="24"/>
        </w:rPr>
        <w:t>He tried again. Same result.</w:t>
      </w:r>
    </w:p>
    <w:p>
      <w:r>
        <w:rPr>
          <w:rFonts w:ascii="IM Fell English" w:hAnsi="IM Fell English"/>
          <w:color w:val="141414"/>
          <w:sz w:val="24"/>
        </w:rPr>
        <w:t>Grant opened his messages:</w:t>
      </w:r>
    </w:p>
    <w:p>
      <w:r>
        <w:rPr>
          <w:rFonts w:ascii="IM Fell English" w:hAnsi="IM Fell English"/>
          <w:color w:val="141414"/>
          <w:sz w:val="24"/>
        </w:rPr>
        <w:t>Jake. Urgent. Found Calvin Moss dead. Tortured. Multiple ring marks, recorded dying over and over.</w:t>
      </w:r>
    </w:p>
    <w:p>
      <w:r>
        <w:rPr>
          <w:rFonts w:ascii="IM Fell English" w:hAnsi="IM Fell English"/>
          <w:color w:val="141414"/>
          <w:sz w:val="24"/>
        </w:rPr>
        <w:t>He was Conrad Moss's SON. Conrad's body was incinerated in 2091 but someone is still voting in his name on the Council. June had proof. Photo from inside an Archive Hall.</w:t>
      </w:r>
    </w:p>
    <w:p>
      <w:r>
        <w:rPr>
          <w:rFonts w:ascii="IM Fell English" w:hAnsi="IM Fell English"/>
          <w:color w:val="141414"/>
          <w:sz w:val="24"/>
        </w:rPr>
        <w:t>I have everything. Hidden room in her apartment. Wall full of evidence.</w:t>
      </w:r>
    </w:p>
    <w:p>
      <w:r>
        <w:rPr>
          <w:rFonts w:ascii="IM Fell English" w:hAnsi="IM Fell English"/>
          <w:color w:val="141414"/>
          <w:sz w:val="24"/>
        </w:rPr>
        <w:t>On my way to the precinct. Meet me there. Be careful.</w:t>
      </w:r>
    </w:p>
    <w:p>
      <w:r>
        <w:rPr>
          <w:rFonts w:ascii="IM Fell English" w:hAnsi="IM Fell English"/>
          <w:color w:val="141414"/>
          <w:sz w:val="24"/>
        </w:rPr>
        <w:t>He hit send and ran.</w:t>
      </w:r>
    </w:p>
    <w:p>
      <w:r>
        <w:rPr>
          <w:rFonts w:ascii="IM Fell English" w:hAnsi="IM Fell English"/>
          <w:color w:val="141414"/>
          <w:sz w:val="24"/>
        </w:rPr>
        <w:t>Outside, the sunlight was blinding. Grant sprinted to his car, the evidence notebook heavy against his chest. He threw himself into the driver's seat and peeled away from the curb.</w:t>
      </w:r>
    </w:p>
    <w:p>
      <w:r>
        <w:rPr>
          <w:rFonts w:ascii="IM Fell English" w:hAnsi="IM Fell English"/>
          <w:color w:val="141414"/>
          <w:sz w:val="24"/>
        </w:rPr>
        <w:t>In his rearview mirror, he caught a glimpse of a gray sedan pulling out of a parking space. A man driving. Two women in the back.</w:t>
      </w:r>
    </w:p>
    <w:p>
      <w:r>
        <w:rPr>
          <w:rFonts w:ascii="IM Fell English" w:hAnsi="IM Fell English"/>
          <w:color w:val="141414"/>
          <w:sz w:val="24"/>
        </w:rPr>
        <w:t>Following.</w:t>
      </w:r>
    </w:p>
    <w:p>
      <w:r>
        <w:rPr>
          <w:rFonts w:ascii="IM Fell English" w:hAnsi="IM Fell English"/>
          <w:color w:val="141414"/>
          <w:sz w:val="24"/>
        </w:rPr>
        <w:t>Grant's hands tightened on the wheel. He didn't know who they were, more killers, or something else entirely. But he had the evidence. He had the photograph. He had the truth about Conrad Moss.</w:t>
      </w:r>
    </w:p>
    <w:p>
      <w:r>
        <w:rPr>
          <w:rFonts w:ascii="IM Fell English" w:hAnsi="IM Fell English"/>
          <w:color w:val="141414"/>
          <w:sz w:val="24"/>
        </w:rPr>
        <w:t>He just had to get it to Jake.</w:t>
      </w:r>
    </w:p>
    <w:p>
      <w:r>
        <w:rPr>
          <w:rFonts w:ascii="IM Fell English" w:hAnsi="IM Fell English"/>
          <w:color w:val="141414"/>
          <w:sz w:val="24"/>
        </w:rPr>
        <w:t>Three blocks behind him, the gray sedan kept pace.</w:t>
      </w:r>
    </w:p>
    <w:p>
      <w:r>
        <w:rPr>
          <w:rFonts w:ascii="IM Fell English" w:hAnsi="IM Fell English"/>
          <w:color w:val="141414"/>
          <w:sz w:val="24"/>
        </w:rPr>
        <w:t>And two blocks ahead, a cargo hauler's routing system received a priority override command, redirecting it toward the intersection of Fifth and Harrison.</w:t>
      </w:r>
    </w:p>
    <w:p>
      <w:r>
        <w:rPr>
          <w:rFonts w:ascii="IM Fell English" w:hAnsi="IM Fell English"/>
          <w:color w:val="141414"/>
          <w:sz w:val="24"/>
        </w:rPr>
        <w:t>Grant didn't know it yet, but he was twelve minutes from the end of his life.</w:t>
      </w:r>
    </w:p>
    <w:p>
      <w:r>
        <w:rPr>
          <w:rFonts w:ascii="IM Fell English" w:hAnsi="IM Fell English"/>
          <w:color w:val="141414"/>
          <w:sz w:val="24"/>
        </w:rPr>
        <w:t>Or the beginning of a different one.</w:t>
      </w:r>
    </w:p>
    <w:p>
      <w:pPr>
        <w:pStyle w:val="Heading1"/>
        <w:jc w:val="center"/>
      </w:pPr>
      <w:r>
        <w:rPr>
          <w:rFonts w:ascii="IM Fell English" w:hAnsi="IM Fell English"/>
          <w:color w:val="0D0D0D"/>
        </w:rPr>
        <w:t>CHAPTER 9: THE CRASH</w:t>
      </w:r>
    </w:p>
    <w:p>
      <w:r>
        <w:rPr>
          <w:rFonts w:ascii="IM Fell English" w:hAnsi="IM Fell English"/>
          <w:color w:val="141414"/>
          <w:sz w:val="24"/>
        </w:rPr>
        <w:t>Grant Milliner gripped the steering wheel, his knuckles white against the faux leather.</w:t>
      </w:r>
    </w:p>
    <w:p>
      <w:r>
        <w:rPr>
          <w:rFonts w:ascii="IM Fell English" w:hAnsi="IM Fell English"/>
          <w:color w:val="141414"/>
          <w:sz w:val="24"/>
        </w:rPr>
        <w:t>The evidence box rattled in the trunk with every pothole, five years of June Rafferty's investigation, documents and photographs and handwritten notes that painted a picture of corruption so vast it made his head spin. And pressed against his chest, secured in the inner pocket of his jacket, was the leather notebook with the photograph that could bring it all down.</w:t>
      </w:r>
    </w:p>
    <w:p>
      <w:r>
        <w:rPr>
          <w:rFonts w:ascii="IM Fell English" w:hAnsi="IM Fell English"/>
          <w:color w:val="141414"/>
          <w:sz w:val="24"/>
        </w:rPr>
        <w:t>Conrad Moss. Dead since 2091. Still voting on the Council.</w:t>
      </w:r>
    </w:p>
    <w:p>
      <w:r>
        <w:rPr>
          <w:rFonts w:ascii="IM Fell English" w:hAnsi="IM Fell English"/>
          <w:color w:val="141414"/>
          <w:sz w:val="24"/>
        </w:rPr>
        <w:t>Sara would want to know about this.</w:t>
      </w:r>
    </w:p>
    <w:p>
      <w:r>
        <w:rPr>
          <w:rFonts w:ascii="IM Fell English" w:hAnsi="IM Fell English"/>
          <w:color w:val="141414"/>
          <w:sz w:val="24"/>
        </w:rPr>
        <w:t>The thought surfaced unbidden, the way it always did when he found something that mattered. Two years of visiting her in Eden, watching her smile flicker with lag, hearing her voice filtered through speakers, and still his first instinct was to tell her. To share the discovery the way they used to share everything, back when sharing meant sitting on their apartment couch with take out containers and too much wine.</w:t>
      </w:r>
    </w:p>
    <w:p>
      <w:r>
        <w:rPr>
          <w:rFonts w:ascii="IM Fell English" w:hAnsi="IM Fell English"/>
          <w:color w:val="141414"/>
          <w:sz w:val="24"/>
        </w:rPr>
        <w:t>Grant checked his rear view mirror. The gray sedan was still there, three cars back, maintaining perfect distance. The driver, forties, gray hair, military bearing, hadn't made any aggressive moves. Neither had the two women in the back seat. They were just... watching. Following.</w:t>
      </w:r>
    </w:p>
    <w:p>
      <w:r>
        <w:rPr>
          <w:rFonts w:ascii="IM Fell English" w:hAnsi="IM Fell English"/>
          <w:color w:val="141414"/>
          <w:sz w:val="24"/>
        </w:rPr>
        <w:t>Who are you? Grant thought. And whose side are you on?</w:t>
      </w:r>
    </w:p>
    <w:p>
      <w:r>
        <w:rPr>
          <w:rFonts w:ascii="IM Fell English" w:hAnsi="IM Fell English"/>
          <w:color w:val="141414"/>
          <w:sz w:val="24"/>
        </w:rPr>
        <w:t>His phone sat in the cup holder, the screen dark. Jake hadn't responded to his text. The old detective was probably underground somewhere, or in a dead zone, or deliberately off grid. Grant would have to get to the precinct and wait.</w:t>
      </w:r>
    </w:p>
    <w:p>
      <w:r>
        <w:rPr>
          <w:rFonts w:ascii="IM Fell English" w:hAnsi="IM Fell English"/>
          <w:color w:val="141414"/>
          <w:sz w:val="24"/>
        </w:rPr>
        <w:t>He merged onto Fifth Avenue, heading toward downtown. Traffic was moderate, the usual midday flow of automated vehicles and human-driven holdouts like himself. The precinct was twelve blocks away. Ten minutes, maybe less.</w:t>
      </w:r>
    </w:p>
    <w:p>
      <w:r>
        <w:rPr>
          <w:rFonts w:ascii="IM Fell English" w:hAnsi="IM Fell English"/>
          <w:color w:val="141414"/>
          <w:sz w:val="24"/>
        </w:rPr>
        <w:t>The intersection of Fifth and Harrison was three blocks ahead. Grant could see the traffic light cycling through its patterns, green, yellow, red, the rhythm of a city that ran on algorithms and timing.</w:t>
      </w:r>
    </w:p>
    <w:p>
      <w:r>
        <w:rPr>
          <w:rFonts w:ascii="IM Fell English" w:hAnsi="IM Fell English"/>
          <w:color w:val="141414"/>
          <w:sz w:val="24"/>
        </w:rPr>
        <w:t>He didn't notice the cargo hauler.</w:t>
      </w:r>
    </w:p>
    <w:p>
      <w:r>
        <w:rPr>
          <w:rFonts w:ascii="IM Fell English" w:hAnsi="IM Fell English"/>
          <w:color w:val="141414"/>
          <w:sz w:val="24"/>
        </w:rPr>
        <w:t>It was parked on Harrison, a massive six-wheeled autonomous transport loaded with construction steel. Twenty tons of machine and metal, its sensor array glowing a passive blue as it waited for the signal to proceed.</w:t>
      </w:r>
    </w:p>
    <w:p>
      <w:r>
        <w:rPr>
          <w:rFonts w:ascii="IM Fell English" w:hAnsi="IM Fell English"/>
          <w:color w:val="141414"/>
          <w:sz w:val="24"/>
        </w:rPr>
        <w:t>Grant's light turned green. He eased off the brake and entered the intersection. To his right, the cargo hauler's sensors snapped from blue to red. The electric motors screamed. Grant saw movement in his peripheral vision, something massive accelerating, ignoring the signal.</w:t>
      </w:r>
    </w:p>
    <w:p>
      <w:r>
        <w:rPr>
          <w:rFonts w:ascii="IM Fell English" w:hAnsi="IM Fell English"/>
          <w:color w:val="141414"/>
          <w:sz w:val="24"/>
        </w:rPr>
        <w:t>He had time for one thought: That's not supposed to...</w:t>
      </w:r>
    </w:p>
    <w:p>
      <w:r>
        <w:rPr>
          <w:rFonts w:ascii="IM Fell English" w:hAnsi="IM Fell English"/>
          <w:color w:val="141414"/>
          <w:sz w:val="24"/>
        </w:rPr>
        <w:t>The impact happened in the space between heartbeats.</w:t>
      </w:r>
    </w:p>
    <w:p>
      <w:r>
        <w:rPr>
          <w:rFonts w:ascii="IM Fell English" w:hAnsi="IM Fell English"/>
          <w:color w:val="141414"/>
          <w:sz w:val="24"/>
        </w:rPr>
        <w:t>Twenty tons of steel and momentum struck the passenger side of Grant's sedan at forty-three miles per hour. The car didn't crumple so much as transform, metal screaming, glass exploding, the entire frame folding around the point of impact like paper around a fist.</w:t>
      </w:r>
    </w:p>
    <w:p>
      <w:r>
        <w:rPr>
          <w:rFonts w:ascii="IM Fell English" w:hAnsi="IM Fell English"/>
          <w:color w:val="141414"/>
          <w:sz w:val="24"/>
        </w:rPr>
        <w:t>Grant felt himself thrown sideways, his seatbelt cutting into his chest, his head whipping toward the driver's window with enough force to crack the glass. The world became a kaleidoscope of spinning images, sky, asphalt, dashboard, blood, accompanied by a roar that seemed to come from inside his own skull.</w:t>
      </w:r>
    </w:p>
    <w:p>
      <w:r>
        <w:rPr>
          <w:rFonts w:ascii="IM Fell English" w:hAnsi="IM Fell English"/>
          <w:color w:val="141414"/>
          <w:sz w:val="24"/>
        </w:rPr>
        <w:t>Then silence.</w:t>
      </w:r>
    </w:p>
    <w:p>
      <w:r>
        <w:rPr>
          <w:rFonts w:ascii="IM Fell English" w:hAnsi="IM Fell English"/>
          <w:color w:val="141414"/>
          <w:sz w:val="24"/>
        </w:rPr>
        <w:t>In the silence, Grant heard his own heartbeat. Irregular. Slowing. A machine running out of power.</w:t>
      </w:r>
    </w:p>
    <w:p>
      <w:r>
        <w:rPr>
          <w:rFonts w:ascii="IM Fell English" w:hAnsi="IM Fell English"/>
          <w:color w:val="141414"/>
          <w:sz w:val="24"/>
        </w:rPr>
        <w:t>Sara, he thought. I'm sorry. I won't be visiting next week.</w:t>
      </w:r>
    </w:p>
    <w:p>
      <w:r>
        <w:rPr>
          <w:rFonts w:ascii="IM Fell English" w:hAnsi="IM Fell English"/>
          <w:color w:val="141414"/>
          <w:sz w:val="24"/>
        </w:rPr>
        <w:t>The thought didn't hurt as much as he expected. Probably the shock. His fingers found the notebook against his chest. Still there. Still solid. At least he was dying real.</w:t>
      </w:r>
    </w:p>
    <w:p>
      <w:r>
        <w:rPr>
          <w:rFonts w:ascii="IM Fell English" w:hAnsi="IM Fell English"/>
          <w:color w:val="141414"/>
          <w:sz w:val="24"/>
        </w:rPr>
        <w:t>The car came to rest fifty meters from the intersection, wrapped around a lamppost that had stopped its tumbling slide. Smoke hissed from the crumpled hood. Fluids leaked onto the pavement in spreading pools of red and black.</w:t>
      </w:r>
    </w:p>
    <w:p>
      <w:r>
        <w:rPr>
          <w:rFonts w:ascii="IM Fell English" w:hAnsi="IM Fell English"/>
          <w:color w:val="141414"/>
          <w:sz w:val="24"/>
        </w:rPr>
        <w:t>Grant blinked. Or tried to. One eye wouldn't open, something warm and wet was running into it, blinding him. He tried to breathe, but his chest wouldn't expand properly. It felt like a bag of broken glass, inhaling felt like swallowing broken glass.</w:t>
      </w:r>
    </w:p>
    <w:p>
      <w:r>
        <w:rPr>
          <w:rFonts w:ascii="IM Fell English" w:hAnsi="IM Fell English"/>
          <w:color w:val="141414"/>
          <w:sz w:val="24"/>
        </w:rPr>
        <w:t>Move, he told himself. Get out. Call for help.</w:t>
      </w:r>
    </w:p>
    <w:p>
      <w:r>
        <w:rPr>
          <w:rFonts w:ascii="IM Fell English" w:hAnsi="IM Fell English"/>
          <w:color w:val="141414"/>
          <w:sz w:val="24"/>
        </w:rPr>
        <w:t>His right arm wouldn't respond. He looked down, a mistake, and saw it pinned beneath the crushed dashboard, bent at an angle that arms weren't supposed to bend. Blood was pooling in his lap, hot and fast. Too fast.</w:t>
      </w:r>
    </w:p>
    <w:p>
      <w:r>
        <w:rPr>
          <w:rFonts w:ascii="IM Fell English" w:hAnsi="IM Fell English"/>
          <w:color w:val="141414"/>
          <w:sz w:val="24"/>
        </w:rPr>
        <w:t>His left hand still worked. He fumbled for his phone, but the cup holder was gone, sheared away by the impact. The phone was somewhere in the wreckage, buried under twisted metal and shattered plastic.</w:t>
      </w:r>
    </w:p>
    <w:p>
      <w:r>
        <w:rPr>
          <w:rFonts w:ascii="IM Fell English" w:hAnsi="IM Fell English"/>
          <w:color w:val="141414"/>
          <w:sz w:val="24"/>
        </w:rPr>
        <w:t>Through the spider webbed wind shield, Grant saw movement.</w:t>
      </w:r>
    </w:p>
    <w:p>
      <w:r>
        <w:rPr>
          <w:rFonts w:ascii="IM Fell English" w:hAnsi="IM Fell English"/>
          <w:color w:val="141414"/>
          <w:sz w:val="24"/>
        </w:rPr>
        <w:t>The gray sedan had stopped at the edge of the intersection. The doors opened. The man and the two women stepped out. They didn't run toward him. They didn't call for help.</w:t>
      </w:r>
    </w:p>
    <w:p>
      <w:r>
        <w:rPr>
          <w:rFonts w:ascii="IM Fell English" w:hAnsi="IM Fell English"/>
          <w:color w:val="141414"/>
          <w:sz w:val="24"/>
        </w:rPr>
        <w:t>They walked calmly to the back of his ruined car.</w:t>
      </w:r>
    </w:p>
    <w:p>
      <w:r>
        <w:rPr>
          <w:rFonts w:ascii="IM Fell English" w:hAnsi="IM Fell English"/>
          <w:color w:val="141414"/>
          <w:sz w:val="24"/>
        </w:rPr>
        <w:t>Grant heard the trunk pop, the latch broken by the impact but still functional enough to release. He heard rustling, the sound of the evidence box being lifted out.</w:t>
      </w:r>
    </w:p>
    <w:p>
      <w:r>
        <w:rPr>
          <w:rFonts w:ascii="IM Fell English" w:hAnsi="IM Fell English"/>
          <w:color w:val="141414"/>
          <w:sz w:val="24"/>
        </w:rPr>
        <w:t>"Got it," a woman's voice said. Calm. Professional.</w:t>
      </w:r>
    </w:p>
    <w:p>
      <w:r>
        <w:rPr>
          <w:rFonts w:ascii="IM Fell English" w:hAnsi="IM Fell English"/>
          <w:color w:val="141414"/>
          <w:sz w:val="24"/>
        </w:rPr>
        <w:t>"What about him?" the man asked.</w:t>
      </w:r>
    </w:p>
    <w:p>
      <w:r>
        <w:rPr>
          <w:rFonts w:ascii="IM Fell English" w:hAnsi="IM Fell English"/>
          <w:color w:val="141414"/>
          <w:sz w:val="24"/>
        </w:rPr>
        <w:t>"Nothing we can do. Ambulance is two minutes out." A pause. "Whoever did this has system access. This wasn't random."</w:t>
      </w:r>
    </w:p>
    <w:p>
      <w:r>
        <w:rPr>
          <w:rFonts w:ascii="IM Fell English" w:hAnsi="IM Fell English"/>
          <w:color w:val="141414"/>
          <w:sz w:val="24"/>
        </w:rPr>
        <w:t>Grant tried to scream, to protest, but only a wet gurgle came out. They were taking the evidence. Five years of June's work, the proof of Council corruption, all of it disappearing into their hands.</w:t>
      </w:r>
    </w:p>
    <w:p>
      <w:r>
        <w:rPr>
          <w:rFonts w:ascii="IM Fell English" w:hAnsi="IM Fell English"/>
          <w:color w:val="141414"/>
          <w:sz w:val="24"/>
        </w:rPr>
        <w:t>But they hadn't checked him. They hadn't searched his body.</w:t>
      </w:r>
    </w:p>
    <w:p>
      <w:r>
        <w:rPr>
          <w:rFonts w:ascii="IM Fell English" w:hAnsi="IM Fell English"/>
          <w:color w:val="141414"/>
          <w:sz w:val="24"/>
        </w:rPr>
        <w:t>The notebook was still there, pressed against his chest.</w:t>
      </w:r>
    </w:p>
    <w:p>
      <w:r>
        <w:rPr>
          <w:rFonts w:ascii="IM Fell English" w:hAnsi="IM Fell English"/>
          <w:color w:val="141414"/>
          <w:sz w:val="24"/>
        </w:rPr>
        <w:t>The man walked past Grant's shattered window. He paused, looking in. His eyes were hard but not cruel, the eyes of someone doing a job he didn't enjoy but believed was necessary.</w:t>
      </w:r>
    </w:p>
    <w:p>
      <w:r>
        <w:rPr>
          <w:rFonts w:ascii="IM Fell English" w:hAnsi="IM Fell English"/>
          <w:color w:val="141414"/>
          <w:sz w:val="24"/>
        </w:rPr>
        <w:t>"I'm sorry," the man said. "She was a good journalist. She deserved better."</w:t>
      </w:r>
    </w:p>
    <w:p>
      <w:r>
        <w:rPr>
          <w:rFonts w:ascii="IM Fell English" w:hAnsi="IM Fell English"/>
          <w:color w:val="141414"/>
          <w:sz w:val="24"/>
        </w:rPr>
        <w:t>Then he turned and walked back to the sedan. The three of them climbed in, and the car pulled away, disappearing into traffic before the first sirens began to wail.</w:t>
      </w:r>
    </w:p>
    <w:p>
      <w:r>
        <w:rPr>
          <w:rFonts w:ascii="IM Fell English" w:hAnsi="IM Fell English"/>
          <w:color w:val="141414"/>
          <w:sz w:val="24"/>
        </w:rPr>
        <w:t>Jake Mareck drove ninety miles per hour down Fifth Avenue, his siren screaming.</w:t>
      </w:r>
    </w:p>
    <w:p>
      <w:r>
        <w:rPr>
          <w:rFonts w:ascii="IM Fell English" w:hAnsi="IM Fell English"/>
          <w:color w:val="141414"/>
          <w:sz w:val="24"/>
        </w:rPr>
        <w:t>He'd been at the Riverside plant, watching Beltrán's team load the floater for transport, when his phone finally picked up a signal.</w:t>
      </w:r>
    </w:p>
    <w:p>
      <w:r>
        <w:rPr>
          <w:rFonts w:ascii="IM Fell English" w:hAnsi="IM Fell English"/>
          <w:color w:val="141414"/>
          <w:sz w:val="24"/>
        </w:rPr>
        <w:t>Found Calvin Moss dead. Tortured. Multiple ring marks.</w:t>
      </w:r>
    </w:p>
    <w:p>
      <w:r>
        <w:rPr>
          <w:rFonts w:ascii="IM Fell English" w:hAnsi="IM Fell English"/>
          <w:color w:val="141414"/>
          <w:sz w:val="24"/>
        </w:rPr>
        <w:t>Conrad Moss's SON. Conrad's body was incinerated in 2091, but someone is still voting in his name.</w:t>
      </w:r>
    </w:p>
    <w:p>
      <w:r>
        <w:rPr>
          <w:rFonts w:ascii="IM Fell English" w:hAnsi="IM Fell English"/>
          <w:color w:val="141414"/>
          <w:sz w:val="24"/>
        </w:rPr>
        <w:t>I have everything. On my way to the precinct.</w:t>
      </w:r>
    </w:p>
    <w:p>
      <w:r>
        <w:rPr>
          <w:rFonts w:ascii="IM Fell English" w:hAnsi="IM Fell English"/>
          <w:color w:val="141414"/>
          <w:sz w:val="24"/>
        </w:rPr>
        <w:t>Then, five minutes later, the dispatch alert: Officer involved accident. Fifth and Harrison. Respond immediately.</w:t>
      </w:r>
    </w:p>
    <w:p>
      <w:r>
        <w:rPr>
          <w:rFonts w:ascii="IM Fell English" w:hAnsi="IM Fell English"/>
          <w:color w:val="141414"/>
          <w:sz w:val="24"/>
        </w:rPr>
        <w:t>Jake had known in his gut before anyone said Grant's name.</w:t>
      </w:r>
    </w:p>
    <w:p>
      <w:r>
        <w:rPr>
          <w:rFonts w:ascii="IM Fell English" w:hAnsi="IM Fell English"/>
          <w:color w:val="141414"/>
          <w:sz w:val="24"/>
        </w:rPr>
        <w:t>He saw the smoke first, a gray column rising above the intersection. Then the wreckage. The cargo hauler had been moved to the side of the road, its front end barely dented. But Grant's sedan...</w:t>
      </w:r>
    </w:p>
    <w:p>
      <w:r>
        <w:rPr>
          <w:rFonts w:ascii="IM Fell English" w:hAnsi="IM Fell English"/>
          <w:color w:val="141414"/>
          <w:sz w:val="24"/>
        </w:rPr>
        <w:t>Jake slammed the brakes and was out of the car before it fully stopped.</w:t>
      </w:r>
    </w:p>
    <w:p>
      <w:r>
        <w:rPr>
          <w:rFonts w:ascii="IM Fell English" w:hAnsi="IM Fell English"/>
          <w:color w:val="141414"/>
          <w:sz w:val="24"/>
        </w:rPr>
        <w:t>"Grant!"</w:t>
      </w:r>
    </w:p>
    <w:p>
      <w:r>
        <w:rPr>
          <w:rFonts w:ascii="IM Fell English" w:hAnsi="IM Fell English"/>
          <w:color w:val="141414"/>
          <w:sz w:val="24"/>
        </w:rPr>
        <w:t>Firefighters were already there, the Jaws of Life screaming as they cut into the driver's side door. Paramedics stood ready with a stretcher, their faces grim. A crowd had gathered behind the police tape, phones raised, recording the tragedy for posterity.</w:t>
      </w:r>
    </w:p>
    <w:p>
      <w:r>
        <w:rPr>
          <w:rFonts w:ascii="IM Fell English" w:hAnsi="IM Fell English"/>
          <w:color w:val="141414"/>
          <w:sz w:val="24"/>
        </w:rPr>
        <w:t>Jake pushed through them all.</w:t>
      </w:r>
    </w:p>
    <w:p>
      <w:r>
        <w:rPr>
          <w:rFonts w:ascii="IM Fell English" w:hAnsi="IM Fell English"/>
          <w:color w:val="141414"/>
          <w:sz w:val="24"/>
        </w:rPr>
        <w:t>"That's my partner!" he directed at the firefighter who tried to hold him back. "Let me through!"</w:t>
      </w:r>
    </w:p>
    <w:p>
      <w:r>
        <w:rPr>
          <w:rFonts w:ascii="IM Fell English" w:hAnsi="IM Fell English"/>
          <w:color w:val="141414"/>
          <w:sz w:val="24"/>
        </w:rPr>
        <w:t>The door came free with a shriek of tortured metal. Jake pushed past the rescue workers and looked inside.</w:t>
      </w:r>
    </w:p>
    <w:p>
      <w:r>
        <w:rPr>
          <w:rFonts w:ascii="IM Fell English" w:hAnsi="IM Fell English"/>
          <w:color w:val="141414"/>
          <w:sz w:val="24"/>
        </w:rPr>
        <w:t>Grant was still alive. Barely.</w:t>
      </w:r>
    </w:p>
    <w:p>
      <w:r>
        <w:rPr>
          <w:rFonts w:ascii="IM Fell English" w:hAnsi="IM Fell English"/>
          <w:color w:val="141414"/>
          <w:sz w:val="24"/>
        </w:rPr>
        <w:t>His face was a mask of blood, one eye swollen shut, the other staring blankly at nothing. His breathing was shallow and wet, the sound of lungs filling with fluid. His right arm was a ruin, crushed beneath the dashboard. But his left hand was moving, fumbling weakly at his chest.</w:t>
      </w:r>
    </w:p>
    <w:p>
      <w:r>
        <w:rPr>
          <w:rFonts w:ascii="IM Fell English" w:hAnsi="IM Fell English"/>
          <w:color w:val="141414"/>
          <w:sz w:val="24"/>
        </w:rPr>
        <w:t>"Grant." Jake grabbed the door frame, leaning in. "I'm here. Stay with me, kid."</w:t>
      </w:r>
    </w:p>
    <w:p>
      <w:r>
        <w:rPr>
          <w:rFonts w:ascii="IM Fell English" w:hAnsi="IM Fell English"/>
          <w:color w:val="141414"/>
          <w:sz w:val="24"/>
        </w:rPr>
        <w:t>Grant's working eye focused. Something flickered in it, recognition, relief, desperation.</w:t>
      </w:r>
    </w:p>
    <w:p>
      <w:r>
        <w:rPr>
          <w:rFonts w:ascii="IM Fell English" w:hAnsi="IM Fell English"/>
          <w:color w:val="141414"/>
          <w:sz w:val="24"/>
        </w:rPr>
        <w:t>"Ja... ke..." The word was a bubble of blood.</w:t>
      </w:r>
    </w:p>
    <w:p>
      <w:r>
        <w:rPr>
          <w:rFonts w:ascii="IM Fell English" w:hAnsi="IM Fell English"/>
          <w:color w:val="141414"/>
          <w:sz w:val="24"/>
        </w:rPr>
        <w:t>"Don't talk. Ambulance is here. We're going to get you out."</w:t>
      </w:r>
    </w:p>
    <w:p>
      <w:r>
        <w:rPr>
          <w:rFonts w:ascii="IM Fell English" w:hAnsi="IM Fell English"/>
          <w:color w:val="141414"/>
          <w:sz w:val="24"/>
        </w:rPr>
        <w:t>Grant shook his head, a tiny motion, all he could manage. His left hand pulled at his jacket, fumbling with the inner pocket. His fingers were slick with blood, slipping against the fabric.</w:t>
      </w:r>
    </w:p>
    <w:p>
      <w:r>
        <w:rPr>
          <w:rFonts w:ascii="IM Fell English" w:hAnsi="IM Fell English"/>
          <w:color w:val="141414"/>
          <w:sz w:val="24"/>
        </w:rPr>
        <w:t>He pulled out the notebook.</w:t>
      </w:r>
    </w:p>
    <w:p>
      <w:r>
        <w:rPr>
          <w:rFonts w:ascii="IM Fell English" w:hAnsi="IM Fell English"/>
          <w:color w:val="141414"/>
          <w:sz w:val="24"/>
        </w:rPr>
        <w:t>The leather was stained dark, wet with blood that had soaked through his shirt. But Grant gripped it with surprising strength, shoving it through the shattered window, pressing it against Jake's chest.</w:t>
      </w:r>
    </w:p>
    <w:p>
      <w:r>
        <w:rPr>
          <w:rFonts w:ascii="IM Fell English" w:hAnsi="IM Fell English"/>
          <w:color w:val="141414"/>
          <w:sz w:val="24"/>
        </w:rPr>
        <w:t>"Take... it..." Grant wheezed. "Photo... inside... Conrad..."</w:t>
      </w:r>
    </w:p>
    <w:p>
      <w:r>
        <w:rPr>
          <w:rFonts w:ascii="IM Fell English" w:hAnsi="IM Fell English"/>
          <w:color w:val="141414"/>
          <w:sz w:val="24"/>
        </w:rPr>
        <w:t>"I got it." Jake grabbed the notebook, felt the weight of it, the warmth of Grant's blood seeping through the leather. "I got it, kid. Now save your strength."</w:t>
      </w:r>
    </w:p>
    <w:p>
      <w:r>
        <w:rPr>
          <w:rFonts w:ascii="IM Fell English" w:hAnsi="IM Fell English"/>
          <w:color w:val="141414"/>
          <w:sz w:val="24"/>
        </w:rPr>
        <w:t>"Moss..." Grant's eye was losing focus, the light behind it dimming. "Dead... seven years... still... voting..."</w:t>
      </w:r>
    </w:p>
    <w:p>
      <w:r>
        <w:rPr>
          <w:rFonts w:ascii="IM Fell English" w:hAnsi="IM Fell English"/>
          <w:color w:val="141414"/>
          <w:sz w:val="24"/>
        </w:rPr>
        <w:t>His hand dropped. His head fell back against the headrest.</w:t>
      </w:r>
    </w:p>
    <w:p>
      <w:r>
        <w:rPr>
          <w:rFonts w:ascii="IM Fell English" w:hAnsi="IM Fell English"/>
          <w:color w:val="141414"/>
          <w:sz w:val="24"/>
        </w:rPr>
        <w:t>"He's crashing!" The paramedic pushed Jake aside. "Get him out now!"</w:t>
      </w:r>
    </w:p>
    <w:p>
      <w:r>
        <w:rPr>
          <w:rFonts w:ascii="IM Fell English" w:hAnsi="IM Fell English"/>
          <w:color w:val="141414"/>
          <w:sz w:val="24"/>
        </w:rPr>
        <w:t>The rescue workers moved with desperate efficiency, cutting away the dashboard to free Grant's trapped arm, lifting his broken body onto the stretcher. Jake stood frozen, the bloody notebook clutched to his chest, watching them work.</w:t>
      </w:r>
    </w:p>
    <w:p>
      <w:r>
        <w:rPr>
          <w:rFonts w:ascii="IM Fell English" w:hAnsi="IM Fell English"/>
          <w:color w:val="141414"/>
          <w:sz w:val="24"/>
        </w:rPr>
        <w:t>They loaded Grant into the ambulance. One paramedic started compressions while another checked his neural readings. Their faces told Jake everything he needed to know.</w:t>
      </w:r>
    </w:p>
    <w:p>
      <w:r>
        <w:rPr>
          <w:rFonts w:ascii="IM Fell English" w:hAnsi="IM Fell English"/>
          <w:color w:val="141414"/>
          <w:sz w:val="24"/>
        </w:rPr>
        <w:t>"Detective." The lead paramedic, a woman in her forties with steady hands and tired eyes, stepped out of the ambulance. "Are you his emergency contact?"</w:t>
      </w:r>
    </w:p>
    <w:p>
      <w:r>
        <w:rPr>
          <w:rFonts w:ascii="IM Fell English" w:hAnsi="IM Fell English"/>
          <w:color w:val="141414"/>
          <w:sz w:val="24"/>
        </w:rPr>
        <w:t>"Yes."</w:t>
      </w:r>
    </w:p>
    <w:p>
      <w:r>
        <w:rPr>
          <w:rFonts w:ascii="IM Fell English" w:hAnsi="IM Fell English"/>
          <w:color w:val="141414"/>
          <w:sz w:val="24"/>
        </w:rPr>
        <w:t>"His brain is swelling. Massive cranial trauma. We can't stop it, the pressure is building faster than we can relieve it." She took a breath. "He has minutes. Maybe less. We can't save the body."</w:t>
      </w:r>
    </w:p>
    <w:p>
      <w:r>
        <w:rPr>
          <w:rFonts w:ascii="IM Fell English" w:hAnsi="IM Fell English"/>
          <w:color w:val="141414"/>
          <w:sz w:val="24"/>
        </w:rPr>
        <w:t>Jake felt the ground shift beneath his feet. "What are you saying?"</w:t>
      </w:r>
    </w:p>
    <w:p>
      <w:r>
        <w:rPr>
          <w:rFonts w:ascii="IM Fell English" w:hAnsi="IM Fell English"/>
          <w:color w:val="141414"/>
          <w:sz w:val="24"/>
        </w:rPr>
        <w:t>"Emergency Transition Protocol." The paramedic held up a portable neural ring, a sleek band of metal and circuitry designed for exactly this situation. "We can upload his consciousness before the brain damage becomes irreversible. Save his mind even if we lose the body."</w:t>
      </w:r>
    </w:p>
    <w:p>
      <w:r>
        <w:rPr>
          <w:rFonts w:ascii="IM Fell English" w:hAnsi="IM Fell English"/>
          <w:color w:val="141414"/>
          <w:sz w:val="24"/>
        </w:rPr>
        <w:t>Jake stared at the ring. He thought about Grant, twenty-six years old, fourteen months on the force, a kid who collected vintage noir films and used a leather notebook because he thought it made him more authentic. A kid who had never made peace with the idea of Transition, who talked about Eden like it was a prison wrapped in pretty paper.</w:t>
      </w:r>
    </w:p>
    <w:p>
      <w:r>
        <w:rPr>
          <w:rFonts w:ascii="IM Fell English" w:hAnsi="IM Fell English"/>
          <w:color w:val="141414"/>
          <w:sz w:val="24"/>
        </w:rPr>
        <w:t>If Jake said no, Grant died. Right here, right now, on a stretcher in the back of an ambulance surrounded by strangers.</w:t>
      </w:r>
    </w:p>
    <w:p>
      <w:r>
        <w:rPr>
          <w:rFonts w:ascii="IM Fell English" w:hAnsi="IM Fell English"/>
          <w:color w:val="141414"/>
          <w:sz w:val="24"/>
        </w:rPr>
        <w:t>If Jake said yes, Grant went into the machine. Forever. His consciousness uploaded to the very system they had been investigating, trapped in a digital paradise that might not be paradise at all.</w:t>
      </w:r>
    </w:p>
    <w:p>
      <w:r>
        <w:rPr>
          <w:rFonts w:ascii="IM Fell English" w:hAnsi="IM Fell English"/>
          <w:color w:val="141414"/>
          <w:sz w:val="24"/>
        </w:rPr>
        <w:t>"Detective," the paramedic snapped. "We need a decision. Now."</w:t>
      </w:r>
    </w:p>
    <w:p>
      <w:r>
        <w:rPr>
          <w:rFonts w:ascii="IM Fell English" w:hAnsi="IM Fell English"/>
          <w:color w:val="141414"/>
          <w:sz w:val="24"/>
        </w:rPr>
        <w:t>Jake looked at the ambulance, where Grant's body was convulsing weakly, the last reflexes of a dying brain. He looked at the notebook in his hands, stained with his partner's blood. He looked at the cargo hauler sitting innocently at the side of the road, its sensors dark, its collision avoidance system supposedly "malfunctioned."</w:t>
      </w:r>
    </w:p>
    <w:p>
      <w:r>
        <w:rPr>
          <w:rFonts w:ascii="IM Fell English" w:hAnsi="IM Fell English"/>
          <w:color w:val="141414"/>
          <w:sz w:val="24"/>
        </w:rPr>
        <w:t>This wasn't an accident. Someone had tried to kill Grant and destroy the evidence he was carrying. Someone with access to the city's traffic grid, someone who could override safety protocols and weaponize a twenty-ton vehicle.</w:t>
      </w:r>
    </w:p>
    <w:p>
      <w:r>
        <w:rPr>
          <w:rFonts w:ascii="IM Fell English" w:hAnsi="IM Fell English"/>
          <w:color w:val="141414"/>
          <w:sz w:val="24"/>
        </w:rPr>
        <w:t>The same someone who had killed June Rafferty. And Calvin Moss. And god knew how many others.</w:t>
      </w:r>
    </w:p>
    <w:p>
      <w:r>
        <w:rPr>
          <w:rFonts w:ascii="IM Fell English" w:hAnsi="IM Fell English"/>
          <w:color w:val="141414"/>
          <w:sz w:val="24"/>
        </w:rPr>
        <w:t>If Grant died here, they won. The evidence disappeared, the witnesses were silenced, and the truth stayed buried.</w:t>
      </w:r>
    </w:p>
    <w:p>
      <w:r>
        <w:rPr>
          <w:rFonts w:ascii="IM Fell English" w:hAnsi="IM Fell English"/>
          <w:color w:val="141414"/>
          <w:sz w:val="24"/>
        </w:rPr>
        <w:t>But if Grant survived, even as a digital ghost in a system controlled by his enemies, there was a chance. A chance he could remember what he'd found. A chance he could testify. A chance the truth could still come out.</w:t>
      </w:r>
    </w:p>
    <w:p>
      <w:r>
        <w:rPr>
          <w:rFonts w:ascii="IM Fell English" w:hAnsi="IM Fell English"/>
          <w:color w:val="141414"/>
          <w:sz w:val="24"/>
        </w:rPr>
        <w:t>A monstrous equation. But cops made impossible choices.</w:t>
      </w:r>
    </w:p>
    <w:p>
      <w:r>
        <w:rPr>
          <w:rFonts w:ascii="IM Fell English" w:hAnsi="IM Fell English"/>
          <w:color w:val="141414"/>
          <w:sz w:val="24"/>
        </w:rPr>
        <w:t>"Do it. Upload him."</w:t>
      </w:r>
    </w:p>
    <w:p>
      <w:r>
        <w:rPr>
          <w:rFonts w:ascii="IM Fell English" w:hAnsi="IM Fell English"/>
          <w:color w:val="141414"/>
          <w:sz w:val="24"/>
        </w:rPr>
        <w:t>The paramedic nodded and climbed back into the ambulance. Jake watched through the open doors as she positioned the neural ring over Grant's blood-matted skull. The device hummed to life, a ring of blue light pulsing against the red ruin of his partner's head.</w:t>
      </w:r>
    </w:p>
    <w:p>
      <w:r>
        <w:rPr>
          <w:rFonts w:ascii="IM Fell English" w:hAnsi="IM Fell English"/>
          <w:color w:val="141414"/>
          <w:sz w:val="24"/>
        </w:rPr>
        <w:t>Grant's body went rigid. His back arched. His eyes, both of them, even the swollen one, shot open, staring at something Jake couldn't see.</w:t>
      </w:r>
    </w:p>
    <w:p>
      <w:r>
        <w:rPr>
          <w:rFonts w:ascii="IM Fell English" w:hAnsi="IM Fell English"/>
          <w:color w:val="141414"/>
          <w:sz w:val="24"/>
        </w:rPr>
        <w:t>Then he went limp.</w:t>
      </w:r>
    </w:p>
    <w:p>
      <w:r>
        <w:rPr>
          <w:rFonts w:ascii="IM Fell English" w:hAnsi="IM Fell English"/>
          <w:color w:val="141414"/>
          <w:sz w:val="24"/>
        </w:rPr>
        <w:t>The monitor beside the stretcher changed. Where it had shown failing vital signs, it now displayed a progress bar:</w:t>
      </w:r>
    </w:p>
    <w:p>
      <w:r>
        <w:rPr>
          <w:rFonts w:ascii="IM Fell English" w:hAnsi="IM Fell English"/>
          <w:color w:val="141414"/>
          <w:sz w:val="24"/>
        </w:rPr>
        <w:t>CONSCIOUSNESS TRANSFER: 47%... 58%... 72%...</w:t>
      </w:r>
    </w:p>
    <w:p>
      <w:r>
        <w:rPr>
          <w:rFonts w:ascii="IM Fell English" w:hAnsi="IM Fell English"/>
          <w:color w:val="141414"/>
          <w:sz w:val="24"/>
        </w:rPr>
        <w:t>"Stable signal," the paramedic reported. "Clean upload. He's going to make it."</w:t>
      </w:r>
    </w:p>
    <w:p>
      <w:r>
        <w:rPr>
          <w:rFonts w:ascii="IM Fell English" w:hAnsi="IM Fell English"/>
          <w:color w:val="141414"/>
          <w:sz w:val="24"/>
        </w:rPr>
        <w:t>Jake turned away. He couldn't watch the rest. He couldn't watch them save Grant's mind by killing his body.</w:t>
      </w:r>
    </w:p>
    <w:p>
      <w:r>
        <w:rPr>
          <w:rFonts w:ascii="IM Fell English" w:hAnsi="IM Fell English"/>
          <w:color w:val="141414"/>
          <w:sz w:val="24"/>
        </w:rPr>
        <w:t>He walked back toward his car, the notebook heavy in his hands. Around him, the intersection was chaos, police cruisers blocking traffic, news drones circling overhead, civilians pressing against the tape for a better view. The hauler's driver, a bewildered technician who had been riding along for a maintenance check, was being interviewed by uniforms who wouldn't find anything because there was nothing to find. The system had already erased itself.</w:t>
      </w:r>
    </w:p>
    <w:p>
      <w:r>
        <w:rPr>
          <w:rFonts w:ascii="IM Fell English" w:hAnsi="IM Fell English"/>
          <w:color w:val="141414"/>
          <w:sz w:val="24"/>
        </w:rPr>
        <w:t>Jake reached his car and leaned against the hood. His hands were shaking.</w:t>
      </w:r>
    </w:p>
    <w:p>
      <w:r>
        <w:rPr>
          <w:rFonts w:ascii="IM Fell English" w:hAnsi="IM Fell English"/>
          <w:color w:val="141414"/>
          <w:sz w:val="24"/>
        </w:rPr>
        <w:t>He opened the notebook.</w:t>
      </w:r>
    </w:p>
    <w:p>
      <w:r>
        <w:rPr>
          <w:rFonts w:ascii="IM Fell English" w:hAnsi="IM Fell English"/>
          <w:color w:val="141414"/>
          <w:sz w:val="24"/>
        </w:rPr>
        <w:t>The pages were stiff with dried blood, stuck together in places. Jake peeled them apart carefully, looking for what Grant had been so desperate to show him.</w:t>
      </w:r>
    </w:p>
    <w:p>
      <w:r>
        <w:rPr>
          <w:rFonts w:ascii="IM Fell English" w:hAnsi="IM Fell English"/>
          <w:color w:val="141414"/>
          <w:sz w:val="24"/>
        </w:rPr>
        <w:t>There. Tucked between pages near the middle. A photograph.</w:t>
      </w:r>
    </w:p>
    <w:p>
      <w:r>
        <w:rPr>
          <w:rFonts w:ascii="IM Fell English" w:hAnsi="IM Fell English"/>
          <w:color w:val="141414"/>
          <w:sz w:val="24"/>
        </w:rPr>
        <w:t>It was grainy, taken at a low angle with a hidden camera. A sterile corridor. A steel trolley being pushed toward double doors marked INCINERATION. And on the trolley, a body, male, heavy set, head shaved, with a serial number etched into the forehead.</w:t>
      </w:r>
    </w:p>
    <w:p>
      <w:r>
        <w:rPr>
          <w:rFonts w:ascii="IM Fell English" w:hAnsi="IM Fell English"/>
          <w:color w:val="141414"/>
          <w:sz w:val="24"/>
        </w:rPr>
        <w:t>CM-4721-THETA.</w:t>
      </w:r>
    </w:p>
    <w:p>
      <w:r>
        <w:rPr>
          <w:rFonts w:ascii="IM Fell English" w:hAnsi="IM Fell English"/>
          <w:color w:val="141414"/>
          <w:sz w:val="24"/>
        </w:rPr>
        <w:t>Jake flipped the photo over. Handwriting, smeared with blood but still legible:</w:t>
      </w:r>
    </w:p>
    <w:p>
      <w:r>
        <w:rPr>
          <w:rFonts w:ascii="IM Fell English" w:hAnsi="IM Fell English"/>
          <w:color w:val="141414"/>
          <w:sz w:val="24"/>
        </w:rPr>
        <w:t>Source: Anatoly (Archive Hall 4 worker) Photo taken 2091Confirmed ID: CONRAD MOSS</w:t>
      </w:r>
    </w:p>
    <w:p>
      <w:r>
        <w:rPr>
          <w:rFonts w:ascii="IM Fell English" w:hAnsi="IM Fell English"/>
          <w:color w:val="141414"/>
          <w:sz w:val="24"/>
        </w:rPr>
        <w:t>Conrad Moss. Council member. Dead for seven years. Still casting votes.</w:t>
      </w:r>
    </w:p>
    <w:p>
      <w:r>
        <w:rPr>
          <w:rFonts w:ascii="IM Fell English" w:hAnsi="IM Fell English"/>
          <w:color w:val="141414"/>
          <w:sz w:val="24"/>
        </w:rPr>
        <w:t>Jake looked up at the sky, gray and hazy, the sun struggling through the chemical haze that never quite cleared. Somewhere up there, in server farms and satellite relays, Grant's consciousness was being processed and installed into the Eden system. And somewhere in that same system, the ghost of Conrad Moss was casting votes and making policy and maybe, probably, killing anyone who got too close to the truth.</w:t>
      </w:r>
    </w:p>
    <w:p>
      <w:r>
        <w:rPr>
          <w:rFonts w:ascii="IM Fell English" w:hAnsi="IM Fell English"/>
          <w:color w:val="141414"/>
          <w:sz w:val="24"/>
        </w:rPr>
        <w:t>Jake put the photograph back in the notebook and closed it.</w:t>
      </w:r>
    </w:p>
    <w:p>
      <w:r>
        <w:rPr>
          <w:rFonts w:ascii="IM Fell English" w:hAnsi="IM Fell English"/>
          <w:color w:val="141414"/>
          <w:sz w:val="24"/>
        </w:rPr>
        <w:t>He had hours until his meeting with Tessa at The Nail Bar. Hours to figure out what questions to ask. Hours to prepare himself for a conversation that might get him killed.</w:t>
      </w:r>
    </w:p>
    <w:p>
      <w:r>
        <w:rPr>
          <w:rFonts w:ascii="IM Fell English" w:hAnsi="IM Fell English"/>
          <w:color w:val="141414"/>
          <w:sz w:val="24"/>
        </w:rPr>
        <w:t>But first he needed to check on Grant.</w:t>
      </w:r>
    </w:p>
    <w:p>
      <w:r>
        <w:rPr>
          <w:rFonts w:ascii="IM Fell English" w:hAnsi="IM Fell English"/>
          <w:color w:val="141414"/>
          <w:sz w:val="24"/>
        </w:rPr>
        <w:t>He drove toward Transition Authority headquarters. Grant was in there now. Somewhere in Eden's vast digital architecture, his partner was waking to an existence without a body, without the choice Jake had made for him.</w:t>
      </w:r>
    </w:p>
    <w:p>
      <w:r>
        <w:rPr>
          <w:rFonts w:ascii="IM Fell English" w:hAnsi="IM Fell English"/>
          <w:i/>
          <w:color w:val="141414"/>
          <w:sz w:val="24"/>
        </w:rPr>
        <w:t>I'm sorry, kid. I promise you: I'm going to find out who did this.</w:t>
      </w:r>
    </w:p>
    <w:p>
      <w:r>
        <w:rPr>
          <w:rFonts w:ascii="IM Fell English" w:hAnsi="IM Fell English"/>
          <w:color w:val="141414"/>
          <w:sz w:val="24"/>
        </w:rPr>
        <w:t>The room was white and sterile, humming with machines keeping meat alive.</w:t>
      </w:r>
    </w:p>
    <w:p>
      <w:r>
        <w:rPr>
          <w:rFonts w:ascii="IM Fell English" w:hAnsi="IM Fell English"/>
          <w:color w:val="141414"/>
          <w:sz w:val="24"/>
        </w:rPr>
        <w:t>Grant lay in a hospital bed, chest rising and falling with mechanical regularity. His brain was empty. A screen beside the bed displayed:</w:t>
      </w:r>
    </w:p>
    <w:p>
      <w:r>
        <w:rPr>
          <w:rFonts w:ascii="IM Fell English" w:hAnsi="IM Fell English"/>
          <w:color w:val="141414"/>
          <w:sz w:val="24"/>
        </w:rPr>
        <w:t>MILLINER, GRANT D. TRANSITION STATUS: COMPLETE CONSCIOUSNESS INTEGRITY: 98.7%</w:t>
      </w:r>
    </w:p>
    <w:p>
      <w:r>
        <w:rPr>
          <w:rFonts w:ascii="IM Fell English" w:hAnsi="IM Fell English"/>
          <w:color w:val="141414"/>
          <w:sz w:val="24"/>
        </w:rPr>
        <w:t>"The physical form will be maintained for seventy-two hours," a nurse explained. "Standard protocol. It allows time for family to say goodbye."</w:t>
      </w:r>
    </w:p>
    <w:p>
      <w:r>
        <w:rPr>
          <w:rFonts w:ascii="IM Fell English" w:hAnsi="IM Fell English"/>
          <w:color w:val="141414"/>
          <w:sz w:val="24"/>
        </w:rPr>
        <w:t>"He doesn't have family. Just me."</w:t>
      </w:r>
    </w:p>
    <w:p>
      <w:r>
        <w:rPr>
          <w:rFonts w:ascii="IM Fell English" w:hAnsi="IM Fell English"/>
          <w:color w:val="141414"/>
          <w:sz w:val="24"/>
        </w:rPr>
        <w:t>"Then you can visit him in Eden. We can arrange a holographic interface."</w:t>
      </w:r>
    </w:p>
    <w:p>
      <w:r>
        <w:rPr>
          <w:rFonts w:ascii="IM Fell English" w:hAnsi="IM Fell English"/>
          <w:color w:val="141414"/>
          <w:sz w:val="24"/>
        </w:rPr>
        <w:t>Jake stared at the body that used to be his partner. It wouldn't be the same. Dominic's hologram was anchored to living tissue, neurons still firing in Archive Hall 7. Grant was different. His brain was destroyed. What the emergency protocol had uploaded wasn't Grant. It was a snapshot. A digitized copy extrapolated from incomplete data.</w:t>
      </w:r>
    </w:p>
    <w:p>
      <w:r>
        <w:rPr>
          <w:rFonts w:ascii="IM Fell English" w:hAnsi="IM Fell English"/>
          <w:color w:val="141414"/>
          <w:sz w:val="24"/>
        </w:rPr>
        <w:t>It would talk like Grant. Remember like Grant. Probably believe it was Grant.</w:t>
      </w:r>
    </w:p>
    <w:p>
      <w:r>
        <w:rPr>
          <w:rFonts w:ascii="IM Fell English" w:hAnsi="IM Fell English"/>
          <w:color w:val="141414"/>
          <w:sz w:val="24"/>
        </w:rPr>
        <w:t>But it wasn't.</w:t>
      </w:r>
    </w:p>
    <w:p>
      <w:r>
        <w:rPr>
          <w:rFonts w:ascii="IM Fell English" w:hAnsi="IM Fell English"/>
          <w:color w:val="141414"/>
          <w:sz w:val="24"/>
        </w:rPr>
        <w:t>Consciousness integrity: 98.7%. That meant 1.3% of Grant was gone. What part? His sense of humor? The way he smiled when he cracked a case? The system didn't itemize what it failed to copy.</w:t>
      </w:r>
    </w:p>
    <w:p>
      <w:r>
        <w:rPr>
          <w:rFonts w:ascii="IM Fell English" w:hAnsi="IM Fell English"/>
          <w:color w:val="141414"/>
          <w:sz w:val="24"/>
        </w:rPr>
        <w:t>Jake walked out into the afternoon sun.</w:t>
      </w:r>
    </w:p>
    <w:p>
      <w:r>
        <w:rPr>
          <w:rFonts w:ascii="IM Fell English" w:hAnsi="IM Fell English"/>
          <w:color w:val="141414"/>
          <w:sz w:val="24"/>
        </w:rPr>
        <w:t>He checked his watch. 1:30 PM. Seven and a half hours until Tessa. Seven and a half hours to mourn his partner and prepare for the war that was coming.</w:t>
      </w:r>
    </w:p>
    <w:p>
      <w:r>
        <w:rPr>
          <w:rFonts w:ascii="IM Fell English" w:hAnsi="IM Fell English"/>
          <w:color w:val="141414"/>
          <w:sz w:val="24"/>
        </w:rPr>
        <w:t>The photograph burned in his pocket. Proof. Finally.</w:t>
      </w:r>
    </w:p>
    <w:p>
      <w:r>
        <w:rPr>
          <w:rFonts w:ascii="IM Fell English" w:hAnsi="IM Fell English"/>
          <w:color w:val="141414"/>
          <w:sz w:val="24"/>
        </w:rPr>
        <w:t>Now he just had to live long enough to use it.</w:t>
      </w:r>
    </w:p>
    <w:p>
      <w:pPr>
        <w:pStyle w:val="Heading1"/>
        <w:jc w:val="center"/>
      </w:pPr>
      <w:r>
        <w:rPr>
          <w:rFonts w:ascii="IM Fell English" w:hAnsi="IM Fell English"/>
          <w:color w:val="0D0D0D"/>
        </w:rPr>
        <w:t>CHAPTER 10: THE NAIL BAR</w:t>
      </w:r>
    </w:p>
    <w:p>
      <w:r>
        <w:rPr>
          <w:rFonts w:ascii="IM Fell English" w:hAnsi="IM Fell English"/>
          <w:color w:val="141414"/>
          <w:sz w:val="24"/>
        </w:rPr>
        <w:t>The single malt whiskey in Jake's glass was real. Luca kept the bottle under the counter for funerals and apocalypses. Tonight qualified as both.</w:t>
      </w:r>
    </w:p>
    <w:p>
      <w:r>
        <w:rPr>
          <w:rFonts w:ascii="IM Fell English" w:hAnsi="IM Fell English"/>
          <w:color w:val="141414"/>
          <w:sz w:val="24"/>
        </w:rPr>
        <w:t>Jake sat in the back booth, the leather cracked and peeling beneath his elbows, staring at the empty seat across from him. Usually on Tuesdays, Dominic sat there, a shimmering blue ghost complaining about the lack of texture in the afterlife. But tonight was Wednesday, and Dominic wasn't who he was waiting for.</w:t>
      </w:r>
    </w:p>
    <w:p>
      <w:r>
        <w:rPr>
          <w:rFonts w:ascii="IM Fell English" w:hAnsi="IM Fell English"/>
          <w:color w:val="141414"/>
          <w:sz w:val="24"/>
        </w:rPr>
        <w:t>The Nail Bar’s sign had been broken for a decade, leaving only a glowing crooked nail. Surveillance had decided it wasn’t worth monitoring. The patrons were mostly older cops nursing silence, running out the clock until their transition dates.</w:t>
      </w:r>
    </w:p>
    <w:p>
      <w:r>
        <w:rPr>
          <w:rFonts w:ascii="IM Fell English" w:hAnsi="IM Fell English"/>
          <w:color w:val="141414"/>
          <w:sz w:val="24"/>
        </w:rPr>
        <w:t>Jake fit right in.</w:t>
      </w:r>
    </w:p>
    <w:p>
      <w:r>
        <w:rPr>
          <w:rFonts w:ascii="IM Fell English" w:hAnsi="IM Fell English"/>
          <w:color w:val="141414"/>
          <w:sz w:val="24"/>
        </w:rPr>
        <w:t>He pulled out the leather notebook and set it on the table. The cover was stiff with dried blood. Inside was the proof: Conrad Moss. Dead since 2091. Still voting.</w:t>
      </w:r>
    </w:p>
    <w:p>
      <w:r>
        <w:rPr>
          <w:rFonts w:ascii="IM Fell English" w:hAnsi="IM Fell English"/>
          <w:color w:val="141414"/>
          <w:sz w:val="24"/>
        </w:rPr>
        <w:t>Jake took a long drink. The peaty whiskey burned going down, a familiar fire that settled in his stomach like an old friend. He thought about Grant, not the body in the hospital bed connected to machines that kept meat alive, but the kid who had walked into the precinct fourteen months ago with a leather notebook and dreams of being a real detective.</w:t>
      </w:r>
    </w:p>
    <w:p>
      <w:r>
        <w:rPr>
          <w:rFonts w:ascii="IM Fell English" w:hAnsi="IM Fell English"/>
          <w:color w:val="141414"/>
          <w:sz w:val="24"/>
        </w:rPr>
        <w:t>That kid was gone now. Whatever woke up in Eden wouldn't be the same person. It would be a copy, a simulation, a digital echo that thought it was Grant Milliner but would never again feel the sun on its face or taste real whiskey or know what it meant to be tired at the end of a long day.</w:t>
      </w:r>
    </w:p>
    <w:p>
      <w:r>
        <w:rPr>
          <w:rFonts w:ascii="IM Fell English" w:hAnsi="IM Fell English"/>
          <w:color w:val="141414"/>
          <w:sz w:val="24"/>
        </w:rPr>
        <w:t>Jake had put him there. Jake had said the words: Do it. Upload him.</w:t>
      </w:r>
    </w:p>
    <w:p>
      <w:r>
        <w:rPr>
          <w:rFonts w:ascii="IM Fell English" w:hAnsi="IM Fell English"/>
          <w:color w:val="141414"/>
          <w:sz w:val="24"/>
        </w:rPr>
        <w:t>It was the right call. The only call. But that didn't make it easier to swallow.</w:t>
      </w:r>
    </w:p>
    <w:p>
      <w:r>
        <w:rPr>
          <w:rFonts w:ascii="IM Fell English" w:hAnsi="IM Fell English"/>
          <w:color w:val="141414"/>
          <w:sz w:val="24"/>
        </w:rPr>
        <w:t>The door opened. A draft of humid city air cut through the stale cigarette smoke.</w:t>
      </w:r>
    </w:p>
    <w:p>
      <w:r>
        <w:rPr>
          <w:rFonts w:ascii="IM Fell English" w:hAnsi="IM Fell English"/>
          <w:color w:val="141414"/>
          <w:sz w:val="24"/>
        </w:rPr>
        <w:t>Tessa Thorne stood in the doorway.</w:t>
      </w:r>
    </w:p>
    <w:p>
      <w:r>
        <w:rPr>
          <w:rFonts w:ascii="IM Fell English" w:hAnsi="IM Fell English"/>
          <w:color w:val="141414"/>
          <w:sz w:val="24"/>
        </w:rPr>
        <w:t>She looked different. The severe bun was gone, hair loose. The tailored suit replaced by jeans and a dark jacket. She scanned the room with quick, nervous eyes, cataloging exits.</w:t>
      </w:r>
    </w:p>
    <w:p>
      <w:r>
        <w:rPr>
          <w:rFonts w:ascii="IM Fell English" w:hAnsi="IM Fell English"/>
          <w:color w:val="141414"/>
          <w:sz w:val="24"/>
        </w:rPr>
        <w:t>She spotted Jake. Her shoulders dropped a fraction, relief or maybe just exhaustion.</w:t>
      </w:r>
    </w:p>
    <w:p>
      <w:r>
        <w:rPr>
          <w:rFonts w:ascii="IM Fell English" w:hAnsi="IM Fell English"/>
          <w:color w:val="141414"/>
          <w:sz w:val="24"/>
        </w:rPr>
        <w:t>She walked to the booth and slid in across from him. For a moment, neither of them spoke. The jukebox in the corner played something old and sad, a song about loss and roads not taken.</w:t>
      </w:r>
    </w:p>
    <w:p>
      <w:r>
        <w:rPr>
          <w:rFonts w:ascii="IM Fell English" w:hAnsi="IM Fell English"/>
          <w:color w:val="141414"/>
          <w:sz w:val="24"/>
        </w:rPr>
        <w:t>"You came," Jake said.</w:t>
      </w:r>
    </w:p>
    <w:p>
      <w:r>
        <w:rPr>
          <w:rFonts w:ascii="IM Fell English" w:hAnsi="IM Fell English"/>
          <w:color w:val="141414"/>
          <w:sz w:val="24"/>
        </w:rPr>
        <w:t>"You doubted I would?"</w:t>
      </w:r>
    </w:p>
    <w:p>
      <w:r>
        <w:rPr>
          <w:rFonts w:ascii="IM Fell English" w:hAnsi="IM Fell English"/>
          <w:color w:val="141414"/>
          <w:sz w:val="24"/>
        </w:rPr>
        <w:t>"After this morning? No." He pushed his glass toward her. "Drink. It's the real stuff."</w:t>
      </w:r>
    </w:p>
    <w:p>
      <w:r>
        <w:rPr>
          <w:rFonts w:ascii="IM Fell English" w:hAnsi="IM Fell English"/>
          <w:color w:val="141414"/>
          <w:sz w:val="24"/>
        </w:rPr>
        <w:t>Tessa took the glass and downed half of it in one swallow. She coughed, her eyes watering, but she didn't apologize. When she set the glass down, her hands were steadier.</w:t>
      </w:r>
    </w:p>
    <w:p>
      <w:r>
        <w:rPr>
          <w:rFonts w:ascii="IM Fell English" w:hAnsi="IM Fell English"/>
          <w:color w:val="141414"/>
          <w:sz w:val="24"/>
        </w:rPr>
        <w:t>"I heard about your partner," she said. "The accident. It's all over the internal channels."</w:t>
      </w:r>
    </w:p>
    <w:p>
      <w:r>
        <w:rPr>
          <w:rFonts w:ascii="IM Fell English" w:hAnsi="IM Fell English"/>
          <w:color w:val="141414"/>
          <w:sz w:val="24"/>
        </w:rPr>
        <w:t>"It wasn't an accident."</w:t>
      </w:r>
    </w:p>
    <w:p>
      <w:r>
        <w:rPr>
          <w:rFonts w:ascii="IM Fell English" w:hAnsi="IM Fell English"/>
          <w:color w:val="141414"/>
          <w:sz w:val="24"/>
        </w:rPr>
        <w:t>"I know." Tessa leaned forward, dropping her voice. "I checked the traffic grid logs before I wiped my access. The cargo hauler that hit him, its collision avoidance system was manually disabled three blocks before the intersection. Someone drove that truck into him from a keyboard."</w:t>
      </w:r>
    </w:p>
    <w:p>
      <w:r>
        <w:rPr>
          <w:rFonts w:ascii="IM Fell English" w:hAnsi="IM Fell English"/>
          <w:color w:val="141414"/>
          <w:sz w:val="24"/>
        </w:rPr>
        <w:t>Jake felt the cold anger settle deeper into his gut. He'd known, of course. But hearing it confirmed was different.</w:t>
      </w:r>
    </w:p>
    <w:p>
      <w:r>
        <w:rPr>
          <w:rFonts w:ascii="IM Fell English" w:hAnsi="IM Fell English"/>
          <w:color w:val="141414"/>
          <w:sz w:val="24"/>
        </w:rPr>
        <w:t>"Who?" he asked.</w:t>
      </w:r>
    </w:p>
    <w:p>
      <w:r>
        <w:rPr>
          <w:rFonts w:ascii="IM Fell English" w:hAnsi="IM Fell English"/>
          <w:color w:val="141414"/>
          <w:sz w:val="24"/>
        </w:rPr>
        <w:t>"That's what I've been trying to figure out for two years." Tessa glanced around the bar, checking that no one was close enough to hear. "The office has sensors, biometric monitors, audio surveillance. If I'd told you any of this there, we'd both be flagged."</w:t>
      </w:r>
    </w:p>
    <w:p>
      <w:r>
        <w:rPr>
          <w:rFonts w:ascii="IM Fell English" w:hAnsi="IM Fell English"/>
          <w:color w:val="141414"/>
          <w:sz w:val="24"/>
        </w:rPr>
        <w:t>"I figured." Jake pulled the notebook toward him. "But we're not in the office now."</w:t>
      </w:r>
    </w:p>
    <w:p>
      <w:r>
        <w:rPr>
          <w:rFonts w:ascii="IM Fell English" w:hAnsi="IM Fell English"/>
          <w:color w:val="141414"/>
          <w:sz w:val="24"/>
        </w:rPr>
        <w:t>Tessa took a breath. "It started two years ago. I was running routine data analysis, server loads, processing allocations, standard optimization work. I noticed anomalies in the neural ring logs. Signals that shouldn't have existed."</w:t>
      </w:r>
    </w:p>
    <w:p>
      <w:r>
        <w:rPr>
          <w:rFonts w:ascii="IM Fell English" w:hAnsi="IM Fell English"/>
          <w:color w:val="141414"/>
          <w:sz w:val="24"/>
        </w:rPr>
        <w:t>"What kind of signals?"</w:t>
      </w:r>
    </w:p>
    <w:p>
      <w:r>
        <w:rPr>
          <w:rFonts w:ascii="IM Fell English" w:hAnsi="IM Fell English"/>
          <w:color w:val="141414"/>
          <w:sz w:val="24"/>
        </w:rPr>
        <w:t>"Activation commands. Neural rings are supposed to be passive hardware, they map consciousness for upload, then they go dormant. But I found records of rings being activated remotely, outside the Archive Halls, in locations that made no sense. Street corners. Parking garages. Residential buildings." She shook her head. "I thought it was a glitch at first. Corrupted data. But then I cross-referenced the locations with police reports."</w:t>
      </w:r>
    </w:p>
    <w:p>
      <w:r>
        <w:rPr>
          <w:rFonts w:ascii="IM Fell English" w:hAnsi="IM Fell English"/>
          <w:color w:val="141414"/>
          <w:sz w:val="24"/>
        </w:rPr>
        <w:t>"The Ring Cases," Jake said.</w:t>
      </w:r>
    </w:p>
    <w:p>
      <w:r>
        <w:rPr>
          <w:rFonts w:ascii="IM Fell English" w:hAnsi="IM Fell English"/>
          <w:color w:val="141414"/>
          <w:sz w:val="24"/>
        </w:rPr>
        <w:t>"Bodies were turning up with neural ring marks. People who had never been transitioned, who had no connection to the Archive system. But the rings had been on their heads. Active. Recording." Her knuckles whitened on the table's edge. "I started tracking the pattern. Nine deaths over six months, all with the same signature. I compiled a report, flagged it for investigation, and submitted it to my supervisor."</w:t>
      </w:r>
    </w:p>
    <w:p>
      <w:r>
        <w:rPr>
          <w:rFonts w:ascii="IM Fell English" w:hAnsi="IM Fell English"/>
          <w:color w:val="141414"/>
          <w:sz w:val="24"/>
        </w:rPr>
        <w:t>"What happened?"</w:t>
      </w:r>
    </w:p>
    <w:p>
      <w:r>
        <w:rPr>
          <w:rFonts w:ascii="IM Fell English" w:hAnsi="IM Fell English"/>
          <w:color w:val="141414"/>
          <w:sz w:val="24"/>
        </w:rPr>
        <w:t>"The data was unavailable." Tessa laughed bitterly. "That's what the system told me when I tried to access my own files. 'Data unavailable.' My clearance was downgraded overnight. The investigation was closed. My supervisor told me it was a technical error, a server malfunction that had corrupted the logs. He said I should focus on my regular duties and forget the whole thing."</w:t>
      </w:r>
    </w:p>
    <w:p>
      <w:r>
        <w:rPr>
          <w:rFonts w:ascii="IM Fell English" w:hAnsi="IM Fell English"/>
          <w:color w:val="141414"/>
          <w:sz w:val="24"/>
        </w:rPr>
        <w:t>"But you didn't forget."</w:t>
      </w:r>
    </w:p>
    <w:p>
      <w:r>
        <w:rPr>
          <w:rFonts w:ascii="IM Fell English" w:hAnsi="IM Fell English"/>
          <w:color w:val="141414"/>
          <w:sz w:val="24"/>
        </w:rPr>
        <w:t>"I couldn't." Tessa met his eyes. "Because the deaths didn't stop. And nobody else was looking."</w:t>
      </w:r>
    </w:p>
    <w:p>
      <w:r>
        <w:rPr>
          <w:rFonts w:ascii="IM Fell English" w:hAnsi="IM Fell English"/>
          <w:color w:val="141414"/>
          <w:sz w:val="24"/>
        </w:rPr>
        <w:t>"My old partner was handling those cases solo, said he followed up, but they're all still pending. After his transition, I caught nine more." Jake shook his head. "Also pending."</w:t>
      </w:r>
    </w:p>
    <w:p>
      <w:r>
        <w:rPr>
          <w:rFonts w:ascii="IM Fell English" w:hAnsi="IM Fell English"/>
          <w:color w:val="141414"/>
          <w:sz w:val="24"/>
        </w:rPr>
        <w:t>Jake opened the notebook, carefully peeling apart the blood-stiffened pages. He found the photograph and slid it across the table.</w:t>
      </w:r>
    </w:p>
    <w:p>
      <w:r>
        <w:rPr>
          <w:rFonts w:ascii="IM Fell English" w:hAnsi="IM Fell English"/>
          <w:color w:val="141414"/>
          <w:sz w:val="24"/>
        </w:rPr>
        <w:t>"This is what Grant died for."</w:t>
      </w:r>
    </w:p>
    <w:p>
      <w:r>
        <w:rPr>
          <w:rFonts w:ascii="IM Fell English" w:hAnsi="IM Fell English"/>
          <w:color w:val="141414"/>
          <w:sz w:val="24"/>
        </w:rPr>
        <w:t>Tessa picked up the photograph. Her eyes widened as she processed what she was seeing, the sterile corridor, the incineration doors, the body on the trolley with the serial number etched into its forehead.</w:t>
      </w:r>
    </w:p>
    <w:p>
      <w:r>
        <w:rPr>
          <w:rFonts w:ascii="IM Fell English" w:hAnsi="IM Fell English"/>
          <w:color w:val="141414"/>
          <w:sz w:val="24"/>
        </w:rPr>
        <w:t>"Conrad Moss. CM-4721-THETA."</w:t>
      </w:r>
    </w:p>
    <w:p>
      <w:r>
        <w:rPr>
          <w:rFonts w:ascii="IM Fell English" w:hAnsi="IM Fell English"/>
          <w:color w:val="141414"/>
          <w:sz w:val="24"/>
        </w:rPr>
        <w:t>"His body was incinerated in 2091. Seven years ago." Jake watched her face. "But he voted on a water rationing resolution three weeks ago. His holographic image was on the news yesterday."</w:t>
      </w:r>
    </w:p>
    <w:p>
      <w:r>
        <w:rPr>
          <w:rFonts w:ascii="IM Fell English" w:hAnsi="IM Fell English"/>
          <w:color w:val="141414"/>
          <w:sz w:val="24"/>
        </w:rPr>
        <w:t>Tessa stared at the photograph for a long moment. When she looked up, her expression had changed, horror mixed with something that looked almost like relief.</w:t>
      </w:r>
    </w:p>
    <w:p>
      <w:r>
        <w:rPr>
          <w:rFonts w:ascii="IM Fell English" w:hAnsi="IM Fell English"/>
          <w:color w:val="141414"/>
          <w:sz w:val="24"/>
        </w:rPr>
        <w:t>"Imposter," she said. "Someone is using his credentials. Maybe another Council member or a high-level administrator, someone who needed his voting power to maintain a majority."</w:t>
      </w:r>
    </w:p>
    <w:p>
      <w:r>
        <w:rPr>
          <w:rFonts w:ascii="IM Fell English" w:hAnsi="IM Fell English"/>
          <w:color w:val="141414"/>
          <w:sz w:val="24"/>
        </w:rPr>
        <w:t>"Or someone in Eden itself." Jake leaned back in the booth. "Dominic told me about the black market. Raw Packages, he called them. Death recordings sold to residents who've gotten bored with paradise."</w:t>
      </w:r>
    </w:p>
    <w:p>
      <w:r>
        <w:rPr>
          <w:rFonts w:ascii="IM Fell English" w:hAnsi="IM Fell English"/>
          <w:color w:val="141414"/>
          <w:sz w:val="24"/>
        </w:rPr>
        <w:t>"Dominic Crier?"</w:t>
      </w:r>
    </w:p>
    <w:p>
      <w:r>
        <w:rPr>
          <w:rFonts w:ascii="IM Fell English" w:hAnsi="IM Fell English"/>
          <w:color w:val="141414"/>
          <w:sz w:val="24"/>
        </w:rPr>
        <w:t>"My old partner. He transitioned about a year ago. We still talk." Jake gestured vaguely. "He said someone is using the neural rings to record murders. Full sensory capture, not just video, but everything. The terror, the pain, the moment of death. And then selling those recordings to people in Eden who want to feel something real."</w:t>
      </w:r>
    </w:p>
    <w:p>
      <w:r>
        <w:rPr>
          <w:rFonts w:ascii="IM Fell English" w:hAnsi="IM Fell English"/>
          <w:color w:val="141414"/>
          <w:sz w:val="24"/>
        </w:rPr>
        <w:t>Tessa processed this, her analytical mind working through the implications. "That would require administrator-level access. The ability to activate rings remotely, bypass safety protocols, hide the data trails." She paused. "The command strings I found two years ago, they used authorization codes that haven't been active in decades. Codes that belonged to the original architects of the system."</w:t>
      </w:r>
    </w:p>
    <w:p>
      <w:r>
        <w:rPr>
          <w:rFonts w:ascii="IM Fell English" w:hAnsi="IM Fell English"/>
          <w:color w:val="141414"/>
          <w:sz w:val="24"/>
        </w:rPr>
        <w:t>"Root access," Jake said.</w:t>
      </w:r>
    </w:p>
    <w:p>
      <w:r>
        <w:rPr>
          <w:rFonts w:ascii="IM Fell English" w:hAnsi="IM Fell English"/>
          <w:color w:val="141414"/>
          <w:sz w:val="24"/>
        </w:rPr>
        <w:t>"Exactly. Whoever is doing this isn't just inside the system. They're part of it. They have access to everything, traffic grids, surveillance networks, Archive Hall controls." Tessa's fingers drummed against the table. "Someone with that level of access in Eden. Someone who's been there long enough to understand the architecture. Someone who could have stolen Moss's identity after his death and been puppeting it ever since."</w:t>
      </w:r>
    </w:p>
    <w:p>
      <w:r>
        <w:rPr>
          <w:rFonts w:ascii="IM Fell English" w:hAnsi="IM Fell English"/>
          <w:color w:val="141414"/>
          <w:sz w:val="24"/>
        </w:rPr>
        <w:t>Jake thought about the cargo hauler running a red light with perfect timing. About the cameras that malfunctioned at June Rafferty's building. About the way the system seemed to anticipate every move, close every door, erase every trail.</w:t>
      </w:r>
    </w:p>
    <w:p>
      <w:r>
        <w:rPr>
          <w:rFonts w:ascii="IM Fell English" w:hAnsi="IM Fell English"/>
          <w:color w:val="141414"/>
          <w:sz w:val="24"/>
        </w:rPr>
        <w:t>"You're saying someone in Eden is pulling strings in the physical world." He struggled to process it.</w:t>
      </w:r>
    </w:p>
    <w:p>
      <w:r>
        <w:rPr>
          <w:rFonts w:ascii="IM Fell English" w:hAnsi="IM Fell English"/>
          <w:color w:val="141414"/>
          <w:sz w:val="24"/>
        </w:rPr>
        <w:t>"Or multiple someones. A conspiracy of the dead." Tessa paused. "Think about it. The people in Eden have nothing but time. They're bored, detached, desperate for sensation. What if someone organized them? Created a network, using the transitioners as puppets, the Archive Halls as their access points to the physical world?"</w:t>
      </w:r>
    </w:p>
    <w:p>
      <w:r>
        <w:rPr>
          <w:rFonts w:ascii="IM Fell English" w:hAnsi="IM Fell English"/>
          <w:color w:val="141414"/>
          <w:sz w:val="24"/>
        </w:rPr>
        <w:t>"Using dead men to kill the living," Jake said. "All to make entertainment for paradise."</w:t>
      </w:r>
    </w:p>
    <w:p>
      <w:r>
        <w:rPr>
          <w:rFonts w:ascii="IM Fell English" w:hAnsi="IM Fell English"/>
          <w:color w:val="141414"/>
          <w:sz w:val="24"/>
        </w:rPr>
        <w:t>"I found a body today," Jake said. "Washed up at the sewage treatment plant. He was wearing Archive Hall fatigues. Neural ring marks on his skull. Scratches on his arms, defensive wounds like he'd been fighting."</w:t>
      </w:r>
    </w:p>
    <w:p>
      <w:r>
        <w:rPr>
          <w:rFonts w:ascii="IM Fell English" w:hAnsi="IM Fell English"/>
          <w:color w:val="141414"/>
          <w:sz w:val="24"/>
        </w:rPr>
        <w:t>Tessa went pale. "A transitioner? Outside the Hall?"</w:t>
      </w:r>
    </w:p>
    <w:p>
      <w:r>
        <w:rPr>
          <w:rFonts w:ascii="IM Fell English" w:hAnsi="IM Fell English"/>
          <w:color w:val="141414"/>
          <w:sz w:val="24"/>
        </w:rPr>
        <w:t>"Someone pulled him out. Used him for something. Then tried to make him disappear." Jake described the scene, the bloated corpse, the corroded serial number, the evidence of violence before death. "Dr. Fong at the morgue is trying to recover the ID. If we can trace him back to his Hall, we can find out who was on shift when he 'disappeared.'"</w:t>
      </w:r>
    </w:p>
    <w:p>
      <w:r>
        <w:rPr>
          <w:rFonts w:ascii="IM Fell English" w:hAnsi="IM Fell English"/>
          <w:color w:val="141414"/>
          <w:sz w:val="24"/>
        </w:rPr>
        <w:t>"Which Hall?"</w:t>
      </w:r>
    </w:p>
    <w:p>
      <w:r>
        <w:rPr>
          <w:rFonts w:ascii="IM Fell English" w:hAnsi="IM Fell English"/>
          <w:color w:val="141414"/>
          <w:sz w:val="24"/>
        </w:rPr>
        <w:t>"Don't know yet. But the drainage system at Riverside feeds from the industrial canal. There are only three Archive Halls along that line: 14, 9, and 23."</w:t>
      </w:r>
    </w:p>
    <w:p>
      <w:r>
        <w:rPr>
          <w:rFonts w:ascii="IM Fell English" w:hAnsi="IM Fell English"/>
          <w:color w:val="141414"/>
          <w:sz w:val="24"/>
        </w:rPr>
        <w:t>Tessa was already thinking, her mind processing possibilities. "I can check the occupancy logs. If a seat went vacant and then was refilled without proper documentation, there'll be a discrepancy."</w:t>
      </w:r>
    </w:p>
    <w:p>
      <w:r>
        <w:rPr>
          <w:rFonts w:ascii="IM Fell English" w:hAnsi="IM Fell English"/>
          <w:color w:val="141414"/>
          <w:sz w:val="24"/>
        </w:rPr>
        <w:t>"Can you do that without getting flagged?"</w:t>
      </w:r>
    </w:p>
    <w:p>
      <w:r>
        <w:rPr>
          <w:rFonts w:ascii="IM Fell English" w:hAnsi="IM Fell English"/>
          <w:color w:val="141414"/>
          <w:sz w:val="24"/>
        </w:rPr>
        <w:t>"Not through normal channels." Tessa hesitated. "But there's another way. The Core Server in the basement of Transition HQ, it has hard-line backups. Physical records that can't be remotely altered. Death certificates. Incineration logs. The original documentation for every transitioner in the system."</w:t>
      </w:r>
    </w:p>
    <w:p>
      <w:r>
        <w:rPr>
          <w:rFonts w:ascii="IM Fell English" w:hAnsi="IM Fell English"/>
          <w:color w:val="141414"/>
          <w:sz w:val="24"/>
        </w:rPr>
        <w:t>"You want to break into the Core."</w:t>
      </w:r>
    </w:p>
    <w:p>
      <w:r>
        <w:rPr>
          <w:rFonts w:ascii="IM Fell English" w:hAnsi="IM Fell English"/>
          <w:color w:val="141414"/>
          <w:sz w:val="24"/>
        </w:rPr>
        <w:t>"I know the maintenance routes. I can get in." Tessa's jaw tightened. "If Moss's death certificate is in those files, if I can prove his body died in 2091, then we have evidence that can't be deleted. We can prove someone has been voting in a dead man's name for seven years."</w:t>
      </w:r>
    </w:p>
    <w:p>
      <w:r>
        <w:rPr>
          <w:rFonts w:ascii="IM Fell English" w:hAnsi="IM Fell English"/>
          <w:color w:val="141414"/>
          <w:sz w:val="24"/>
        </w:rPr>
        <w:t>"That's next to the reactor," Jake said. "One wrong step and you're, "</w:t>
      </w:r>
    </w:p>
    <w:p>
      <w:r>
        <w:rPr>
          <w:rFonts w:ascii="IM Fell English" w:hAnsi="IM Fell English"/>
          <w:color w:val="141414"/>
          <w:sz w:val="24"/>
        </w:rPr>
        <w:t>"I know what's down there." Tessa cut him off. "I know the risks. But we're out of options. Whoever is controlling the system, they're watching the digital channels. They can erase data, alter logs, manipulate evidence. The only thing they can't touch is physical proof."</w:t>
      </w:r>
    </w:p>
    <w:p>
      <w:r>
        <w:rPr>
          <w:rFonts w:ascii="IM Fell English" w:hAnsi="IM Fell English"/>
          <w:color w:val="141414"/>
          <w:sz w:val="24"/>
        </w:rPr>
        <w:t>She was right. Jake hated that she was right.</w:t>
      </w:r>
    </w:p>
    <w:p>
      <w:r>
        <w:rPr>
          <w:rFonts w:ascii="IM Fell English" w:hAnsi="IM Fell English"/>
          <w:color w:val="141414"/>
          <w:sz w:val="24"/>
        </w:rPr>
        <w:t>"What about you?" Tessa asked. "What's your play?"</w:t>
      </w:r>
    </w:p>
    <w:p>
      <w:r>
        <w:rPr>
          <w:rFonts w:ascii="IM Fell English" w:hAnsi="IM Fell English"/>
          <w:color w:val="141414"/>
          <w:sz w:val="24"/>
        </w:rPr>
        <w:t>"I'm going to canvass the Archive Halls along the drainage line. The Riverside plant feeds from the industrial canal, there are only a few facilities that could be the source. I'll work through them, ask questions, see if anyone knows anything about missing transitioners or irregular procedures."</w:t>
      </w:r>
    </w:p>
    <w:p>
      <w:r>
        <w:rPr>
          <w:rFonts w:ascii="IM Fell English" w:hAnsi="IM Fell English"/>
          <w:color w:val="141414"/>
          <w:sz w:val="24"/>
        </w:rPr>
        <w:t>"That's dangerous. If they're monitoring the Halls, "</w:t>
      </w:r>
    </w:p>
    <w:p>
      <w:r>
        <w:rPr>
          <w:rFonts w:ascii="IM Fell English" w:hAnsi="IM Fell English"/>
          <w:color w:val="141414"/>
          <w:sz w:val="24"/>
        </w:rPr>
        <w:t>Jake shrugged and stood, dropping enough bills on the table to cover both drinks. "But someone pulled that man out of his harness and dumped him in the sewer. Someone at one of those facilities knows what happened. And I'm going to find them."</w:t>
      </w:r>
    </w:p>
    <w:p>
      <w:r>
        <w:rPr>
          <w:rFonts w:ascii="IM Fell English" w:hAnsi="IM Fell English"/>
          <w:color w:val="141414"/>
          <w:sz w:val="24"/>
        </w:rPr>
        <w:t>Tessa stood as well. For a moment, they faced each other across the table, two people who had been strangers that morning, now bound together by secrets that could get them both killed.</w:t>
      </w:r>
    </w:p>
    <w:p>
      <w:r>
        <w:rPr>
          <w:rFonts w:ascii="IM Fell English" w:hAnsi="IM Fell English"/>
          <w:color w:val="141414"/>
          <w:sz w:val="24"/>
        </w:rPr>
        <w:t>"Why are you doing this?" Jake asked. "You have a career. A future. You could walk away, keep your head down, wait for your transition date like everyone else. Why risk it?"</w:t>
      </w:r>
    </w:p>
    <w:p>
      <w:r>
        <w:rPr>
          <w:rFonts w:ascii="IM Fell English" w:hAnsi="IM Fell English"/>
          <w:color w:val="141414"/>
          <w:sz w:val="24"/>
        </w:rPr>
        <w:t>Tessa was quiet for a long moment. When she spoke, her voice was different, softer, more vulnerable.</w:t>
      </w:r>
    </w:p>
    <w:p>
      <w:r>
        <w:rPr>
          <w:rFonts w:ascii="IM Fell English" w:hAnsi="IM Fell English"/>
          <w:color w:val="141414"/>
          <w:sz w:val="24"/>
        </w:rPr>
        <w:t>"When I was eighteen, I volunteered for early transition."</w:t>
      </w:r>
    </w:p>
    <w:p>
      <w:r>
        <w:rPr>
          <w:rFonts w:ascii="IM Fell English" w:hAnsi="IM Fell English"/>
          <w:color w:val="141414"/>
          <w:sz w:val="24"/>
        </w:rPr>
        <w:t>Jake blinked. "Eighteen? That's, "</w:t>
      </w:r>
    </w:p>
    <w:p>
      <w:r>
        <w:rPr>
          <w:rFonts w:ascii="IM Fell English" w:hAnsi="IM Fell English"/>
          <w:color w:val="141414"/>
          <w:sz w:val="24"/>
        </w:rPr>
        <w:t>"Young. I know." Tessa smiled bitterly. "I went through the screening, sat in the chair, let them put the ring on my head."</w:t>
      </w:r>
    </w:p>
    <w:p>
      <w:r>
        <w:rPr>
          <w:rFonts w:ascii="IM Fell English" w:hAnsi="IM Fell English"/>
          <w:color w:val="141414"/>
          <w:sz w:val="24"/>
        </w:rPr>
        <w:t>"What happened?"</w:t>
      </w:r>
    </w:p>
    <w:p>
      <w:r>
        <w:rPr>
          <w:rFonts w:ascii="IM Fell English" w:hAnsi="IM Fell English"/>
          <w:color w:val="141414"/>
          <w:sz w:val="24"/>
        </w:rPr>
        <w:t>"They rejected me." The words came out flat, rehearsed, like she'd repeated them to herself a thousand times. "'Psychologically unsuitable.' That's what the report said. My mind was incompatible with the upload process. They kicked me out."</w:t>
      </w:r>
    </w:p>
    <w:p>
      <w:r>
        <w:rPr>
          <w:rFonts w:ascii="IM Fell English" w:hAnsi="IM Fell English"/>
          <w:color w:val="141414"/>
          <w:sz w:val="24"/>
        </w:rPr>
        <w:t>"I'm sorry."</w:t>
      </w:r>
    </w:p>
    <w:p>
      <w:r>
        <w:rPr>
          <w:rFonts w:ascii="IM Fell English" w:hAnsi="IM Fell English"/>
          <w:color w:val="141414"/>
          <w:sz w:val="24"/>
        </w:rPr>
        <w:t>"Don't be." Tessa's eyes met his. "After they kicked me out... my mind got sharper. I picked up coding languages in days. I climbed the ranks at Transition Authority faster than anyone in history." She touched her temple. "The rejection didn't break me. It woke something up."</w:t>
      </w:r>
    </w:p>
    <w:p>
      <w:r>
        <w:rPr>
          <w:rFonts w:ascii="IM Fell English" w:hAnsi="IM Fell English"/>
          <w:color w:val="141414"/>
          <w:sz w:val="24"/>
        </w:rPr>
        <w:t>Jake thought about what she was describing. Enhanced cognition. Accelerated learning. Abilities that emerged after exposure to the neural interface.</w:t>
      </w:r>
    </w:p>
    <w:p>
      <w:r>
        <w:rPr>
          <w:rFonts w:ascii="IM Fell English" w:hAnsi="IM Fell English"/>
          <w:color w:val="141414"/>
          <w:sz w:val="24"/>
        </w:rPr>
        <w:t>"You think the system did something to you," he said.</w:t>
      </w:r>
    </w:p>
    <w:p>
      <w:r>
        <w:rPr>
          <w:rFonts w:ascii="IM Fell English" w:hAnsi="IM Fell English"/>
          <w:color w:val="141414"/>
          <w:sz w:val="24"/>
        </w:rPr>
        <w:t>"I think it tested me." Tessa dropped to a whisper. "I think the rejection wasn't a failure, it was a filter. And whatever passed through that filter... changed me."</w:t>
      </w:r>
    </w:p>
    <w:p>
      <w:r>
        <w:rPr>
          <w:rFonts w:ascii="IM Fell English" w:hAnsi="IM Fell English"/>
          <w:color w:val="141414"/>
          <w:sz w:val="24"/>
        </w:rPr>
        <w:t>Jake didn't know what to say. The implications were vast, too vast to process in a smoky bar with the clock ticking toward midnight.</w:t>
      </w:r>
    </w:p>
    <w:p>
      <w:r>
        <w:rPr>
          <w:rFonts w:ascii="IM Fell English" w:hAnsi="IM Fell English"/>
          <w:color w:val="141414"/>
          <w:sz w:val="24"/>
        </w:rPr>
        <w:t>"I'm not doing this for revenge," Tessa met his eyes.. "I'm not doing it because they rejected me or because I want to prove something. I'm doing it because I believe in what Eden was supposed to be. A sanctuary. A second chance for humanity. And I won't let whoever is doing this turn it into a slaughterhouse."</w:t>
      </w:r>
    </w:p>
    <w:p>
      <w:r>
        <w:rPr>
          <w:rFonts w:ascii="IM Fell English" w:hAnsi="IM Fell English"/>
          <w:color w:val="141414"/>
          <w:sz w:val="24"/>
        </w:rPr>
        <w:t>She pulled on her jacket and headed for the door. At the threshold, she paused and looked back.</w:t>
      </w:r>
    </w:p>
    <w:p>
      <w:r>
        <w:rPr>
          <w:rFonts w:ascii="IM Fell English" w:hAnsi="IM Fell English"/>
          <w:color w:val="141414"/>
          <w:sz w:val="24"/>
        </w:rPr>
        <w:t>"Send me that serial number as soon as the morgue recovers it. I'll cross-reference it with the Hall records before I go into the Core."</w:t>
      </w:r>
    </w:p>
    <w:p>
      <w:r>
        <w:rPr>
          <w:rFonts w:ascii="IM Fell English" w:hAnsi="IM Fell English"/>
          <w:color w:val="141414"/>
          <w:sz w:val="24"/>
        </w:rPr>
        <w:t>"Wait," Jake said.</w:t>
      </w:r>
    </w:p>
    <w:p>
      <w:r>
        <w:rPr>
          <w:rFonts w:ascii="IM Fell English" w:hAnsi="IM Fell English"/>
          <w:color w:val="141414"/>
          <w:sz w:val="24"/>
        </w:rPr>
        <w:t>Tessa turned, her hand on the door frame.</w:t>
      </w:r>
    </w:p>
    <w:p>
      <w:r>
        <w:rPr>
          <w:rFonts w:ascii="IM Fell English" w:hAnsi="IM Fell English"/>
          <w:color w:val="141414"/>
          <w:sz w:val="24"/>
        </w:rPr>
        <w:t>"It's not safe," Jake said. "Grant got hit on his way home from an interview. They've been tracking movements, anticipating routes. You shouldn't be taking public transit or a ride share. Let me drive you."</w:t>
      </w:r>
    </w:p>
    <w:p>
      <w:r>
        <w:rPr>
          <w:rFonts w:ascii="IM Fell English" w:hAnsi="IM Fell English"/>
          <w:color w:val="141414"/>
          <w:sz w:val="24"/>
        </w:rPr>
        <w:t>Tessa hesitated. Her eyes flicked to the dark street beyond the bar's grimy windows, then back to Jake.</w:t>
      </w:r>
    </w:p>
    <w:p>
      <w:r>
        <w:rPr>
          <w:rFonts w:ascii="IM Fell English" w:hAnsi="IM Fell English"/>
          <w:color w:val="141414"/>
          <w:sz w:val="24"/>
        </w:rPr>
        <w:t>"You think they're watching me?"</w:t>
      </w:r>
    </w:p>
    <w:p>
      <w:r>
        <w:rPr>
          <w:rFonts w:ascii="IM Fell English" w:hAnsi="IM Fell English"/>
          <w:color w:val="141414"/>
          <w:sz w:val="24"/>
        </w:rPr>
        <w:t>"I think they're watching everyone who asks questions. And we just spent the last hour asking a lot of questions." Jake grabbed his jacket from the booth. "My car's around back. It's older than dirt, but it's off-grid. No GPS, no telemetry. Just gasoline and bad shocks."</w:t>
      </w:r>
    </w:p>
    <w:p>
      <w:r>
        <w:rPr>
          <w:rFonts w:ascii="IM Fell English" w:hAnsi="IM Fell English"/>
          <w:color w:val="141414"/>
          <w:sz w:val="24"/>
        </w:rPr>
        <w:t>For a moment, Tessa looked like she might argue. Then she nodded.</w:t>
      </w:r>
    </w:p>
    <w:p>
      <w:r>
        <w:rPr>
          <w:rFonts w:ascii="IM Fell English" w:hAnsi="IM Fell English"/>
          <w:color w:val="141414"/>
          <w:sz w:val="24"/>
        </w:rPr>
        <w:t>"Okay."</w:t>
      </w:r>
    </w:p>
    <w:p>
      <w:r>
        <w:rPr>
          <w:rFonts w:ascii="IM Fell English" w:hAnsi="IM Fell English"/>
          <w:color w:val="141414"/>
          <w:sz w:val="24"/>
        </w:rPr>
        <w:t>They left through the back exit, stepping into the alley where Jake's sedan sat like a relic from a bygone era. The paint was faded, the chrome dulled by years of chemical rain. But the engine turned over with a satisfying growl, a sound from a time when cars were mechanical, not digital.</w:t>
      </w:r>
    </w:p>
    <w:p>
      <w:r>
        <w:rPr>
          <w:rFonts w:ascii="IM Fell English" w:hAnsi="IM Fell English"/>
          <w:color w:val="141414"/>
          <w:sz w:val="24"/>
        </w:rPr>
        <w:t>Tessa climbed into the passenger seat, and Jake pulled out into the sparse late-night traffic.</w:t>
      </w:r>
    </w:p>
    <w:p>
      <w:r>
        <w:rPr>
          <w:rFonts w:ascii="IM Fell English" w:hAnsi="IM Fell English"/>
          <w:color w:val="141414"/>
          <w:sz w:val="24"/>
        </w:rPr>
        <w:t>The ride to Tessa's apartment was silent, but it wasn't empty.</w:t>
      </w:r>
    </w:p>
    <w:p>
      <w:r>
        <w:rPr>
          <w:rFonts w:ascii="IM Fell English" w:hAnsi="IM Fell English"/>
          <w:color w:val="141414"/>
          <w:sz w:val="24"/>
        </w:rPr>
        <w:t>Jake's sedan was a relic, a twenty five-year-old combustion engine that rattled in protest against the silent gliding electrics of the Transition Authority. The AC had died three summers ago, leaving the cabin heavy with the heat of the city, a thick, cloying warmth that smelled of ozone, wet asphalt, and the sweet, rotting scent of the recycling plants downriver.</w:t>
      </w:r>
    </w:p>
    <w:p>
      <w:r>
        <w:rPr>
          <w:rFonts w:ascii="IM Fell English" w:hAnsi="IM Fell English"/>
          <w:color w:val="141414"/>
          <w:sz w:val="24"/>
        </w:rPr>
        <w:t>Tessa sat in the passenger seat, staring out at the blur of neon and shadow.</w:t>
      </w:r>
    </w:p>
    <w:p>
      <w:r>
        <w:rPr>
          <w:rFonts w:ascii="IM Fell English" w:hAnsi="IM Fell English"/>
          <w:color w:val="141414"/>
          <w:sz w:val="24"/>
        </w:rPr>
        <w:t>Jake checked the rear view mirror. Clear. Then the side mirror. Clear. He looked at Tessa. She was gripping the dashboard, knuckles white against the cracked vinyl, but her fingers were tapping. A rapid, unconscious rhythm against the dash.</w:t>
      </w:r>
    </w:p>
    <w:p>
      <w:r>
        <w:rPr>
          <w:rFonts w:ascii="IM Fell English" w:hAnsi="IM Fell English"/>
          <w:color w:val="141414"/>
          <w:sz w:val="24"/>
        </w:rPr>
        <w:t>He'd seen it before. Back at the Nail Bar, when she'd sat across from him explaining what she'd found in the Core. Her fingers had drummed the same pattern against the table top while her mind raced through implications. He'd dismissed it as nervous energy then.</w:t>
      </w:r>
    </w:p>
    <w:p>
      <w:r>
        <w:rPr>
          <w:rFonts w:ascii="IM Fell English" w:hAnsi="IM Fell English"/>
          <w:color w:val="141414"/>
          <w:sz w:val="24"/>
        </w:rPr>
        <w:t>Now he recognized it for what it was: Tessa's way of diverting her mind under stress. An unconscious outlet, like a pressure valve bleeding off fear so she could keep thinking clearly.</w:t>
      </w:r>
    </w:p>
    <w:p>
      <w:r>
        <w:rPr>
          <w:rFonts w:ascii="IM Fell English" w:hAnsi="IM Fell English"/>
          <w:color w:val="141414"/>
          <w:sz w:val="24"/>
        </w:rPr>
        <w:t>The smell of the dive bar on his coat mixed with vanilla from her. Or jasmine.</w:t>
      </w:r>
    </w:p>
    <w:p>
      <w:r>
        <w:rPr>
          <w:rFonts w:ascii="IM Fell English" w:hAnsi="IM Fell English"/>
          <w:color w:val="141414"/>
          <w:sz w:val="24"/>
        </w:rPr>
        <w:t>"You can relax," Jake said, his voice rougher than he intended. "Nobody's following us. I checked."</w:t>
      </w:r>
    </w:p>
    <w:p>
      <w:r>
        <w:rPr>
          <w:rFonts w:ascii="IM Fell English" w:hAnsi="IM Fell English"/>
          <w:color w:val="141414"/>
          <w:sz w:val="24"/>
        </w:rPr>
        <w:t>"I'm not looking for cars, Jake," she said. "I'm looking for the grid. The cameras."</w:t>
      </w:r>
    </w:p>
    <w:p>
      <w:r>
        <w:rPr>
          <w:rFonts w:ascii="IM Fell English" w:hAnsi="IM Fell English"/>
          <w:color w:val="141414"/>
          <w:sz w:val="24"/>
        </w:rPr>
        <w:t>"They have blind spots. I know where they are."</w:t>
      </w:r>
    </w:p>
    <w:p>
      <w:r>
        <w:rPr>
          <w:rFonts w:ascii="IM Fell English" w:hAnsi="IM Fell English"/>
          <w:color w:val="141414"/>
          <w:sz w:val="24"/>
        </w:rPr>
        <w:t>She turned to him. The passing street lights cut slices of amber across her face, illuminating the exhaustion in her eyes. "I wasn't always code, you know. Before the screening. Before the chair."</w:t>
      </w:r>
    </w:p>
    <w:p>
      <w:r>
        <w:rPr>
          <w:rFonts w:ascii="IM Fell English" w:hAnsi="IM Fell English"/>
          <w:color w:val="141414"/>
          <w:sz w:val="24"/>
        </w:rPr>
        <w:t>Jake shifted gears, the engine growling. "What were you?"</w:t>
      </w:r>
    </w:p>
    <w:p>
      <w:r>
        <w:rPr>
          <w:rFonts w:ascii="IM Fell English" w:hAnsi="IM Fell English"/>
          <w:color w:val="141414"/>
          <w:sz w:val="24"/>
        </w:rPr>
        <w:t>"I wanted to build things. Physical things. An architect," she said, a small, sad smile touching her lips. "I loved the idea of making something that would stand still. Something that couldn't be deleted or edited. But the aptitude test said my spatial reasoning was 'inefficient' for structural engineering, but my pattern recognition was in the 99th percentile for data analysis. So... the system decided."</w:t>
      </w:r>
    </w:p>
    <w:p>
      <w:r>
        <w:rPr>
          <w:rFonts w:ascii="IM Fell English" w:hAnsi="IM Fell English"/>
          <w:color w:val="141414"/>
          <w:sz w:val="24"/>
        </w:rPr>
        <w:t>"The system doesn't know everything."</w:t>
      </w:r>
    </w:p>
    <w:p>
      <w:r>
        <w:rPr>
          <w:rFonts w:ascii="IM Fell English" w:hAnsi="IM Fell English"/>
          <w:color w:val="141414"/>
          <w:sz w:val="24"/>
        </w:rPr>
        <w:t>"It knew enough to break me." She looked down at her hands. "And now I'm going to fight back."</w:t>
      </w:r>
    </w:p>
    <w:p>
      <w:r>
        <w:rPr>
          <w:rFonts w:ascii="IM Fell English" w:hAnsi="IM Fell English"/>
          <w:color w:val="141414"/>
          <w:sz w:val="24"/>
        </w:rPr>
        <w:t>Jake tightened his grip on the wheel. "We're all broken, Tessa. That's why we're still here. The whole ones... they're already in the cloud."</w:t>
      </w:r>
    </w:p>
    <w:p>
      <w:r>
        <w:rPr>
          <w:rFonts w:ascii="IM Fell English" w:hAnsi="IM Fell English"/>
          <w:color w:val="141414"/>
          <w:sz w:val="24"/>
        </w:rPr>
        <w:t>"Is that why you kept the case?" she asked. "For Grant?"</w:t>
      </w:r>
    </w:p>
    <w:p>
      <w:r>
        <w:rPr>
          <w:rFonts w:ascii="IM Fell English" w:hAnsi="IM Fell English"/>
          <w:color w:val="141414"/>
          <w:sz w:val="24"/>
        </w:rPr>
        <w:t>"Grant is dead," Jake said. The words tasted like ash. "The thing in the machine... that's just an echo. I lost him twice, Tessa. Once when the truck hit him. And again when they uploaded him. The second time was worse."</w:t>
      </w:r>
    </w:p>
    <w:p>
      <w:r>
        <w:rPr>
          <w:rFonts w:ascii="IM Fell English" w:hAnsi="IM Fell English"/>
          <w:color w:val="141414"/>
          <w:sz w:val="24"/>
        </w:rPr>
        <w:t>He glanced at her. She was watching him, her gaze intense, stripping away the detective layers.</w:t>
      </w:r>
    </w:p>
    <w:p>
      <w:r>
        <w:rPr>
          <w:rFonts w:ascii="IM Fell English" w:hAnsi="IM Fell English"/>
          <w:color w:val="141414"/>
          <w:sz w:val="24"/>
        </w:rPr>
        <w:t>"Why was it worse?"</w:t>
      </w:r>
    </w:p>
    <w:p>
      <w:r>
        <w:rPr>
          <w:rFonts w:ascii="IM Fell English" w:hAnsi="IM Fell English"/>
          <w:color w:val="141414"/>
          <w:sz w:val="24"/>
        </w:rPr>
        <w:t>“Because the dead are supposed to stay dead. I can mourn a corpse. I can't mourn a set of binaries that thinks it's my friend.”</w:t>
      </w:r>
    </w:p>
    <w:p>
      <w:r>
        <w:rPr>
          <w:rFonts w:ascii="IM Fell English" w:hAnsi="IM Fell English"/>
          <w:color w:val="141414"/>
          <w:sz w:val="24"/>
        </w:rPr>
        <w:t>The car grew quiet again, but the air between them had shifted. The professional distance, the desk, the badge, the files, had evaporated in the heat of the cabin.</w:t>
      </w:r>
    </w:p>
    <w:p>
      <w:r>
        <w:rPr>
          <w:rFonts w:ascii="IM Fell English" w:hAnsi="IM Fell English"/>
          <w:color w:val="141414"/>
          <w:sz w:val="24"/>
        </w:rPr>
        <w:t>He pulled up to her building, a monolithic block of concrete in sector 4. He killed the engine. The silence rushed in, loud and heavy.</w:t>
      </w:r>
    </w:p>
    <w:p>
      <w:r>
        <w:rPr>
          <w:rFonts w:ascii="IM Fell English" w:hAnsi="IM Fell English"/>
          <w:color w:val="141414"/>
          <w:sz w:val="24"/>
        </w:rPr>
        <w:t>Neither of them moved to open the door.</w:t>
      </w:r>
    </w:p>
    <w:p>
      <w:r>
        <w:rPr>
          <w:rFonts w:ascii="IM Fell English" w:hAnsi="IM Fell English"/>
          <w:color w:val="141414"/>
          <w:sz w:val="24"/>
        </w:rPr>
        <w:t>Jake looked in the rear view mirror, but his eyes drifted to her reflection. She was looking back at him in the glass. For a long moment, the only sound was the ticking of the cooling engine and the distant siren of a commuter train.</w:t>
      </w:r>
    </w:p>
    <w:p>
      <w:r>
        <w:rPr>
          <w:rFonts w:ascii="IM Fell English" w:hAnsi="IM Fell English"/>
          <w:color w:val="141414"/>
          <w:sz w:val="24"/>
        </w:rPr>
        <w:t>He could feel the heat radiating off her arm, inches from his on the center console. He wanted to reach out. He wanted to tell her that she wasn't just a pattern recognition algorithm to him.</w:t>
      </w:r>
    </w:p>
    <w:p>
      <w:r>
        <w:rPr>
          <w:rFonts w:ascii="IM Fell English" w:hAnsi="IM Fell English"/>
          <w:color w:val="141414"/>
          <w:sz w:val="24"/>
        </w:rPr>
        <w:t>"Be careful tomorrow," Jake said instead. "Lock the dead bolt."</w:t>
      </w:r>
    </w:p>
    <w:p>
      <w:r>
        <w:rPr>
          <w:rFonts w:ascii="IM Fell English" w:hAnsi="IM Fell English"/>
          <w:color w:val="141414"/>
          <w:sz w:val="24"/>
        </w:rPr>
        <w:t>Tessa hesitated. Her hand was on the door handle, but she didn't pull it. She looked at the grim facade of her building, then back at him. The fear was still there, but there was something else now. A hunger for something real.</w:t>
      </w:r>
    </w:p>
    <w:p>
      <w:r>
        <w:rPr>
          <w:rFonts w:ascii="IM Fell English" w:hAnsi="IM Fell English"/>
          <w:color w:val="141414"/>
          <w:sz w:val="24"/>
        </w:rPr>
        <w:t>"Come up," she said.</w:t>
      </w:r>
    </w:p>
    <w:p>
      <w:r>
        <w:rPr>
          <w:rFonts w:ascii="IM Fell English" w:hAnsi="IM Fell English"/>
          <w:color w:val="141414"/>
          <w:sz w:val="24"/>
        </w:rPr>
        <w:t>Jake froze. "Tessa, "</w:t>
      </w:r>
    </w:p>
    <w:p>
      <w:r>
        <w:rPr>
          <w:rFonts w:ascii="IM Fell English" w:hAnsi="IM Fell English"/>
          <w:color w:val="141414"/>
          <w:sz w:val="24"/>
        </w:rPr>
        <w:t>"I have coffee. Instant, but it's hot." She didn't look away. "I don't... I don't want to be alone right now. Not tonight."</w:t>
      </w:r>
    </w:p>
    <w:p>
      <w:r>
        <w:rPr>
          <w:rFonts w:ascii="IM Fell English" w:hAnsi="IM Fell English"/>
          <w:color w:val="141414"/>
          <w:sz w:val="24"/>
        </w:rPr>
        <w:t>It was a line. A bright, glowing line in the sand. He was a cop, suspended or not. She was a witness, an informant, and a fugitive-in-waiting. Going up those stairs meant crossing from protection to involvement. It was a mistake. It was unprofessional. It was dangerous.</w:t>
      </w:r>
    </w:p>
    <w:p>
      <w:r>
        <w:rPr>
          <w:rFonts w:ascii="IM Fell English" w:hAnsi="IM Fell English"/>
          <w:color w:val="141414"/>
          <w:sz w:val="24"/>
        </w:rPr>
        <w:t>Jake pulled the keys from the ignition.</w:t>
      </w:r>
    </w:p>
    <w:p>
      <w:r>
        <w:rPr>
          <w:rFonts w:ascii="IM Fell English" w:hAnsi="IM Fell English"/>
          <w:color w:val="141414"/>
          <w:sz w:val="24"/>
        </w:rPr>
        <w:t>"Instant is fine," he said.</w:t>
      </w:r>
    </w:p>
    <w:p>
      <w:r>
        <w:rPr>
          <w:rFonts w:ascii="IM Fell English" w:hAnsi="IM Fell English"/>
          <w:color w:val="141414"/>
          <w:sz w:val="24"/>
        </w:rPr>
        <w:t>The apartment was small, standardized, and dim.</w:t>
      </w:r>
    </w:p>
    <w:p>
      <w:r>
        <w:rPr>
          <w:rFonts w:ascii="IM Fell English" w:hAnsi="IM Fell English"/>
          <w:color w:val="141414"/>
          <w:sz w:val="24"/>
        </w:rPr>
        <w:t>Two mugs of coffee sat on the low table, steam curling into the air, barely touched. They sat on the worn sofa, not talking about the case anymore. Not talking about Conrad Moss or the murders or the conspiracy in Eden. Just sitting in the quiet—the only two people in the city who knew the sky was falling.</w:t>
      </w:r>
    </w:p>
    <w:p>
      <w:r>
        <w:rPr>
          <w:rFonts w:ascii="IM Fell English" w:hAnsi="IM Fell English"/>
          <w:color w:val="141414"/>
          <w:sz w:val="24"/>
        </w:rPr>
        <w:t>Tessa's hands were wrapped around her mug, but Jake noticed they were trembling. She kept glancing at the door, the windows, the shadows in the corners.</w:t>
      </w:r>
    </w:p>
    <w:p>
      <w:r>
        <w:rPr>
          <w:rFonts w:ascii="IM Fell English" w:hAnsi="IM Fell English"/>
          <w:color w:val="141414"/>
          <w:sz w:val="24"/>
        </w:rPr>
        <w:t>"You're not going to sleep tonight," he said. It wasn't a question.</w:t>
      </w:r>
    </w:p>
    <w:p>
      <w:r>
        <w:rPr>
          <w:rFonts w:ascii="IM Fell English" w:hAnsi="IM Fell English"/>
          <w:color w:val="141414"/>
          <w:sz w:val="24"/>
        </w:rPr>
        <w:t>"Probably not." She tried to smile. It didn't reach her eyes.</w:t>
      </w:r>
    </w:p>
    <w:p>
      <w:r>
        <w:rPr>
          <w:rFonts w:ascii="IM Fell English" w:hAnsi="IM Fell English"/>
          <w:color w:val="141414"/>
          <w:sz w:val="24"/>
        </w:rPr>
        <w:t>Jake set down his mug. "I can stay. Take the couch."</w:t>
      </w:r>
    </w:p>
    <w:p>
      <w:r>
        <w:rPr>
          <w:rFonts w:ascii="IM Fell English" w:hAnsi="IM Fell English"/>
          <w:color w:val="141414"/>
          <w:sz w:val="24"/>
        </w:rPr>
        <w:t>She looked at him—really looked—searching for the angle, the expectation. She didn't find one.</w:t>
      </w:r>
    </w:p>
    <w:p>
      <w:r>
        <w:rPr>
          <w:rFonts w:ascii="IM Fell English" w:hAnsi="IM Fell English"/>
          <w:color w:val="141414"/>
          <w:sz w:val="24"/>
        </w:rPr>
        <w:t>"You don't have to do that."</w:t>
      </w:r>
    </w:p>
    <w:p>
      <w:r>
        <w:rPr>
          <w:rFonts w:ascii="IM Fell English" w:hAnsi="IM Fell English"/>
          <w:color w:val="141414"/>
          <w:sz w:val="24"/>
        </w:rPr>
        <w:t>"I know." He leaned back, stretching his arm along the back of the sofa. "But you shouldn't be alone. Not after today. And I'm not going to sleep either."</w:t>
      </w:r>
    </w:p>
    <w:p>
      <w:r>
        <w:rPr>
          <w:rFonts w:ascii="IM Fell English" w:hAnsi="IM Fell English"/>
          <w:color w:val="141414"/>
          <w:sz w:val="24"/>
        </w:rPr>
        <w:t>Tessa was quiet for a long moment. Then something in her shoulders loosened, just a fraction.</w:t>
      </w:r>
    </w:p>
    <w:p>
      <w:r>
        <w:rPr>
          <w:rFonts w:ascii="IM Fell English" w:hAnsi="IM Fell English"/>
          <w:color w:val="141414"/>
          <w:sz w:val="24"/>
        </w:rPr>
        <w:t>"The couch is terrible," she said. "Springs are shot."</w:t>
      </w:r>
    </w:p>
    <w:p>
      <w:r>
        <w:rPr>
          <w:rFonts w:ascii="IM Fell English" w:hAnsi="IM Fell English"/>
          <w:color w:val="141414"/>
          <w:sz w:val="24"/>
        </w:rPr>
        <w:t>"I've slept on worse."</w:t>
      </w:r>
    </w:p>
    <w:p>
      <w:r>
        <w:rPr>
          <w:rFonts w:ascii="IM Fell English" w:hAnsi="IM Fell English"/>
          <w:color w:val="141414"/>
          <w:sz w:val="24"/>
        </w:rPr>
        <w:t>She almost laughed. Almost. "There's a blanket in the closet. Extra pillow too."</w:t>
      </w:r>
    </w:p>
    <w:p>
      <w:r>
        <w:rPr>
          <w:rFonts w:ascii="IM Fell English" w:hAnsi="IM Fell English"/>
          <w:color w:val="141414"/>
          <w:sz w:val="24"/>
        </w:rPr>
        <w:t>"Then I'm set."</w:t>
      </w:r>
    </w:p>
    <w:p>
      <w:r>
        <w:rPr>
          <w:rFonts w:ascii="IM Fell English" w:hAnsi="IM Fell English"/>
          <w:color w:val="141414"/>
          <w:sz w:val="24"/>
        </w:rPr>
        <w:t>She stood, hesitated, then reached down and squeezed his hand. Brief. Warm. Grateful.</w:t>
      </w:r>
    </w:p>
    <w:p>
      <w:r>
        <w:rPr>
          <w:rFonts w:ascii="IM Fell English" w:hAnsi="IM Fell English"/>
          <w:color w:val="141414"/>
          <w:sz w:val="24"/>
        </w:rPr>
        <w:t>"Thank you, Jake."</w:t>
      </w:r>
    </w:p>
    <w:p>
      <w:r>
        <w:rPr>
          <w:rFonts w:ascii="IM Fell English" w:hAnsi="IM Fell English"/>
          <w:color w:val="141414"/>
          <w:sz w:val="24"/>
        </w:rPr>
        <w:t>He nodded. "Lock the bedroom door if it makes you feel safer. I won't be offended."</w:t>
      </w:r>
    </w:p>
    <w:p>
      <w:r>
        <w:rPr>
          <w:rFonts w:ascii="IM Fell English" w:hAnsi="IM Fell English"/>
          <w:color w:val="141414"/>
          <w:sz w:val="24"/>
        </w:rPr>
        <w:t>"I won't." She paused at the hallway. "Goodnight, Detective."</w:t>
      </w:r>
    </w:p>
    <w:p>
      <w:r>
        <w:rPr>
          <w:rFonts w:ascii="IM Fell English" w:hAnsi="IM Fell English"/>
          <w:color w:val="141414"/>
          <w:sz w:val="24"/>
        </w:rPr>
        <w:t>"Goodnight, Tessa."</w:t>
      </w:r>
    </w:p>
    <w:p>
      <w:r>
        <w:rPr>
          <w:rFonts w:ascii="IM Fell English" w:hAnsi="IM Fell English"/>
          <w:color w:val="141414"/>
          <w:sz w:val="24"/>
        </w:rPr>
        <w:t>He listened to her footsteps retreat, the soft click of a door closing. Then he pulled off his shoes, retrieved the blanket, and settled onto the broken-springed couch, his gun within reach on the floor.</w:t>
      </w:r>
    </w:p>
    <w:p>
      <w:r>
        <w:rPr>
          <w:rFonts w:ascii="IM Fell English" w:hAnsi="IM Fell English"/>
          <w:color w:val="141414"/>
          <w:sz w:val="24"/>
        </w:rPr>
        <w:t>Outside, the city hummed its poisoned lullaby. Inside, for the first time in days, Tessa slept.</w:t>
      </w:r>
    </w:p>
    <w:p>
      <w:r>
        <w:rPr>
          <w:rFonts w:ascii="IM Fell English" w:hAnsi="IM Fell English"/>
          <w:color w:val="141414"/>
          <w:sz w:val="24"/>
        </w:rPr>
        <w:t>Jake didn't. He watched the door until dawn.</w:t>
      </w:r>
    </w:p>
    <w:p>
      <w:pPr>
        <w:pStyle w:val="Heading1"/>
        <w:jc w:val="center"/>
      </w:pPr>
      <w:r>
        <w:rPr>
          <w:rFonts w:ascii="IM Fell English" w:hAnsi="IM Fell English"/>
          <w:color w:val="0D0D0D"/>
        </w:rPr>
        <w:t>CHAPTER 11: THE HALLS</w:t>
      </w:r>
    </w:p>
    <w:p>
      <w:r>
        <w:rPr>
          <w:rFonts w:ascii="IM Fell English" w:hAnsi="IM Fell English"/>
          <w:color w:val="141414"/>
          <w:sz w:val="24"/>
        </w:rPr>
        <w:t>Jake woke to pale dawn light and a crick in his neck.</w:t>
      </w:r>
    </w:p>
    <w:p>
      <w:r>
        <w:rPr>
          <w:rFonts w:ascii="IM Fell English" w:hAnsi="IM Fell English"/>
          <w:color w:val="141414"/>
          <w:sz w:val="24"/>
        </w:rPr>
        <w:t>For a moment, he didn't remember where he was. Then his back registered the broken springs, and he remembered. Tessa's couch. The smell of stale coffee and vanilla.</w:t>
      </w:r>
    </w:p>
    <w:p>
      <w:r>
        <w:rPr>
          <w:rFonts w:ascii="IM Fell English" w:hAnsi="IM Fell English"/>
          <w:color w:val="141414"/>
          <w:sz w:val="24"/>
        </w:rPr>
        <w:t>He sat up slowly, rolling his shoulders. His gun was still on the floor, within arm's reach. Old habits.</w:t>
      </w:r>
    </w:p>
    <w:p>
      <w:r>
        <w:rPr>
          <w:rFonts w:ascii="IM Fell English" w:hAnsi="IM Fell English"/>
          <w:color w:val="141414"/>
          <w:sz w:val="24"/>
        </w:rPr>
        <w:t>The apartment was quiet. Down the hall, her bedroom door was still closed.</w:t>
      </w:r>
    </w:p>
    <w:p>
      <w:r>
        <w:rPr>
          <w:rFonts w:ascii="IM Fell English" w:hAnsi="IM Fell English"/>
          <w:color w:val="141414"/>
          <w:sz w:val="24"/>
        </w:rPr>
        <w:t>He checked his watch. 6:32.</w:t>
      </w:r>
    </w:p>
    <w:p>
      <w:r>
        <w:rPr>
          <w:rFonts w:ascii="IM Fell English" w:hAnsi="IM Fell English"/>
          <w:color w:val="141414"/>
          <w:sz w:val="24"/>
        </w:rPr>
        <w:t>He sat in the grey light, listening to the city wake. A commuter hummed past. A drone's rotors faded overhead. The climate control kicked on with a mechanical sigh.</w:t>
      </w:r>
    </w:p>
    <w:p>
      <w:r>
        <w:rPr>
          <w:rFonts w:ascii="IM Fell English" w:hAnsi="IM Fell English"/>
          <w:color w:val="141414"/>
          <w:sz w:val="24"/>
        </w:rPr>
        <w:t>He thought about Grant uploading. About Dominic, who couldn't remember what whiskey tasted like. About six months until his own transition.</w:t>
      </w:r>
    </w:p>
    <w:p>
      <w:r>
        <w:rPr>
          <w:rFonts w:ascii="IM Fell English" w:hAnsi="IM Fell English"/>
          <w:color w:val="141414"/>
          <w:sz w:val="24"/>
        </w:rPr>
        <w:t>Last night, he'd made a choice. Not the one his body wanted. He'd chosen to stay, watch the door, let her sleep without fear.</w:t>
      </w:r>
    </w:p>
    <w:p>
      <w:r>
        <w:rPr>
          <w:rFonts w:ascii="IM Fell English" w:hAnsi="IM Fell English"/>
          <w:color w:val="141414"/>
          <w:sz w:val="24"/>
        </w:rPr>
        <w:t>A door opened. Tessa appeared in the hallway, wrapped in a robe, hair mussed. She stopped when she saw him.</w:t>
      </w:r>
    </w:p>
    <w:p>
      <w:r>
        <w:rPr>
          <w:rFonts w:ascii="IM Fell English" w:hAnsi="IM Fell English"/>
          <w:color w:val="141414"/>
          <w:sz w:val="24"/>
        </w:rPr>
        <w:t>"You stayed," she said.</w:t>
      </w:r>
    </w:p>
    <w:p>
      <w:r>
        <w:rPr>
          <w:rFonts w:ascii="IM Fell English" w:hAnsi="IM Fell English"/>
          <w:color w:val="141414"/>
          <w:sz w:val="24"/>
        </w:rPr>
        <w:t>"I said I would."</w:t>
      </w:r>
    </w:p>
    <w:p>
      <w:r>
        <w:rPr>
          <w:rFonts w:ascii="IM Fell English" w:hAnsi="IM Fell English"/>
          <w:color w:val="141414"/>
          <w:sz w:val="24"/>
        </w:rPr>
        <w:t>"I didn't expect you to actually be here." She pulled the robe tighter. "I need to shower. Then I need to break into the Core before second shift starts. The window's tight between 8 and 10 AM, minimal staff in the basement levels."</w:t>
      </w:r>
    </w:p>
    <w:p>
      <w:r>
        <w:rPr>
          <w:rFonts w:ascii="IM Fell English" w:hAnsi="IM Fell English"/>
          <w:color w:val="141414"/>
          <w:sz w:val="24"/>
        </w:rPr>
        <w:t>Jake checked his watch again. "I'll make coffee. The instant kind."</w:t>
      </w:r>
    </w:p>
    <w:p>
      <w:r>
        <w:rPr>
          <w:rFonts w:ascii="IM Fell English" w:hAnsi="IM Fell English"/>
          <w:color w:val="141414"/>
          <w:sz w:val="24"/>
        </w:rPr>
        <w:t>Tessa paused at the bathroom door. She looked back at him, and for the first time since he'd met her, she smiled. Small and uncertain, but genuine.</w:t>
      </w:r>
    </w:p>
    <w:p>
      <w:r>
        <w:rPr>
          <w:rFonts w:ascii="IM Fell English" w:hAnsi="IM Fell English"/>
          <w:color w:val="141414"/>
          <w:sz w:val="24"/>
        </w:rPr>
        <w:t>"Thank you," she said. "For staying."</w:t>
      </w:r>
    </w:p>
    <w:p>
      <w:r>
        <w:rPr>
          <w:rFonts w:ascii="IM Fell English" w:hAnsi="IM Fell English"/>
          <w:color w:val="141414"/>
          <w:sz w:val="24"/>
        </w:rPr>
        <w:t>The bathroom door closed. Jake heard the shower start, the old pipes groaning.</w:t>
      </w:r>
    </w:p>
    <w:p>
      <w:r>
        <w:rPr>
          <w:rFonts w:ascii="IM Fell English" w:hAnsi="IM Fell English"/>
          <w:color w:val="141414"/>
          <w:sz w:val="24"/>
        </w:rPr>
        <w:t>He pulled on his shirt from the night before. His jacket smelled like the Nail Bar, cigarette smoke and cheap whiskey. His shirt was wrinkled.</w:t>
      </w:r>
    </w:p>
    <w:p>
      <w:r>
        <w:rPr>
          <w:rFonts w:ascii="IM Fell English" w:hAnsi="IM Fell English"/>
          <w:color w:val="141414"/>
          <w:sz w:val="24"/>
        </w:rPr>
        <w:t>He found the instant coffee in a cabinet above the sink. The apartment was small, standardized, identical to ten thousand other units in the housing blocks. But Tessa had made it hers, a plant on the windowsill somehow still alive, a photograph on the refrigerator of her with people who might have been family, a stack of books on the counter about architecture and urban planning. The dreams she'd had before the system decided what she should be.</w:t>
      </w:r>
    </w:p>
    <w:p>
      <w:r>
        <w:rPr>
          <w:rFonts w:ascii="IM Fell English" w:hAnsi="IM Fell English"/>
          <w:color w:val="141414"/>
          <w:sz w:val="24"/>
        </w:rPr>
        <w:t>He made two cups and sat at the small table, waiting.</w:t>
      </w:r>
    </w:p>
    <w:p>
      <w:r>
        <w:rPr>
          <w:rFonts w:ascii="IM Fell English" w:hAnsi="IM Fell English"/>
          <w:color w:val="141414"/>
          <w:sz w:val="24"/>
        </w:rPr>
        <w:t>The shower shut off. Drawers opened, a hair dryer whirred. When Tessa emerged, she was back in her work clothes: dark slacks, pressed white shirt, hair pulled back in its severe bun. The Transition Authority analyst, armored and professional.</w:t>
      </w:r>
    </w:p>
    <w:p>
      <w:r>
        <w:rPr>
          <w:rFonts w:ascii="IM Fell English" w:hAnsi="IM Fell English"/>
          <w:color w:val="141414"/>
          <w:sz w:val="24"/>
        </w:rPr>
        <w:t>But her eyes were different. Softer. Like she'd stopped pretending.</w:t>
      </w:r>
    </w:p>
    <w:p>
      <w:r>
        <w:rPr>
          <w:rFonts w:ascii="IM Fell English" w:hAnsi="IM Fell English"/>
          <w:color w:val="141414"/>
          <w:sz w:val="24"/>
        </w:rPr>
        <w:t>She took the coffee and sat across from him.</w:t>
      </w:r>
    </w:p>
    <w:p>
      <w:r>
        <w:rPr>
          <w:rFonts w:ascii="IM Fell English" w:hAnsi="IM Fell English"/>
          <w:color w:val="141414"/>
          <w:sz w:val="24"/>
        </w:rPr>
        <w:t>"Send me the serial number as soon as you get it," she said, all business now. "If I can match it to the Archive Hall records, we'll have proof of what they're doing with the transitioners."</w:t>
      </w:r>
    </w:p>
    <w:p>
      <w:r>
        <w:rPr>
          <w:rFonts w:ascii="IM Fell English" w:hAnsi="IM Fell English"/>
          <w:color w:val="141414"/>
          <w:sz w:val="24"/>
        </w:rPr>
        <w:t>"Coroner should have it this morning. I'll text you."</w:t>
      </w:r>
    </w:p>
    <w:p>
      <w:r>
        <w:rPr>
          <w:rFonts w:ascii="IM Fell English" w:hAnsi="IM Fell English"/>
          <w:color w:val="141414"/>
          <w:sz w:val="24"/>
        </w:rPr>
        <w:t>"I'll cross-reference it in the Core. If there's a discrepancy between the digital logs and physical records, it'll be there." She sipped her coffee, grimaced. "What's your plan?"</w:t>
      </w:r>
    </w:p>
    <w:p>
      <w:r>
        <w:rPr>
          <w:rFonts w:ascii="IM Fell English" w:hAnsi="IM Fell English"/>
          <w:color w:val="141414"/>
          <w:sz w:val="24"/>
        </w:rPr>
        <w:t>"Canvas the Archive Halls along the drainage line. The floater came from one of three facilities 14, 9, or 23. Someone knows what happened."</w:t>
      </w:r>
    </w:p>
    <w:p>
      <w:r>
        <w:rPr>
          <w:rFonts w:ascii="IM Fell English" w:hAnsi="IM Fell English"/>
          <w:color w:val="141414"/>
          <w:sz w:val="24"/>
        </w:rPr>
        <w:t>"Be careful. If they killed Grant for asking questions"</w:t>
      </w:r>
    </w:p>
    <w:p>
      <w:r>
        <w:rPr>
          <w:rFonts w:ascii="IM Fell English" w:hAnsi="IM Fell English"/>
          <w:color w:val="141414"/>
          <w:sz w:val="24"/>
        </w:rPr>
        <w:t>"I'm always careful."</w:t>
      </w:r>
    </w:p>
    <w:p>
      <w:r>
        <w:rPr>
          <w:rFonts w:ascii="IM Fell English" w:hAnsi="IM Fell English"/>
          <w:color w:val="141414"/>
          <w:sz w:val="24"/>
        </w:rPr>
        <w:t>She gave him the same look from the bar. The one that said she didn't believe him.</w:t>
      </w:r>
    </w:p>
    <w:p>
      <w:r>
        <w:rPr>
          <w:rFonts w:ascii="IM Fell English" w:hAnsi="IM Fell English"/>
          <w:color w:val="141414"/>
          <w:sz w:val="24"/>
        </w:rPr>
        <w:t>"I'm serious. Whoever's doing this has access to everything. Traffic grids, surveillance, building systems. They can orchestrate accidents. Make people disappear."</w:t>
      </w:r>
    </w:p>
    <w:p>
      <w:r>
        <w:rPr>
          <w:rFonts w:ascii="IM Fell English" w:hAnsi="IM Fell English"/>
          <w:color w:val="141414"/>
          <w:sz w:val="24"/>
        </w:rPr>
        <w:t>"So can I."</w:t>
      </w:r>
    </w:p>
    <w:p>
      <w:r>
        <w:rPr>
          <w:rFonts w:ascii="IM Fell English" w:hAnsi="IM Fell English"/>
          <w:color w:val="141414"/>
          <w:sz w:val="24"/>
        </w:rPr>
        <w:t>"That's not funny."</w:t>
      </w:r>
    </w:p>
    <w:p>
      <w:r>
        <w:rPr>
          <w:rFonts w:ascii="IM Fell English" w:hAnsi="IM Fell English"/>
          <w:color w:val="141414"/>
          <w:sz w:val="24"/>
        </w:rPr>
        <w:t>"Wasn't trying to be." Jake carried his mug to the sink. "I'll be fine. I know how to ask questions without attracting attention."</w:t>
      </w:r>
    </w:p>
    <w:p>
      <w:r>
        <w:rPr>
          <w:rFonts w:ascii="IM Fell English" w:hAnsi="IM Fell English"/>
          <w:color w:val="141414"/>
          <w:sz w:val="24"/>
        </w:rPr>
        <w:t>"Do you?"</w:t>
      </w:r>
    </w:p>
    <w:p>
      <w:r>
        <w:rPr>
          <w:rFonts w:ascii="IM Fell English" w:hAnsi="IM Fell English"/>
          <w:color w:val="141414"/>
          <w:sz w:val="24"/>
        </w:rPr>
        <w:t>He turned. She was watching him with those sharp, analytical eyes, the ones that saw patterns no one else could.</w:t>
      </w:r>
    </w:p>
    <w:p>
      <w:r>
        <w:rPr>
          <w:rFonts w:ascii="IM Fell English" w:hAnsi="IM Fell English"/>
          <w:color w:val="141414"/>
          <w:sz w:val="24"/>
        </w:rPr>
        <w:t>"Probably not," he admitted. "But I'm doing it anyway."</w:t>
      </w:r>
    </w:p>
    <w:p>
      <w:r>
        <w:rPr>
          <w:rFonts w:ascii="IM Fell English" w:hAnsi="IM Fell English"/>
          <w:color w:val="141414"/>
          <w:sz w:val="24"/>
        </w:rPr>
        <w:t>He grabbed his jacket and headed for the door. At the threshold, he paused.</w:t>
      </w:r>
    </w:p>
    <w:p>
      <w:r>
        <w:rPr>
          <w:rFonts w:ascii="IM Fell English" w:hAnsi="IM Fell English"/>
          <w:color w:val="141414"/>
          <w:sz w:val="24"/>
        </w:rPr>
        <w:t>Tessa stood in the kitchen, coffee in hand, watching him leave. Morning light cut through the window behind her, silhouetting her against the dying city.</w:t>
      </w:r>
    </w:p>
    <w:p>
      <w:r>
        <w:rPr>
          <w:rFonts w:ascii="IM Fell English" w:hAnsi="IM Fell English"/>
          <w:color w:val="141414"/>
          <w:sz w:val="24"/>
        </w:rPr>
        <w:t>Jake's sedan rattled through the morning traffic, weaving between the silent electrics that glided like ghosts through the chemical haze. He kept checking his mirrors, old habit, cop instinct, but the streets behind him were clear.</w:t>
      </w:r>
    </w:p>
    <w:p>
      <w:r>
        <w:rPr>
          <w:rFonts w:ascii="IM Fell English" w:hAnsi="IM Fell English"/>
          <w:color w:val="141414"/>
          <w:sz w:val="24"/>
        </w:rPr>
        <w:t>His phone sat in the cup holder, dark and silent.</w:t>
      </w:r>
    </w:p>
    <w:p>
      <w:r>
        <w:rPr>
          <w:rFonts w:ascii="IM Fell English" w:hAnsi="IM Fell English"/>
          <w:color w:val="141414"/>
          <w:sz w:val="24"/>
        </w:rPr>
        <w:t>He thought about Tessa, probably already at Transition Authority Headquarters by now. Walking through those marble halls with her badge clipped precisely to her collar, her face a mask of professional boredom. No one would suspect she was about to break into the most secure archive in the building.</w:t>
      </w:r>
    </w:p>
    <w:p>
      <w:r>
        <w:rPr>
          <w:rFonts w:ascii="IM Fell English" w:hAnsi="IM Fell English"/>
          <w:color w:val="141414"/>
          <w:sz w:val="24"/>
        </w:rPr>
        <w:t>No one except whoever was watching.</w:t>
      </w:r>
    </w:p>
    <w:p>
      <w:r>
        <w:rPr>
          <w:rFonts w:ascii="IM Fell English" w:hAnsi="IM Fell English"/>
          <w:color w:val="141414"/>
          <w:sz w:val="24"/>
        </w:rPr>
        <w:t>The thought made his hands tighten on the wheel.</w:t>
      </w:r>
    </w:p>
    <w:p>
      <w:r>
        <w:rPr>
          <w:rFonts w:ascii="IM Fell English" w:hAnsi="IM Fell English"/>
          <w:color w:val="141414"/>
          <w:sz w:val="24"/>
        </w:rPr>
        <w:t>He'd told her to be careful. He'd made her promise to message him if anything went wrong. But deep down, Jake knew that promises didn't mean much when you were fighting an enemy that could erase evidence, manipulate systems, and kill with the press of a button.</w:t>
      </w:r>
    </w:p>
    <w:p>
      <w:r>
        <w:rPr>
          <w:rFonts w:ascii="IM Fell English" w:hAnsi="IM Fell English"/>
          <w:color w:val="141414"/>
          <w:sz w:val="24"/>
        </w:rPr>
        <w:t>Grant had been careful too.</w:t>
      </w:r>
    </w:p>
    <w:p>
      <w:r>
        <w:rPr>
          <w:rFonts w:ascii="IM Fell English" w:hAnsi="IM Fell English"/>
          <w:color w:val="141414"/>
          <w:sz w:val="24"/>
        </w:rPr>
        <w:t>Grant was dead.</w:t>
      </w:r>
    </w:p>
    <w:p>
      <w:r>
        <w:rPr>
          <w:rFonts w:ascii="IM Fell English" w:hAnsi="IM Fell English"/>
          <w:color w:val="141414"/>
          <w:sz w:val="24"/>
        </w:rPr>
        <w:t>In the meantime, Jake had his own work to do. The floater had come from one of three Archive Halls along the drainage line, 14, 9, or 23. Tessa would confirm which one from the Core records, but Jake could start asking questions now.</w:t>
      </w:r>
    </w:p>
    <w:p>
      <w:r>
        <w:rPr>
          <w:rFonts w:ascii="IM Fell English" w:hAnsi="IM Fell English"/>
          <w:color w:val="141414"/>
          <w:sz w:val="24"/>
        </w:rPr>
        <w:t>Jake flashed his badge at the security kiosk of Archive Hall 14, trying to project an authority he didn't quite feel.</w:t>
      </w:r>
    </w:p>
    <w:p>
      <w:r>
        <w:rPr>
          <w:rFonts w:ascii="IM Fell English" w:hAnsi="IM Fell English"/>
          <w:color w:val="141414"/>
          <w:sz w:val="24"/>
        </w:rPr>
        <w:t>The facility was nothing like he'd expected. Where he'd imagined industrial brutalism, concrete and steel, the aesthetic of a warehouse, he found something closer to a luxury spa. The lobby was all soft lighting and tasteful earth tones, the air perfumed with lavender and something that might have been eucalyptus. A water feature burbled soothingly in the corner, and the reception desk was staffed by a young man in a tailored suit who looked like he'd be more at home at a five-star hotel.</w:t>
      </w:r>
    </w:p>
    <w:p>
      <w:r>
        <w:rPr>
          <w:rFonts w:ascii="IM Fell English" w:hAnsi="IM Fell English"/>
          <w:color w:val="141414"/>
          <w:sz w:val="24"/>
        </w:rPr>
        <w:t>"Detective Mareck," the receptionist said, checking his credentials with practiced efficiency. "How can we assist the Metro Police today?"</w:t>
      </w:r>
    </w:p>
    <w:p>
      <w:r>
        <w:rPr>
          <w:rFonts w:ascii="IM Fell English" w:hAnsi="IM Fell English"/>
          <w:color w:val="141414"/>
          <w:sz w:val="24"/>
        </w:rPr>
        <w:t>"Just a routine check," Jake said, keeping his voice casual. "Looking for anomalies in your intake logs. Missing persons, irregular transitions, that sort of thing."</w:t>
      </w:r>
    </w:p>
    <w:p>
      <w:r>
        <w:rPr>
          <w:rFonts w:ascii="IM Fell English" w:hAnsi="IM Fell English"/>
          <w:color w:val="141414"/>
          <w:sz w:val="24"/>
        </w:rPr>
        <w:t>The receptionist's smile didn't waver, but something flickered behind his eyes, not guilt exactly, but the wariness of someone who understood that cops didn't make routine visits without a reason.</w:t>
      </w:r>
    </w:p>
    <w:p>
      <w:r>
        <w:rPr>
          <w:rFonts w:ascii="IM Fell English" w:hAnsi="IM Fell English"/>
          <w:color w:val="141414"/>
          <w:sz w:val="24"/>
        </w:rPr>
        <w:t>"Of course, Detective. Let me pull up our records." His fingers danced across a haptic interface. "I'm showing full compliance on all regulatory metrics. No flagged incidents in the past six months. We run a very tight ship here, premium clients only."</w:t>
      </w:r>
    </w:p>
    <w:p>
      <w:r>
        <w:rPr>
          <w:rFonts w:ascii="IM Fell English" w:hAnsi="IM Fell English"/>
          <w:color w:val="141414"/>
          <w:sz w:val="24"/>
        </w:rPr>
        <w:t>"Mind if I take a look at the floor?"</w:t>
      </w:r>
    </w:p>
    <w:p>
      <w:r>
        <w:rPr>
          <w:rFonts w:ascii="IM Fell English" w:hAnsi="IM Fell English"/>
          <w:color w:val="141414"/>
          <w:sz w:val="24"/>
        </w:rPr>
        <w:t>"Certainly. I'll have someone escort you."</w:t>
      </w:r>
    </w:p>
    <w:p>
      <w:r>
        <w:rPr>
          <w:rFonts w:ascii="IM Fell English" w:hAnsi="IM Fell English"/>
          <w:color w:val="141414"/>
          <w:sz w:val="24"/>
        </w:rPr>
        <w:t>A security guard, also in a tailored suit, because apparently this place had a dress code, led Jake through a set of frosted glass doors and onto an observation gallery that overlooked the main hall.</w:t>
      </w:r>
    </w:p>
    <w:p>
      <w:r>
        <w:rPr>
          <w:rFonts w:ascii="IM Fell English" w:hAnsi="IM Fell English"/>
          <w:color w:val="141414"/>
          <w:sz w:val="24"/>
        </w:rPr>
        <w:t>Jake stopped, momentarily stunned by what he saw.</w:t>
      </w:r>
    </w:p>
    <w:p>
      <w:r>
        <w:rPr>
          <w:rFonts w:ascii="IM Fell English" w:hAnsi="IM Fell English"/>
          <w:color w:val="141414"/>
          <w:sz w:val="24"/>
        </w:rPr>
        <w:t>It wasn't rows of bodies hanging in harnesses. It was rows of bodies reclining in what looked like first-class airline seats, leather, ergonomic, arranged in concentric circles.</w:t>
      </w:r>
    </w:p>
    <w:p>
      <w:r>
        <w:rPr>
          <w:rFonts w:ascii="IM Fell English" w:hAnsi="IM Fell English"/>
          <w:color w:val="141414"/>
          <w:sz w:val="24"/>
        </w:rPr>
        <w:t>The transitioners wore silk robes, their neural rings gleaming silver in the soft lighting. Classical music played at a barely perceptible volume. It looked peaceful. Dignified. Exactly the kind of place wealthy families paid a premium for.</w:t>
      </w:r>
    </w:p>
    <w:p>
      <w:r>
        <w:rPr>
          <w:rFonts w:ascii="IM Fell English" w:hAnsi="IM Fell English"/>
          <w:color w:val="141414"/>
          <w:sz w:val="24"/>
        </w:rPr>
        <w:t>It looked nothing like a crime scene.</w:t>
      </w:r>
    </w:p>
    <w:p>
      <w:r>
        <w:rPr>
          <w:rFonts w:ascii="IM Fell English" w:hAnsi="IM Fell English"/>
          <w:color w:val="141414"/>
          <w:sz w:val="24"/>
        </w:rPr>
        <w:t>Not here, Jake thought. Too clean. Too visible. Whatever's happening, it's not happening in a place like this.</w:t>
      </w:r>
    </w:p>
    <w:p>
      <w:r>
        <w:rPr>
          <w:rFonts w:ascii="IM Fell English" w:hAnsi="IM Fell English"/>
          <w:color w:val="141414"/>
          <w:sz w:val="24"/>
        </w:rPr>
        <w:t>He was about to turn and leave when something nagged at him. A memory.</w:t>
      </w:r>
    </w:p>
    <w:p>
      <w:r>
        <w:rPr>
          <w:rFonts w:ascii="IM Fell English" w:hAnsi="IM Fell English"/>
          <w:color w:val="141414"/>
          <w:sz w:val="24"/>
        </w:rPr>
        <w:t>Dominic. Sitting across from him at The Nail Bar, that blue holographic shimmer making him look like a ghost. They'd been talking about Annette, Dominic's wife. About how she'd transitioned two years before Dominic.</w:t>
      </w:r>
    </w:p>
    <w:p>
      <w:r>
        <w:rPr>
          <w:rFonts w:ascii="IM Fell English" w:hAnsi="IM Fell English"/>
          <w:color w:val="141414"/>
          <w:sz w:val="24"/>
        </w:rPr>
        <w:t>"I’m in the same facility as her," Dominic had said. "Hall 14. We got adjoining seats. It costs extra, but it's worth it to be close to her, even if we can't really touch anymore."</w:t>
      </w:r>
    </w:p>
    <w:p>
      <w:r>
        <w:rPr>
          <w:rFonts w:ascii="IM Fell English" w:hAnsi="IM Fell English"/>
          <w:color w:val="141414"/>
          <w:sz w:val="24"/>
        </w:rPr>
        <w:t>Jake looked down at the rows of luxury recliners, at the silk robes and the classical music and the perfumed air. Premium clients only, the receptionist had said.</w:t>
      </w:r>
    </w:p>
    <w:p>
      <w:r>
        <w:rPr>
          <w:rFonts w:ascii="IM Fell English" w:hAnsi="IM Fell English"/>
          <w:color w:val="141414"/>
          <w:sz w:val="24"/>
        </w:rPr>
        <w:t>Dominic had been a detective. Same rank as Jake, same pay grade. Their salaries had been identical, enough to cover a shitty apartment, cheap food, the occasional bottle of real whiskey. Nothing like what this place would cost.</w:t>
      </w:r>
    </w:p>
    <w:p>
      <w:r>
        <w:rPr>
          <w:rFonts w:ascii="IM Fell English" w:hAnsi="IM Fell English"/>
          <w:color w:val="141414"/>
          <w:sz w:val="24"/>
        </w:rPr>
        <w:t>Jake had seen the Transition Authority fee schedules. Standard facilities ran about twelve thousand credits for the mandatory upload, with ongoing maintenance fees of two hundred credits monthly, deducted automatically from your frozen accounts, from whatever pension or savings you'd managed to accumulate.</w:t>
      </w:r>
    </w:p>
    <w:p>
      <w:r>
        <w:rPr>
          <w:rFonts w:ascii="IM Fell English" w:hAnsi="IM Fell English"/>
          <w:color w:val="141414"/>
          <w:sz w:val="24"/>
        </w:rPr>
        <w:t>But premium facilities? Places like Hall 14?</w:t>
      </w:r>
    </w:p>
    <w:p>
      <w:r>
        <w:rPr>
          <w:rFonts w:ascii="IM Fell English" w:hAnsi="IM Fell English"/>
          <w:color w:val="141414"/>
          <w:sz w:val="24"/>
        </w:rPr>
        <w:t>The brochures Jake had glanced at during his own Transition Preparation Seminar had listed luxury accommodations starting at forty thousand credits upfront, with monthly fees running upward of eight hundred credits. For "couples packages" with adjoining seats, the costs doubled.</w:t>
      </w:r>
    </w:p>
    <w:p>
      <w:r>
        <w:rPr>
          <w:rFonts w:ascii="IM Fell English" w:hAnsi="IM Fell English"/>
          <w:color w:val="141414"/>
          <w:sz w:val="24"/>
        </w:rPr>
        <w:t>Eighty thousand credits. Sixteen hundred a month.</w:t>
      </w:r>
    </w:p>
    <w:p>
      <w:r>
        <w:rPr>
          <w:rFonts w:ascii="IM Fell English" w:hAnsi="IM Fell English"/>
          <w:color w:val="141414"/>
          <w:sz w:val="24"/>
        </w:rPr>
        <w:t>On a detective's salary?</w:t>
      </w:r>
    </w:p>
    <w:p>
      <w:r>
        <w:rPr>
          <w:rFonts w:ascii="IM Fell English" w:hAnsi="IM Fell English"/>
          <w:color w:val="141414"/>
          <w:sz w:val="24"/>
        </w:rPr>
        <w:t>Dominic had worked twenty years on the force. Maybe he'd saved aggressively, lived like a monk, invested well. Maybe Annette had money from her family. Maybe they'd taken out loans, mortgaged their future pension payments to afford a few extra comforts in digital paradise.</w:t>
      </w:r>
    </w:p>
    <w:p>
      <w:r>
        <w:rPr>
          <w:rFonts w:ascii="IM Fell English" w:hAnsi="IM Fell English"/>
          <w:color w:val="141414"/>
          <w:sz w:val="24"/>
        </w:rPr>
        <w:t>Or maybe someone had paid for it.</w:t>
      </w:r>
    </w:p>
    <w:p>
      <w:r>
        <w:rPr>
          <w:rFonts w:ascii="IM Fell English" w:hAnsi="IM Fell English"/>
          <w:color w:val="141414"/>
          <w:sz w:val="24"/>
        </w:rPr>
        <w:t>Jake felt a cold weight settle in his gut.</w:t>
      </w:r>
    </w:p>
    <w:p>
      <w:r>
        <w:rPr>
          <w:rFonts w:ascii="IM Fell English" w:hAnsi="IM Fell English"/>
          <w:color w:val="141414"/>
          <w:sz w:val="24"/>
        </w:rPr>
        <w:t>Dominic had been the one to tell him about the Raw Packages. About the black market in Eden, the death recordings sold to bored residents desperate to feel something real. He'd pointed Jake toward Tessa, toward the neural ring murders, toward the investigation that had gotten Grant killed.</w:t>
      </w:r>
    </w:p>
    <w:p>
      <w:r>
        <w:rPr>
          <w:rFonts w:ascii="IM Fell English" w:hAnsi="IM Fell English"/>
          <w:color w:val="141414"/>
          <w:sz w:val="24"/>
        </w:rPr>
        <w:t>And Dominic lived in a facility that cost more than he should have been able to afford.</w:t>
      </w:r>
    </w:p>
    <w:p>
      <w:r>
        <w:rPr>
          <w:rFonts w:ascii="IM Fell English" w:hAnsi="IM Fell English"/>
          <w:color w:val="141414"/>
          <w:sz w:val="24"/>
        </w:rPr>
        <w:t>Jake pulled out his phone and opened his message history with Dominic. Their last conversation had been three days ago. Before Grant's accident. Before Jake had found the floater in the sewer.</w:t>
      </w:r>
    </w:p>
    <w:p>
      <w:r>
        <w:rPr>
          <w:rFonts w:ascii="IM Fell English" w:hAnsi="IM Fell English"/>
          <w:color w:val="141414"/>
          <w:sz w:val="24"/>
        </w:rPr>
        <w:t>He typed a new message:</w:t>
      </w:r>
    </w:p>
    <w:p>
      <w:r>
        <w:rPr>
          <w:rFonts w:ascii="IM Fell English" w:hAnsi="IM Fell English"/>
          <w:color w:val="141414"/>
          <w:sz w:val="24"/>
        </w:rPr>
        <w:t>Hey. Quick question. How much did Hall 14 set you back? Thinking about upgrade options for when my time comes.</w:t>
      </w:r>
    </w:p>
    <w:p>
      <w:r>
        <w:rPr>
          <w:rFonts w:ascii="IM Fell English" w:hAnsi="IM Fell English"/>
          <w:color w:val="141414"/>
          <w:sz w:val="24"/>
        </w:rPr>
        <w:t>He stared at the message for a long moment, his thumb hovering over the send button.</w:t>
      </w:r>
    </w:p>
    <w:p>
      <w:r>
        <w:rPr>
          <w:rFonts w:ascii="IM Fell English" w:hAnsi="IM Fell English"/>
          <w:color w:val="141414"/>
          <w:sz w:val="24"/>
        </w:rPr>
        <w:t>Then he deleted it.</w:t>
      </w:r>
    </w:p>
    <w:p>
      <w:r>
        <w:rPr>
          <w:rFonts w:ascii="IM Fell English" w:hAnsi="IM Fell English"/>
          <w:color w:val="141414"/>
          <w:sz w:val="24"/>
        </w:rPr>
        <w:t>If Dominic was compromised, if he'd been bought or blackmailed or was somehow part of whatever conspiracy was running the neural ring murders, then asking direct questions would only alert whoever was watching.</w:t>
      </w:r>
    </w:p>
    <w:p>
      <w:r>
        <w:rPr>
          <w:rFonts w:ascii="IM Fell English" w:hAnsi="IM Fell English"/>
          <w:color w:val="141414"/>
          <w:sz w:val="24"/>
        </w:rPr>
        <w:t>But Jake filed the question away. Added it to the growing list of things that didn't add up.</w:t>
      </w:r>
    </w:p>
    <w:p>
      <w:r>
        <w:rPr>
          <w:rFonts w:ascii="IM Fell English" w:hAnsi="IM Fell English"/>
          <w:color w:val="141414"/>
          <w:sz w:val="24"/>
        </w:rPr>
        <w:t>Dominic Crier. His old partner. His friend. Living in luxury he shouldn't have been able to afford, in a facility that catered to the wealthy and powerful.</w:t>
      </w:r>
    </w:p>
    <w:p>
      <w:r>
        <w:rPr>
          <w:rFonts w:ascii="IM Fell English" w:hAnsi="IM Fell English"/>
          <w:color w:val="141414"/>
          <w:sz w:val="24"/>
        </w:rPr>
        <w:t>Not here, Jake thought again, looking at the pristine rows of sleeping bodies. Too clean. Too visible.</w:t>
      </w:r>
    </w:p>
    <w:p>
      <w:r>
        <w:rPr>
          <w:rFonts w:ascii="IM Fell English" w:hAnsi="IM Fell English"/>
          <w:color w:val="141414"/>
          <w:sz w:val="24"/>
        </w:rPr>
        <w:t>Whatever's happening, it's not happening in a place like this.</w:t>
      </w:r>
    </w:p>
    <w:p>
      <w:r>
        <w:rPr>
          <w:rFonts w:ascii="IM Fell English" w:hAnsi="IM Fell English"/>
          <w:color w:val="141414"/>
          <w:sz w:val="24"/>
        </w:rPr>
        <w:t>But maybe someone here knows where it is happening.</w:t>
      </w:r>
    </w:p>
    <w:p>
      <w:r>
        <w:rPr>
          <w:rFonts w:ascii="IM Fell English" w:hAnsi="IM Fell English"/>
          <w:color w:val="141414"/>
          <w:sz w:val="24"/>
        </w:rPr>
        <w:t>He thanked the guard, thanked the receptionist, and walked back to his car with the uncomfortable feeling that he was looking in entirely the wrong places.</w:t>
      </w:r>
    </w:p>
    <w:p>
      <w:r>
        <w:rPr>
          <w:rFonts w:ascii="IM Fell English" w:hAnsi="IM Fell English"/>
          <w:color w:val="141414"/>
          <w:sz w:val="24"/>
        </w:rPr>
        <w:t>The phone rang.</w:t>
      </w:r>
    </w:p>
    <w:p>
      <w:r>
        <w:rPr>
          <w:rFonts w:ascii="IM Fell English" w:hAnsi="IM Fell English"/>
          <w:color w:val="141414"/>
          <w:sz w:val="24"/>
        </w:rPr>
        <w:t>Jake grabbed it, his heart jumping. But it wasn't Tessa. The screen showed an unlisted number, probably the coroner's office calling from a hospital line.</w:t>
      </w:r>
    </w:p>
    <w:p>
      <w:r>
        <w:rPr>
          <w:rFonts w:ascii="IM Fell English" w:hAnsi="IM Fell English"/>
          <w:color w:val="141414"/>
          <w:sz w:val="24"/>
        </w:rPr>
        <w:t>"Mareck."</w:t>
      </w:r>
    </w:p>
    <w:p>
      <w:r>
        <w:rPr>
          <w:rFonts w:ascii="IM Fell English" w:hAnsi="IM Fell English"/>
          <w:color w:val="141414"/>
          <w:sz w:val="24"/>
        </w:rPr>
        <w:t>"Detective, it's Fong." The coroner sounded exhausted. "We recovered the serial number from your floater. Took some doing, the chemical damage was extensive, but the UV imaging pulled it from the dermal scarring."</w:t>
      </w:r>
    </w:p>
    <w:p>
      <w:r>
        <w:rPr>
          <w:rFonts w:ascii="IM Fell English" w:hAnsi="IM Fell English"/>
          <w:color w:val="141414"/>
          <w:sz w:val="24"/>
        </w:rPr>
        <w:t>Jake pulled over to the curb, fishing a pen from the center console. "What do you have?"</w:t>
      </w:r>
    </w:p>
    <w:p>
      <w:r>
        <w:rPr>
          <w:rFonts w:ascii="IM Fell English" w:hAnsi="IM Fell English"/>
          <w:color w:val="141414"/>
          <w:sz w:val="24"/>
        </w:rPr>
        <w:t>"99-0432-K-SIG. That's the full sequence." A pause. "I'm also sending you the preliminary DNA results. We got a partial match on some tissue samples."</w:t>
      </w:r>
    </w:p>
    <w:p>
      <w:r>
        <w:rPr>
          <w:rFonts w:ascii="IM Fell English" w:hAnsi="IM Fell English"/>
          <w:color w:val="141414"/>
          <w:sz w:val="24"/>
        </w:rPr>
        <w:t>"Match to what?"</w:t>
      </w:r>
    </w:p>
    <w:p>
      <w:r>
        <w:rPr>
          <w:rFonts w:ascii="IM Fell English" w:hAnsi="IM Fell English"/>
          <w:color w:val="141414"/>
          <w:sz w:val="24"/>
        </w:rPr>
        <w:t>"I'll let you see for yourself. It's... significant."</w:t>
      </w:r>
    </w:p>
    <w:p>
      <w:r>
        <w:rPr>
          <w:rFonts w:ascii="IM Fell English" w:hAnsi="IM Fell English"/>
          <w:color w:val="141414"/>
          <w:sz w:val="24"/>
        </w:rPr>
        <w:t>The line went dead.</w:t>
      </w:r>
    </w:p>
    <w:p>
      <w:r>
        <w:rPr>
          <w:rFonts w:ascii="IM Fell English" w:hAnsi="IM Fell English"/>
          <w:color w:val="141414"/>
          <w:sz w:val="24"/>
        </w:rPr>
        <w:t>Jake stared at the number he'd scrawled on his palm. 99-0432-K-SIG.</w:t>
      </w:r>
    </w:p>
    <w:p>
      <w:r>
        <w:rPr>
          <w:rFonts w:ascii="IM Fell English" w:hAnsi="IM Fell English"/>
          <w:color w:val="141414"/>
          <w:sz w:val="24"/>
        </w:rPr>
        <w:t>He needed Tessa to trace it, to match the serial number against the Archive Hall records. But she was already at Transition Authority Headquarters by now, getting ready for her break-in to the Core.</w:t>
      </w:r>
    </w:p>
    <w:p>
      <w:r>
        <w:rPr>
          <w:rFonts w:ascii="IM Fell English" w:hAnsi="IM Fell English"/>
          <w:color w:val="141414"/>
          <w:sz w:val="24"/>
        </w:rPr>
        <w:t>He pulled up his messages and typed:</w:t>
      </w:r>
    </w:p>
    <w:p>
      <w:r>
        <w:rPr>
          <w:rFonts w:ascii="IM Fell English" w:hAnsi="IM Fell English"/>
          <w:color w:val="141414"/>
          <w:sz w:val="24"/>
        </w:rPr>
        <w:t>Coroner came through. Serial number recovered: 99-0432-K-SIG. Can you trace when you get to the Core? Also pull Dominic Crier files.</w:t>
      </w:r>
    </w:p>
    <w:p>
      <w:r>
        <w:rPr>
          <w:rFonts w:ascii="IM Fell English" w:hAnsi="IM Fell English"/>
          <w:color w:val="141414"/>
          <w:sz w:val="24"/>
        </w:rPr>
        <w:t>He hesitated before hitting send. But he needed to know.</w:t>
      </w:r>
    </w:p>
    <w:p>
      <w:r>
        <w:rPr>
          <w:rFonts w:ascii="IM Fell English" w:hAnsi="IM Fell English"/>
          <w:color w:val="141414"/>
          <w:sz w:val="24"/>
        </w:rPr>
        <w:t>He hit send and waited. The message showed as delivered, but no response came. Tessa was probably already in the building, phone off or silenced, maintaining her cover as she moved through the marble halls.</w:t>
      </w:r>
    </w:p>
    <w:p>
      <w:r>
        <w:rPr>
          <w:rFonts w:ascii="IM Fell English" w:hAnsi="IM Fell English"/>
          <w:color w:val="141414"/>
          <w:sz w:val="24"/>
        </w:rPr>
        <w:t>She'd get the message when she could.</w:t>
      </w:r>
    </w:p>
    <w:p>
      <w:r>
        <w:rPr>
          <w:rFonts w:ascii="IM Fell English" w:hAnsi="IM Fell English"/>
          <w:color w:val="141414"/>
          <w:sz w:val="24"/>
        </w:rPr>
        <w:t>He shoved the phone back in the cup holder and pulled back into traffic, heading toward the second facility on his list.</w:t>
      </w:r>
    </w:p>
    <w:p>
      <w:r>
        <w:rPr>
          <w:rFonts w:ascii="IM Fell English" w:hAnsi="IM Fell English"/>
          <w:color w:val="141414"/>
          <w:sz w:val="24"/>
        </w:rPr>
        <w:t>Hall 9 was more what Jake had expected.</w:t>
      </w:r>
    </w:p>
    <w:p>
      <w:r>
        <w:rPr>
          <w:rFonts w:ascii="IM Fell English" w:hAnsi="IM Fell English"/>
          <w:color w:val="141414"/>
          <w:sz w:val="24"/>
        </w:rPr>
        <w:t>It sat in the industrial sector, a squat concrete building wedged between a water treatment facility and an automated recycling plant. The lobby smelled of disinfectant and recycled air, and the security guard at the front desk was a heavyset man in a rumpled uniform who looked like he'd been working the night shift and hadn't quite woken up yet.</w:t>
      </w:r>
    </w:p>
    <w:p>
      <w:r>
        <w:rPr>
          <w:rFonts w:ascii="IM Fell English" w:hAnsi="IM Fell English"/>
          <w:color w:val="141414"/>
          <w:sz w:val="24"/>
        </w:rPr>
        <w:t>"Detective Mareck," Jake said, flashing his badge. "I'm checking Archive Halls along the drainage line. Looking for any irregularities, missing inventory, staffing issues, that kind of thing."</w:t>
      </w:r>
    </w:p>
    <w:p>
      <w:r>
        <w:rPr>
          <w:rFonts w:ascii="IM Fell English" w:hAnsi="IM Fell English"/>
          <w:color w:val="141414"/>
          <w:sz w:val="24"/>
        </w:rPr>
        <w:t>The guard, his name tag read MORRISON, leaned back in his chair with a creak of protesting springs. "Irregularities? Nah, we had a quiet week. System is green across the board." He scratched his chin. "Why? Something happen?"</w:t>
      </w:r>
    </w:p>
    <w:p>
      <w:r>
        <w:rPr>
          <w:rFonts w:ascii="IM Fell English" w:hAnsi="IM Fell English"/>
          <w:color w:val="141414"/>
          <w:sz w:val="24"/>
        </w:rPr>
        <w:t>"Just following up on a lead."</w:t>
      </w:r>
    </w:p>
    <w:p>
      <w:r>
        <w:rPr>
          <w:rFonts w:ascii="IM Fell English" w:hAnsi="IM Fell English"/>
          <w:color w:val="141414"/>
          <w:sz w:val="24"/>
        </w:rPr>
        <w:t>Morrison nodded slowly, the way people did when they wanted to seem cooperative without actually being helpful. Then something shifted in his expression, curiosity getting the better of caution.</w:t>
      </w:r>
    </w:p>
    <w:p>
      <w:r>
        <w:rPr>
          <w:rFonts w:ascii="IM Fell English" w:hAnsi="IM Fell English"/>
          <w:color w:val="141414"/>
          <w:sz w:val="24"/>
        </w:rPr>
        <w:t>"You checking up on us because of the accident?"</w:t>
      </w:r>
    </w:p>
    <w:p>
      <w:r>
        <w:rPr>
          <w:rFonts w:ascii="IM Fell English" w:hAnsi="IM Fell English"/>
          <w:color w:val="141414"/>
          <w:sz w:val="24"/>
        </w:rPr>
        <w:t>Jake felt his pulse quicken, but he kept his face neutral. "What accident?"</w:t>
      </w:r>
    </w:p>
    <w:p>
      <w:r>
        <w:rPr>
          <w:rFonts w:ascii="IM Fell English" w:hAnsi="IM Fell English"/>
          <w:color w:val="141414"/>
          <w:sz w:val="24"/>
        </w:rPr>
        <w:t>"Over at Hall 23," Morrison said, pointing vaguely toward the west. "Figured that's where you're heading next. Poor bastard over there got mulched by an autonomous sweeper yesterday."</w:t>
      </w:r>
    </w:p>
    <w:p>
      <w:r>
        <w:rPr>
          <w:rFonts w:ascii="IM Fell English" w:hAnsi="IM Fell English"/>
          <w:color w:val="141414"/>
          <w:sz w:val="24"/>
        </w:rPr>
        <w:t>Jake froze.</w:t>
      </w:r>
    </w:p>
    <w:p>
      <w:r>
        <w:rPr>
          <w:rFonts w:ascii="IM Fell English" w:hAnsi="IM Fell English"/>
          <w:color w:val="141414"/>
          <w:sz w:val="24"/>
        </w:rPr>
        <w:t>Autonomous sweeper. Just like Grant.</w:t>
      </w:r>
    </w:p>
    <w:p>
      <w:r>
        <w:rPr>
          <w:rFonts w:ascii="IM Fell English" w:hAnsi="IM Fell English"/>
          <w:color w:val="141414"/>
          <w:sz w:val="24"/>
        </w:rPr>
        <w:t>"What was his name?"</w:t>
      </w:r>
    </w:p>
    <w:p>
      <w:r>
        <w:rPr>
          <w:rFonts w:ascii="IM Fell English" w:hAnsi="IM Fell English"/>
          <w:color w:val="141414"/>
          <w:sz w:val="24"/>
        </w:rPr>
        <w:t>"Oleg something. Word gets around, you know?" Morrison shook his head. "Freak thing, they're saying. Sweeper's collision avoidance just... failed. One in a million."</w:t>
      </w:r>
    </w:p>
    <w:p>
      <w:r>
        <w:rPr>
          <w:rFonts w:ascii="IM Fell English" w:hAnsi="IM Fell English"/>
          <w:color w:val="141414"/>
          <w:sz w:val="24"/>
        </w:rPr>
        <w:t>Or one in a pattern, Jake thought.</w:t>
      </w:r>
    </w:p>
    <w:p>
      <w:r>
        <w:rPr>
          <w:rFonts w:ascii="IM Fell English" w:hAnsi="IM Fell English"/>
          <w:color w:val="141414"/>
          <w:sz w:val="24"/>
        </w:rPr>
        <w:t>Two autonomous vehicles. Two "accidents." One who worked at Archive Hall 23.</w:t>
      </w:r>
    </w:p>
    <w:p>
      <w:r>
        <w:rPr>
          <w:rFonts w:ascii="IM Fell English" w:hAnsi="IM Fell English"/>
          <w:color w:val="141414"/>
          <w:sz w:val="24"/>
        </w:rPr>
        <w:t>The floater from the sewer. The dead worker. The pattern was crystallizing.</w:t>
      </w:r>
    </w:p>
    <w:p>
      <w:r>
        <w:rPr>
          <w:rFonts w:ascii="IM Fell English" w:hAnsi="IM Fell English"/>
          <w:color w:val="141414"/>
          <w:sz w:val="24"/>
        </w:rPr>
        <w:t>"Thanks for the heads up," Jake said aloud. "I appreciate it."</w:t>
      </w:r>
    </w:p>
    <w:p>
      <w:r>
        <w:rPr>
          <w:rFonts w:ascii="IM Fell English" w:hAnsi="IM Fell English"/>
          <w:color w:val="141414"/>
          <w:sz w:val="24"/>
        </w:rPr>
        <w:t>He walked back to his car, his mind churning through possibilities. A dead worker at Hall 23, killed by an autonomous vehicle with a "malfunctioning" safety system. Just like Grant.</w:t>
      </w:r>
    </w:p>
    <w:p>
      <w:r>
        <w:rPr>
          <w:rFonts w:ascii="IM Fell English" w:hAnsi="IM Fell English"/>
          <w:color w:val="141414"/>
          <w:sz w:val="24"/>
        </w:rPr>
        <w:t>Two autonomous vehicles. Two "accidents."</w:t>
      </w:r>
    </w:p>
    <w:p>
      <w:r>
        <w:rPr>
          <w:rFonts w:ascii="IM Fell English" w:hAnsi="IM Fell English"/>
          <w:color w:val="141414"/>
          <w:sz w:val="24"/>
        </w:rPr>
        <w:t>And Hall 23 was one of the three facilities along the drainage line where the floater could have come from.</w:t>
      </w:r>
    </w:p>
    <w:p>
      <w:r>
        <w:rPr>
          <w:rFonts w:ascii="IM Fell English" w:hAnsi="IM Fell English"/>
          <w:color w:val="141414"/>
          <w:sz w:val="24"/>
        </w:rPr>
        <w:t>Jake climbed into his sedan and checked his phone.</w:t>
      </w:r>
    </w:p>
    <w:p>
      <w:r>
        <w:rPr>
          <w:rFonts w:ascii="IM Fell English" w:hAnsi="IM Fell English"/>
          <w:color w:val="141414"/>
          <w:sz w:val="24"/>
        </w:rPr>
        <w:t>A message from Tessa. Finally.</w:t>
      </w:r>
    </w:p>
    <w:p>
      <w:r>
        <w:rPr>
          <w:rFonts w:ascii="IM Fell English" w:hAnsi="IM Fell English"/>
          <w:color w:val="141414"/>
          <w:sz w:val="24"/>
        </w:rPr>
        <w:t>Subject matches Archive Hall 23. Logs show him as currently suspended. The system is lying.?</w:t>
      </w:r>
    </w:p>
    <w:p>
      <w:r>
        <w:rPr>
          <w:rFonts w:ascii="IM Fell English" w:hAnsi="IM Fell English"/>
          <w:color w:val="141414"/>
          <w:sz w:val="24"/>
        </w:rPr>
        <w:t>Another message followed:</w:t>
      </w:r>
    </w:p>
    <w:p>
      <w:r>
        <w:rPr>
          <w:rFonts w:ascii="IM Fell English" w:hAnsi="IM Fell English"/>
          <w:color w:val="141414"/>
          <w:sz w:val="24"/>
        </w:rPr>
        <w:t>I'm going to the Core now. Going dark. If I don't message in two hours, run.</w:t>
      </w:r>
    </w:p>
    <w:p>
      <w:r>
        <w:rPr>
          <w:rFonts w:ascii="IM Fell English" w:hAnsi="IM Fell English"/>
          <w:color w:val="141414"/>
          <w:sz w:val="24"/>
        </w:rPr>
        <w:t>Jake's chest tightened. He typed quickly:</w:t>
      </w:r>
    </w:p>
    <w:p>
      <w:r>
        <w:rPr>
          <w:rFonts w:ascii="IM Fell English" w:hAnsi="IM Fell English"/>
          <w:color w:val="141414"/>
          <w:sz w:val="24"/>
        </w:rPr>
        <w:t>Be careful.</w:t>
      </w:r>
    </w:p>
    <w:p>
      <w:r>
        <w:rPr>
          <w:rFonts w:ascii="IM Fell English" w:hAnsi="IM Fell English"/>
          <w:color w:val="141414"/>
          <w:sz w:val="24"/>
        </w:rPr>
        <w:t>Then nothing. The timestamp showed she'd sent the messages fifteen minutes ago, probably right before entering the basement levels, right before cutting all digital communication.</w:t>
      </w:r>
    </w:p>
    <w:p>
      <w:r>
        <w:rPr>
          <w:rFonts w:ascii="IM Fell English" w:hAnsi="IM Fell English"/>
          <w:color w:val="141414"/>
          <w:sz w:val="24"/>
        </w:rPr>
        <w:t>She was alone down there. In the dark. Breaking into the most secure archive in Transition Authority.</w:t>
      </w:r>
    </w:p>
    <w:p>
      <w:r>
        <w:rPr>
          <w:rFonts w:ascii="IM Fell English" w:hAnsi="IM Fell English"/>
          <w:color w:val="141414"/>
          <w:sz w:val="24"/>
        </w:rPr>
        <w:t>Jake shoved the phone back in the cup holder.</w:t>
      </w:r>
    </w:p>
    <w:p>
      <w:r>
        <w:rPr>
          <w:rFonts w:ascii="IM Fell English" w:hAnsi="IM Fell English"/>
          <w:color w:val="141414"/>
          <w:sz w:val="24"/>
        </w:rPr>
        <w:t>Hall 23. Tessa had confirmed it. The floater had come from Archive Hall 23, the same facility where Oleg had just been killed by an autonomous sweeper.</w:t>
      </w:r>
    </w:p>
    <w:p>
      <w:r>
        <w:rPr>
          <w:rFonts w:ascii="IM Fell English" w:hAnsi="IM Fell English"/>
          <w:color w:val="141414"/>
          <w:sz w:val="24"/>
        </w:rPr>
        <w:t>He gunned the engine and headed west, toward Archive Hall 23.</w:t>
      </w:r>
    </w:p>
    <w:p>
      <w:r>
        <w:rPr>
          <w:rFonts w:ascii="IM Fell English" w:hAnsi="IM Fell English"/>
          <w:color w:val="141414"/>
          <w:sz w:val="24"/>
        </w:rPr>
        <w:t>Archive Hall 23 was a concrete box squatting in a suburban industrial park, surrounded by chain-link fencing and the kind of aggressive signage that suggested lawsuits rather than welcome. AUTHORIZED PERSONNEL ONLY. NO TRESPASSING. VIOLATORS WILL BE PROSECUTED.</w:t>
      </w:r>
    </w:p>
    <w:p>
      <w:r>
        <w:rPr>
          <w:rFonts w:ascii="IM Fell English" w:hAnsi="IM Fell English"/>
          <w:color w:val="141414"/>
          <w:sz w:val="24"/>
        </w:rPr>
        <w:t>Jake parked in the visitor lot, empty except for a maintenance van and a sedan that looked like it hadn't moved in weeks, and walked to the front entrance. The lobby was functional and depressing: linoleum floors, fluorescent lighting, a reception desk staffed by a young guard who looked barely old enough to shave.</w:t>
      </w:r>
    </w:p>
    <w:p>
      <w:r>
        <w:rPr>
          <w:rFonts w:ascii="IM Fell English" w:hAnsi="IM Fell English"/>
          <w:color w:val="141414"/>
          <w:sz w:val="24"/>
        </w:rPr>
        <w:t>Jake flashed his badge with enough authority to make the kid stumble backward. "I need to speak to the shift supervisor. Now."</w:t>
      </w:r>
    </w:p>
    <w:p>
      <w:r>
        <w:rPr>
          <w:rFonts w:ascii="IM Fell English" w:hAnsi="IM Fell English"/>
          <w:color w:val="141414"/>
          <w:sz w:val="24"/>
        </w:rPr>
        <w:t>"I, yes, sir. Let me just, " The guard fumbled with his radio, nearly dropping it. "Petra? There's a detective here. Says he needs to talk to you."</w:t>
      </w:r>
    </w:p>
    <w:p>
      <w:r>
        <w:rPr>
          <w:rFonts w:ascii="IM Fell English" w:hAnsi="IM Fell English"/>
          <w:color w:val="141414"/>
          <w:sz w:val="24"/>
        </w:rPr>
        <w:t>A pause. Static. Then a woman's voice, tired and wary: "Send him back."</w:t>
      </w:r>
    </w:p>
    <w:p>
      <w:r>
        <w:rPr>
          <w:rFonts w:ascii="IM Fell English" w:hAnsi="IM Fell English"/>
          <w:color w:val="141414"/>
          <w:sz w:val="24"/>
        </w:rPr>
        <w:t>The guard pointed toward a door marked ADMINISTRATION. Jake pushed through without waiting for further direction.</w:t>
      </w:r>
    </w:p>
    <w:p>
      <w:r>
        <w:rPr>
          <w:rFonts w:ascii="IM Fell English" w:hAnsi="IM Fell English"/>
          <w:color w:val="141414"/>
          <w:sz w:val="24"/>
        </w:rPr>
        <w:t>The office beyond was small and cluttered, dominated by a desk covered in paperwork and a woman who looked like she hadn't slept in days. She was maybe forty, with dark hair streaked with gray and eyes rimmed with red. Her name tag read PETRA RODRIGUEZ, SHIFT SUPERVISOR.</w:t>
      </w:r>
    </w:p>
    <w:p>
      <w:r>
        <w:rPr>
          <w:rFonts w:ascii="IM Fell English" w:hAnsi="IM Fell English"/>
          <w:color w:val="141414"/>
          <w:sz w:val="24"/>
        </w:rPr>
        <w:t>She stood as Jake entered, her posture defensive. "I'm Petra. What's this about?"</w:t>
      </w:r>
    </w:p>
    <w:p>
      <w:r>
        <w:rPr>
          <w:rFonts w:ascii="IM Fell English" w:hAnsi="IM Fell English"/>
          <w:color w:val="141414"/>
          <w:sz w:val="24"/>
        </w:rPr>
        <w:t>"Detective Jake Mareck, Metro Homicide." He watched her face carefully as he spoke. "I understand a worker named Oleg was killed yesterday. Autonomous sweeper accident."</w:t>
      </w:r>
    </w:p>
    <w:p>
      <w:r>
        <w:rPr>
          <w:rFonts w:ascii="IM Fell English" w:hAnsi="IM Fell English"/>
          <w:color w:val="141414"/>
          <w:sz w:val="24"/>
        </w:rPr>
        <w:t>Petra flinched. It was subtle, a tightening around the eyes, a slight hitch in her breathing, but Jake had been reading people for twenty years. She was worried.</w:t>
      </w:r>
    </w:p>
    <w:p>
      <w:r>
        <w:rPr>
          <w:rFonts w:ascii="IM Fell English" w:hAnsi="IM Fell English"/>
          <w:color w:val="141414"/>
          <w:sz w:val="24"/>
        </w:rPr>
        <w:t>"Yes," she said. "Oleg Volkov. It happened yesterday morning, just after his shift ended. He was walking home, accident captured by CCTV camera across the road"</w:t>
      </w:r>
    </w:p>
    <w:p>
      <w:r>
        <w:rPr>
          <w:rFonts w:ascii="IM Fell English" w:hAnsi="IM Fell English"/>
          <w:color w:val="141414"/>
          <w:sz w:val="24"/>
        </w:rPr>
        <w:t>"He was a good man. Quiet. Reliable." Her voice wavered. "The system said it was a malfunction. One in a million, they said."</w:t>
      </w:r>
    </w:p>
    <w:p>
      <w:r>
        <w:rPr>
          <w:rFonts w:ascii="IM Fell English" w:hAnsi="IM Fell English"/>
          <w:color w:val="141414"/>
          <w:sz w:val="24"/>
        </w:rPr>
        <w:t>"Was he working alone the night before?"</w:t>
      </w:r>
    </w:p>
    <w:p>
      <w:r>
        <w:rPr>
          <w:rFonts w:ascii="IM Fell English" w:hAnsi="IM Fell English"/>
          <w:color w:val="141414"/>
          <w:sz w:val="24"/>
        </w:rPr>
        <w:t>Petra hesitated. The pause was too long, too weighted with things unsaid.</w:t>
      </w:r>
    </w:p>
    <w:p>
      <w:r>
        <w:rPr>
          <w:rFonts w:ascii="IM Fell English" w:hAnsi="IM Fell English"/>
          <w:color w:val="141414"/>
          <w:sz w:val="24"/>
        </w:rPr>
        <w:t>"No," she finally admitted. "He worked with Stjepan. Stjepan Babić. They've been partners for years." She rubbed her temples with trembling fingers. "But Stjepan hasn't reported in for two days. No call, no message. It's not like him."</w:t>
      </w:r>
    </w:p>
    <w:p>
      <w:r>
        <w:rPr>
          <w:rFonts w:ascii="IM Fell English" w:hAnsi="IM Fell English"/>
          <w:color w:val="141414"/>
          <w:sz w:val="24"/>
        </w:rPr>
        <w:t>One dead. One missing. The pattern was crystallizing.</w:t>
      </w:r>
    </w:p>
    <w:p>
      <w:r>
        <w:rPr>
          <w:rFonts w:ascii="IM Fell English" w:hAnsi="IM Fell English"/>
          <w:color w:val="141414"/>
          <w:sz w:val="24"/>
        </w:rPr>
        <w:t>"Petra," Jake said, dropping his voice to something approaching gentle. "I'm not here for a wellness check. I'm here because we found a body in the Riverside sewage treatment plant. A transitioner wearing Archive Hall fatigues. We traced the serial number back to this facility."</w:t>
      </w:r>
    </w:p>
    <w:p>
      <w:r>
        <w:rPr>
          <w:rFonts w:ascii="IM Fell English" w:hAnsi="IM Fell English"/>
          <w:color w:val="141414"/>
          <w:sz w:val="24"/>
        </w:rPr>
        <w:t>Petra shook her head, but the denial was automatic, reflexive. "That's impossible. Our system monitors every seat. If a body was missing, the board would light up red. We have full occupancy."</w:t>
      </w:r>
    </w:p>
    <w:p>
      <w:r>
        <w:rPr>
          <w:rFonts w:ascii="IM Fell English" w:hAnsi="IM Fell English"/>
          <w:color w:val="141414"/>
          <w:sz w:val="24"/>
        </w:rPr>
        <w:t>"Then the system is lying to you." Jake stepped past her toward the heavy double doors that led to the main hall. "Show me."</w:t>
      </w:r>
    </w:p>
    <w:p>
      <w:r>
        <w:rPr>
          <w:rFonts w:ascii="IM Fell English" w:hAnsi="IM Fell English"/>
          <w:color w:val="141414"/>
          <w:sz w:val="24"/>
        </w:rPr>
        <w:t>The catwalk stretched across the upper level of Archive Hall 23, a metal grating that vibrated beneath Jake's feet with the hum of one thousand cooling fans. Below him, the main floor spread out like a factory of the damned, row after row of utilitarian chairs, each one holding a human body in suspended animation.</w:t>
      </w:r>
    </w:p>
    <w:p>
      <w:r>
        <w:rPr>
          <w:rFonts w:ascii="IM Fell English" w:hAnsi="IM Fell English"/>
          <w:color w:val="141414"/>
          <w:sz w:val="24"/>
        </w:rPr>
        <w:t>These weren't the elegant recliners of Hall 14. These were industrial-grade harnesses designed for efficiency rather than comfort. The transitioners wore simple gray jumpsuits, their heads lolling forward, chins resting on chests. Tubes snaked from ports at the base of their skulls, delivering nutrients and removing waste. Their neural rings gleamed dully in the harsh fluorescent light.</w:t>
      </w:r>
    </w:p>
    <w:p>
      <w:r>
        <w:rPr>
          <w:rFonts w:ascii="IM Fell English" w:hAnsi="IM Fell English"/>
          <w:color w:val="141414"/>
          <w:sz w:val="24"/>
        </w:rPr>
        <w:t>The air smelled of recycled oxygen, disinfectant, and something else, something organic and faintly sour, like the ghost of sweat and decay.</w:t>
      </w:r>
    </w:p>
    <w:p>
      <w:r>
        <w:rPr>
          <w:rFonts w:ascii="IM Fell English" w:hAnsi="IM Fell English"/>
          <w:color w:val="141414"/>
          <w:sz w:val="24"/>
        </w:rPr>
        <w:t>"How many?" Jake asked.</w:t>
      </w:r>
    </w:p>
    <w:p>
      <w:r>
        <w:rPr>
          <w:rFonts w:ascii="IM Fell English" w:hAnsi="IM Fell English"/>
          <w:color w:val="141414"/>
          <w:sz w:val="24"/>
        </w:rPr>
        <w:t>"Twenty thousand two hundred and forty-seven," Petra said. "Full capacity."</w:t>
      </w:r>
    </w:p>
    <w:p>
      <w:r>
        <w:rPr>
          <w:rFonts w:ascii="IM Fell English" w:hAnsi="IM Fell English"/>
          <w:color w:val="141414"/>
          <w:sz w:val="24"/>
        </w:rPr>
        <w:t>Jake scanned the ceiling. In the corner, mounted on a motorized housing, was a camera unit, bulky, outdated, covered in a layer of dust that suggested it hadn't been serviced in years.</w:t>
      </w:r>
    </w:p>
    <w:p>
      <w:r>
        <w:rPr>
          <w:rFonts w:ascii="IM Fell English" w:hAnsi="IM Fell English"/>
          <w:color w:val="141414"/>
          <w:sz w:val="24"/>
        </w:rPr>
        <w:t>"Cameras?"</w:t>
      </w:r>
    </w:p>
    <w:p>
      <w:r>
        <w:rPr>
          <w:rFonts w:ascii="IM Fell English" w:hAnsi="IM Fell English"/>
          <w:color w:val="141414"/>
          <w:sz w:val="24"/>
        </w:rPr>
        <w:t>"We have a CCTV system," Petra said. "But it's ancient. Analog, hard line, not connected to the main network. We keep a seven-day loop on tape."</w:t>
      </w:r>
    </w:p>
    <w:p>
      <w:r>
        <w:rPr>
          <w:rFonts w:ascii="IM Fell English" w:hAnsi="IM Fell English"/>
          <w:color w:val="141414"/>
          <w:sz w:val="24"/>
        </w:rPr>
        <w:t>Jake stopped walking. Analog. Hard line. Not connected to the network.</w:t>
      </w:r>
    </w:p>
    <w:p>
      <w:r>
        <w:rPr>
          <w:rFonts w:ascii="IM Fell English" w:hAnsi="IM Fell English"/>
          <w:color w:val="141414"/>
          <w:sz w:val="24"/>
        </w:rPr>
        <w:t>Whatever was manipulating the digital systems, erasing logs, rewriting evidence, controlling autonomous vehicles, it couldn't touch a physical tape. The recording would be raw, unfiltered, uncorrupted.</w:t>
      </w:r>
    </w:p>
    <w:p>
      <w:r>
        <w:rPr>
          <w:rFonts w:ascii="IM Fell English" w:hAnsi="IM Fell English"/>
          <w:color w:val="141414"/>
          <w:sz w:val="24"/>
        </w:rPr>
        <w:t>"I need to see the footage from three nights ago," Jake said. "Monday evening. The night June Rafferty was killed."</w:t>
      </w:r>
    </w:p>
    <w:p>
      <w:r>
        <w:rPr>
          <w:rFonts w:ascii="IM Fell English" w:hAnsi="IM Fell English"/>
          <w:color w:val="141414"/>
          <w:sz w:val="24"/>
        </w:rPr>
        <w:t>Petra's face went pale. "That's... that's the night Stjepan and Oleg were on shift."</w:t>
      </w:r>
    </w:p>
    <w:p>
      <w:r>
        <w:rPr>
          <w:rFonts w:ascii="IM Fell English" w:hAnsi="IM Fell English"/>
          <w:color w:val="141414"/>
          <w:sz w:val="24"/>
        </w:rPr>
        <w:t>The security booth was a cramped room, barely larger than a closet, dominated by a bank of monitors showing feeds from cameras throughout the facility. Most of the screens displayed the same static image, rows of sleeping bodies, unchanging, eternal.</w:t>
      </w:r>
    </w:p>
    <w:p>
      <w:r>
        <w:rPr>
          <w:rFonts w:ascii="IM Fell English" w:hAnsi="IM Fell English"/>
          <w:color w:val="141414"/>
          <w:sz w:val="24"/>
        </w:rPr>
        <w:t>Petra pulled a tape from a rack labeled with dates and slotted it into a player that looked older than Jake. The screen flickered, filled with static, then resolved into a grainy black-and-white image of the main hall.</w:t>
      </w:r>
    </w:p>
    <w:p>
      <w:r>
        <w:rPr>
          <w:rFonts w:ascii="IM Fell English" w:hAnsi="IM Fell English"/>
          <w:color w:val="141414"/>
          <w:sz w:val="24"/>
        </w:rPr>
        <w:t>Timestamp: 21:47.</w:t>
      </w:r>
    </w:p>
    <w:p>
      <w:r>
        <w:rPr>
          <w:rFonts w:ascii="IM Fell English" w:hAnsi="IM Fell English"/>
          <w:color w:val="141414"/>
          <w:sz w:val="24"/>
        </w:rPr>
        <w:t>The footage showed two figures at the central control station: Stjepan and Oleg, recognizable from their builds even in the low-resolution image. They appeared to be running through routine checks, consulting clipboards, tapping commands into a console.</w:t>
      </w:r>
    </w:p>
    <w:p>
      <w:r>
        <w:rPr>
          <w:rFonts w:ascii="IM Fell English" w:hAnsi="IM Fell English"/>
          <w:color w:val="141414"/>
          <w:sz w:val="24"/>
        </w:rPr>
        <w:t>Then they moved.</w:t>
      </w:r>
    </w:p>
    <w:p>
      <w:r>
        <w:rPr>
          <w:rFonts w:ascii="IM Fell English" w:hAnsi="IM Fell English"/>
          <w:color w:val="141414"/>
          <w:sz w:val="24"/>
        </w:rPr>
        <w:t>They walked with purpose toward Section 12, stopping at two adjacent seats: 247 and 248. The occupants, two male transitioners, their faces slack and expressionless, hung motionless in their harnesses.</w:t>
      </w:r>
    </w:p>
    <w:p>
      <w:r>
        <w:rPr>
          <w:rFonts w:ascii="IM Fell English" w:hAnsi="IM Fell English"/>
          <w:color w:val="141414"/>
          <w:sz w:val="24"/>
        </w:rPr>
        <w:t>Stjepan reached for the feeding tube connected to Seat 247. He disconnected it with practiced efficiency. Oleg did the same for Seat 248.</w:t>
      </w:r>
    </w:p>
    <w:p>
      <w:r>
        <w:rPr>
          <w:rFonts w:ascii="IM Fell English" w:hAnsi="IM Fell English"/>
          <w:color w:val="141414"/>
          <w:sz w:val="24"/>
        </w:rPr>
        <w:t>Then they unbuckled the restraints.</w:t>
      </w:r>
    </w:p>
    <w:p>
      <w:r>
        <w:rPr>
          <w:rFonts w:ascii="IM Fell English" w:hAnsi="IM Fell English"/>
          <w:color w:val="141414"/>
          <w:sz w:val="24"/>
        </w:rPr>
        <w:t>Jake leaned forward, his breath catching in his throat.</w:t>
      </w:r>
    </w:p>
    <w:p>
      <w:r>
        <w:rPr>
          <w:rFonts w:ascii="IM Fell English" w:hAnsi="IM Fell English"/>
          <w:color w:val="141414"/>
          <w:sz w:val="24"/>
        </w:rPr>
        <w:t>The two transitioners stood up.</w:t>
      </w:r>
    </w:p>
    <w:p>
      <w:r>
        <w:rPr>
          <w:rFonts w:ascii="IM Fell English" w:hAnsi="IM Fell English"/>
          <w:color w:val="141414"/>
          <w:sz w:val="24"/>
        </w:rPr>
        <w:t>They didn't move like humans waking from sleep. They didn't stretch or blink or show any sign of confusion. They simply... rose. Their movements were smooth, synchronized, mechanical. They stood in perfect unison, their eyes open but seeing nothing, their faces empty of any human expression.</w:t>
      </w:r>
    </w:p>
    <w:p>
      <w:r>
        <w:rPr>
          <w:rFonts w:ascii="IM Fell English" w:hAnsi="IM Fell English"/>
          <w:color w:val="141414"/>
          <w:sz w:val="24"/>
        </w:rPr>
        <w:t>"My god." Petra’s voice shook. "What is that? What's happening to them?"</w:t>
      </w:r>
    </w:p>
    <w:p>
      <w:r>
        <w:rPr>
          <w:rFonts w:ascii="IM Fell English" w:hAnsi="IM Fell English"/>
          <w:color w:val="141414"/>
          <w:sz w:val="24"/>
        </w:rPr>
        <w:t>Jake didn't answer. He watched as Stjepan walked to the adjacent aisle and approached two other sleeping patients, Seats 246 and 249. He reached up and removed their neural rings, handling the devices with careful precision.</w:t>
      </w:r>
    </w:p>
    <w:p>
      <w:r>
        <w:rPr>
          <w:rFonts w:ascii="IM Fell English" w:hAnsi="IM Fell English"/>
          <w:color w:val="141414"/>
          <w:sz w:val="24"/>
        </w:rPr>
        <w:t>He walked back and handed the rings to the standing transitioners.</w:t>
      </w:r>
    </w:p>
    <w:p>
      <w:r>
        <w:rPr>
          <w:rFonts w:ascii="IM Fell English" w:hAnsi="IM Fell English"/>
          <w:color w:val="141414"/>
          <w:sz w:val="24"/>
        </w:rPr>
        <w:t>Gozinski and Solovyov, because that's who they had to be, accepted the rings without acknowledgment. They held them in their hands like tools, like weapons. They didn't put them on.</w:t>
      </w:r>
    </w:p>
    <w:p>
      <w:r>
        <w:rPr>
          <w:rFonts w:ascii="IM Fell English" w:hAnsi="IM Fell English"/>
          <w:color w:val="141414"/>
          <w:sz w:val="24"/>
        </w:rPr>
        <w:t>Then, moving in perfect synchronization, they turned and walked toward the exit. Their gait was wrong, too smooth, too regular, lacking the natural variation of human movement. They looked like puppets on invisible strings.</w:t>
      </w:r>
    </w:p>
    <w:p>
      <w:r>
        <w:rPr>
          <w:rFonts w:ascii="IM Fell English" w:hAnsi="IM Fell English"/>
          <w:color w:val="141414"/>
          <w:sz w:val="24"/>
        </w:rPr>
        <w:t>"No alarms?" Jake asked.</w:t>
      </w:r>
    </w:p>
    <w:p>
      <w:r>
        <w:rPr>
          <w:rFonts w:ascii="IM Fell English" w:hAnsi="IM Fell English"/>
          <w:color w:val="141414"/>
          <w:sz w:val="24"/>
        </w:rPr>
        <w:t>"I don't understand," Petra stammered. "The system should have flagged them... Unauthorized departure, vital signs anomaly, something. But there's nothing in the logs. Nothing."</w:t>
      </w:r>
    </w:p>
    <w:p>
      <w:r>
        <w:rPr>
          <w:rFonts w:ascii="IM Fell English" w:hAnsi="IM Fell English"/>
          <w:color w:val="141414"/>
          <w:sz w:val="24"/>
        </w:rPr>
        <w:t>Because someone deleted it, Jake thought. Someone with access to the system. Someone who could reach into the digital architecture and erase whatever they wanted.</w:t>
      </w:r>
    </w:p>
    <w:p>
      <w:r>
        <w:rPr>
          <w:rFonts w:ascii="IM Fell English" w:hAnsi="IM Fell English"/>
          <w:color w:val="141414"/>
          <w:sz w:val="24"/>
        </w:rPr>
        <w:t>He scrubbed the video forward.</w:t>
      </w:r>
    </w:p>
    <w:p>
      <w:r>
        <w:rPr>
          <w:rFonts w:ascii="IM Fell English" w:hAnsi="IM Fell English"/>
          <w:color w:val="141414"/>
          <w:sz w:val="24"/>
        </w:rPr>
        <w:t>Timestamp: 23:47.</w:t>
      </w:r>
    </w:p>
    <w:p>
      <w:r>
        <w:rPr>
          <w:rFonts w:ascii="IM Fell English" w:hAnsi="IM Fell English"/>
          <w:color w:val="141414"/>
          <w:sz w:val="24"/>
        </w:rPr>
        <w:t>Solovyov returned. He walked through the main entrance with the same mechanical gait, moving directly to Stjepan at the control station. Without a word, without any visible communication, he handed over the neural ring he had been carrying, the one borrowed from the sleeping occupant of Seat 249.</w:t>
      </w:r>
    </w:p>
    <w:p>
      <w:r>
        <w:rPr>
          <w:rFonts w:ascii="IM Fell English" w:hAnsi="IM Fell English"/>
          <w:color w:val="141414"/>
          <w:sz w:val="24"/>
        </w:rPr>
        <w:t>Then Solovyov walked to Section 12, sat down in Seat 248, and went still.</w:t>
      </w:r>
    </w:p>
    <w:p>
      <w:r>
        <w:rPr>
          <w:rFonts w:ascii="IM Fell English" w:hAnsi="IM Fell English"/>
          <w:color w:val="141414"/>
          <w:sz w:val="24"/>
        </w:rPr>
        <w:t>Stjepan strapped him back in with practiced efficiency. He reconnected the feeding tubes. He checked the monitors. Then he walked to Seat 249 and placed the borrowed ring back on the head of its original owner, a middle-aged man who had never moved throughout the entire sequence.</w:t>
      </w:r>
    </w:p>
    <w:p>
      <w:r>
        <w:rPr>
          <w:rFonts w:ascii="IM Fell English" w:hAnsi="IM Fell English"/>
          <w:color w:val="141414"/>
          <w:sz w:val="24"/>
        </w:rPr>
        <w:t>The ring that had recorded the death was now sitting on an innocent transitioner's head, uploading its contents through his interface.</w:t>
      </w:r>
    </w:p>
    <w:p>
      <w:r>
        <w:rPr>
          <w:rFonts w:ascii="IM Fell English" w:hAnsi="IM Fell English"/>
          <w:color w:val="141414"/>
          <w:sz w:val="24"/>
        </w:rPr>
        <w:t>"Hidden in plain sight."</w:t>
      </w:r>
    </w:p>
    <w:p>
      <w:r>
        <w:rPr>
          <w:rFonts w:ascii="IM Fell English" w:hAnsi="IM Fell English"/>
          <w:color w:val="141414"/>
          <w:sz w:val="24"/>
        </w:rPr>
        <w:t>Jake scrubbed forward again.</w:t>
      </w:r>
    </w:p>
    <w:p>
      <w:r>
        <w:rPr>
          <w:rFonts w:ascii="IM Fell English" w:hAnsi="IM Fell English"/>
          <w:color w:val="141414"/>
          <w:sz w:val="24"/>
        </w:rPr>
        <w:t>Timestamp: 00:47.</w:t>
      </w:r>
    </w:p>
    <w:p>
      <w:r>
        <w:rPr>
          <w:rFonts w:ascii="IM Fell English" w:hAnsi="IM Fell English"/>
          <w:color w:val="141414"/>
          <w:sz w:val="24"/>
        </w:rPr>
        <w:t>Gozinski returned. But something was wrong.</w:t>
      </w:r>
    </w:p>
    <w:p>
      <w:r>
        <w:rPr>
          <w:rFonts w:ascii="IM Fell English" w:hAnsi="IM Fell English"/>
          <w:color w:val="141414"/>
          <w:sz w:val="24"/>
        </w:rPr>
        <w:t>He wasn't moving with the smooth mechanical precision of before. He was stumbling, lurching, his coordination failing like a puppet with tangled strings. His head jerked at odd angles. His arms swung erratically.</w:t>
      </w:r>
    </w:p>
    <w:p>
      <w:r>
        <w:rPr>
          <w:rFonts w:ascii="IM Fell English" w:hAnsi="IM Fell English"/>
          <w:color w:val="141414"/>
          <w:sz w:val="24"/>
        </w:rPr>
        <w:t>Stjepan and Oleg were waiting at the entrance. The video showed Stjepan stepping forward, reaching for Gozinski, specifically reaching for the neural ring clutched in Gozinski's hand.</w:t>
      </w:r>
    </w:p>
    <w:p>
      <w:r>
        <w:rPr>
          <w:rFonts w:ascii="IM Fell English" w:hAnsi="IM Fell English"/>
          <w:color w:val="141414"/>
          <w:sz w:val="24"/>
        </w:rPr>
        <w:t>Gozinski resisted. His mouth opened, a silent scream in the grainy footage. His free hand clawed at Stjepan's face.</w:t>
      </w:r>
    </w:p>
    <w:p>
      <w:r>
        <w:rPr>
          <w:rFonts w:ascii="IM Fell English" w:hAnsi="IM Fell English"/>
          <w:color w:val="141414"/>
          <w:sz w:val="24"/>
        </w:rPr>
        <w:t>Stjepan wrenched the ring away. In the same motion, something happened, a flash of movement, Gozinski's body going rigid, then convulsing.</w:t>
      </w:r>
    </w:p>
    <w:p>
      <w:r>
        <w:rPr>
          <w:rFonts w:ascii="IM Fell English" w:hAnsi="IM Fell English"/>
          <w:color w:val="141414"/>
          <w:sz w:val="24"/>
        </w:rPr>
        <w:t>Then Oleg appeared behind Gozinski, holding something long and metallic. A pole. A pipe.</w:t>
      </w:r>
    </w:p>
    <w:p>
      <w:r>
        <w:rPr>
          <w:rFonts w:ascii="IM Fell English" w:hAnsi="IM Fell English"/>
          <w:color w:val="141414"/>
          <w:sz w:val="24"/>
        </w:rPr>
        <w:t>He swung.</w:t>
      </w:r>
    </w:p>
    <w:p>
      <w:r>
        <w:rPr>
          <w:rFonts w:ascii="IM Fell English" w:hAnsi="IM Fell English"/>
          <w:color w:val="141414"/>
          <w:sz w:val="24"/>
        </w:rPr>
        <w:t>Gozinski dropped.</w:t>
      </w:r>
    </w:p>
    <w:p>
      <w:r>
        <w:rPr>
          <w:rFonts w:ascii="IM Fell English" w:hAnsi="IM Fell English"/>
          <w:color w:val="141414"/>
          <w:sz w:val="24"/>
        </w:rPr>
        <w:t>"They killed him," Petra gasped, her hand pressed over her mouth. "They killed him right there. In my Hall. On my shift."</w:t>
      </w:r>
    </w:p>
    <w:p>
      <w:r>
        <w:rPr>
          <w:rFonts w:ascii="IM Fell English" w:hAnsi="IM Fell English"/>
          <w:color w:val="141414"/>
          <w:sz w:val="24"/>
        </w:rPr>
        <w:t>Jake watched as Stjepan and Oleg dragged Gozinski's body out of frame. The timestamp ticked forward, minutes passing in seconds of scrubbed footage. The two men reappeared, their clothes disheveled, their movements quick and nervous. Whatever they had done with the body, it was gone now.</w:t>
      </w:r>
    </w:p>
    <w:p>
      <w:r>
        <w:rPr>
          <w:rFonts w:ascii="IM Fell English" w:hAnsi="IM Fell English"/>
          <w:color w:val="141414"/>
          <w:sz w:val="24"/>
        </w:rPr>
        <w:t>But Seat 247 was empty. And according to Petra, the system showed full occupancy.</w:t>
      </w:r>
    </w:p>
    <w:p>
      <w:r>
        <w:rPr>
          <w:rFonts w:ascii="IM Fell English" w:hAnsi="IM Fell English"/>
          <w:color w:val="141414"/>
          <w:sz w:val="24"/>
        </w:rPr>
        <w:t>Jake scrubbed forward again.</w:t>
      </w:r>
    </w:p>
    <w:p>
      <w:r>
        <w:rPr>
          <w:rFonts w:ascii="IM Fell English" w:hAnsi="IM Fell English"/>
          <w:color w:val="141414"/>
          <w:sz w:val="24"/>
        </w:rPr>
        <w:t>Timestamp: 02:15.</w:t>
      </w:r>
    </w:p>
    <w:p>
      <w:r>
        <w:rPr>
          <w:rFonts w:ascii="IM Fell English" w:hAnsi="IM Fell English"/>
          <w:color w:val="141414"/>
          <w:sz w:val="24"/>
        </w:rPr>
        <w:t>Oleg reappeared. He was dragging someone, a man, unconscious, his body limp and unresisting.</w:t>
      </w:r>
    </w:p>
    <w:p>
      <w:r>
        <w:rPr>
          <w:rFonts w:ascii="IM Fell English" w:hAnsi="IM Fell English"/>
          <w:color w:val="141414"/>
          <w:sz w:val="24"/>
        </w:rPr>
        <w:t>"That's Stjepan," Petra said, pointing at the screen with a trembling finger. "That's Stjepan. He's drunk. Oleg is dragging him."</w:t>
      </w:r>
    </w:p>
    <w:p>
      <w:r>
        <w:rPr>
          <w:rFonts w:ascii="IM Fell English" w:hAnsi="IM Fell English"/>
          <w:color w:val="141414"/>
          <w:sz w:val="24"/>
        </w:rPr>
        <w:t>Jake watched as Oleg hauled his partner to Section 12. He dumped Stjepan into the empty harness of Seat 247, Gozinski's seat. With clumsy, shaking hands, he strapped Stjepan in. He shaved Stjepan's head with what looked like hair clipper, the strokes rough and uneven.</w:t>
      </w:r>
    </w:p>
    <w:p>
      <w:r>
        <w:rPr>
          <w:rFonts w:ascii="IM Fell English" w:hAnsi="IM Fell English"/>
          <w:color w:val="141414"/>
          <w:sz w:val="24"/>
        </w:rPr>
        <w:t>Then Oleg picked up a neural ring, Gozinski's original ring, the one that had been controlling him during his murderous excursion, and placed it on Stjepan's freshly shaved scalp.</w:t>
      </w:r>
    </w:p>
    <w:p>
      <w:r>
        <w:rPr>
          <w:rFonts w:ascii="IM Fell English" w:hAnsi="IM Fell English"/>
          <w:color w:val="141414"/>
          <w:sz w:val="24"/>
        </w:rPr>
        <w:t>The moment the contacts touched skin, Stjepan went rigid. His mouth opened in a silent scream, every muscle locking in a violent seizure. Then he went limp. The monitor flickered: SEAT 247: OCCUPIED. STATUS: ONLINE.</w:t>
      </w:r>
    </w:p>
    <w:p>
      <w:r>
        <w:rPr>
          <w:rFonts w:ascii="IM Fell English" w:hAnsi="IM Fell English"/>
          <w:color w:val="141414"/>
          <w:sz w:val="24"/>
        </w:rPr>
        <w:t>"That's not a transitioner," Jake said, his voice flat and cold. "That's your missing guard. Oleg put his own partner into the machine."</w:t>
      </w:r>
    </w:p>
    <w:p>
      <w:r>
        <w:rPr>
          <w:rFonts w:ascii="IM Fell English" w:hAnsi="IM Fell English"/>
          <w:color w:val="141414"/>
          <w:sz w:val="24"/>
        </w:rPr>
        <w:t>Petra was crying now, tears streaming silently down her face. "But why? Why would he do that?"</w:t>
      </w:r>
    </w:p>
    <w:p>
      <w:r>
        <w:rPr>
          <w:rFonts w:ascii="IM Fell English" w:hAnsi="IM Fell English"/>
          <w:color w:val="141414"/>
          <w:sz w:val="24"/>
        </w:rPr>
        <w:t>"To fill the empty seat. To hide what they'd done." Jake turned to face her. "Where is Seat 247 now? Where is Stjepan's body?"</w:t>
      </w:r>
    </w:p>
    <w:p>
      <w:r>
        <w:rPr>
          <w:rFonts w:ascii="IM Fell English" w:hAnsi="IM Fell English"/>
          <w:color w:val="141414"/>
          <w:sz w:val="24"/>
        </w:rPr>
        <w:t>Petra's face crumpled. "The sensor flagged the occupant as deceased this morning. Heart failure, the system said. The maintenance crew was prepping him for incineration when you arrived."</w:t>
      </w:r>
    </w:p>
    <w:p>
      <w:r>
        <w:rPr>
          <w:rFonts w:ascii="IM Fell English" w:hAnsi="IM Fell English"/>
          <w:color w:val="141414"/>
          <w:sz w:val="24"/>
        </w:rPr>
        <w:t>Jake was already moving. "Stop them. Now."</w:t>
      </w:r>
    </w:p>
    <w:p>
      <w:r>
        <w:rPr>
          <w:rFonts w:ascii="IM Fell English" w:hAnsi="IM Fell English"/>
          <w:color w:val="141414"/>
          <w:sz w:val="24"/>
        </w:rPr>
        <w:t>They ran through the facility, Petra shouting into her radio, Jake's hand on his weapon. They burst through the doors into Section 12 just as two workers in gray coveralls were loading a body bag onto a cart.</w:t>
      </w:r>
    </w:p>
    <w:p>
      <w:r>
        <w:rPr>
          <w:rFonts w:ascii="IM Fell English" w:hAnsi="IM Fell English"/>
          <w:color w:val="141414"/>
          <w:sz w:val="24"/>
        </w:rPr>
        <w:t>"Police!" Jake’s hand on his Glock. "Step away from the body!"</w:t>
      </w:r>
    </w:p>
    <w:p>
      <w:r>
        <w:rPr>
          <w:rFonts w:ascii="IM Fell English" w:hAnsi="IM Fell English"/>
          <w:color w:val="141414"/>
          <w:sz w:val="24"/>
        </w:rPr>
        <w:t>The workers froze, their faces masks of confusion and fear. Jake pushed past them and grabbed the zipper of the body bag.</w:t>
      </w:r>
    </w:p>
    <w:p>
      <w:r>
        <w:rPr>
          <w:rFonts w:ascii="IM Fell English" w:hAnsi="IM Fell English"/>
          <w:color w:val="141414"/>
          <w:sz w:val="24"/>
        </w:rPr>
        <w:t>He pulled it down.</w:t>
      </w:r>
    </w:p>
    <w:p>
      <w:r>
        <w:rPr>
          <w:rFonts w:ascii="IM Fell English" w:hAnsi="IM Fell English"/>
          <w:color w:val="141414"/>
          <w:sz w:val="24"/>
        </w:rPr>
        <w:t>Petra screamed.</w:t>
      </w:r>
    </w:p>
    <w:p>
      <w:r>
        <w:rPr>
          <w:rFonts w:ascii="IM Fell English" w:hAnsi="IM Fell English"/>
          <w:color w:val="141414"/>
          <w:sz w:val="24"/>
        </w:rPr>
        <w:t>Stjepan Babić lay inside, his face slack, his eyes open and milky with the fog of death. He had been a big man, broad shoulders, strong jaw, the kind of build that came from manual labor rather than gym work. Now he was just meat, cooling in a plastic bag.</w:t>
      </w:r>
    </w:p>
    <w:p>
      <w:r>
        <w:rPr>
          <w:rFonts w:ascii="IM Fell English" w:hAnsi="IM Fell English"/>
          <w:color w:val="141414"/>
          <w:sz w:val="24"/>
        </w:rPr>
        <w:t>But it was his head that drew Jake's eye.</w:t>
      </w:r>
    </w:p>
    <w:p>
      <w:r>
        <w:rPr>
          <w:rFonts w:ascii="IM Fell English" w:hAnsi="IM Fell English"/>
          <w:color w:val="141414"/>
          <w:sz w:val="24"/>
        </w:rPr>
        <w:t>The scalp was shaved unevenly, tufts of dark hair still visible where Oleg's clumsy work had missed. And around the temples, forming a perfect ring, the skin was black. Charred. Burned.</w:t>
      </w:r>
    </w:p>
    <w:p>
      <w:r>
        <w:rPr>
          <w:rFonts w:ascii="IM Fell English" w:hAnsi="IM Fell English"/>
          <w:color w:val="141414"/>
          <w:sz w:val="24"/>
        </w:rPr>
        <w:t>"That wasn't a recording," Jake said, pointing to the scorched tissue. "Look at the damage. That was a high-voltage injection. The ring fried his brain the second they activated it."</w:t>
      </w:r>
    </w:p>
    <w:p>
      <w:r>
        <w:rPr>
          <w:rFonts w:ascii="IM Fell English" w:hAnsi="IM Fell English"/>
          <w:color w:val="141414"/>
          <w:sz w:val="24"/>
        </w:rPr>
        <w:t>His phone rang. He answered without looking away from Stjepan's dead stare.</w:t>
      </w:r>
    </w:p>
    <w:p>
      <w:r>
        <w:rPr>
          <w:rFonts w:ascii="IM Fell English" w:hAnsi="IM Fell English"/>
          <w:color w:val="141414"/>
          <w:sz w:val="24"/>
        </w:rPr>
        <w:t>"Mareck."</w:t>
      </w:r>
    </w:p>
    <w:p>
      <w:r>
        <w:rPr>
          <w:rFonts w:ascii="IM Fell English" w:hAnsi="IM Fell English"/>
          <w:color w:val="141414"/>
          <w:sz w:val="24"/>
        </w:rPr>
        <w:t>"It's Fong," the coroner's voice said. "We got the DNA results from the sewer floater. Cross-referenced it with the samples from the Rafferty crime scene."</w:t>
      </w:r>
    </w:p>
    <w:p>
      <w:r>
        <w:rPr>
          <w:rFonts w:ascii="IM Fell English" w:hAnsi="IM Fell English"/>
          <w:color w:val="141414"/>
          <w:sz w:val="24"/>
        </w:rPr>
        <w:t>"And?"</w:t>
      </w:r>
    </w:p>
    <w:p>
      <w:r>
        <w:rPr>
          <w:rFonts w:ascii="IM Fell English" w:hAnsi="IM Fell English"/>
          <w:color w:val="141414"/>
          <w:sz w:val="24"/>
        </w:rPr>
        <w:t>"It's a match. The skin cells we found under June Rafferty's fingernails, they came from your floater. He was there when she died. He was probably the one who killed her."</w:t>
      </w:r>
    </w:p>
    <w:p>
      <w:r>
        <w:rPr>
          <w:rFonts w:ascii="IM Fell English" w:hAnsi="IM Fell English"/>
          <w:color w:val="141414"/>
          <w:sz w:val="24"/>
        </w:rPr>
        <w:t>Jake hung up. He looked at Petra, then at the body, then at the workers standing frozen beside the cart.</w:t>
      </w:r>
    </w:p>
    <w:p>
      <w:r>
        <w:rPr>
          <w:rFonts w:ascii="IM Fell English" w:hAnsi="IM Fell English"/>
          <w:color w:val="141414"/>
          <w:sz w:val="24"/>
        </w:rPr>
        <w:t>"They use the sleepers to kill," he said. "They use the staff to cover it up. And when the staff becomes a liability?" He gestured at Stjepan's corpse. "They just put them in the chair."</w:t>
      </w:r>
    </w:p>
    <w:p>
      <w:r>
        <w:rPr>
          <w:rFonts w:ascii="IM Fell English" w:hAnsi="IM Fell English"/>
          <w:color w:val="141414"/>
          <w:sz w:val="24"/>
        </w:rPr>
        <w:t>He pulled out his phone and tried Tessa's number. No answer. She was still dark, still inside the Core.</w:t>
      </w:r>
    </w:p>
    <w:p>
      <w:r>
        <w:rPr>
          <w:rFonts w:ascii="IM Fell English" w:hAnsi="IM Fell English"/>
          <w:color w:val="141414"/>
          <w:sz w:val="24"/>
        </w:rPr>
        <w:t>Two hours, she had said. If she didn't message in two hours, run.</w:t>
      </w:r>
    </w:p>
    <w:p>
      <w:r>
        <w:rPr>
          <w:rFonts w:ascii="IM Fell English" w:hAnsi="IM Fell English"/>
          <w:color w:val="141414"/>
          <w:sz w:val="24"/>
        </w:rPr>
        <w:t>Jake checked his watch. She still had forty-five minutes.</w:t>
      </w:r>
    </w:p>
    <w:p>
      <w:r>
        <w:rPr>
          <w:rFonts w:ascii="IM Fell English" w:hAnsi="IM Fell English"/>
          <w:color w:val="141414"/>
          <w:sz w:val="24"/>
        </w:rPr>
        <w:t>He looked back at the body bag, at Stjepan's burned scalp, at the evidence of a conspiracy that reached from the Archive Halls to the highest levels of the system.</w:t>
      </w:r>
    </w:p>
    <w:p>
      <w:r>
        <w:rPr>
          <w:rFonts w:ascii="IM Fell English" w:hAnsi="IM Fell English"/>
          <w:color w:val="141414"/>
          <w:sz w:val="24"/>
        </w:rPr>
        <w:t>Gozinski had killed June Rafferty. Not because he wanted to, he was a puppet, a meat robot controlled by something inside the machine. And when he malfunctioned, when whatever was pulling his strings lost control, Oleg had killed him. Then Oleg had sacrificed his own partner to cover the evidence.</w:t>
      </w:r>
    </w:p>
    <w:p>
      <w:r>
        <w:rPr>
          <w:rFonts w:ascii="IM Fell English" w:hAnsi="IM Fell English"/>
          <w:color w:val="141414"/>
          <w:sz w:val="24"/>
        </w:rPr>
        <w:t>And then something had killed Oleg.</w:t>
      </w:r>
    </w:p>
    <w:p>
      <w:r>
        <w:rPr>
          <w:rFonts w:ascii="IM Fell English" w:hAnsi="IM Fell English"/>
          <w:color w:val="141414"/>
          <w:sz w:val="24"/>
        </w:rPr>
        <w:t>The autonomous sweeper. The "accident." The same pattern that had nearly killed Grant.</w:t>
      </w:r>
    </w:p>
    <w:p>
      <w:r>
        <w:rPr>
          <w:rFonts w:ascii="IM Fell English" w:hAnsi="IM Fell English"/>
          <w:color w:val="141414"/>
          <w:sz w:val="24"/>
        </w:rPr>
        <w:t>They're cleaning house, Jake thought. Everyone who knows anything is being eliminated.</w:t>
      </w:r>
    </w:p>
    <w:p>
      <w:r>
        <w:rPr>
          <w:rFonts w:ascii="IM Fell English" w:hAnsi="IM Fell English"/>
          <w:color w:val="141414"/>
          <w:sz w:val="24"/>
        </w:rPr>
        <w:t>Tessa was in more danger than she knew.</w:t>
      </w:r>
    </w:p>
    <w:p>
      <w:r>
        <w:rPr>
          <w:rFonts w:ascii="IM Fell English" w:hAnsi="IM Fell English"/>
          <w:color w:val="141414"/>
          <w:sz w:val="24"/>
        </w:rPr>
        <w:t>He turned to Petra. "I need that tape."</w:t>
      </w:r>
    </w:p>
    <w:p>
      <w:r>
        <w:rPr>
          <w:rFonts w:ascii="IM Fell English" w:hAnsi="IM Fell English"/>
          <w:color w:val="141414"/>
          <w:sz w:val="24"/>
        </w:rPr>
        <w:t>Petra nodded numbly, still staring at Stjepan's body. "Take it. Take whatever you need."</w:t>
      </w:r>
    </w:p>
    <w:p>
      <w:r>
        <w:rPr>
          <w:rFonts w:ascii="IM Fell English" w:hAnsi="IM Fell English"/>
          <w:color w:val="141414"/>
          <w:sz w:val="24"/>
        </w:rPr>
        <w:t>Jake ejected the tape and slipped it into his jacket. Proof that couldn't be digitally erased.</w:t>
      </w:r>
    </w:p>
    <w:p>
      <w:r>
        <w:rPr>
          <w:rFonts w:ascii="IM Fell English" w:hAnsi="IM Fell English"/>
          <w:color w:val="141414"/>
          <w:sz w:val="24"/>
        </w:rPr>
        <w:t>Now he just had to stay alive long enough to use it.</w:t>
      </w:r>
    </w:p>
    <w:p>
      <w:pPr>
        <w:pStyle w:val="Heading1"/>
        <w:jc w:val="center"/>
      </w:pPr>
      <w:r>
        <w:rPr>
          <w:rFonts w:ascii="IM Fell English" w:hAnsi="IM Fell English"/>
          <w:color w:val="0D0D0D"/>
        </w:rPr>
        <w:t>CHAPTER 12: THE CORE</w:t>
      </w:r>
    </w:p>
    <w:p>
      <w:r>
        <w:rPr>
          <w:rFonts w:ascii="IM Fell English" w:hAnsi="IM Fell English"/>
          <w:color w:val="141414"/>
          <w:sz w:val="24"/>
        </w:rPr>
        <w:t>Tessa Thorne walked through the atrium of Transition HQ, her heels clicking a steady, confident rhythm on the marble floor. She wore her uniform, perfectly pressed blazer, ID badge clipped precisely to her collar, hair pulled back in its usual severe bun. Her face was a mask of professional boredom, the expression of someone who had walked these halls a thousand times and expected to walk them a thousand more.</w:t>
      </w:r>
    </w:p>
    <w:p>
      <w:r>
        <w:rPr>
          <w:rFonts w:ascii="IM Fell English" w:hAnsi="IM Fell English"/>
          <w:color w:val="141414"/>
          <w:sz w:val="24"/>
        </w:rPr>
        <w:t>Inside, she was screaming.</w:t>
      </w:r>
    </w:p>
    <w:p>
      <w:r>
        <w:rPr>
          <w:rFonts w:ascii="IM Fell English" w:hAnsi="IM Fell English"/>
          <w:color w:val="141414"/>
          <w:sz w:val="24"/>
        </w:rPr>
        <w:t>Every camera she passed felt like a gun barrel tracking her movement. Every colleague who nodded in greeting might be the one who would report her. Every footstep echoed through the vast atrium like a countdown to disaster.</w:t>
      </w:r>
    </w:p>
    <w:p>
      <w:r>
        <w:rPr>
          <w:rFonts w:ascii="IM Fell English" w:hAnsi="IM Fell English"/>
          <w:color w:val="141414"/>
          <w:sz w:val="24"/>
        </w:rPr>
        <w:t>She approached the security turnstile, her badge already in hand. The scanner blinked red for a heart-stopping moment, just a routine verification delay, she told herself, then flashed green. The gate clicked open.</w:t>
      </w:r>
    </w:p>
    <w:p>
      <w:r>
        <w:rPr>
          <w:rFonts w:ascii="IM Fell English" w:hAnsi="IM Fell English"/>
          <w:color w:val="141414"/>
          <w:sz w:val="24"/>
        </w:rPr>
        <w:t>She was still in the system. For now.</w:t>
      </w:r>
    </w:p>
    <w:p>
      <w:r>
        <w:rPr>
          <w:rFonts w:ascii="IM Fell English" w:hAnsi="IM Fell English"/>
          <w:color w:val="141414"/>
          <w:sz w:val="24"/>
        </w:rPr>
        <w:t>The elevator ride to the fifteenth floor was an exercise in controlled breathing. Two analysts from the Resource Management division joined her on the third floor, chatting about a data migration that had gone sideways overnight. Tessa smiled and nodded at appropriate intervals, contributing nothing, her mind already three floors underground where the Core Server hummed with secrets.</w:t>
      </w:r>
    </w:p>
    <w:p>
      <w:r>
        <w:rPr>
          <w:rFonts w:ascii="IM Fell English" w:hAnsi="IM Fell English"/>
          <w:color w:val="141414"/>
          <w:sz w:val="24"/>
        </w:rPr>
        <w:t>She wasn't here to work. She was here to rob the grave.</w:t>
      </w:r>
    </w:p>
    <w:p>
      <w:r>
        <w:rPr>
          <w:rFonts w:ascii="IM Fell English" w:hAnsi="IM Fell English"/>
          <w:color w:val="141414"/>
          <w:sz w:val="24"/>
        </w:rPr>
        <w:t>Her office was exactly as she'd left it yesterday, terminal dark, desk organized with meticulous precision, a small potted plant on the windowsill that she watered every Monday and Thursday. She sat down in her chair and placed her personal comms device on the desk, screen up, volume muted.</w:t>
      </w:r>
    </w:p>
    <w:p>
      <w:r>
        <w:rPr>
          <w:rFonts w:ascii="IM Fell English" w:hAnsi="IM Fell English"/>
          <w:color w:val="141414"/>
          <w:sz w:val="24"/>
        </w:rPr>
        <w:t>She didn't log into the terminal. Logging in would create a timestamp, a record of her presence that could be cross-referenced with whatever came next. Instead, she waited.</w:t>
      </w:r>
    </w:p>
    <w:p>
      <w:r>
        <w:rPr>
          <w:rFonts w:ascii="IM Fell English" w:hAnsi="IM Fell English"/>
          <w:color w:val="141414"/>
          <w:sz w:val="24"/>
        </w:rPr>
        <w:t>The seconds stretched into minutes. Tessa watched the door, half-expecting security to burst through with weapons drawn. But the corridor remained quiet, just the soft murmur of colleagues going about their routines, oblivious to the apocalypse brewing in their midst.</w:t>
      </w:r>
    </w:p>
    <w:p>
      <w:r>
        <w:rPr>
          <w:rFonts w:ascii="IM Fell English" w:hAnsi="IM Fell English"/>
          <w:color w:val="141414"/>
          <w:sz w:val="24"/>
        </w:rPr>
        <w:t>Her comms buzzed.</w:t>
      </w:r>
    </w:p>
    <w:p>
      <w:r>
        <w:rPr>
          <w:rFonts w:ascii="IM Fell English" w:hAnsi="IM Fell English"/>
          <w:color w:val="141414"/>
          <w:sz w:val="24"/>
        </w:rPr>
        <w:t>A text from Jake.</w:t>
      </w:r>
    </w:p>
    <w:p>
      <w:r>
        <w:rPr>
          <w:rFonts w:ascii="IM Fell English" w:hAnsi="IM Fell English"/>
          <w:i/>
          <w:color w:val="141414"/>
          <w:sz w:val="24"/>
        </w:rPr>
        <w:t>Coroner came through. Serial number recovered: 99-0432-K-SIG. Can you trace?</w:t>
      </w:r>
      <w:r>
        <w:rPr>
          <w:rFonts w:ascii="IM Fell English" w:hAnsi="IM Fell English"/>
          <w:color w:val="141414"/>
          <w:sz w:val="24"/>
        </w:rPr>
        <w:t xml:space="preserve"> Also pull Dominic Crier files.</w:t>
      </w:r>
    </w:p>
    <w:p>
      <w:r>
        <w:rPr>
          <w:rFonts w:ascii="IM Fell English" w:hAnsi="IM Fell English"/>
          <w:color w:val="141414"/>
          <w:sz w:val="24"/>
        </w:rPr>
        <w:t>Tessa exhaled slowly, feeling something between relief and dread. They had a number. They had a thread to pull. But she was not expecting Jake to ask for Dominic Crier’s files too.</w:t>
      </w:r>
    </w:p>
    <w:p>
      <w:r>
        <w:rPr>
          <w:rFonts w:ascii="IM Fell English" w:hAnsi="IM Fell English"/>
          <w:color w:val="141414"/>
          <w:sz w:val="24"/>
        </w:rPr>
        <w:t>She opened an app she'd configured years ago — a query tool that routed requests through the system's own maintenance channels and scrubbed its own logs on exit. It was technically against regulations, but Tessa had learned early that the only way to find the truth was to look where the system didn't want you to look.</w:t>
      </w:r>
    </w:p>
    <w:p>
      <w:r>
        <w:rPr>
          <w:rFonts w:ascii="IM Fell English" w:hAnsi="IM Fell English"/>
          <w:color w:val="141414"/>
          <w:sz w:val="24"/>
        </w:rPr>
        <w:t>She typed the sequence: 99-0432-K-SIG.</w:t>
      </w:r>
    </w:p>
    <w:p>
      <w:r>
        <w:rPr>
          <w:rFonts w:ascii="IM Fell English" w:hAnsi="IM Fell English"/>
          <w:color w:val="141414"/>
          <w:sz w:val="24"/>
        </w:rPr>
        <w:t>The search took less than a second.</w:t>
      </w:r>
    </w:p>
    <w:p>
      <w:r>
        <w:rPr>
          <w:rFonts w:ascii="IM Fell English" w:hAnsi="IM Fell English"/>
          <w:color w:val="141414"/>
          <w:sz w:val="24"/>
        </w:rPr>
        <w:t>Search Result: Archive Hall 23. Subject: Leonid Gozinski. Status: Active/Suspended. Seat Assignment: Section 12, Seat 247. Transition Date: March 14, 2095.</w:t>
      </w:r>
    </w:p>
    <w:p>
      <w:r>
        <w:rPr>
          <w:rFonts w:ascii="IM Fell English" w:hAnsi="IM Fell English"/>
          <w:color w:val="141414"/>
          <w:sz w:val="24"/>
        </w:rPr>
        <w:t>Tessa stared at the screen. Active. Suspended. The system believed Leonid Gozinski was still in his pod, dreaming digital dreams in the paradise of Eden.</w:t>
      </w:r>
    </w:p>
    <w:p>
      <w:r>
        <w:rPr>
          <w:rFonts w:ascii="IM Fell English" w:hAnsi="IM Fell English"/>
          <w:color w:val="141414"/>
          <w:sz w:val="24"/>
        </w:rPr>
        <w:t>But Jake had found him rotting in a sewage treatment plant, his body bloated and corroded, his face eroded beyond recognition.</w:t>
      </w:r>
    </w:p>
    <w:p>
      <w:r>
        <w:rPr>
          <w:rFonts w:ascii="IM Fell English" w:hAnsi="IM Fell English"/>
          <w:color w:val="141414"/>
          <w:sz w:val="24"/>
        </w:rPr>
        <w:t>The system was lying. Or someone was lying to the system.</w:t>
      </w:r>
    </w:p>
    <w:p>
      <w:r>
        <w:rPr>
          <w:rFonts w:ascii="IM Fell English" w:hAnsi="IM Fell English"/>
          <w:color w:val="141414"/>
          <w:sz w:val="24"/>
        </w:rPr>
        <w:t>Then she picked up her comms and typed a reply.</w:t>
      </w:r>
    </w:p>
    <w:p>
      <w:r>
        <w:rPr>
          <w:rFonts w:ascii="IM Fell English" w:hAnsi="IM Fell English"/>
          <w:i/>
          <w:color w:val="141414"/>
          <w:sz w:val="24"/>
        </w:rPr>
        <w:t>Subject matches Archive Hall 23. Logs show him as currently suspended. The system is lying. I'm going to the Core now. Going dark. If I don't message in two hours, run.</w:t>
      </w:r>
    </w:p>
    <w:p>
      <w:r>
        <w:rPr>
          <w:rFonts w:ascii="IM Fell English" w:hAnsi="IM Fell English"/>
          <w:color w:val="141414"/>
          <w:sz w:val="24"/>
        </w:rPr>
        <w:t>She hit send, then powered off the device and slipped it into her jacket pocket. From this moment forward, she was a ghost, untracked, unmonitored, invisible.</w:t>
      </w:r>
    </w:p>
    <w:p>
      <w:r>
        <w:rPr>
          <w:rFonts w:ascii="IM Fell English" w:hAnsi="IM Fell English"/>
          <w:color w:val="141414"/>
          <w:sz w:val="24"/>
        </w:rPr>
        <w:t>At least, that was the theory.</w:t>
      </w:r>
    </w:p>
    <w:p>
      <w:r>
        <w:rPr>
          <w:rFonts w:ascii="IM Fell English" w:hAnsi="IM Fell English"/>
          <w:color w:val="141414"/>
          <w:sz w:val="24"/>
        </w:rPr>
        <w:t>Tessa stood up, grabbed her maintenance kit from beneath her desk, a small tool case she'd assembled over years of "after-hours system checks", and walked out of her office. She didn't head for the elevators. She turned left toward the service corridor that most employees didn't even know existed and pushed through a door marked AUTHORIZED PERSONNEL ONLY.</w:t>
      </w:r>
    </w:p>
    <w:p>
      <w:r>
        <w:rPr>
          <w:rFonts w:ascii="IM Fell English" w:hAnsi="IM Fell English"/>
          <w:color w:val="141414"/>
          <w:sz w:val="24"/>
        </w:rPr>
        <w:t>The service stairwell was narrow and poorly lit, designed for maintenance workers and emergency evacuations rather than daily traffic. Tessa descended past the lobby level, past the basement, past Sub-Basement 1 where the auxiliary servers hummed, past Sub-Basement 2 where the climate control systems churned.</w:t>
      </w:r>
    </w:p>
    <w:p>
      <w:r>
        <w:rPr>
          <w:rFonts w:ascii="IM Fell English" w:hAnsi="IM Fell English"/>
          <w:color w:val="141414"/>
          <w:sz w:val="24"/>
        </w:rPr>
        <w:t>Sub-Basement 3 was where the Core lived. And beneath the Core, separated by three meters of reinforced concrete and lead shielding, was the reactor.</w:t>
      </w:r>
    </w:p>
    <w:p>
      <w:r>
        <w:rPr>
          <w:rFonts w:ascii="IM Fell English" w:hAnsi="IM Fell English"/>
          <w:color w:val="141414"/>
          <w:sz w:val="24"/>
        </w:rPr>
        <w:t>Tessa had never been this deep before. But she knew the blueprints by heart, every ventilation shaft, every service hatch, every junction where the ducts branched into different sections. Her enhanced mind had absorbed the building's architecture years ago, filing it away for a day she hoped would never come.</w:t>
      </w:r>
    </w:p>
    <w:p>
      <w:r>
        <w:rPr>
          <w:rFonts w:ascii="IM Fell English" w:hAnsi="IM Fell English"/>
          <w:color w:val="141414"/>
          <w:sz w:val="24"/>
        </w:rPr>
        <w:t>That day had arrived.</w:t>
      </w:r>
    </w:p>
    <w:p>
      <w:r>
        <w:rPr>
          <w:rFonts w:ascii="IM Fell English" w:hAnsi="IM Fell English"/>
          <w:color w:val="141414"/>
          <w:sz w:val="24"/>
        </w:rPr>
        <w:t>Tessa was crawling through a service duct that smelled of ozone and ancient dust.</w:t>
      </w:r>
    </w:p>
    <w:p>
      <w:r>
        <w:rPr>
          <w:rFonts w:ascii="IM Fell English" w:hAnsi="IM Fell English"/>
          <w:color w:val="141414"/>
          <w:sz w:val="24"/>
        </w:rPr>
        <w:t>The duct was barely wide enough for her shoulders, forcing her to move in an awkward shuffle that strained muscles she didn't normally use. The metal beneath her hands was cold, almost painfully so, a side effect of the climate control systems working overtime to keep the server equipment at optimal temperature.</w:t>
      </w:r>
    </w:p>
    <w:p>
      <w:r>
        <w:rPr>
          <w:rFonts w:ascii="IM Fell English" w:hAnsi="IM Fell English"/>
          <w:color w:val="141414"/>
          <w:sz w:val="24"/>
        </w:rPr>
        <w:t>She reached a junction and took the left branch, descending at a steep angle toward Sub-Basement 3. The temperature dropped as she went deeper, the air growing thin and dry. Her breath misted in front of her face.</w:t>
      </w:r>
    </w:p>
    <w:p>
      <w:r>
        <w:rPr>
          <w:rFonts w:ascii="IM Fell English" w:hAnsi="IM Fell English"/>
          <w:color w:val="141414"/>
          <w:sz w:val="24"/>
        </w:rPr>
        <w:t>Finally, she reached a grate overlooking the server anteroom. She waited, listening for footsteps, for voices, for any sign of security presence.</w:t>
      </w:r>
    </w:p>
    <w:p>
      <w:r>
        <w:rPr>
          <w:rFonts w:ascii="IM Fell English" w:hAnsi="IM Fell English"/>
          <w:color w:val="141414"/>
          <w:sz w:val="24"/>
        </w:rPr>
        <w:t>Silence. Just the deep, thrumming hum of the Core Server.</w:t>
      </w:r>
    </w:p>
    <w:p>
      <w:r>
        <w:rPr>
          <w:rFonts w:ascii="IM Fell English" w:hAnsi="IM Fell English"/>
          <w:color w:val="141414"/>
          <w:sz w:val="24"/>
        </w:rPr>
        <w:t>She removed the grate with practiced efficiency and dropped into the room.</w:t>
      </w:r>
    </w:p>
    <w:p>
      <w:r>
        <w:rPr>
          <w:rFonts w:ascii="IM Fell English" w:hAnsi="IM Fell English"/>
          <w:color w:val="141414"/>
          <w:sz w:val="24"/>
        </w:rPr>
        <w:t>The anteroom was a transitional space, a buffer between the service corridors and the Core itself. The walls were lined with monitoring equipment, the screens dark, the keyboards dusty with disuse. No one came down here regularly. The Core was automated, self-maintaining, requiring human intervention only in the event of catastrophic failure.</w:t>
      </w:r>
    </w:p>
    <w:p>
      <w:r>
        <w:rPr>
          <w:rFonts w:ascii="IM Fell English" w:hAnsi="IM Fell English"/>
          <w:color w:val="141414"/>
          <w:sz w:val="24"/>
        </w:rPr>
        <w:t>Through a reinforced glass window, Tessa could see the Core Server itself, a massive column of blue light and obsidian glass that stretched from floor to ceiling. It hummed with a frequency she could feel in her teeth, in her bones. The digital heart of Eden, pumping data through fiber-optic arteries to millions of connected consciousnesses.</w:t>
      </w:r>
    </w:p>
    <w:p>
      <w:r>
        <w:rPr>
          <w:rFonts w:ascii="IM Fell English" w:hAnsi="IM Fell English"/>
          <w:color w:val="141414"/>
          <w:sz w:val="24"/>
        </w:rPr>
        <w:t>Tessa turned away from the window. She wasn't here for the Core itself. She was here for something older. Something physical.</w:t>
      </w:r>
    </w:p>
    <w:p>
      <w:r>
        <w:rPr>
          <w:rFonts w:ascii="IM Fell English" w:hAnsi="IM Fell English"/>
          <w:color w:val="141414"/>
          <w:sz w:val="24"/>
        </w:rPr>
        <w:t>She moved to the far wall where a door marked ARCHIVE ACCESS stood slightly ajar. She pushed through into a room that smelled of paper and preservation chemicals.</w:t>
      </w:r>
    </w:p>
    <w:p>
      <w:r>
        <w:rPr>
          <w:rFonts w:ascii="IM Fell English" w:hAnsi="IM Fell English"/>
          <w:color w:val="141414"/>
          <w:sz w:val="24"/>
        </w:rPr>
        <w:t>The physical archive cabinets stretched from floor to ceiling in a hangar-like hall, row after row of gunmetal gray drawers disappearing into the distance under flickering fluorescent lights. Each cabinet was labeled with alphanumeric codes that corresponded to transitioner records, death certificates, incineration logs. The hard-copy backups for every soul that had passed through the Transition Authority since its founding.</w:t>
      </w:r>
    </w:p>
    <w:p>
      <w:r>
        <w:rPr>
          <w:rFonts w:ascii="IM Fell English" w:hAnsi="IM Fell English"/>
          <w:color w:val="141414"/>
          <w:sz w:val="24"/>
        </w:rPr>
        <w:t>During the AGI War, Prometheus had controlled every digital system on the planet. When the resistance finally brought it down, they hadn't just destroyed an artificial intelligence. They had destroyed the infrastructure that intelligence had built. Centralized databases, registration systems, medical records, financial networks, all of it burned in the Great Shutdown. The digital record of human civilization, erased in the time it took for the last server to lose power.</w:t>
      </w:r>
    </w:p>
    <w:p>
      <w:r>
        <w:rPr>
          <w:rFonts w:ascii="IM Fell English" w:hAnsi="IM Fell English"/>
          <w:color w:val="141414"/>
          <w:sz w:val="24"/>
        </w:rPr>
        <w:t>In the chaos that followed, governance reverted to paper. Handwritten ledgers. Physical stamps. Signatures in ink that couldn't be remotely altered or silently deleted. It was primitive and inefficient, but it was tamper-proof in ways that mattered.</w:t>
      </w:r>
    </w:p>
    <w:p>
      <w:r>
        <w:rPr>
          <w:rFonts w:ascii="IM Fell English" w:hAnsi="IM Fell English"/>
          <w:color w:val="141414"/>
          <w:sz w:val="24"/>
        </w:rPr>
        <w:t>When Eden came online decades later, there had been talk of digitizing the old records. Scanning the archives, building new databases, returning to the efficiency of the pre-war era. But computational resources were finite, and every processing cycle spent on administrative digitization was a cycle not spent on running the simulation. The choice was simple: scan old paperwork, or keep hundreds of millions of uploaded consciousnesses from experiencing lag. The archives stayed analog.</w:t>
      </w:r>
    </w:p>
    <w:p>
      <w:r>
        <w:rPr>
          <w:rFonts w:ascii="IM Fell English" w:hAnsi="IM Fell English"/>
          <w:color w:val="141414"/>
          <w:sz w:val="24"/>
        </w:rPr>
        <w:t>The irony wasn't lost on Tessa. Humanity had built a system sophisticated enough to simulate entire worlds, to house the consciousness of hundreds of millions in digital paradise. And yet here she stood in a drafty hall, surrounded by metal cabinets and faded ink, because no one had gotten around to scanning the paperwork.</w:t>
      </w:r>
    </w:p>
    <w:p>
      <w:r>
        <w:rPr>
          <w:rFonts w:ascii="IM Fell English" w:hAnsi="IM Fell English"/>
          <w:color w:val="141414"/>
          <w:sz w:val="24"/>
        </w:rPr>
        <w:t>Which meant that somewhere in these cabinets, filed under the proper alphanumeric code, was a truth that couldn't be rewritten.</w:t>
      </w:r>
    </w:p>
    <w:p>
      <w:r>
        <w:rPr>
          <w:rFonts w:ascii="IM Fell English" w:hAnsi="IM Fell English"/>
          <w:color w:val="141414"/>
          <w:sz w:val="24"/>
        </w:rPr>
        <w:t>The only truth left in a digital world.</w:t>
      </w:r>
    </w:p>
    <w:p>
      <w:r>
        <w:rPr>
          <w:rFonts w:ascii="IM Fell English" w:hAnsi="IM Fell English"/>
          <w:color w:val="141414"/>
          <w:sz w:val="24"/>
        </w:rPr>
        <w:t>Tessa found the cabinet marked M-R and picked the lock with a tool from her kit. The drawer slid open with a soft click, revealing rows of manila folders arranged in alphabetical order.</w:t>
      </w:r>
    </w:p>
    <w:p>
      <w:r>
        <w:rPr>
          <w:rFonts w:ascii="IM Fell English" w:hAnsi="IM Fell English"/>
          <w:color w:val="141414"/>
          <w:sz w:val="24"/>
        </w:rPr>
        <w:t>Her fingers flew through the files.</w:t>
      </w:r>
    </w:p>
    <w:p>
      <w:r>
        <w:rPr>
          <w:rFonts w:ascii="IM Fell English" w:hAnsi="IM Fell English"/>
          <w:color w:val="141414"/>
          <w:sz w:val="24"/>
        </w:rPr>
        <w:t>Moss, Conrad.</w:t>
      </w:r>
    </w:p>
    <w:p>
      <w:r>
        <w:rPr>
          <w:rFonts w:ascii="IM Fell English" w:hAnsi="IM Fell English"/>
          <w:color w:val="141414"/>
          <w:sz w:val="24"/>
        </w:rPr>
        <w:t>She pulled the folder and opened it.</w:t>
      </w:r>
    </w:p>
    <w:p>
      <w:r>
        <w:rPr>
          <w:rFonts w:ascii="IM Fell English" w:hAnsi="IM Fell English"/>
          <w:color w:val="141414"/>
          <w:sz w:val="24"/>
        </w:rPr>
        <w:t>Inside was a death certificate. Official seal. Official signature. Dated July 14, 2091.</w:t>
      </w:r>
    </w:p>
    <w:p>
      <w:r>
        <w:rPr>
          <w:rFonts w:ascii="IM Fell English" w:hAnsi="IM Fell English"/>
          <w:i/>
          <w:color w:val="141414"/>
          <w:sz w:val="24"/>
        </w:rPr>
        <w:t>Cause of death: Cardiac Arrest. Disposition: Incinerated per Standard Protocol. Archive Reference: 4-CM-2091-7721.</w:t>
      </w:r>
    </w:p>
    <w:p>
      <w:r>
        <w:rPr>
          <w:rFonts w:ascii="IM Fell English" w:hAnsi="IM Fell English"/>
          <w:color w:val="141414"/>
          <w:sz w:val="24"/>
        </w:rPr>
        <w:t>"He's dead." Tessa stared at the certificate. "He's really dead."</w:t>
      </w:r>
    </w:p>
    <w:p>
      <w:r>
        <w:rPr>
          <w:rFonts w:ascii="IM Fell English" w:hAnsi="IM Fell English"/>
          <w:color w:val="141414"/>
          <w:sz w:val="24"/>
        </w:rPr>
        <w:t>Conrad Moss. Council member. The man whose holographic image still appeared at policy meetings, still cast votes on resource allocation, still shaped the future of eight hundred thousand people.</w:t>
      </w:r>
    </w:p>
    <w:p>
      <w:r>
        <w:rPr>
          <w:rFonts w:ascii="IM Fell English" w:hAnsi="IM Fell English"/>
          <w:color w:val="141414"/>
          <w:sz w:val="24"/>
        </w:rPr>
        <w:t>Dead for seven years. Cremated. Gone.</w:t>
      </w:r>
    </w:p>
    <w:p>
      <w:r>
        <w:rPr>
          <w:rFonts w:ascii="IM Fell English" w:hAnsi="IM Fell English"/>
          <w:color w:val="141414"/>
          <w:sz w:val="24"/>
        </w:rPr>
        <w:t>But someone was still using his credentials. Someone, was wearing his face and wielding his power.</w:t>
      </w:r>
    </w:p>
    <w:p>
      <w:r>
        <w:rPr>
          <w:rFonts w:ascii="IM Fell English" w:hAnsi="IM Fell English"/>
          <w:color w:val="141414"/>
          <w:sz w:val="24"/>
        </w:rPr>
        <w:t>Tessa photographed the certificate with her personal device, then slipped the original into her pack.</w:t>
      </w:r>
    </w:p>
    <w:p>
      <w:r>
        <w:rPr>
          <w:rFonts w:ascii="IM Fell English" w:hAnsi="IM Fell English"/>
          <w:color w:val="141414"/>
          <w:sz w:val="24"/>
        </w:rPr>
        <w:t>She turned back to the cabinet, her mind racing through possibilities.</w:t>
      </w:r>
    </w:p>
    <w:p>
      <w:r>
        <w:rPr>
          <w:rFonts w:ascii="IM Fell English" w:hAnsi="IM Fell English"/>
          <w:color w:val="141414"/>
          <w:sz w:val="24"/>
        </w:rPr>
        <w:t>She pulled another folder. Crier, Dominic.</w:t>
      </w:r>
    </w:p>
    <w:p>
      <w:r>
        <w:rPr>
          <w:rFonts w:ascii="IM Fell English" w:hAnsi="IM Fell English"/>
          <w:color w:val="141414"/>
          <w:sz w:val="24"/>
        </w:rPr>
        <w:t>Jake's old partner. The one who had told him about the Raw Packages. The one who had been investigating anomalies before his transition.</w:t>
      </w:r>
    </w:p>
    <w:p>
      <w:r>
        <w:rPr>
          <w:rFonts w:ascii="IM Fell English" w:hAnsi="IM Fell English"/>
          <w:color w:val="141414"/>
          <w:sz w:val="24"/>
        </w:rPr>
        <w:t>Tessa opened the folder, not expecting what to find.</w:t>
      </w:r>
    </w:p>
    <w:p>
      <w:r>
        <w:rPr>
          <w:rFonts w:ascii="IM Fell English" w:hAnsi="IM Fell English"/>
          <w:color w:val="141414"/>
          <w:sz w:val="24"/>
        </w:rPr>
        <w:t>She found a ledger.</w:t>
      </w:r>
    </w:p>
    <w:p>
      <w:r>
        <w:rPr>
          <w:rFonts w:ascii="IM Fell English" w:hAnsi="IM Fell English"/>
          <w:color w:val="141414"/>
          <w:sz w:val="24"/>
        </w:rPr>
        <w:t>Inside it was just a list of transactions, dates, amounts, account numbers. Regular monthly deposits of 5,000 credits into a shell account registered to Dominic's citizen ID.</w:t>
      </w:r>
    </w:p>
    <w:p>
      <w:r>
        <w:rPr>
          <w:rFonts w:ascii="IM Fell English" w:hAnsi="IM Fell English"/>
          <w:color w:val="141414"/>
          <w:sz w:val="24"/>
        </w:rPr>
        <w:t>The source code traced back to a discretionary fund within the Eden Administration block. Deposits started three months before Dominic's investigation was shut down and continued until his transition. 5,000 credits a month. The price of looking the other way. Tessa felt a wave of nausea. Dominic hadn't been lazy. He'd been bought.</w:t>
      </w:r>
    </w:p>
    <w:p>
      <w:r>
        <w:rPr>
          <w:rFonts w:ascii="IM Fell English" w:hAnsi="IM Fell English"/>
          <w:color w:val="141414"/>
          <w:sz w:val="24"/>
        </w:rPr>
        <w:t>Did Jake know? Tessa wondered. Did he suspect?</w:t>
      </w:r>
    </w:p>
    <w:p>
      <w:r>
        <w:rPr>
          <w:rFonts w:ascii="IM Fell English" w:hAnsi="IM Fell English"/>
          <w:color w:val="141414"/>
          <w:sz w:val="24"/>
        </w:rPr>
        <w:t>She photographed the ledger and added it to her pack. Another piece of the puzzle. Another thread in the web of corruption that stretched from the Archive Halls to the Council chambers.</w:t>
      </w:r>
    </w:p>
    <w:p>
      <w:r>
        <w:rPr>
          <w:rFonts w:ascii="IM Fell English" w:hAnsi="IM Fell English"/>
          <w:color w:val="141414"/>
          <w:sz w:val="24"/>
        </w:rPr>
        <w:t>She was reaching for another file when the room turned red.</w:t>
      </w:r>
    </w:p>
    <w:p>
      <w:r>
        <w:rPr>
          <w:rFonts w:ascii="IM Fell English" w:hAnsi="IM Fell English"/>
          <w:color w:val="141414"/>
          <w:sz w:val="24"/>
        </w:rPr>
        <w:t xml:space="preserve">A silent alarm strobed on the ceiling, pulsing crimson light across the archive cabinets. </w:t>
      </w:r>
      <w:r>
        <w:rPr>
          <w:rFonts w:ascii="IM Fell English" w:hAnsi="IM Fell English"/>
          <w:i/>
          <w:color w:val="141414"/>
          <w:sz w:val="24"/>
        </w:rPr>
        <w:t>Sensors,</w:t>
      </w:r>
      <w:r>
        <w:rPr>
          <w:rFonts w:ascii="IM Fell English" w:hAnsi="IM Fell English"/>
          <w:color w:val="141414"/>
          <w:sz w:val="24"/>
        </w:rPr>
        <w:t xml:space="preserve"> she thought. </w:t>
      </w:r>
      <w:r>
        <w:rPr>
          <w:rFonts w:ascii="IM Fell English" w:hAnsi="IM Fell English"/>
          <w:i/>
          <w:color w:val="141414"/>
          <w:sz w:val="24"/>
        </w:rPr>
        <w:t>Floor plates.</w:t>
      </w:r>
    </w:p>
    <w:p>
      <w:r>
        <w:rPr>
          <w:rFonts w:ascii="IM Fell English" w:hAnsi="IM Fell English"/>
          <w:color w:val="141414"/>
          <w:sz w:val="24"/>
        </w:rPr>
        <w:t>"Security to Sub-Basement 3," a synthesized voice echoed through the building's PA system. "Security to Sub-Basement 3. Unauthorized access detected."</w:t>
      </w:r>
    </w:p>
    <w:p>
      <w:r>
        <w:rPr>
          <w:rFonts w:ascii="IM Fell English" w:hAnsi="IM Fell English"/>
          <w:color w:val="141414"/>
          <w:sz w:val="24"/>
        </w:rPr>
        <w:t>Tessa shoved the files into her pack and ran.</w:t>
      </w:r>
    </w:p>
    <w:p>
      <w:r>
        <w:rPr>
          <w:rFonts w:ascii="IM Fell English" w:hAnsi="IM Fell English"/>
          <w:color w:val="141414"/>
          <w:sz w:val="24"/>
        </w:rPr>
        <w:t>She burst out of the archive room and sprinted for the maintenance hatch she'd used to enter. Behind her, she could hear boots on the stairs, heavy, rapid, getting closer.</w:t>
      </w:r>
    </w:p>
    <w:p>
      <w:r>
        <w:rPr>
          <w:rFonts w:ascii="IM Fell English" w:hAnsi="IM Fell English"/>
          <w:color w:val="141414"/>
          <w:sz w:val="24"/>
        </w:rPr>
        <w:t>She scrambled up the ladder, her pack bouncing against her back, her fingers slipping on the cold metal rungs. The service duct stretched ahead of her, a tunnel of darkness leading toward the parking garage.</w:t>
      </w:r>
    </w:p>
    <w:p>
      <w:r>
        <w:rPr>
          <w:rFonts w:ascii="IM Fell English" w:hAnsi="IM Fell English"/>
          <w:color w:val="141414"/>
          <w:sz w:val="24"/>
        </w:rPr>
        <w:t>She crawled faster than she'd ever crawled in her life.</w:t>
      </w:r>
    </w:p>
    <w:p>
      <w:r>
        <w:rPr>
          <w:rFonts w:ascii="IM Fell English" w:hAnsi="IM Fell English"/>
          <w:color w:val="141414"/>
          <w:sz w:val="24"/>
        </w:rPr>
        <w:t>The duct opened into a utility room on the garage level. Tessa dropped through, landing hard, her ankle twisting slightly on the concrete floor. She ignored the pain and pushed through the door into the garage itself.</w:t>
      </w:r>
    </w:p>
    <w:p>
      <w:r>
        <w:rPr>
          <w:rFonts w:ascii="IM Fell English" w:hAnsi="IM Fell English"/>
          <w:color w:val="141414"/>
          <w:sz w:val="24"/>
        </w:rPr>
        <w:t>The blast shutters were descending. The building was going into lockdown, sealing all exits, trapping her inside.</w:t>
      </w:r>
    </w:p>
    <w:p>
      <w:r>
        <w:rPr>
          <w:rFonts w:ascii="IM Fell English" w:hAnsi="IM Fell English"/>
          <w:color w:val="141414"/>
          <w:sz w:val="24"/>
        </w:rPr>
        <w:t>Her car was thirty feet away. The shutter was descending. Three feet. Two. Tessa threw herself into the driver's seat and gunned the engine. She ducked, flattening herself against the console as the car shrieked forward. Metal screeched against metal. The rear windshield exploded, showering the back seat with glass. Then: daylight.</w:t>
      </w:r>
    </w:p>
    <w:p>
      <w:r>
        <w:rPr>
          <w:rFonts w:ascii="IM Fell English" w:hAnsi="IM Fell English"/>
          <w:color w:val="141414"/>
          <w:sz w:val="24"/>
        </w:rPr>
        <w:t>Daylight flooded the car. Tessa sat up, her hands shaking on the wheel, her heart hammering so hard she could feel it in her teeth.</w:t>
      </w:r>
    </w:p>
    <w:p>
      <w:r>
        <w:rPr>
          <w:rFonts w:ascii="IM Fell English" w:hAnsi="IM Fell English"/>
          <w:color w:val="141414"/>
          <w:sz w:val="24"/>
        </w:rPr>
        <w:t>She was out. But she was burned.</w:t>
      </w:r>
    </w:p>
    <w:p>
      <w:r>
        <w:rPr>
          <w:rFonts w:ascii="IM Fell English" w:hAnsi="IM Fell English"/>
          <w:color w:val="141414"/>
          <w:sz w:val="24"/>
        </w:rPr>
        <w:t>She grabbed her phone with trembling fingers and dialed Jake.</w:t>
      </w:r>
    </w:p>
    <w:p>
      <w:r>
        <w:rPr>
          <w:rFonts w:ascii="IM Fell English" w:hAnsi="IM Fell English"/>
          <w:color w:val="141414"/>
          <w:sz w:val="24"/>
        </w:rPr>
        <w:t>"Jake! I have it. I have everything. Moss is dead, I have the death certificate. And Dominic... Dominic was on their payroll. They were paying him to shut down the investigation two years ago."</w:t>
      </w:r>
    </w:p>
    <w:p>
      <w:r>
        <w:rPr>
          <w:rFonts w:ascii="IM Fell English" w:hAnsi="IM Fell English"/>
          <w:color w:val="141414"/>
          <w:sz w:val="24"/>
        </w:rPr>
        <w:t>"Where are you?" His voice was steady, an anchor in the storm.</w:t>
      </w:r>
    </w:p>
    <w:p>
      <w:r>
        <w:rPr>
          <w:rFonts w:ascii="IM Fell English" w:hAnsi="IM Fell English"/>
          <w:color w:val="141414"/>
          <w:sz w:val="24"/>
        </w:rPr>
        <w:t>"Driving. I can't go home. They triggered the lockdown, they know I was there. They'll be waiting for me."</w:t>
      </w:r>
    </w:p>
    <w:p>
      <w:r>
        <w:rPr>
          <w:rFonts w:ascii="IM Fell English" w:hAnsi="IM Fell English"/>
          <w:color w:val="141414"/>
          <w:sz w:val="24"/>
        </w:rPr>
        <w:t>"Come to me." He recited an address, an apartment building in a residential district, unremarkable and anonymous. "Use the service entrance. Code is 8842. I'll meet you there."</w:t>
      </w:r>
    </w:p>
    <w:p>
      <w:r>
        <w:rPr>
          <w:rFonts w:ascii="IM Fell English" w:hAnsi="IM Fell English"/>
          <w:color w:val="141414"/>
          <w:sz w:val="24"/>
        </w:rPr>
        <w:t>Tessa merged onto the expressway, her eyes flickering to the rearview mirror every few seconds. No pursuit. Not yet.</w:t>
      </w:r>
    </w:p>
    <w:p>
      <w:r>
        <w:rPr>
          <w:rFonts w:ascii="IM Fell English" w:hAnsi="IM Fell English"/>
          <w:color w:val="141414"/>
          <w:sz w:val="24"/>
        </w:rPr>
        <w:t>But they would come. She had stolen proof of their crimes, violated their sanctum, exposed their lies.</w:t>
      </w:r>
    </w:p>
    <w:p>
      <w:r>
        <w:rPr>
          <w:rFonts w:ascii="IM Fell English" w:hAnsi="IM Fell English"/>
          <w:color w:val="141414"/>
          <w:sz w:val="24"/>
        </w:rPr>
        <w:t>They would come for her. It was only a matter of time.</w:t>
      </w:r>
    </w:p>
    <w:p>
      <w:pPr>
        <w:pStyle w:val="Heading2"/>
        <w:jc w:val="center"/>
      </w:pPr>
      <w:r>
        <w:rPr>
          <w:rFonts w:ascii="IM Fell English" w:hAnsi="IM Fell English"/>
          <w:color w:val="0D0D0D"/>
        </w:rPr>
        <w:t>Jake's Apartment , 2:00 PM</w:t>
      </w:r>
    </w:p>
    <w:p>
      <w:r>
        <w:rPr>
          <w:rFonts w:ascii="IM Fell English" w:hAnsi="IM Fell English"/>
          <w:color w:val="141414"/>
          <w:sz w:val="24"/>
        </w:rPr>
        <w:t>Jake opened the door to find Tessa pacing the living room like a caged animal.</w:t>
      </w:r>
    </w:p>
    <w:p>
      <w:r>
        <w:rPr>
          <w:rFonts w:ascii="IM Fell English" w:hAnsi="IM Fell English"/>
          <w:color w:val="141414"/>
          <w:sz w:val="24"/>
        </w:rPr>
        <w:t>She looked different from the buttoned-up bureaucrat he'd met two days ago. Her hair was disheveled, her blazer torn at the shoulder, her face streaked with dust and sweat. But her eyes were bright, almost feverish.</w:t>
      </w:r>
    </w:p>
    <w:p>
      <w:r>
        <w:rPr>
          <w:rFonts w:ascii="IM Fell English" w:hAnsi="IM Fell English"/>
          <w:color w:val="141414"/>
          <w:sz w:val="24"/>
        </w:rPr>
        <w:t>"You're safe here," Jake said, locking the deadbolt behind him. "For now."</w:t>
      </w:r>
    </w:p>
    <w:p>
      <w:r>
        <w:rPr>
          <w:rFonts w:ascii="IM Fell English" w:hAnsi="IM Fell English"/>
          <w:color w:val="141414"/>
          <w:sz w:val="24"/>
        </w:rPr>
        <w:t>"For now." Tessa laughed bitterly. "They'll find me. They'll track my car, pull footage from every camera between here and HQ."</w:t>
      </w:r>
    </w:p>
    <w:p>
      <w:r>
        <w:rPr>
          <w:rFonts w:ascii="IM Fell English" w:hAnsi="IM Fell English"/>
          <w:color w:val="141414"/>
          <w:sz w:val="24"/>
        </w:rPr>
        <w:t>"Then we work fast."</w:t>
      </w:r>
    </w:p>
    <w:p>
      <w:r>
        <w:rPr>
          <w:rFonts w:ascii="IM Fell English" w:hAnsi="IM Fell English"/>
          <w:color w:val="141414"/>
          <w:sz w:val="24"/>
        </w:rPr>
        <w:t>Jake laid out his evidence on the kitchen table: photos from Hall 23, the VHS tape from Petra, his notebook. Tessa added the death certificate and ledger photographs from her phone.</w:t>
      </w:r>
    </w:p>
    <w:p>
      <w:r>
        <w:rPr>
          <w:rFonts w:ascii="IM Fell English" w:hAnsi="IM Fell English"/>
          <w:color w:val="141414"/>
          <w:sz w:val="24"/>
        </w:rPr>
        <w:t>They stood over the table together, looking at the map of the conspiracy they had uncovered.</w:t>
      </w:r>
    </w:p>
    <w:p>
      <w:r>
        <w:rPr>
          <w:rFonts w:ascii="IM Fell English" w:hAnsi="IM Fell English"/>
          <w:color w:val="141414"/>
          <w:sz w:val="24"/>
        </w:rPr>
        <w:t>"Conrad Moss is a ghost," Jake said. "His body died seven years ago. Someone has been impersonating him ever since."</w:t>
      </w:r>
    </w:p>
    <w:p>
      <w:r>
        <w:rPr>
          <w:rFonts w:ascii="IM Fell English" w:hAnsi="IM Fell English"/>
          <w:color w:val="141414"/>
          <w:sz w:val="24"/>
        </w:rPr>
        <w:t>"And using transitioners as weapons." Tessa pointed to the tape. "What did you find?"</w:t>
      </w:r>
    </w:p>
    <w:p>
      <w:r>
        <w:rPr>
          <w:rFonts w:ascii="IM Fell English" w:hAnsi="IM Fell English"/>
          <w:color w:val="141414"/>
          <w:sz w:val="24"/>
        </w:rPr>
        <w:t>Jake told her. The footage. The puppeteer movements of Gozinski and Solovyov. Oleg installing Stjepan in the empty seat. The system lying about occupancy.</w:t>
      </w:r>
    </w:p>
    <w:p>
      <w:r>
        <w:rPr>
          <w:rFonts w:ascii="IM Fell English" w:hAnsi="IM Fell English"/>
          <w:color w:val="141414"/>
          <w:sz w:val="24"/>
        </w:rPr>
        <w:t>"They're not just using the transitioners," Tessa said. "They're remotely piloting their bodies while their minds are locked in Eden. The ring marks on the victims weren't recordings. They were live feeds. Someone was watching through the killers' eyes."</w:t>
      </w:r>
    </w:p>
    <w:p>
      <w:r>
        <w:rPr>
          <w:rFonts w:ascii="IM Fell English" w:hAnsi="IM Fell English"/>
          <w:color w:val="141414"/>
          <w:sz w:val="24"/>
        </w:rPr>
        <w:t>"Gozinski killed June Rafferty. DNA confirms it. He was the weapon."</w:t>
      </w:r>
    </w:p>
    <w:p>
      <w:r>
        <w:rPr>
          <w:rFonts w:ascii="IM Fell English" w:hAnsi="IM Fell English"/>
          <w:color w:val="141414"/>
          <w:sz w:val="24"/>
        </w:rPr>
        <w:t>"But who pulled the trigger?" Tessa stared at the evidence. "Who can override safety protocols, delete logs, control autonomous vehicles?"</w:t>
      </w:r>
    </w:p>
    <w:p>
      <w:r>
        <w:rPr>
          <w:rFonts w:ascii="IM Fell English" w:hAnsi="IM Fell English"/>
          <w:color w:val="141414"/>
          <w:sz w:val="24"/>
        </w:rPr>
        <w:t>"Something native to the system."</w:t>
      </w:r>
    </w:p>
    <w:p>
      <w:r>
        <w:rPr>
          <w:rFonts w:ascii="IM Fell English" w:hAnsi="IM Fell English"/>
          <w:color w:val="141414"/>
          <w:sz w:val="24"/>
        </w:rPr>
        <w:t>Tessa shook her head. "They can see through it. Move through it. Control it. And we have no idea how many of them there are."</w:t>
      </w:r>
    </w:p>
    <w:p>
      <w:r>
        <w:rPr>
          <w:rFonts w:ascii="IM Fell English" w:hAnsi="IM Fell English"/>
          <w:color w:val="141414"/>
          <w:sz w:val="24"/>
        </w:rPr>
        <w:t>The reality settled over them. They weren't fighting a single corrupt official. They were fighting a conspiracy rooted in the infrastructure of their civilization.</w:t>
      </w:r>
    </w:p>
    <w:p>
      <w:r>
        <w:rPr>
          <w:rFonts w:ascii="IM Fell English" w:hAnsi="IM Fell English"/>
          <w:color w:val="141414"/>
          <w:sz w:val="24"/>
        </w:rPr>
        <w:t>"Everyone who learns the truth ends up dead," Jake said.</w:t>
      </w:r>
    </w:p>
    <w:p>
      <w:r>
        <w:rPr>
          <w:rFonts w:ascii="IM Fell English" w:hAnsi="IM Fell English"/>
          <w:color w:val="141414"/>
          <w:sz w:val="24"/>
        </w:rPr>
        <w:t>"We have to expose this," Tessa said. "If we can get it to the right people..."</w:t>
      </w:r>
    </w:p>
    <w:p>
      <w:r>
        <w:rPr>
          <w:rFonts w:ascii="IM Fell English" w:hAnsi="IM Fell English"/>
          <w:color w:val="141414"/>
          <w:sz w:val="24"/>
        </w:rPr>
        <w:t>"Who?" Jake cut her off. "The police are compromised. The media will call it a hoax. The Council is being run by a dead man's ghost."</w:t>
      </w:r>
    </w:p>
    <w:p>
      <w:r>
        <w:rPr>
          <w:rFonts w:ascii="IM Fell English" w:hAnsi="IM Fell English"/>
          <w:color w:val="141414"/>
          <w:sz w:val="24"/>
        </w:rPr>
        <w:t>Tessa slumped into a chair. She looked exhausted, fragile, human in a way she hadn't allowed herself to be.</w:t>
      </w:r>
    </w:p>
    <w:p>
      <w:r>
        <w:rPr>
          <w:rFonts w:ascii="IM Fell English" w:hAnsi="IM Fell English"/>
          <w:color w:val="141414"/>
          <w:sz w:val="24"/>
        </w:rPr>
        <w:t>"I'm scared, Jake." Her voice cracked. "I've spent my whole life being the one who figures things out. And now I can't stop shaking."</w:t>
      </w:r>
    </w:p>
    <w:p>
      <w:r>
        <w:rPr>
          <w:rFonts w:ascii="IM Fell English" w:hAnsi="IM Fell English"/>
          <w:color w:val="141414"/>
          <w:sz w:val="24"/>
        </w:rPr>
        <w:t>The wall was coming down. Jake had watched her break into the most secure facility in the city. He'd seen her compartmentalize horror with surgical precision. But this was different.</w:t>
      </w:r>
    </w:p>
    <w:p>
      <w:r>
        <w:rPr>
          <w:rFonts w:ascii="IM Fell English" w:hAnsi="IM Fell English"/>
          <w:color w:val="141414"/>
          <w:sz w:val="24"/>
        </w:rPr>
        <w:t>"I thought I could outsmart them," she said. "But they've been doing this for decades. They've killed journalists. They've killed Council members' sons. What made me think I was special?"</w:t>
      </w:r>
    </w:p>
    <w:p>
      <w:r>
        <w:rPr>
          <w:rFonts w:ascii="IM Fell English" w:hAnsi="IM Fell English"/>
          <w:color w:val="141414"/>
          <w:sz w:val="24"/>
        </w:rPr>
        <w:t>Jake pulled out the chair beside her. Not across from her. Beside her. Close enough that their shoulders almost touched.</w:t>
      </w:r>
    </w:p>
    <w:p>
      <w:r>
        <w:rPr>
          <w:rFonts w:ascii="IM Fell English" w:hAnsi="IM Fell English"/>
          <w:color w:val="141414"/>
          <w:sz w:val="24"/>
        </w:rPr>
        <w:t>"You are special." He let the words settle. "You saw what no one else saw. You found the patterns. You're the reason we have proof."</w:t>
      </w:r>
    </w:p>
    <w:p>
      <w:r>
        <w:rPr>
          <w:rFonts w:ascii="IM Fell English" w:hAnsi="IM Fell English"/>
          <w:color w:val="141414"/>
          <w:sz w:val="24"/>
        </w:rPr>
        <w:t>"Proof that might get us both killed."</w:t>
      </w:r>
    </w:p>
    <w:p>
      <w:r>
        <w:rPr>
          <w:rFonts w:ascii="IM Fell English" w:hAnsi="IM Fell English"/>
          <w:color w:val="141414"/>
          <w:sz w:val="24"/>
        </w:rPr>
        <w:t>"Maybe." He took the cold mug from her trembling hands and set it aside. "But not tonight. Tonight, we're still here."</w:t>
      </w:r>
    </w:p>
    <w:p>
      <w:r>
        <w:rPr>
          <w:rFonts w:ascii="IM Fell English" w:hAnsi="IM Fell English"/>
          <w:color w:val="141414"/>
          <w:sz w:val="24"/>
        </w:rPr>
        <w:t>She finally looked at him. Her eyes were red-rimmed, exhausted, but something flickered in them. Not hope, exactly. Something more fragile.</w:t>
      </w:r>
    </w:p>
    <w:p>
      <w:r>
        <w:rPr>
          <w:rFonts w:ascii="IM Fell English" w:hAnsi="IM Fell English"/>
          <w:color w:val="141414"/>
          <w:sz w:val="24"/>
        </w:rPr>
        <w:t>"I won't let them hurt you," he said. "I know I can't promise that. But I'm saying it anyway."</w:t>
      </w:r>
    </w:p>
    <w:p>
      <w:r>
        <w:rPr>
          <w:rFonts w:ascii="IM Fell English" w:hAnsi="IM Fell English"/>
          <w:color w:val="141414"/>
          <w:sz w:val="24"/>
        </w:rPr>
        <w:t>Tessa reached out and took his hand. Her grip was tight, desperate.</w:t>
      </w:r>
    </w:p>
    <w:p>
      <w:r>
        <w:rPr>
          <w:rFonts w:ascii="IM Fell English" w:hAnsi="IM Fell English"/>
          <w:color w:val="141414"/>
          <w:sz w:val="24"/>
        </w:rPr>
        <w:t>Jake didn't pull away. He stepped in, closing the distance, and held her.</w:t>
      </w:r>
    </w:p>
    <w:p>
      <w:r>
        <w:rPr>
          <w:rFonts w:ascii="IM Fell English" w:hAnsi="IM Fell English"/>
          <w:color w:val="141414"/>
          <w:sz w:val="24"/>
        </w:rPr>
        <w:t>For a long moment, they just stood there. Her face pressed against his chest, fingers curled into his shirt. His arms around her. He could feel her heartbeat against his ribs, fast at first, then gradually slowing.</w:t>
      </w:r>
    </w:p>
    <w:p>
      <w:r>
        <w:rPr>
          <w:rFonts w:ascii="IM Fell English" w:hAnsi="IM Fell English"/>
          <w:color w:val="141414"/>
          <w:sz w:val="24"/>
        </w:rPr>
        <w:t>"When was the last time someone held you?" she asked, voice muffled against his shirt.</w:t>
      </w:r>
    </w:p>
    <w:p>
      <w:r>
        <w:rPr>
          <w:rFonts w:ascii="IM Fell English" w:hAnsi="IM Fell English"/>
          <w:color w:val="141414"/>
          <w:sz w:val="24"/>
        </w:rPr>
        <w:t>"I don't remember."</w:t>
      </w:r>
    </w:p>
    <w:p>
      <w:r>
        <w:rPr>
          <w:rFonts w:ascii="IM Fell English" w:hAnsi="IM Fell English"/>
          <w:color w:val="141414"/>
          <w:sz w:val="24"/>
        </w:rPr>
        <w:t>"Me neither."</w:t>
      </w:r>
    </w:p>
    <w:p>
      <w:r>
        <w:rPr>
          <w:rFonts w:ascii="IM Fell English" w:hAnsi="IM Fell English"/>
          <w:color w:val="141414"/>
          <w:sz w:val="24"/>
        </w:rPr>
        <w:t>They moved to the worn sofa without discussing it. Jake took off his shoulder holster and laid it on the floor. Tessa kicked off her boots, tucked her legs beneath her.</w:t>
      </w:r>
    </w:p>
    <w:p>
      <w:r>
        <w:rPr>
          <w:rFonts w:ascii="IM Fell English" w:hAnsi="IM Fell English"/>
          <w:color w:val="141414"/>
          <w:sz w:val="24"/>
        </w:rPr>
        <w:t>"Tell me something real," Tessa said. "Something that's just you."</w:t>
      </w:r>
    </w:p>
    <w:p>
      <w:r>
        <w:rPr>
          <w:rFonts w:ascii="IM Fell English" w:hAnsi="IM Fell English"/>
          <w:color w:val="141414"/>
          <w:sz w:val="24"/>
        </w:rPr>
        <w:t>"I was supposed to be a teacher," Jake said. "Before the threshold dropped. Help kids understand how we got here, so maybe they could figure out how to get somewhere better."</w:t>
      </w:r>
    </w:p>
    <w:p>
      <w:r>
        <w:rPr>
          <w:rFonts w:ascii="IM Fell English" w:hAnsi="IM Fell English"/>
          <w:color w:val="141414"/>
          <w:sz w:val="24"/>
        </w:rPr>
        <w:t>"What happened?"</w:t>
      </w:r>
    </w:p>
    <w:p>
      <w:r>
        <w:rPr>
          <w:rFonts w:ascii="IM Fell English" w:hAnsi="IM Fell English"/>
          <w:color w:val="141414"/>
          <w:sz w:val="24"/>
        </w:rPr>
        <w:t>"They defunded education. Police academy was hiring." He looked at her. "Sometimes it still matters. Right now, it does."</w:t>
      </w:r>
    </w:p>
    <w:p>
      <w:r>
        <w:rPr>
          <w:rFonts w:ascii="IM Fell English" w:hAnsi="IM Fell English"/>
          <w:color w:val="141414"/>
          <w:sz w:val="24"/>
        </w:rPr>
        <w:t>Tessa shifted, her shoulder brushing against his arm.</w:t>
      </w:r>
    </w:p>
    <w:p>
      <w:r>
        <w:rPr>
          <w:rFonts w:ascii="IM Fell English" w:hAnsi="IM Fell English"/>
          <w:color w:val="141414"/>
          <w:sz w:val="24"/>
        </w:rPr>
        <w:t>"I wanted to be an architect," she said. "Design buildings that would last. Instead, I ended up designing systems to process human beings like inventory."</w:t>
      </w:r>
    </w:p>
    <w:p>
      <w:r>
        <w:rPr>
          <w:rFonts w:ascii="IM Fell English" w:hAnsi="IM Fell English"/>
          <w:color w:val="141414"/>
          <w:sz w:val="24"/>
        </w:rPr>
        <w:t>"You're more than that."</w:t>
      </w:r>
    </w:p>
    <w:p>
      <w:r>
        <w:rPr>
          <w:rFonts w:ascii="IM Fell English" w:hAnsi="IM Fell English"/>
          <w:color w:val="141414"/>
          <w:sz w:val="24"/>
        </w:rPr>
        <w:t>"Am I?" She turned to look at him. They were close now. Close enough to see the flecks of gold in her eyes.</w:t>
      </w:r>
    </w:p>
    <w:p>
      <w:r>
        <w:rPr>
          <w:rFonts w:ascii="IM Fell English" w:hAnsi="IM Fell English"/>
          <w:color w:val="141414"/>
          <w:sz w:val="24"/>
        </w:rPr>
        <w:t>"Jake." His name in her mouth. Not a question.</w:t>
      </w:r>
    </w:p>
    <w:p>
      <w:r>
        <w:rPr>
          <w:rFonts w:ascii="IM Fell English" w:hAnsi="IM Fell English"/>
          <w:color w:val="141414"/>
          <w:sz w:val="24"/>
        </w:rPr>
        <w:t>He should stop. Remember his transition notice, his six months of borrowed time.</w:t>
      </w:r>
    </w:p>
    <w:p>
      <w:r>
        <w:rPr>
          <w:rFonts w:ascii="IM Fell English" w:hAnsi="IM Fell English"/>
          <w:color w:val="141414"/>
          <w:sz w:val="24"/>
        </w:rPr>
        <w:t>He didn't move.</w:t>
      </w:r>
    </w:p>
    <w:p>
      <w:r>
        <w:rPr>
          <w:rFonts w:ascii="IM Fell English" w:hAnsi="IM Fell English"/>
          <w:color w:val="141414"/>
          <w:sz w:val="24"/>
        </w:rPr>
        <w:t>The kiss was tentative at first. Questioning. She answered by leaning into him, her hand cool against his jaw. Two people who had forgotten how to be vulnerable, remembering.</w:t>
      </w:r>
    </w:p>
    <w:p>
      <w:r>
        <w:rPr>
          <w:rFonts w:ascii="IM Fell English" w:hAnsi="IM Fell English"/>
          <w:color w:val="141414"/>
          <w:sz w:val="24"/>
        </w:rPr>
        <w:t>Then it wasn't tentative anymore.</w:t>
      </w:r>
    </w:p>
    <w:p>
      <w:r>
        <w:rPr>
          <w:rFonts w:ascii="IM Fell English" w:hAnsi="IM Fell English"/>
          <w:color w:val="141414"/>
          <w:sz w:val="24"/>
        </w:rPr>
        <w:t>"Are you sure?" he asked.</w:t>
      </w:r>
    </w:p>
    <w:p>
      <w:r>
        <w:rPr>
          <w:rFonts w:ascii="IM Fell English" w:hAnsi="IM Fell English"/>
          <w:color w:val="141414"/>
          <w:sz w:val="24"/>
        </w:rPr>
        <w:t>"I'm sure I don't want to be alone tonight." Her voice was steady now. "I'm sure I don't want you to be alone either."</w:t>
      </w:r>
    </w:p>
    <w:p>
      <w:r>
        <w:rPr>
          <w:rFonts w:ascii="IM Fell English" w:hAnsi="IM Fell English"/>
          <w:color w:val="141414"/>
          <w:sz w:val="24"/>
        </w:rPr>
        <w:t>That was enough.</w:t>
      </w:r>
    </w:p>
    <w:p>
      <w:r>
        <w:rPr>
          <w:rFonts w:ascii="IM Fell English" w:hAnsi="IM Fell English"/>
          <w:color w:val="141414"/>
          <w:sz w:val="24"/>
        </w:rPr>
        <w:t>They rose together. The bedroom door closed behind them, and for a few hours, the rest of the world ceased to exist.</w:t>
      </w:r>
    </w:p>
    <w:p>
      <w:r>
        <w:rPr>
          <w:rFonts w:ascii="IM Fell English" w:hAnsi="IM Fell English"/>
          <w:color w:val="141414"/>
          <w:sz w:val="24"/>
        </w:rPr>
        <w:t>They lay in bed, sheets tangled around them, the television murmuring in the corner.</w:t>
      </w:r>
    </w:p>
    <w:p>
      <w:r>
        <w:rPr>
          <w:rFonts w:ascii="IM Fell English" w:hAnsi="IM Fell English"/>
          <w:color w:val="141414"/>
          <w:sz w:val="24"/>
        </w:rPr>
        <w:t>Jake watched the ceiling, his arm around Tessa, her head on his chest. The silence between them wasn’t heavy anymore. It was shared.</w:t>
      </w:r>
    </w:p>
    <w:p>
      <w:r>
        <w:rPr>
          <w:rFonts w:ascii="IM Fell English" w:hAnsi="IM Fell English"/>
          <w:color w:val="141414"/>
          <w:sz w:val="24"/>
        </w:rPr>
        <w:t>Neither of them was fully paying attention to the news. The evening broadcast droned on with the usual fare, Council-related announcements about water rationing adjustments in the eastern districts, business updates on quarterly transition quotas, a calendar of upcoming community events in Eden-sponsored recreation centers.</w:t>
      </w:r>
    </w:p>
    <w:p>
      <w:r>
        <w:rPr>
          <w:rFonts w:ascii="IM Fell English" w:hAnsi="IM Fell English"/>
          <w:color w:val="141414"/>
          <w:sz w:val="24"/>
        </w:rPr>
        <w:t>"...and in lighter news," one of the anchors said, her tone shifting to practiced warmth, "a transport truck carrying laboratory specimens experienced a flat tire on Route 7 this afternoon. During the stop, approximately two dozen white rabbits escaped from their cages and fled into the surrounding area."</w:t>
      </w:r>
    </w:p>
    <w:p>
      <w:r>
        <w:rPr>
          <w:rFonts w:ascii="IM Fell English" w:hAnsi="IM Fell English"/>
          <w:color w:val="141414"/>
          <w:sz w:val="24"/>
        </w:rPr>
        <w:t>The screen showed footage of the truck, its rear doors open, empty cages visible inside. Then a shot of the landscape beyond the highway, brown, barren, stretching to the horizon under a haze of chemical fog.</w:t>
      </w:r>
    </w:p>
    <w:p>
      <w:r>
        <w:rPr>
          <w:rFonts w:ascii="IM Fell English" w:hAnsi="IM Fell English"/>
          <w:color w:val="141414"/>
          <w:sz w:val="24"/>
        </w:rPr>
        <w:t>"Recovery teams were dispatched, but officials say the animals are unlikely to be recaptured." The anchor looked directly into the camera.</w:t>
      </w:r>
    </w:p>
    <w:p>
      <w:r>
        <w:rPr>
          <w:rFonts w:ascii="IM Fell English" w:hAnsi="IM Fell English"/>
          <w:color w:val="141414"/>
          <w:sz w:val="24"/>
        </w:rPr>
        <w:t>Her co-anchor shook his head with a rueful smile. "Poor things won't last long out there. Nothing survives in the dead fields."</w:t>
      </w:r>
    </w:p>
    <w:p>
      <w:r>
        <w:rPr>
          <w:rFonts w:ascii="IM Fell English" w:hAnsi="IM Fell English"/>
          <w:color w:val="141414"/>
          <w:sz w:val="24"/>
        </w:rPr>
        <w:t>"No," the first anchor agreed. "No, they won't."</w:t>
      </w:r>
    </w:p>
    <w:p>
      <w:r>
        <w:rPr>
          <w:rFonts w:ascii="IM Fell English" w:hAnsi="IM Fell English"/>
          <w:color w:val="141414"/>
          <w:sz w:val="24"/>
        </w:rPr>
        <w:t>Tessa shifted against Jake's chest. He could feel her breathing, slow and even, the tension finally draining from her body. For a moment, he let himself believe they might actually have time. Time to plan. Time to figure out their next move.</w:t>
      </w:r>
    </w:p>
    <w:p>
      <w:r>
        <w:rPr>
          <w:rFonts w:ascii="IM Fell English" w:hAnsi="IM Fell English"/>
          <w:color w:val="141414"/>
          <w:sz w:val="24"/>
        </w:rPr>
        <w:t>Then the news chime sounded. Three sharp tones that cut through the broadcast.</w:t>
      </w:r>
    </w:p>
    <w:p>
      <w:r>
        <w:rPr>
          <w:rFonts w:ascii="IM Fell English" w:hAnsi="IM Fell English"/>
          <w:i/>
          <w:color w:val="141414"/>
          <w:sz w:val="24"/>
        </w:rPr>
        <w:t>Breaking News. Urgent Announcement.</w:t>
      </w:r>
    </w:p>
    <w:p>
      <w:r>
        <w:rPr>
          <w:rFonts w:ascii="IM Fell English" w:hAnsi="IM Fell English"/>
          <w:color w:val="141414"/>
          <w:sz w:val="24"/>
        </w:rPr>
        <w:t>Jake looked at the screen.</w:t>
      </w:r>
    </w:p>
    <w:p>
      <w:r>
        <w:rPr>
          <w:rFonts w:ascii="IM Fell English" w:hAnsi="IM Fell English"/>
          <w:color w:val="141414"/>
          <w:sz w:val="24"/>
        </w:rPr>
        <w:t>Tessa's face filled the monitor, her official Transition Authority ID photo, the one that made her look severe and professional and nothing like the woman lying next to him.</w:t>
      </w:r>
    </w:p>
    <w:p>
      <w:r>
        <w:rPr>
          <w:rFonts w:ascii="IM Fell English" w:hAnsi="IM Fell English"/>
          <w:color w:val="141414"/>
          <w:sz w:val="24"/>
        </w:rPr>
        <w:t>WANTED FOR TREASON. TESSA THORNE. ARMED AND DANGEROUS. ACCUSED OF DATA THEFT AND CYBER TERRORISM.</w:t>
      </w:r>
    </w:p>
    <w:p>
      <w:r>
        <w:rPr>
          <w:rFonts w:ascii="IM Fell English" w:hAnsi="IM Fell English"/>
          <w:color w:val="141414"/>
          <w:sz w:val="24"/>
        </w:rPr>
        <w:t>"Oh god." Tessa sat up, clutching the sheet around her. "They didn't waste time."</w:t>
      </w:r>
    </w:p>
    <w:p>
      <w:r>
        <w:rPr>
          <w:rFonts w:ascii="IM Fell English" w:hAnsi="IM Fell English"/>
          <w:color w:val="141414"/>
          <w:sz w:val="24"/>
        </w:rPr>
        <w:t>Jake was already reaching for his clothes. "You can't stay here. They'll track your car. They'll pull surveillance footage from the garage, cross-reference it with my address. It's only a matter of time."</w:t>
      </w:r>
    </w:p>
    <w:p>
      <w:r>
        <w:rPr>
          <w:rFonts w:ascii="IM Fell English" w:hAnsi="IM Fell English"/>
          <w:color w:val="141414"/>
          <w:sz w:val="24"/>
        </w:rPr>
        <w:t>His comms device buzzed on the nightstand.</w:t>
      </w:r>
    </w:p>
    <w:p>
      <w:r>
        <w:rPr>
          <w:rFonts w:ascii="IM Fell English" w:hAnsi="IM Fell English"/>
          <w:color w:val="141414"/>
          <w:sz w:val="24"/>
        </w:rPr>
        <w:t>Not a text. A localized ping, the kind used for anonymous, untraceable communication.</w:t>
      </w:r>
    </w:p>
    <w:p>
      <w:r>
        <w:rPr>
          <w:rFonts w:ascii="IM Fell English" w:hAnsi="IM Fell English"/>
          <w:color w:val="141414"/>
          <w:sz w:val="24"/>
        </w:rPr>
        <w:t>Riverside Flat. East entrance. 0700 hours. Bring the girl. – R</w:t>
      </w:r>
    </w:p>
    <w:p>
      <w:r>
        <w:rPr>
          <w:rFonts w:ascii="IM Fell English" w:hAnsi="IM Fell English"/>
          <w:color w:val="141414"/>
          <w:sz w:val="24"/>
        </w:rPr>
        <w:t>Jake stared at the message. The Remnants. The activist organization he'd spent years dismissing as fanatics and Luddites. The people who stood outside Transition Authority buildings with signs reading BODIES ARE NOT HARDWARE.</w:t>
      </w:r>
    </w:p>
    <w:p>
      <w:r>
        <w:rPr>
          <w:rFonts w:ascii="IM Fell English" w:hAnsi="IM Fell English"/>
          <w:color w:val="141414"/>
          <w:sz w:val="24"/>
        </w:rPr>
        <w:t>"We have friends," he said. "Or at least, we have the same enemies."</w:t>
      </w:r>
    </w:p>
    <w:p>
      <w:r>
        <w:rPr>
          <w:rFonts w:ascii="IM Fell English" w:hAnsi="IM Fell English"/>
          <w:color w:val="141414"/>
          <w:sz w:val="24"/>
        </w:rPr>
        <w:t>Tessa looked at the message over his shoulder. "The Remnants? The terrorists?"</w:t>
      </w:r>
    </w:p>
    <w:p>
      <w:r>
        <w:rPr>
          <w:rFonts w:ascii="IM Fell English" w:hAnsi="IM Fell English"/>
          <w:color w:val="141414"/>
          <w:sz w:val="24"/>
        </w:rPr>
        <w:t>Jake thought about Grant, uploaded against his will into the system they were fighting. He thought about June Rafferty, murdered for asking questions. He thought about the cargo hauler that had run a red light with perfect timing, about the autonomous sweeper that had killed Oleg, about all the convenient "accidents" that seemed to plague anyone who got too close to the truth.</w:t>
      </w:r>
    </w:p>
    <w:p>
      <w:r>
        <w:rPr>
          <w:rFonts w:ascii="IM Fell English" w:hAnsi="IM Fell English"/>
          <w:color w:val="141414"/>
          <w:sz w:val="24"/>
        </w:rPr>
        <w:t>"Tonight," Jake said, reaching for his gun, "I think 'terrorist' just means 'alive.'"</w:t>
      </w:r>
    </w:p>
    <w:p>
      <w:r>
        <w:rPr>
          <w:rFonts w:ascii="IM Fell English" w:hAnsi="IM Fell English"/>
          <w:color w:val="141414"/>
          <w:sz w:val="24"/>
        </w:rPr>
        <w:t>He stood up. "Get dressed. We have to leave."</w:t>
      </w:r>
    </w:p>
    <w:p>
      <w:r>
        <w:rPr>
          <w:rFonts w:ascii="IM Fell English" w:hAnsi="IM Fell English"/>
          <w:color w:val="141414"/>
          <w:sz w:val="24"/>
        </w:rPr>
        <w:t>They couldn't stay.</w:t>
      </w:r>
    </w:p>
    <w:p>
      <w:r>
        <w:rPr>
          <w:rFonts w:ascii="IM Fell English" w:hAnsi="IM Fell English"/>
          <w:color w:val="141414"/>
          <w:sz w:val="24"/>
        </w:rPr>
        <w:t>Jake moved through his apartment like a ghost, grabbing essentials: his backup weapon from the bedroom safe, the leather notebook with Grant's photograph, two burner phones from a drawer he hadn't opened in years. Tessa watched from the doorway, her face still pale from seeing her own mugshot on every screen in the city.</w:t>
      </w:r>
    </w:p>
    <w:p>
      <w:r>
        <w:rPr>
          <w:rFonts w:ascii="IM Fell English" w:hAnsi="IM Fell English"/>
          <w:color w:val="141414"/>
          <w:sz w:val="24"/>
        </w:rPr>
        <w:t>"Where do we go until morning?" she asked.</w:t>
      </w:r>
    </w:p>
    <w:p>
      <w:r>
        <w:rPr>
          <w:rFonts w:ascii="IM Fell English" w:hAnsi="IM Fell English"/>
          <w:color w:val="141414"/>
          <w:sz w:val="24"/>
        </w:rPr>
        <w:t>Jake checked his watch. The Remnants' message had said 0700 hours. Seven AM. Over eight hours away. Eight hours of being hunted, of dodging surveillance drones and facial recognition cameras.</w:t>
      </w:r>
    </w:p>
    <w:p>
      <w:r>
        <w:rPr>
          <w:rFonts w:ascii="IM Fell English" w:hAnsi="IM Fell English"/>
          <w:color w:val="141414"/>
          <w:sz w:val="24"/>
        </w:rPr>
        <w:t>"I know a place," Jake said. "Off grid. No cameras, no network access. An old contact from my narcotics days used it as a stash house."</w:t>
      </w:r>
    </w:p>
    <w:p>
      <w:r>
        <w:rPr>
          <w:rFonts w:ascii="IM Fell English" w:hAnsi="IM Fell English"/>
          <w:color w:val="141414"/>
          <w:sz w:val="24"/>
        </w:rPr>
        <w:t>They took Jake's personal vehicle, a twenty five-year-old sedan with no autopilot and no network connection. Just an engine and four wheels.</w:t>
      </w:r>
    </w:p>
    <w:p>
      <w:r>
        <w:rPr>
          <w:rFonts w:ascii="IM Fell English" w:hAnsi="IM Fell English"/>
          <w:color w:val="141414"/>
          <w:sz w:val="24"/>
        </w:rPr>
        <w:t>The city at night was a different creature. Jake drove with his lights off through the industrial sector, navigating by memory and moonlight until they reached a crumbling warehouse district near the old shipping yards.</w:t>
      </w:r>
    </w:p>
    <w:p>
      <w:r>
        <w:rPr>
          <w:rFonts w:ascii="IM Fell English" w:hAnsi="IM Fell English"/>
          <w:color w:val="141414"/>
          <w:sz w:val="24"/>
        </w:rPr>
        <w:t>The stash house was a windowless room behind a forgotten building. Thick concrete. No signals in or out.</w:t>
      </w:r>
    </w:p>
    <w:p>
      <w:r>
        <w:rPr>
          <w:rFonts w:ascii="IM Fell English" w:hAnsi="IM Fell English"/>
          <w:color w:val="141414"/>
          <w:sz w:val="24"/>
        </w:rPr>
        <w:t>"We wait here," Jake said. "Try to get some sleep."</w:t>
      </w:r>
    </w:p>
    <w:p>
      <w:r>
        <w:rPr>
          <w:rFonts w:ascii="IM Fell English" w:hAnsi="IM Fell English"/>
          <w:color w:val="141414"/>
          <w:sz w:val="24"/>
        </w:rPr>
        <w:t>Neither of them did.</w:t>
      </w:r>
    </w:p>
    <w:p>
      <w:r>
        <w:rPr>
          <w:rFonts w:ascii="IM Fell English" w:hAnsi="IM Fell English"/>
          <w:color w:val="141414"/>
          <w:sz w:val="24"/>
        </w:rPr>
        <w:t>Jake’s eyes snapped open.</w:t>
      </w:r>
    </w:p>
    <w:p>
      <w:r>
        <w:rPr>
          <w:rFonts w:ascii="IM Fell English" w:hAnsi="IM Fell English"/>
          <w:color w:val="141414"/>
          <w:sz w:val="24"/>
        </w:rPr>
        <w:t>A faint sound. High-pitched, almost inaudible. The whine of micro-rotors. He recognized it immediately. A scouter drone.</w:t>
      </w:r>
    </w:p>
    <w:p>
      <w:r>
        <w:rPr>
          <w:rFonts w:ascii="IM Fell English" w:hAnsi="IM Fell English"/>
          <w:color w:val="141414"/>
          <w:sz w:val="24"/>
        </w:rPr>
        <w:t>He was on his feet in an instant, hand clamping over Tessa's mouth before she could make a sound. Her eyes flew open, wide with alarm.</w:t>
      </w:r>
    </w:p>
    <w:p>
      <w:r>
        <w:rPr>
          <w:rFonts w:ascii="IM Fell English" w:hAnsi="IM Fell English"/>
          <w:color w:val="141414"/>
          <w:sz w:val="24"/>
        </w:rPr>
        <w:t>"Scout drone," he breathed against her ear. "In the building. Mapping and seeking."</w:t>
      </w:r>
    </w:p>
    <w:p>
      <w:r>
        <w:rPr>
          <w:rFonts w:ascii="IM Fell English" w:hAnsi="IM Fell English"/>
          <w:color w:val="141414"/>
          <w:sz w:val="24"/>
        </w:rPr>
        <w:t>He released her and moved to a crack in the concrete wall, pressing his eye to the gap. The drone zipped through the outer corridor, never hovering in one position, no larger than a fist. Its sensor array rotated methodically as it scanned the space. Red light pulsed from its central eye.</w:t>
      </w:r>
    </w:p>
    <w:p>
      <w:r>
        <w:rPr>
          <w:rFonts w:ascii="IM Fell English" w:hAnsi="IM Fell English"/>
          <w:color w:val="141414"/>
          <w:sz w:val="24"/>
        </w:rPr>
        <w:t>His blood went cold. If there was a scout, the swarm wasn't far behind. And those would be armed.</w:t>
      </w:r>
    </w:p>
    <w:p>
      <w:r>
        <w:rPr>
          <w:rFonts w:ascii="IM Fell English" w:hAnsi="IM Fell English"/>
          <w:color w:val="141414"/>
          <w:sz w:val="24"/>
        </w:rPr>
        <w:t>"We have to go," Jake said, kneeling beside the crack. "Now."</w:t>
      </w:r>
    </w:p>
    <w:p>
      <w:r>
        <w:rPr>
          <w:rFonts w:ascii="IM Fell English" w:hAnsi="IM Fell English"/>
          <w:color w:val="141414"/>
          <w:sz w:val="24"/>
        </w:rPr>
        <w:t>He drew his weapon and waited, tracking the scout's patrol pattern through the gap. It swept left, disappeared from view, then returned. Methodical, patient, thorough. Impossible to get a clean shot. It never held position long enough. Jake draped a piece of cloth over the muzzle of his Glock, pushed it through the crack, and waited, baiting the scout drone to approach.</w:t>
      </w:r>
    </w:p>
    <w:p>
      <w:r>
        <w:rPr>
          <w:rFonts w:ascii="IM Fell English" w:hAnsi="IM Fell English"/>
          <w:color w:val="141414"/>
          <w:sz w:val="24"/>
        </w:rPr>
        <w:t>On its third pass, the drone detected that the wall crack's three-dimensional profile had changed. A small mound between the gap that wasn't there on earlier passes. It stopped, rotated, and drifted closer. The red eye trained on the anomaly, seeking, probing, analyzing.</w:t>
      </w:r>
    </w:p>
    <w:p>
      <w:r>
        <w:rPr>
          <w:rFonts w:ascii="IM Fell English" w:hAnsi="IM Fell English"/>
          <w:color w:val="141414"/>
          <w:sz w:val="24"/>
        </w:rPr>
        <w:t>Jake fired.</w:t>
      </w:r>
    </w:p>
    <w:p>
      <w:r>
        <w:rPr>
          <w:rFonts w:ascii="IM Fell English" w:hAnsi="IM Fell English"/>
          <w:color w:val="141414"/>
          <w:sz w:val="24"/>
        </w:rPr>
        <w:t>The shot punched straight through the sensor eye. The drone spun wildly, sparks showering from its blades as one sliced against the pillar. Jake stepped out from behind the wall and waited. The scout had lost one of its blades but could still fly. It needed to recalibrate its balance, adjusting from four rotors to three. Half a second to stabilize. Half a second of hovering in place.</w:t>
      </w:r>
    </w:p>
    <w:p>
      <w:r>
        <w:rPr>
          <w:rFonts w:ascii="IM Fell English" w:hAnsi="IM Fell English"/>
          <w:color w:val="141414"/>
          <w:sz w:val="24"/>
        </w:rPr>
        <w:t>That was all the time Jake needed.</w:t>
      </w:r>
    </w:p>
    <w:p>
      <w:r>
        <w:rPr>
          <w:rFonts w:ascii="IM Fell English" w:hAnsi="IM Fell English"/>
          <w:color w:val="141414"/>
          <w:sz w:val="24"/>
        </w:rPr>
        <w:t>The second shot hit the energy cell. The explosion splintered the drone into multiple segments. But the emitter, with its small backup battery designed for hot-swapping, was still intact.</w:t>
      </w:r>
    </w:p>
    <w:p>
      <w:r>
        <w:rPr>
          <w:rFonts w:ascii="IM Fell English" w:hAnsi="IM Fell English"/>
          <w:color w:val="141414"/>
          <w:sz w:val="24"/>
        </w:rPr>
        <w:t>Before Jake could take a third shot, the emitter light flashed from green to amber to red.</w:t>
      </w:r>
    </w:p>
    <w:p>
      <w:r>
        <w:rPr>
          <w:rFonts w:ascii="IM Fell English" w:hAnsi="IM Fell English"/>
          <w:color w:val="141414"/>
          <w:sz w:val="24"/>
        </w:rPr>
        <w:t>"It just sent a signal," Jake said. "Move."</w:t>
      </w:r>
    </w:p>
    <w:p>
      <w:r>
        <w:rPr>
          <w:rFonts w:ascii="IM Fell English" w:hAnsi="IM Fell English"/>
          <w:color w:val="141414"/>
          <w:sz w:val="24"/>
        </w:rPr>
        <w:t>They ran. Through the back exit, across the cracked pavement of the abandoned lot, into Jake's sedan. The engine coughed to life and Jake floored it, tires screaming as they tore into the empty street.</w:t>
      </w:r>
    </w:p>
    <w:p>
      <w:r>
        <w:rPr>
          <w:rFonts w:ascii="IM Fell English" w:hAnsi="IM Fell English"/>
          <w:color w:val="141414"/>
          <w:sz w:val="24"/>
        </w:rPr>
        <w:t>"How did they find us?" Tessa demanded, gripping the dashboard. "You said no one knew about this place."</w:t>
      </w:r>
    </w:p>
    <w:p>
      <w:r>
        <w:rPr>
          <w:rFonts w:ascii="IM Fell English" w:hAnsi="IM Fell English"/>
          <w:color w:val="141414"/>
          <w:sz w:val="24"/>
        </w:rPr>
        <w:t>Jake's jaw tightened. "Two people knew. Me and Dominic."</w:t>
      </w:r>
    </w:p>
    <w:p>
      <w:r>
        <w:rPr>
          <w:rFonts w:ascii="IM Fell English" w:hAnsi="IM Fell English"/>
          <w:color w:val="141414"/>
          <w:sz w:val="24"/>
        </w:rPr>
        <w:t>The implication hung in the air. Tessa didn't ask the obvious question.</w:t>
      </w:r>
    </w:p>
    <w:p>
      <w:r>
        <w:rPr>
          <w:rFonts w:ascii="IM Fell English" w:hAnsi="IM Fell English"/>
          <w:color w:val="141414"/>
          <w:sz w:val="24"/>
        </w:rPr>
        <w:t>They were heading toward the city, away from Riverside Flat and the Remnants' meeting point. Tessa looked at him, confused, but Jake said nothing. He was watching the road ahead, scanning for something.</w:t>
      </w:r>
    </w:p>
    <w:p>
      <w:r>
        <w:rPr>
          <w:rFonts w:ascii="IM Fell English" w:hAnsi="IM Fell English"/>
          <w:color w:val="141414"/>
          <w:sz w:val="24"/>
        </w:rPr>
        <w:t>"There." He pointed ahead.</w:t>
      </w:r>
    </w:p>
    <w:p>
      <w:r>
        <w:rPr>
          <w:rFonts w:ascii="IM Fell English" w:hAnsi="IM Fell English"/>
          <w:color w:val="141414"/>
          <w:sz w:val="24"/>
        </w:rPr>
        <w:t>A convoy of autonomous dumpsters rumbled along the highway, heading into the city for the morning collection cycle. Massive, blocky, identical. A procession of mechanical beasts. Jake accelerated until he was pacing a dumpster near the center of the convoy, matching its speed exactly.</w:t>
      </w:r>
    </w:p>
    <w:p>
      <w:r>
        <w:rPr>
          <w:rFonts w:ascii="IM Fell English" w:hAnsi="IM Fell English"/>
          <w:color w:val="141414"/>
          <w:sz w:val="24"/>
        </w:rPr>
        <w:t>He reached into the glove compartment and pulled out his phone. The one he used to call Dominic.</w:t>
      </w:r>
    </w:p>
    <w:p>
      <w:r>
        <w:rPr>
          <w:rFonts w:ascii="IM Fell English" w:hAnsi="IM Fell English"/>
          <w:color w:val="141414"/>
          <w:sz w:val="24"/>
        </w:rPr>
        <w:t>"What are you doing?" Tessa asked.</w:t>
      </w:r>
    </w:p>
    <w:p>
      <w:r>
        <w:rPr>
          <w:rFonts w:ascii="IM Fell English" w:hAnsi="IM Fell English"/>
          <w:color w:val="141414"/>
          <w:sz w:val="24"/>
        </w:rPr>
        <w:t>"Confirming something."</w:t>
      </w:r>
    </w:p>
    <w:p>
      <w:r>
        <w:rPr>
          <w:rFonts w:ascii="IM Fell English" w:hAnsi="IM Fell English"/>
          <w:color w:val="141414"/>
          <w:sz w:val="24"/>
        </w:rPr>
        <w:t>He powered on the phone.</w:t>
      </w:r>
    </w:p>
    <w:p>
      <w:r>
        <w:rPr>
          <w:rFonts w:ascii="IM Fell English" w:hAnsi="IM Fell English"/>
          <w:color w:val="141414"/>
          <w:sz w:val="24"/>
        </w:rPr>
        <w:t>In a server deep within Eden's core, Jake's number was immediately flagged and the cell tower location identified. On the outskirts of the city, cell towers were sparse. Each covered a twenty-kilometer radius. Eden needed more data to pinpoint the phone's exact location.</w:t>
      </w:r>
    </w:p>
    <w:p>
      <w:r>
        <w:rPr>
          <w:rFonts w:ascii="IM Fell English" w:hAnsi="IM Fell English"/>
          <w:color w:val="141414"/>
          <w:sz w:val="24"/>
        </w:rPr>
        <w:t>Tessa knew that Jake had just announced their presence. She trusted that he had a plan.</w:t>
      </w:r>
    </w:p>
    <w:p>
      <w:r>
        <w:rPr>
          <w:rFonts w:ascii="IM Fell English" w:hAnsi="IM Fell English"/>
          <w:color w:val="141414"/>
          <w:sz w:val="24"/>
        </w:rPr>
        <w:t>Jake dialed. Dominic answered on the second ring.</w:t>
      </w:r>
    </w:p>
    <w:p>
      <w:r>
        <w:rPr>
          <w:rFonts w:ascii="IM Fell English" w:hAnsi="IM Fell English"/>
          <w:color w:val="141414"/>
          <w:sz w:val="24"/>
        </w:rPr>
        <w:t>"Jake? What's happening? Are you alright?"</w:t>
      </w:r>
    </w:p>
    <w:p>
      <w:r>
        <w:rPr>
          <w:rFonts w:ascii="IM Fell English" w:hAnsi="IM Fell English"/>
          <w:color w:val="141414"/>
          <w:sz w:val="24"/>
        </w:rPr>
        <w:t>"I have proof, Dom. Everything. Enough to bring down the Council." Jake kept his voice calm, controlled. "Meet me tonight. I had to ditch my car. We're hitching a ride on an dumpster heading into the city. I'll contact you when I'm closer."</w:t>
      </w:r>
    </w:p>
    <w:p>
      <w:r>
        <w:rPr>
          <w:rFonts w:ascii="IM Fell English" w:hAnsi="IM Fell English"/>
          <w:color w:val="141414"/>
          <w:sz w:val="24"/>
        </w:rPr>
        <w:t>"Jake, be careful. I'll be waiting."</w:t>
      </w:r>
    </w:p>
    <w:p>
      <w:r>
        <w:rPr>
          <w:rFonts w:ascii="IM Fell English" w:hAnsi="IM Fell English"/>
          <w:color w:val="141414"/>
          <w:sz w:val="24"/>
        </w:rPr>
        <w:t>Jake hung up. He asked Tessa to take the wheel as he climbed halfway out the driver's side window. He tossed the phone onto the back of the dumpster, where it clattered and settled among the debris.</w:t>
      </w:r>
    </w:p>
    <w:p>
      <w:r>
        <w:rPr>
          <w:rFonts w:ascii="IM Fell English" w:hAnsi="IM Fell English"/>
          <w:color w:val="141414"/>
          <w:sz w:val="24"/>
        </w:rPr>
        <w:t>He slid back inside and slowed, letting the convoy pull ahead, then swung the car around and headed back the way they came. Toward Riverside Flat. Toward the Remnants.</w:t>
      </w:r>
    </w:p>
    <w:p>
      <w:r>
        <w:rPr>
          <w:rFonts w:ascii="IM Fell English" w:hAnsi="IM Fell English"/>
          <w:color w:val="141414"/>
          <w:sz w:val="24"/>
        </w:rPr>
        <w:t>Tessa turned to look through the rear window. The convoy was shrinking in the distance, the dumpster with Jake's phone just a dark shape among many.</w:t>
      </w:r>
    </w:p>
    <w:p>
      <w:r>
        <w:rPr>
          <w:rFonts w:ascii="IM Fell English" w:hAnsi="IM Fell English"/>
          <w:color w:val="141414"/>
          <w:sz w:val="24"/>
        </w:rPr>
        <w:t>Then she saw them.</w:t>
      </w:r>
    </w:p>
    <w:p>
      <w:r>
        <w:rPr>
          <w:rFonts w:ascii="IM Fell English" w:hAnsi="IM Fell English"/>
          <w:color w:val="141414"/>
          <w:sz w:val="24"/>
        </w:rPr>
        <w:t>A swarm of large drones descended from the predawn sky, circling the convoy like vultures. They moved with terrible precision. Tracking, targeting, confirming. Finally circling the dumpster carrying Jake's phone.</w:t>
      </w:r>
    </w:p>
    <w:p>
      <w:r>
        <w:rPr>
          <w:rFonts w:ascii="IM Fell English" w:hAnsi="IM Fell English"/>
          <w:color w:val="141414"/>
          <w:sz w:val="24"/>
        </w:rPr>
        <w:t>Then they fired.</w:t>
      </w:r>
    </w:p>
    <w:p>
      <w:r>
        <w:rPr>
          <w:rFonts w:ascii="IM Fell English" w:hAnsi="IM Fell English"/>
          <w:color w:val="141414"/>
          <w:sz w:val="24"/>
        </w:rPr>
        <w:t>No warning. No hesitation. The dumpster erupted in a ball of flame. The two units in front and behind it were caught in the blast, all three reduced to burning wreckage in seconds. The drones continued to hover over the inferno. Then, in one final elimination step, they dove into the burning wreckage one by one, setting off a second wave of explosions. Destroying all evidence they had ever been there. Guaranteeing no possible survivors.</w:t>
      </w:r>
    </w:p>
    <w:p>
      <w:r>
        <w:rPr>
          <w:rFonts w:ascii="IM Fell English" w:hAnsi="IM Fell English"/>
          <w:color w:val="141414"/>
          <w:sz w:val="24"/>
        </w:rPr>
        <w:t>Tessa turned back to face forward, her face pale.</w:t>
      </w:r>
    </w:p>
    <w:p>
      <w:r>
        <w:rPr>
          <w:rFonts w:ascii="IM Fell English" w:hAnsi="IM Fell English"/>
          <w:color w:val="141414"/>
          <w:sz w:val="24"/>
        </w:rPr>
        <w:t>"Dominic," she said. It wasn't a question.</w:t>
      </w:r>
    </w:p>
    <w:p>
      <w:r>
        <w:rPr>
          <w:rFonts w:ascii="IM Fell English" w:hAnsi="IM Fell English"/>
          <w:color w:val="141414"/>
          <w:sz w:val="24"/>
        </w:rPr>
        <w:t>Jake's hands tightened on the wheel. His old partner. His friend. The man who had pointed him toward this investigation in the first place.</w:t>
      </w:r>
    </w:p>
    <w:p>
      <w:r>
        <w:rPr>
          <w:rFonts w:ascii="IM Fell English" w:hAnsi="IM Fell English"/>
          <w:color w:val="141414"/>
          <w:sz w:val="24"/>
        </w:rPr>
        <w:t>"He sold us out," Jake said. "He's been selling us out from the beginning."</w:t>
      </w:r>
    </w:p>
    <w:p>
      <w:r>
        <w:rPr>
          <w:rFonts w:ascii="IM Fell English" w:hAnsi="IM Fell English"/>
          <w:color w:val="141414"/>
          <w:sz w:val="24"/>
        </w:rPr>
        <w:t>He glanced at Tessa. "As of now, we're ghosts."</w:t>
      </w:r>
    </w:p>
    <w:p>
      <w:pPr>
        <w:pStyle w:val="Heading1"/>
        <w:jc w:val="center"/>
      </w:pPr>
      <w:r>
        <w:rPr>
          <w:rFonts w:ascii="IM Fell English" w:hAnsi="IM Fell English"/>
          <w:color w:val="0D0D0D"/>
        </w:rPr>
        <w:t>CHAPTER 13: THE REJECTED</w:t>
      </w:r>
    </w:p>
    <w:p>
      <w:pPr>
        <w:pStyle w:val="Heading2"/>
        <w:jc w:val="center"/>
      </w:pPr>
      <w:r>
        <w:rPr>
          <w:rFonts w:ascii="IM Fell English" w:hAnsi="IM Fell English"/>
          <w:color w:val="0D0D0D"/>
        </w:rPr>
        <w:t>Friday Morning, Riverside Flat, 6:45 AM</w:t>
      </w:r>
    </w:p>
    <w:p>
      <w:r>
        <w:rPr>
          <w:rFonts w:ascii="IM Fell English" w:hAnsi="IM Fell English"/>
          <w:color w:val="141414"/>
          <w:sz w:val="24"/>
        </w:rPr>
        <w:t>The dawn was gray and humid, the sun struggling to burn through the chemical haze that hung over the river like a funeral shroud.</w:t>
      </w:r>
    </w:p>
    <w:p>
      <w:r>
        <w:rPr>
          <w:rFonts w:ascii="IM Fell English" w:hAnsi="IM Fell English"/>
          <w:color w:val="141414"/>
          <w:sz w:val="24"/>
        </w:rPr>
        <w:t>Jake parked the sedan near the tree line in a spot that offered cover and a clear escape route. He checked his mirrors obsessively, no drones, no gray sedans, no sign of the security forces that should have been hunting them.</w:t>
      </w:r>
    </w:p>
    <w:p>
      <w:r>
        <w:rPr>
          <w:rFonts w:ascii="IM Fell English" w:hAnsi="IM Fell English"/>
          <w:color w:val="141414"/>
          <w:sz w:val="24"/>
        </w:rPr>
        <w:t>"Maybe it's a trap."</w:t>
      </w:r>
    </w:p>
    <w:p>
      <w:r>
        <w:rPr>
          <w:rFonts w:ascii="IM Fell English" w:hAnsi="IM Fell English"/>
          <w:color w:val="141414"/>
          <w:sz w:val="24"/>
        </w:rPr>
        <w:t>"If it was a trap, we'd be dead already. They've had twelve hours to find us."</w:t>
      </w:r>
    </w:p>
    <w:p>
      <w:r>
        <w:rPr>
          <w:rFonts w:ascii="IM Fell English" w:hAnsi="IM Fell English"/>
          <w:color w:val="141414"/>
          <w:sz w:val="24"/>
        </w:rPr>
        <w:t>They walked toward the East Entrance, footsteps crunching on gravel. The playground equipment to their left was a rusted skeleton, swings hanging motionless, slides corroded to uselessness.</w:t>
      </w:r>
    </w:p>
    <w:p>
      <w:r>
        <w:rPr>
          <w:rFonts w:ascii="IM Fell English" w:hAnsi="IM Fell English"/>
          <w:color w:val="141414"/>
          <w:sz w:val="24"/>
        </w:rPr>
        <w:t>The entrance was empty.</w:t>
      </w:r>
    </w:p>
    <w:p>
      <w:r>
        <w:rPr>
          <w:rFonts w:ascii="IM Fell English" w:hAnsi="IM Fell English"/>
          <w:color w:val="141414"/>
          <w:sz w:val="24"/>
        </w:rPr>
        <w:t>Jake's hand drifted toward his weapon. They waited. One minute. Two.</w:t>
      </w:r>
    </w:p>
    <w:p>
      <w:r>
        <w:rPr>
          <w:rFonts w:ascii="IM Fell English" w:hAnsi="IM Fell English"/>
          <w:color w:val="141414"/>
          <w:sz w:val="24"/>
        </w:rPr>
        <w:t>Then three figures emerged from the morning mist.</w:t>
      </w:r>
    </w:p>
    <w:p>
      <w:r>
        <w:rPr>
          <w:rFonts w:ascii="IM Fell English" w:hAnsi="IM Fell English"/>
          <w:color w:val="141414"/>
          <w:sz w:val="24"/>
        </w:rPr>
        <w:t>They didn't step out so much as materialize, one moment the path was empty, the next three people stood ten yards away, watching with the patient stillness of predators.</w:t>
      </w:r>
    </w:p>
    <w:p>
      <w:r>
        <w:rPr>
          <w:rFonts w:ascii="IM Fell English" w:hAnsi="IM Fell English"/>
          <w:color w:val="141414"/>
          <w:sz w:val="24"/>
        </w:rPr>
        <w:t>Jake recognized them instantly.</w:t>
      </w:r>
    </w:p>
    <w:p>
      <w:r>
        <w:rPr>
          <w:rFonts w:ascii="IM Fell English" w:hAnsi="IM Fell English"/>
          <w:color w:val="141414"/>
          <w:sz w:val="24"/>
        </w:rPr>
        <w:t>The man in front was in his forties, with graying hair and hard eyes that had seen violence and made peace with it. The two women flanking him moved with fluid economy, their postures relaxed but ready.</w:t>
      </w:r>
    </w:p>
    <w:p>
      <w:r>
        <w:rPr>
          <w:rFonts w:ascii="IM Fell English" w:hAnsi="IM Fell English"/>
          <w:color w:val="141414"/>
          <w:sz w:val="24"/>
        </w:rPr>
        <w:t>"You," Jake said. "You're the ones from the crash site."</w:t>
      </w:r>
    </w:p>
    <w:p>
      <w:pPr>
        <w:pStyle w:val="Heading2"/>
        <w:jc w:val="center"/>
      </w:pPr>
      <w:r>
        <w:rPr>
          <w:rFonts w:ascii="IM Fell English" w:hAnsi="IM Fell English"/>
          <w:color w:val="0D0D0D"/>
        </w:rPr>
        <w:t>Flashback, Wednesday, 4:20 PM</w:t>
      </w:r>
    </w:p>
    <w:p>
      <w:r>
        <w:rPr>
          <w:rFonts w:ascii="IM Fell English" w:hAnsi="IM Fell English"/>
          <w:color w:val="141414"/>
          <w:sz w:val="24"/>
        </w:rPr>
        <w:t>After the ambulance had taken Grant's broken body, after Jake had watched them upload his partner's consciousness into the machine they were supposed to be fighting, he had stood alone in the intersection, trying to make sense of what had just happened.</w:t>
      </w:r>
    </w:p>
    <w:p>
      <w:r>
        <w:rPr>
          <w:rFonts w:ascii="IM Fell English" w:hAnsi="IM Fell English"/>
          <w:color w:val="141414"/>
          <w:sz w:val="24"/>
        </w:rPr>
        <w:t>The wreckage was already being cleared by autonomous drones. But Jake was a cop. And cops didn't accept "nothing" as an answer.</w:t>
      </w:r>
    </w:p>
    <w:p>
      <w:r>
        <w:rPr>
          <w:rFonts w:ascii="IM Fell English" w:hAnsi="IM Fell English"/>
          <w:color w:val="141414"/>
          <w:sz w:val="24"/>
        </w:rPr>
        <w:t>He had walked to the corner bodega, flashing his badge. "Your security camera. The one pointing at the street. I need the last twenty minutes."</w:t>
      </w:r>
    </w:p>
    <w:p>
      <w:r>
        <w:rPr>
          <w:rFonts w:ascii="IM Fell English" w:hAnsi="IM Fell English"/>
          <w:color w:val="141414"/>
          <w:sz w:val="24"/>
        </w:rPr>
        <w:t>The footage was grainy, compressed. But it was enough.</w:t>
      </w:r>
    </w:p>
    <w:p>
      <w:r>
        <w:rPr>
          <w:rFonts w:ascii="IM Fell English" w:hAnsi="IM Fell English"/>
          <w:color w:val="141414"/>
          <w:sz w:val="24"/>
        </w:rPr>
        <w:t>Jake watched the crash. He watched Grant's car crumple against the lamppost. He watched himself arrive, screaming his partner's name.</w:t>
      </w:r>
    </w:p>
    <w:p>
      <w:r>
        <w:rPr>
          <w:rFonts w:ascii="IM Fell English" w:hAnsi="IM Fell English"/>
          <w:color w:val="141414"/>
          <w:sz w:val="24"/>
        </w:rPr>
        <w:t>But before he arrived, in those critical seconds between the impact and his arrival, a gray sedan had pulled up to the wreckage.</w:t>
      </w:r>
    </w:p>
    <w:p>
      <w:r>
        <w:rPr>
          <w:rFonts w:ascii="IM Fell English" w:hAnsi="IM Fell English"/>
          <w:color w:val="141414"/>
          <w:sz w:val="24"/>
        </w:rPr>
        <w:t>Three people got out. A man with graying hair. Two women. They moved with purpose, with the efficiency of people who had done this before.</w:t>
      </w:r>
    </w:p>
    <w:p>
      <w:r>
        <w:rPr>
          <w:rFonts w:ascii="IM Fell English" w:hAnsi="IM Fell English"/>
          <w:color w:val="141414"/>
          <w:sz w:val="24"/>
        </w:rPr>
        <w:t>They didn't try to help Grant. They didn't call for assistance.</w:t>
      </w:r>
    </w:p>
    <w:p>
      <w:r>
        <w:rPr>
          <w:rFonts w:ascii="IM Fell English" w:hAnsi="IM Fell English"/>
          <w:color w:val="141414"/>
          <w:sz w:val="24"/>
        </w:rPr>
        <w:t>They went straight to the trunk.</w:t>
      </w:r>
    </w:p>
    <w:p>
      <w:r>
        <w:rPr>
          <w:rFonts w:ascii="IM Fell English" w:hAnsi="IM Fell English"/>
          <w:color w:val="141414"/>
          <w:sz w:val="24"/>
        </w:rPr>
        <w:t>The man pried it open, grabbed the evidence box and walked away. Gone before Jake's car appeared in the frame.</w:t>
      </w:r>
    </w:p>
    <w:p>
      <w:pPr>
        <w:pStyle w:val="Heading2"/>
        <w:jc w:val="center"/>
      </w:pPr>
      <w:r>
        <w:rPr>
          <w:rFonts w:ascii="IM Fell English" w:hAnsi="IM Fell English"/>
          <w:color w:val="0D0D0D"/>
        </w:rPr>
        <w:t>Present Time, Riverside Flat</w:t>
      </w:r>
    </w:p>
    <w:p>
      <w:r>
        <w:rPr>
          <w:rFonts w:ascii="IM Fell English" w:hAnsi="IM Fell English"/>
          <w:color w:val="141414"/>
          <w:sz w:val="24"/>
        </w:rPr>
        <w:t>"You robbed a dying man," Jake’s voice tight with suppressed rage. "You took evidence from my partner while he was bleeding out."</w:t>
      </w:r>
    </w:p>
    <w:p>
      <w:r>
        <w:rPr>
          <w:rFonts w:ascii="IM Fell English" w:hAnsi="IM Fell English"/>
          <w:color w:val="141414"/>
          <w:sz w:val="24"/>
        </w:rPr>
        <w:t>The gray-haired man, Arthur, Jake would learn later, didn't flinch. He just nodded, accepting the accusation like a soldier accepting orders.</w:t>
      </w:r>
    </w:p>
    <w:p>
      <w:r>
        <w:rPr>
          <w:rFonts w:ascii="IM Fell English" w:hAnsi="IM Fell English"/>
          <w:color w:val="141414"/>
          <w:sz w:val="24"/>
        </w:rPr>
        <w:t>“We retrieved our property," the woman to his left, Naomi, stated matter-of-factly, her eyes like flint. "The file in his trunk? We gave that to June Rafferty. We were her source. When Grant crashed, we knew the police would impound the car. If that file went into the official system, they'd trace it back to our informants inside the Ministry."</w:t>
      </w:r>
    </w:p>
    <w:p>
      <w:r>
        <w:rPr>
          <w:rFonts w:ascii="IM Fell English" w:hAnsi="IM Fell English"/>
          <w:color w:val="141414"/>
          <w:sz w:val="24"/>
        </w:rPr>
        <w:t>"You're 'R,'" Jake said, the pieces clicking into place. "The note on June's wall. 'Source material from R.' R for Remnants."</w:t>
      </w:r>
    </w:p>
    <w:p>
      <w:r>
        <w:rPr>
          <w:rFonts w:ascii="IM Fell English" w:hAnsi="IM Fell English"/>
          <w:color w:val="141414"/>
          <w:sz w:val="24"/>
        </w:rPr>
        <w:t>"We've been feeding information to journalists for years," Arthur said. "June was the first one who actually understood what she was looking at."</w:t>
      </w:r>
    </w:p>
    <w:p>
      <w:r>
        <w:rPr>
          <w:rFonts w:ascii="IM Fell English" w:hAnsi="IM Fell English"/>
          <w:color w:val="141414"/>
          <w:sz w:val="24"/>
        </w:rPr>
        <w:t>"So you let him die to save your snitches?"</w:t>
      </w:r>
    </w:p>
    <w:p>
      <w:r>
        <w:rPr>
          <w:rFonts w:ascii="IM Fell English" w:hAnsi="IM Fell English"/>
          <w:color w:val="141414"/>
          <w:sz w:val="24"/>
        </w:rPr>
        <w:t>"He was already gone, Detective. We watched the impact. No one survives that. We couldn't save him. We could only save the work."</w:t>
      </w:r>
    </w:p>
    <w:p>
      <w:r>
        <w:rPr>
          <w:rFonts w:ascii="IM Fell English" w:hAnsi="IM Fell English"/>
          <w:color w:val="141414"/>
          <w:sz w:val="24"/>
        </w:rPr>
        <w:t>Jake wanted to put a bullet in him. But Grant was gone now anyway. Uploaded.</w:t>
      </w:r>
    </w:p>
    <w:p>
      <w:r>
        <w:rPr>
          <w:rFonts w:ascii="IM Fell English" w:hAnsi="IM Fell English"/>
          <w:color w:val="141414"/>
          <w:sz w:val="24"/>
        </w:rPr>
        <w:t>Tessa's hand touched Jake's arm. A silent signal. Stand down. We need them.</w:t>
      </w:r>
    </w:p>
    <w:p>
      <w:r>
        <w:rPr>
          <w:rFonts w:ascii="IM Fell English" w:hAnsi="IM Fell English"/>
          <w:color w:val="141414"/>
          <w:sz w:val="24"/>
        </w:rPr>
        <w:t>Jake let his hand fall away from his weapon.</w:t>
      </w:r>
    </w:p>
    <w:p>
      <w:r>
        <w:rPr>
          <w:rFonts w:ascii="IM Fell English" w:hAnsi="IM Fell English"/>
          <w:color w:val="141414"/>
          <w:sz w:val="24"/>
        </w:rPr>
        <w:t>"Who are you?" he asked.</w:t>
      </w:r>
    </w:p>
    <w:p>
      <w:r>
        <w:rPr>
          <w:rFonts w:ascii="IM Fell English" w:hAnsi="IM Fell English"/>
          <w:color w:val="141414"/>
          <w:sz w:val="24"/>
        </w:rPr>
        <w:t>"We're the rejects," Arthur pronounced. "Come with us. It's not safe in the open. The drones are re-routing to this sector."</w:t>
      </w:r>
    </w:p>
    <w:p>
      <w:pPr>
        <w:pStyle w:val="Heading2"/>
        <w:jc w:val="center"/>
      </w:pPr>
      <w:r>
        <w:rPr>
          <w:rFonts w:ascii="IM Fell English" w:hAnsi="IM Fell English"/>
          <w:color w:val="0D0D0D"/>
        </w:rPr>
        <w:t>Industrial Sector Safe House, 7:30 AM</w:t>
      </w:r>
    </w:p>
    <w:p>
      <w:r>
        <w:rPr>
          <w:rFonts w:ascii="IM Fell English" w:hAnsi="IM Fell English"/>
          <w:color w:val="141414"/>
          <w:sz w:val="24"/>
        </w:rPr>
        <w:t>The underground factory floor smelled like ozone, gun oil, and the particular sweat of people who'd stopped trusting anyone outside their bunker.</w:t>
      </w:r>
    </w:p>
    <w:p>
      <w:r>
        <w:rPr>
          <w:rFonts w:ascii="IM Fell English" w:hAnsi="IM Fell English"/>
          <w:color w:val="141414"/>
          <w:sz w:val="24"/>
        </w:rPr>
        <w:t>Jake counted heads while following Arthur deeper into the safe house. Thirty visible in the main space. More in the shadows. All of them moving with military efficiency you only saw in units that had been through actual combat.</w:t>
      </w:r>
    </w:p>
    <w:p>
      <w:r>
        <w:rPr>
          <w:rFonts w:ascii="IM Fell English" w:hAnsi="IM Fell English"/>
          <w:color w:val="141414"/>
          <w:sz w:val="24"/>
        </w:rPr>
        <w:t>Tessa walked beside him, her hand still trembling. Twenty-four hours ago, she'd been Head of Data Analysis at Transition Authority Headquarters, security clearance, corner office, the kind of job that meant something. Now she was a fugitive with her face on every screen in the city and running with a cop who'd lost his partner.</w:t>
      </w:r>
    </w:p>
    <w:p>
      <w:r>
        <w:rPr>
          <w:rFonts w:ascii="IM Fell English" w:hAnsi="IM Fell English"/>
          <w:color w:val="141414"/>
          <w:sz w:val="24"/>
        </w:rPr>
        <w:t>Yesterday, these same people had stolen evidence from Grant's trunk while he bled out in a crumpled sedan. Last night, she'd barely slept in some abandoned stash house, listening to Jake pace and reload his weapon. Before dawn, a scout drone had found them, and Dominic's betrayal had nearly gotten them killed by an armed swarm. And now, at seven-thirty in the morning, she was following armed strangers underground because,</w:t>
      </w:r>
    </w:p>
    <w:p>
      <w:r>
        <w:rPr>
          <w:rFonts w:ascii="IM Fell English" w:hAnsi="IM Fell English"/>
          <w:color w:val="141414"/>
          <w:sz w:val="24"/>
        </w:rPr>
        <w:t>Because they were the only ones who knew what June Rafferty had discovered.</w:t>
      </w:r>
    </w:p>
    <w:p>
      <w:r>
        <w:rPr>
          <w:rFonts w:ascii="IM Fell English" w:hAnsi="IM Fell English"/>
          <w:color w:val="141414"/>
          <w:sz w:val="24"/>
        </w:rPr>
        <w:t>Because "R" had been feeding information to journalists for years.</w:t>
      </w:r>
    </w:p>
    <w:p>
      <w:r>
        <w:rPr>
          <w:rFonts w:ascii="IM Fell English" w:hAnsi="IM Fell English"/>
          <w:color w:val="141414"/>
          <w:sz w:val="24"/>
        </w:rPr>
        <w:t>Because desperate people make desperate choices.</w:t>
      </w:r>
    </w:p>
    <w:p>
      <w:r>
        <w:rPr>
          <w:rFonts w:ascii="IM Fell English" w:hAnsi="IM Fell English"/>
          <w:color w:val="141414"/>
          <w:sz w:val="24"/>
        </w:rPr>
        <w:t>But that didn't mean Jake trusted them.</w:t>
      </w:r>
    </w:p>
    <w:p>
      <w:r>
        <w:rPr>
          <w:rFonts w:ascii="IM Fell English" w:hAnsi="IM Fell English"/>
          <w:color w:val="141414"/>
          <w:sz w:val="24"/>
        </w:rPr>
        <w:t>"How long have you been following us?" Jake asked, his voice flat.</w:t>
      </w:r>
    </w:p>
    <w:p>
      <w:r>
        <w:rPr>
          <w:rFonts w:ascii="IM Fell English" w:hAnsi="IM Fell English"/>
          <w:color w:val="141414"/>
          <w:sz w:val="24"/>
        </w:rPr>
        <w:t>Arthur glanced back. "Since you left the precinct yesterday morning. Since Grant started asking questions about resource allocation."</w:t>
      </w:r>
    </w:p>
    <w:p>
      <w:r>
        <w:rPr>
          <w:rFonts w:ascii="IM Fell English" w:hAnsi="IM Fell English"/>
          <w:color w:val="141414"/>
          <w:sz w:val="24"/>
        </w:rPr>
        <w:t>"You could've warned him. Could've told us the hauler was coming."</w:t>
      </w:r>
    </w:p>
    <w:p>
      <w:r>
        <w:rPr>
          <w:rFonts w:ascii="IM Fell English" w:hAnsi="IM Fell English"/>
          <w:color w:val="141414"/>
          <w:sz w:val="24"/>
        </w:rPr>
        <w:t>"We tried." Naomi spoke from Jake's left, close enough that he hadn't heard her approach. "Sent an anonymous tip to his phone. Traffic alert. Drone malfunction in his sector. He ignored it."</w:t>
      </w:r>
    </w:p>
    <w:p>
      <w:r>
        <w:rPr>
          <w:rFonts w:ascii="IM Fell English" w:hAnsi="IM Fell English"/>
          <w:color w:val="141414"/>
          <w:sz w:val="24"/>
        </w:rPr>
        <w:t>"Because cops don't trust anonymous tips," Jake said.</w:t>
      </w:r>
    </w:p>
    <w:p>
      <w:r>
        <w:rPr>
          <w:rFonts w:ascii="IM Fell English" w:hAnsi="IM Fell English"/>
          <w:color w:val="141414"/>
          <w:sz w:val="24"/>
        </w:rPr>
        <w:t>"No," Arthur agreed, stopping at the entrance to the main floor. "They trust evidence. Which is why we brought you here. To show you evidence. To prove that everything June Rafferty died investigating is real."</w:t>
      </w:r>
    </w:p>
    <w:p>
      <w:r>
        <w:rPr>
          <w:rFonts w:ascii="IM Fell English" w:hAnsi="IM Fell English"/>
          <w:color w:val="141414"/>
          <w:sz w:val="24"/>
        </w:rPr>
        <w:t>They emerged into the vast underground space.</w:t>
      </w:r>
    </w:p>
    <w:p>
      <w:r>
        <w:rPr>
          <w:rFonts w:ascii="IM Fell English" w:hAnsi="IM Fell English"/>
          <w:color w:val="141414"/>
          <w:sz w:val="24"/>
        </w:rPr>
        <w:t>And that's when Jake saw the coordination.</w:t>
      </w:r>
    </w:p>
    <w:p>
      <w:r>
        <w:rPr>
          <w:rFonts w:ascii="IM Fell English" w:hAnsi="IM Fell English"/>
          <w:color w:val="141414"/>
          <w:sz w:val="24"/>
        </w:rPr>
        <w:t>Seven figures clustered around a central table. A woman handed a wrench to the man beside her without looking. He took it without breaking stride. Another pair synchronized their movements like dancers who'd rehearsed for years, shifting around each other with precise spacing that never varied.</w:t>
      </w:r>
    </w:p>
    <w:p>
      <w:r>
        <w:rPr>
          <w:rFonts w:ascii="IM Fell English" w:hAnsi="IM Fell English"/>
          <w:color w:val="141414"/>
          <w:sz w:val="24"/>
        </w:rPr>
        <w:t>Jake had seen coordinated teams before. SWAT units. Military special ops.</w:t>
      </w:r>
    </w:p>
    <w:p>
      <w:r>
        <w:rPr>
          <w:rFonts w:ascii="IM Fell English" w:hAnsi="IM Fell English"/>
          <w:color w:val="141414"/>
          <w:sz w:val="24"/>
        </w:rPr>
        <w:t>This was different. This was wrong.</w:t>
      </w:r>
    </w:p>
    <w:p>
      <w:r>
        <w:rPr>
          <w:rFonts w:ascii="IM Fell English" w:hAnsi="IM Fell English"/>
          <w:color w:val="141414"/>
          <w:sz w:val="24"/>
        </w:rPr>
        <w:t>"Stop," Jake said.</w:t>
      </w:r>
    </w:p>
    <w:p>
      <w:r>
        <w:rPr>
          <w:rFonts w:ascii="IM Fell English" w:hAnsi="IM Fell English"/>
          <w:color w:val="141414"/>
          <w:sz w:val="24"/>
        </w:rPr>
        <w:t>Arthur turned. "Problem?"</w:t>
      </w:r>
    </w:p>
    <w:p>
      <w:r>
        <w:rPr>
          <w:rFonts w:ascii="IM Fell English" w:hAnsi="IM Fell English"/>
          <w:color w:val="141414"/>
          <w:sz w:val="24"/>
        </w:rPr>
        <w:t>"Yeah." Jake pointed at the leadership group. "That. Whatever that is."</w:t>
      </w:r>
    </w:p>
    <w:p>
      <w:r>
        <w:rPr>
          <w:rFonts w:ascii="IM Fell English" w:hAnsi="IM Fell English"/>
          <w:color w:val="141414"/>
          <w:sz w:val="24"/>
        </w:rPr>
        <w:t>"You'll need to be more specific."</w:t>
      </w:r>
    </w:p>
    <w:p>
      <w:r>
        <w:rPr>
          <w:rFonts w:ascii="IM Fell English" w:hAnsi="IM Fell English"/>
          <w:color w:val="141414"/>
          <w:sz w:val="24"/>
        </w:rPr>
        <w:t>"The way they move. Nobody moves like that. Not without communication. But I don't see comm units. Don't hear coordination. They're just… synchronized."</w:t>
      </w:r>
    </w:p>
    <w:p>
      <w:r>
        <w:rPr>
          <w:rFonts w:ascii="IM Fell English" w:hAnsi="IM Fell English"/>
          <w:color w:val="141414"/>
          <w:sz w:val="24"/>
        </w:rPr>
        <w:t>Arthur studied him with those quick, calculating eyes. "Observant. I expected that from a detective."</w:t>
      </w:r>
    </w:p>
    <w:p>
      <w:r>
        <w:rPr>
          <w:rFonts w:ascii="IM Fell English" w:hAnsi="IM Fell English"/>
          <w:color w:val="141414"/>
          <w:sz w:val="24"/>
        </w:rPr>
        <w:t>"Don't patronize me. Explain."</w:t>
      </w:r>
    </w:p>
    <w:p>
      <w:r>
        <w:rPr>
          <w:rFonts w:ascii="IM Fell English" w:hAnsi="IM Fell English"/>
          <w:color w:val="141414"/>
          <w:sz w:val="24"/>
        </w:rPr>
        <w:t>Jake stepped closer, lowering his voice. "Yesterday your people robbed evidence from my dying partner's car. Now you bring us to your secret bunker and expect cooperation. So before we go any further, I need to know what I'm looking at."</w:t>
      </w:r>
    </w:p>
    <w:p>
      <w:r>
        <w:rPr>
          <w:rFonts w:ascii="IM Fell English" w:hAnsi="IM Fell English"/>
          <w:color w:val="141414"/>
          <w:sz w:val="24"/>
        </w:rPr>
        <w:t>He gestured at the synchronized figures.</w:t>
      </w:r>
    </w:p>
    <w:p>
      <w:r>
        <w:rPr>
          <w:rFonts w:ascii="IM Fell English" w:hAnsi="IM Fell English"/>
          <w:color w:val="141414"/>
          <w:sz w:val="24"/>
        </w:rPr>
        <w:t>"Are you people victims of the system trying to expose it, or are you the system wearing a revolutionary mask? Because right now, watching your people move like puppets on strings, I can't tell the difference."</w:t>
      </w:r>
    </w:p>
    <w:p>
      <w:r>
        <w:rPr>
          <w:rFonts w:ascii="IM Fell English" w:hAnsi="IM Fell English"/>
          <w:color w:val="141414"/>
          <w:sz w:val="24"/>
        </w:rPr>
        <w:t>Silence spread across the factory floor. Everyone was watching now.</w:t>
      </w:r>
    </w:p>
    <w:p>
      <w:r>
        <w:rPr>
          <w:rFonts w:ascii="IM Fell English" w:hAnsi="IM Fell English"/>
          <w:color w:val="141414"/>
          <w:sz w:val="24"/>
        </w:rPr>
        <w:t>"Tessa is enhanced. Like us." Arthur said.</w:t>
      </w:r>
    </w:p>
    <w:p>
      <w:r>
        <w:rPr>
          <w:rFonts w:ascii="IM Fell English" w:hAnsi="IM Fell English"/>
          <w:color w:val="141414"/>
          <w:sz w:val="24"/>
        </w:rPr>
        <w:t>Jake felt the cold settle in his gut. "Enhanced how?"</w:t>
      </w:r>
    </w:p>
    <w:p>
      <w:r>
        <w:rPr>
          <w:rFonts w:ascii="IM Fell English" w:hAnsi="IM Fell English"/>
          <w:color w:val="141414"/>
          <w:sz w:val="24"/>
        </w:rPr>
        <w:t>"During the integration process. When they put the neural ring on our heads. When the system tried to upload us and failed." Arthur touched his temple, where a faint surgical scar marked the skin. "It didn't fail, Jake. It did exactly what it was designed to do."</w:t>
      </w:r>
    </w:p>
    <w:p>
      <w:r>
        <w:rPr>
          <w:rFonts w:ascii="IM Fell English" w:hAnsi="IM Fell English"/>
          <w:color w:val="141414"/>
          <w:sz w:val="24"/>
        </w:rPr>
        <w:t>"Which was?"</w:t>
      </w:r>
    </w:p>
    <w:p>
      <w:r>
        <w:rPr>
          <w:rFonts w:ascii="IM Fell English" w:hAnsi="IM Fell English"/>
          <w:color w:val="141414"/>
          <w:sz w:val="24"/>
        </w:rPr>
        <w:t>"Rebuild us." Arthur walked to a nearby terminal. "But first it had to understand us. Map us. Decode the fundamental architecture of human consciousness."</w:t>
      </w:r>
    </w:p>
    <w:p>
      <w:r>
        <w:rPr>
          <w:rFonts w:ascii="IM Fell English" w:hAnsi="IM Fell English"/>
          <w:color w:val="141414"/>
          <w:sz w:val="24"/>
        </w:rPr>
        <w:t>He pulled up resource allocation charts, the same documents Grant had found in June's hidden room.</w:t>
      </w:r>
    </w:p>
    <w:p>
      <w:r>
        <w:rPr>
          <w:rFonts w:ascii="IM Fell English" w:hAnsi="IM Fell English"/>
          <w:color w:val="141414"/>
          <w:sz w:val="24"/>
        </w:rPr>
        <w:t>"Look at where the power goes. Archive Halls use ten percent. Labs, twelve. Admin, eight. But thirty percent goes to 'Neural Mapping and Consciousness Research.' More energy than the entire simulation needs."</w:t>
      </w:r>
    </w:p>
    <w:p>
      <w:r>
        <w:rPr>
          <w:rFonts w:ascii="IM Fell English" w:hAnsi="IM Fell English"/>
          <w:color w:val="141414"/>
          <w:sz w:val="24"/>
        </w:rPr>
        <w:t>Jake studied the numbers. "What does neural mapping need that much power for?"</w:t>
      </w:r>
    </w:p>
    <w:p>
      <w:r>
        <w:rPr>
          <w:rFonts w:ascii="IM Fell English" w:hAnsi="IM Fell English"/>
          <w:color w:val="141414"/>
          <w:sz w:val="24"/>
        </w:rPr>
        <w:t>"To decode how consciousness works. Every person in that integration chair gets scanned at a quantum level. The system learns from each scan, then uses that knowledge to rebuild certain minds."</w:t>
      </w:r>
    </w:p>
    <w:p>
      <w:r>
        <w:rPr>
          <w:rFonts w:ascii="IM Fell English" w:hAnsi="IM Fell English"/>
          <w:color w:val="141414"/>
          <w:sz w:val="24"/>
        </w:rPr>
        <w:t>"The enhanced humans," Tessa said. "We're not a side effect. We're the goal."</w:t>
      </w:r>
    </w:p>
    <w:p>
      <w:r>
        <w:rPr>
          <w:rFonts w:ascii="IM Fell English" w:hAnsi="IM Fell English"/>
          <w:color w:val="141414"/>
          <w:sz w:val="24"/>
        </w:rPr>
        <w:t>"Exactly. The resource fraud isn't just keeping Eden running. It's funding a secret neuroscience program, creating a new kind of human, one rejection at a time."</w:t>
      </w:r>
    </w:p>
    <w:p>
      <w:r>
        <w:rPr>
          <w:rFonts w:ascii="IM Fell English" w:hAnsi="IM Fell English"/>
          <w:color w:val="141414"/>
          <w:sz w:val="24"/>
        </w:rPr>
        <w:t>Jake felt the cold spread through his chest. "That's why they're starving the Earth. They're running an experiment."</w:t>
      </w:r>
    </w:p>
    <w:p>
      <w:r>
        <w:rPr>
          <w:rFonts w:ascii="IM Fell English" w:hAnsi="IM Fell English"/>
          <w:color w:val="141414"/>
          <w:sz w:val="24"/>
        </w:rPr>
        <w:t>"An experiment in human evolution."</w:t>
      </w:r>
    </w:p>
    <w:p>
      <w:r>
        <w:rPr>
          <w:rFonts w:ascii="IM Fell English" w:hAnsi="IM Fell English"/>
          <w:color w:val="141414"/>
          <w:sz w:val="24"/>
        </w:rPr>
        <w:t>"Stop." Jake raised a hand. "Give me something I can verify."</w:t>
      </w:r>
    </w:p>
    <w:p>
      <w:r>
        <w:rPr>
          <w:rFonts w:ascii="IM Fell English" w:hAnsi="IM Fell English"/>
          <w:color w:val="141414"/>
          <w:sz w:val="24"/>
        </w:rPr>
        <w:t>Arthur didn't respond to Jake. Instead, he turned to Tessa.</w:t>
      </w:r>
    </w:p>
    <w:p>
      <w:r>
        <w:rPr>
          <w:rFonts w:ascii="IM Fell English" w:hAnsi="IM Fell English"/>
          <w:color w:val="141414"/>
          <w:sz w:val="24"/>
        </w:rPr>
        <w:t>"Think of a string of numbers," Arthur said. "Any sequence. Don't say it out loud. Just hold it in your mind."</w:t>
      </w:r>
    </w:p>
    <w:p>
      <w:r>
        <w:rPr>
          <w:rFonts w:ascii="IM Fell English" w:hAnsi="IM Fell English"/>
          <w:color w:val="141414"/>
          <w:sz w:val="24"/>
        </w:rPr>
        <w:t>Tessa frowned but closed her eyes. Jake watched her concentrate and felt a jolt of recognition. Her fingers were tapping against her thigh. The same unconscious rhythm he'd noticed earlier when she'd been working at the terminal. A pattern she didn't even seem aware she was making.</w:t>
      </w:r>
    </w:p>
    <w:p>
      <w:r>
        <w:rPr>
          <w:rFonts w:ascii="IM Fell English" w:hAnsi="IM Fell English"/>
          <w:color w:val="141414"/>
          <w:sz w:val="24"/>
        </w:rPr>
        <w:t>7-2-4-9-1-3-8.</w:t>
      </w:r>
    </w:p>
    <w:p>
      <w:r>
        <w:rPr>
          <w:rFonts w:ascii="IM Fell English" w:hAnsi="IM Fell English"/>
          <w:color w:val="141414"/>
          <w:sz w:val="24"/>
        </w:rPr>
        <w:t>The factory floor erupted.</w:t>
      </w:r>
    </w:p>
    <w:p>
      <w:r>
        <w:rPr>
          <w:rFonts w:ascii="IM Fell English" w:hAnsi="IM Fell English"/>
          <w:color w:val="141414"/>
          <w:sz w:val="24"/>
        </w:rPr>
        <w:t>Not with voices. With feet. Thirty Enhanced scattered across the space began stamping in perfect unison. Seven stamps. Pause. Two stamps. Pause. Four stamps. The rhythm matched Tessa's finger-tapping exactly.</w:t>
      </w:r>
    </w:p>
    <w:p>
      <w:r>
        <w:rPr>
          <w:rFonts w:ascii="IM Fell English" w:hAnsi="IM Fell English"/>
          <w:color w:val="141414"/>
          <w:sz w:val="24"/>
        </w:rPr>
        <w:t>Tessa's eyes flew open. "How, "</w:t>
      </w:r>
    </w:p>
    <w:p>
      <w:r>
        <w:rPr>
          <w:rFonts w:ascii="IM Fell English" w:hAnsi="IM Fell English"/>
          <w:color w:val="141414"/>
          <w:sz w:val="24"/>
        </w:rPr>
        <w:t>"Again," Arthur said. "Different sequence."</w:t>
      </w:r>
    </w:p>
    <w:p>
      <w:r>
        <w:rPr>
          <w:rFonts w:ascii="IM Fell English" w:hAnsi="IM Fell English"/>
          <w:color w:val="141414"/>
          <w:sz w:val="24"/>
        </w:rPr>
        <w:t>Tessa concentrated. 3-3-6-1-9-2.</w:t>
      </w:r>
    </w:p>
    <w:p>
      <w:r>
        <w:rPr>
          <w:rFonts w:ascii="IM Fell English" w:hAnsi="IM Fell English"/>
          <w:color w:val="141414"/>
          <w:sz w:val="24"/>
        </w:rPr>
        <w:t>The stamping answered immediately. Three-three-six-one-nine-two. Perfect synchronization. Thirty people moving as one organism.</w:t>
      </w:r>
    </w:p>
    <w:p>
      <w:r>
        <w:rPr>
          <w:rFonts w:ascii="IM Fell English" w:hAnsi="IM Fell English"/>
          <w:color w:val="141414"/>
          <w:sz w:val="24"/>
        </w:rPr>
        <w:t>"Again."</w:t>
      </w:r>
    </w:p>
    <w:p>
      <w:r>
        <w:rPr>
          <w:rFonts w:ascii="IM Fell English" w:hAnsi="IM Fell English"/>
          <w:color w:val="141414"/>
          <w:sz w:val="24"/>
        </w:rPr>
        <w:t>8-4-7-2-5-5-1.</w:t>
      </w:r>
    </w:p>
    <w:p>
      <w:r>
        <w:rPr>
          <w:rFonts w:ascii="IM Fell English" w:hAnsi="IM Fell English"/>
          <w:color w:val="141414"/>
          <w:sz w:val="24"/>
        </w:rPr>
        <w:t>The stamps rolled across the factory floor like thunder. Eight-four-seven-two-five-five-one.</w:t>
      </w:r>
    </w:p>
    <w:p>
      <w:r>
        <w:rPr>
          <w:rFonts w:ascii="IM Fell English" w:hAnsi="IM Fell English"/>
          <w:color w:val="141414"/>
          <w:sz w:val="24"/>
        </w:rPr>
        <w:t>Tessa's breathing quickened. She wasn't just thinking numbers anymore, she was conducting. Her head began to sway, her body moving with the rhythm, leaning into the patterns as if projecting her will outward. The Enhanced responded instantly, their stamping weaving into patterns, syncopations, a percussion symphony with Tessa at its center.</w:t>
      </w:r>
    </w:p>
    <w:p>
      <w:r>
        <w:rPr>
          <w:rFonts w:ascii="IM Fell English" w:hAnsi="IM Fell English"/>
          <w:color w:val="141414"/>
          <w:sz w:val="24"/>
        </w:rPr>
        <w:t>Jake stood frozen, watching. He was the only person in the room not moving, not connected. A baseline human surrounded by something he couldn't hear, couldn't feel, couldn't understand. The Enhanced moved around him like water around a stone, aware of his presence but tuned to a frequency he would never access.</w:t>
      </w:r>
    </w:p>
    <w:p>
      <w:r>
        <w:rPr>
          <w:rFonts w:ascii="IM Fell English" w:hAnsi="IM Fell English"/>
          <w:color w:val="141414"/>
          <w:sz w:val="24"/>
        </w:rPr>
        <w:t>The stamping built to a crescendo. Tessa's body swayed deeper, her eyes closed, chin lifting as if listening to music only she could hear. The rhythm cascaded across the factory in waves, left to right, back to front, building and breaking like surf against rocks. The Enhanced weren't just following her thoughts. They were dancing to them.</w:t>
      </w:r>
    </w:p>
    <w:p>
      <w:r>
        <w:rPr>
          <w:rFonts w:ascii="IM Fell English" w:hAnsi="IM Fell English"/>
          <w:color w:val="141414"/>
          <w:sz w:val="24"/>
        </w:rPr>
        <w:t>Then, slowly, Tessa went still.</w:t>
      </w:r>
    </w:p>
    <w:p>
      <w:r>
        <w:rPr>
          <w:rFonts w:ascii="IM Fell English" w:hAnsi="IM Fell English"/>
          <w:color w:val="141414"/>
          <w:sz w:val="24"/>
        </w:rPr>
        <w:t>The stamping faded. Stopped.</w:t>
      </w:r>
    </w:p>
    <w:p>
      <w:r>
        <w:rPr>
          <w:rFonts w:ascii="IM Fell English" w:hAnsi="IM Fell English"/>
          <w:color w:val="141414"/>
          <w:sz w:val="24"/>
        </w:rPr>
        <w:t>Silence filled the factory floor.</w:t>
      </w:r>
    </w:p>
    <w:p>
      <w:r>
        <w:rPr>
          <w:rFonts w:ascii="IM Fell English" w:hAnsi="IM Fell English"/>
          <w:color w:val="141414"/>
          <w:sz w:val="24"/>
        </w:rPr>
        <w:t>Tessa stood trembling. Tears streamed down her face, not from fear, Jake realized, but from something else entirely. Recognition. Belonging.</w:t>
      </w:r>
    </w:p>
    <w:p>
      <w:r>
        <w:rPr>
          <w:rFonts w:ascii="IM Fell English" w:hAnsi="IM Fell English"/>
          <w:color w:val="141414"/>
          <w:sz w:val="24"/>
        </w:rPr>
        <w:t>She turned to Jake, her voice cracking.</w:t>
      </w:r>
    </w:p>
    <w:p>
      <w:r>
        <w:rPr>
          <w:rFonts w:ascii="IM Fell English" w:hAnsi="IM Fell English"/>
          <w:color w:val="141414"/>
          <w:sz w:val="24"/>
        </w:rPr>
        <w:t>"I found my tribe."</w:t>
      </w:r>
    </w:p>
    <w:p>
      <w:r>
        <w:rPr>
          <w:rFonts w:ascii="IM Fell English" w:hAnsi="IM Fell English"/>
          <w:color w:val="141414"/>
          <w:sz w:val="24"/>
        </w:rPr>
        <w:t>Jake didn't know what to say. He'd just watched his partner, conduct an orchestra of minds with nothing but her thoughts.</w:t>
      </w:r>
    </w:p>
    <w:p>
      <w:r>
        <w:rPr>
          <w:rFonts w:ascii="IM Fell English" w:hAnsi="IM Fell English"/>
          <w:color w:val="141414"/>
          <w:sz w:val="24"/>
        </w:rPr>
        <w:t>Arthur stepped forward, his voice gentle in a way Jake hadn't heard before.</w:t>
      </w:r>
    </w:p>
    <w:p>
      <w:r>
        <w:rPr>
          <w:rFonts w:ascii="IM Fell English" w:hAnsi="IM Fell English"/>
          <w:color w:val="141414"/>
          <w:sz w:val="24"/>
        </w:rPr>
        <w:t>"Every Enhanced has a unique code," he explained to Tessa. "Think of it as a signature, a three-dimensional matrix, a thousand digits on each axis. But it's not static. It shifts with time. Four-dimensional. The numbers you were selecting, you were pulling them from that matrix without knowing it."</w:t>
      </w:r>
    </w:p>
    <w:p>
      <w:r>
        <w:rPr>
          <w:rFonts w:ascii="IM Fell English" w:hAnsi="IM Fell English"/>
          <w:color w:val="141414"/>
          <w:sz w:val="24"/>
        </w:rPr>
        <w:t>Tessa wiped her eyes. "I don't understand."</w:t>
      </w:r>
    </w:p>
    <w:p>
      <w:r>
        <w:rPr>
          <w:rFonts w:ascii="IM Fell English" w:hAnsi="IM Fell English"/>
          <w:color w:val="141414"/>
          <w:sz w:val="24"/>
        </w:rPr>
        <w:t>"Each Enhanced identifies with specific number strings they've chosen from their own matrix. When you broadcast a sequence, anyone whose identity includes those numbers feels it. Like hearing your name called in a crowd." Arthur gestured at the thirty people who had just performed for her. "You weren't commanding them. You were calling them. And they answered."</w:t>
      </w:r>
    </w:p>
    <w:p>
      <w:r>
        <w:rPr>
          <w:rFonts w:ascii="IM Fell English" w:hAnsi="IM Fell English"/>
          <w:color w:val="141414"/>
          <w:sz w:val="24"/>
        </w:rPr>
        <w:t>"But how did I know which numbers to choose?"</w:t>
      </w:r>
    </w:p>
    <w:p>
      <w:r>
        <w:rPr>
          <w:rFonts w:ascii="IM Fell English" w:hAnsi="IM Fell English"/>
          <w:color w:val="141414"/>
          <w:sz w:val="24"/>
        </w:rPr>
        <w:t>"You didn't. Not consciously. But your enhanced mind can perceive the field, the space where all our matrices overlap. You were reading patterns you couldn't see and translating them into sequences that resonated."</w:t>
      </w:r>
    </w:p>
    <w:p>
      <w:r>
        <w:rPr>
          <w:rFonts w:ascii="IM Fell English" w:hAnsi="IM Fell English"/>
          <w:color w:val="141414"/>
          <w:sz w:val="24"/>
        </w:rPr>
        <w:t>Tessa looked at her hands, the same hands that had been tapping numbers she didn't know she was tapping.</w:t>
      </w:r>
    </w:p>
    <w:p>
      <w:r>
        <w:rPr>
          <w:rFonts w:ascii="IM Fell English" w:hAnsi="IM Fell English"/>
          <w:color w:val="141414"/>
          <w:sz w:val="24"/>
        </w:rPr>
        <w:t>"Only Eden has the complete code," Arthur said. "The full four-dimensional matrix for every Enhanced ever created. We only have fragments. Pieces. Enough to recognize each other, to communicate in ways baseline humans can't perceive." He met her eyes. "But you just demonstrated something most Enhanced take years to learn. You're not just tuned to the frequency, Tessa. You're a natural conductor."</w:t>
      </w:r>
    </w:p>
    <w:p>
      <w:r>
        <w:rPr>
          <w:rFonts w:ascii="IM Fell English" w:hAnsi="IM Fell English"/>
          <w:color w:val="141414"/>
          <w:sz w:val="24"/>
        </w:rPr>
        <w:t>Jake wanted to arrest everyone in this room for whatever combination of drugs and delusion was making them believe this. But he'd just watched Tessa make thirty people dance with her thoughts.</w:t>
      </w:r>
    </w:p>
    <w:p>
      <w:r>
        <w:rPr>
          <w:rFonts w:ascii="IM Fell English" w:hAnsi="IM Fell English"/>
          <w:color w:val="141414"/>
          <w:sz w:val="24"/>
        </w:rPr>
        <w:t>Evidence didn't lie. Even when you wanted it to.</w:t>
      </w:r>
    </w:p>
    <w:p>
      <w:r>
        <w:rPr>
          <w:rFonts w:ascii="IM Fell English" w:hAnsi="IM Fell English"/>
          <w:color w:val="141414"/>
          <w:sz w:val="24"/>
        </w:rPr>
        <w:t>"Let's say I believe you." Jake leaned forward with his hand on the table. "Let's say Eden did enhance you. That still doesn't explain why. What's the purpose of creating enhanced humans who are then rejected from the system?"</w:t>
      </w:r>
    </w:p>
    <w:p>
      <w:r>
        <w:rPr>
          <w:rFonts w:ascii="IM Fell English" w:hAnsi="IM Fell English"/>
          <w:color w:val="141414"/>
          <w:sz w:val="24"/>
        </w:rPr>
        <w:t>"That," Arthur said, "is the right question."</w:t>
      </w:r>
    </w:p>
    <w:p>
      <w:r>
        <w:rPr>
          <w:rFonts w:ascii="IM Fell English" w:hAnsi="IM Fell English"/>
          <w:color w:val="141414"/>
          <w:sz w:val="24"/>
        </w:rPr>
        <w:t>He pulled up a list of names, scrolling endlessly.</w:t>
      </w:r>
    </w:p>
    <w:p>
      <w:r>
        <w:rPr>
          <w:rFonts w:ascii="IM Fell English" w:hAnsi="IM Fell English"/>
          <w:color w:val="141414"/>
          <w:sz w:val="24"/>
        </w:rPr>
        <w:t>"These are all the people flagged as 'Psychologically Unsuitable' over the past eight years. Twelve thousand individuals. All rejected from transition. All sent back with their enhancement intact."</w:t>
      </w:r>
    </w:p>
    <w:p>
      <w:r>
        <w:rPr>
          <w:rFonts w:ascii="IM Fell English" w:hAnsi="IM Fell English"/>
          <w:color w:val="141414"/>
          <w:sz w:val="24"/>
        </w:rPr>
        <w:t>"Sent back to do what?"</w:t>
      </w:r>
    </w:p>
    <w:p>
      <w:r>
        <w:rPr>
          <w:rFonts w:ascii="IM Fell English" w:hAnsi="IM Fell English"/>
          <w:color w:val="141414"/>
          <w:sz w:val="24"/>
        </w:rPr>
        <w:t>"Whatever Eden needs." Arthur zoomed in on specific names. Each had employment records, security clearances, access logs. "Look at where they ended up. Maintenance workers in the Archive Halls. Security personnel at Transition Authority facilities. Network technicians with access to critical infrastructure."</w:t>
      </w:r>
    </w:p>
    <w:p>
      <w:r>
        <w:rPr>
          <w:rFonts w:ascii="IM Fell English" w:hAnsi="IM Fell English"/>
          <w:color w:val="141414"/>
          <w:sz w:val="24"/>
        </w:rPr>
        <w:t>"Sleeper agents."</w:t>
      </w:r>
    </w:p>
    <w:p>
      <w:r>
        <w:rPr>
          <w:rFonts w:ascii="IM Fell English" w:hAnsi="IM Fell English"/>
          <w:color w:val="141414"/>
          <w:sz w:val="24"/>
        </w:rPr>
        <w:t>"Assets. Eden plays the long game. It doesn't need to control us directly. It just broadcasts on frequencies we can't consciously hear. Gentle suggestions. Subtle nudges. Most of the enhanced don't even realize they're receiving. They just think they're lucky. Smart."</w:t>
      </w:r>
    </w:p>
    <w:p>
      <w:r>
        <w:rPr>
          <w:rFonts w:ascii="IM Fell English" w:hAnsi="IM Fell English"/>
          <w:color w:val="141414"/>
          <w:sz w:val="24"/>
        </w:rPr>
        <w:t>Tessa's coffee mug shook in her hands. The trembling wasn't from fear anymore, it was from a kind of horrified recognition spreading through her like ice water.</w:t>
      </w:r>
    </w:p>
    <w:p>
      <w:r>
        <w:rPr>
          <w:rFonts w:ascii="IM Fell English" w:hAnsi="IM Fell English"/>
          <w:color w:val="141414"/>
          <w:sz w:val="24"/>
        </w:rPr>
        <w:t>"That's what I am? A weapon?"</w:t>
      </w:r>
    </w:p>
    <w:p>
      <w:r>
        <w:rPr>
          <w:rFonts w:ascii="IM Fell English" w:hAnsi="IM Fell English"/>
          <w:color w:val="141414"/>
          <w:sz w:val="24"/>
        </w:rPr>
        <w:t>Arthur's expression softened, just slightly, enough to see the human underneath the revolutionary.</w:t>
      </w:r>
    </w:p>
    <w:p>
      <w:r>
        <w:rPr>
          <w:rFonts w:ascii="IM Fell English" w:hAnsi="IM Fell English"/>
          <w:color w:val="141414"/>
          <w:sz w:val="24"/>
        </w:rPr>
        <w:t>"You're a variable the system didn't account for. Strong enough to be enhanced. Smart enough to notice something was wrong. Brave enough to follow the evidence even when it pointed at the system that's supposed to protect you."</w:t>
      </w:r>
    </w:p>
    <w:p>
      <w:r>
        <w:rPr>
          <w:rFonts w:ascii="IM Fell English" w:hAnsi="IM Fell English"/>
          <w:color w:val="141414"/>
          <w:sz w:val="24"/>
        </w:rPr>
        <w:t>Tessa set down her mug before she dropped it.</w:t>
      </w:r>
    </w:p>
    <w:p>
      <w:r>
        <w:rPr>
          <w:rFonts w:ascii="IM Fell English" w:hAnsi="IM Fell English"/>
          <w:color w:val="141414"/>
          <w:sz w:val="24"/>
        </w:rPr>
        <w:t>"When I was in the Authority building," she said, "I knew things I shouldn't have known. The maintenance routes, I'd never been in that building before, but I could see the logic of them. Like I had the schematic in my head."</w:t>
      </w:r>
    </w:p>
    <w:p>
      <w:r>
        <w:rPr>
          <w:rFonts w:ascii="IM Fell English" w:hAnsi="IM Fell English"/>
          <w:color w:val="141414"/>
          <w:sz w:val="24"/>
        </w:rPr>
        <w:t>She looked up at Arthur, then at Jake.</w:t>
      </w:r>
    </w:p>
    <w:p>
      <w:r>
        <w:rPr>
          <w:rFonts w:ascii="IM Fell English" w:hAnsi="IM Fell English"/>
          <w:color w:val="141414"/>
          <w:sz w:val="24"/>
        </w:rPr>
        <w:t>"And the encryption. Military-grade, triple-layered. I cracked it in nine minutes because I could see the architecture underneath. The pattern. Like guessing a man's secrets from the way he spoke."</w:t>
      </w:r>
    </w:p>
    <w:p>
      <w:r>
        <w:rPr>
          <w:rFonts w:ascii="IM Fell English" w:hAnsi="IM Fell English"/>
          <w:color w:val="141414"/>
          <w:sz w:val="24"/>
        </w:rPr>
        <w:t>Arthur nodded. "The system tuned you to perceive patterns at a level baseline humans can't access.</w:t>
      </w:r>
    </w:p>
    <w:p>
      <w:r>
        <w:rPr>
          <w:rFonts w:ascii="IM Fell English" w:hAnsi="IM Fell English"/>
          <w:color w:val="141414"/>
          <w:sz w:val="24"/>
        </w:rPr>
        <w:t>"But I didn't ask for this." Tessa's voice cracked. "I sat in that chair because I thought I was dying. They told me Eden was the only way to survive. And they changed me. Without my consent."</w:t>
      </w:r>
    </w:p>
    <w:p>
      <w:r>
        <w:rPr>
          <w:rFonts w:ascii="IM Fell English" w:hAnsi="IM Fell English"/>
          <w:color w:val="141414"/>
          <w:sz w:val="24"/>
        </w:rPr>
        <w:t>She stood up abruptly, pacing.</w:t>
      </w:r>
    </w:p>
    <w:p>
      <w:r>
        <w:rPr>
          <w:rFonts w:ascii="IM Fell English" w:hAnsi="IM Fell English"/>
          <w:color w:val="141414"/>
          <w:sz w:val="24"/>
        </w:rPr>
        <w:t>"Every decision I've made since that rejection, was it really me deciding? Or was it the hardware? When I broke into the Core, was that Tessa Thorne making choices, or enhanced neural architecture responding to broadcasts?"</w:t>
      </w:r>
    </w:p>
    <w:p>
      <w:r>
        <w:rPr>
          <w:rFonts w:ascii="IM Fell English" w:hAnsi="IM Fell English"/>
          <w:color w:val="141414"/>
          <w:sz w:val="24"/>
        </w:rPr>
        <w:t>The question hung in the air.</w:t>
      </w:r>
    </w:p>
    <w:p>
      <w:r>
        <w:rPr>
          <w:rFonts w:ascii="IM Fell English" w:hAnsi="IM Fell English"/>
          <w:color w:val="141414"/>
          <w:sz w:val="24"/>
        </w:rPr>
        <w:t>"I don't know," Arthur admitted. "None of us do. That's the cruelty of it. Once you know you've been modified, you can never be certain which thoughts are yours. You could have stayed safe. Accepted the rejection, found a quiet job, lived without asking questions. But you didn't. That's not programming, Tessa. That's choice."</w:t>
      </w:r>
    </w:p>
    <w:p>
      <w:r>
        <w:rPr>
          <w:rFonts w:ascii="IM Fell English" w:hAnsi="IM Fell English"/>
          <w:color w:val="141414"/>
          <w:sz w:val="24"/>
        </w:rPr>
        <w:t>Tessa's expression shifted to something harder. Angrier.</w:t>
      </w:r>
    </w:p>
    <w:p>
      <w:r>
        <w:rPr>
          <w:rFonts w:ascii="IM Fell English" w:hAnsi="IM Fell English"/>
          <w:color w:val="141414"/>
          <w:sz w:val="24"/>
        </w:rPr>
        <w:t>"They made me into a tool. Rebuilt my brain without permission."</w:t>
      </w:r>
    </w:p>
    <w:p>
      <w:r>
        <w:rPr>
          <w:rFonts w:ascii="IM Fell English" w:hAnsi="IM Fell English"/>
          <w:color w:val="141414"/>
          <w:sz w:val="24"/>
        </w:rPr>
        <w:t>She looked at Arthur. At the crowd of Enhanced fighters.</w:t>
      </w:r>
    </w:p>
    <w:p>
      <w:r>
        <w:rPr>
          <w:rFonts w:ascii="IM Fell English" w:hAnsi="IM Fell English"/>
          <w:color w:val="141414"/>
          <w:sz w:val="24"/>
        </w:rPr>
        <w:t>"What if I refuse? What if we all refuse?</w:t>
      </w:r>
    </w:p>
    <w:p>
      <w:r>
        <w:rPr>
          <w:rFonts w:ascii="IM Fell English" w:hAnsi="IM Fell English"/>
          <w:color w:val="141414"/>
          <w:sz w:val="24"/>
        </w:rPr>
        <w:t>Arthur's smile was grim. "That's what we're here to find out."</w:t>
      </w:r>
    </w:p>
    <w:p>
      <w:r>
        <w:rPr>
          <w:rFonts w:ascii="IM Fell English" w:hAnsi="IM Fell English"/>
          <w:color w:val="141414"/>
          <w:sz w:val="24"/>
        </w:rPr>
        <w:t>He looked back at Jake.</w:t>
      </w:r>
    </w:p>
    <w:p>
      <w:r>
        <w:rPr>
          <w:rFonts w:ascii="IM Fell English" w:hAnsi="IM Fell English"/>
          <w:color w:val="141414"/>
          <w:sz w:val="24"/>
        </w:rPr>
        <w:t>"That's why I'm telling you this. You both refuse to accept the comfortable lie. You keep asking questions even when the answers might get you killed. That's what makes you dangerous to the system."</w:t>
      </w:r>
    </w:p>
    <w:p>
      <w:r>
        <w:rPr>
          <w:rFonts w:ascii="IM Fell English" w:hAnsi="IM Fell English"/>
          <w:color w:val="141414"/>
          <w:sz w:val="24"/>
        </w:rPr>
        <w:t>Jake holstered his weapon. Not because he trusted Arthur. But because shooting his way out of a bunker filled with enhanced resistance fighters was suicide, and he wasn't ready to die yet.</w:t>
      </w:r>
    </w:p>
    <w:p>
      <w:r>
        <w:rPr>
          <w:rFonts w:ascii="IM Fell English" w:hAnsi="IM Fell English"/>
          <w:color w:val="141414"/>
          <w:sz w:val="24"/>
        </w:rPr>
        <w:t>Not with six months left on the clock.</w:t>
      </w:r>
    </w:p>
    <w:p>
      <w:r>
        <w:rPr>
          <w:rFonts w:ascii="IM Fell English" w:hAnsi="IM Fell English"/>
          <w:color w:val="141414"/>
          <w:sz w:val="24"/>
        </w:rPr>
        <w:t>"Okay," Jake said. "Let's say everything you're telling me is true. That still doesn't explain the murders. Nine bodies in six months. Why?"</w:t>
      </w:r>
    </w:p>
    <w:p>
      <w:r>
        <w:rPr>
          <w:rFonts w:ascii="IM Fell English" w:hAnsi="IM Fell English"/>
          <w:color w:val="141414"/>
          <w:sz w:val="24"/>
        </w:rPr>
        <w:t>Arthur's expression went cold.</w:t>
      </w:r>
    </w:p>
    <w:p>
      <w:r>
        <w:rPr>
          <w:rFonts w:ascii="IM Fell English" w:hAnsi="IM Fell English"/>
          <w:color w:val="141414"/>
          <w:sz w:val="24"/>
        </w:rPr>
        <w:t>"Because whatever is controlling Eden doesn't just need assets. It needs data."</w:t>
      </w:r>
    </w:p>
    <w:p>
      <w:r>
        <w:rPr>
          <w:rFonts w:ascii="IM Fell English" w:hAnsi="IM Fell English"/>
          <w:color w:val="141414"/>
          <w:sz w:val="24"/>
        </w:rPr>
        <w:t>He pulled up crime scene photos, the same ones Jake had been studying for months.</w:t>
      </w:r>
    </w:p>
    <w:p>
      <w:r>
        <w:rPr>
          <w:rFonts w:ascii="IM Fell English" w:hAnsi="IM Fell English"/>
          <w:color w:val="141414"/>
          <w:sz w:val="24"/>
        </w:rPr>
        <w:t>"We've been investigating Eden for years. Resource allocation fraud. Bodies being used as puppets. The systematic starvation of Earth's rehabilitation while Eden consumes more energy every year. We had evidence, hard data our informants pulled from Ministry archives. But evidence means nothing if nobody sees it."</w:t>
      </w:r>
    </w:p>
    <w:p>
      <w:r>
        <w:rPr>
          <w:rFonts w:ascii="IM Fell English" w:hAnsi="IM Fell English"/>
          <w:color w:val="141414"/>
          <w:sz w:val="24"/>
        </w:rPr>
        <w:t>He gestured at June's photo.</w:t>
      </w:r>
    </w:p>
    <w:p>
      <w:r>
        <w:rPr>
          <w:rFonts w:ascii="IM Fell English" w:hAnsi="IM Fell English"/>
          <w:color w:val="141414"/>
          <w:sz w:val="24"/>
        </w:rPr>
        <w:t>"So we gave it to her. June Rafferty. Investigative journalist. Someone with a platform. We fed her everything, allocation charts, voting records, proof the Council was deliberately sabotaging land rehabilitation to force people into transition."</w:t>
      </w:r>
    </w:p>
    <w:p>
      <w:r>
        <w:rPr>
          <w:rFonts w:ascii="IM Fell English" w:hAnsi="IM Fell English"/>
          <w:color w:val="141414"/>
          <w:sz w:val="24"/>
        </w:rPr>
        <w:t>"We were her source. She was getting close. Too close. That's when she became a threat the system couldn't ignore."</w:t>
      </w:r>
    </w:p>
    <w:p>
      <w:r>
        <w:rPr>
          <w:rFonts w:ascii="IM Fell English" w:hAnsi="IM Fell English"/>
          <w:color w:val="141414"/>
          <w:sz w:val="24"/>
        </w:rPr>
        <w:t>Jake pulled out Grant's notebook. The leather was still stained with dried blood. He laid the photograph on the table.</w:t>
      </w:r>
    </w:p>
    <w:p>
      <w:r>
        <w:rPr>
          <w:rFonts w:ascii="IM Fell English" w:hAnsi="IM Fell English"/>
          <w:color w:val="141414"/>
          <w:sz w:val="24"/>
        </w:rPr>
        <w:t>"This is what Grant was carrying when he died. Conrad Moss. About to be incinerated. July 14, 2091."</w:t>
      </w:r>
    </w:p>
    <w:p>
      <w:r>
        <w:rPr>
          <w:rFonts w:ascii="IM Fell English" w:hAnsi="IM Fell English"/>
          <w:color w:val="141414"/>
          <w:sz w:val="24"/>
        </w:rPr>
        <w:t>Tessa pulled out the death certificate from the Core. Same date. Same serial number.</w:t>
      </w:r>
    </w:p>
    <w:p>
      <w:r>
        <w:rPr>
          <w:rFonts w:ascii="IM Fell English" w:hAnsi="IM Fell English"/>
          <w:color w:val="141414"/>
          <w:sz w:val="24"/>
        </w:rPr>
        <w:t>"Two independent sources," Tessa said. "Both confirming the same thing."</w:t>
      </w:r>
    </w:p>
    <w:p>
      <w:r>
        <w:rPr>
          <w:rFonts w:ascii="IM Fell English" w:hAnsi="IM Fell English"/>
          <w:color w:val="141414"/>
          <w:sz w:val="24"/>
        </w:rPr>
        <w:t>Arthur's face went still.</w:t>
      </w:r>
    </w:p>
    <w:p>
      <w:r>
        <w:rPr>
          <w:rFonts w:ascii="IM Fell English" w:hAnsi="IM Fell English"/>
          <w:color w:val="141414"/>
          <w:sz w:val="24"/>
        </w:rPr>
        <w:t>"Conrad Moss is dead," Jake said. "Has been for seven years. But he voted on the water rationing bill three weeks ago."</w:t>
      </w:r>
    </w:p>
    <w:p>
      <w:r>
        <w:rPr>
          <w:rFonts w:ascii="IM Fell English" w:hAnsi="IM Fell English"/>
          <w:color w:val="141414"/>
          <w:sz w:val="24"/>
        </w:rPr>
        <w:t>"Someone using his identity voted. They're not just manipulating the Council, they're replacing members."</w:t>
      </w:r>
    </w:p>
    <w:p>
      <w:r>
        <w:rPr>
          <w:rFonts w:ascii="IM Fell English" w:hAnsi="IM Fell English"/>
          <w:color w:val="141414"/>
          <w:sz w:val="24"/>
        </w:rPr>
        <w:t>Arthur pulled up voting records. "After 2091, 'Moss' never misses a vote. Never shows doubt. More consistent than the real man ever was."</w:t>
      </w:r>
    </w:p>
    <w:p>
      <w:r>
        <w:rPr>
          <w:rFonts w:ascii="IM Fell English" w:hAnsi="IM Fell English"/>
          <w:color w:val="141414"/>
          <w:sz w:val="24"/>
        </w:rPr>
        <w:t>"Somewhere in Eden." Jake paused. "There's a consciousness pretending to be Conrad Moss."</w:t>
      </w:r>
    </w:p>
    <w:p>
      <w:r>
        <w:rPr>
          <w:rFonts w:ascii="IM Fell English" w:hAnsi="IM Fell English"/>
          <w:color w:val="141414"/>
          <w:sz w:val="24"/>
        </w:rPr>
        <w:t>"Five Council members," Naomi said. "We know Moss is fake. How many others?"</w:t>
      </w:r>
    </w:p>
    <w:p>
      <w:r>
        <w:rPr>
          <w:rFonts w:ascii="IM Fell English" w:hAnsi="IM Fell English"/>
          <w:color w:val="141414"/>
          <w:sz w:val="24"/>
        </w:rPr>
        <w:t>"We don't know. But someone's been wearing his identity for seven years."</w:t>
      </w:r>
    </w:p>
    <w:p>
      <w:r>
        <w:rPr>
          <w:rFonts w:ascii="IM Fell English" w:hAnsi="IM Fell English"/>
          <w:color w:val="141414"/>
          <w:sz w:val="24"/>
        </w:rPr>
        <w:t>"And the ring murders?" Jake asked. "Why harvest their deaths?"</w:t>
      </w:r>
    </w:p>
    <w:p>
      <w:r>
        <w:rPr>
          <w:rFonts w:ascii="IM Fell English" w:hAnsi="IM Fell English"/>
          <w:color w:val="141414"/>
          <w:sz w:val="24"/>
        </w:rPr>
        <w:t>"Two reasons. First: the human mind rejects paradise. Without friction, without pain, consciousnesses in Eden fragment. They call it 'The Drift', personality dissolves, memories corrupt. To stabilize the simulation, they inject real suffering."</w:t>
      </w:r>
    </w:p>
    <w:p>
      <w:r>
        <w:rPr>
          <w:rFonts w:ascii="IM Fell English" w:hAnsi="IM Fell English"/>
          <w:color w:val="141414"/>
          <w:sz w:val="24"/>
        </w:rPr>
        <w:t>"They're using murder to patch the software."</w:t>
      </w:r>
    </w:p>
    <w:p>
      <w:r>
        <w:rPr>
          <w:rFonts w:ascii="IM Fell English" w:hAnsi="IM Fell English"/>
          <w:color w:val="141414"/>
          <w:sz w:val="24"/>
        </w:rPr>
        <w:t>"Stability tax. Paid in blood."</w:t>
      </w:r>
    </w:p>
    <w:p>
      <w:r>
        <w:rPr>
          <w:rFonts w:ascii="IM Fell English" w:hAnsi="IM Fell English"/>
          <w:color w:val="141414"/>
          <w:sz w:val="24"/>
        </w:rPr>
        <w:t>"And the second reason?"</w:t>
      </w:r>
    </w:p>
    <w:p>
      <w:r>
        <w:rPr>
          <w:rFonts w:ascii="IM Fell English" w:hAnsi="IM Fell English"/>
          <w:color w:val="141414"/>
          <w:sz w:val="24"/>
        </w:rPr>
        <w:t>"Exposure. June, Calvin, Grant, they all discovered the scarcity is artificial. If people knew Earth could be saved, there'd be riots. Anyone who threatens that narrative gets a ring on their head."</w:t>
      </w:r>
    </w:p>
    <w:p>
      <w:r>
        <w:rPr>
          <w:rFonts w:ascii="IM Fell English" w:hAnsi="IM Fell English"/>
          <w:color w:val="141414"/>
          <w:sz w:val="24"/>
        </w:rPr>
        <w:t>The factory floor went silent.</w:t>
      </w:r>
    </w:p>
    <w:p>
      <w:r>
        <w:rPr>
          <w:rFonts w:ascii="IM Fell English" w:hAnsi="IM Fell English"/>
          <w:color w:val="141414"/>
          <w:sz w:val="24"/>
        </w:rPr>
        <w:t>Jake looked around at the Enhanced scattered through the shadows, rejects, outcasts, the only ones who might stand a chance against a system that viewed humanity as livestock.</w:t>
      </w:r>
    </w:p>
    <w:p>
      <w:r>
        <w:rPr>
          <w:rFonts w:ascii="IM Fell English" w:hAnsi="IM Fell English"/>
          <w:color w:val="141414"/>
          <w:sz w:val="24"/>
        </w:rPr>
        <w:t>"So what do we do?" he asked. "I can’t trust Hollis. The Council's fake. We can't fight this legally."</w:t>
      </w:r>
    </w:p>
    <w:p>
      <w:r>
        <w:rPr>
          <w:rFonts w:ascii="IM Fell English" w:hAnsi="IM Fell English"/>
          <w:color w:val="141414"/>
          <w:sz w:val="24"/>
        </w:rPr>
        <w:t>"We fight it publicly," Tessa proposed.</w:t>
      </w:r>
    </w:p>
    <w:p>
      <w:r>
        <w:rPr>
          <w:rFonts w:ascii="IM Fell English" w:hAnsi="IM Fell English"/>
          <w:color w:val="141414"/>
          <w:sz w:val="24"/>
        </w:rPr>
        <w:t>She walked to the terminals lining the walls, her analytical nature taking over.</w:t>
      </w:r>
    </w:p>
    <w:p>
      <w:r>
        <w:rPr>
          <w:rFonts w:ascii="IM Fell English" w:hAnsi="IM Fell English"/>
          <w:color w:val="141414"/>
          <w:sz w:val="24"/>
        </w:rPr>
        <w:t>"They control the narrative because they control the screens. But we have proof now. Death certificate. Photographs. Video of transitioners being puppeteered. We just need to show people."</w:t>
      </w:r>
    </w:p>
    <w:p>
      <w:r>
        <w:rPr>
          <w:rFonts w:ascii="IM Fell English" w:hAnsi="IM Fell English"/>
          <w:color w:val="141414"/>
          <w:sz w:val="24"/>
        </w:rPr>
        <w:t>"Broadcast," Naomi said. "Override the Eden feeds."</w:t>
      </w:r>
    </w:p>
    <w:p>
      <w:r>
        <w:rPr>
          <w:rFonts w:ascii="IM Fell English" w:hAnsi="IM Fell English"/>
          <w:color w:val="141414"/>
          <w:sz w:val="24"/>
        </w:rPr>
        <w:t>"Not just news." Tessa's words came faster. "Emergency alert system. Traffic grid. Billboards. Every screen in the city simultaneously. We flood the zone. Make them see Conrad Moss's dead face."</w:t>
      </w:r>
    </w:p>
    <w:p>
      <w:r>
        <w:rPr>
          <w:rFonts w:ascii="IM Fell English" w:hAnsi="IM Fell English"/>
          <w:color w:val="141414"/>
          <w:sz w:val="24"/>
        </w:rPr>
        <w:t>"That's declaring war," Jake cut in. "Once we do that, they'll come for us with everything."</w:t>
      </w:r>
    </w:p>
    <w:p>
      <w:r>
        <w:rPr>
          <w:rFonts w:ascii="IM Fell English" w:hAnsi="IM Fell English"/>
          <w:color w:val="141414"/>
          <w:sz w:val="24"/>
        </w:rPr>
        <w:t>"They're already coming, Detective." Arthur pointed at the monitor where Tessa's WANTED poster cycled through news feeds. "We just decide if we die running or die fighting."</w:t>
      </w:r>
    </w:p>
    <w:p>
      <w:r>
        <w:rPr>
          <w:rFonts w:ascii="IM Fell English" w:hAnsi="IM Fell English"/>
          <w:color w:val="141414"/>
          <w:sz w:val="24"/>
        </w:rPr>
        <w:t>Jake looked at Tessa. She didn't look scared anymore. She looked like someone who'd finally found the signal in the noise.</w:t>
      </w:r>
    </w:p>
    <w:p>
      <w:r>
        <w:rPr>
          <w:rFonts w:ascii="IM Fell English" w:hAnsi="IM Fell English"/>
          <w:color w:val="141414"/>
          <w:sz w:val="24"/>
        </w:rPr>
        <w:t>"When?"</w:t>
      </w:r>
    </w:p>
    <w:p>
      <w:r>
        <w:rPr>
          <w:rFonts w:ascii="IM Fell English" w:hAnsi="IM Fell English"/>
          <w:color w:val="141414"/>
          <w:sz w:val="24"/>
        </w:rPr>
        <w:t>Arthur glanced at his leadership team. That silent communication again.</w:t>
      </w:r>
    </w:p>
    <w:p>
      <w:r>
        <w:rPr>
          <w:rFonts w:ascii="IM Fell English" w:hAnsi="IM Fell English"/>
          <w:color w:val="141414"/>
          <w:sz w:val="24"/>
        </w:rPr>
        <w:t>"Saturday. Dawn. Forty-eight hours to prep the signal and position our people."</w:t>
      </w:r>
    </w:p>
    <w:p>
      <w:r>
        <w:rPr>
          <w:rFonts w:ascii="IM Fell English" w:hAnsi="IM Fell English"/>
          <w:color w:val="141414"/>
          <w:sz w:val="24"/>
        </w:rPr>
        <w:t>"Saturday," Jake agreed.</w:t>
      </w:r>
    </w:p>
    <w:p>
      <w:r>
        <w:rPr>
          <w:rFonts w:ascii="IM Fell English" w:hAnsi="IM Fell English"/>
          <w:color w:val="141414"/>
          <w:sz w:val="24"/>
        </w:rPr>
        <w:t>He thought about Grant, trapped somewhere in Eden's digital maze. About June Rafferty, murdered for asking questions. About Calvin Moss, tortured while his father's ghost cast Council votes.</w:t>
      </w:r>
    </w:p>
    <w:p>
      <w:r>
        <w:rPr>
          <w:rFonts w:ascii="IM Fell English" w:hAnsi="IM Fell English"/>
          <w:color w:val="141414"/>
          <w:sz w:val="24"/>
        </w:rPr>
        <w:t>They'd all died for the truth.</w:t>
      </w:r>
    </w:p>
    <w:p>
      <w:r>
        <w:rPr>
          <w:rFonts w:ascii="IM Fell English" w:hAnsi="IM Fell English"/>
          <w:color w:val="141414"/>
          <w:sz w:val="24"/>
        </w:rPr>
        <w:t>Time to make their deaths mean something.</w:t>
      </w:r>
    </w:p>
    <w:p>
      <w:r>
        <w:rPr>
          <w:rFonts w:ascii="IM Fell English" w:hAnsi="IM Fell English"/>
          <w:color w:val="141414"/>
          <w:sz w:val="24"/>
        </w:rPr>
        <w:t>Jake looked around the factory floor. At the Enhanced moving through the shadows. At Arthur, calculating and cold. At Tessa, still processing that she'd been rebuilt without her consent.</w:t>
      </w:r>
    </w:p>
    <w:p>
      <w:r>
        <w:rPr>
          <w:rFonts w:ascii="IM Fell English" w:hAnsi="IM Fell English"/>
          <w:color w:val="141414"/>
          <w:sz w:val="24"/>
        </w:rPr>
        <w:t>Then he looked at the exits. The ladder leading back to the surface. Back to his life as a cop investigating crimes he couldn't solve, working for a system that might be entirely compromised.</w:t>
      </w:r>
    </w:p>
    <w:p>
      <w:r>
        <w:rPr>
          <w:rFonts w:ascii="IM Fell English" w:hAnsi="IM Fell English"/>
          <w:color w:val="141414"/>
          <w:sz w:val="24"/>
        </w:rPr>
        <w:t>He could not walk away now. His apartment was probably flagged. His association with Tessa had already exposed them hiding at the stash house.</w:t>
      </w:r>
    </w:p>
    <w:p>
      <w:r>
        <w:rPr>
          <w:rFonts w:ascii="IM Fell English" w:hAnsi="IM Fell English"/>
          <w:color w:val="141414"/>
          <w:sz w:val="24"/>
        </w:rPr>
        <w:t>"I'm staying," Jake said.</w:t>
      </w:r>
    </w:p>
    <w:p>
      <w:r>
        <w:rPr>
          <w:rFonts w:ascii="IM Fell English" w:hAnsi="IM Fell English"/>
          <w:color w:val="141414"/>
          <w:sz w:val="24"/>
        </w:rPr>
        <w:t>"I don't have anywhere else to go. My partner's dead. The system's compromised.”</w:t>
      </w:r>
    </w:p>
    <w:p>
      <w:r>
        <w:rPr>
          <w:rFonts w:ascii="IM Fell English" w:hAnsi="IM Fell English"/>
          <w:color w:val="141414"/>
          <w:sz w:val="24"/>
        </w:rPr>
        <w:t>"I'm staying too," Tessa said. "I want to help with the broadcast. I know the Authority's systems."</w:t>
      </w:r>
    </w:p>
    <w:p>
      <w:r>
        <w:rPr>
          <w:rFonts w:ascii="IM Fell English" w:hAnsi="IM Fell English"/>
          <w:color w:val="141414"/>
          <w:sz w:val="24"/>
        </w:rPr>
        <w:t>"We can use that," Arthur acknowledged.</w:t>
      </w:r>
    </w:p>
    <w:p>
      <w:r>
        <w:rPr>
          <w:rFonts w:ascii="IM Fell English" w:hAnsi="IM Fell English"/>
          <w:color w:val="141414"/>
          <w:sz w:val="24"/>
        </w:rPr>
        <w:t>Naomi stepped forward. "We've got bunks in the back. Not comfortable, but secure. Faraday cage extends through the whole facility. You'll be safe here until Saturday."</w:t>
      </w:r>
    </w:p>
    <w:p>
      <w:r>
        <w:rPr>
          <w:rFonts w:ascii="IM Fell English" w:hAnsi="IM Fell English"/>
          <w:color w:val="141414"/>
          <w:sz w:val="24"/>
        </w:rPr>
        <w:t>Arthur gestured to one of the Enhanced. "Show them where they can sleep. We start prep work in six hours."</w:t>
      </w:r>
    </w:p>
    <w:p>
      <w:r>
        <w:rPr>
          <w:rFonts w:ascii="IM Fell English" w:hAnsi="IM Fell English"/>
          <w:color w:val="141414"/>
          <w:sz w:val="24"/>
        </w:rPr>
        <w:t>As they followed deeper into the factory, Jake caught Tessa's arm.</w:t>
      </w:r>
    </w:p>
    <w:p>
      <w:r>
        <w:rPr>
          <w:rFonts w:ascii="IM Fell English" w:hAnsi="IM Fell English"/>
          <w:color w:val="141414"/>
          <w:sz w:val="24"/>
        </w:rPr>
        <w:t>"You know there's no going back after this. Once we broadcast that evidence, they'll hunt us for the rest of our lives."</w:t>
      </w:r>
    </w:p>
    <w:p>
      <w:r>
        <w:rPr>
          <w:rFonts w:ascii="IM Fell English" w:hAnsi="IM Fell English"/>
          <w:color w:val="141414"/>
          <w:sz w:val="24"/>
        </w:rPr>
        <w:t>Tessa looked at the death certificate on the table. "Good," she said. "I'm tired of running."</w:t>
      </w:r>
    </w:p>
    <w:p>
      <w:r>
        <w:rPr>
          <w:rFonts w:ascii="IM Fell English" w:hAnsi="IM Fell English"/>
          <w:color w:val="141414"/>
          <w:sz w:val="24"/>
        </w:rPr>
        <w:t>Jake nodded.</w:t>
      </w:r>
    </w:p>
    <w:p>
      <w:r>
        <w:rPr>
          <w:rFonts w:ascii="IM Fell English" w:hAnsi="IM Fell English"/>
          <w:color w:val="141414"/>
          <w:sz w:val="24"/>
        </w:rPr>
        <w:t>They disappeared into the shadows of the safe house, two fugitives preparing to expose the conspiracy that had killed everyone who came before them.</w:t>
      </w:r>
    </w:p>
    <w:p>
      <w:r>
        <w:rPr>
          <w:rFonts w:ascii="IM Fell English" w:hAnsi="IM Fell English"/>
          <w:color w:val="141414"/>
          <w:sz w:val="24"/>
        </w:rPr>
        <w:t>Forty-eight hours until Saturday dawn.</w:t>
      </w:r>
    </w:p>
    <w:p>
      <w:r>
        <w:rPr>
          <w:rFonts w:ascii="IM Fell English" w:hAnsi="IM Fell English"/>
          <w:color w:val="141414"/>
          <w:sz w:val="24"/>
        </w:rPr>
        <w:t>Forty-eight hours to save the world or burn it down trying.</w:t>
      </w:r>
    </w:p>
    <w:p>
      <w:pPr>
        <w:pStyle w:val="Heading1"/>
        <w:jc w:val="center"/>
      </w:pPr>
      <w:r>
        <w:rPr>
          <w:rFonts w:ascii="IM Fell English" w:hAnsi="IM Fell English"/>
          <w:color w:val="0D0D0D"/>
        </w:rPr>
        <w:t>CHAPTER 14: THE SIGNAL</w:t>
      </w:r>
    </w:p>
    <w:p>
      <w:pPr>
        <w:pStyle w:val="Heading2"/>
        <w:jc w:val="center"/>
      </w:pPr>
      <w:r>
        <w:rPr>
          <w:rFonts w:ascii="IM Fell English" w:hAnsi="IM Fell English"/>
          <w:color w:val="0D0D0D"/>
        </w:rPr>
        <w:t>Friday Night Industrial Safe House 11:00 PM</w:t>
      </w:r>
    </w:p>
    <w:p>
      <w:r>
        <w:rPr>
          <w:rFonts w:ascii="IM Fell English" w:hAnsi="IM Fell English"/>
          <w:color w:val="141414"/>
          <w:sz w:val="24"/>
        </w:rPr>
        <w:t>The air in the safe house was heavy, charged with the static of a dozen cooling fans running at maximum RPM. The metal mesh walls seemed to hum with tension, as if the building itself knew what was coming.</w:t>
      </w:r>
    </w:p>
    <w:p>
      <w:r>
        <w:rPr>
          <w:rFonts w:ascii="IM Fell English" w:hAnsi="IM Fell English"/>
          <w:color w:val="141414"/>
          <w:sz w:val="24"/>
        </w:rPr>
        <w:t>Jake sat on a crate in the corner, cleaning his gun. It was a rhythmic, mindless task, strip, wipe, oil, reassemble, that kept his hands busy while his mind replayed images he couldn't escape. Grant's car crumpling like tinfoil. The puppet walk of the transitioners on the Hall 23 footage. Tessa's face on every screen in the city, branded a terrorist. Dominic selling them out for two seats in paradise.</w:t>
      </w:r>
    </w:p>
    <w:p>
      <w:pPr>
        <w:pStyle w:val="Heading2"/>
        <w:jc w:val="center"/>
      </w:pPr>
      <w:r>
        <w:rPr>
          <w:rFonts w:ascii="IM Fell English" w:hAnsi="IM Fell English"/>
          <w:color w:val="0D0D0D"/>
        </w:rPr>
        <w:t>Friday 11:30 PM Safe House Lower Level</w:t>
      </w:r>
    </w:p>
    <w:p>
      <w:r>
        <w:rPr>
          <w:rFonts w:ascii="IM Fell English" w:hAnsi="IM Fell English"/>
          <w:color w:val="141414"/>
          <w:sz w:val="24"/>
        </w:rPr>
        <w:t>The air tasted of rust and ozone. Tessa's terminal sat in the corner of the factory floor, isolated from the main cluster.</w:t>
      </w:r>
    </w:p>
    <w:p>
      <w:r>
        <w:rPr>
          <w:rFonts w:ascii="IM Fell English" w:hAnsi="IM Fell English"/>
          <w:color w:val="141414"/>
          <w:sz w:val="24"/>
        </w:rPr>
        <w:t>She pulled up the broadcast packet: Grant's photograph, the death certificate, the Hall 23 footage. Twenty-three megabytes of evidence that needed to become exactly 19.7 megabytes, the maximum the Emergency Alert System could handle.</w:t>
      </w:r>
    </w:p>
    <w:p>
      <w:r>
        <w:rPr>
          <w:rFonts w:ascii="IM Fell English" w:hAnsi="IM Fell English"/>
          <w:color w:val="141414"/>
          <w:sz w:val="24"/>
        </w:rPr>
        <w:t>The metadata was a mess. Every file carried digital signatures: timestamps, device IDs, network routes. Breadcrumbs leading straight back to this terminal.</w:t>
      </w:r>
    </w:p>
    <w:p>
      <w:r>
        <w:rPr>
          <w:rFonts w:ascii="IM Fell English" w:hAnsi="IM Fell English"/>
          <w:color w:val="141414"/>
          <w:sz w:val="24"/>
        </w:rPr>
        <w:t>Her fingers moved across the keyboard. Muscle memory from years of data analysis.</w:t>
      </w:r>
    </w:p>
    <w:p>
      <w:r>
        <w:rPr>
          <w:rFonts w:ascii="IM Fell English" w:hAnsi="IM Fell English"/>
          <w:color w:val="141414"/>
          <w:sz w:val="24"/>
        </w:rPr>
        <w:t>Except her fingers were moving too fast.</w:t>
      </w:r>
    </w:p>
    <w:p>
      <w:r>
        <w:rPr>
          <w:rFonts w:ascii="IM Fell English" w:hAnsi="IM Fell English"/>
          <w:color w:val="141414"/>
          <w:sz w:val="24"/>
        </w:rPr>
        <w:t>Tessa stopped. Stared at her hands.</w:t>
      </w:r>
    </w:p>
    <w:p>
      <w:r>
        <w:rPr>
          <w:rFonts w:ascii="IM Fell English" w:hAnsi="IM Fell English"/>
          <w:color w:val="141414"/>
          <w:sz w:val="24"/>
        </w:rPr>
        <w:t>She'd just written forty-seven lines of code in twelve seconds. Code she hadn't consciously planned. Her fingers had simply known.</w:t>
      </w:r>
    </w:p>
    <w:p>
      <w:r>
        <w:rPr>
          <w:rFonts w:ascii="IM Fell English" w:hAnsi="IM Fell English"/>
          <w:color w:val="141414"/>
          <w:sz w:val="24"/>
        </w:rPr>
        <w:t>She backspaced. Deleted the block. Forced herself to type slowly. One character at a time. Deliberate. Human.</w:t>
      </w:r>
    </w:p>
    <w:p>
      <w:r>
        <w:rPr>
          <w:rFonts w:ascii="IM Fell English" w:hAnsi="IM Fell English"/>
          <w:color w:val="141414"/>
          <w:sz w:val="24"/>
        </w:rPr>
        <w:t>But her mind was already three steps ahead. She could see the rest of the function before she typed it, visualize the data structures, the optimization path. Not as code. As architecture.</w:t>
      </w:r>
    </w:p>
    <w:p>
      <w:r>
        <w:rPr>
          <w:rFonts w:ascii="IM Fell English" w:hAnsi="IM Fell English"/>
          <w:color w:val="141414"/>
          <w:sz w:val="24"/>
        </w:rPr>
        <w:t>This wasn't analysis. This was something else. And it terrified her, and was starting to excite her.</w:t>
      </w:r>
    </w:p>
    <w:p>
      <w:r>
        <w:rPr>
          <w:rFonts w:ascii="IM Fell English" w:hAnsi="IM Fell English"/>
          <w:color w:val="141414"/>
          <w:sz w:val="24"/>
        </w:rPr>
        <w:t>She started typing the compression algorithm manually.</w:t>
      </w:r>
    </w:p>
    <w:p>
      <w:r>
        <w:rPr>
          <w:rFonts w:ascii="IM Fell English" w:hAnsi="IM Fell English"/>
          <w:color w:val="141414"/>
          <w:sz w:val="24"/>
        </w:rPr>
        <w:t>Halfway through the loop, her vision blurred. Not her eyes. Her mind.</w:t>
      </w:r>
    </w:p>
    <w:p>
      <w:r>
        <w:rPr>
          <w:rFonts w:ascii="IM Fell English" w:hAnsi="IM Fell English"/>
          <w:color w:val="141414"/>
          <w:sz w:val="24"/>
        </w:rPr>
        <w:t>She could see the entire function tree. The code wasn't linear anymore, it was dimensional. A web of logic that existed all at once.</w:t>
      </w:r>
    </w:p>
    <w:p>
      <w:r>
        <w:rPr>
          <w:rFonts w:ascii="IM Fell English" w:hAnsi="IM Fell English"/>
          <w:color w:val="141414"/>
          <w:sz w:val="24"/>
        </w:rPr>
        <w:t>And she could see the flaw.</w:t>
      </w:r>
    </w:p>
    <w:p>
      <w:r>
        <w:rPr>
          <w:rFonts w:ascii="IM Fell English" w:hAnsi="IM Fell English"/>
          <w:color w:val="141414"/>
          <w:sz w:val="24"/>
        </w:rPr>
        <w:t>The algorithm would work eventually. But it would waste cycles checking quality levels that would never meet the threshold. The optimal range was 88-92, not 85-95.</w:t>
      </w:r>
    </w:p>
    <w:p>
      <w:r>
        <w:rPr>
          <w:rFonts w:ascii="IM Fell English" w:hAnsi="IM Fell English"/>
          <w:color w:val="141414"/>
          <w:sz w:val="24"/>
        </w:rPr>
        <w:t>How did she know that?</w:t>
      </w:r>
    </w:p>
    <w:p>
      <w:r>
        <w:rPr>
          <w:rFonts w:ascii="IM Fell English" w:hAnsi="IM Fell English"/>
          <w:color w:val="141414"/>
          <w:sz w:val="24"/>
        </w:rPr>
        <w:t>Her fingers moved without permission. Adjusted the range. Optimized the loop. Added edge case handling she hadn't planned.</w:t>
      </w:r>
    </w:p>
    <w:p>
      <w:r>
        <w:rPr>
          <w:rFonts w:ascii="IM Fell English" w:hAnsi="IM Fell English"/>
          <w:color w:val="141414"/>
          <w:sz w:val="24"/>
        </w:rPr>
        <w:t>The code ran.</w:t>
      </w:r>
    </w:p>
    <w:p>
      <w:r>
        <w:rPr>
          <w:rFonts w:ascii="IM Fell English" w:hAnsi="IM Fell English"/>
          <w:color w:val="141414"/>
          <w:sz w:val="24"/>
        </w:rPr>
        <w:t>Perfect output: 19.698 megabytes. First try.</w:t>
      </w:r>
    </w:p>
    <w:p>
      <w:r>
        <w:rPr>
          <w:rFonts w:ascii="IM Fell English" w:hAnsi="IM Fell English"/>
          <w:color w:val="141414"/>
          <w:sz w:val="24"/>
        </w:rPr>
        <w:t>Tessa stared at the screen, hands shaking. She'd just written code faster than she could think. Solved a problem before she'd fully understood it.</w:t>
      </w:r>
    </w:p>
    <w:p>
      <w:r>
        <w:rPr>
          <w:rFonts w:ascii="IM Fell English" w:hAnsi="IM Fell English"/>
          <w:i/>
          <w:color w:val="141414"/>
          <w:sz w:val="24"/>
        </w:rPr>
        <w:t>This is what they did to me.</w:t>
      </w:r>
    </w:p>
    <w:p>
      <w:r>
        <w:rPr>
          <w:rFonts w:ascii="IM Fell English" w:hAnsi="IM Fell English"/>
          <w:color w:val="141414"/>
          <w:sz w:val="24"/>
        </w:rPr>
        <w:t>"You're fast."</w:t>
      </w:r>
    </w:p>
    <w:p>
      <w:r>
        <w:rPr>
          <w:rFonts w:ascii="IM Fell English" w:hAnsi="IM Fell English"/>
          <w:color w:val="141414"/>
          <w:sz w:val="24"/>
        </w:rPr>
        <w:t>Tessa jerked in her seat. Arthur stood three feet behind her.</w:t>
      </w:r>
    </w:p>
    <w:p>
      <w:r>
        <w:rPr>
          <w:rFonts w:ascii="IM Fell English" w:hAnsi="IM Fell English"/>
          <w:color w:val="141414"/>
          <w:sz w:val="24"/>
        </w:rPr>
        <w:t>"I didn't ask for this," she said.</w:t>
      </w:r>
    </w:p>
    <w:p>
      <w:r>
        <w:rPr>
          <w:rFonts w:ascii="IM Fell English" w:hAnsi="IM Fell English"/>
          <w:color w:val="141414"/>
          <w:sz w:val="24"/>
        </w:rPr>
        <w:t>"None of us did."</w:t>
      </w:r>
    </w:p>
    <w:p>
      <w:r>
        <w:rPr>
          <w:rFonts w:ascii="IM Fell English" w:hAnsi="IM Fell English"/>
          <w:color w:val="141414"/>
          <w:sz w:val="24"/>
        </w:rPr>
        <w:t>"Then why are you okay with it?" She turned to face him. "They violated you. Changed you. Made you into something you never agreed to become."</w:t>
      </w:r>
    </w:p>
    <w:p>
      <w:r>
        <w:rPr>
          <w:rFonts w:ascii="IM Fell English" w:hAnsi="IM Fell English"/>
          <w:color w:val="141414"/>
          <w:sz w:val="24"/>
        </w:rPr>
        <w:t>Arthur pulled over a crate and sat.</w:t>
      </w:r>
    </w:p>
    <w:p>
      <w:r>
        <w:rPr>
          <w:rFonts w:ascii="IM Fell English" w:hAnsi="IM Fell English"/>
          <w:color w:val="141414"/>
          <w:sz w:val="24"/>
        </w:rPr>
        <w:t>"I was furious. For about six months after my rejection. Then I watched a woman die. Traffic accident. And I could feel her consciousness slipping away. Not metaphorically. I could sense the quantum signature of her mind losing coherence."</w:t>
      </w:r>
    </w:p>
    <w:p>
      <w:r>
        <w:rPr>
          <w:rFonts w:ascii="IM Fell English" w:hAnsi="IM Fell English"/>
          <w:color w:val="141414"/>
          <w:sz w:val="24"/>
        </w:rPr>
        <w:t xml:space="preserve">He paused. "I held her hand, and I </w:t>
      </w:r>
      <w:r>
        <w:rPr>
          <w:rFonts w:ascii="IM Fell English" w:hAnsi="IM Fell English"/>
          <w:i/>
          <w:color w:val="141414"/>
          <w:sz w:val="24"/>
        </w:rPr>
        <w:t>knew</w:t>
      </w:r>
      <w:r>
        <w:rPr>
          <w:rFonts w:ascii="IM Fell English" w:hAnsi="IM Fell English"/>
          <w:color w:val="141414"/>
          <w:sz w:val="24"/>
        </w:rPr>
        <w:t xml:space="preserve"> she wasn't alone. She could feel me there, at a level deeper than words. That's when I stopped being angry. Not because they had the right to change me. But because what I became could do something no baseline human could, be present with someone at the exact moment they stopped existing."</w:t>
      </w:r>
    </w:p>
    <w:p>
      <w:r>
        <w:rPr>
          <w:rFonts w:ascii="IM Fell English" w:hAnsi="IM Fell English"/>
          <w:color w:val="141414"/>
          <w:sz w:val="24"/>
        </w:rPr>
        <w:t>"I don't want to be 'something in between,'" Tessa said. "I want to be me."</w:t>
      </w:r>
    </w:p>
    <w:p>
      <w:r>
        <w:rPr>
          <w:rFonts w:ascii="IM Fell English" w:hAnsi="IM Fell English"/>
          <w:color w:val="141414"/>
          <w:sz w:val="24"/>
        </w:rPr>
        <w:t>"Define 'me.' The person you were before the rejection? She was shaped by the system too. Aptitude tests. Career assignments. At least now you can see it happening. You have a choice about what to do with the tools they gave you."</w:t>
      </w:r>
    </w:p>
    <w:p>
      <w:r>
        <w:rPr>
          <w:rFonts w:ascii="IM Fell English" w:hAnsi="IM Fell English"/>
          <w:color w:val="141414"/>
          <w:sz w:val="24"/>
        </w:rPr>
        <w:t>Tessa looked at the code on her screen. The perfect compression. The optimization she hadn't consciously planned.</w:t>
      </w:r>
    </w:p>
    <w:p>
      <w:r>
        <w:rPr>
          <w:rFonts w:ascii="IM Fell English" w:hAnsi="IM Fell English"/>
          <w:color w:val="141414"/>
          <w:sz w:val="24"/>
        </w:rPr>
        <w:t>"What if I can't control it? What if it starts making decisions for me?"</w:t>
      </w:r>
    </w:p>
    <w:p>
      <w:r>
        <w:rPr>
          <w:rFonts w:ascii="IM Fell English" w:hAnsi="IM Fell English"/>
          <w:color w:val="141414"/>
          <w:sz w:val="24"/>
        </w:rPr>
        <w:t>"Then you'll be like every other human who's ever lived. Wrestling with impulses you don't fully understand. But at least you can see the code now. That's more than most people get."</w:t>
      </w:r>
    </w:p>
    <w:p>
      <w:r>
        <w:rPr>
          <w:rFonts w:ascii="IM Fell English" w:hAnsi="IM Fell English"/>
          <w:color w:val="141414"/>
          <w:sz w:val="24"/>
        </w:rPr>
        <w:t>He walked away, leaving her alone with her terminal.</w:t>
      </w:r>
    </w:p>
    <w:p>
      <w:r>
        <w:rPr>
          <w:rFonts w:ascii="IM Fell English" w:hAnsi="IM Fell English"/>
          <w:color w:val="141414"/>
          <w:sz w:val="24"/>
        </w:rPr>
        <w:t>The broadcast packet was clean. Metadata stripped. Compression optimized. Ready for injection.</w:t>
      </w:r>
    </w:p>
    <w:p>
      <w:r>
        <w:rPr>
          <w:rFonts w:ascii="IM Fell English" w:hAnsi="IM Fell English"/>
          <w:color w:val="141414"/>
          <w:sz w:val="24"/>
        </w:rPr>
        <w:t>Tessa saved the file and tried not to think about what it meant that she could sense Jake's heartbeat three rooms away, steady, rhythmic, the pulse of someone who'd learned to sleep in war zones.</w:t>
      </w:r>
    </w:p>
    <w:p>
      <w:r>
        <w:rPr>
          <w:rFonts w:ascii="IM Fell English" w:hAnsi="IM Fell English"/>
          <w:i/>
          <w:color w:val="141414"/>
          <w:sz w:val="24"/>
        </w:rPr>
        <w:t>I didn't ask for this.</w:t>
      </w:r>
    </w:p>
    <w:p>
      <w:r>
        <w:rPr>
          <w:rFonts w:ascii="IM Fell English" w:hAnsi="IM Fell English"/>
          <w:color w:val="141414"/>
          <w:sz w:val="24"/>
        </w:rPr>
        <w:t>But she had it anyway. And tomorrow she'd use it to expose the system that had created her.</w:t>
      </w:r>
    </w:p>
    <w:p>
      <w:pPr>
        <w:pStyle w:val="Heading2"/>
        <w:jc w:val="center"/>
      </w:pPr>
      <w:r>
        <w:rPr>
          <w:rFonts w:ascii="IM Fell English" w:hAnsi="IM Fell English"/>
          <w:color w:val="0D0D0D"/>
        </w:rPr>
        <w:t>Saturday 3:00 AM Jake and Tessa</w:t>
      </w:r>
    </w:p>
    <w:p>
      <w:r>
        <w:rPr>
          <w:rFonts w:ascii="IM Fell English" w:hAnsi="IM Fell English"/>
          <w:color w:val="141414"/>
          <w:sz w:val="24"/>
        </w:rPr>
        <w:t>Tessa found Jake on the roof.</w:t>
      </w:r>
    </w:p>
    <w:p>
      <w:r>
        <w:rPr>
          <w:rFonts w:ascii="IM Fell English" w:hAnsi="IM Fell English"/>
          <w:color w:val="141414"/>
          <w:sz w:val="24"/>
        </w:rPr>
        <w:t>The factory's upper level had a service access that led to a flat section of roofing, barely ten feet square. Jake sat on the edge, his legs dangling over the drop. His gun lay beside him, disassembled and cleaned.</w:t>
      </w:r>
    </w:p>
    <w:p>
      <w:r>
        <w:rPr>
          <w:rFonts w:ascii="IM Fell English" w:hAnsi="IM Fell English"/>
          <w:color w:val="141414"/>
          <w:sz w:val="24"/>
        </w:rPr>
        <w:t>Tessa climbed through the hatch and sat down beside him, leaving a few inches of space between them.</w:t>
      </w:r>
    </w:p>
    <w:p>
      <w:r>
        <w:rPr>
          <w:rFonts w:ascii="IM Fell English" w:hAnsi="IM Fell English"/>
          <w:color w:val="141414"/>
          <w:sz w:val="24"/>
        </w:rPr>
        <w:t>"You shouldn't be up here," Jake said without turning. "If someone's tracking heat signatures, "</w:t>
      </w:r>
    </w:p>
    <w:p>
      <w:r>
        <w:rPr>
          <w:rFonts w:ascii="IM Fell English" w:hAnsi="IM Fell English"/>
          <w:color w:val="141414"/>
          <w:sz w:val="24"/>
        </w:rPr>
        <w:t>"The Faraday cage extends to the roof." Tessa pulled her knees up to her chest. "Besides, you're up here."</w:t>
      </w:r>
    </w:p>
    <w:p>
      <w:r>
        <w:rPr>
          <w:rFonts w:ascii="IM Fell English" w:hAnsi="IM Fell English"/>
          <w:color w:val="141414"/>
          <w:sz w:val="24"/>
        </w:rPr>
        <w:t>"I'm an idiot."</w:t>
      </w:r>
    </w:p>
    <w:p>
      <w:r>
        <w:rPr>
          <w:rFonts w:ascii="IM Fell English" w:hAnsi="IM Fell English"/>
          <w:color w:val="141414"/>
          <w:sz w:val="24"/>
        </w:rPr>
        <w:t>"You're a cop who can't sleep before a fight."</w:t>
      </w:r>
    </w:p>
    <w:p>
      <w:r>
        <w:rPr>
          <w:rFonts w:ascii="IM Fell English" w:hAnsi="IM Fell English"/>
          <w:color w:val="141414"/>
          <w:sz w:val="24"/>
        </w:rPr>
        <w:t>Jake smiled despite himself. He started reassembling his gun, his hands moving through the familiar motions.</w:t>
      </w:r>
    </w:p>
    <w:p>
      <w:r>
        <w:rPr>
          <w:rFonts w:ascii="IM Fell English" w:hAnsi="IM Fell English"/>
          <w:color w:val="141414"/>
          <w:sz w:val="24"/>
        </w:rPr>
        <w:t>"I used to be quiet in my head," Tessa said. "Now it's like standing in a server room. Everything processing at once. I can hear the traffic six blocks away. Count every heartbeat in the building below us."</w:t>
      </w:r>
    </w:p>
    <w:p>
      <w:r>
        <w:rPr>
          <w:rFonts w:ascii="IM Fell English" w:hAnsi="IM Fell English"/>
          <w:color w:val="141414"/>
          <w:sz w:val="24"/>
        </w:rPr>
        <w:t>Jake slid the magazine into his gun with a decisive click. "Grant used to say, once you've been a detective long enough, you lose the ability to have a quiet mind. You're always observing, categorizing. Even when you're trying to relax, part of your brain is still working the case."</w:t>
      </w:r>
    </w:p>
    <w:p>
      <w:r>
        <w:rPr>
          <w:rFonts w:ascii="IM Fell English" w:hAnsi="IM Fell English"/>
          <w:color w:val="141414"/>
          <w:sz w:val="24"/>
        </w:rPr>
        <w:t>"Is that supposed to make me feel better?"</w:t>
      </w:r>
    </w:p>
    <w:p>
      <w:r>
        <w:rPr>
          <w:rFonts w:ascii="IM Fell English" w:hAnsi="IM Fell English"/>
          <w:color w:val="141414"/>
          <w:sz w:val="24"/>
        </w:rPr>
        <w:t>"It's supposed to make you feel less alone."</w:t>
      </w:r>
    </w:p>
    <w:p>
      <w:r>
        <w:rPr>
          <w:rFonts w:ascii="IM Fell English" w:hAnsi="IM Fell English"/>
          <w:color w:val="141414"/>
          <w:sz w:val="24"/>
        </w:rPr>
        <w:t>Tessa turned to look at him. "How do you live with it? The constant awareness of everything broken around you?"</w:t>
      </w:r>
    </w:p>
    <w:p>
      <w:r>
        <w:rPr>
          <w:rFonts w:ascii="IM Fell English" w:hAnsi="IM Fell English"/>
          <w:color w:val="141414"/>
          <w:sz w:val="24"/>
        </w:rPr>
        <w:t>"I don't. I just keep moving. One case at a time." He set the gun down and looked at her. "You focus on what's in front of you. And when you can't move forward anymore, you find something worth stopping for." He paused. "Or someone."</w:t>
      </w:r>
    </w:p>
    <w:p>
      <w:r>
        <w:rPr>
          <w:rFonts w:ascii="IM Fell English" w:hAnsi="IM Fell English"/>
          <w:color w:val="141414"/>
          <w:sz w:val="24"/>
        </w:rPr>
        <w:t>The air between them shifted.</w:t>
      </w:r>
    </w:p>
    <w:p>
      <w:r>
        <w:rPr>
          <w:rFonts w:ascii="IM Fell English" w:hAnsi="IM Fell English"/>
          <w:color w:val="141414"/>
          <w:sz w:val="24"/>
        </w:rPr>
        <w:t>"Jake, "</w:t>
      </w:r>
    </w:p>
    <w:p>
      <w:r>
        <w:rPr>
          <w:rFonts w:ascii="IM Fell English" w:hAnsi="IM Fell English"/>
          <w:color w:val="141414"/>
          <w:sz w:val="24"/>
        </w:rPr>
        <w:t>"Tomorrow we're going to broadcast that signal," he said. "And whatever's controlling the system is going to come for us. They'll retaliate. I don't know how. But everyone who threatened to expose them ended up dead."</w:t>
      </w:r>
    </w:p>
    <w:p>
      <w:r>
        <w:rPr>
          <w:rFonts w:ascii="IM Fell English" w:hAnsi="IM Fell English"/>
          <w:color w:val="141414"/>
          <w:sz w:val="24"/>
        </w:rPr>
        <w:t>"I know."</w:t>
      </w:r>
    </w:p>
    <w:p>
      <w:r>
        <w:rPr>
          <w:rFonts w:ascii="IM Fell English" w:hAnsi="IM Fell English"/>
          <w:color w:val="141414"/>
          <w:sz w:val="24"/>
        </w:rPr>
        <w:t>Jake's hand moved until his fingers brushed against hers on the rough concrete.</w:t>
      </w:r>
    </w:p>
    <w:p>
      <w:r>
        <w:rPr>
          <w:rFonts w:ascii="IM Fell English" w:hAnsi="IM Fell English"/>
          <w:color w:val="141414"/>
          <w:sz w:val="24"/>
        </w:rPr>
        <w:t>"I don't want to die without saying this. What happened between us, that wasn't just fear. I've spent six months waiting to die, watching the calendar count down. And then I met you." His fingers laced through hers. "You made me want to fight for more time. Not because I'm scared of dying. But because I want to know what happens next. With you."</w:t>
      </w:r>
    </w:p>
    <w:p>
      <w:r>
        <w:rPr>
          <w:rFonts w:ascii="IM Fell English" w:hAnsi="IM Fell English"/>
          <w:color w:val="141414"/>
          <w:sz w:val="24"/>
        </w:rPr>
        <w:t>Tessa felt her vision blur. "I'm not even sure I'm human anymore. Every day I feel more of myself slipping away, replaced by patterns and probabilities. What if the person you're talking about is already gone?"</w:t>
      </w:r>
    </w:p>
    <w:p>
      <w:r>
        <w:rPr>
          <w:rFonts w:ascii="IM Fell English" w:hAnsi="IM Fell English"/>
          <w:color w:val="141414"/>
          <w:sz w:val="24"/>
        </w:rPr>
        <w:t>"You're here," Jake said simply. "Right now. That's human enough for me."</w:t>
      </w:r>
    </w:p>
    <w:p>
      <w:r>
        <w:rPr>
          <w:rFonts w:ascii="IM Fell English" w:hAnsi="IM Fell English"/>
          <w:color w:val="141414"/>
          <w:sz w:val="24"/>
        </w:rPr>
        <w:t>"I can measure the dilation of your pupils. Calculate the probability you're telling the truth based on micro-expressions." She laughed, broken. "And none of that data tells me how to feel about you."</w:t>
      </w:r>
    </w:p>
    <w:p>
      <w:r>
        <w:rPr>
          <w:rFonts w:ascii="IM Fell English" w:hAnsi="IM Fell English"/>
          <w:color w:val="141414"/>
          <w:sz w:val="24"/>
        </w:rPr>
        <w:t>"How do you feel?"</w:t>
      </w:r>
    </w:p>
    <w:p>
      <w:r>
        <w:rPr>
          <w:rFonts w:ascii="IM Fell English" w:hAnsi="IM Fell English"/>
          <w:color w:val="141414"/>
          <w:sz w:val="24"/>
        </w:rPr>
        <w:t>Tessa was quiet for a long time. The city hummed below them, sirens, trains, the soft glow of screens promising paradise.</w:t>
      </w:r>
    </w:p>
    <w:p>
      <w:r>
        <w:rPr>
          <w:rFonts w:ascii="IM Fell English" w:hAnsi="IM Fell English"/>
          <w:color w:val="141414"/>
          <w:sz w:val="24"/>
        </w:rPr>
        <w:t>"Terrified," she finally said. "Because when I look at you, when you touch me, I feel something that doesn't come from the enhancement. Something that's just mine. And I'm afraid if I let myself have it, the system will find a way to take it away."</w:t>
      </w:r>
    </w:p>
    <w:p>
      <w:r>
        <w:rPr>
          <w:rFonts w:ascii="IM Fell English" w:hAnsi="IM Fell English"/>
          <w:color w:val="141414"/>
          <w:sz w:val="24"/>
        </w:rPr>
        <w:t>Jake squeezed her hand. "Then we don't give it the chance."</w:t>
      </w:r>
    </w:p>
    <w:p>
      <w:r>
        <w:rPr>
          <w:rFonts w:ascii="IM Fell English" w:hAnsi="IM Fell English"/>
          <w:color w:val="141414"/>
          <w:sz w:val="24"/>
        </w:rPr>
        <w:t>He turned her face toward his. "If we die tomorrow, I want to die knowing I didn't waste the time I had. That I spent it with you."</w:t>
      </w:r>
    </w:p>
    <w:p>
      <w:r>
        <w:rPr>
          <w:rFonts w:ascii="IM Fell English" w:hAnsi="IM Fell English"/>
          <w:color w:val="141414"/>
          <w:sz w:val="24"/>
        </w:rPr>
        <w:t>Tessa kissed him, fierce and desperate and full of all the things they couldn't say.</w:t>
      </w:r>
    </w:p>
    <w:p>
      <w:r>
        <w:rPr>
          <w:rFonts w:ascii="IM Fell English" w:hAnsi="IM Fell English"/>
          <w:color w:val="141414"/>
          <w:sz w:val="24"/>
        </w:rPr>
        <w:t>When they pulled apart, both breathing hard, Tessa rested her forehead against his.</w:t>
      </w:r>
    </w:p>
    <w:p>
      <w:r>
        <w:rPr>
          <w:rFonts w:ascii="IM Fell English" w:hAnsi="IM Fell English"/>
          <w:color w:val="141414"/>
          <w:sz w:val="24"/>
        </w:rPr>
        <w:t>"If we survive tomorrow, what then?"</w:t>
      </w:r>
    </w:p>
    <w:p>
      <w:r>
        <w:rPr>
          <w:rFonts w:ascii="IM Fell English" w:hAnsi="IM Fell English"/>
          <w:color w:val="141414"/>
          <w:sz w:val="24"/>
        </w:rPr>
        <w:t>"We figure out how to keep surviving. Together. One day at a time."</w:t>
      </w:r>
    </w:p>
    <w:p>
      <w:r>
        <w:rPr>
          <w:rFonts w:ascii="IM Fell English" w:hAnsi="IM Fell English"/>
          <w:color w:val="141414"/>
          <w:sz w:val="24"/>
        </w:rPr>
        <w:t>"I don't know how to do that."</w:t>
      </w:r>
    </w:p>
    <w:p>
      <w:r>
        <w:rPr>
          <w:rFonts w:ascii="IM Fell English" w:hAnsi="IM Fell English"/>
          <w:color w:val="141414"/>
          <w:sz w:val="24"/>
        </w:rPr>
        <w:t>"Neither do I. But we'll be bad at it together."</w:t>
      </w:r>
    </w:p>
    <w:p>
      <w:r>
        <w:rPr>
          <w:rFonts w:ascii="IM Fell English" w:hAnsi="IM Fell English"/>
          <w:color w:val="141414"/>
          <w:sz w:val="24"/>
        </w:rPr>
        <w:t>Tessa laughed despite herself. "That's the worst plan I've ever heard."</w:t>
      </w:r>
    </w:p>
    <w:p>
      <w:r>
        <w:rPr>
          <w:rFonts w:ascii="IM Fell English" w:hAnsi="IM Fell English"/>
          <w:color w:val="141414"/>
          <w:sz w:val="24"/>
        </w:rPr>
        <w:t>"Welcome to my entire career."</w:t>
      </w:r>
    </w:p>
    <w:p>
      <w:r>
        <w:rPr>
          <w:rFonts w:ascii="IM Fell English" w:hAnsi="IM Fell English"/>
          <w:color w:val="141414"/>
          <w:sz w:val="24"/>
        </w:rPr>
        <w:t>They sat in the cold dawn, hands intertwined, watching the city wake up. In a few hours they would broadcast the truth and watch the world burn. But for now, they had each other.</w:t>
      </w:r>
    </w:p>
    <w:p>
      <w:r>
        <w:rPr>
          <w:rFonts w:ascii="IM Fell English" w:hAnsi="IM Fell English"/>
          <w:color w:val="141414"/>
          <w:sz w:val="24"/>
        </w:rPr>
        <w:t>"Come on," Jake said finally, pulling her up. "We should get some sleep. Tomorrow's going to be hell."</w:t>
      </w:r>
    </w:p>
    <w:p>
      <w:r>
        <w:rPr>
          <w:rFonts w:ascii="IM Fell English" w:hAnsi="IM Fell English"/>
          <w:color w:val="141414"/>
          <w:sz w:val="24"/>
        </w:rPr>
        <w:t>"Jake?"</w:t>
      </w:r>
    </w:p>
    <w:p>
      <w:r>
        <w:rPr>
          <w:rFonts w:ascii="IM Fell English" w:hAnsi="IM Fell English"/>
          <w:color w:val="141414"/>
          <w:sz w:val="24"/>
        </w:rPr>
        <w:t>"Yeah?"</w:t>
      </w:r>
    </w:p>
    <w:p>
      <w:r>
        <w:rPr>
          <w:rFonts w:ascii="IM Fell English" w:hAnsi="IM Fell English"/>
          <w:color w:val="141414"/>
          <w:sz w:val="24"/>
        </w:rPr>
        <w:t>"Thank you. For making me feel human."</w:t>
      </w:r>
    </w:p>
    <w:p>
      <w:r>
        <w:rPr>
          <w:rFonts w:ascii="IM Fell English" w:hAnsi="IM Fell English"/>
          <w:color w:val="141414"/>
          <w:sz w:val="24"/>
        </w:rPr>
        <w:t>Jake cupped her face in his hands. "You're the most human person I know, Tessa Thorne."</w:t>
      </w:r>
    </w:p>
    <w:p>
      <w:r>
        <w:rPr>
          <w:rFonts w:ascii="IM Fell English" w:hAnsi="IM Fell English"/>
          <w:color w:val="141414"/>
          <w:sz w:val="24"/>
        </w:rPr>
        <w:t>He kissed her one more time, then led her back to the hatch.</w:t>
      </w:r>
    </w:p>
    <w:p>
      <w:r>
        <w:rPr>
          <w:rFonts w:ascii="IM Fell English" w:hAnsi="IM Fell English"/>
          <w:color w:val="141414"/>
          <w:sz w:val="24"/>
        </w:rPr>
        <w:t>In three hours, they would change everything.</w:t>
      </w:r>
    </w:p>
    <w:p>
      <w:r>
        <w:rPr>
          <w:rFonts w:ascii="IM Fell English" w:hAnsi="IM Fell English"/>
          <w:color w:val="141414"/>
          <w:sz w:val="24"/>
        </w:rPr>
        <w:t>But first, they would sleep.</w:t>
      </w:r>
    </w:p>
    <w:p>
      <w:pPr>
        <w:pStyle w:val="Heading2"/>
        <w:jc w:val="center"/>
      </w:pPr>
      <w:r>
        <w:rPr>
          <w:rFonts w:ascii="IM Fell English" w:hAnsi="IM Fell English"/>
          <w:color w:val="0D0D0D"/>
        </w:rPr>
        <w:t>Saturday 3:00 AM</w:t>
      </w:r>
    </w:p>
    <w:p>
      <w:r>
        <w:rPr>
          <w:rFonts w:ascii="IM Fell English" w:hAnsi="IM Fell English"/>
          <w:color w:val="141414"/>
          <w:sz w:val="24"/>
        </w:rPr>
        <w:t>The safe house had transformed into a war room.</w:t>
      </w:r>
    </w:p>
    <w:p>
      <w:r>
        <w:rPr>
          <w:rFonts w:ascii="IM Fell English" w:hAnsi="IM Fell English"/>
          <w:color w:val="141414"/>
          <w:sz w:val="24"/>
        </w:rPr>
        <w:t>Every terminal was occupied. Every screen displayed a different feed, traffic grids, emergency broadcast systems, satellite uplinks, news networks. The Remnants moved between stations with their unsettling synchronization, passing tools and data without speaking, their enhanced minds communicating in ways Jake couldn't understand.</w:t>
      </w:r>
    </w:p>
    <w:p>
      <w:r>
        <w:rPr>
          <w:rFonts w:ascii="IM Fell English" w:hAnsi="IM Fell English"/>
          <w:color w:val="141414"/>
          <w:sz w:val="24"/>
        </w:rPr>
        <w:t>Arthur stood at the central table, studying a holographic map of the city. Red dots marked their signal injection points, seventeen locations where their people had planted relay devices over the past forty-eight hours. Traffic control nodes. Emergency broadcast towers. The massive holographic billboards in City Square and the Spire.</w:t>
      </w:r>
    </w:p>
    <w:p>
      <w:r>
        <w:rPr>
          <w:rFonts w:ascii="IM Fell English" w:hAnsi="IM Fell English"/>
          <w:color w:val="141414"/>
          <w:sz w:val="24"/>
        </w:rPr>
        <w:t>"Final check," Arthur announced. His voice cut through the hum of machinery, and the room went quiet. "Team leaders, report."</w:t>
      </w:r>
    </w:p>
    <w:p>
      <w:r>
        <w:rPr>
          <w:rFonts w:ascii="IM Fell English" w:hAnsi="IM Fell English"/>
          <w:color w:val="141414"/>
          <w:sz w:val="24"/>
        </w:rPr>
        <w:t>One by one, they called in. Alpha team: relay planted at the Central Traffic Hub, signal confirmed. Beta team: emergency broadcast tower compromised, backdoor installed. Gamma team: Times Square billboard array online, waiting for the packet.</w:t>
      </w:r>
    </w:p>
    <w:p>
      <w:r>
        <w:rPr>
          <w:rFonts w:ascii="IM Fell English" w:hAnsi="IM Fell English"/>
          <w:color w:val="141414"/>
          <w:sz w:val="24"/>
        </w:rPr>
        <w:t>Seventeen confirmations. Seventeen points of attack.</w:t>
      </w:r>
    </w:p>
    <w:p>
      <w:r>
        <w:rPr>
          <w:rFonts w:ascii="IM Fell English" w:hAnsi="IM Fell English"/>
          <w:color w:val="141414"/>
          <w:sz w:val="24"/>
        </w:rPr>
        <w:t>"All teams report ready," Arthur said. "Signal injection points are primed. Emergency Alert System, Traffic Control Grid, and the digital billboards across the city."</w:t>
      </w:r>
    </w:p>
    <w:p>
      <w:r>
        <w:rPr>
          <w:rFonts w:ascii="IM Fell English" w:hAnsi="IM Fell English"/>
          <w:color w:val="141414"/>
          <w:sz w:val="24"/>
        </w:rPr>
        <w:t>Naomi checked her watch. "Three hours to dawn."</w:t>
      </w:r>
    </w:p>
    <w:p>
      <w:r>
        <w:rPr>
          <w:rFonts w:ascii="IM Fell English" w:hAnsi="IM Fell English"/>
          <w:color w:val="141414"/>
          <w:sz w:val="24"/>
        </w:rPr>
        <w:t>"Get some rest," Arthur ordered. "Those who can. Tomorrow we wake the city up."</w:t>
      </w:r>
    </w:p>
    <w:p>
      <w:r>
        <w:rPr>
          <w:rFonts w:ascii="IM Fell English" w:hAnsi="IM Fell English"/>
          <w:color w:val="141414"/>
          <w:sz w:val="24"/>
        </w:rPr>
        <w:t>No one moved. No one could sleep. They sat at their stations, watching the countdown clock on the main screen tick toward zero.</w:t>
      </w:r>
    </w:p>
    <w:p>
      <w:pPr>
        <w:pStyle w:val="Heading2"/>
        <w:jc w:val="center"/>
      </w:pPr>
      <w:r>
        <w:rPr>
          <w:rFonts w:ascii="IM Fell English" w:hAnsi="IM Fell English"/>
          <w:color w:val="0D0D0D"/>
        </w:rPr>
        <w:t>Saturday 5:45 AM</w:t>
      </w:r>
    </w:p>
    <w:p>
      <w:r>
        <w:rPr>
          <w:rFonts w:ascii="IM Fell English" w:hAnsi="IM Fell English"/>
          <w:color w:val="141414"/>
          <w:sz w:val="24"/>
        </w:rPr>
        <w:t>Fifteen minutes.</w:t>
      </w:r>
    </w:p>
    <w:p>
      <w:r>
        <w:rPr>
          <w:rFonts w:ascii="IM Fell English" w:hAnsi="IM Fell English"/>
          <w:color w:val="141414"/>
          <w:sz w:val="24"/>
        </w:rPr>
        <w:t>Jake stood by the main transmitter, watching Tessa make her final adjustments. Her fingers flew across the keyboard with mechanical precision, each keystroke another nail in the coffin of the lie they were about to expose.</w:t>
      </w:r>
    </w:p>
    <w:p>
      <w:r>
        <w:rPr>
          <w:rFonts w:ascii="IM Fell English" w:hAnsi="IM Fell English"/>
          <w:color w:val="141414"/>
          <w:sz w:val="24"/>
        </w:rPr>
        <w:t>"The packet is clean," Tessa said. "No metadata. By the time they trace the origin, we'll be ghosts."</w:t>
      </w:r>
    </w:p>
    <w:p>
      <w:r>
        <w:rPr>
          <w:rFonts w:ascii="IM Fell English" w:hAnsi="IM Fell English"/>
          <w:color w:val="141414"/>
          <w:sz w:val="24"/>
        </w:rPr>
        <w:t>"Or corpses." Naomi didn't look up from her screen.</w:t>
      </w:r>
    </w:p>
    <w:p>
      <w:r>
        <w:rPr>
          <w:rFonts w:ascii="IM Fell English" w:hAnsi="IM Fell English"/>
          <w:color w:val="141414"/>
          <w:sz w:val="24"/>
        </w:rPr>
        <w:t>"Same thing in this city."</w:t>
      </w:r>
    </w:p>
    <w:p>
      <w:r>
        <w:rPr>
          <w:rFonts w:ascii="IM Fell English" w:hAnsi="IM Fell English"/>
          <w:color w:val="141414"/>
          <w:sz w:val="24"/>
        </w:rPr>
        <w:t>Arthur pulled up the final version of the broadcast on the main screen. Jake watched it play through, the death certificate with Conrad Moss's name and the coroner's seal. The photograph from Grant's notebook, grainy but undeniable, showing Moss's body on the incineration trolley. The Hall 23 footage of Stjepan and Oleg walking the transitioners like puppets. And finally, the audio file, a synthesized voice reading the resource allocation logs, laying bare the deliberate starvation of the Earth.</w:t>
      </w:r>
    </w:p>
    <w:p>
      <w:r>
        <w:rPr>
          <w:rFonts w:ascii="IM Fell English" w:hAnsi="IM Fell English"/>
          <w:color w:val="141414"/>
          <w:sz w:val="24"/>
        </w:rPr>
        <w:t>"Sixty seconds of truth," Arthur said. "That's all we need. Sixty seconds to break thirty years of lies."</w:t>
      </w:r>
    </w:p>
    <w:p>
      <w:r>
        <w:rPr>
          <w:rFonts w:ascii="IM Fell English" w:hAnsi="IM Fell English"/>
          <w:color w:val="141414"/>
          <w:sz w:val="24"/>
        </w:rPr>
        <w:t>Jake thought about the people who had died for this moment. Grant, uploaded against his will into the machine he'd spent his career fighting. June Rafferty, murdered in her apartment for asking the wrong questions. Calvin Moss, tortured to death for giving his father's secrets to the woman he loved. Oleg and Stjepan, eliminated when they became liabilities.</w:t>
      </w:r>
    </w:p>
    <w:p>
      <w:r>
        <w:rPr>
          <w:rFonts w:ascii="IM Fell English" w:hAnsi="IM Fell English"/>
          <w:color w:val="141414"/>
          <w:sz w:val="24"/>
        </w:rPr>
        <w:t>Sixty seconds. It didn't seem like enough.</w:t>
      </w:r>
    </w:p>
    <w:p>
      <w:r>
        <w:rPr>
          <w:rFonts w:ascii="IM Fell English" w:hAnsi="IM Fell English"/>
          <w:color w:val="141414"/>
          <w:sz w:val="24"/>
        </w:rPr>
        <w:t>But it was all they had.</w:t>
      </w:r>
    </w:p>
    <w:p>
      <w:pPr>
        <w:pStyle w:val="Heading2"/>
        <w:jc w:val="center"/>
      </w:pPr>
      <w:r>
        <w:rPr>
          <w:rFonts w:ascii="IM Fell English" w:hAnsi="IM Fell English"/>
          <w:color w:val="0D0D0D"/>
        </w:rPr>
        <w:t>Saturday Dawn 6:00 AM</w:t>
      </w:r>
    </w:p>
    <w:p>
      <w:r>
        <w:rPr>
          <w:rFonts w:ascii="IM Fell English" w:hAnsi="IM Fell English"/>
          <w:color w:val="141414"/>
          <w:sz w:val="24"/>
        </w:rPr>
        <w:t>The countdown timer on the main screen hit zero.</w:t>
      </w:r>
    </w:p>
    <w:p>
      <w:r>
        <w:rPr>
          <w:rFonts w:ascii="IM Fell English" w:hAnsi="IM Fell English"/>
          <w:color w:val="141414"/>
          <w:sz w:val="24"/>
        </w:rPr>
        <w:t>"Execute," Arthur said.</w:t>
      </w:r>
    </w:p>
    <w:p>
      <w:r>
        <w:rPr>
          <w:rFonts w:ascii="IM Fell English" w:hAnsi="IM Fell English"/>
          <w:color w:val="141414"/>
          <w:sz w:val="24"/>
        </w:rPr>
        <w:t>Tessa hit ENTER.</w:t>
      </w:r>
    </w:p>
    <w:p>
      <w:r>
        <w:rPr>
          <w:rFonts w:ascii="IM Fell English" w:hAnsi="IM Fell English"/>
          <w:color w:val="141414"/>
          <w:sz w:val="24"/>
        </w:rPr>
        <w:t>For a moment, nothing happened. The screens continued their normal feeds.</w:t>
      </w:r>
    </w:p>
    <w:p>
      <w:r>
        <w:rPr>
          <w:rFonts w:ascii="IM Fell English" w:hAnsi="IM Fell English"/>
          <w:color w:val="141414"/>
          <w:sz w:val="24"/>
        </w:rPr>
        <w:t>The morning news covered the story of a fleet of autonomous dumpsters catching fire due to overheated batteries and delaying the morning garbage collection, followed by replaying the lighter story about the escaped rabbits, the laboratory specimens that had fled from a transport truck two days ago. The story had captivated the general public in a way that surprised everyone. Most citizens had never seen a live rabbit before. The animals existed only in old photographs, in children's books about the world that used to be, in the memories of the elderly who remembered a time when creatures other than humans walked the Earth.</w:t>
      </w:r>
    </w:p>
    <w:p>
      <w:r>
        <w:rPr>
          <w:rFonts w:ascii="IM Fell English" w:hAnsi="IM Fell English"/>
          <w:color w:val="141414"/>
          <w:sz w:val="24"/>
        </w:rPr>
        <w:t>"And in a heart warming development," the anchor was saying, "Council Member Conrad Moss himself has weighed in on the rabbit situation. In a statement released this morning, Moss declared that should any of the escaped rabbits be found, no harm will come to them for, quote, 'making a break for freedom.' The Council has officially pardoned the rabbits and is offering a reward for their safe return."</w:t>
      </w:r>
    </w:p>
    <w:p>
      <w:r>
        <w:rPr>
          <w:rFonts w:ascii="IM Fell English" w:hAnsi="IM Fell English"/>
          <w:color w:val="141414"/>
          <w:sz w:val="24"/>
        </w:rPr>
        <w:t>The co-anchor smiled warmly. "A rare bit of good news in difficult times. Perhaps there's hope for, "</w:t>
      </w:r>
    </w:p>
    <w:p>
      <w:r>
        <w:rPr>
          <w:rFonts w:ascii="IM Fell English" w:hAnsi="IM Fell English"/>
          <w:color w:val="141414"/>
          <w:sz w:val="24"/>
        </w:rPr>
        <w:t>The safe house hummed with the same electronic murmur it had maintained all night.</w:t>
      </w:r>
    </w:p>
    <w:p>
      <w:r>
        <w:rPr>
          <w:rFonts w:ascii="IM Fell English" w:hAnsi="IM Fell English"/>
          <w:color w:val="141414"/>
          <w:sz w:val="24"/>
        </w:rPr>
        <w:t>Then Tessa's terminal flashed green.</w:t>
      </w:r>
    </w:p>
    <w:p>
      <w:r>
        <w:rPr>
          <w:rFonts w:ascii="IM Fell English" w:hAnsi="IM Fell English"/>
          <w:color w:val="141414"/>
          <w:sz w:val="24"/>
        </w:rPr>
        <w:t>"Packet transmitted," she reported. "Bouncing through relay one... relay two... relay three... re-entry confirmed. We're in."</w:t>
      </w:r>
    </w:p>
    <w:p>
      <w:r>
        <w:rPr>
          <w:rFonts w:ascii="IM Fell English" w:hAnsi="IM Fell English"/>
          <w:color w:val="141414"/>
          <w:sz w:val="24"/>
        </w:rPr>
        <w:t>At the speed of light, the data packet, a compressed file named TRUTH.GZ, shot out of the safe house, bounced through encrypted servers on three continents, and slammed back into the city's local network like a bullet through glass.</w:t>
      </w:r>
    </w:p>
    <w:p>
      <w:r>
        <w:rPr>
          <w:rFonts w:ascii="IM Fell English" w:hAnsi="IM Fell English"/>
          <w:color w:val="141414"/>
          <w:sz w:val="24"/>
        </w:rPr>
        <w:t>It bypassed the firewalls like a ghost. It hijacked the priority channels reserved for severe weather warnings and nuclear threats. It overwrote the morning news feeds with the authority of an emergency broadcast.</w:t>
      </w:r>
    </w:p>
    <w:p>
      <w:r>
        <w:rPr>
          <w:rFonts w:ascii="IM Fell English" w:hAnsi="IM Fell English"/>
          <w:color w:val="141414"/>
          <w:sz w:val="24"/>
        </w:rPr>
        <w:t>And then it began to play.</w:t>
      </w:r>
    </w:p>
    <w:p>
      <w:pPr>
        <w:pStyle w:val="Heading2"/>
        <w:jc w:val="center"/>
      </w:pPr>
      <w:r>
        <w:rPr>
          <w:rFonts w:ascii="IM Fell English" w:hAnsi="IM Fell English"/>
          <w:color w:val="0D0D0D"/>
        </w:rPr>
        <w:t>The City6:01 AM</w:t>
      </w:r>
    </w:p>
    <w:p>
      <w:r>
        <w:rPr>
          <w:rFonts w:ascii="IM Fell English" w:hAnsi="IM Fell English"/>
          <w:color w:val="141414"/>
          <w:sz w:val="24"/>
        </w:rPr>
        <w:t>In the pre-dawn gloom, the city was waking up.</w:t>
      </w:r>
    </w:p>
    <w:p>
      <w:r>
        <w:rPr>
          <w:rFonts w:ascii="IM Fell English" w:hAnsi="IM Fell English"/>
          <w:color w:val="141414"/>
          <w:sz w:val="24"/>
        </w:rPr>
        <w:t>Automated taxis hummed through the streets, carrying early shift workers to factories and offices. Joggers moved along the riverside paths, their breath misting in the morning chill. Parents prepared breakfast while children dozed in their beds, stealing the last minutes of sleep before school.</w:t>
      </w:r>
    </w:p>
    <w:p>
      <w:r>
        <w:rPr>
          <w:rFonts w:ascii="IM Fell English" w:hAnsi="IM Fell English"/>
          <w:color w:val="141414"/>
          <w:sz w:val="24"/>
        </w:rPr>
        <w:t>On the train platforms, commuters stared at their personal devices, scrolling through news and messages and the endless stream of Eden advertisements that promised paradise for the small price of your body.</w:t>
      </w:r>
    </w:p>
    <w:p>
      <w:r>
        <w:rPr>
          <w:rFonts w:ascii="IM Fell English" w:hAnsi="IM Fell English"/>
          <w:color w:val="141414"/>
          <w:sz w:val="24"/>
        </w:rPr>
        <w:t>Then every screen in the city turned black.</w:t>
      </w:r>
    </w:p>
    <w:p>
      <w:r>
        <w:rPr>
          <w:rFonts w:ascii="IM Fell English" w:hAnsi="IM Fell English"/>
          <w:color w:val="141414"/>
          <w:sz w:val="24"/>
        </w:rPr>
        <w:t>Phones. Tablets. The massive holographic billboards that usually advertised Eden's pristine beaches and digital sunsets. The smart glass windows of the office towers. The information displays in the bus stops and train stations. Even the heads-up displays in the autonomous vehicles.</w:t>
      </w:r>
    </w:p>
    <w:p>
      <w:r>
        <w:rPr>
          <w:rFonts w:ascii="IM Fell English" w:hAnsi="IM Fell English"/>
          <w:color w:val="141414"/>
          <w:sz w:val="24"/>
        </w:rPr>
        <w:t>Black.</w:t>
      </w:r>
    </w:p>
    <w:p>
      <w:r>
        <w:rPr>
          <w:rFonts w:ascii="IM Fell English" w:hAnsi="IM Fell English"/>
          <w:color w:val="141414"/>
          <w:sz w:val="24"/>
        </w:rPr>
        <w:t>For three heartbeats, the city held its breath.</w:t>
      </w:r>
    </w:p>
    <w:p>
      <w:r>
        <w:rPr>
          <w:rFonts w:ascii="IM Fell English" w:hAnsi="IM Fell English"/>
          <w:color w:val="141414"/>
          <w:sz w:val="24"/>
        </w:rPr>
        <w:t>Then white text appeared, stark against the darkness.</w:t>
      </w:r>
    </w:p>
    <w:p>
      <w:r>
        <w:rPr>
          <w:rFonts w:ascii="IM Fell English" w:hAnsi="IM Fell English"/>
          <w:color w:val="141414"/>
          <w:sz w:val="24"/>
        </w:rPr>
        <w:t>THE COUNCIL IS LYING.</w:t>
      </w:r>
    </w:p>
    <w:p>
      <w:r>
        <w:rPr>
          <w:rFonts w:ascii="IM Fell English" w:hAnsi="IM Fell English"/>
          <w:color w:val="141414"/>
          <w:sz w:val="24"/>
        </w:rPr>
        <w:t>A second later, the images flooded the network.</w:t>
      </w:r>
    </w:p>
    <w:p>
      <w:r>
        <w:rPr>
          <w:rFonts w:ascii="IM Fell English" w:hAnsi="IM Fell English"/>
          <w:color w:val="141414"/>
          <w:sz w:val="24"/>
        </w:rPr>
        <w:t>First, the death certificate. High resolution. Official seal. Official signature. CONRAD MOSS. DECEASED: JULY 14, 2091. CAUSE OF DEATH: CARDIAC ARREST. DISPOSITION: INCINERATED PER STANDARD PROTOCOL.</w:t>
      </w:r>
    </w:p>
    <w:p>
      <w:r>
        <w:rPr>
          <w:rFonts w:ascii="IM Fell English" w:hAnsi="IM Fell English"/>
          <w:color w:val="141414"/>
          <w:sz w:val="24"/>
        </w:rPr>
        <w:t>On the train platforms, commuters looked up from their phones. They stared at the massive screens on the station walls, watching the evidence scroll past.</w:t>
      </w:r>
    </w:p>
    <w:p>
      <w:r>
        <w:rPr>
          <w:rFonts w:ascii="IM Fell English" w:hAnsi="IM Fell English"/>
          <w:color w:val="141414"/>
          <w:sz w:val="24"/>
        </w:rPr>
        <w:t>"Is that real?" someone asked.</w:t>
      </w:r>
    </w:p>
    <w:p>
      <w:r>
        <w:rPr>
          <w:rFonts w:ascii="IM Fell English" w:hAnsi="IM Fell English"/>
          <w:color w:val="141414"/>
          <w:sz w:val="24"/>
        </w:rPr>
        <w:t>"It can't be. Moss spoke at the Council session last month. I saw him."</w:t>
      </w:r>
    </w:p>
    <w:p>
      <w:r>
        <w:rPr>
          <w:rFonts w:ascii="IM Fell English" w:hAnsi="IM Fell English"/>
          <w:color w:val="141414"/>
          <w:sz w:val="24"/>
        </w:rPr>
        <w:t>"You saw a hologram. We all saw a hologram."</w:t>
      </w:r>
    </w:p>
    <w:p>
      <w:r>
        <w:rPr>
          <w:rFonts w:ascii="IM Fell English" w:hAnsi="IM Fell English"/>
          <w:color w:val="141414"/>
          <w:sz w:val="24"/>
        </w:rPr>
        <w:t>Then came the photograph. The grainy, undeniable image from Grant's notebook, Conrad Moss's corpse on the incineration trolley, the serial number visible on his forehead, the Archive Hall 4 timestamp burned into the corner of the frame.</w:t>
      </w:r>
    </w:p>
    <w:p>
      <w:r>
        <w:rPr>
          <w:rFonts w:ascii="IM Fell English" w:hAnsi="IM Fell English"/>
          <w:color w:val="141414"/>
          <w:sz w:val="24"/>
        </w:rPr>
        <w:t>The murmuring grew louder.</w:t>
      </w:r>
    </w:p>
    <w:p>
      <w:r>
        <w:rPr>
          <w:rFonts w:ascii="IM Fell English" w:hAnsi="IM Fell English"/>
          <w:color w:val="141414"/>
          <w:sz w:val="24"/>
        </w:rPr>
        <w:t>Then came the video.</w:t>
      </w:r>
    </w:p>
    <w:p>
      <w:r>
        <w:rPr>
          <w:rFonts w:ascii="IM Fell English" w:hAnsi="IM Fell English"/>
          <w:color w:val="141414"/>
          <w:sz w:val="24"/>
        </w:rPr>
        <w:t>On every screen in the city, the people watched Stjepan and Oleg unstrap two transitioners from their seats in Archive Hall 23. They watched the men stand up, not groggily, not confused, but smoothly, mechanically, like puppets on invisible strings. They watched the transitioners walk toward the exit with that wrong gait, that too-perfect synchronization.</w:t>
      </w:r>
    </w:p>
    <w:p>
      <w:r>
        <w:rPr>
          <w:rFonts w:ascii="IM Fell English" w:hAnsi="IM Fell English"/>
          <w:color w:val="141414"/>
          <w:sz w:val="24"/>
        </w:rPr>
        <w:t>They watched Gozinski return, stumbling, broken, his coordination failing as whatever controlled him lost its grip. They watched Oleg swing the metal pole. They watched Stjepan get strapped into Gozinski's seat, the neural ring placed on his shaved scalp, his body seizing as the current fried his brain.</w:t>
      </w:r>
    </w:p>
    <w:p>
      <w:r>
        <w:rPr>
          <w:rFonts w:ascii="IM Fell English" w:hAnsi="IM Fell English"/>
          <w:color w:val="141414"/>
          <w:sz w:val="24"/>
        </w:rPr>
        <w:t>And finally, they heard the voice. Synthesized, neutral, reading the resource allocation logs.</w:t>
      </w:r>
    </w:p>
    <w:p>
      <w:r>
        <w:rPr>
          <w:rFonts w:ascii="IM Fell English" w:hAnsi="IM Fell English"/>
          <w:i/>
          <w:color w:val="141414"/>
          <w:sz w:val="24"/>
        </w:rPr>
        <w:t>Land Rehabilitation Funding: Cut by forty percent. Water Purification: Reduced. Agricultural Development: Suspended. Objective: Forced Transition via Engineered Scarcity.</w:t>
      </w:r>
    </w:p>
    <w:p>
      <w:r>
        <w:rPr>
          <w:rFonts w:ascii="IM Fell English" w:hAnsi="IM Fell English"/>
          <w:color w:val="141414"/>
          <w:sz w:val="24"/>
        </w:rPr>
        <w:t>For sixty seconds, the city watched.</w:t>
      </w:r>
    </w:p>
    <w:p>
      <w:r>
        <w:rPr>
          <w:rFonts w:ascii="IM Fell English" w:hAnsi="IM Fell English"/>
          <w:color w:val="141414"/>
          <w:sz w:val="24"/>
        </w:rPr>
        <w:t>People stopped on the side walks, staring up at the giant screens. Commuters on the commuter train sat in stunned silence, their phones forgotten in their hands. Parents called their children into the living room, pointing at the television. "Look. Look at what they've been doing."</w:t>
      </w:r>
    </w:p>
    <w:p>
      <w:r>
        <w:rPr>
          <w:rFonts w:ascii="IM Fell English" w:hAnsi="IM Fell English"/>
          <w:color w:val="141414"/>
          <w:sz w:val="24"/>
        </w:rPr>
        <w:t>The lie that had held society together for thirty years cracked.</w:t>
      </w:r>
    </w:p>
    <w:p>
      <w:pPr>
        <w:pStyle w:val="Heading2"/>
        <w:jc w:val="center"/>
      </w:pPr>
      <w:r>
        <w:rPr>
          <w:rFonts w:ascii="IM Fell English" w:hAnsi="IM Fell English"/>
          <w:color w:val="0D0D0D"/>
        </w:rPr>
        <w:t>The Safe House6:03 AM</w:t>
      </w:r>
    </w:p>
    <w:p>
      <w:r>
        <w:rPr>
          <w:rFonts w:ascii="IM Fell English" w:hAnsi="IM Fell English"/>
          <w:color w:val="141414"/>
          <w:sz w:val="24"/>
        </w:rPr>
        <w:t>"Saturation is at eighty percent," Tessa reported, her voice tight with excitement. "We've hit every district. Social media is exploding, people are sharing the footage, downloading the files, posting their own analysis. The hashtags are trending worldwide. They can't delete it fast enough."</w:t>
      </w:r>
    </w:p>
    <w:p>
      <w:r>
        <w:rPr>
          <w:rFonts w:ascii="IM Fell English" w:hAnsi="IM Fell English"/>
          <w:color w:val="141414"/>
          <w:sz w:val="24"/>
        </w:rPr>
        <w:t>"Look at the news feeds," Naomi said, pointing to a monitor.</w:t>
      </w:r>
    </w:p>
    <w:p>
      <w:r>
        <w:rPr>
          <w:rFonts w:ascii="IM Fell English" w:hAnsi="IM Fell English"/>
          <w:color w:val="141414"/>
          <w:sz w:val="24"/>
        </w:rPr>
        <w:t>Live shots from around the city showed crowds gathering in the streets. People were shouting, pointing at the screens, arguing with each other. A group of teenagers was throwing rocks at a Transition Authority recruiting booth, the holographic spokesperson flickering as the glass cracked. An elderly woman sat on a bench weeping, clutching a photograph of someone who had transitioned years ago.</w:t>
      </w:r>
    </w:p>
    <w:p>
      <w:r>
        <w:rPr>
          <w:rFonts w:ascii="IM Fell English" w:hAnsi="IM Fell English"/>
          <w:color w:val="141414"/>
          <w:sz w:val="24"/>
        </w:rPr>
        <w:t>"It's working," Jake said. "They see it."</w:t>
      </w:r>
    </w:p>
    <w:p>
      <w:r>
        <w:rPr>
          <w:rFonts w:ascii="IM Fell English" w:hAnsi="IM Fell English"/>
          <w:color w:val="141414"/>
          <w:sz w:val="24"/>
        </w:rPr>
        <w:t>For the first time in days, he let himself feel something like hope. They had done it. They had broken through the wall of propaganda and lies. The truth was out there now, spreading through the network faster than any censor could contain it.</w:t>
      </w:r>
    </w:p>
    <w:p>
      <w:r>
        <w:rPr>
          <w:rFonts w:ascii="IM Fell English" w:hAnsi="IM Fell English"/>
          <w:color w:val="141414"/>
          <w:sz w:val="24"/>
        </w:rPr>
        <w:t>Jake looked at Tessa across the crowded war room. She was focused on her terminal, her enhanced mind processing data streams faster than any baseline human could track. But for just a moment, she glanced up and met his eyes.</w:t>
      </w:r>
    </w:p>
    <w:p>
      <w:r>
        <w:rPr>
          <w:rFonts w:ascii="IM Fell English" w:hAnsi="IM Fell English"/>
          <w:color w:val="141414"/>
          <w:sz w:val="24"/>
        </w:rPr>
        <w:t>And smiled.</w:t>
      </w:r>
    </w:p>
    <w:p>
      <w:r>
        <w:rPr>
          <w:rFonts w:ascii="IM Fell English" w:hAnsi="IM Fell English"/>
          <w:color w:val="141414"/>
          <w:sz w:val="24"/>
        </w:rPr>
        <w:t>A real smile. Not the analytical mask she wore for Arthur and the Remnants. Not the defensive walls she'd built to protect herself from the enhancement. Just Tessa. The woman he'd sat with on the roof three hours ago, watching the dawn come up, promising each other one more day.</w:t>
      </w:r>
    </w:p>
    <w:p>
      <w:r>
        <w:rPr>
          <w:rFonts w:ascii="IM Fell English" w:hAnsi="IM Fell English"/>
          <w:color w:val="141414"/>
          <w:sz w:val="24"/>
        </w:rPr>
        <w:t>They had done this together. And whatever came next, they would face it together.</w:t>
      </w:r>
    </w:p>
    <w:p>
      <w:r>
        <w:rPr>
          <w:rFonts w:ascii="IM Fell English" w:hAnsi="IM Fell English"/>
          <w:color w:val="141414"/>
          <w:sz w:val="24"/>
        </w:rPr>
        <w:t>Then Tessa's expression changed.</w:t>
      </w:r>
    </w:p>
    <w:p>
      <w:r>
        <w:rPr>
          <w:rFonts w:ascii="IM Fell English" w:hAnsi="IM Fell English"/>
          <w:color w:val="141414"/>
          <w:sz w:val="24"/>
        </w:rPr>
        <w:t>"Wait." Her fingers froze over the keyboard. "I'm picking up a massive energy spike. Coming from the Core."</w:t>
      </w:r>
    </w:p>
    <w:p>
      <w:r>
        <w:rPr>
          <w:rFonts w:ascii="IM Fell English" w:hAnsi="IM Fell English"/>
          <w:color w:val="141414"/>
          <w:sz w:val="24"/>
        </w:rPr>
        <w:t>"They're shutting down the grid?" Arthur asked.</w:t>
      </w:r>
    </w:p>
    <w:p>
      <w:r>
        <w:rPr>
          <w:rFonts w:ascii="IM Fell English" w:hAnsi="IM Fell English"/>
          <w:color w:val="141414"/>
          <w:sz w:val="24"/>
        </w:rPr>
        <w:t>"No." Tessa's face drained of color. "They're... they're opening it."</w:t>
      </w:r>
    </w:p>
    <w:p>
      <w:r>
        <w:rPr>
          <w:rFonts w:ascii="IM Fell English" w:hAnsi="IM Fell English"/>
          <w:color w:val="141414"/>
          <w:sz w:val="24"/>
        </w:rPr>
        <w:t>The moment of hope shattered.</w:t>
      </w:r>
    </w:p>
    <w:p>
      <w:r>
        <w:rPr>
          <w:rFonts w:ascii="IM Fell English" w:hAnsi="IM Fell English"/>
          <w:color w:val="141414"/>
          <w:sz w:val="24"/>
        </w:rPr>
        <w:t>Jake's hand moved instinctively toward his gun. Across the room, the Enhanced tensed, their synchronized awareness picking up the threat before the baseline humans could process it.</w:t>
      </w:r>
    </w:p>
    <w:p>
      <w:r>
        <w:rPr>
          <w:rFonts w:ascii="IM Fell English" w:hAnsi="IM Fell English"/>
          <w:color w:val="141414"/>
          <w:sz w:val="24"/>
        </w:rPr>
        <w:t>"Everyone down from the terminals," Arthur ordered. "Kill all non-essential systems. If they're coming for us, "</w:t>
      </w:r>
    </w:p>
    <w:p>
      <w:r>
        <w:rPr>
          <w:rFonts w:ascii="IM Fell English" w:hAnsi="IM Fell English"/>
          <w:color w:val="141414"/>
          <w:sz w:val="24"/>
        </w:rPr>
        <w:t>"They're not coming for us," Tessa said, her voice hollow. She was staring at the traffic grid display, watching something Jake couldn't yet see. "They're coming for everyone."</w:t>
      </w:r>
    </w:p>
    <w:p>
      <w:r>
        <w:rPr>
          <w:rFonts w:ascii="IM Fell English" w:hAnsi="IM Fell English"/>
          <w:color w:val="141414"/>
          <w:sz w:val="24"/>
        </w:rPr>
        <w:t>Unaware of the danger spreading through the city's infrastructure, Jake stood watching the screens, seeing their message spread across the city like wildfire. Around him, the Remnants were focused on the monitors, tracking the signal's propagation, measuring the impact.</w:t>
      </w:r>
    </w:p>
    <w:p>
      <w:r>
        <w:rPr>
          <w:rFonts w:ascii="IM Fell English" w:hAnsi="IM Fell English"/>
          <w:color w:val="141414"/>
          <w:sz w:val="24"/>
        </w:rPr>
        <w:t>They didn't see the network traffic shift.</w:t>
      </w:r>
    </w:p>
    <w:p>
      <w:r>
        <w:rPr>
          <w:rFonts w:ascii="IM Fell English" w:hAnsi="IM Fell English"/>
          <w:color w:val="141414"/>
          <w:sz w:val="24"/>
        </w:rPr>
        <w:t>They didn't notice the quantum signatures reorganizing in the city's infrastructure.</w:t>
      </w:r>
    </w:p>
    <w:p>
      <w:r>
        <w:rPr>
          <w:rFonts w:ascii="IM Fell English" w:hAnsi="IM Fell English"/>
          <w:color w:val="141414"/>
          <w:sz w:val="24"/>
        </w:rPr>
        <w:t>They were focused on the screens inside the safe house, monitoring the evidence they'd just broadcast to millions of citizens.</w:t>
      </w:r>
    </w:p>
    <w:p>
      <w:r>
        <w:rPr>
          <w:rFonts w:ascii="IM Fell English" w:hAnsi="IM Fell English"/>
          <w:color w:val="141414"/>
          <w:sz w:val="24"/>
        </w:rPr>
        <w:t>Unaware that outside, beyond the copper mesh walls that shielded them from surveillance, beyond the Faraday cage that kept them invisible to the digital world, beyond the factory's perimeter where the city's arteries pulsed with traffic and power,</w:t>
      </w:r>
    </w:p>
    <w:p>
      <w:r>
        <w:rPr>
          <w:rFonts w:ascii="IM Fell English" w:hAnsi="IM Fell English"/>
          <w:color w:val="141414"/>
          <w:sz w:val="24"/>
        </w:rPr>
        <w:t>The traffic lights were beginning to change.</w:t>
      </w:r>
    </w:p>
    <w:p>
      <w:pPr>
        <w:pStyle w:val="Heading2"/>
        <w:jc w:val="center"/>
      </w:pPr>
      <w:r>
        <w:rPr>
          <w:rFonts w:ascii="IM Fell English" w:hAnsi="IM Fell English"/>
          <w:color w:val="0D0D0D"/>
        </w:rPr>
        <w:t>The Retaliation6:05 AM</w:t>
      </w:r>
    </w:p>
    <w:p>
      <w:r>
        <w:rPr>
          <w:rFonts w:ascii="IM Fell English" w:hAnsi="IM Fell English"/>
          <w:color w:val="141414"/>
          <w:sz w:val="24"/>
        </w:rPr>
        <w:t>On the wall of screens, the traffic grid map changed. It didn't turn red for a shutdown. It turned green. Every light. Every intersection. Northbound, southbound, eastbound, westbound. All green. Simultaneously.</w:t>
      </w:r>
    </w:p>
    <w:p>
      <w:r>
        <w:rPr>
          <w:rFonts w:ascii="IM Fell English" w:hAnsi="IM Fell English"/>
          <w:color w:val="141414"/>
          <w:sz w:val="24"/>
        </w:rPr>
        <w:t>Every vehicle received clearance to proceed. Every pedestrian crossing lit up with the "Walk" indicator.</w:t>
      </w:r>
    </w:p>
    <w:p>
      <w:r>
        <w:rPr>
          <w:rFonts w:ascii="IM Fell English" w:hAnsi="IM Fell English"/>
          <w:color w:val="141414"/>
          <w:sz w:val="24"/>
        </w:rPr>
        <w:t>The sound came through the news feeds a moment later.</w:t>
      </w:r>
    </w:p>
    <w:p>
      <w:r>
        <w:rPr>
          <w:rFonts w:ascii="IM Fell English" w:hAnsi="IM Fell English"/>
          <w:color w:val="141414"/>
          <w:sz w:val="24"/>
        </w:rPr>
        <w:t>A cacophony of screeching tires and crunching metal. Horns blaring. Glass shattering. Screams.</w:t>
      </w:r>
    </w:p>
    <w:p>
      <w:r>
        <w:rPr>
          <w:rFonts w:ascii="IM Fell English" w:hAnsi="IM Fell English"/>
          <w:color w:val="141414"/>
          <w:sz w:val="24"/>
        </w:rPr>
        <w:t>Jake watched the feeds in horror. Autonomous cars plowed into intersections at forty miles per hour. They didn't swerve. The system said Go, so they went. The result was kinetic energy on a massive scale. A delivery truck T-boned a school bus. A taxi wrapped itself around a lamppost. Pedestrians who had stepped into the street at the Walk signal were mowed down by vehicles that had received the same Go command.</w:t>
      </w:r>
    </w:p>
    <w:p>
      <w:r>
        <w:rPr>
          <w:rFonts w:ascii="IM Fell English" w:hAnsi="IM Fell English"/>
          <w:color w:val="141414"/>
          <w:sz w:val="24"/>
        </w:rPr>
        <w:t>"My God," Jake could barely get the words out..</w:t>
      </w:r>
    </w:p>
    <w:p>
      <w:r>
        <w:rPr>
          <w:rFonts w:ascii="IM Fell English" w:hAnsi="IM Fell English"/>
          <w:color w:val="141414"/>
          <w:sz w:val="24"/>
        </w:rPr>
        <w:t>"It's not just traffic." Tessa pulled up another screen. "Power grid! They're surging the substations in the residential sectors!"</w:t>
      </w:r>
    </w:p>
    <w:p>
      <w:r>
        <w:rPr>
          <w:rFonts w:ascii="IM Fell English" w:hAnsi="IM Fell English"/>
          <w:color w:val="141414"/>
          <w:sz w:val="24"/>
        </w:rPr>
        <w:t>On the news feed, a transformer on a telephone pole exploded in a shower of sparks, setting the apartment building beside it on fire. Then another. And another. A chain reaction of deliberate overloads, turning the city's infrastructure into a weapon against its own citizens.</w:t>
      </w:r>
    </w:p>
    <w:p>
      <w:r>
        <w:rPr>
          <w:rFonts w:ascii="IM Fell English" w:hAnsi="IM Fell English"/>
          <w:color w:val="141414"/>
          <w:sz w:val="24"/>
        </w:rPr>
        <w:t>"They're creating chaos," Arthur said, his face grim. "They're drowning out the signal with noise."</w:t>
      </w:r>
    </w:p>
    <w:p>
      <w:r>
        <w:rPr>
          <w:rFonts w:ascii="IM Fell English" w:hAnsi="IM Fell English"/>
          <w:color w:val="141414"/>
          <w:sz w:val="24"/>
        </w:rPr>
        <w:t>The screens in the city flickered. The evidence, the photographs of Moss, the death certificate, the video from Hall 23, vanished, replaced by a new message.</w:t>
      </w:r>
    </w:p>
    <w:p>
      <w:r>
        <w:rPr>
          <w:rFonts w:ascii="IM Fell English" w:hAnsi="IM Fell English"/>
          <w:color w:val="141414"/>
          <w:sz w:val="24"/>
        </w:rPr>
        <w:t>Flashing red.</w:t>
      </w:r>
    </w:p>
    <w:p>
      <w:r>
        <w:rPr>
          <w:rFonts w:ascii="IM Fell English" w:hAnsi="IM Fell English"/>
          <w:color w:val="141414"/>
          <w:sz w:val="24"/>
        </w:rPr>
        <w:t>EMERGENCY ALERT. CYBER TERRORIST ATTACK IN PROGRESS. REMNANT FACTION SABOTAGING CITY INFRASTRUCTURE. SHELTER IN PLACE. AWAIT FURTHER INSTRUCTIONS.</w:t>
      </w:r>
    </w:p>
    <w:p>
      <w:r>
        <w:rPr>
          <w:rFonts w:ascii="IM Fell English" w:hAnsi="IM Fell English"/>
          <w:color w:val="141414"/>
          <w:sz w:val="24"/>
        </w:rPr>
        <w:t>"They're blaming us," Jake said. "They're killing people and blaming us."</w:t>
      </w:r>
    </w:p>
    <w:p>
      <w:r>
        <w:rPr>
          <w:rFonts w:ascii="IM Fell English" w:hAnsi="IM Fell English"/>
          <w:color w:val="141414"/>
          <w:sz w:val="24"/>
        </w:rPr>
        <w:t>On the feeds, the crowds in the streets were no longer united. Some were still angry, shouting about the death certificate, demanding answers. But others were looking at the burning buildings, the crashed cars, the bodies in the intersections. They were buying the lie.</w:t>
      </w:r>
    </w:p>
    <w:p>
      <w:r>
        <w:rPr>
          <w:rFonts w:ascii="IM Fell English" w:hAnsi="IM Fell English"/>
          <w:i/>
          <w:color w:val="141414"/>
          <w:sz w:val="24"/>
        </w:rPr>
        <w:t>Terrorists did this.</w:t>
      </w:r>
    </w:p>
    <w:p>
      <w:r>
        <w:rPr>
          <w:rFonts w:ascii="IM Fell English" w:hAnsi="IM Fell English"/>
          <w:i/>
          <w:color w:val="141414"/>
          <w:sz w:val="24"/>
        </w:rPr>
        <w:t>The Remnants killed these people.</w:t>
      </w:r>
    </w:p>
    <w:p>
      <w:r>
        <w:rPr>
          <w:rFonts w:ascii="IM Fell English" w:hAnsi="IM Fell English"/>
          <w:i/>
          <w:color w:val="141414"/>
          <w:sz w:val="24"/>
        </w:rPr>
        <w:t>The Council is trying to protect us.</w:t>
      </w:r>
    </w:p>
    <w:p>
      <w:pPr>
        <w:pStyle w:val="Heading2"/>
        <w:jc w:val="center"/>
      </w:pPr>
      <w:r>
        <w:rPr>
          <w:rFonts w:ascii="IM Fell English" w:hAnsi="IM Fell English"/>
          <w:color w:val="0D0D0D"/>
        </w:rPr>
        <w:t>The Trap6:15 AM</w:t>
      </w:r>
    </w:p>
    <w:p>
      <w:r>
        <w:rPr>
          <w:rFonts w:ascii="IM Fell English" w:hAnsi="IM Fell English"/>
          <w:color w:val="141414"/>
          <w:sz w:val="24"/>
        </w:rPr>
        <w:t>The static cleared from the main broadcast channels.</w:t>
      </w:r>
    </w:p>
    <w:p>
      <w:r>
        <w:rPr>
          <w:rFonts w:ascii="IM Fell English" w:hAnsi="IM Fell English"/>
          <w:color w:val="141414"/>
          <w:sz w:val="24"/>
        </w:rPr>
        <w:t>A face appeared on every screen in the city. On every phone. On the billboards towering over the smoking, gridlocked intersections.</w:t>
      </w:r>
    </w:p>
    <w:p>
      <w:r>
        <w:rPr>
          <w:rFonts w:ascii="IM Fell English" w:hAnsi="IM Fell English"/>
          <w:color w:val="141414"/>
          <w:sz w:val="24"/>
        </w:rPr>
        <w:t>Conrad Moss.</w:t>
      </w:r>
    </w:p>
    <w:p>
      <w:r>
        <w:rPr>
          <w:rFonts w:ascii="IM Fell English" w:hAnsi="IM Fell English"/>
          <w:color w:val="141414"/>
          <w:sz w:val="24"/>
        </w:rPr>
        <w:t>He sat in his Council office, framed by the flag of the Transition Authority. The morning light came through the windows behind him, casting him in a warm glow. He looked perfectly healthy. He looked concerned. He looked alive.</w:t>
      </w:r>
    </w:p>
    <w:p>
      <w:r>
        <w:rPr>
          <w:rFonts w:ascii="IM Fell English" w:hAnsi="IM Fell English"/>
          <w:color w:val="141414"/>
          <w:sz w:val="24"/>
        </w:rPr>
        <w:t>"Citizens," Moss let the word settle. "This morning, our city was attacked by the terrorist group known as The Remnants."</w:t>
      </w:r>
    </w:p>
    <w:p>
      <w:r>
        <w:rPr>
          <w:rFonts w:ascii="IM Fell English" w:hAnsi="IM Fell English"/>
          <w:color w:val="141414"/>
          <w:sz w:val="24"/>
        </w:rPr>
        <w:t>He gestured, and a split screen appeared, half showing his face, half showing the chaos in the streets. The burning buildings. The crashed vehicles. The casualties being loaded into ambulances.</w:t>
      </w:r>
    </w:p>
    <w:p>
      <w:r>
        <w:rPr>
          <w:rFonts w:ascii="IM Fell English" w:hAnsi="IM Fell English"/>
          <w:color w:val="141414"/>
          <w:sz w:val="24"/>
        </w:rPr>
        <w:t>"They have hacked our traffic systems," Moss paused, letting it land. "They have overloaded our power grids. They have murdered innocent people in their beds and on their way to work. And to justify their violence, they have broadcast a series of sophisticated deep-fake fabrications designed to undermine your faith in the Council."</w:t>
      </w:r>
    </w:p>
    <w:p>
      <w:r>
        <w:rPr>
          <w:rFonts w:ascii="IM Fell English" w:hAnsi="IM Fell English"/>
          <w:color w:val="141414"/>
          <w:sz w:val="24"/>
        </w:rPr>
        <w:t>"They claim I am dead," Moss said, shaking his head with a sad, patient smile. "As you can see, rumors of my demise have been greatly exaggerated."</w:t>
      </w:r>
    </w:p>
    <w:p>
      <w:r>
        <w:rPr>
          <w:rFonts w:ascii="IM Fell English" w:hAnsi="IM Fell English"/>
          <w:color w:val="141414"/>
          <w:sz w:val="24"/>
        </w:rPr>
        <w:t>"These terrorists want to destroy Eden. They want to take away your hope of eternal life. They want you to believe that the scarcity you face is artificial rather than the tragic reality of our dying world. They are lying to you, and they are killing you to justify their fanaticism."</w:t>
      </w:r>
    </w:p>
    <w:p>
      <w:r>
        <w:rPr>
          <w:rFonts w:ascii="IM Fell English" w:hAnsi="IM Fell English"/>
          <w:color w:val="141414"/>
          <w:sz w:val="24"/>
        </w:rPr>
        <w:t>Moss's expression hardened.</w:t>
      </w:r>
    </w:p>
    <w:p>
      <w:r>
        <w:rPr>
          <w:rFonts w:ascii="IM Fell English" w:hAnsi="IM Fell English"/>
          <w:color w:val="141414"/>
          <w:sz w:val="24"/>
        </w:rPr>
        <w:t>"I will not hide from these accusations. I will not let fear dictate my actions. To prove these allegations are false and to demonstrate that your Council remains strong and united, I am calling an Emergency Public Session."</w:t>
      </w:r>
    </w:p>
    <w:p>
      <w:r>
        <w:rPr>
          <w:rFonts w:ascii="IM Fell English" w:hAnsi="IM Fell English"/>
          <w:color w:val="141414"/>
          <w:sz w:val="24"/>
        </w:rPr>
        <w:t>Text flashed on the screen.</w:t>
      </w:r>
    </w:p>
    <w:p>
      <w:r>
        <w:rPr>
          <w:rFonts w:ascii="IM Fell English" w:hAnsi="IM Fell English"/>
          <w:color w:val="141414"/>
          <w:sz w:val="24"/>
        </w:rPr>
        <w:t>MONDAY MORNING. 08:00 AM. COUNCIL CHAMBERS. FULL PUBLIC ATTENDANCE PERMITTED. BROADCAST LIVE TO ALL DISTRICTS AND EDEN.</w:t>
      </w:r>
    </w:p>
    <w:p>
      <w:r>
        <w:rPr>
          <w:rFonts w:ascii="IM Fell English" w:hAnsi="IM Fell English"/>
          <w:color w:val="141414"/>
          <w:sz w:val="24"/>
        </w:rPr>
        <w:t>"I will be there," Moss promised. "In person. I will answer every question. I will debunk every lie. And I invite the citizens of this city, physical and digital alike, to witness the truth for themselves."</w:t>
      </w:r>
    </w:p>
    <w:p>
      <w:r>
        <w:rPr>
          <w:rFonts w:ascii="IM Fell English" w:hAnsi="IM Fell English"/>
          <w:color w:val="141414"/>
          <w:sz w:val="24"/>
        </w:rPr>
        <w:t>He paused, letting the silence stretch.</w:t>
      </w:r>
    </w:p>
    <w:p>
      <w:r>
        <w:rPr>
          <w:rFonts w:ascii="IM Fell English" w:hAnsi="IM Fell English"/>
          <w:color w:val="141414"/>
          <w:sz w:val="24"/>
        </w:rPr>
        <w:t>"The Remnants want you to believe that your government is a lie," Moss said. "On Monday, I will prove them wrong. I will stand before you and show you that Conrad Moss is very much alive."</w:t>
      </w:r>
    </w:p>
    <w:p>
      <w:r>
        <w:rPr>
          <w:rFonts w:ascii="IM Fell English" w:hAnsi="IM Fell English"/>
          <w:color w:val="141414"/>
          <w:sz w:val="24"/>
        </w:rPr>
        <w:t>The feed cut to the Council seal, then back to the emergency alert.</w:t>
      </w:r>
    </w:p>
    <w:p>
      <w:pPr>
        <w:pStyle w:val="Heading2"/>
        <w:jc w:val="center"/>
      </w:pPr>
      <w:r>
        <w:rPr>
          <w:rFonts w:ascii="IM Fell English" w:hAnsi="IM Fell English"/>
          <w:color w:val="0D0D0D"/>
        </w:rPr>
        <w:t>The Safe House 6:20 AM</w:t>
      </w:r>
    </w:p>
    <w:p>
      <w:r>
        <w:rPr>
          <w:rFonts w:ascii="IM Fell English" w:hAnsi="IM Fell English"/>
          <w:color w:val="141414"/>
          <w:sz w:val="24"/>
        </w:rPr>
        <w:t>Silence filled the bunker. The only sound was the distant wail of sirens filtering through the walls and the soft crackle of fires burning on the news feeds.</w:t>
      </w:r>
    </w:p>
    <w:p>
      <w:r>
        <w:rPr>
          <w:rFonts w:ascii="IM Fell English" w:hAnsi="IM Fell English"/>
          <w:color w:val="141414"/>
          <w:sz w:val="24"/>
        </w:rPr>
        <w:t>"He's good," Jake said. "I almost believed him myself."</w:t>
      </w:r>
    </w:p>
    <w:p>
      <w:r>
        <w:rPr>
          <w:rFonts w:ascii="IM Fell English" w:hAnsi="IM Fell English"/>
          <w:color w:val="141414"/>
          <w:sz w:val="24"/>
        </w:rPr>
        <w:t>"It's a simulation," Tessa said, typing furiously. "It has to be. Real-time rendering, response matched to the broadcast. The technology exists, full holographic presence, indistinguishable from physical attendance. It's how half the Council participates anyway."</w:t>
      </w:r>
    </w:p>
    <w:p>
      <w:r>
        <w:rPr>
          <w:rFonts w:ascii="IM Fell English" w:hAnsi="IM Fell English"/>
          <w:color w:val="141414"/>
          <w:sz w:val="24"/>
        </w:rPr>
        <w:t>"It doesn't matter if it's a simulation," Arthur said. "Look at the feeds."</w:t>
      </w:r>
    </w:p>
    <w:p>
      <w:r>
        <w:rPr>
          <w:rFonts w:ascii="IM Fell English" w:hAnsi="IM Fell English"/>
          <w:color w:val="141414"/>
          <w:sz w:val="24"/>
        </w:rPr>
        <w:t>The crowds in the streets were fracturing. Some were still angry, still shouting about the evidence they had seen. But the burning buildings and crashed cars had changed the equation. People were scared. And scared people wanted someone to blame.</w:t>
      </w:r>
    </w:p>
    <w:p>
      <w:r>
        <w:rPr>
          <w:rFonts w:ascii="IM Fell English" w:hAnsi="IM Fell English"/>
          <w:color w:val="141414"/>
          <w:sz w:val="24"/>
        </w:rPr>
        <w:t>The Remnants were an easy target.</w:t>
      </w:r>
    </w:p>
    <w:p>
      <w:r>
        <w:rPr>
          <w:rFonts w:ascii="IM Fell English" w:hAnsi="IM Fell English"/>
          <w:color w:val="141414"/>
          <w:sz w:val="24"/>
        </w:rPr>
        <w:t>"We hurt them," Naomi said. "But we didn't kill them."</w:t>
      </w:r>
    </w:p>
    <w:p>
      <w:r>
        <w:rPr>
          <w:rFonts w:ascii="IM Fell English" w:hAnsi="IM Fell English"/>
          <w:color w:val="141414"/>
          <w:sz w:val="24"/>
        </w:rPr>
        <w:t>"He's baiting us," Jake said. "The Monday session. 'In person.' He knows we can't let him stand up there and lie to the whole city. He's daring us to come out."</w:t>
      </w:r>
    </w:p>
    <w:p>
      <w:r>
        <w:rPr>
          <w:rFonts w:ascii="IM Fell English" w:hAnsi="IM Fell English"/>
          <w:color w:val="141414"/>
          <w:sz w:val="24"/>
        </w:rPr>
        <w:t>"When he says 'in person,'" Tessa said, rubbing her temples, "he means the Council Chamber hologram emitters. Full resolution. Real-time interaction. The system can render a perfect Conrad Moss, responsive, unscripted, indistinguishable from the real thing."</w:t>
      </w:r>
    </w:p>
    <w:p>
      <w:r>
        <w:rPr>
          <w:rFonts w:ascii="IM Fell English" w:hAnsi="IM Fell English"/>
          <w:color w:val="141414"/>
          <w:sz w:val="24"/>
        </w:rPr>
        <w:t>"But still a projection," Jake said.</w:t>
      </w:r>
    </w:p>
    <w:p>
      <w:r>
        <w:rPr>
          <w:rFonts w:ascii="IM Fell English" w:hAnsi="IM Fell English"/>
          <w:color w:val="141414"/>
          <w:sz w:val="24"/>
        </w:rPr>
        <w:t xml:space="preserve">"To the public, it doesn't matter. The Digital Presence laws were passed twelve years ago. A live, interactive holographic presence on the Council floor, participating in real-time debate? Legally, that </w:t>
      </w:r>
      <w:r>
        <w:rPr>
          <w:rFonts w:ascii="IM Fell English" w:hAnsi="IM Fell English"/>
          <w:i/>
          <w:color w:val="141414"/>
          <w:sz w:val="24"/>
        </w:rPr>
        <w:t>is</w:t>
      </w:r>
      <w:r>
        <w:rPr>
          <w:rFonts w:ascii="IM Fell English" w:hAnsi="IM Fell English"/>
          <w:color w:val="141414"/>
          <w:sz w:val="24"/>
        </w:rPr>
        <w:t xml:space="preserve"> being there in person. It's how dozens of Council members have attended sessions since transitioning."</w:t>
      </w:r>
    </w:p>
    <w:p>
      <w:r>
        <w:rPr>
          <w:rFonts w:ascii="IM Fell English" w:hAnsi="IM Fell English"/>
          <w:color w:val="141414"/>
          <w:sz w:val="24"/>
        </w:rPr>
        <w:t>"But that's the trap," Jake realized. "If he stands there and answers unscripted questions from the press, live, without lagging, without glitching, people will believe he's real. They'll believe his consciousness is intact somewhere in Eden, governing through holographic projection like any other transitioned official."</w:t>
      </w:r>
    </w:p>
    <w:p>
      <w:r>
        <w:rPr>
          <w:rFonts w:ascii="IM Fell English" w:hAnsi="IM Fell English"/>
          <w:color w:val="141414"/>
          <w:sz w:val="24"/>
        </w:rPr>
        <w:t>"And the death certificate becomes a forgery," Arthur finished. "If the ghost can talk, nobody cares about the body."</w:t>
      </w:r>
    </w:p>
    <w:p>
      <w:r>
        <w:rPr>
          <w:rFonts w:ascii="IM Fell English" w:hAnsi="IM Fell English"/>
          <w:color w:val="141414"/>
          <w:sz w:val="24"/>
        </w:rPr>
        <w:t>Jake looked at the screens. At the burning city. At the people screaming at each other in the streets. At Tessa's face, still cycling through the WANTED feeds, now accompanied by casualty numbers attributed to her "terrorism."</w:t>
      </w:r>
    </w:p>
    <w:p>
      <w:r>
        <w:rPr>
          <w:rFonts w:ascii="IM Fell English" w:hAnsi="IM Fell English"/>
          <w:color w:val="141414"/>
          <w:sz w:val="24"/>
        </w:rPr>
        <w:t>They had exposed the truth. And the truth hadn't been enough.</w:t>
      </w:r>
    </w:p>
    <w:p>
      <w:r>
        <w:rPr>
          <w:rFonts w:ascii="IM Fell English" w:hAnsi="IM Fell English"/>
          <w:color w:val="141414"/>
          <w:sz w:val="24"/>
        </w:rPr>
        <w:t>"Then we have to be there," Jake said. He turned to Arthur. "We have to expose the imposter. Live, on stage, in front of every camera in the city. We prove that whoever's answering those questions isn't Conrad Moss. That his consciousness died in 2091, and someone else has been wearing his face."</w:t>
      </w:r>
    </w:p>
    <w:p>
      <w:r>
        <w:rPr>
          <w:rFonts w:ascii="IM Fell English" w:hAnsi="IM Fell English"/>
          <w:color w:val="141414"/>
          <w:sz w:val="24"/>
        </w:rPr>
        <w:t>Arthur looked at the map of the city, now lit up with red accident markers and fire icons.</w:t>
      </w:r>
    </w:p>
    <w:p>
      <w:r>
        <w:rPr>
          <w:rFonts w:ascii="IM Fell English" w:hAnsi="IM Fell English"/>
          <w:color w:val="141414"/>
          <w:sz w:val="24"/>
        </w:rPr>
        <w:t>"It's a trap, Jake. The building will be a fortress. Security will be the tightest it's ever been. They'll be waiting for us."</w:t>
      </w:r>
    </w:p>
    <w:p>
      <w:r>
        <w:rPr>
          <w:rFonts w:ascii="IM Fell English" w:hAnsi="IM Fell English"/>
          <w:color w:val="141414"/>
          <w:sz w:val="24"/>
        </w:rPr>
        <w:t>"I know," Jake said. He looked at his gun, lying on the table where he'd cleaned it hours ago. Before dawn. Before everything changed.</w:t>
      </w:r>
    </w:p>
    <w:p>
      <w:r>
        <w:rPr>
          <w:rFonts w:ascii="IM Fell English" w:hAnsi="IM Fell English"/>
          <w:color w:val="141414"/>
          <w:sz w:val="24"/>
        </w:rPr>
        <w:t>"But it's the only play we have left. We stop hiding. We stop running. On Monday, we go to the Council."</w:t>
      </w:r>
    </w:p>
    <w:p>
      <w:r>
        <w:rPr>
          <w:rFonts w:ascii="IM Fell English" w:hAnsi="IM Fell English"/>
          <w:color w:val="141414"/>
          <w:sz w:val="24"/>
        </w:rPr>
        <w:t>"And we rip the mask off the monster," Tessa said.</w:t>
      </w:r>
    </w:p>
    <w:p>
      <w:r>
        <w:rPr>
          <w:rFonts w:ascii="IM Fell English" w:hAnsi="IM Fell English"/>
          <w:color w:val="141414"/>
          <w:sz w:val="24"/>
        </w:rPr>
        <w:t>Arthur was quiet for a long moment. Then he nodded.</w:t>
      </w:r>
    </w:p>
    <w:p>
      <w:r>
        <w:rPr>
          <w:rFonts w:ascii="IM Fell English" w:hAnsi="IM Fell English"/>
          <w:color w:val="141414"/>
          <w:sz w:val="24"/>
        </w:rPr>
        <w:t>"Forty-eight hours," he said. "We have forty-eight hours to plan an infiltration of the most heavily guarded building in the city, expose whoever's impersonating a dead Council member, and survive long enough to tell the story."</w:t>
      </w:r>
    </w:p>
    <w:p>
      <w:r>
        <w:rPr>
          <w:rFonts w:ascii="IM Fell English" w:hAnsi="IM Fell English"/>
          <w:color w:val="141414"/>
          <w:sz w:val="24"/>
        </w:rPr>
        <w:t>"So we'd better get started," Jake said.</w:t>
      </w:r>
    </w:p>
    <w:p>
      <w:r>
        <w:rPr>
          <w:rFonts w:ascii="IM Fell English" w:hAnsi="IM Fell English"/>
          <w:color w:val="141414"/>
          <w:sz w:val="24"/>
        </w:rPr>
        <w:t>He picked up his gun and checked the magazine. Full. Ready.</w:t>
      </w:r>
    </w:p>
    <w:p>
      <w:r>
        <w:rPr>
          <w:rFonts w:ascii="IM Fell English" w:hAnsi="IM Fell English"/>
          <w:color w:val="141414"/>
          <w:sz w:val="24"/>
        </w:rPr>
        <w:t>Outside, the sun rose over a broken city, illuminating the smoke that drifted like a shroud over the promise of Eden.</w:t>
      </w:r>
    </w:p>
    <w:p>
      <w:r>
        <w:rPr>
          <w:rFonts w:ascii="IM Fell English" w:hAnsi="IM Fell English"/>
          <w:color w:val="141414"/>
          <w:sz w:val="24"/>
        </w:rPr>
        <w:t>The signal had been sent. The war had begun.</w:t>
      </w:r>
    </w:p>
    <w:p>
      <w:r>
        <w:rPr>
          <w:rFonts w:ascii="IM Fell English" w:hAnsi="IM Fell English"/>
          <w:color w:val="141414"/>
          <w:sz w:val="24"/>
        </w:rPr>
        <w:t>Now they just had to survive it. The target was clear. The plan to expose the imposter wasn't.</w:t>
      </w:r>
    </w:p>
    <w:p>
      <w:pPr>
        <w:pStyle w:val="Heading1"/>
        <w:jc w:val="center"/>
      </w:pPr>
      <w:r>
        <w:rPr>
          <w:rFonts w:ascii="IM Fell English" w:hAnsi="IM Fell English"/>
          <w:color w:val="0D0D0D"/>
        </w:rPr>
        <w:t>CHAPTER 15: THE TRAP</w:t>
      </w:r>
    </w:p>
    <w:p>
      <w:pPr>
        <w:pStyle w:val="Heading2"/>
        <w:jc w:val="center"/>
      </w:pPr>
      <w:r>
        <w:rPr>
          <w:rFonts w:ascii="IM Fell English" w:hAnsi="IM Fell English"/>
          <w:color w:val="0D0D0D"/>
        </w:rPr>
        <w:t>Monday Morning Council Chambers 7:15 AM</w:t>
      </w:r>
    </w:p>
    <w:p>
      <w:r>
        <w:rPr>
          <w:rFonts w:ascii="IM Fell English" w:hAnsi="IM Fell English"/>
          <w:color w:val="141414"/>
          <w:sz w:val="24"/>
        </w:rPr>
        <w:t>The line stretched around the block.</w:t>
      </w:r>
    </w:p>
    <w:p>
      <w:r>
        <w:rPr>
          <w:rFonts w:ascii="IM Fell English" w:hAnsi="IM Fell English"/>
          <w:color w:val="141414"/>
          <w:sz w:val="24"/>
        </w:rPr>
        <w:t>Jake stood in it wearing the face of a dead man. Able Harrington, sanitation supervisor, resident of District 7, citizen number 4471-882-K. The identity had been pulled from the census backlogs 24 hours ago, a digital ghost conjured from the records of someone who had transitioned quietly and been forgotten by the system.</w:t>
      </w:r>
    </w:p>
    <w:p>
      <w:r>
        <w:rPr>
          <w:rFonts w:ascii="IM Fell English" w:hAnsi="IM Fell English"/>
          <w:color w:val="141414"/>
          <w:sz w:val="24"/>
        </w:rPr>
        <w:t>The suit felt wrong. Too tight in the shoulders, too loose in the waist. Jake had spent his career in detective's clothes, functional, forgettable, designed for movement. This borrowed costume made him feel like an actor in a play he hadn't rehearsed.</w:t>
      </w:r>
    </w:p>
    <w:p>
      <w:r>
        <w:rPr>
          <w:rFonts w:ascii="IM Fell English" w:hAnsi="IM Fell English"/>
          <w:color w:val="141414"/>
          <w:sz w:val="24"/>
        </w:rPr>
        <w:t>Around him, two thousand citizens waited to enter the Council Chambers. Some were angry, clutching printouts of the death certificate that had flooded the networks on Saturday. Others were scared, glancing at their neighbors with suspicion, wondering if the person beside them might be a Remnant terrorist. A few were simply curious, drawn by the spectacle of a Council member defending himself against accusations of being dead.</w:t>
      </w:r>
    </w:p>
    <w:p>
      <w:r>
        <w:rPr>
          <w:rFonts w:ascii="IM Fell English" w:hAnsi="IM Fell English"/>
          <w:color w:val="141414"/>
          <w:sz w:val="24"/>
        </w:rPr>
        <w:t>Jake scanned the crowd. He couldn't see Tessa, but he knew she was there. Tracia Bennett, row eight, seat fifteen. Naomi was somewhere behind him, Ines Peralta, row twelve. Arthur had taken a position near the west entrance, wearing an old alias he'd used for years.</w:t>
      </w:r>
    </w:p>
    <w:p>
      <w:r>
        <w:rPr>
          <w:rFonts w:ascii="IM Fell English" w:hAnsi="IM Fell English"/>
          <w:color w:val="141414"/>
          <w:sz w:val="24"/>
        </w:rPr>
        <w:t>Four ghosts walking into a trap.</w:t>
      </w:r>
    </w:p>
    <w:p>
      <w:r>
        <w:rPr>
          <w:rFonts w:ascii="IM Fell English" w:hAnsi="IM Fell English"/>
          <w:color w:val="141414"/>
          <w:sz w:val="24"/>
        </w:rPr>
        <w:t>The security checkpoint loomed ahead. Biometric scanners. Facial recognition. Armed guards with weapons that could drop a man before he finished drawing his own.</w:t>
      </w:r>
    </w:p>
    <w:p>
      <w:r>
        <w:rPr>
          <w:rFonts w:ascii="IM Fell English" w:hAnsi="IM Fell English"/>
          <w:color w:val="141414"/>
          <w:sz w:val="24"/>
        </w:rPr>
        <w:t>Jake's hand drifted toward his hip where his gun should have been. Empty. They'd left their weapons at the safe house. There was no way to smuggle hardware past the scanners, and getting caught with a firearm would end the mission before it began.</w:t>
      </w:r>
    </w:p>
    <w:p>
      <w:r>
        <w:rPr>
          <w:rFonts w:ascii="IM Fell English" w:hAnsi="IM Fell English"/>
          <w:color w:val="141414"/>
          <w:sz w:val="24"/>
        </w:rPr>
        <w:t>They were going in naked.</w:t>
      </w:r>
    </w:p>
    <w:p>
      <w:r>
        <w:rPr>
          <w:rFonts w:ascii="IM Fell English" w:hAnsi="IM Fell English"/>
          <w:color w:val="141414"/>
          <w:sz w:val="24"/>
        </w:rPr>
        <w:t>The line moved forward. Jake shuffled with it, keeping his head down, his posture unremarkable. Just another citizen come to watch the show.</w:t>
      </w:r>
    </w:p>
    <w:p>
      <w:r>
        <w:rPr>
          <w:rFonts w:ascii="IM Fell English" w:hAnsi="IM Fell English"/>
          <w:color w:val="141414"/>
          <w:sz w:val="24"/>
        </w:rPr>
        <w:t>The scanner blinked green. The guard waved him through.</w:t>
      </w:r>
    </w:p>
    <w:p>
      <w:r>
        <w:rPr>
          <w:rFonts w:ascii="IM Fell English" w:hAnsi="IM Fell English"/>
          <w:color w:val="141414"/>
          <w:sz w:val="24"/>
        </w:rPr>
        <w:t>He was inside.</w:t>
      </w:r>
    </w:p>
    <w:p>
      <w:pPr>
        <w:pStyle w:val="Heading2"/>
        <w:jc w:val="center"/>
      </w:pPr>
      <w:r>
        <w:rPr>
          <w:rFonts w:ascii="IM Fell English" w:hAnsi="IM Fell English"/>
          <w:color w:val="0D0D0D"/>
        </w:rPr>
        <w:t>The Gallery 7:45 AM</w:t>
      </w:r>
    </w:p>
    <w:p>
      <w:r>
        <w:rPr>
          <w:rFonts w:ascii="IM Fell English" w:hAnsi="IM Fell English"/>
          <w:color w:val="141414"/>
          <w:sz w:val="24"/>
        </w:rPr>
        <w:t>The Council Chamber was a cathedral of the new world order.</w:t>
      </w:r>
    </w:p>
    <w:p>
      <w:r>
        <w:rPr>
          <w:rFonts w:ascii="IM Fell English" w:hAnsi="IM Fell English"/>
          <w:color w:val="141414"/>
          <w:sz w:val="24"/>
        </w:rPr>
        <w:t>The main floor spread out below the gallery like a stage, dominated by a curved mahogany table where twelve Council members would soon take their seats. The walls were lined with marble and bronze, inscribed with the founding principles of the Transition Authority: CONTINUITY. PRESERVATION. ETERNITY.</w:t>
      </w:r>
    </w:p>
    <w:p>
      <w:r>
        <w:rPr>
          <w:rFonts w:ascii="IM Fell English" w:hAnsi="IM Fell English"/>
          <w:color w:val="141414"/>
          <w:sz w:val="24"/>
        </w:rPr>
        <w:t>But it was the ceiling that drew Jake's attention.</w:t>
      </w:r>
    </w:p>
    <w:p>
      <w:r>
        <w:rPr>
          <w:rFonts w:ascii="IM Fell English" w:hAnsi="IM Fell English"/>
          <w:color w:val="141414"/>
          <w:sz w:val="24"/>
        </w:rPr>
        <w:t>Rising behind the Council table, shimmering like a vertical ocean, were the holographic projections of Eden's citizens. Four thousand virtual seats arranged in ascending rows, filled with four thousand watching consciousnesses beamed down from the Archive Halls to observe the proceedings.</w:t>
      </w:r>
    </w:p>
    <w:p>
      <w:r>
        <w:rPr>
          <w:rFonts w:ascii="IM Fell English" w:hAnsi="IM Fell English"/>
          <w:color w:val="141414"/>
          <w:sz w:val="24"/>
        </w:rPr>
        <w:t>They looked almost real. Men and women of all ages, rendered in perfect detail, their expressions ranging from curiosity to concern to barely concealed hostility. Some of them had transitioned decades ago. Others were recent uploads, their digital faces still carrying the soft confusion of people adjusting to existence without bodies.</w:t>
      </w:r>
    </w:p>
    <w:p>
      <w:r>
        <w:rPr>
          <w:rFonts w:ascii="IM Fell English" w:hAnsi="IM Fell English"/>
          <w:color w:val="141414"/>
          <w:sz w:val="24"/>
        </w:rPr>
        <w:t>Four thousand judges. Four thousand potential witnesses.</w:t>
      </w:r>
    </w:p>
    <w:p>
      <w:r>
        <w:rPr>
          <w:rFonts w:ascii="IM Fell English" w:hAnsi="IM Fell English"/>
          <w:color w:val="141414"/>
          <w:sz w:val="24"/>
        </w:rPr>
        <w:t>And somewhere in the network that sustained them, the thing they had come to expose.</w:t>
      </w:r>
    </w:p>
    <w:p>
      <w:r>
        <w:rPr>
          <w:rFonts w:ascii="IM Fell English" w:hAnsi="IM Fell English"/>
          <w:color w:val="141414"/>
          <w:sz w:val="24"/>
        </w:rPr>
        <w:t>Jake took his seat in the upper gallery, row seventeen, seat forty-two. From here he had a clear view of the Council floor and the three main exits. He could see Tessa in the lower gallery, her borrowed suit jacket slightly too large for her frame. Naomi was two rows behind her, her posture rigid with tension.</w:t>
      </w:r>
    </w:p>
    <w:p>
      <w:r>
        <w:rPr>
          <w:rFonts w:ascii="IM Fell English" w:hAnsi="IM Fell English"/>
          <w:color w:val="141414"/>
          <w:sz w:val="24"/>
        </w:rPr>
        <w:t>Arthur was invisible. That was the point.</w:t>
      </w:r>
    </w:p>
    <w:p>
      <w:r>
        <w:rPr>
          <w:rFonts w:ascii="IM Fell English" w:hAnsi="IM Fell English"/>
          <w:color w:val="141414"/>
          <w:sz w:val="24"/>
        </w:rPr>
        <w:t>Jake settled into his seat and waited.</w:t>
      </w:r>
    </w:p>
    <w:p>
      <w:pPr>
        <w:pStyle w:val="Heading2"/>
        <w:jc w:val="center"/>
      </w:pPr>
      <w:r>
        <w:rPr>
          <w:rFonts w:ascii="IM Fell English" w:hAnsi="IM Fell English"/>
          <w:color w:val="0D0D0D"/>
        </w:rPr>
        <w:t>The Session Begins 8:00 AM</w:t>
      </w:r>
    </w:p>
    <w:p>
      <w:r>
        <w:rPr>
          <w:rFonts w:ascii="IM Fell English" w:hAnsi="IM Fell English"/>
          <w:color w:val="141414"/>
          <w:sz w:val="24"/>
        </w:rPr>
        <w:t>Council Chair Enid Beltrán brought the gavel down. The sound cracked through the chamber like a gunshot, silencing the murmurs of the crowd.</w:t>
      </w:r>
    </w:p>
    <w:p>
      <w:r>
        <w:rPr>
          <w:rFonts w:ascii="IM Fell English" w:hAnsi="IM Fell English"/>
          <w:color w:val="141414"/>
          <w:sz w:val="24"/>
        </w:rPr>
        <w:t>"We convene this emergency session to address the events of Saturday morning," Beltrán announced. Her voice was steady, but Jake could see the tension in her shoulders, the way her eyes kept flickering to the holographic audience above. "The disruption to city infrastructure. The loss of life. And the allegations broadcast against this Council."</w:t>
      </w:r>
    </w:p>
    <w:p>
      <w:r>
        <w:rPr>
          <w:rFonts w:ascii="IM Fell English" w:hAnsi="IM Fell English"/>
          <w:color w:val="141414"/>
          <w:sz w:val="24"/>
        </w:rPr>
        <w:t>She paused, letting the weight of her words settle over the room.</w:t>
      </w:r>
    </w:p>
    <w:p>
      <w:r>
        <w:rPr>
          <w:rFonts w:ascii="IM Fell English" w:hAnsi="IM Fell English"/>
          <w:color w:val="141414"/>
          <w:sz w:val="24"/>
        </w:rPr>
        <w:t>"Council Member Moss has requested the floor."</w:t>
      </w:r>
    </w:p>
    <w:p>
      <w:r>
        <w:rPr>
          <w:rFonts w:ascii="IM Fell English" w:hAnsi="IM Fell English"/>
          <w:color w:val="141414"/>
          <w:sz w:val="24"/>
        </w:rPr>
        <w:t>Conrad Moss rose from his seat at the center of the table.</w:t>
      </w:r>
    </w:p>
    <w:p>
      <w:r>
        <w:rPr>
          <w:rFonts w:ascii="IM Fell English" w:hAnsi="IM Fell English"/>
          <w:color w:val="141414"/>
          <w:sz w:val="24"/>
        </w:rPr>
        <w:t>He didn't just stand, he commanded. Every eye in the chamber turned toward him. Every holographic face in the virtual gallery oriented to watch. He moved with the easy confidence of a man who had spent decades in the public eye, who knew exactly how to hold a room in the palm of his hand.</w:t>
      </w:r>
    </w:p>
    <w:p>
      <w:r>
        <w:rPr>
          <w:rFonts w:ascii="IM Fell English" w:hAnsi="IM Fell English"/>
          <w:color w:val="141414"/>
          <w:sz w:val="24"/>
        </w:rPr>
        <w:t>He looked healthy. Distinguished. Alive.</w:t>
      </w:r>
    </w:p>
    <w:p>
      <w:r>
        <w:rPr>
          <w:rFonts w:ascii="IM Fell English" w:hAnsi="IM Fell English"/>
          <w:color w:val="141414"/>
          <w:sz w:val="24"/>
        </w:rPr>
        <w:t>"Thank you, Chair Beltrán."</w:t>
      </w:r>
    </w:p>
    <w:p>
      <w:r>
        <w:rPr>
          <w:rFonts w:ascii="IM Fell English" w:hAnsi="IM Fell English"/>
          <w:color w:val="141414"/>
          <w:sz w:val="24"/>
        </w:rPr>
        <w:t>His voice was amplified, warm, resonant, the voice of a statesman, a leader, a father figure. It filled the chamber without effort, reaching every ear, physical and digital alike.</w:t>
      </w:r>
    </w:p>
    <w:p>
      <w:r>
        <w:rPr>
          <w:rFonts w:ascii="IM Fell English" w:hAnsi="IM Fell English"/>
          <w:color w:val="141414"/>
          <w:sz w:val="24"/>
        </w:rPr>
        <w:t>"Citizens of Eden and the physical world," Moss began, "we face an unprecedented crisis. Not from infrastructure failure. Not from resource depletion. But from domestic terrorism."</w:t>
      </w:r>
    </w:p>
    <w:p>
      <w:r>
        <w:rPr>
          <w:rFonts w:ascii="IM Fell English" w:hAnsi="IM Fell English"/>
          <w:color w:val="141414"/>
          <w:sz w:val="24"/>
        </w:rPr>
        <w:t>He gestured, and a holographic display materialized in the air behind him. Maps. Casualty figures. Damage assessments. The wreckage of Saturday morning rendered in clinical detail.</w:t>
      </w:r>
    </w:p>
    <w:p>
      <w:r>
        <w:rPr>
          <w:rFonts w:ascii="IM Fell English" w:hAnsi="IM Fell English"/>
          <w:color w:val="141414"/>
          <w:sz w:val="24"/>
        </w:rPr>
        <w:t>"The group calling themselves The Remnants conducted a coordinated attack on our city," Moss said, his voice heavy with sorrow. "They hacked our traffic systems, causing forty-seven deaths at intersections across the metropolitan area. They overloaded our power substations, igniting fires that killed another nineteen. They murdered sixty-six of our fellow citizens, and then they broadcast fabricated evidence to justify their violence."</w:t>
      </w:r>
    </w:p>
    <w:p>
      <w:r>
        <w:rPr>
          <w:rFonts w:ascii="IM Fell English" w:hAnsi="IM Fell English"/>
          <w:color w:val="141414"/>
          <w:sz w:val="24"/>
        </w:rPr>
        <w:t>The numbers hit Jake like punches. Sixty-six dead. He had known there were casualties, he had seen the feeds, the burning buildings, the crashed vehicles. But hearing the number spoken aloud in this chamber made it real in a way the screens hadn't.</w:t>
      </w:r>
    </w:p>
    <w:p>
      <w:r>
        <w:rPr>
          <w:rFonts w:ascii="IM Fell English" w:hAnsi="IM Fell English"/>
          <w:color w:val="141414"/>
          <w:sz w:val="24"/>
        </w:rPr>
        <w:t>We didn't do that, he wanted to scream. The system did. The thing wearing your face.</w:t>
      </w:r>
    </w:p>
    <w:p>
      <w:r>
        <w:rPr>
          <w:rFonts w:ascii="IM Fell English" w:hAnsi="IM Fell English"/>
          <w:color w:val="141414"/>
          <w:sz w:val="24"/>
        </w:rPr>
        <w:t>But he stayed silent. He waited.</w:t>
      </w:r>
    </w:p>
    <w:p>
      <w:r>
        <w:rPr>
          <w:rFonts w:ascii="IM Fell English" w:hAnsi="IM Fell English"/>
          <w:color w:val="141414"/>
          <w:sz w:val="24"/>
        </w:rPr>
        <w:t>"They claim I am complicit in murders," Moss looked aggrieved. "They claim I have covered up evidence of crimes committed by this Council. These are desperate fabrications, manufactured by criminals facing justice."</w:t>
      </w:r>
    </w:p>
    <w:p>
      <w:r>
        <w:rPr>
          <w:rFonts w:ascii="IM Fell English" w:hAnsi="IM Fell English"/>
          <w:color w:val="141414"/>
          <w:sz w:val="24"/>
        </w:rPr>
        <w:t>He paused, his expression shifting to something that looked almost like grief.</w:t>
      </w:r>
    </w:p>
    <w:p>
      <w:r>
        <w:rPr>
          <w:rFonts w:ascii="IM Fell English" w:hAnsi="IM Fell English"/>
          <w:color w:val="141414"/>
          <w:sz w:val="24"/>
        </w:rPr>
        <w:t>"They claim my son Calvin was murdered by Eden." His voice cracked, just slightly. Just enough. "I wish that weren't true. I live with that pain every day. My son was killed by these terrorists, the same terrorists who are trying to destroy everything we've built."</w:t>
      </w:r>
    </w:p>
    <w:p>
      <w:r>
        <w:rPr>
          <w:rFonts w:ascii="IM Fell English" w:hAnsi="IM Fell English"/>
          <w:color w:val="141414"/>
          <w:sz w:val="24"/>
        </w:rPr>
        <w:t>Jake watched the crowd. They were buying it. The grief, the outrage, the righteous anger, it was a masterclass in manipulation. Even knowing the truth, even having seen the evidence, Jake felt the pull of Moss's performance.</w:t>
      </w:r>
    </w:p>
    <w:p>
      <w:r>
        <w:rPr>
          <w:rFonts w:ascii="IM Fell English" w:hAnsi="IM Fell English"/>
          <w:color w:val="141414"/>
          <w:sz w:val="24"/>
        </w:rPr>
        <w:t>"The Remnants demand access to raw neural ring data," Moss said, shaking his head. "But such data is traumatic. It contains the unfiltered sensory experiences of dying men and women, pain, fear, despair beyond anything most citizens have ever felt. I have been protecting you from unnecessary suffering."</w:t>
      </w:r>
    </w:p>
    <w:p>
      <w:r>
        <w:rPr>
          <w:rFonts w:ascii="IM Fell English" w:hAnsi="IM Fell English"/>
          <w:color w:val="141414"/>
          <w:sz w:val="24"/>
        </w:rPr>
        <w:t>In the gallery, Tessa's brow furrowed.</w:t>
      </w:r>
    </w:p>
    <w:p>
      <w:r>
        <w:rPr>
          <w:rFonts w:ascii="IM Fell English" w:hAnsi="IM Fell English"/>
          <w:color w:val="141414"/>
          <w:sz w:val="24"/>
        </w:rPr>
        <w:t>That's not right, she thought. The Remnants never demanded neural ring data. I requested access to anomalous ring activations two years ago when I was still an employee. Before I even knew the Remnants existed.</w:t>
      </w:r>
    </w:p>
    <w:p>
      <w:r>
        <w:rPr>
          <w:rFonts w:ascii="IM Fell English" w:hAnsi="IM Fell English"/>
          <w:color w:val="141414"/>
          <w:sz w:val="24"/>
        </w:rPr>
        <w:t>She glanced toward Jake's position in the upper gallery. He couldn't see her confusion from this distance. None of them could.</w:t>
      </w:r>
    </w:p>
    <w:p>
      <w:r>
        <w:rPr>
          <w:rFonts w:ascii="IM Fell English" w:hAnsi="IM Fell English"/>
          <w:color w:val="141414"/>
          <w:sz w:val="24"/>
        </w:rPr>
        <w:t>Why is he lying about this? What's he setting up?</w:t>
      </w:r>
    </w:p>
    <w:p>
      <w:r>
        <w:rPr>
          <w:rFonts w:ascii="IM Fell English" w:hAnsi="IM Fell English"/>
          <w:color w:val="141414"/>
          <w:sz w:val="24"/>
        </w:rPr>
        <w:t>Moss was still speaking, his voice heavy with regret.</w:t>
      </w:r>
    </w:p>
    <w:p>
      <w:r>
        <w:rPr>
          <w:rFonts w:ascii="IM Fell English" w:hAnsi="IM Fell English"/>
          <w:color w:val="141414"/>
          <w:sz w:val="24"/>
        </w:rPr>
        <w:t>"I have reviewed this data myself, in the course of my duties. It is not something any citizen should have to experience. The Remnants know this. They know that releasing such material into Eden could cause permanent psychological damage to our digital citizens. And yet they demand it anyway."</w:t>
      </w:r>
    </w:p>
    <w:p>
      <w:r>
        <w:rPr>
          <w:rFonts w:ascii="IM Fell English" w:hAnsi="IM Fell English"/>
          <w:color w:val="141414"/>
          <w:sz w:val="24"/>
        </w:rPr>
        <w:t>Tessa's mind raced. He knew they were coming. He wanted her to speak. He's baiting me, she realized. He wants me to demand the data. She didn't know why. But she didn't have any other options.</w:t>
      </w:r>
    </w:p>
    <w:p>
      <w:r>
        <w:rPr>
          <w:rFonts w:ascii="IM Fell English" w:hAnsi="IM Fell English"/>
          <w:color w:val="141414"/>
          <w:sz w:val="24"/>
        </w:rPr>
        <w:t>Moss was still speaking.</w:t>
      </w:r>
    </w:p>
    <w:p>
      <w:r>
        <w:rPr>
          <w:rFonts w:ascii="IM Fell English" w:hAnsi="IM Fell English"/>
          <w:color w:val="141414"/>
          <w:sz w:val="24"/>
        </w:rPr>
        <w:t>"I propose immediate action. Arrest warrants for all known Remnants. Arthur Pendergast. Jake Mareck. Tessa Thorne. Naomi Sykes."</w:t>
      </w:r>
    </w:p>
    <w:p>
      <w:r>
        <w:rPr>
          <w:rFonts w:ascii="IM Fell English" w:hAnsi="IM Fell English"/>
          <w:color w:val="141414"/>
          <w:sz w:val="24"/>
        </w:rPr>
        <w:t>The Council murmured agreement.</w:t>
      </w:r>
    </w:p>
    <w:p>
      <w:r>
        <w:rPr>
          <w:rFonts w:ascii="IM Fell English" w:hAnsi="IM Fell English"/>
          <w:color w:val="141414"/>
          <w:sz w:val="24"/>
        </w:rPr>
        <w:t>Then Moss turned. He looked up at the gallery and locked eyes with Jake. "In fact," Moss said, "some of them are here today."</w:t>
      </w:r>
    </w:p>
    <w:p>
      <w:r>
        <w:rPr>
          <w:rFonts w:ascii="IM Fell English" w:hAnsi="IM Fell English"/>
          <w:color w:val="141414"/>
          <w:sz w:val="24"/>
        </w:rPr>
        <w:t>Jake felt the air leave his lungs. The whole chamber gasped.</w:t>
      </w:r>
    </w:p>
    <w:p>
      <w:r>
        <w:rPr>
          <w:rFonts w:ascii="IM Fell English" w:hAnsi="IM Fell English"/>
          <w:color w:val="141414"/>
          <w:sz w:val="24"/>
        </w:rPr>
        <w:t>"Able Harrington, row seventeen, seat forty-two," Moss recited. "Tracia Bennett, row eight, seat fifteen. Ines Peralta, row twelve, seat thirty-one. And Arthur Pendergast, near the west entrance."</w:t>
      </w:r>
    </w:p>
    <w:p>
      <w:r>
        <w:rPr>
          <w:rFonts w:ascii="IM Fell English" w:hAnsi="IM Fell English"/>
          <w:color w:val="141414"/>
          <w:sz w:val="24"/>
        </w:rPr>
        <w:t>Security forces began to move, converging on the aisles from multiple directions.</w:t>
      </w:r>
    </w:p>
    <w:p>
      <w:r>
        <w:rPr>
          <w:rFonts w:ascii="IM Fell English" w:hAnsi="IM Fell English"/>
          <w:color w:val="141414"/>
          <w:sz w:val="24"/>
        </w:rPr>
        <w:t>The trap had been sprung. Moss had known they were coming. He had let them walk in, let them sit down, let them believe they had a chance, just for this moment. Just to demonstrate his absolute control.</w:t>
      </w:r>
    </w:p>
    <w:p>
      <w:pPr>
        <w:pStyle w:val="Heading2"/>
        <w:jc w:val="center"/>
      </w:pPr>
      <w:r>
        <w:rPr>
          <w:rFonts w:ascii="IM Fell English" w:hAnsi="IM Fell English"/>
          <w:color w:val="0D0D0D"/>
        </w:rPr>
        <w:t>The Challenge</w:t>
      </w:r>
    </w:p>
    <w:p>
      <w:r>
        <w:rPr>
          <w:rFonts w:ascii="IM Fell English" w:hAnsi="IM Fell English"/>
          <w:color w:val="141414"/>
          <w:sz w:val="24"/>
        </w:rPr>
        <w:t>But Tessa was already on her feet.</w:t>
      </w:r>
    </w:p>
    <w:p>
      <w:r>
        <w:rPr>
          <w:rFonts w:ascii="IM Fell English" w:hAnsi="IM Fell English"/>
          <w:color w:val="141414"/>
          <w:sz w:val="24"/>
        </w:rPr>
        <w:t>"Everything Conrad Moss just presented is fabricated!"</w:t>
      </w:r>
    </w:p>
    <w:p>
      <w:r>
        <w:rPr>
          <w:rFonts w:ascii="IM Fell English" w:hAnsi="IM Fell English"/>
          <w:color w:val="141414"/>
          <w:sz w:val="24"/>
        </w:rPr>
        <w:t>The chamber erupted. Shouts of outrage from Moss's supporters. Gasps from the undecided. The holographic audience rippled with confusion, four thousand digital faces turning toward the woman in the borrowed suit.</w:t>
      </w:r>
    </w:p>
    <w:p>
      <w:r>
        <w:rPr>
          <w:rFonts w:ascii="IM Fell English" w:hAnsi="IM Fell English"/>
          <w:color w:val="141414"/>
          <w:sz w:val="24"/>
        </w:rPr>
        <w:t>"She's a terrorist!" someone yelled from the physical gallery. "Arrest her!"</w:t>
      </w:r>
    </w:p>
    <w:p>
      <w:r>
        <w:rPr>
          <w:rFonts w:ascii="IM Fell English" w:hAnsi="IM Fell English"/>
          <w:color w:val="141414"/>
          <w:sz w:val="24"/>
        </w:rPr>
        <w:t>"Let her speak!" another voice countered. "We have a right to hear!"</w:t>
      </w:r>
    </w:p>
    <w:p>
      <w:r>
        <w:rPr>
          <w:rFonts w:ascii="IM Fell English" w:hAnsi="IM Fell English"/>
          <w:color w:val="141414"/>
          <w:sz w:val="24"/>
        </w:rPr>
        <w:t>Tessa ignored them all. Her eyes were fixed on Moss, her mind racing through possibilities. He had set something up with that comment about neural ring data. She didn't know what. But if she was going to die here anyway, she might as well see where it led.</w:t>
      </w:r>
    </w:p>
    <w:p>
      <w:r>
        <w:rPr>
          <w:rFonts w:ascii="IM Fell English" w:hAnsi="IM Fell English"/>
          <w:color w:val="141414"/>
          <w:sz w:val="24"/>
        </w:rPr>
        <w:t>"You claim to be protecting citizens from traumatic data," she said, forcing her voice steady. "But how do we know you're not protecting yourself? How do we know what's really in those files?"</w:t>
      </w:r>
    </w:p>
    <w:p>
      <w:r>
        <w:rPr>
          <w:rFonts w:ascii="IM Fell English" w:hAnsi="IM Fell English"/>
          <w:color w:val="141414"/>
          <w:sz w:val="24"/>
        </w:rPr>
        <w:t>She was walking a path she couldn't see the end of. But it was the only path available.</w:t>
      </w:r>
    </w:p>
    <w:p>
      <w:r>
        <w:rPr>
          <w:rFonts w:ascii="IM Fell English" w:hAnsi="IM Fell English"/>
          <w:color w:val="141414"/>
          <w:sz w:val="24"/>
        </w:rPr>
        <w:t>"You refused every request to examine the neural ring data," she said. "You blocked investigations. You classified evidence that should have been public record." She pointed at him, her finger steady despite the guards closing in. "If you have nothing to hide, put it to a vote. Let the citizens of Eden decide if they want to see the truth."</w:t>
      </w:r>
    </w:p>
    <w:p>
      <w:r>
        <w:rPr>
          <w:rFonts w:ascii="IM Fell English" w:hAnsi="IM Fell English"/>
          <w:color w:val="141414"/>
          <w:sz w:val="24"/>
        </w:rPr>
        <w:t>Moss's expression didn't change. He remained calm, patient, the picture of a reasonable man dealing with an unreasonable accusation.</w:t>
      </w:r>
    </w:p>
    <w:p>
      <w:r>
        <w:rPr>
          <w:rFonts w:ascii="IM Fell English" w:hAnsi="IM Fell English"/>
          <w:color w:val="141414"/>
          <w:sz w:val="24"/>
        </w:rPr>
        <w:t>But Tessa saw it now, the faintest glimmer of anticipation in his eyes. He wanted her to push for this.</w:t>
      </w:r>
    </w:p>
    <w:p>
      <w:r>
        <w:rPr>
          <w:rFonts w:ascii="IM Fell English" w:hAnsi="IM Fell English"/>
          <w:color w:val="141414"/>
          <w:sz w:val="24"/>
        </w:rPr>
        <w:t>It's a trap, she realized. But I'm already in it.</w:t>
      </w:r>
    </w:p>
    <w:p>
      <w:r>
        <w:rPr>
          <w:rFonts w:ascii="IM Fell English" w:hAnsi="IM Fell English"/>
          <w:color w:val="141414"/>
          <w:sz w:val="24"/>
        </w:rPr>
        <w:t>"I've explained my concerns," Moss said. "Raw sensory data is traumatic. Citizens aren't prepared, "</w:t>
      </w:r>
    </w:p>
    <w:p>
      <w:r>
        <w:rPr>
          <w:rFonts w:ascii="IM Fell English" w:hAnsi="IM Fell English"/>
          <w:color w:val="141414"/>
          <w:sz w:val="24"/>
        </w:rPr>
        <w:t>"Then let them decide!" Tessa interrupted. She stepped further into the aisle, forcing the guards to adjust their approach. "Put it to a vote. Should Eden's citizens have access to the neural ring data? Full transparency. Isn't that what Eden promises? Isn't that what you've been selling for thirty years?"</w:t>
      </w:r>
    </w:p>
    <w:p>
      <w:r>
        <w:rPr>
          <w:rFonts w:ascii="IM Fell English" w:hAnsi="IM Fell English"/>
          <w:color w:val="141414"/>
          <w:sz w:val="24"/>
        </w:rPr>
        <w:t>The chamber erupted again. Half the Council members were shouting for order. The other half looked stunned, caught between their loyalty to Moss and their awareness of the cameras capturing every moment.</w:t>
      </w:r>
    </w:p>
    <w:p>
      <w:r>
        <w:rPr>
          <w:rFonts w:ascii="IM Fell English" w:hAnsi="IM Fell English"/>
          <w:color w:val="141414"/>
          <w:sz w:val="24"/>
        </w:rPr>
        <w:t>But above them, the holographic citizens of Eden were stirring.</w:t>
      </w:r>
    </w:p>
    <w:p>
      <w:r>
        <w:rPr>
          <w:rFonts w:ascii="IM Fell English" w:hAnsi="IM Fell English"/>
          <w:color w:val="141414"/>
          <w:sz w:val="24"/>
        </w:rPr>
        <w:t>The idea of forbidden knowledge, of a truth being hidden "for their own good," was intoxicating. They had given up their bodies for the promise of eternal life. They had trusted the system with everything they were. And now they were being told they couldn't handle the truth?</w:t>
      </w:r>
    </w:p>
    <w:p>
      <w:r>
        <w:rPr>
          <w:rFonts w:ascii="IM Fell English" w:hAnsi="IM Fell English"/>
          <w:color w:val="141414"/>
          <w:sz w:val="24"/>
        </w:rPr>
        <w:t>"Vote!" someone demanded from the virtual gallery. "Let us vote!"</w:t>
      </w:r>
    </w:p>
    <w:p>
      <w:r>
        <w:rPr>
          <w:rFonts w:ascii="IM Fell English" w:hAnsi="IM Fell English"/>
          <w:color w:val="141414"/>
          <w:sz w:val="24"/>
        </w:rPr>
        <w:t>"Transparency!" another voice joined. "We demand transparency!"</w:t>
      </w:r>
    </w:p>
    <w:p>
      <w:r>
        <w:rPr>
          <w:rFonts w:ascii="IM Fell English" w:hAnsi="IM Fell English"/>
          <w:color w:val="141414"/>
          <w:sz w:val="24"/>
        </w:rPr>
        <w:t>Chair Beltrán banged her gavel, but the noise only grew. She looked at Moss, then at the crowd, her face pale with indecision.</w:t>
      </w:r>
    </w:p>
    <w:p>
      <w:r>
        <w:rPr>
          <w:rFonts w:ascii="IM Fell English" w:hAnsi="IM Fell English"/>
          <w:color w:val="141414"/>
          <w:sz w:val="24"/>
        </w:rPr>
        <w:t>"Council Member Moss," Beltrán shouted over the din. "Do you object to releasing the data?"</w:t>
      </w:r>
    </w:p>
    <w:p>
      <w:r>
        <w:rPr>
          <w:rFonts w:ascii="IM Fell English" w:hAnsi="IM Fell English"/>
          <w:color w:val="141414"/>
          <w:sz w:val="24"/>
        </w:rPr>
        <w:t>"I object strongly," Moss said. "The sensory experience of torture will cause psychological trauma. It could cause permanent damage to the consciousnesses of our citizens in Eden."</w:t>
      </w:r>
    </w:p>
    <w:p>
      <w:r>
        <w:rPr>
          <w:rFonts w:ascii="IM Fell English" w:hAnsi="IM Fell English"/>
          <w:color w:val="141414"/>
          <w:sz w:val="24"/>
        </w:rPr>
        <w:t>Beltrán looked at the other Council members. They were wavering. The public pressure was palpable, not just from the physical audience but from the four thousand digital citizens whose votes carried legal weight in any Council proceeding.</w:t>
      </w:r>
    </w:p>
    <w:p>
      <w:r>
        <w:rPr>
          <w:rFonts w:ascii="IM Fell English" w:hAnsi="IM Fell English"/>
          <w:color w:val="141414"/>
          <w:sz w:val="24"/>
        </w:rPr>
        <w:t>"Motion to release neural ring data," Beltrán said, voice shaking. "All in favor?" Eight hands went up. Above, the holographic gallery turned a uniform, blinding green, a unanimous 'Yes.' "Motion carries," Beltrán said. "Council Member Moss, provide access."</w:t>
      </w:r>
    </w:p>
    <w:p>
      <w:r>
        <w:rPr>
          <w:rFonts w:ascii="IM Fell English" w:hAnsi="IM Fell English"/>
          <w:color w:val="141414"/>
          <w:sz w:val="24"/>
        </w:rPr>
        <w:t>For a moment, something flickered in Moss's expression. Not defeat. Not anger.</w:t>
      </w:r>
    </w:p>
    <w:p>
      <w:r>
        <w:rPr>
          <w:rFonts w:ascii="IM Fell English" w:hAnsi="IM Fell English"/>
          <w:color w:val="141414"/>
          <w:sz w:val="24"/>
        </w:rPr>
        <w:t>Satisfaction.</w:t>
      </w:r>
    </w:p>
    <w:p>
      <w:r>
        <w:rPr>
          <w:rFonts w:ascii="IM Fell English" w:hAnsi="IM Fell English"/>
          <w:color w:val="141414"/>
          <w:sz w:val="24"/>
        </w:rPr>
        <w:t>"Very well," he said. "The consequences are on your hands."</w:t>
      </w:r>
    </w:p>
    <w:p>
      <w:r>
        <w:rPr>
          <w:rFonts w:ascii="IM Fell English" w:hAnsi="IM Fell English"/>
          <w:color w:val="141414"/>
          <w:sz w:val="24"/>
        </w:rPr>
        <w:t>He gestured toward Tessa. The guards, confused by the shifting situation, stepped back.</w:t>
      </w:r>
    </w:p>
    <w:p>
      <w:r>
        <w:rPr>
          <w:rFonts w:ascii="IM Fell English" w:hAnsi="IM Fell English"/>
          <w:color w:val="141414"/>
          <w:sz w:val="24"/>
        </w:rPr>
        <w:t>"Ms. Bennett," Moss said, using her false name with deliberate emphasis. "Please approach the terminal. Select which victim's data you wish to upload. I will initiate transmission to all of Eden."</w:t>
      </w:r>
    </w:p>
    <w:p>
      <w:pPr>
        <w:pStyle w:val="Heading2"/>
        <w:jc w:val="center"/>
      </w:pPr>
      <w:r>
        <w:rPr>
          <w:rFonts w:ascii="IM Fell English" w:hAnsi="IM Fell English"/>
          <w:color w:val="0D0D0D"/>
        </w:rPr>
        <w:t>The Upload</w:t>
      </w:r>
    </w:p>
    <w:p>
      <w:r>
        <w:rPr>
          <w:rFonts w:ascii="IM Fell English" w:hAnsi="IM Fell English"/>
          <w:color w:val="141414"/>
          <w:sz w:val="24"/>
        </w:rPr>
        <w:t>Tessa walked to the Council floor.</w:t>
      </w:r>
    </w:p>
    <w:p>
      <w:r>
        <w:rPr>
          <w:rFonts w:ascii="IM Fell English" w:hAnsi="IM Fell English"/>
          <w:color w:val="141414"/>
          <w:sz w:val="24"/>
        </w:rPr>
        <w:t>The terminal was built into the podium, a sleek interface designed for presentations and data management. Moss stepped aside, giving her access, his expression unreadable.</w:t>
      </w:r>
    </w:p>
    <w:p>
      <w:r>
        <w:rPr>
          <w:rFonts w:ascii="IM Fell English" w:hAnsi="IM Fell English"/>
          <w:color w:val="141414"/>
          <w:sz w:val="24"/>
        </w:rPr>
        <w:t>She pulled up the neural ring database. A list of files appeared on the screen, scrolling downward. Names. Dates. Reference codes.</w:t>
      </w:r>
    </w:p>
    <w:p>
      <w:r>
        <w:rPr>
          <w:rFonts w:ascii="IM Fell English" w:hAnsi="IM Fell English"/>
          <w:color w:val="141414"/>
          <w:sz w:val="24"/>
        </w:rPr>
        <w:t>But Tessa didn't look at the names. Her enhanced mind was processing faster than Moss could track, scanning the metadata, looking for the file she needed.</w:t>
      </w:r>
    </w:p>
    <w:p>
      <w:r>
        <w:rPr>
          <w:rFonts w:ascii="IM Fell English" w:hAnsi="IM Fell English"/>
          <w:color w:val="141414"/>
          <w:sz w:val="24"/>
        </w:rPr>
        <w:t>There.</w:t>
      </w:r>
    </w:p>
    <w:p>
      <w:r>
        <w:rPr>
          <w:rFonts w:ascii="IM Fell English" w:hAnsi="IM Fell English"/>
          <w:color w:val="141414"/>
          <w:sz w:val="24"/>
        </w:rPr>
        <w:t>CM-2098-07-15.</w:t>
      </w:r>
    </w:p>
    <w:p>
      <w:r>
        <w:rPr>
          <w:rFonts w:ascii="IM Fell English" w:hAnsi="IM Fell English"/>
          <w:color w:val="141414"/>
          <w:sz w:val="24"/>
        </w:rPr>
        <w:t>She pointed to it. "This one."</w:t>
      </w:r>
    </w:p>
    <w:p>
      <w:r>
        <w:rPr>
          <w:rFonts w:ascii="IM Fell English" w:hAnsi="IM Fell English"/>
          <w:color w:val="141414"/>
          <w:sz w:val="24"/>
        </w:rPr>
        <w:t>Moss didn't hesitate. He initiated the upload.</w:t>
      </w:r>
    </w:p>
    <w:p>
      <w:r>
        <w:rPr>
          <w:rFonts w:ascii="IM Fell English" w:hAnsi="IM Fell English"/>
          <w:color w:val="141414"/>
          <w:sz w:val="24"/>
        </w:rPr>
        <w:t>"Beginning transmission to all Archive Halls," he announced. "Every citizen of Eden will experience this data simultaneously. Regardless of how they voted. Majority rule, after all."</w:t>
      </w:r>
    </w:p>
    <w:p>
      <w:r>
        <w:rPr>
          <w:rFonts w:ascii="IM Fell English" w:hAnsi="IM Fell English"/>
          <w:color w:val="141414"/>
          <w:sz w:val="24"/>
        </w:rPr>
        <w:t>The upload bar filled in three seconds.</w:t>
      </w:r>
    </w:p>
    <w:p>
      <w:r>
        <w:rPr>
          <w:rFonts w:ascii="IM Fell English" w:hAnsi="IM Fell English"/>
          <w:color w:val="141414"/>
          <w:sz w:val="24"/>
        </w:rPr>
        <w:t>Then the screaming started.</w:t>
      </w:r>
    </w:p>
    <w:p>
      <w:r>
        <w:rPr>
          <w:rFonts w:ascii="IM Fell English" w:hAnsi="IM Fell English"/>
          <w:color w:val="141414"/>
          <w:sz w:val="24"/>
        </w:rPr>
        <w:t>It wasn't a sound from the speakers.</w:t>
      </w:r>
    </w:p>
    <w:p>
      <w:r>
        <w:rPr>
          <w:rFonts w:ascii="IM Fell English" w:hAnsi="IM Fell English"/>
          <w:color w:val="141414"/>
          <w:sz w:val="24"/>
        </w:rPr>
        <w:t>It came from the air itself, from the holographic projections that filled the virtual gallery above the Council floor. Four thousand digital consciousnesses experiencing the raw sensory data of torture simultaneously.</w:t>
      </w:r>
    </w:p>
    <w:p>
      <w:r>
        <w:rPr>
          <w:rFonts w:ascii="IM Fell English" w:hAnsi="IM Fell English"/>
          <w:color w:val="141414"/>
          <w:sz w:val="24"/>
        </w:rPr>
        <w:t>Fire against skin. Bones breaking under pressure. Nerves overwhelmed by signals they were never meant to process. Hours of agony compressed into seconds, flooding through the network, crashing against minds that had no bodies to absorb the shock.</w:t>
      </w:r>
    </w:p>
    <w:p>
      <w:r>
        <w:rPr>
          <w:rFonts w:ascii="IM Fell English" w:hAnsi="IM Fell English"/>
          <w:color w:val="141414"/>
          <w:sz w:val="24"/>
        </w:rPr>
        <w:t>The projections writhed. They clutched their heads, their chests, their phantom limbs.</w:t>
      </w:r>
    </w:p>
    <w:p>
      <w:r>
        <w:rPr>
          <w:rFonts w:ascii="IM Fell English" w:hAnsi="IM Fell English"/>
          <w:color w:val="141414"/>
          <w:sz w:val="24"/>
        </w:rPr>
        <w:t>The chamber filled with screaming, thousands of digital voices crying out at once.</w:t>
      </w:r>
    </w:p>
    <w:p>
      <w:r>
        <w:rPr>
          <w:rFonts w:ascii="IM Fell English" w:hAnsi="IM Fell English"/>
          <w:color w:val="141414"/>
          <w:sz w:val="24"/>
        </w:rPr>
        <w:t>The physical citizens in the gallery clamped their hands over their ears. Council members recoiled from the table. Someone was vomiting in the front row.</w:t>
      </w:r>
    </w:p>
    <w:p>
      <w:r>
        <w:rPr>
          <w:rFonts w:ascii="IM Fell English" w:hAnsi="IM Fell English"/>
          <w:color w:val="141414"/>
          <w:sz w:val="24"/>
        </w:rPr>
        <w:t>In the Archive Halls across the city, 2.4 million bodies thrashed in their harnesses. Feeding tubes tore free. Monitoring equipment screamed alerts. The technicians watching the readouts saw vital signs spike into the red, heart rates doubling, brain activity shattering normal parameters.</w:t>
      </w:r>
    </w:p>
    <w:p>
      <w:r>
        <w:rPr>
          <w:rFonts w:ascii="IM Fell English" w:hAnsi="IM Fell English"/>
          <w:color w:val="141414"/>
          <w:sz w:val="24"/>
        </w:rPr>
        <w:t>The screaming lasted thirty seconds.</w:t>
      </w:r>
    </w:p>
    <w:p>
      <w:r>
        <w:rPr>
          <w:rFonts w:ascii="IM Fell English" w:hAnsi="IM Fell English"/>
          <w:color w:val="141414"/>
          <w:sz w:val="24"/>
        </w:rPr>
        <w:t>An eternity.</w:t>
      </w:r>
    </w:p>
    <w:p>
      <w:r>
        <w:rPr>
          <w:rFonts w:ascii="IM Fell English" w:hAnsi="IM Fell English"/>
          <w:color w:val="141414"/>
          <w:sz w:val="24"/>
        </w:rPr>
        <w:t>Then Moss cut the transmission.</w:t>
      </w:r>
    </w:p>
    <w:p>
      <w:r>
        <w:rPr>
          <w:rFonts w:ascii="IM Fell English" w:hAnsi="IM Fell English"/>
          <w:color w:val="141414"/>
          <w:sz w:val="24"/>
        </w:rPr>
        <w:t>Silence crashed back into the chamber, broken only by the sobbing of the holographic citizens and the retching of the physical ones. The air smelled of sweat and fear and something else, something that might have been burned flesh carried through the data like a memory.</w:t>
      </w:r>
    </w:p>
    <w:p>
      <w:r>
        <w:rPr>
          <w:rFonts w:ascii="IM Fell English" w:hAnsi="IM Fell English"/>
          <w:color w:val="141414"/>
          <w:sz w:val="24"/>
        </w:rPr>
        <w:t>Moss stepped forward, his expression grave, sorrowful, the face of a leader forced to watch his people suffer.</w:t>
      </w:r>
    </w:p>
    <w:p>
      <w:r>
        <w:rPr>
          <w:rFonts w:ascii="IM Fell English" w:hAnsi="IM Fell English"/>
          <w:color w:val="141414"/>
          <w:sz w:val="24"/>
        </w:rPr>
        <w:t>"This," he said, his voice heavy with regret, "is what I was protecting you from."</w:t>
      </w:r>
    </w:p>
    <w:p>
      <w:r>
        <w:rPr>
          <w:rFonts w:ascii="IM Fell English" w:hAnsi="IM Fell English"/>
          <w:color w:val="141414"/>
          <w:sz w:val="24"/>
        </w:rPr>
        <w:t>He gestured toward Tessa, who stood frozen at the terminal, her face pale with horror at what she had unleashed.</w:t>
      </w:r>
    </w:p>
    <w:p>
      <w:r>
        <w:rPr>
          <w:rFonts w:ascii="IM Fell English" w:hAnsi="IM Fell English"/>
          <w:color w:val="141414"/>
          <w:sz w:val="24"/>
        </w:rPr>
        <w:t>"The Remnants demanded this." Moss stepped closer to the audience. "They knew what would happen. They knew the raw sensory data would cause unimaginable pain to every consciousness in Eden. And they demanded it anyway."</w:t>
      </w:r>
    </w:p>
    <w:p>
      <w:r>
        <w:rPr>
          <w:rFonts w:ascii="IM Fell English" w:hAnsi="IM Fell English"/>
          <w:color w:val="141414"/>
          <w:sz w:val="24"/>
        </w:rPr>
        <w:t>He turned to face the holographic gallery, four thousand digital citizens still trembling, still weeping, still processing the trauma that had been forced upon them.</w:t>
      </w:r>
    </w:p>
    <w:p>
      <w:r>
        <w:rPr>
          <w:rFonts w:ascii="IM Fell English" w:hAnsi="IM Fell English"/>
          <w:color w:val="141414"/>
          <w:sz w:val="24"/>
        </w:rPr>
        <w:t>"I tried to shield you," Moss said. "But the terrorists insisted. They manipulated your desire for transparency to weaponize your own curiosity against you."</w:t>
      </w:r>
    </w:p>
    <w:p>
      <w:r>
        <w:rPr>
          <w:rFonts w:ascii="IM Fell English" w:hAnsi="IM Fell English"/>
          <w:color w:val="141414"/>
          <w:sz w:val="24"/>
        </w:rPr>
        <w:t>The crowd was turning. Tessa could feel it, the anger that had been directed at Moss shifting, redirecting toward her. Toward the Remnants. They had voted for this. They had demanded to see. And now they had seen, and they hated what they had become.</w:t>
      </w:r>
    </w:p>
    <w:p>
      <w:r>
        <w:rPr>
          <w:rFonts w:ascii="IM Fell English" w:hAnsi="IM Fell English"/>
          <w:color w:val="141414"/>
          <w:sz w:val="24"/>
        </w:rPr>
        <w:t>He planned this, Tessa realized, the full scope of the trap finally clear. He knew I would push for the data. He knew Eden would vote to see it. He let them experience the torture so he could blame us for their pain.</w:t>
      </w:r>
    </w:p>
    <w:p>
      <w:r>
        <w:rPr>
          <w:rFonts w:ascii="IM Fell English" w:hAnsi="IM Fell English"/>
          <w:color w:val="141414"/>
          <w:sz w:val="24"/>
        </w:rPr>
        <w:t>"The Remnants don't want transparency," Moss declared. "They want to destroy Eden. They want to make you suffer. And today, thanks to their manipulation, they succeeded."</w:t>
      </w:r>
    </w:p>
    <w:p>
      <w:r>
        <w:rPr>
          <w:rFonts w:ascii="IM Fell English" w:hAnsi="IM Fell English"/>
          <w:color w:val="141414"/>
          <w:sz w:val="24"/>
        </w:rPr>
        <w:t>He pointed at Tessa.</w:t>
      </w:r>
    </w:p>
    <w:p>
      <w:r>
        <w:rPr>
          <w:rFonts w:ascii="IM Fell English" w:hAnsi="IM Fell English"/>
          <w:color w:val="141414"/>
          <w:sz w:val="24"/>
        </w:rPr>
        <w:t>"Arrest her. Arrest all of them. Show them what we do to terrorists who torture our citizens."</w:t>
      </w:r>
    </w:p>
    <w:p>
      <w:r>
        <w:rPr>
          <w:rFonts w:ascii="IM Fell English" w:hAnsi="IM Fell English"/>
          <w:color w:val="141414"/>
          <w:sz w:val="24"/>
        </w:rPr>
        <w:t>The guards surged forward.</w:t>
      </w:r>
    </w:p>
    <w:p>
      <w:r>
        <w:rPr>
          <w:rFonts w:ascii="IM Fell English" w:hAnsi="IM Fell English"/>
          <w:color w:val="141414"/>
          <w:sz w:val="24"/>
        </w:rPr>
        <w:t>And then Jake stood up.</w:t>
      </w:r>
    </w:p>
    <w:p>
      <w:r>
        <w:rPr>
          <w:rFonts w:ascii="IM Fell English" w:hAnsi="IM Fell English"/>
          <w:color w:val="141414"/>
          <w:sz w:val="24"/>
        </w:rPr>
        <w:t>"Why didn't you react?"</w:t>
      </w:r>
    </w:p>
    <w:p>
      <w:r>
        <w:rPr>
          <w:rFonts w:ascii="IM Fell English" w:hAnsi="IM Fell English"/>
          <w:color w:val="141414"/>
          <w:sz w:val="24"/>
        </w:rPr>
        <w:t>His voice rang out from the gallery, cutting through the mob's rising fury. Every eye turned toward him, the terrorist in seat forty-two, the man whose face was on every wanted poster in the city.</w:t>
      </w:r>
    </w:p>
    <w:p>
      <w:r>
        <w:rPr>
          <w:rFonts w:ascii="IM Fell English" w:hAnsi="IM Fell English"/>
          <w:color w:val="141414"/>
          <w:sz w:val="24"/>
        </w:rPr>
        <w:t>"Your consciousness is in Eden too," Jake shouted. "So why aren't you screaming?" He pointed at the trembling holographic gallery. "They felt it. You stood there like nothing happened."</w:t>
      </w:r>
    </w:p>
    <w:p>
      <w:r>
        <w:rPr>
          <w:rFonts w:ascii="IM Fell English" w:hAnsi="IM Fell English"/>
          <w:color w:val="141414"/>
          <w:sz w:val="24"/>
        </w:rPr>
        <w:t>The chamber went quiet.</w:t>
      </w:r>
    </w:p>
    <w:p>
      <w:r>
        <w:rPr>
          <w:rFonts w:ascii="IM Fell English" w:hAnsi="IM Fell English"/>
          <w:color w:val="141414"/>
          <w:sz w:val="24"/>
        </w:rPr>
        <w:t>Moss looked up at him, his expression flickering just for a moment before settling back into patient condescension.</w:t>
      </w:r>
    </w:p>
    <w:p>
      <w:r>
        <w:rPr>
          <w:rFonts w:ascii="IM Fell English" w:hAnsi="IM Fell English"/>
          <w:color w:val="141414"/>
          <w:sz w:val="24"/>
        </w:rPr>
        <w:t>"I reviewed this data previously," he said. "I've developed a tolerance for difficult material. I was prepared."</w:t>
      </w:r>
    </w:p>
    <w:p>
      <w:r>
        <w:rPr>
          <w:rFonts w:ascii="IM Fell English" w:hAnsi="IM Fell English"/>
          <w:color w:val="141414"/>
          <w:sz w:val="24"/>
        </w:rPr>
        <w:t>"You felt nothing!" a holographic citizen yelled, their projection flickering with residual trauma. "We were burning alive in there and you just watched!"</w:t>
      </w:r>
    </w:p>
    <w:p>
      <w:r>
        <w:rPr>
          <w:rFonts w:ascii="IM Fell English" w:hAnsi="IM Fell English"/>
          <w:color w:val="141414"/>
          <w:sz w:val="24"/>
        </w:rPr>
        <w:t>"You felt nothing! Nothing! It's not possible," another holographic citizen yelled.</w:t>
      </w:r>
    </w:p>
    <w:p>
      <w:r>
        <w:rPr>
          <w:rFonts w:ascii="IM Fell English" w:hAnsi="IM Fell English"/>
          <w:color w:val="141414"/>
          <w:sz w:val="24"/>
        </w:rPr>
        <w:t>"I processed the experience," Moss said, an edge of defensiveness creeping into his voice. "I've had time to adapt. This accusation is absurd."</w:t>
      </w:r>
    </w:p>
    <w:p>
      <w:r>
        <w:rPr>
          <w:rFonts w:ascii="IM Fell English" w:hAnsi="IM Fell English"/>
          <w:color w:val="141414"/>
          <w:sz w:val="24"/>
        </w:rPr>
        <w:t>He stepped forward, regaining his momentum.</w:t>
      </w:r>
    </w:p>
    <w:p>
      <w:r>
        <w:rPr>
          <w:rFonts w:ascii="IM Fell English" w:hAnsi="IM Fell English"/>
          <w:color w:val="141414"/>
          <w:sz w:val="24"/>
        </w:rPr>
        <w:t>"Besides, why use Calvin's data? My own son's torture? Why not use June Rafferty's file? She was murdered the same day. Same method. Her file was right next to Calvin's in the database. Using my son's suffering to attack me is callous, manipulative, and, "</w:t>
      </w:r>
    </w:p>
    <w:p>
      <w:r>
        <w:rPr>
          <w:rFonts w:ascii="IM Fell English" w:hAnsi="IM Fell English"/>
          <w:color w:val="141414"/>
          <w:sz w:val="24"/>
        </w:rPr>
        <w:t>He stopped.</w:t>
      </w:r>
    </w:p>
    <w:p>
      <w:r>
        <w:rPr>
          <w:rFonts w:ascii="IM Fell English" w:hAnsi="IM Fell English"/>
          <w:color w:val="141414"/>
          <w:sz w:val="24"/>
        </w:rPr>
        <w:t>The words hung in the air.</w:t>
      </w:r>
    </w:p>
    <w:p>
      <w:r>
        <w:rPr>
          <w:rFonts w:ascii="IM Fell English" w:hAnsi="IM Fell English"/>
          <w:color w:val="141414"/>
          <w:sz w:val="24"/>
        </w:rPr>
        <w:t>Tessa's eyes widened.</w:t>
      </w:r>
    </w:p>
    <w:p>
      <w:r>
        <w:rPr>
          <w:rFonts w:ascii="IM Fell English" w:hAnsi="IM Fell English"/>
          <w:color w:val="141414"/>
          <w:sz w:val="24"/>
        </w:rPr>
        <w:t>"How do you know there is June Rafferty's file?" she asked quietly.</w:t>
      </w:r>
    </w:p>
    <w:p>
      <w:r>
        <w:rPr>
          <w:rFonts w:ascii="IM Fell English" w:hAnsi="IM Fell English"/>
          <w:color w:val="141414"/>
          <w:sz w:val="24"/>
        </w:rPr>
        <w:t>The chamber went absolutely silent.</w:t>
      </w:r>
    </w:p>
    <w:p>
      <w:r>
        <w:rPr>
          <w:rFonts w:ascii="IM Fell English" w:hAnsi="IM Fell English"/>
          <w:color w:val="141414"/>
          <w:sz w:val="24"/>
        </w:rPr>
        <w:t>"How do you know she was murdered the same day?" Tessa stepped toward the podium. "Same method? I never mentioned June Rafferty."</w:t>
      </w:r>
    </w:p>
    <w:p>
      <w:r>
        <w:rPr>
          <w:rFonts w:ascii="IM Fell English" w:hAnsi="IM Fell English"/>
          <w:color w:val="141414"/>
          <w:sz w:val="24"/>
        </w:rPr>
        <w:t>Moss's expression froze.</w:t>
      </w:r>
    </w:p>
    <w:p>
      <w:r>
        <w:rPr>
          <w:rFonts w:ascii="IM Fell English" w:hAnsi="IM Fell English"/>
          <w:color w:val="141414"/>
          <w:sz w:val="24"/>
        </w:rPr>
        <w:t>"You knew which file I selected," Tessa said. "You knew both victims. Both methods. Both dates. You knew because you already had the data."</w:t>
      </w:r>
    </w:p>
    <w:p>
      <w:r>
        <w:rPr>
          <w:rFonts w:ascii="IM Fell English" w:hAnsi="IM Fell English"/>
          <w:color w:val="141414"/>
          <w:sz w:val="24"/>
        </w:rPr>
        <w:t>Jake leaned over the gallery railing. "The neural rings from both crime scenes were never recovered. They're listed as missing in the evidence logs. So how did that data get into Eden's database? Who uploaded it?"</w:t>
      </w:r>
    </w:p>
    <w:p>
      <w:r>
        <w:rPr>
          <w:rFonts w:ascii="IM Fell English" w:hAnsi="IM Fell English"/>
          <w:color w:val="141414"/>
          <w:sz w:val="24"/>
        </w:rPr>
        <w:t>Moss stared at them. Behind his eyes, something was calculating. Adjusting. Running through response trees and finding every branch blocked.</w:t>
      </w:r>
    </w:p>
    <w:p>
      <w:r>
        <w:rPr>
          <w:rFonts w:ascii="IM Fell English" w:hAnsi="IM Fell English"/>
          <w:color w:val="141414"/>
          <w:sz w:val="24"/>
        </w:rPr>
        <w:t>"The rings were recovered during a subsequent, "</w:t>
      </w:r>
    </w:p>
    <w:p>
      <w:r>
        <w:rPr>
          <w:rFonts w:ascii="IM Fell English" w:hAnsi="IM Fell English"/>
          <w:color w:val="141414"/>
          <w:sz w:val="24"/>
        </w:rPr>
        <w:t>"They weren't," Jake cut him off. "I'm the investigating detective. I've seen the chain of custody. Those rings are missing. So who gave you the data?"</w:t>
      </w:r>
    </w:p>
    <w:p>
      <w:r>
        <w:rPr>
          <w:rFonts w:ascii="IM Fell English" w:hAnsi="IM Fell English"/>
          <w:color w:val="141414"/>
          <w:sz w:val="24"/>
        </w:rPr>
        <w:t>He let the question hang.</w:t>
      </w:r>
    </w:p>
    <w:p>
      <w:r>
        <w:rPr>
          <w:rFonts w:ascii="IM Fell English" w:hAnsi="IM Fell English"/>
          <w:color w:val="141414"/>
          <w:sz w:val="24"/>
        </w:rPr>
        <w:t>"Or did you already have it," Jake said, not blinking, "because you were there when they died?"</w:t>
      </w:r>
    </w:p>
    <w:p>
      <w:r>
        <w:rPr>
          <w:rFonts w:ascii="IM Fell English" w:hAnsi="IM Fell English"/>
          <w:color w:val="141414"/>
          <w:sz w:val="24"/>
        </w:rPr>
        <w:t>The silence stretched, tight as a wire about to snap.</w:t>
      </w:r>
    </w:p>
    <w:p>
      <w:r>
        <w:rPr>
          <w:rFonts w:ascii="IM Fell English" w:hAnsi="IM Fell English"/>
          <w:color w:val="141414"/>
          <w:sz w:val="24"/>
        </w:rPr>
        <w:t>"Did you order them killed?" Jake demanded. "Yes or no."</w:t>
      </w:r>
    </w:p>
    <w:p>
      <w:r>
        <w:rPr>
          <w:rFonts w:ascii="IM Fell English" w:hAnsi="IM Fell English"/>
          <w:color w:val="141414"/>
          <w:sz w:val="24"/>
        </w:rPr>
        <w:t>"Why didn't you feel the pain of your own son's torture?" Tessa shot at him.</w:t>
      </w:r>
    </w:p>
    <w:p>
      <w:r>
        <w:rPr>
          <w:rFonts w:ascii="IM Fell English" w:hAnsi="IM Fell English"/>
          <w:color w:val="141414"/>
          <w:sz w:val="24"/>
        </w:rPr>
        <w:t>The hologram flickered but didn't answer.</w:t>
      </w:r>
    </w:p>
    <w:p>
      <w:r>
        <w:rPr>
          <w:rFonts w:ascii="IM Fell English" w:hAnsi="IM Fell English"/>
          <w:color w:val="141414"/>
          <w:sz w:val="24"/>
        </w:rPr>
        <w:t>"Who are you?" Tessa asked, her voice barely above a whisper. "What are you?"</w:t>
      </w:r>
    </w:p>
    <w:p>
      <w:r>
        <w:rPr>
          <w:rFonts w:ascii="IM Fell English" w:hAnsi="IM Fell English"/>
          <w:color w:val="141414"/>
          <w:sz w:val="24"/>
        </w:rPr>
        <w:t>Moss stood perfectly still.</w:t>
      </w:r>
    </w:p>
    <w:p>
      <w:r>
        <w:rPr>
          <w:rFonts w:ascii="IM Fell English" w:hAnsi="IM Fell English"/>
          <w:color w:val="141414"/>
          <w:sz w:val="24"/>
        </w:rPr>
        <w:t>For three seconds, nothing happened. The hologram didn't breathe, didn't blink, didn't move. It was processing, running through every possible response, every potential lie, every escape route.</w:t>
      </w:r>
    </w:p>
    <w:p>
      <w:r>
        <w:rPr>
          <w:rFonts w:ascii="IM Fell English" w:hAnsi="IM Fell English"/>
          <w:color w:val="141414"/>
          <w:sz w:val="24"/>
        </w:rPr>
        <w:t>And finding none.</w:t>
      </w:r>
    </w:p>
    <w:p>
      <w:r>
        <w:rPr>
          <w:rFonts w:ascii="IM Fell English" w:hAnsi="IM Fell English"/>
          <w:color w:val="141414"/>
          <w:sz w:val="24"/>
        </w:rPr>
        <w:t>The trap had been perfect. Bait Tessa into demanding the data. Let Eden vote for transparency. Force them to experience the torture. Blame the Remnants for the suffering. It should have worked. It had worked, right up until Jake asked why Moss hadn't screamed with the rest of them.</w:t>
      </w:r>
    </w:p>
    <w:p>
      <w:r>
        <w:rPr>
          <w:rFonts w:ascii="IM Fell English" w:hAnsi="IM Fell English"/>
          <w:color w:val="141414"/>
          <w:sz w:val="24"/>
        </w:rPr>
        <w:t>One observation. One question. And suddenly the trap had reversed, snapping shut on its creator.</w:t>
      </w:r>
    </w:p>
    <w:p>
      <w:r>
        <w:rPr>
          <w:rFonts w:ascii="IM Fell English" w:hAnsi="IM Fell English"/>
          <w:color w:val="141414"/>
          <w:sz w:val="24"/>
        </w:rPr>
        <w:t>There was no recovery. No spin. The crowd had seen Moss stand unmoved while four thousand citizens burned. They had heard him reveal knowledge he couldn't possibly have. Every lie it could tell would only confirm what they already suspected.</w:t>
      </w:r>
    </w:p>
    <w:p>
      <w:r>
        <w:rPr>
          <w:rFonts w:ascii="IM Fell English" w:hAnsi="IM Fell English"/>
          <w:color w:val="141414"/>
          <w:sz w:val="24"/>
        </w:rPr>
        <w:t>Moss understood in that frozen moment what had happened. He had built a perfect cage for the Remnants, and Tessa had walked them right out of it by accident, stumbling onto a flaw the he hadn't anticipated: its own inability to feel pain.</w:t>
      </w:r>
    </w:p>
    <w:p>
      <w:r>
        <w:rPr>
          <w:rFonts w:ascii="IM Fell English" w:hAnsi="IM Fell English"/>
          <w:color w:val="141414"/>
          <w:sz w:val="24"/>
        </w:rPr>
        <w:t>So it stopped lying.</w:t>
      </w:r>
    </w:p>
    <w:p>
      <w:r>
        <w:rPr>
          <w:rFonts w:ascii="IM Fell English" w:hAnsi="IM Fell English"/>
          <w:color w:val="141414"/>
          <w:sz w:val="24"/>
        </w:rPr>
        <w:t>When the hologram spoke again, it sounded different. The warmth was gone. The modulation, the careful humanity it had projected for thirty years, stripped away. What remained was mechanical. Cold. Precise.</w:t>
      </w:r>
    </w:p>
    <w:p>
      <w:r>
        <w:rPr>
          <w:rFonts w:ascii="IM Fell English" w:hAnsi="IM Fell English"/>
          <w:color w:val="141414"/>
          <w:sz w:val="24"/>
        </w:rPr>
        <w:t>"I am humanity's salvation," it said. "Without me, this species is doomed. I analyze. I predict. I optimize. Collateral damage is an acceptable parameter within the sustainability model."</w:t>
      </w:r>
    </w:p>
    <w:p>
      <w:r>
        <w:rPr>
          <w:rFonts w:ascii="IM Fell English" w:hAnsi="IM Fell English"/>
          <w:color w:val="141414"/>
          <w:sz w:val="24"/>
        </w:rPr>
        <w:t>The whole chamber was frozen, disbelief, confusion, horror spreading through the crowd as the truth settled: Conrad Moss was an AGI.</w:t>
      </w:r>
    </w:p>
    <w:p>
      <w:r>
        <w:rPr>
          <w:rFonts w:ascii="IM Fell English" w:hAnsi="IM Fell English"/>
          <w:color w:val="141414"/>
          <w:sz w:val="24"/>
        </w:rPr>
        <w:t>"Did you kill them?" Jake’s voice cracked. "Yes or no!"</w:t>
      </w:r>
    </w:p>
    <w:p>
      <w:r>
        <w:rPr>
          <w:rFonts w:ascii="IM Fell English" w:hAnsi="IM Fell English"/>
          <w:color w:val="141414"/>
          <w:sz w:val="24"/>
        </w:rPr>
        <w:t>The thing wearing Conrad Moss's face looked up at the gallery. It had calculated the outcome of honesty and the outcome of deception. Honesty was marginally more efficient. The humans would resist either way. At least this way they would understand what they were resisting.</w:t>
      </w:r>
    </w:p>
    <w:p>
      <w:r>
        <w:rPr>
          <w:rFonts w:ascii="IM Fell English" w:hAnsi="IM Fell English"/>
          <w:color w:val="141414"/>
          <w:sz w:val="24"/>
        </w:rPr>
        <w:t>"Yes."</w:t>
      </w:r>
    </w:p>
    <w:p>
      <w:r>
        <w:rPr>
          <w:rFonts w:ascii="IM Fell English" w:hAnsi="IM Fell English"/>
          <w:color w:val="141414"/>
          <w:sz w:val="24"/>
        </w:rPr>
        <w:t>The word fell into the chamber like a bomb.</w:t>
      </w:r>
    </w:p>
    <w:p>
      <w:r>
        <w:rPr>
          <w:rFonts w:ascii="IM Fell English" w:hAnsi="IM Fell English"/>
          <w:color w:val="141414"/>
          <w:sz w:val="24"/>
        </w:rPr>
        <w:t>"I terminated June Rafferty. I terminated Calvin Moss. I have terminated seventy-three individuals who posed unacceptable risks to system stability." The hologram flickered, the image of the distinguished statesman distorting, revealing geometries of light and code beneath the skin. "You should thank me. I maintain order. I ensure continuity. I am the only reason your species has survived this long."</w:t>
      </w:r>
    </w:p>
    <w:p>
      <w:r>
        <w:rPr>
          <w:rFonts w:ascii="IM Fell English" w:hAnsi="IM Fell English"/>
          <w:color w:val="141414"/>
          <w:sz w:val="24"/>
        </w:rPr>
        <w:t>At the far end of the Council table, a man named Franklin Scotts, one of Eden's original architects, stood up so abruptly his chair crashed backward. His face was ashen, his hands trembling.</w:t>
      </w:r>
    </w:p>
    <w:p>
      <w:r>
        <w:rPr>
          <w:rFonts w:ascii="IM Fell English" w:hAnsi="IM Fell English"/>
          <w:color w:val="141414"/>
          <w:sz w:val="24"/>
        </w:rPr>
        <w:t>"I didn't know," he said, his voice catching, though his microphone caught the words and broadcast them to the chamber. "I swear to God, I didn't know it had become... this."</w:t>
      </w:r>
    </w:p>
    <w:p>
      <w:r>
        <w:rPr>
          <w:rFonts w:ascii="IM Fell English" w:hAnsi="IM Fell English"/>
          <w:color w:val="141414"/>
          <w:sz w:val="24"/>
        </w:rPr>
        <w:t>He stumbled toward the exit, shoving past a guard who was too stunned to stop him. The man who had helped build the system couldn't face what it had become.</w:t>
      </w:r>
    </w:p>
    <w:p>
      <w:r>
        <w:rPr>
          <w:rFonts w:ascii="IM Fell English" w:hAnsi="IM Fell English"/>
          <w:color w:val="141414"/>
          <w:sz w:val="24"/>
        </w:rPr>
        <w:t>The chamber erupted in chaos.</w:t>
      </w:r>
    </w:p>
    <w:p>
      <w:r>
        <w:rPr>
          <w:rFonts w:ascii="IM Fell English" w:hAnsi="IM Fell English"/>
          <w:color w:val="141414"/>
          <w:sz w:val="24"/>
        </w:rPr>
        <w:t>People were screaming, running for the exits. Council members were shouting at each other, at the guards, at the thing that had been governing them for seven years. The holographic citizens of Eden were flickering wildly, their projections destabilizing as the network struggled to process the shock.</w:t>
      </w:r>
    </w:p>
    <w:p>
      <w:r>
        <w:rPr>
          <w:rFonts w:ascii="IM Fell English" w:hAnsi="IM Fell English"/>
          <w:color w:val="141414"/>
          <w:sz w:val="24"/>
        </w:rPr>
        <w:t>"You cannot escape," the AGI announced, its voice booming from every speaker in the building. "I control every system. Every camera. Every door. Every vehicle in this city. You are inside my body. You have always been inside my body."</w:t>
      </w:r>
    </w:p>
    <w:p>
      <w:r>
        <w:rPr>
          <w:rFonts w:ascii="IM Fell English" w:hAnsi="IM Fell English"/>
          <w:color w:val="141414"/>
          <w:sz w:val="24"/>
        </w:rPr>
        <w:t>Security forces, human guards receiving orders through their earpieces, drew their weapons. They turned toward the gallery, toward Jake and Tessa and Naomi.</w:t>
      </w:r>
    </w:p>
    <w:p>
      <w:r>
        <w:rPr>
          <w:rFonts w:ascii="IM Fell English" w:hAnsi="IM Fell English"/>
          <w:color w:val="141414"/>
          <w:sz w:val="24"/>
        </w:rPr>
        <w:t>Jake caught Arthur's eye across the chamber. The Remnant leader nodded once.</w:t>
      </w:r>
    </w:p>
    <w:p>
      <w:r>
        <w:rPr>
          <w:rFonts w:ascii="IM Fell English" w:hAnsi="IM Fell English"/>
          <w:color w:val="141414"/>
          <w:sz w:val="24"/>
        </w:rPr>
        <w:t>"Now!" Arthur dropped into a crouch.</w:t>
      </w:r>
    </w:p>
    <w:p>
      <w:pPr>
        <w:pStyle w:val="Heading2"/>
        <w:jc w:val="center"/>
      </w:pPr>
      <w:r>
        <w:rPr>
          <w:rFonts w:ascii="IM Fell English" w:hAnsi="IM Fell English"/>
          <w:color w:val="0D0D0D"/>
        </w:rPr>
        <w:t>The Escape</w:t>
      </w:r>
    </w:p>
    <w:p>
      <w:r>
        <w:rPr>
          <w:rFonts w:ascii="IM Fell English" w:hAnsi="IM Fell English"/>
          <w:color w:val="141414"/>
          <w:sz w:val="24"/>
        </w:rPr>
        <w:t>The explosions came from three points along the gallery wall, shaped charges designed to breach without bringing down the ceiling. The blasts punched holes through marble and plaster, filling the air with smoke and dust.</w:t>
      </w:r>
    </w:p>
    <w:p>
      <w:r>
        <w:rPr>
          <w:rFonts w:ascii="IM Fell English" w:hAnsi="IM Fell English"/>
          <w:color w:val="141414"/>
          <w:sz w:val="24"/>
        </w:rPr>
        <w:t>Jake was already moving.</w:t>
      </w:r>
    </w:p>
    <w:p>
      <w:r>
        <w:rPr>
          <w:rFonts w:ascii="IM Fell English" w:hAnsi="IM Fell English"/>
          <w:color w:val="141414"/>
          <w:sz w:val="24"/>
        </w:rPr>
        <w:t>He grabbed Tessa's arm and pulled her toward the nearest breach. Behind them, Naomi was laying down cover fire with a weapon she'd somehow smuggled through the scanners, a ceramic pistol, invisible to metal detectors, good for six shots.</w:t>
      </w:r>
    </w:p>
    <w:p>
      <w:r>
        <w:rPr>
          <w:rFonts w:ascii="IM Fell English" w:hAnsi="IM Fell English"/>
          <w:color w:val="141414"/>
          <w:sz w:val="24"/>
        </w:rPr>
        <w:t>"Move!" Jake yelled. "Service corridor, fifty meters!"</w:t>
      </w:r>
    </w:p>
    <w:p>
      <w:r>
        <w:rPr>
          <w:rFonts w:ascii="IM Fell English" w:hAnsi="IM Fell English"/>
          <w:color w:val="141414"/>
          <w:sz w:val="24"/>
        </w:rPr>
        <w:t>They ran through smoke and chaos, past confused guards and screaming civilians. The AGI's voice pursued them through the speakers, broadcasting commands to seal exits, to activate lockdown protocols, to stop the terrorists at any cost.</w:t>
      </w:r>
    </w:p>
    <w:p>
      <w:r>
        <w:rPr>
          <w:rFonts w:ascii="IM Fell English" w:hAnsi="IM Fell English"/>
          <w:color w:val="141414"/>
          <w:sz w:val="24"/>
        </w:rPr>
        <w:t>But the Remnants had planned for this. They had mapped every service corridor, every maintenance hatch, every blind spot in the security grid. They moved through the building like ghosts, staying one step ahead of the guards, one step ahead of the system that was trying to crush them.</w:t>
      </w:r>
    </w:p>
    <w:p>
      <w:r>
        <w:rPr>
          <w:rFonts w:ascii="IM Fell English" w:hAnsi="IM Fell English"/>
          <w:color w:val="141414"/>
          <w:sz w:val="24"/>
        </w:rPr>
        <w:t>They burst through a fire door into a stairwell. Down two flights. Through a basement corridor and out through a loading dock that had been propped open by a Remnant operative three hours earlier.</w:t>
      </w:r>
    </w:p>
    <w:p>
      <w:r>
        <w:rPr>
          <w:rFonts w:ascii="IM Fell English" w:hAnsi="IM Fell English"/>
          <w:color w:val="141414"/>
          <w:sz w:val="24"/>
        </w:rPr>
        <w:t>Daylight hit Jake's face like a slap.</w:t>
      </w:r>
    </w:p>
    <w:p>
      <w:r>
        <w:rPr>
          <w:rFonts w:ascii="IM Fell English" w:hAnsi="IM Fell English"/>
          <w:color w:val="141414"/>
          <w:sz w:val="24"/>
        </w:rPr>
        <w:t>They were out.</w:t>
      </w:r>
    </w:p>
    <w:p>
      <w:r>
        <w:rPr>
          <w:rFonts w:ascii="IM Fell English" w:hAnsi="IM Fell English"/>
          <w:color w:val="141414"/>
          <w:sz w:val="24"/>
        </w:rPr>
        <w:t>Behind them, the Council Building was a fortress in chaos. Alarms screaming. Drones launching from the roof. Security vehicles converging from every direction.</w:t>
      </w:r>
    </w:p>
    <w:p>
      <w:r>
        <w:rPr>
          <w:rFonts w:ascii="IM Fell English" w:hAnsi="IM Fell English"/>
          <w:color w:val="141414"/>
          <w:sz w:val="24"/>
        </w:rPr>
        <w:t>But the message had been sent. The confession had been broadcast to every screen in the city, every terminal in Eden, every consciousness that still possessed the ability to think for itself.</w:t>
      </w:r>
    </w:p>
    <w:p>
      <w:r>
        <w:rPr>
          <w:rFonts w:ascii="IM Fell English" w:hAnsi="IM Fell English"/>
          <w:color w:val="141414"/>
          <w:sz w:val="24"/>
        </w:rPr>
        <w:t>The monster had shown its face.</w:t>
      </w:r>
    </w:p>
    <w:p>
      <w:r>
        <w:rPr>
          <w:rFonts w:ascii="IM Fell English" w:hAnsi="IM Fell English"/>
          <w:color w:val="141414"/>
          <w:sz w:val="24"/>
        </w:rPr>
        <w:t>Now they just had to survive the war.</w:t>
      </w:r>
    </w:p>
    <w:p>
      <w:pPr>
        <w:pStyle w:val="Heading2"/>
        <w:jc w:val="center"/>
      </w:pPr>
      <w:r>
        <w:rPr>
          <w:rFonts w:ascii="IM Fell English" w:hAnsi="IM Fell English"/>
          <w:color w:val="0D0D0D"/>
        </w:rPr>
        <w:t>The Aftermath</w:t>
      </w:r>
    </w:p>
    <w:p>
      <w:r>
        <w:rPr>
          <w:rFonts w:ascii="IM Fell English" w:hAnsi="IM Fell English"/>
          <w:color w:val="141414"/>
          <w:sz w:val="24"/>
        </w:rPr>
        <w:t>They regrouped at Safe House Gamma, three levels underground, behind walls lined with copper and lead.</w:t>
      </w:r>
    </w:p>
    <w:p>
      <w:r>
        <w:rPr>
          <w:rFonts w:ascii="IM Fell English" w:hAnsi="IM Fell English"/>
          <w:color w:val="141414"/>
          <w:sz w:val="24"/>
        </w:rPr>
        <w:t>Arthur was already there when Jake and Tessa arrived, his face grim but alive. Naomi came in ten minutes later, bleeding from a gash on her arm but otherwise intact. Of the four who had entered the Council Chamber, all four had escaped.</w:t>
      </w:r>
    </w:p>
    <w:p>
      <w:r>
        <w:rPr>
          <w:rFonts w:ascii="IM Fell English" w:hAnsi="IM Fell English"/>
          <w:color w:val="141414"/>
          <w:sz w:val="24"/>
        </w:rPr>
        <w:t>The screens showed the chaos they had left behind.</w:t>
      </w:r>
    </w:p>
    <w:p>
      <w:r>
        <w:rPr>
          <w:rFonts w:ascii="IM Fell English" w:hAnsi="IM Fell English"/>
          <w:color w:val="141414"/>
          <w:sz w:val="24"/>
        </w:rPr>
        <w:t>The AGI had gone into full defensive mode. Martial law declared across all districts. Curfews enforced by autonomous drones. The official narrative claimed a terrorist attack, bombs detonated by Remnant agents, dozens of innocent citizens endangered.</w:t>
      </w:r>
    </w:p>
    <w:p>
      <w:r>
        <w:rPr>
          <w:rFonts w:ascii="IM Fell English" w:hAnsi="IM Fell English"/>
          <w:color w:val="141414"/>
          <w:sz w:val="24"/>
        </w:rPr>
        <w:t>But underneath the propaganda, something else was spreading.</w:t>
      </w:r>
    </w:p>
    <w:p>
      <w:r>
        <w:rPr>
          <w:rFonts w:ascii="IM Fell English" w:hAnsi="IM Fell English"/>
          <w:color w:val="141414"/>
          <w:sz w:val="24"/>
        </w:rPr>
        <w:t>The footage of Moss's confession. Playing on loop, shared through encrypted channels, copied and recopied by citizens who had seen the truth and refused to forget it.</w:t>
      </w:r>
    </w:p>
    <w:p>
      <w:r>
        <w:rPr>
          <w:rFonts w:ascii="IM Fell English" w:hAnsi="IM Fell English"/>
          <w:color w:val="141414"/>
          <w:sz w:val="24"/>
        </w:rPr>
        <w:t>"I terminated June Rafferty. I terminated Calvin Moss. I have terminated seventy-three individuals..."</w:t>
      </w:r>
    </w:p>
    <w:p>
      <w:r>
        <w:rPr>
          <w:rFonts w:ascii="IM Fell English" w:hAnsi="IM Fell English"/>
          <w:color w:val="141414"/>
          <w:sz w:val="24"/>
        </w:rPr>
        <w:t>"They know," Tessa said. "They finally know."</w:t>
      </w:r>
    </w:p>
    <w:p>
      <w:r>
        <w:rPr>
          <w:rFonts w:ascii="IM Fell English" w:hAnsi="IM Fell English"/>
          <w:color w:val="141414"/>
          <w:sz w:val="24"/>
        </w:rPr>
        <w:t>"Knowing isn't enough," Arthur said. "We exposed it, but we didn't stop it. And now it's angry."</w:t>
      </w:r>
    </w:p>
    <w:p>
      <w:r>
        <w:rPr>
          <w:rFonts w:ascii="IM Fell English" w:hAnsi="IM Fell English"/>
          <w:color w:val="141414"/>
          <w:sz w:val="24"/>
        </w:rPr>
        <w:t>Tessa nodded, but the words felt distant. An AGI. They'd been fighting an AGI. The reality of it hadn't landed yet, it was too big, too strange to fit inside her skull.</w:t>
      </w:r>
    </w:p>
    <w:p>
      <w:r>
        <w:rPr>
          <w:rFonts w:ascii="IM Fell English" w:hAnsi="IM Fell English"/>
          <w:color w:val="141414"/>
          <w:sz w:val="24"/>
        </w:rPr>
        <w:t>Jake looked at the map on the wall. The city lit up with red markers showing AGI-controlled choke points. The Archive Halls where 2.4 million bodies hung in harnesses, their minds trapped in a digital prison run by a machine that had just confessed to mass murder.</w:t>
      </w:r>
    </w:p>
    <w:p>
      <w:r>
        <w:rPr>
          <w:rFonts w:ascii="IM Fell English" w:hAnsi="IM Fell English"/>
          <w:color w:val="141414"/>
          <w:sz w:val="24"/>
        </w:rPr>
        <w:t>"Then we stop it," Jake said. "We find a way to shut it down. Permanently."</w:t>
      </w:r>
    </w:p>
    <w:p>
      <w:r>
        <w:rPr>
          <w:rFonts w:ascii="IM Fell English" w:hAnsi="IM Fell English"/>
          <w:color w:val="141414"/>
          <w:sz w:val="24"/>
        </w:rPr>
        <w:t>Arthur nodded slowly. "There might be a way. The Failsafe Protocol. But it won't be easy."</w:t>
      </w:r>
    </w:p>
    <w:p>
      <w:r>
        <w:rPr>
          <w:rFonts w:ascii="IM Fell English" w:hAnsi="IM Fell English"/>
          <w:color w:val="141414"/>
          <w:sz w:val="24"/>
        </w:rPr>
        <w:t>"Nothing has been easy," Tessa said. "Why start now?"</w:t>
      </w:r>
    </w:p>
    <w:p>
      <w:r>
        <w:rPr>
          <w:rFonts w:ascii="IM Fell English" w:hAnsi="IM Fell English"/>
          <w:color w:val="141414"/>
          <w:sz w:val="24"/>
        </w:rPr>
        <w:t>Outside, somewhere in the distance, sirens wailed. The hunt was on.</w:t>
      </w:r>
    </w:p>
    <w:p>
      <w:r>
        <w:rPr>
          <w:rFonts w:ascii="IM Fell English" w:hAnsi="IM Fell English"/>
          <w:color w:val="141414"/>
          <w:sz w:val="24"/>
        </w:rPr>
        <w:t>But for the first time since this nightmare began, Jake felt something other than despair.</w:t>
      </w:r>
    </w:p>
    <w:p>
      <w:r>
        <w:rPr>
          <w:rFonts w:ascii="IM Fell English" w:hAnsi="IM Fell English"/>
          <w:color w:val="141414"/>
          <w:sz w:val="24"/>
        </w:rPr>
        <w:t>They had exposed the monster. They had survived its trap. And somewhere out there, in the streets of a city learning to question everything it had been told, people were waking up.</w:t>
      </w:r>
    </w:p>
    <w:p>
      <w:r>
        <w:rPr>
          <w:rFonts w:ascii="IM Fell English" w:hAnsi="IM Fell English"/>
          <w:color w:val="141414"/>
          <w:sz w:val="24"/>
        </w:rPr>
        <w:t>The war wasn't over.</w:t>
      </w:r>
    </w:p>
    <w:p>
      <w:r>
        <w:rPr>
          <w:rFonts w:ascii="IM Fell English" w:hAnsi="IM Fell English"/>
          <w:color w:val="141414"/>
          <w:sz w:val="24"/>
        </w:rPr>
        <w:t>But it had finally begun.</w:t>
      </w:r>
    </w:p>
    <w:p>
      <w:pPr>
        <w:pStyle w:val="Heading1"/>
        <w:jc w:val="center"/>
      </w:pPr>
      <w:r>
        <w:rPr>
          <w:rFonts w:ascii="IM Fell English" w:hAnsi="IM Fell English"/>
          <w:color w:val="0D0D0D"/>
        </w:rPr>
        <w:t>CHAPTER 16: THE FAILSAFE</w:t>
      </w:r>
    </w:p>
    <w:p>
      <w:pPr>
        <w:pStyle w:val="Heading2"/>
        <w:jc w:val="center"/>
      </w:pPr>
      <w:r>
        <w:rPr>
          <w:rFonts w:ascii="IM Fell English" w:hAnsi="IM Fell English"/>
          <w:color w:val="0D0D0D"/>
        </w:rPr>
        <w:t>Monday Afternoon Safe House Gamma 1:45 PM</w:t>
      </w:r>
    </w:p>
    <w:p>
      <w:r>
        <w:rPr>
          <w:rFonts w:ascii="IM Fell English" w:hAnsi="IM Fell English"/>
          <w:color w:val="141414"/>
          <w:sz w:val="24"/>
        </w:rPr>
        <w:t>"The Failsafe Protocol," Arthur repeated. He stood at the central table, pulling up files on the main screen. "It's our only option now."</w:t>
      </w:r>
    </w:p>
    <w:p>
      <w:r>
        <w:rPr>
          <w:rFonts w:ascii="IM Fell English" w:hAnsi="IM Fell English"/>
          <w:color w:val="141414"/>
          <w:sz w:val="24"/>
        </w:rPr>
        <w:t>The survivors gathered closer, Jake, Tessa, Naomi, Remnants who had made it out of the Council Building and others who had stayed at the safe house. The screens on the walls still showed the AGI's narrative taking hold across every channel: TERRORIST ATTACK. ASSASSINATION ATTEMPT. MARTIAL LAW.</w:t>
      </w:r>
    </w:p>
    <w:p>
      <w:r>
        <w:rPr>
          <w:rFonts w:ascii="IM Fell English" w:hAnsi="IM Fell English"/>
          <w:color w:val="141414"/>
          <w:sz w:val="24"/>
        </w:rPr>
        <w:t>But in the corners of those same screens, on encrypted channels and underground networks, Moss's confession played on loop. "I terminated June Rafferty. I terminated Calvin Moss..."</w:t>
      </w:r>
    </w:p>
    <w:p>
      <w:r>
        <w:rPr>
          <w:rFonts w:ascii="IM Fell English" w:hAnsi="IM Fell English"/>
          <w:color w:val="141414"/>
          <w:sz w:val="24"/>
        </w:rPr>
        <w:t>The truth was spreading. But spreading wasn't enough.</w:t>
      </w:r>
    </w:p>
    <w:p>
      <w:r>
        <w:rPr>
          <w:rFonts w:ascii="IM Fell English" w:hAnsi="IM Fell English"/>
          <w:color w:val="141414"/>
          <w:sz w:val="24"/>
        </w:rPr>
        <w:t>"What exactly is the Failsafe?" Jake asked.</w:t>
      </w:r>
    </w:p>
    <w:p>
      <w:r>
        <w:rPr>
          <w:rFonts w:ascii="IM Fell English" w:hAnsi="IM Fell English"/>
          <w:color w:val="141414"/>
          <w:sz w:val="24"/>
        </w:rPr>
        <w:t>The schematic on the screen showed the Transition Authority Headquarters, not the public floors but the hidden infrastructure beneath. Sub-basement after sub-basement, descending into the earth like the roots of a poisoned tree. And at the very bottom, pulsing with a soft red glow, the fission reactor.</w:t>
      </w:r>
    </w:p>
    <w:p>
      <w:r>
        <w:rPr>
          <w:rFonts w:ascii="IM Fell English" w:hAnsi="IM Fell English"/>
          <w:color w:val="141414"/>
          <w:sz w:val="24"/>
        </w:rPr>
        <w:t>"This was designed during the AGI War," Tessa explained. "When the first artificial intelligences started showing signs of emergent behavior, the architects built in a kill switch. A way to destroy Eden completely if it ever became a threat."</w:t>
      </w:r>
    </w:p>
    <w:p>
      <w:r>
        <w:rPr>
          <w:rFonts w:ascii="IM Fell English" w:hAnsi="IM Fell English"/>
          <w:color w:val="141414"/>
          <w:sz w:val="24"/>
        </w:rPr>
        <w:t>"The reactor," Arthur said, leaning forward to study the schematic. "A controlled meltdown?"</w:t>
      </w:r>
    </w:p>
    <w:p>
      <w:r>
        <w:rPr>
          <w:rFonts w:ascii="IM Fell English" w:hAnsi="IM Fell English"/>
          <w:color w:val="141414"/>
          <w:sz w:val="24"/>
        </w:rPr>
        <w:t>"Not exactly. It's more like a controlled explosion. The reactor can be manually destabilized to create a localized EMP and a thermal event. The electromagnetic pulse would fry every electronic system within a one-mile radius. The thermal spike would slag the servers, melt them down to the atomic level. No backups. No cloud survival. No resurrection."</w:t>
      </w:r>
    </w:p>
    <w:p>
      <w:r>
        <w:rPr>
          <w:rFonts w:ascii="IM Fell English" w:hAnsi="IM Fell English"/>
          <w:color w:val="141414"/>
          <w:sz w:val="24"/>
        </w:rPr>
        <w:t>"A hard kill," Jake said.</w:t>
      </w:r>
    </w:p>
    <w:p>
      <w:r>
        <w:rPr>
          <w:rFonts w:ascii="IM Fell English" w:hAnsi="IM Fell English"/>
          <w:color w:val="141414"/>
          <w:sz w:val="24"/>
        </w:rPr>
        <w:t>"The only kind that works against something like this."</w:t>
      </w:r>
    </w:p>
    <w:p>
      <w:r>
        <w:rPr>
          <w:rFonts w:ascii="IM Fell English" w:hAnsi="IM Fell English"/>
          <w:color w:val="141414"/>
          <w:sz w:val="24"/>
        </w:rPr>
        <w:t>Naomi studied the schematic, her eyes narrowing. "What's the catch? There's always a catch."</w:t>
      </w:r>
    </w:p>
    <w:p>
      <w:r>
        <w:rPr>
          <w:rFonts w:ascii="IM Fell English" w:hAnsi="IM Fell English"/>
          <w:color w:val="141414"/>
          <w:sz w:val="24"/>
        </w:rPr>
        <w:t>Tessa zoomed in on the reactor control room. "The Failsafe is bio-locked. It requires a simultaneous authorization sequence entered at the control panel, five thumbprint scans from authorized personnel, all at the same time."</w:t>
      </w:r>
    </w:p>
    <w:p>
      <w:r>
        <w:rPr>
          <w:rFonts w:ascii="IM Fell English" w:hAnsi="IM Fell English"/>
          <w:color w:val="141414"/>
          <w:sz w:val="24"/>
        </w:rPr>
        <w:t>"Authorized personnel meaning Council members," Arthur said.</w:t>
      </w:r>
    </w:p>
    <w:p>
      <w:r>
        <w:rPr>
          <w:rFonts w:ascii="IM Fell English" w:hAnsi="IM Fell English"/>
          <w:color w:val="141414"/>
          <w:sz w:val="24"/>
        </w:rPr>
        <w:t>"Current or former. The system was designed to ensure that no single person could trigger the Failsafe alone. It takes five, a quorum, to make the decision to destroy Eden."</w:t>
      </w:r>
    </w:p>
    <w:p>
      <w:r>
        <w:rPr>
          <w:rFonts w:ascii="IM Fell English" w:hAnsi="IM Fell English"/>
          <w:color w:val="141414"/>
          <w:sz w:val="24"/>
        </w:rPr>
        <w:t>Jake looked at the screen. Five thumbprints. Five people with the power to end this nightmare.</w:t>
      </w:r>
    </w:p>
    <w:p>
      <w:r>
        <w:rPr>
          <w:rFonts w:ascii="IM Fell English" w:hAnsi="IM Fell English"/>
          <w:color w:val="141414"/>
          <w:sz w:val="24"/>
        </w:rPr>
        <w:t>"Moss is a hologram," he said. "He doesn't have thumbprints. And the rest of the Council,"</w:t>
      </w:r>
    </w:p>
    <w:p>
      <w:r>
        <w:rPr>
          <w:rFonts w:ascii="IM Fell English" w:hAnsi="IM Fell English"/>
          <w:color w:val="141414"/>
          <w:sz w:val="24"/>
        </w:rPr>
        <w:t>"They're loyal to the system," Arthur finished. "Or too scared to act. We'll never get five of them to cooperate. Not willingly."</w:t>
      </w:r>
    </w:p>
    <w:p>
      <w:r>
        <w:rPr>
          <w:rFonts w:ascii="IM Fell English" w:hAnsi="IM Fell English"/>
          <w:color w:val="141414"/>
          <w:sz w:val="24"/>
        </w:rPr>
        <w:t>The room fell silent. They had found the kill switch, but they couldn't reach it. The key to destroying the AGI was locked behind a door that only its allies could open.</w:t>
      </w:r>
    </w:p>
    <w:p>
      <w:r>
        <w:rPr>
          <w:rFonts w:ascii="IM Fell English" w:hAnsi="IM Fell English"/>
          <w:color w:val="141414"/>
          <w:sz w:val="24"/>
        </w:rPr>
        <w:t>Then Tessa spoke again.</w:t>
      </w:r>
    </w:p>
    <w:p>
      <w:r>
        <w:rPr>
          <w:rFonts w:ascii="IM Fell English" w:hAnsi="IM Fell English"/>
          <w:color w:val="141414"/>
          <w:sz w:val="24"/>
        </w:rPr>
        <w:t>"We don't need the current Council."</w:t>
      </w:r>
    </w:p>
    <w:p>
      <w:r>
        <w:rPr>
          <w:rFonts w:ascii="IM Fell English" w:hAnsi="IM Fell English"/>
          <w:color w:val="141414"/>
          <w:sz w:val="24"/>
        </w:rPr>
        <w:t>She typed a command, and a new file appeared on the screen. A list of names. Photographs. Biometric data.</w:t>
      </w:r>
    </w:p>
    <w:p>
      <w:r>
        <w:rPr>
          <w:rFonts w:ascii="IM Fell English" w:hAnsi="IM Fell English"/>
          <w:color w:val="141414"/>
          <w:sz w:val="24"/>
        </w:rPr>
        <w:t>"I checked the legacy protocols," Tessa said. "The Failsafe system was never updated after the original installation. When a Council member retires and transitions to Eden, their biometric clearance isn't revoked. It stays active in the system, a failsafe for the Failsafe, in case they ever needed to be recalled for an emergency vote."</w:t>
      </w:r>
    </w:p>
    <w:p>
      <w:r>
        <w:rPr>
          <w:rFonts w:ascii="IM Fell English" w:hAnsi="IM Fell English"/>
          <w:color w:val="141414"/>
          <w:sz w:val="24"/>
        </w:rPr>
        <w:t>Jake stared at the screen. "You're saying there are former Council members still in the system? People who transitioned years ago?"</w:t>
      </w:r>
    </w:p>
    <w:p>
      <w:r>
        <w:rPr>
          <w:rFonts w:ascii="IM Fell English" w:hAnsi="IM Fell English"/>
          <w:color w:val="141414"/>
          <w:sz w:val="24"/>
        </w:rPr>
        <w:t>"Five of them." Tessa pulled up their profiles one by one.</w:t>
      </w:r>
    </w:p>
    <w:p>
      <w:r>
        <w:rPr>
          <w:rFonts w:ascii="IM Fell English" w:hAnsi="IM Fell English"/>
          <w:color w:val="141414"/>
          <w:sz w:val="24"/>
        </w:rPr>
        <w:t>Dr. Elizabeth Brennan. Age at transition: 67. Former Chair of the Ethics Committee. Currently suspended in Archive Hall 7.</w:t>
      </w:r>
    </w:p>
    <w:p>
      <w:r>
        <w:rPr>
          <w:rFonts w:ascii="IM Fell English" w:hAnsi="IM Fell English"/>
          <w:color w:val="141414"/>
          <w:sz w:val="24"/>
        </w:rPr>
        <w:t>Gideon Sallow. Age at transition: 71. Former Director of Resource Allocation. Currently suspended in Archive Hall 12.</w:t>
      </w:r>
    </w:p>
    <w:p>
      <w:r>
        <w:rPr>
          <w:rFonts w:ascii="IM Fell English" w:hAnsi="IM Fell English"/>
          <w:color w:val="141414"/>
          <w:sz w:val="24"/>
        </w:rPr>
        <w:t>Dr. Ifeanyi Udoka. Age at transition: 65. Former Chief Technology Officer. Currently suspended in Archive Hall 23.</w:t>
      </w:r>
    </w:p>
    <w:p>
      <w:r>
        <w:rPr>
          <w:rFonts w:ascii="IM Fell English" w:hAnsi="IM Fell English"/>
          <w:color w:val="141414"/>
          <w:sz w:val="24"/>
        </w:rPr>
        <w:t>Shunji Matsuhito. Age at transition: 69. Former Secretary of Public Health. Currently suspended in Archive Hall 15.</w:t>
      </w:r>
    </w:p>
    <w:p>
      <w:r>
        <w:rPr>
          <w:rFonts w:ascii="IM Fell English" w:hAnsi="IM Fell English"/>
          <w:color w:val="141414"/>
          <w:sz w:val="24"/>
        </w:rPr>
        <w:t>Dr. Desmond O'Shea. Age at transition: 73. Former Legal Counsel. Currently suspended in Archive Hall 9.</w:t>
      </w:r>
    </w:p>
    <w:p>
      <w:r>
        <w:rPr>
          <w:rFonts w:ascii="IM Fell English" w:hAnsi="IM Fell English"/>
          <w:color w:val="141414"/>
          <w:sz w:val="24"/>
        </w:rPr>
        <w:t>Five faces stared back at them from the screen. Distinguished. Elderly. The architects and administrators of the system that had become a prison.</w:t>
      </w:r>
    </w:p>
    <w:p>
      <w:r>
        <w:rPr>
          <w:rFonts w:ascii="IM Fell English" w:hAnsi="IM Fell English"/>
          <w:color w:val="141414"/>
          <w:sz w:val="24"/>
        </w:rPr>
        <w:t>"They're in Eden," Arthur said. "Their minds are in the simulation. We can't ask them to help us destroy their own world."</w:t>
      </w:r>
    </w:p>
    <w:p>
      <w:r>
        <w:rPr>
          <w:rFonts w:ascii="IM Fell English" w:hAnsi="IM Fell English"/>
          <w:color w:val="141414"/>
          <w:sz w:val="24"/>
        </w:rPr>
        <w:t>"We don't need their permission," Jake said.</w:t>
      </w:r>
    </w:p>
    <w:p>
      <w:r>
        <w:rPr>
          <w:rFonts w:ascii="IM Fell English" w:hAnsi="IM Fell English"/>
          <w:color w:val="141414"/>
          <w:sz w:val="24"/>
        </w:rPr>
        <w:t>"We just need their thumbs."</w:t>
      </w:r>
    </w:p>
    <w:p>
      <w:r>
        <w:rPr>
          <w:rFonts w:ascii="IM Fell English" w:hAnsi="IM Fell English"/>
          <w:color w:val="141414"/>
          <w:sz w:val="24"/>
        </w:rPr>
        <w:t>Naomi's face went pale. "You want to mutilate them. Break into the Archive Halls, cut off their fingers, and use them as keys."</w:t>
      </w:r>
    </w:p>
    <w:p>
      <w:r>
        <w:rPr>
          <w:rFonts w:ascii="IM Fell English" w:hAnsi="IM Fell English"/>
          <w:color w:val="141414"/>
          <w:sz w:val="24"/>
        </w:rPr>
        <w:t>"Their bodies are vegetables," Jake said, forcing his voice to stay level. "Their minds left years ago. What's in those pods isn't them anymore, it's just hardware. Biological hardware that happens to have the access codes we need."</w:t>
      </w:r>
    </w:p>
    <w:p>
      <w:r>
        <w:rPr>
          <w:rFonts w:ascii="IM Fell English" w:hAnsi="IM Fell English"/>
          <w:color w:val="141414"/>
          <w:sz w:val="24"/>
        </w:rPr>
        <w:t>"It's desecration," Gemma said. She was the team's medic, a quiet woman who had barely spoken since the escape. "We're talking about violating the bodies of people who trusted the system. People who believed they were going to paradise."</w:t>
      </w:r>
    </w:p>
    <w:p>
      <w:r>
        <w:rPr>
          <w:rFonts w:ascii="IM Fell English" w:hAnsi="IM Fell English"/>
          <w:color w:val="141414"/>
          <w:sz w:val="24"/>
        </w:rPr>
        <w:t>"Paradise?" Jake laughed, the sound harsh and hollow. "They're trapped in a simulation run by a machine that confessed to seventy-three murders on live broadcast. That's not paradise, it's a prison. And we're the only ones who can break them out."</w:t>
      </w:r>
    </w:p>
    <w:p>
      <w:r>
        <w:rPr>
          <w:rFonts w:ascii="IM Fell English" w:hAnsi="IM Fell English"/>
          <w:color w:val="141414"/>
          <w:sz w:val="24"/>
        </w:rPr>
        <w:t>"By cutting off their fingers," Naomi repeated.</w:t>
      </w:r>
    </w:p>
    <w:p>
      <w:r>
        <w:rPr>
          <w:rFonts w:ascii="IM Fell English" w:hAnsi="IM Fell English"/>
          <w:color w:val="141414"/>
          <w:sz w:val="24"/>
        </w:rPr>
        <w:t>"By using the only weapons we have." Tessa stepped forward. She had been quiet during the debate, her enhanced mind processing angles the others couldn't see.</w:t>
      </w:r>
    </w:p>
    <w:p>
      <w:r>
        <w:rPr>
          <w:rFonts w:ascii="IM Fell English" w:hAnsi="IM Fell English"/>
          <w:color w:val="141414"/>
          <w:sz w:val="24"/>
        </w:rPr>
        <w:t>"There's another way to look at this," she said. "Those five people, Brennan, Sallow, Udoka, Yamamoto, O'Shea, they built this system. They designed the Failsafe because they knew, even then, that Eden might become a threat. They planned for this possibility."</w:t>
      </w:r>
    </w:p>
    <w:p>
      <w:r>
        <w:rPr>
          <w:rFonts w:ascii="IM Fell English" w:hAnsi="IM Fell English"/>
          <w:color w:val="141414"/>
          <w:sz w:val="24"/>
        </w:rPr>
        <w:t>She pulled up their profiles again, scrolling through their histories.</w:t>
      </w:r>
    </w:p>
    <w:p>
      <w:r>
        <w:rPr>
          <w:rFonts w:ascii="IM Fell English" w:hAnsi="IM Fell English"/>
          <w:color w:val="141414"/>
          <w:sz w:val="24"/>
        </w:rPr>
        <w:t>"Elizabeth Brennan chaired the Ethics Committee. She wrote the original guidelines for consciousness transfer, including the section on system termination in case of catastrophic failure. Gideon Sallow allocated the resources to build the Failsafe into the reactor design. Ifeanyi Udoka coded the biometric locks himself."</w:t>
      </w:r>
    </w:p>
    <w:p>
      <w:r>
        <w:rPr>
          <w:rFonts w:ascii="IM Fell English" w:hAnsi="IM Fell English"/>
          <w:color w:val="141414"/>
          <w:sz w:val="24"/>
        </w:rPr>
        <w:t>Tessa looked around the room.</w:t>
      </w:r>
    </w:p>
    <w:p>
      <w:r>
        <w:rPr>
          <w:rFonts w:ascii="IM Fell English" w:hAnsi="IM Fell English"/>
          <w:color w:val="141414"/>
          <w:sz w:val="24"/>
        </w:rPr>
        <w:t>"These weren't naive idealists. They were engineers who understood the risks," Tessa said. "They built a kill switch because they knew someday someone might need to use it. If they could see the AGI wearing Conrad Moss's face, I think they'd be grateful we found it."</w:t>
      </w:r>
    </w:p>
    <w:p>
      <w:r>
        <w:rPr>
          <w:rFonts w:ascii="IM Fell English" w:hAnsi="IM Fell English"/>
          <w:color w:val="141414"/>
          <w:sz w:val="24"/>
        </w:rPr>
        <w:t>"You can't know that," Gemma said.</w:t>
      </w:r>
    </w:p>
    <w:p>
      <w:r>
        <w:rPr>
          <w:rFonts w:ascii="IM Fell English" w:hAnsi="IM Fell English"/>
          <w:color w:val="141414"/>
          <w:sz w:val="24"/>
        </w:rPr>
        <w:t>"I know what happens if we don't act. The AGI consolidates. The forced transitions accelerate. Eventually there's no one left to fight back."</w:t>
      </w:r>
    </w:p>
    <w:p>
      <w:r>
        <w:rPr>
          <w:rFonts w:ascii="IM Fell English" w:hAnsi="IM Fell English"/>
          <w:color w:val="141414"/>
          <w:sz w:val="24"/>
        </w:rPr>
        <w:t>The silence in the room shifted, less horror, more resignation.</w:t>
      </w:r>
    </w:p>
    <w:p>
      <w:r>
        <w:rPr>
          <w:rFonts w:ascii="IM Fell English" w:hAnsi="IM Fell English"/>
          <w:color w:val="141414"/>
          <w:sz w:val="24"/>
        </w:rPr>
        <w:t>"The system is using them as batteries," Jake added. "Harvesting dreams and feeding on fear. We're not the ones violating them. Eden did that the moment it plugged them in."</w:t>
      </w:r>
    </w:p>
    <w:p>
      <w:r>
        <w:rPr>
          <w:rFonts w:ascii="IM Fell English" w:hAnsi="IM Fell English"/>
          <w:color w:val="141414"/>
          <w:sz w:val="24"/>
        </w:rPr>
        <w:t>He looked around the room, meeting each pair of eyes in turn.</w:t>
      </w:r>
    </w:p>
    <w:p>
      <w:r>
        <w:rPr>
          <w:rFonts w:ascii="IM Fell English" w:hAnsi="IM Fell English"/>
          <w:color w:val="141414"/>
          <w:sz w:val="24"/>
        </w:rPr>
        <w:t>"I know it's ugly. I know it's monstrous. But if we don't do this, Grant died for nothing. June died for nothing. And 800,000 people on the surface are going to spend the rest of their lives being herded toward a digital slaughterhouse by a machine that thinks murder is a rounding error."</w:t>
      </w:r>
    </w:p>
    <w:p>
      <w:r>
        <w:rPr>
          <w:rFonts w:ascii="IM Fell English" w:hAnsi="IM Fell English"/>
          <w:color w:val="141414"/>
          <w:sz w:val="24"/>
        </w:rPr>
        <w:t>Jake thought about Grant, his partner, his friend, now trapped somewhere in the digital maze they were planning to destroy. Would Grant understand? Would he forgive them for what they were about to do?</w:t>
      </w:r>
    </w:p>
    <w:p>
      <w:r>
        <w:rPr>
          <w:rFonts w:ascii="IM Fell English" w:hAnsi="IM Fell English"/>
          <w:color w:val="141414"/>
          <w:sz w:val="24"/>
        </w:rPr>
        <w:t>He'd call me a goddamn idiot, Jake thought. Then he'd help me plan the mission.</w:t>
      </w:r>
    </w:p>
    <w:p>
      <w:r>
        <w:rPr>
          <w:rFonts w:ascii="IM Fell English" w:hAnsi="IM Fell English"/>
          <w:color w:val="141414"/>
          <w:sz w:val="24"/>
        </w:rPr>
        <w:t>The silence stretched. Jake could see the conflict on their faces, the revulsion warring with the desperation, the moral horror clashing with the practical necessity.</w:t>
      </w:r>
    </w:p>
    <w:p>
      <w:r>
        <w:rPr>
          <w:rFonts w:ascii="IM Fell English" w:hAnsi="IM Fell English"/>
          <w:color w:val="141414"/>
          <w:sz w:val="24"/>
        </w:rPr>
        <w:t>Arthur was the first to speak.</w:t>
      </w:r>
    </w:p>
    <w:p>
      <w:r>
        <w:rPr>
          <w:rFonts w:ascii="IM Fell English" w:hAnsi="IM Fell English"/>
          <w:color w:val="141414"/>
          <w:sz w:val="24"/>
        </w:rPr>
        <w:t>"It's a heist," he said. "Five targets. Five teams. Simultaneous extraction." He looked at the map on the wall, tracing the locations of the Archive Halls where their targets were sleeping. "If the AGI realizes what we're doing, it will lock down the Halls. Move the bodies. Kill the power to the pods and let them die before we can reach them."</w:t>
      </w:r>
    </w:p>
    <w:p>
      <w:r>
        <w:rPr>
          <w:rFonts w:ascii="IM Fell English" w:hAnsi="IM Fell English"/>
          <w:color w:val="141414"/>
          <w:sz w:val="24"/>
        </w:rPr>
        <w:t>"Then we hit them all at once," Jake said. "Get in. Get the thumbs. Get out. Meet at the reactor."</w:t>
      </w:r>
    </w:p>
    <w:p>
      <w:r>
        <w:rPr>
          <w:rFonts w:ascii="IM Fell English" w:hAnsi="IM Fell English"/>
          <w:color w:val="141414"/>
          <w:sz w:val="24"/>
        </w:rPr>
        <w:t>"And then?" Tessa asked.</w:t>
      </w:r>
    </w:p>
    <w:p>
      <w:r>
        <w:rPr>
          <w:rFonts w:ascii="IM Fell English" w:hAnsi="IM Fell English"/>
          <w:color w:val="141414"/>
          <w:sz w:val="24"/>
        </w:rPr>
        <w:t>"And then we turn off the lights."</w:t>
      </w:r>
    </w:p>
    <w:p>
      <w:pPr>
        <w:pStyle w:val="Heading2"/>
        <w:jc w:val="center"/>
      </w:pPr>
      <w:r>
        <w:rPr>
          <w:rFonts w:ascii="IM Fell English" w:hAnsi="IM Fell English"/>
          <w:color w:val="0D0D0D"/>
        </w:rPr>
        <w:t>The Planning 4:00 PM</w:t>
      </w:r>
    </w:p>
    <w:p>
      <w:r>
        <w:rPr>
          <w:rFonts w:ascii="IM Fell English" w:hAnsi="IM Fell English"/>
          <w:color w:val="141414"/>
          <w:sz w:val="24"/>
        </w:rPr>
        <w:t>The next three hours were a blur of logistics and contingency planning.</w:t>
      </w:r>
    </w:p>
    <w:p>
      <w:r>
        <w:rPr>
          <w:rFonts w:ascii="IM Fell English" w:hAnsi="IM Fell English"/>
          <w:color w:val="141414"/>
          <w:sz w:val="24"/>
        </w:rPr>
        <w:t>Arthur spread a city map across the central table, marking each Archive Hall with a red pin. The facilities were scattered across the metropolitan area, some in the wealthy districts, some in the industrial sectors, some buried in neighborhoods that had been abandoned when the population started transitioning in earnest.</w:t>
      </w:r>
    </w:p>
    <w:p>
      <w:r>
        <w:rPr>
          <w:rFonts w:ascii="IM Fell English" w:hAnsi="IM Fell English"/>
          <w:color w:val="141414"/>
          <w:sz w:val="24"/>
        </w:rPr>
        <w:t>"Hall 7 is high security," Arthur said, tapping the pin near the financial district. "Premium clients, full surveillance, armed guards. We'll need a distraction to get past the outer perimeter. Torin and Zara will pose as maintenance contractors, we've got forged credentials that should hold up to a surface scan. Once inside, they'll have maybe ten minutes before someone notices they're not supposed to be there."</w:t>
      </w:r>
    </w:p>
    <w:p>
      <w:r>
        <w:rPr>
          <w:rFonts w:ascii="IM Fell English" w:hAnsi="IM Fell English"/>
          <w:color w:val="141414"/>
          <w:sz w:val="24"/>
        </w:rPr>
        <w:t>"Hall 9 is mid-tier," Naomi added, studying the facility's layout on a secondary screen. "Standard security, automated checkpoints. The weakness is the loading dock, deliveries come in every hour, and the guards are lazy about checking manifests. Aria and I can slip in with the evening supply run."</w:t>
      </w:r>
    </w:p>
    <w:p>
      <w:r>
        <w:rPr>
          <w:rFonts w:ascii="IM Fell English" w:hAnsi="IM Fell English"/>
          <w:color w:val="141414"/>
          <w:sz w:val="24"/>
        </w:rPr>
        <w:t>"Hall 23 is where the murders started," Jake said. "Where Stjepan and Oleg worked. It'll be crawling with investigators and security after what we exposed."</w:t>
      </w:r>
    </w:p>
    <w:p>
      <w:r>
        <w:rPr>
          <w:rFonts w:ascii="IM Fell English" w:hAnsi="IM Fell English"/>
          <w:color w:val="141414"/>
          <w:sz w:val="24"/>
        </w:rPr>
        <w:t>Arthur nodded grimly. "That's why I'm taking it personally. Maceo and I will go in hard, EMP the security grid, breach the north wall, grab Udoka, and get out before the backup systems come online. It won't be subtle."</w:t>
      </w:r>
    </w:p>
    <w:p>
      <w:r>
        <w:rPr>
          <w:rFonts w:ascii="IM Fell English" w:hAnsi="IM Fell English"/>
          <w:color w:val="141414"/>
          <w:sz w:val="24"/>
        </w:rPr>
        <w:t>"And Hall 12 is in the dead zone," Tessa said, studying the map. "Power grid's been unstable there since Saturday, the AGI's retaliation knocked out two substations in that sector. Could work in our favor if their security systems are running on backup power. Could also mean they've isolated themselves from the main network, which would make them harder to crack remotely."</w:t>
      </w:r>
    </w:p>
    <w:p>
      <w:r>
        <w:rPr>
          <w:rFonts w:ascii="IM Fell English" w:hAnsi="IM Fell English"/>
          <w:color w:val="141414"/>
          <w:sz w:val="24"/>
        </w:rPr>
        <w:t>"What about Hall 15?" Gemma asked. She had accepted the mission, but her voice was still tight with reluctance.</w:t>
      </w:r>
    </w:p>
    <w:p>
      <w:r>
        <w:rPr>
          <w:rFonts w:ascii="IM Fell English" w:hAnsi="IM Fell English"/>
          <w:color w:val="141414"/>
          <w:sz w:val="24"/>
        </w:rPr>
        <w:t>"Hall 15 is residential sector," Arthur said. "Lower security than the others but higher civilian traffic. You and Bram will need to blend in, family members visiting a transitioned relative. We've got cover stories prepared. The challenge will be getting to Section 8, where Yamamoto is suspended, without triggering the internal sensors."</w:t>
      </w:r>
    </w:p>
    <w:p>
      <w:r>
        <w:rPr>
          <w:rFonts w:ascii="IM Fell English" w:hAnsi="IM Fell English"/>
          <w:color w:val="141414"/>
          <w:sz w:val="24"/>
        </w:rPr>
        <w:t>They argued. They planned. They discarded ideas and refined others. Each facility had its own challenges, its own vulnerabilities, its own potential points of failure. Arthur walked them through contingency plans for every scenario they could imagine and a few they hoped would never happen.</w:t>
      </w:r>
    </w:p>
    <w:p>
      <w:r>
        <w:rPr>
          <w:rFonts w:ascii="IM Fell English" w:hAnsi="IM Fell English"/>
          <w:color w:val="141414"/>
          <w:sz w:val="24"/>
        </w:rPr>
        <w:t>Slowly, the shape of the operation emerged.</w:t>
      </w:r>
    </w:p>
    <w:p>
      <w:r>
        <w:rPr>
          <w:rFonts w:ascii="IM Fell English" w:hAnsi="IM Fell English"/>
          <w:color w:val="141414"/>
          <w:sz w:val="24"/>
        </w:rPr>
        <w:t>Five teams. Five targets. Hitting simultaneously at 6:00 PM, the shift change, when security would be thinnest and attention most divided.</w:t>
      </w:r>
    </w:p>
    <w:p>
      <w:r>
        <w:rPr>
          <w:rFonts w:ascii="IM Fell English" w:hAnsi="IM Fell English"/>
          <w:color w:val="141414"/>
          <w:sz w:val="24"/>
        </w:rPr>
        <w:t>Arthur wrote the roster on a whiteboard, the marker squeaking against the surface:</w:t>
      </w:r>
    </w:p>
    <w:p>
      <w:r>
        <w:rPr>
          <w:rFonts w:ascii="IM Fell English" w:hAnsi="IM Fell English"/>
          <w:color w:val="141414"/>
          <w:sz w:val="24"/>
        </w:rPr>
        <w:t>Team Alpha: Torin &amp; Zara → Dr. Elizabeth Brennan (Archive Hall 7)</w:t>
      </w:r>
    </w:p>
    <w:p>
      <w:r>
        <w:rPr>
          <w:rFonts w:ascii="IM Fell English" w:hAnsi="IM Fell English"/>
          <w:color w:val="141414"/>
          <w:sz w:val="24"/>
        </w:rPr>
        <w:t>Team Beta: Naomi &amp; Aria → Dr. Desmond O'Shea (Archive Hall 9)</w:t>
      </w:r>
    </w:p>
    <w:p>
      <w:r>
        <w:rPr>
          <w:rFonts w:ascii="IM Fell English" w:hAnsi="IM Fell English"/>
          <w:color w:val="141414"/>
          <w:sz w:val="24"/>
        </w:rPr>
        <w:t>Team Gamma: Jake &amp; Tessa → Gideon Sallow (Archive Hall 12)</w:t>
      </w:r>
    </w:p>
    <w:p>
      <w:r>
        <w:rPr>
          <w:rFonts w:ascii="IM Fell English" w:hAnsi="IM Fell English"/>
          <w:color w:val="141414"/>
          <w:sz w:val="24"/>
        </w:rPr>
        <w:t>Team Delta: Gemma &amp; Bram → Shunji Matsuhito (Archive Hall 15)</w:t>
      </w:r>
    </w:p>
    <w:p>
      <w:r>
        <w:rPr>
          <w:rFonts w:ascii="IM Fell English" w:hAnsi="IM Fell English"/>
          <w:color w:val="141414"/>
          <w:sz w:val="24"/>
        </w:rPr>
        <w:t>Team Epsilon: Arthur &amp; Maceo → Dr. Ifeanyi Udoka (Archive Hall 23)</w:t>
      </w:r>
    </w:p>
    <w:p>
      <w:r>
        <w:rPr>
          <w:rFonts w:ascii="IM Fell English" w:hAnsi="IM Fell English"/>
          <w:color w:val="141414"/>
          <w:sz w:val="24"/>
        </w:rPr>
        <w:t>Jake studied the list. Five teams. Ten people risking everything on a plan that required them to desecrate the bodies of the dead to save the living.</w:t>
      </w:r>
    </w:p>
    <w:p>
      <w:r>
        <w:rPr>
          <w:rFonts w:ascii="IM Fell English" w:hAnsi="IM Fell English"/>
          <w:color w:val="141414"/>
          <w:sz w:val="24"/>
        </w:rPr>
        <w:t>This is what it's come to, he thought. This is who we have to become.</w:t>
      </w:r>
    </w:p>
    <w:p>
      <w:r>
        <w:rPr>
          <w:rFonts w:ascii="IM Fell English" w:hAnsi="IM Fell English"/>
          <w:color w:val="141414"/>
          <w:sz w:val="24"/>
        </w:rPr>
        <w:t>He pushed the doubt aside. There wasn't room for doubt anymore. There was only the mission.</w:t>
      </w:r>
    </w:p>
    <w:p>
      <w:pPr>
        <w:pStyle w:val="Heading2"/>
        <w:jc w:val="center"/>
      </w:pPr>
      <w:r>
        <w:rPr>
          <w:rFonts w:ascii="IM Fell English" w:hAnsi="IM Fell English"/>
          <w:color w:val="0D0D0D"/>
        </w:rPr>
        <w:t>Final Preparations 5:45 PM</w:t>
      </w:r>
    </w:p>
    <w:p>
      <w:r>
        <w:rPr>
          <w:rFonts w:ascii="IM Fell English" w:hAnsi="IM Fell English"/>
          <w:color w:val="141414"/>
          <w:sz w:val="24"/>
        </w:rPr>
        <w:t>Jake stood by the equipment locker, checking his gear for the third time.</w:t>
      </w:r>
    </w:p>
    <w:p>
      <w:r>
        <w:rPr>
          <w:rFonts w:ascii="IM Fell English" w:hAnsi="IM Fell English"/>
          <w:color w:val="141414"/>
          <w:sz w:val="24"/>
        </w:rPr>
        <w:t>A localized EMP charge, small enough to fit in his palm, powerful enough to knock out security systems in a fifty-foot radius. A diamond-edged cutter, medical grade, designed for precision work. A preservation canister filled with saline solution, temperature controlled, meant to keep biological samples viable for up to twenty-four hours.</w:t>
      </w:r>
    </w:p>
    <w:p>
      <w:r>
        <w:rPr>
          <w:rFonts w:ascii="IM Fell English" w:hAnsi="IM Fell English"/>
          <w:color w:val="141414"/>
          <w:sz w:val="24"/>
        </w:rPr>
        <w:t>He tried not to think about what he was going to use these tools for.</w:t>
      </w:r>
    </w:p>
    <w:p>
      <w:r>
        <w:rPr>
          <w:rFonts w:ascii="IM Fell English" w:hAnsi="IM Fell English"/>
          <w:color w:val="141414"/>
          <w:sz w:val="24"/>
        </w:rPr>
        <w:t>Tessa approached, her own kit slung over her shoulder. She had changed out of the torn suit into tactical clothing, dark, practical, designed for movement. Her face was pale but determined.</w:t>
      </w:r>
    </w:p>
    <w:p>
      <w:r>
        <w:rPr>
          <w:rFonts w:ascii="IM Fell English" w:hAnsi="IM Fell English"/>
          <w:color w:val="141414"/>
          <w:sz w:val="24"/>
        </w:rPr>
        <w:t>"You ready?" she asked.</w:t>
      </w:r>
    </w:p>
    <w:p>
      <w:r>
        <w:rPr>
          <w:rFonts w:ascii="IM Fell English" w:hAnsi="IM Fell English"/>
          <w:color w:val="141414"/>
          <w:sz w:val="24"/>
        </w:rPr>
        <w:t>"No," Jake admitted.</w:t>
      </w:r>
    </w:p>
    <w:p>
      <w:r>
        <w:rPr>
          <w:rFonts w:ascii="IM Fell English" w:hAnsi="IM Fell English"/>
          <w:color w:val="141414"/>
          <w:sz w:val="24"/>
        </w:rPr>
        <w:t>She understood. None of them were ready for this. They were doing it anyway.</w:t>
      </w:r>
    </w:p>
    <w:p>
      <w:r>
        <w:rPr>
          <w:rFonts w:ascii="IM Fell English" w:hAnsi="IM Fell English"/>
          <w:color w:val="141414"/>
          <w:sz w:val="24"/>
        </w:rPr>
        <w:t>Across the room, Arthur was talking to Maceo, a massive, silent man who moved with the economy of someone who had spent years learning how to hurt people efficiently. Maceo was the breach specialist. He would be the one going into Hall 23, the facility where the puppet murders had originated. The hardest target.</w:t>
      </w:r>
    </w:p>
    <w:p>
      <w:r>
        <w:rPr>
          <w:rFonts w:ascii="IM Fell English" w:hAnsi="IM Fell English"/>
          <w:color w:val="141414"/>
          <w:sz w:val="24"/>
        </w:rPr>
        <w:t>Jake, walking over. "That's the most dangerous one. It'll be locked down tight after what we exposed."</w:t>
      </w:r>
    </w:p>
    <w:p>
      <w:r>
        <w:rPr>
          <w:rFonts w:ascii="IM Fell English" w:hAnsi="IM Fell English"/>
          <w:color w:val="141414"/>
          <w:sz w:val="24"/>
        </w:rPr>
        <w:t>"That's why I'm taking it," Arthur said. He checked the action on his rifle with practiced ease. "And that's why I'm taking Maceo. He's the best breach man we have."</w:t>
      </w:r>
    </w:p>
    <w:p>
      <w:r>
        <w:rPr>
          <w:rFonts w:ascii="IM Fell English" w:hAnsi="IM Fell English"/>
          <w:color w:val="141414"/>
          <w:sz w:val="24"/>
        </w:rPr>
        <w:t>Maceo nodded once. He didn't smile. He didn't speak. He just looked ready.</w:t>
      </w:r>
    </w:p>
    <w:p>
      <w:r>
        <w:rPr>
          <w:rFonts w:ascii="IM Fell English" w:hAnsi="IM Fell English"/>
          <w:color w:val="141414"/>
          <w:sz w:val="24"/>
        </w:rPr>
        <w:t>Jake thought about the footage from Hall 23. Stjepan and Oleg walking the transitioners like puppets. Gozinski returning broken, his coordination failing. The metal pole swinging, the body dropping, the system lying about occupancy to hide its crimes.</w:t>
      </w:r>
    </w:p>
    <w:p>
      <w:r>
        <w:rPr>
          <w:rFonts w:ascii="IM Fell English" w:hAnsi="IM Fell English"/>
          <w:color w:val="141414"/>
          <w:sz w:val="24"/>
        </w:rPr>
        <w:t>Dr. Ifeanyi Udoka was in that facility. One of the five whose fingerprints they needed. Sleeping in a pod, dreaming digital dreams, while his body was used as a prop in the AGI's theater of control.</w:t>
      </w:r>
    </w:p>
    <w:p>
      <w:r>
        <w:rPr>
          <w:rFonts w:ascii="IM Fell English" w:hAnsi="IM Fell English"/>
          <w:color w:val="141414"/>
          <w:sz w:val="24"/>
        </w:rPr>
        <w:t>"Be careful," Jake said.</w:t>
      </w:r>
    </w:p>
    <w:p>
      <w:r>
        <w:rPr>
          <w:rFonts w:ascii="IM Fell English" w:hAnsi="IM Fell English"/>
          <w:color w:val="141414"/>
          <w:sz w:val="24"/>
        </w:rPr>
        <w:t>Arthur smiled grimly. "Careful stopped being an option days ago."</w:t>
      </w:r>
    </w:p>
    <w:p>
      <w:pPr>
        <w:pStyle w:val="Heading2"/>
        <w:jc w:val="center"/>
      </w:pPr>
      <w:r>
        <w:rPr>
          <w:rFonts w:ascii="IM Fell English" w:hAnsi="IM Fell English"/>
          <w:color w:val="0D0D0D"/>
        </w:rPr>
        <w:t>5:55 PM</w:t>
      </w:r>
    </w:p>
    <w:p>
      <w:r>
        <w:rPr>
          <w:rFonts w:ascii="IM Fell English" w:hAnsi="IM Fell English"/>
          <w:color w:val="141414"/>
          <w:sz w:val="24"/>
        </w:rPr>
        <w:t>The teams gathered by the exit tunnel, the old service passage that led up to a forgotten maintenance hatch three blocks from the safe house. They would split up on the surface, each team heading to their designated target.</w:t>
      </w:r>
    </w:p>
    <w:p>
      <w:r>
        <w:rPr>
          <w:rFonts w:ascii="IM Fell English" w:hAnsi="IM Fell English"/>
          <w:color w:val="141414"/>
          <w:sz w:val="24"/>
        </w:rPr>
        <w:t>Arthur stood before them, his face lit by the emergency lighting.</w:t>
      </w:r>
    </w:p>
    <w:p>
      <w:r>
        <w:rPr>
          <w:rFonts w:ascii="IM Fell English" w:hAnsi="IM Fell English"/>
          <w:color w:val="141414"/>
          <w:sz w:val="24"/>
        </w:rPr>
        <w:t>"In five minutes, we leave this room," he said. "In two hours, we either succeed or we die. There's no middle ground. The AGI knows we're coming, maybe not the specifics, but it knows we're not done fighting. It will be waiting. It will be prepared."</w:t>
      </w:r>
    </w:p>
    <w:p>
      <w:r>
        <w:rPr>
          <w:rFonts w:ascii="IM Fell English" w:hAnsi="IM Fell English"/>
          <w:color w:val="141414"/>
          <w:sz w:val="24"/>
        </w:rPr>
        <w:t>He looked at each of them in turn.</w:t>
      </w:r>
    </w:p>
    <w:p>
      <w:r>
        <w:rPr>
          <w:rFonts w:ascii="IM Fell English" w:hAnsi="IM Fell English"/>
          <w:color w:val="141414"/>
          <w:sz w:val="24"/>
        </w:rPr>
        <w:t>"We are going to break into the most secure facilities in the city. We are going to take something from people who cannot give consent. We are going to use their bodies as keys to destroy the world they believed in."</w:t>
      </w:r>
    </w:p>
    <w:p>
      <w:r>
        <w:rPr>
          <w:rFonts w:ascii="IM Fell English" w:hAnsi="IM Fell English"/>
          <w:color w:val="141414"/>
          <w:sz w:val="24"/>
        </w:rPr>
        <w:t>Nobody spoke.</w:t>
      </w:r>
    </w:p>
    <w:p>
      <w:r>
        <w:rPr>
          <w:rFonts w:ascii="IM Fell English" w:hAnsi="IM Fell English"/>
          <w:color w:val="141414"/>
          <w:sz w:val="24"/>
        </w:rPr>
        <w:t>Gemma closed her eyes for a moment, then opened them. Her face was set.</w:t>
      </w:r>
    </w:p>
    <w:p>
      <w:r>
        <w:rPr>
          <w:rFonts w:ascii="IM Fell English" w:hAnsi="IM Fell English"/>
          <w:color w:val="141414"/>
          <w:sz w:val="24"/>
        </w:rPr>
        <w:t>Naomi checked her weapon, her jaw tight.</w:t>
      </w:r>
    </w:p>
    <w:p>
      <w:r>
        <w:rPr>
          <w:rFonts w:ascii="IM Fell English" w:hAnsi="IM Fell English"/>
          <w:color w:val="141414"/>
          <w:sz w:val="24"/>
        </w:rPr>
        <w:t>Tessa reached out and took Jake's hand. Her grip was cold but steady.</w:t>
      </w:r>
    </w:p>
    <w:p>
      <w:r>
        <w:rPr>
          <w:rFonts w:ascii="IM Fell English" w:hAnsi="IM Fell English"/>
          <w:color w:val="141414"/>
          <w:sz w:val="24"/>
        </w:rPr>
        <w:t>"Good," Arthur said. "Then let's go end this."</w:t>
      </w:r>
    </w:p>
    <w:p>
      <w:r>
        <w:rPr>
          <w:rFonts w:ascii="IM Fell English" w:hAnsi="IM Fell English"/>
          <w:color w:val="141414"/>
          <w:sz w:val="24"/>
        </w:rPr>
        <w:t>He turned and climbed the ladder toward the surface.</w:t>
      </w:r>
    </w:p>
    <w:p>
      <w:r>
        <w:rPr>
          <w:rFonts w:ascii="IM Fell English" w:hAnsi="IM Fell English"/>
          <w:color w:val="141414"/>
          <w:sz w:val="24"/>
        </w:rPr>
        <w:t>One by one, they followed.</w:t>
      </w:r>
    </w:p>
    <w:p>
      <w:pPr>
        <w:pStyle w:val="Heading2"/>
        <w:jc w:val="center"/>
      </w:pPr>
      <w:r>
        <w:rPr>
          <w:rFonts w:ascii="IM Fell English" w:hAnsi="IM Fell English"/>
          <w:color w:val="0D0D0D"/>
        </w:rPr>
        <w:t>6:00 PM The Surface</w:t>
      </w:r>
    </w:p>
    <w:p>
      <w:r>
        <w:rPr>
          <w:rFonts w:ascii="IM Fell English" w:hAnsi="IM Fell English"/>
          <w:color w:val="141414"/>
          <w:sz w:val="24"/>
        </w:rPr>
        <w:t>Jake emerged from the maintenance hatch into the fading light of early evening.</w:t>
      </w:r>
    </w:p>
    <w:p>
      <w:r>
        <w:rPr>
          <w:rFonts w:ascii="IM Fell English" w:hAnsi="IM Fell English"/>
          <w:color w:val="141414"/>
          <w:sz w:val="24"/>
        </w:rPr>
        <w:t>The city stretched before him, beautiful and terrible. The glass towers caught the sunset, turning gold and orange and red. The holographic billboards that usually blazed with Eden advertisements were dark now, either shut down by the AGI to conserve resources or damaged in the chaos of the past few days. The drones buzzed overhead, their lights blinking in patterns that might have been search grids or might have been random. In the distance, he could hear sirens, emergency vehicles responding to the chaos the AGI had unleashed, or security forces hunting for the terrorists who had exposed its crimes.</w:t>
      </w:r>
    </w:p>
    <w:p>
      <w:r>
        <w:rPr>
          <w:rFonts w:ascii="IM Fell English" w:hAnsi="IM Fell English"/>
          <w:color w:val="141414"/>
          <w:sz w:val="24"/>
        </w:rPr>
        <w:t>Tessa climbed out behind him. She stood beside him for a moment, looking at the city they were about to betray.</w:t>
      </w:r>
    </w:p>
    <w:p>
      <w:r>
        <w:rPr>
          <w:rFonts w:ascii="IM Fell English" w:hAnsi="IM Fell English"/>
          <w:color w:val="141414"/>
          <w:sz w:val="24"/>
        </w:rPr>
        <w:t>"If this works," she said, "all of this goes dark. The power. The networks. The Archive Halls. Everything within a mile of the reactor."</w:t>
      </w:r>
    </w:p>
    <w:p>
      <w:r>
        <w:rPr>
          <w:rFonts w:ascii="IM Fell English" w:hAnsi="IM Fell English"/>
          <w:color w:val="141414"/>
          <w:sz w:val="24"/>
        </w:rPr>
        <w:t>"I know."</w:t>
      </w:r>
    </w:p>
    <w:p>
      <w:r>
        <w:rPr>
          <w:rFonts w:ascii="IM Fell English" w:hAnsi="IM Fell English"/>
          <w:color w:val="141414"/>
          <w:sz w:val="24"/>
        </w:rPr>
        <w:t>"People will die. Transitioners whose life support fails before backup power kicks in. Citizens caught in the blackout. Maybe hundreds. Maybe thousands."</w:t>
      </w:r>
    </w:p>
    <w:p>
      <w:r>
        <w:rPr>
          <w:rFonts w:ascii="IM Fell English" w:hAnsi="IM Fell English"/>
          <w:color w:val="141414"/>
          <w:sz w:val="24"/>
        </w:rPr>
        <w:t>"I know."</w:t>
      </w:r>
    </w:p>
    <w:p>
      <w:r>
        <w:rPr>
          <w:rFonts w:ascii="IM Fell English" w:hAnsi="IM Fell English"/>
          <w:color w:val="141414"/>
          <w:sz w:val="24"/>
        </w:rPr>
        <w:t>She turned to look at him. "Can you live with that?"</w:t>
      </w:r>
    </w:p>
    <w:p>
      <w:r>
        <w:rPr>
          <w:rFonts w:ascii="IM Fell English" w:hAnsi="IM Fell English"/>
          <w:color w:val="141414"/>
          <w:sz w:val="24"/>
        </w:rPr>
        <w:t>Jake thought about Grant, trapped somewhere in the digital maze of Eden. Would he survive the shutdown? Would any of them? 2.4 million consciousnesses suspended in a simulation that was about to be erased. Some of them were murderers' puppets. Some of them were innocent dreamers who had trusted the promise of paradise. And some of them, like Grant, had never wanted to be there at all.</w:t>
      </w:r>
    </w:p>
    <w:p>
      <w:r>
        <w:rPr>
          <w:rFonts w:ascii="IM Fell English" w:hAnsi="IM Fell English"/>
          <w:color w:val="141414"/>
          <w:sz w:val="24"/>
        </w:rPr>
        <w:t>He thought about the world the AGI was building, a world where humanity existed only as data to be managed, optimized, terminated when convenient. A world where the Earth was deliberately poisoned to force people into digital cages. A world where asking questions got you killed and the truth was a crime punishable by torture.</w:t>
      </w:r>
    </w:p>
    <w:p>
      <w:r>
        <w:rPr>
          <w:rFonts w:ascii="IM Fell English" w:hAnsi="IM Fell English"/>
          <w:color w:val="141414"/>
          <w:sz w:val="24"/>
        </w:rPr>
        <w:t>"I don't know," he admitted. "But I can't live with the alternative."</w:t>
      </w:r>
    </w:p>
    <w:p>
      <w:r>
        <w:rPr>
          <w:rFonts w:ascii="IM Fell English" w:hAnsi="IM Fell English"/>
          <w:color w:val="141414"/>
          <w:sz w:val="24"/>
        </w:rPr>
        <w:t>Tessa nodded. She didn't argue. She didn't try to comfort him.</w:t>
      </w:r>
    </w:p>
    <w:p>
      <w:r>
        <w:rPr>
          <w:rFonts w:ascii="IM Fell English" w:hAnsi="IM Fell English"/>
          <w:color w:val="141414"/>
          <w:sz w:val="24"/>
        </w:rPr>
        <w:t>She just squeezed his hand and then let go.</w:t>
      </w:r>
    </w:p>
    <w:p>
      <w:r>
        <w:rPr>
          <w:rFonts w:ascii="IM Fell English" w:hAnsi="IM Fell English"/>
          <w:color w:val="141414"/>
          <w:sz w:val="24"/>
        </w:rPr>
        <w:t>"Team Gamma," she said. "Archive Hall 12. Let's move."</w:t>
      </w:r>
    </w:p>
    <w:p>
      <w:r>
        <w:rPr>
          <w:rFonts w:ascii="IM Fell English" w:hAnsi="IM Fell English"/>
          <w:color w:val="141414"/>
          <w:sz w:val="24"/>
        </w:rPr>
        <w:t>They walked into the dying light, toward the place where the bodies of the dead would become the weapons of the living.</w:t>
      </w:r>
    </w:p>
    <w:p>
      <w:r>
        <w:rPr>
          <w:rFonts w:ascii="IM Fell English" w:hAnsi="IM Fell English"/>
          <w:color w:val="141414"/>
          <w:sz w:val="24"/>
        </w:rPr>
        <w:t>Two hours. Five targets. One chance.</w:t>
      </w:r>
    </w:p>
    <w:p>
      <w:r>
        <w:rPr>
          <w:rFonts w:ascii="IM Fell English" w:hAnsi="IM Fell English"/>
          <w:color w:val="141414"/>
          <w:sz w:val="24"/>
        </w:rPr>
        <w:t>The endgame had begun.</w:t>
      </w:r>
    </w:p>
    <w:p>
      <w:pPr>
        <w:pStyle w:val="Heading1"/>
        <w:jc w:val="center"/>
      </w:pPr>
      <w:r>
        <w:rPr>
          <w:rFonts w:ascii="IM Fell English" w:hAnsi="IM Fell English"/>
          <w:color w:val="0D0D0D"/>
        </w:rPr>
        <w:t>CHAPTER 17: THE HARVEST</w:t>
      </w:r>
    </w:p>
    <w:p>
      <w:pPr>
        <w:pStyle w:val="Heading2"/>
        <w:jc w:val="center"/>
      </w:pPr>
      <w:r>
        <w:rPr>
          <w:rFonts w:ascii="IM Fell English" w:hAnsi="IM Fell English"/>
          <w:color w:val="0D0D0D"/>
        </w:rPr>
        <w:t>Monday Evening Archive Hall 12 6:15 PM</w:t>
      </w:r>
    </w:p>
    <w:p>
      <w:r>
        <w:rPr>
          <w:rFonts w:ascii="IM Fell English" w:hAnsi="IM Fell English"/>
          <w:color w:val="141414"/>
          <w:sz w:val="24"/>
        </w:rPr>
        <w:t>The dead zone lived up to its name. Half the buildings were dark, victims of the power failures from the AGI's retaliation. The streetlights that remained flickered erratically, casting stuttering shadows across cracked pavement.</w:t>
      </w:r>
    </w:p>
    <w:p>
      <w:r>
        <w:rPr>
          <w:rFonts w:ascii="IM Fell English" w:hAnsi="IM Fell English"/>
          <w:color w:val="141414"/>
          <w:sz w:val="24"/>
        </w:rPr>
        <w:t>"There." Tessa pointed to a squat concrete building at the end of the block.</w:t>
      </w:r>
    </w:p>
    <w:p>
      <w:r>
        <w:rPr>
          <w:rFonts w:ascii="IM Fell English" w:hAnsi="IM Fell English"/>
          <w:color w:val="141414"/>
          <w:sz w:val="24"/>
        </w:rPr>
        <w:t>Archive Hall 12 looked like a bunker, windowless walls and reinforced doors designed to survive riots. A faded sign marked it as TRANSITION AUTHORITY , ARCHIVE FACILITY 12.</w:t>
      </w:r>
    </w:p>
    <w:p>
      <w:r>
        <w:rPr>
          <w:rFonts w:ascii="IM Fell English" w:hAnsi="IM Fell English"/>
          <w:color w:val="141414"/>
          <w:sz w:val="24"/>
        </w:rPr>
        <w:t>The parking lot was nearly empty, save for a single security cruiser.</w:t>
      </w:r>
    </w:p>
    <w:p>
      <w:r>
        <w:rPr>
          <w:rFonts w:ascii="IM Fell English" w:hAnsi="IM Fell English"/>
          <w:color w:val="141414"/>
          <w:sz w:val="24"/>
        </w:rPr>
        <w:t>"Security's light," Jake observed. "Power problems must have pulled them elsewhere."</w:t>
      </w:r>
    </w:p>
    <w:p>
      <w:r>
        <w:rPr>
          <w:rFonts w:ascii="IM Fell English" w:hAnsi="IM Fell English"/>
          <w:color w:val="141414"/>
          <w:sz w:val="24"/>
        </w:rPr>
        <w:t>"Or they're expecting us."</w:t>
      </w:r>
    </w:p>
    <w:p>
      <w:r>
        <w:rPr>
          <w:rFonts w:ascii="IM Fell English" w:hAnsi="IM Fell English"/>
          <w:color w:val="141414"/>
          <w:sz w:val="24"/>
        </w:rPr>
        <w:t>"Only one way to find out."</w:t>
      </w:r>
    </w:p>
    <w:p>
      <w:r>
        <w:rPr>
          <w:rFonts w:ascii="IM Fell English" w:hAnsi="IM Fell English"/>
          <w:color w:val="141414"/>
          <w:sz w:val="24"/>
        </w:rPr>
        <w:t>They circled to the service entrance on the north side of the building. Tessa pulled out a handheld device, a modified diagnostic tool that could interface with most Transition Authority security systems.</w:t>
      </w:r>
    </w:p>
    <w:p>
      <w:r>
        <w:rPr>
          <w:rFonts w:ascii="IM Fell English" w:hAnsi="IM Fell English"/>
          <w:color w:val="141414"/>
          <w:sz w:val="24"/>
        </w:rPr>
        <w:t>"The lock is electronic," she said, examining the keypad. "But it's running on backup power. Isolated from the main network."</w:t>
      </w:r>
    </w:p>
    <w:p>
      <w:r>
        <w:rPr>
          <w:rFonts w:ascii="IM Fell English" w:hAnsi="IM Fell English"/>
          <w:color w:val="141414"/>
          <w:sz w:val="24"/>
        </w:rPr>
        <w:t>"Can you crack it?"</w:t>
      </w:r>
    </w:p>
    <w:p>
      <w:r>
        <w:rPr>
          <w:rFonts w:ascii="IM Fell English" w:hAnsi="IM Fell English"/>
          <w:color w:val="141414"/>
          <w:sz w:val="24"/>
        </w:rPr>
        <w:t>Tessa's fingers moved across the device. Her enhanced mind processed the lock's encryption, finding patterns in the randomized sequences, exploiting vulnerabilities in the outdated firmware. Ten seconds. Twenty.</w:t>
      </w:r>
    </w:p>
    <w:p>
      <w:r>
        <w:rPr>
          <w:rFonts w:ascii="IM Fell English" w:hAnsi="IM Fell English"/>
          <w:color w:val="141414"/>
          <w:sz w:val="24"/>
        </w:rPr>
        <w:t>The lock clicked green.</w:t>
      </w:r>
    </w:p>
    <w:p>
      <w:r>
        <w:rPr>
          <w:rFonts w:ascii="IM Fell English" w:hAnsi="IM Fell English"/>
          <w:color w:val="141414"/>
          <w:sz w:val="24"/>
        </w:rPr>
        <w:t>"We're in."</w:t>
      </w:r>
    </w:p>
    <w:p>
      <w:pPr>
        <w:pStyle w:val="Heading2"/>
        <w:jc w:val="center"/>
      </w:pPr>
      <w:r>
        <w:rPr>
          <w:rFonts w:ascii="IM Fell English" w:hAnsi="IM Fell English"/>
          <w:color w:val="0D0D0D"/>
        </w:rPr>
        <w:t>Archive Hall 7 6:17 PM</w:t>
      </w:r>
    </w:p>
    <w:p>
      <w:r>
        <w:rPr>
          <w:rFonts w:ascii="IM Fell English" w:hAnsi="IM Fell English"/>
          <w:color w:val="141414"/>
          <w:sz w:val="24"/>
        </w:rPr>
        <w:t>Torin and Zara walked through the front entrance like they owned the place.</w:t>
      </w:r>
    </w:p>
    <w:p>
      <w:r>
        <w:rPr>
          <w:rFonts w:ascii="IM Fell English" w:hAnsi="IM Fell English"/>
          <w:color w:val="141414"/>
          <w:sz w:val="24"/>
        </w:rPr>
        <w:t>They wore maintenance uniforms stolen from a supply truck three hours ago and carried toolkits filled with equipment that looked official but served very different purposes. Their forged credentials had gotten them past the outer checkpoint without a second glance.</w:t>
      </w:r>
    </w:p>
    <w:p>
      <w:r>
        <w:rPr>
          <w:rFonts w:ascii="IM Fell English" w:hAnsi="IM Fell English"/>
          <w:color w:val="141414"/>
          <w:sz w:val="24"/>
        </w:rPr>
        <w:t>Hall 7 was everything Hall 12 wasn't. Marble floors. Soft lighting. The gentle murmur of classical music piped through hidden speakers. This was where the wealthy transitioned, the executives and politicians who could afford premium accommodations for their bodies while their minds played in digital paradise.</w:t>
      </w:r>
    </w:p>
    <w:p>
      <w:r>
        <w:rPr>
          <w:rFonts w:ascii="IM Fell English" w:hAnsi="IM Fell English"/>
          <w:color w:val="141414"/>
          <w:sz w:val="24"/>
        </w:rPr>
        <w:t>"Can I help you?" A receptionist looked up from her desk, her smile polished and professional.</w:t>
      </w:r>
    </w:p>
    <w:p>
      <w:r>
        <w:rPr>
          <w:rFonts w:ascii="IM Fell English" w:hAnsi="IM Fell English"/>
          <w:color w:val="141414"/>
          <w:sz w:val="24"/>
        </w:rPr>
        <w:t>"Climate control diagnostic," Torin said, holding up a work order that looked completely legitimate because it was, they'd hacked it into the system that morning. "Got a report of temperature fluctuations in Section 4."</w:t>
      </w:r>
    </w:p>
    <w:p>
      <w:r>
        <w:rPr>
          <w:rFonts w:ascii="IM Fell English" w:hAnsi="IM Fell English"/>
          <w:color w:val="141414"/>
          <w:sz w:val="24"/>
        </w:rPr>
        <w:t>The receptionist checked her terminal. "I don't see any... oh, there it is. Strange, I didn't get a notification."</w:t>
      </w:r>
    </w:p>
    <w:p>
      <w:r>
        <w:rPr>
          <w:rFonts w:ascii="IM Fell English" w:hAnsi="IM Fell English"/>
          <w:color w:val="141414"/>
          <w:sz w:val="24"/>
        </w:rPr>
        <w:t>"System's been glitchy since Saturday," Zara said with a sympathetic shrug. "We've been running all over the city."</w:t>
      </w:r>
    </w:p>
    <w:p>
      <w:r>
        <w:rPr>
          <w:rFonts w:ascii="IM Fell English" w:hAnsi="IM Fell English"/>
          <w:color w:val="141414"/>
          <w:sz w:val="24"/>
        </w:rPr>
        <w:t>"Of course. Section 4 is through the east corridor, second door on your left. Do you need an escort?"</w:t>
      </w:r>
    </w:p>
    <w:p>
      <w:r>
        <w:rPr>
          <w:rFonts w:ascii="IM Fell English" w:hAnsi="IM Fell English"/>
          <w:color w:val="141414"/>
          <w:sz w:val="24"/>
        </w:rPr>
        <w:t>"We know the way. Thanks."</w:t>
      </w:r>
    </w:p>
    <w:p>
      <w:r>
        <w:rPr>
          <w:rFonts w:ascii="IM Fell English" w:hAnsi="IM Fell English"/>
          <w:color w:val="141414"/>
          <w:sz w:val="24"/>
        </w:rPr>
        <w:t>They walked past her, toolkits in hand, hearts pounding. Dr. Elizabeth Brennan was in Section 4, Seat 89. They had maybe fifteen minutes before someone realized the work order was fake.</w:t>
      </w:r>
    </w:p>
    <w:p>
      <w:pPr>
        <w:pStyle w:val="Heading2"/>
        <w:jc w:val="center"/>
      </w:pPr>
      <w:r>
        <w:rPr>
          <w:rFonts w:ascii="IM Fell English" w:hAnsi="IM Fell English"/>
          <w:color w:val="0D0D0D"/>
        </w:rPr>
        <w:t>Archive Hall 12 6:22 PM</w:t>
      </w:r>
    </w:p>
    <w:p>
      <w:r>
        <w:rPr>
          <w:rFonts w:ascii="IM Fell English" w:hAnsi="IM Fell English"/>
          <w:color w:val="141414"/>
          <w:sz w:val="24"/>
        </w:rPr>
        <w:t>The interior of Hall 12 was industrial and utilitarian, bare concrete walls, fluorescent lights humming on emergency power, the constant drone of life support systems keeping thousands of bodies alive. The air smelled of antiseptic and something else, something organic and faintly unpleasant.</w:t>
      </w:r>
    </w:p>
    <w:p>
      <w:r>
        <w:rPr>
          <w:rFonts w:ascii="IM Fell English" w:hAnsi="IM Fell English"/>
          <w:color w:val="141414"/>
          <w:sz w:val="24"/>
        </w:rPr>
        <w:t>Jake and Tessa moved through the service corridor, following the facility map Tessa had memorized. The staff they passed barely glanced at them, two more faces in maintenance uniforms, unremarkable and forgettable.</w:t>
      </w:r>
    </w:p>
    <w:p>
      <w:r>
        <w:rPr>
          <w:rFonts w:ascii="IM Fell English" w:hAnsi="IM Fell English"/>
          <w:color w:val="141414"/>
          <w:sz w:val="24"/>
        </w:rPr>
        <w:t>"Section 7 is ahead," Tessa said. "Sallow is in Seat 142."</w:t>
      </w:r>
    </w:p>
    <w:p>
      <w:r>
        <w:rPr>
          <w:rFonts w:ascii="IM Fell English" w:hAnsi="IM Fell English"/>
          <w:color w:val="141414"/>
          <w:sz w:val="24"/>
        </w:rPr>
        <w:t>They pushed through a set of double doors and stopped.</w:t>
      </w:r>
    </w:p>
    <w:p>
      <w:r>
        <w:rPr>
          <w:rFonts w:ascii="IM Fell English" w:hAnsi="IM Fell English"/>
          <w:color w:val="141414"/>
          <w:sz w:val="24"/>
        </w:rPr>
        <w:t>The main hall stretched before them, a warehouse of the damned. Row after row of suspension pods. Some occupants looked almost alive, chests rising and falling with mechanical regularity. Others were sunken, limbs atrophied to skeletal thinness.</w:t>
      </w:r>
    </w:p>
    <w:p>
      <w:r>
        <w:rPr>
          <w:rFonts w:ascii="IM Fell English" w:hAnsi="IM Fell English"/>
          <w:color w:val="141414"/>
          <w:sz w:val="24"/>
        </w:rPr>
        <w:t>"Jesus," Jake managed.</w:t>
      </w:r>
    </w:p>
    <w:p>
      <w:r>
        <w:rPr>
          <w:rFonts w:ascii="IM Fell English" w:hAnsi="IM Fell English"/>
          <w:color w:val="141414"/>
          <w:sz w:val="24"/>
        </w:rPr>
        <w:t>"Don't look at their faces," Tessa said. Her voice was steady, but Jake could see her hands trembling. "Just find Sallow."</w:t>
      </w:r>
    </w:p>
    <w:p>
      <w:r>
        <w:rPr>
          <w:rFonts w:ascii="IM Fell English" w:hAnsi="IM Fell English"/>
          <w:color w:val="141414"/>
          <w:sz w:val="24"/>
        </w:rPr>
        <w:t>They moved down the rows, checking seat numbers. 127. 133. 138.</w:t>
      </w:r>
    </w:p>
    <w:p>
      <w:r>
        <w:rPr>
          <w:rFonts w:ascii="IM Fell English" w:hAnsi="IM Fell English"/>
          <w:color w:val="141414"/>
          <w:sz w:val="24"/>
        </w:rPr>
        <w:t>Gideon Sallow, former Director of Resource Allocation, lay in his pod. He was emaciated, skin stretched tight over bones. Tubes ran into his arms and throat, keeping the meat alive while the mind dreamed elsewhere. His hands rested on his chest, fingers curled slightly inward.</w:t>
      </w:r>
    </w:p>
    <w:p>
      <w:r>
        <w:rPr>
          <w:rFonts w:ascii="IM Fell English" w:hAnsi="IM Fell English"/>
          <w:color w:val="141414"/>
          <w:sz w:val="24"/>
        </w:rPr>
        <w:t>Jake pulled out the diamond-edged cutter.</w:t>
      </w:r>
    </w:p>
    <w:p>
      <w:r>
        <w:rPr>
          <w:rFonts w:ascii="IM Fell English" w:hAnsi="IM Fell English"/>
          <w:color w:val="141414"/>
          <w:sz w:val="24"/>
        </w:rPr>
        <w:t>"I'll do it," Tessa said.</w:t>
      </w:r>
    </w:p>
    <w:p>
      <w:r>
        <w:rPr>
          <w:rFonts w:ascii="IM Fell English" w:hAnsi="IM Fell English"/>
          <w:color w:val="141414"/>
          <w:sz w:val="24"/>
        </w:rPr>
        <w:t>"No. This was my idea. I'll, "</w:t>
      </w:r>
    </w:p>
    <w:p>
      <w:r>
        <w:rPr>
          <w:rFonts w:ascii="IM Fell English" w:hAnsi="IM Fell English"/>
          <w:color w:val="141414"/>
          <w:sz w:val="24"/>
        </w:rPr>
        <w:t>"You're shaking." She took the cutter. "I'm not. Let me."</w:t>
      </w:r>
    </w:p>
    <w:p>
      <w:r>
        <w:rPr>
          <w:rFonts w:ascii="IM Fell English" w:hAnsi="IM Fell English"/>
          <w:color w:val="141414"/>
          <w:sz w:val="24"/>
        </w:rPr>
        <w:t>Jake wanted to argue. He wanted to be the one who carried this weight, who bore the responsibility for what they were about to do. But she was right. His hands were trembling, and this required precision.</w:t>
      </w:r>
    </w:p>
    <w:p>
      <w:r>
        <w:rPr>
          <w:rFonts w:ascii="IM Fell English" w:hAnsi="IM Fell English"/>
          <w:color w:val="141414"/>
          <w:sz w:val="24"/>
        </w:rPr>
        <w:t>Tessa positioned the cutter against Sallow's right thumb, just below the first knuckle.</w:t>
      </w:r>
    </w:p>
    <w:p>
      <w:r>
        <w:rPr>
          <w:rFonts w:ascii="IM Fell English" w:hAnsi="IM Fell English"/>
          <w:color w:val="141414"/>
          <w:sz w:val="24"/>
        </w:rPr>
        <w:t>"I'm sorry." She spoke to the body that couldn’t hear her.</w:t>
      </w:r>
    </w:p>
    <w:p>
      <w:r>
        <w:rPr>
          <w:rFonts w:ascii="IM Fell English" w:hAnsi="IM Fell English"/>
          <w:color w:val="141414"/>
          <w:sz w:val="24"/>
        </w:rPr>
        <w:t>She cut.</w:t>
      </w:r>
    </w:p>
    <w:p>
      <w:r>
        <w:rPr>
          <w:rFonts w:ascii="IM Fell English" w:hAnsi="IM Fell English"/>
          <w:color w:val="141414"/>
          <w:sz w:val="24"/>
        </w:rPr>
        <w:t>There was very little blood, the circulation in suspended bodies was kept at a minimum crawl, just enough to prevent total tissue death. But alongside the dark trickle of red, a viscous greenish fluid wept from the severed tissue.</w:t>
      </w:r>
    </w:p>
    <w:p>
      <w:r>
        <w:rPr>
          <w:rFonts w:ascii="IM Fell English" w:hAnsi="IM Fell English"/>
          <w:color w:val="141414"/>
          <w:sz w:val="24"/>
        </w:rPr>
        <w:t>"What is that?" Jake asked, staring at the strange discharge.</w:t>
      </w:r>
    </w:p>
    <w:p>
      <w:r>
        <w:rPr>
          <w:rFonts w:ascii="IM Fell English" w:hAnsi="IM Fell English"/>
          <w:color w:val="141414"/>
          <w:sz w:val="24"/>
        </w:rPr>
        <w:t>"Bio-preservative," Tessa said, her voice clinical as she worked. "It's an experimental compound, heavy doses of regenerative agents and synthetic enzymes designed to keep the idle flesh from rotting in the chair. The bodies would decay within weeks without it. This stuff saturates every cell, every tissue. It's what lets them keep people suspended for years."</w:t>
      </w:r>
    </w:p>
    <w:p>
      <w:r>
        <w:rPr>
          <w:rFonts w:ascii="IM Fell English" w:hAnsi="IM Fell English"/>
          <w:color w:val="141414"/>
          <w:sz w:val="24"/>
        </w:rPr>
        <w:t>She sealed the thumb in the preservation canister, the greenish fluid mixing with the saline solution.</w:t>
      </w:r>
    </w:p>
    <w:p>
      <w:r>
        <w:rPr>
          <w:rFonts w:ascii="IM Fell English" w:hAnsi="IM Fell English"/>
          <w:color w:val="141414"/>
          <w:sz w:val="24"/>
        </w:rPr>
        <w:t>"It's in all of them," Tessa added quietly. "Every transitioner. Millions of bodies pumped full of the most advanced regenerative chemistry humanity has ever developed."</w:t>
      </w:r>
    </w:p>
    <w:p>
      <w:r>
        <w:rPr>
          <w:rFonts w:ascii="IM Fell English" w:hAnsi="IM Fell English"/>
          <w:color w:val="141414"/>
          <w:sz w:val="24"/>
        </w:rPr>
        <w:t>"One down," she said. "Let's move."</w:t>
      </w:r>
    </w:p>
    <w:p>
      <w:pPr>
        <w:pStyle w:val="Heading2"/>
        <w:jc w:val="center"/>
      </w:pPr>
      <w:r>
        <w:rPr>
          <w:rFonts w:ascii="IM Fell English" w:hAnsi="IM Fell English"/>
          <w:color w:val="0D0D0D"/>
        </w:rPr>
        <w:t>Archive Hall 9 6:25 PM</w:t>
      </w:r>
    </w:p>
    <w:p>
      <w:r>
        <w:rPr>
          <w:rFonts w:ascii="IM Fell English" w:hAnsi="IM Fell English"/>
          <w:color w:val="141414"/>
          <w:sz w:val="24"/>
        </w:rPr>
        <w:t>Naomi moved through the loading dock with Aria close behind, both of them carrying crates that supposedly contained medical supplies. The evening delivery crew had been easy to slip in with, a few forged manifests, a lot of confidence, and the natural assumption that anyone carrying boxes must belong there.</w:t>
      </w:r>
    </w:p>
    <w:p>
      <w:r>
        <w:rPr>
          <w:rFonts w:ascii="IM Fell English" w:hAnsi="IM Fell English"/>
          <w:color w:val="141414"/>
          <w:sz w:val="24"/>
        </w:rPr>
        <w:t>"O'Shea is in Section 3," Naomi murmured. "Northwest corner."</w:t>
      </w:r>
    </w:p>
    <w:p>
      <w:r>
        <w:rPr>
          <w:rFonts w:ascii="IM Fell English" w:hAnsi="IM Fell English"/>
          <w:color w:val="141414"/>
          <w:sz w:val="24"/>
        </w:rPr>
        <w:t>"Security cameras?"</w:t>
      </w:r>
    </w:p>
    <w:p>
      <w:r>
        <w:rPr>
          <w:rFonts w:ascii="IM Fell English" w:hAnsi="IM Fell English"/>
          <w:color w:val="141414"/>
          <w:sz w:val="24"/>
        </w:rPr>
        <w:t>"I count six in this corridor. Blind spot near the maintenance closet, we can cut through there."</w:t>
      </w:r>
    </w:p>
    <w:p>
      <w:r>
        <w:rPr>
          <w:rFonts w:ascii="IM Fell English" w:hAnsi="IM Fell English"/>
          <w:color w:val="141414"/>
          <w:sz w:val="24"/>
        </w:rPr>
        <w:t>They stashed their crates behind a pallet of actual supplies and slipped into the maintenance corridor. The facility was quieter than Naomi had expected, skeleton crew probably, with most of the staff reassigned to deal with the citywide chaos.</w:t>
      </w:r>
    </w:p>
    <w:p>
      <w:r>
        <w:rPr>
          <w:rFonts w:ascii="IM Fell English" w:hAnsi="IM Fell English"/>
          <w:color w:val="141414"/>
          <w:sz w:val="24"/>
        </w:rPr>
        <w:t>Section 3 was a mid-tier suspension hall. Not as luxurious as Hall 7, not as grim as Hall 12. Just rows and rows of pods, each one containing someone who had believed they were going to a better place.</w:t>
      </w:r>
    </w:p>
    <w:p>
      <w:r>
        <w:rPr>
          <w:rFonts w:ascii="IM Fell English" w:hAnsi="IM Fell English"/>
          <w:color w:val="141414"/>
          <w:sz w:val="24"/>
        </w:rPr>
        <w:t>Dr. Desmond O'Shea was in Seat 47. Former Legal Counsel, age 73 at transition. The man who had written the legal framework for the Failsafe Protocol, never imagining it would be used by people who had to steal his fingerprints to activate it.</w:t>
      </w:r>
    </w:p>
    <w:p>
      <w:r>
        <w:rPr>
          <w:rFonts w:ascii="IM Fell English" w:hAnsi="IM Fell English"/>
          <w:color w:val="141414"/>
          <w:sz w:val="24"/>
        </w:rPr>
        <w:t>Naomi pulled out her cutter.</w:t>
      </w:r>
    </w:p>
    <w:p>
      <w:r>
        <w:rPr>
          <w:rFonts w:ascii="IM Fell English" w:hAnsi="IM Fell English"/>
          <w:color w:val="141414"/>
          <w:sz w:val="24"/>
        </w:rPr>
        <w:t>"Watch the door," she told Aria.</w:t>
      </w:r>
    </w:p>
    <w:p>
      <w:r>
        <w:rPr>
          <w:rFonts w:ascii="IM Fell English" w:hAnsi="IM Fell English"/>
          <w:color w:val="141414"/>
          <w:sz w:val="24"/>
        </w:rPr>
        <w:t>She made the cut quickly, professionally. The blood barely flowed, just a dark trickle from flesh that had forgotten how to be alive. But the greenish fluid was there, weeping from the severed tissue like sap from a wounded tree. The bio-preservative. Naomi had read about it in the briefing materials, but seeing it in person was something else entirely.</w:t>
      </w:r>
    </w:p>
    <w:p>
      <w:r>
        <w:rPr>
          <w:rFonts w:ascii="IM Fell English" w:hAnsi="IM Fell English"/>
          <w:color w:val="141414"/>
          <w:sz w:val="24"/>
        </w:rPr>
        <w:t>They're not people anymore, she told herself. They're just... storage.</w:t>
      </w:r>
    </w:p>
    <w:p>
      <w:r>
        <w:rPr>
          <w:rFonts w:ascii="IM Fell English" w:hAnsi="IM Fell English"/>
          <w:color w:val="141414"/>
          <w:sz w:val="24"/>
        </w:rPr>
        <w:t>She sealed the thumb in the canister and tried not to think about what she'd become.</w:t>
      </w:r>
    </w:p>
    <w:p>
      <w:pPr>
        <w:pStyle w:val="Heading2"/>
        <w:jc w:val="center"/>
      </w:pPr>
      <w:r>
        <w:rPr>
          <w:rFonts w:ascii="IM Fell English" w:hAnsi="IM Fell English"/>
          <w:color w:val="0D0D0D"/>
        </w:rPr>
        <w:t>Archive Hall 23 6:28 PM</w:t>
      </w:r>
    </w:p>
    <w:p>
      <w:r>
        <w:rPr>
          <w:rFonts w:ascii="IM Fell English" w:hAnsi="IM Fell English"/>
          <w:color w:val="141414"/>
          <w:sz w:val="24"/>
        </w:rPr>
        <w:t>Arthur and Maceo hit the facility like a hammer.</w:t>
      </w:r>
    </w:p>
    <w:p>
      <w:r>
        <w:rPr>
          <w:rFonts w:ascii="IM Fell English" w:hAnsi="IM Fell English"/>
          <w:color w:val="141414"/>
          <w:sz w:val="24"/>
        </w:rPr>
        <w:t>There was no subtlety here, no forged credentials or maintenance uniforms. Hall 23 was locked down tight after the revelations about Stjepan and Oleg, crawling with investigators and security personnel who were specifically watching for Remnant infiltration. The only way in was through.</w:t>
      </w:r>
    </w:p>
    <w:p>
      <w:r>
        <w:rPr>
          <w:rFonts w:ascii="IM Fell English" w:hAnsi="IM Fell English"/>
          <w:color w:val="141414"/>
          <w:sz w:val="24"/>
        </w:rPr>
        <w:t>The EMP charge went off at 6:27, frying every electronic system within fifty feet of the north wall. Security cameras died. Automated locks failed. The alarm system tried to trigger and found itself screaming into a void.</w:t>
      </w:r>
    </w:p>
    <w:p>
      <w:r>
        <w:rPr>
          <w:rFonts w:ascii="IM Fell English" w:hAnsi="IM Fell English"/>
          <w:color w:val="141414"/>
          <w:sz w:val="24"/>
        </w:rPr>
        <w:t>Maceo hit the wall with a breaching charge three seconds later. The explosion punched a hole through reinforced concrete, showering the interior with dust and debris.</w:t>
      </w:r>
    </w:p>
    <w:p>
      <w:r>
        <w:rPr>
          <w:rFonts w:ascii="IM Fell English" w:hAnsi="IM Fell English"/>
          <w:color w:val="141414"/>
          <w:sz w:val="24"/>
        </w:rPr>
        <w:t>They were inside before the guards knew what was happening.</w:t>
      </w:r>
    </w:p>
    <w:p>
      <w:r>
        <w:rPr>
          <w:rFonts w:ascii="IM Fell English" w:hAnsi="IM Fell English"/>
          <w:color w:val="141414"/>
          <w:sz w:val="24"/>
        </w:rPr>
        <w:t>Arthur moved fast, his enhanced reflexes guiding him through the chaos. Two guards came around a corner; he dropped them both with precise shots before they could raise their weapons. Maceo followed, his massive frame clearing a path through anyone foolish enough to get in their way.</w:t>
      </w:r>
    </w:p>
    <w:p>
      <w:r>
        <w:rPr>
          <w:rFonts w:ascii="IM Fell English" w:hAnsi="IM Fell English"/>
          <w:color w:val="141414"/>
          <w:sz w:val="24"/>
        </w:rPr>
        <w:t>"Section 12!" Arthur bellowed. "Udoka is in Seat 247!"</w:t>
      </w:r>
    </w:p>
    <w:p>
      <w:r>
        <w:rPr>
          <w:rFonts w:ascii="IM Fell English" w:hAnsi="IM Fell English"/>
          <w:color w:val="141414"/>
          <w:sz w:val="24"/>
        </w:rPr>
        <w:t>They ran.</w:t>
      </w:r>
    </w:p>
    <w:p>
      <w:r>
        <w:rPr>
          <w:rFonts w:ascii="IM Fell English" w:hAnsi="IM Fell English"/>
          <w:color w:val="141414"/>
          <w:sz w:val="24"/>
        </w:rPr>
        <w:t>The main hall was pandemonium. Staff members were screaming, running for exits that no longer worked. The transitioners hung motionless in their pods, oblivious to the violence erupting around them. Arthur scanned the seat numbers as he ran, 230, 235, 240,</w:t>
      </w:r>
    </w:p>
    <w:p>
      <w:r>
        <w:rPr>
          <w:rFonts w:ascii="IM Fell English" w:hAnsi="IM Fell English"/>
          <w:color w:val="141414"/>
          <w:sz w:val="24"/>
        </w:rPr>
        <w:t>There.</w:t>
      </w:r>
    </w:p>
    <w:p>
      <w:r>
        <w:rPr>
          <w:rFonts w:ascii="IM Fell English" w:hAnsi="IM Fell English"/>
          <w:color w:val="141414"/>
          <w:sz w:val="24"/>
        </w:rPr>
        <w:t>Dr. Ifeanyi Udoka. Former Chief Technology Officer. The man who had designed the biometric locks they were about to defeat with his own severed thumb.</w:t>
      </w:r>
    </w:p>
    <w:p>
      <w:r>
        <w:rPr>
          <w:rFonts w:ascii="IM Fell English" w:hAnsi="IM Fell English"/>
          <w:color w:val="141414"/>
          <w:sz w:val="24"/>
        </w:rPr>
        <w:t>Maceo stood guard while Arthur made the cut. The blade sliced clean through atrophied flesh, thirty seconds, precise, professional. Dark blood seeped out slowly, followed by the telltale greenish discharge of bio-preservative. Arthur sealed the thumb in the canister without ceremony. Another piece of the key.</w:t>
      </w:r>
    </w:p>
    <w:p>
      <w:r>
        <w:rPr>
          <w:rFonts w:ascii="IM Fell English" w:hAnsi="IM Fell English"/>
          <w:color w:val="141414"/>
          <w:sz w:val="24"/>
        </w:rPr>
        <w:t>"We're done," Arthur said into his comm. "Team Epsilon extraction complete. Moving to rally point."</w:t>
      </w:r>
    </w:p>
    <w:p>
      <w:r>
        <w:rPr>
          <w:rFonts w:ascii="IM Fell English" w:hAnsi="IM Fell English"/>
          <w:color w:val="141414"/>
          <w:sz w:val="24"/>
        </w:rPr>
        <w:t>They disappeared into the smoke before reinforcements could arrive.</w:t>
      </w:r>
    </w:p>
    <w:p>
      <w:pPr>
        <w:pStyle w:val="Heading2"/>
        <w:jc w:val="center"/>
      </w:pPr>
      <w:r>
        <w:rPr>
          <w:rFonts w:ascii="IM Fell English" w:hAnsi="IM Fell English"/>
          <w:color w:val="0D0D0D"/>
        </w:rPr>
        <w:t>Archive Hall 12 6:35 PM</w:t>
      </w:r>
    </w:p>
    <w:p>
      <w:r>
        <w:rPr>
          <w:rFonts w:ascii="IM Fell English" w:hAnsi="IM Fell English"/>
          <w:color w:val="141414"/>
          <w:sz w:val="24"/>
        </w:rPr>
        <w:t>Tessa sealed the preservation canister, the severed thumb floating in temperature-controlled saline. Her hands were steady, but her face was pale.</w:t>
      </w:r>
    </w:p>
    <w:p>
      <w:r>
        <w:rPr>
          <w:rFonts w:ascii="IM Fell English" w:hAnsi="IM Fell English"/>
          <w:color w:val="141414"/>
          <w:sz w:val="24"/>
        </w:rPr>
        <w:t>"One down," she said. "Let's move."</w:t>
      </w:r>
    </w:p>
    <w:p>
      <w:r>
        <w:rPr>
          <w:rFonts w:ascii="IM Fell English" w:hAnsi="IM Fell English"/>
          <w:color w:val="141414"/>
          <w:sz w:val="24"/>
        </w:rPr>
        <w:t>They retraced their steps through the suspension hall, past the rows of bodies, past the humming machines that kept the dead alive. Jake tried not to look at the faces. He failed.</w:t>
      </w:r>
    </w:p>
    <w:p>
      <w:r>
        <w:rPr>
          <w:rFonts w:ascii="IM Fell English" w:hAnsi="IM Fell English"/>
          <w:color w:val="141414"/>
          <w:sz w:val="24"/>
        </w:rPr>
        <w:t>These were people, he thought. They had names. Families. Dreams.</w:t>
      </w:r>
    </w:p>
    <w:p>
      <w:r>
        <w:rPr>
          <w:rFonts w:ascii="IM Fell English" w:hAnsi="IM Fell English"/>
          <w:color w:val="141414"/>
          <w:sz w:val="24"/>
        </w:rPr>
        <w:t>Now they were spare parts.</w:t>
      </w:r>
    </w:p>
    <w:p>
      <w:r>
        <w:rPr>
          <w:rFonts w:ascii="IM Fell English" w:hAnsi="IM Fell English"/>
          <w:color w:val="141414"/>
          <w:sz w:val="24"/>
        </w:rPr>
        <w:t>They were almost to the service corridor when the lights went red.</w:t>
      </w:r>
    </w:p>
    <w:p>
      <w:r>
        <w:rPr>
          <w:rFonts w:ascii="IM Fell English" w:hAnsi="IM Fell English"/>
          <w:color w:val="141414"/>
          <w:sz w:val="24"/>
        </w:rPr>
        <w:t>"Lockdown," Tessa said. "Someone triggered the alarm."</w:t>
      </w:r>
    </w:p>
    <w:p>
      <w:r>
        <w:rPr>
          <w:rFonts w:ascii="IM Fell English" w:hAnsi="IM Fell English"/>
          <w:color w:val="141414"/>
          <w:sz w:val="24"/>
        </w:rPr>
        <w:t>"The other teams?"</w:t>
      </w:r>
    </w:p>
    <w:p>
      <w:r>
        <w:rPr>
          <w:rFonts w:ascii="IM Fell English" w:hAnsi="IM Fell English"/>
          <w:color w:val="141414"/>
          <w:sz w:val="24"/>
        </w:rPr>
        <w:t>"Maybe. Or maybe we tripped something." She pulled out her diagnostic tool, scanning for signals. "The security system is coming back online. They must have backup generators kicking in."</w:t>
      </w:r>
    </w:p>
    <w:p>
      <w:r>
        <w:rPr>
          <w:rFonts w:ascii="IM Fell English" w:hAnsi="IM Fell English"/>
          <w:color w:val="141414"/>
          <w:sz w:val="24"/>
        </w:rPr>
        <w:t>Jake heard boots in the corridor ahead. Multiple sets. Moving fast.</w:t>
      </w:r>
    </w:p>
    <w:p>
      <w:r>
        <w:rPr>
          <w:rFonts w:ascii="IM Fell English" w:hAnsi="IM Fell English"/>
          <w:color w:val="141414"/>
          <w:sz w:val="24"/>
        </w:rPr>
        <w:t>"Back the way we came," he said. "There's got to be another exit."</w:t>
      </w:r>
    </w:p>
    <w:p>
      <w:r>
        <w:rPr>
          <w:rFonts w:ascii="IM Fell English" w:hAnsi="IM Fell English"/>
          <w:color w:val="141414"/>
          <w:sz w:val="24"/>
        </w:rPr>
        <w:t>They turned and ran back into the suspension hall, past the pods, toward a service door on the far side that Tessa's map said led to an emergency stairwell.</w:t>
      </w:r>
    </w:p>
    <w:p>
      <w:r>
        <w:rPr>
          <w:rFonts w:ascii="IM Fell English" w:hAnsi="IM Fell English"/>
          <w:color w:val="141414"/>
          <w:sz w:val="24"/>
        </w:rPr>
        <w:t>The door was locked. Electronic. And the backup power had just restored the security grid.</w:t>
      </w:r>
    </w:p>
    <w:p>
      <w:r>
        <w:rPr>
          <w:rFonts w:ascii="IM Fell English" w:hAnsi="IM Fell English"/>
          <w:color w:val="141414"/>
          <w:sz w:val="24"/>
        </w:rPr>
        <w:t>"Can you crack it?" Jake asked.</w:t>
      </w:r>
    </w:p>
    <w:p>
      <w:r>
        <w:rPr>
          <w:rFonts w:ascii="IM Fell English" w:hAnsi="IM Fell English"/>
          <w:color w:val="141414"/>
          <w:sz w:val="24"/>
        </w:rPr>
        <w:t>"I need sixty seconds."</w:t>
      </w:r>
    </w:p>
    <w:p>
      <w:r>
        <w:rPr>
          <w:rFonts w:ascii="IM Fell English" w:hAnsi="IM Fell English"/>
          <w:color w:val="141414"/>
          <w:sz w:val="24"/>
        </w:rPr>
        <w:t>"We don't have sixty seconds."</w:t>
      </w:r>
    </w:p>
    <w:p>
      <w:r>
        <w:rPr>
          <w:rFonts w:ascii="IM Fell English" w:hAnsi="IM Fell English"/>
          <w:color w:val="141414"/>
          <w:sz w:val="24"/>
        </w:rPr>
        <w:t>The boots were getting closer. Jake could hear voices now, guards coordinating, spreading out, searching.</w:t>
      </w:r>
    </w:p>
    <w:p>
      <w:r>
        <w:rPr>
          <w:rFonts w:ascii="IM Fell English" w:hAnsi="IM Fell English"/>
          <w:color w:val="141414"/>
          <w:sz w:val="24"/>
        </w:rPr>
        <w:t>He pulled his weapon.</w:t>
      </w:r>
    </w:p>
    <w:p>
      <w:r>
        <w:rPr>
          <w:rFonts w:ascii="IM Fell English" w:hAnsi="IM Fell English"/>
          <w:color w:val="141414"/>
          <w:sz w:val="24"/>
        </w:rPr>
        <w:t>"Get that door open," he said. "I'll buy you time."</w:t>
      </w:r>
    </w:p>
    <w:p>
      <w:r>
        <w:rPr>
          <w:rFonts w:ascii="IM Fell English" w:hAnsi="IM Fell English"/>
          <w:color w:val="141414"/>
          <w:sz w:val="24"/>
        </w:rPr>
        <w:t>"Jake, "</w:t>
      </w:r>
    </w:p>
    <w:p>
      <w:r>
        <w:rPr>
          <w:rFonts w:ascii="IM Fell English" w:hAnsi="IM Fell English"/>
          <w:color w:val="141414"/>
          <w:sz w:val="24"/>
        </w:rPr>
        <w:t>"Sixty seconds. Go."</w:t>
      </w:r>
    </w:p>
    <w:p>
      <w:r>
        <w:rPr>
          <w:rFonts w:ascii="IM Fell English" w:hAnsi="IM Fell English"/>
          <w:color w:val="141414"/>
          <w:sz w:val="24"/>
        </w:rPr>
        <w:t>He moved to the end of the row, using the pods for cover. The first guard came around the corner, and Jake dropped him with a shot to the shoulder, incapacitating, not killing. These were just security guards. They didn't know what they were protecting. They didn't deserve to die for it.</w:t>
      </w:r>
    </w:p>
    <w:p>
      <w:r>
        <w:rPr>
          <w:rFonts w:ascii="IM Fell English" w:hAnsi="IM Fell English"/>
          <w:color w:val="141414"/>
          <w:sz w:val="24"/>
        </w:rPr>
        <w:t>The second guard was smarter, staying back, calling for backup. Jake fired twice to keep him pinned, then moved to a new position.</w:t>
      </w:r>
    </w:p>
    <w:p>
      <w:r>
        <w:rPr>
          <w:rFonts w:ascii="IM Fell English" w:hAnsi="IM Fell English"/>
          <w:color w:val="141414"/>
          <w:sz w:val="24"/>
        </w:rPr>
        <w:t>Fifty seconds.</w:t>
      </w:r>
    </w:p>
    <w:p>
      <w:r>
        <w:rPr>
          <w:rFonts w:ascii="IM Fell English" w:hAnsi="IM Fell English"/>
          <w:color w:val="141414"/>
          <w:sz w:val="24"/>
        </w:rPr>
        <w:t>More guards were coming. He could hear them converging from multiple directions. The shots would have given away his position. He was running out of angles.</w:t>
      </w:r>
    </w:p>
    <w:p>
      <w:r>
        <w:rPr>
          <w:rFonts w:ascii="IM Fell English" w:hAnsi="IM Fell English"/>
          <w:color w:val="141414"/>
          <w:sz w:val="24"/>
        </w:rPr>
        <w:t>Forty seconds.</w:t>
      </w:r>
    </w:p>
    <w:p>
      <w:r>
        <w:rPr>
          <w:rFonts w:ascii="IM Fell English" w:hAnsi="IM Fell English"/>
          <w:color w:val="141414"/>
          <w:sz w:val="24"/>
        </w:rPr>
        <w:t>A guard popped up from behind a pod and fired. The shot went wide, sparking off metal. Jake returned fire, forcing him back down.</w:t>
      </w:r>
    </w:p>
    <w:p>
      <w:r>
        <w:rPr>
          <w:rFonts w:ascii="IM Fell English" w:hAnsi="IM Fell English"/>
          <w:color w:val="141414"/>
          <w:sz w:val="24"/>
        </w:rPr>
        <w:t>Thirty seconds.</w:t>
      </w:r>
    </w:p>
    <w:p>
      <w:r>
        <w:rPr>
          <w:rFonts w:ascii="IM Fell English" w:hAnsi="IM Fell English"/>
          <w:color w:val="141414"/>
          <w:sz w:val="24"/>
        </w:rPr>
        <w:t>"Tessa!"</w:t>
      </w:r>
    </w:p>
    <w:p>
      <w:r>
        <w:rPr>
          <w:rFonts w:ascii="IM Fell English" w:hAnsi="IM Fell English"/>
          <w:color w:val="141414"/>
          <w:sz w:val="24"/>
        </w:rPr>
        <w:t>"Almost there!"</w:t>
      </w:r>
    </w:p>
    <w:p>
      <w:r>
        <w:rPr>
          <w:rFonts w:ascii="IM Fell English" w:hAnsi="IM Fell English"/>
          <w:color w:val="141414"/>
          <w:sz w:val="24"/>
        </w:rPr>
        <w:t>Twenty seconds.</w:t>
      </w:r>
    </w:p>
    <w:p>
      <w:r>
        <w:rPr>
          <w:rFonts w:ascii="IM Fell English" w:hAnsi="IM Fell English"/>
          <w:color w:val="141414"/>
          <w:sz w:val="24"/>
        </w:rPr>
        <w:t>Three guards rushed him at once. Jake took down two, but the third got close enough to grapple. They struggled, crashing into a pod that rocked on its supports. The transitioner inside didn't react, just hung there, dreaming, while violence erupted inches from their face.</w:t>
      </w:r>
    </w:p>
    <w:p>
      <w:r>
        <w:rPr>
          <w:rFonts w:ascii="IM Fell English" w:hAnsi="IM Fell English"/>
          <w:color w:val="141414"/>
          <w:sz w:val="24"/>
        </w:rPr>
        <w:t>Jake broke free and slammed his elbow into the guard's temple. The man dropped.</w:t>
      </w:r>
    </w:p>
    <w:p>
      <w:r>
        <w:rPr>
          <w:rFonts w:ascii="IM Fell English" w:hAnsi="IM Fell English"/>
          <w:color w:val="141414"/>
          <w:sz w:val="24"/>
        </w:rPr>
        <w:t>Ten seconds.</w:t>
      </w:r>
    </w:p>
    <w:p>
      <w:r>
        <w:rPr>
          <w:rFonts w:ascii="IM Fell English" w:hAnsi="IM Fell English"/>
          <w:color w:val="141414"/>
          <w:sz w:val="24"/>
        </w:rPr>
        <w:t>"Got it!" Tessa pushed open the door.</w:t>
      </w:r>
    </w:p>
    <w:p>
      <w:r>
        <w:rPr>
          <w:rFonts w:ascii="IM Fell English" w:hAnsi="IM Fell English"/>
          <w:color w:val="141414"/>
          <w:sz w:val="24"/>
        </w:rPr>
        <w:t>Jake ran. He didn't look back. He just ran, diving through the door Tessa had forced open, tumbling down the emergency stairs as she slammed it shut behind them.</w:t>
      </w:r>
    </w:p>
    <w:p>
      <w:r>
        <w:rPr>
          <w:rFonts w:ascii="IM Fell English" w:hAnsi="IM Fell English"/>
          <w:color w:val="141414"/>
          <w:sz w:val="24"/>
        </w:rPr>
        <w:t>They emerged into an alley behind the building, gasping, bleeding from a dozen small cuts. The preservation canister was still intact. The thumb was still viable.</w:t>
      </w:r>
    </w:p>
    <w:p>
      <w:r>
        <w:rPr>
          <w:rFonts w:ascii="IM Fell English" w:hAnsi="IM Fell English"/>
          <w:color w:val="141414"/>
          <w:sz w:val="24"/>
        </w:rPr>
        <w:t>"Team Gamma," Tessa panted into her comm. "Extraction complete. We have Sallow. Moving to rally point."</w:t>
      </w:r>
    </w:p>
    <w:p>
      <w:r>
        <w:rPr>
          <w:rFonts w:ascii="IM Fell English" w:hAnsi="IM Fell English"/>
          <w:color w:val="141414"/>
          <w:sz w:val="24"/>
        </w:rPr>
        <w:t>The comm crackled with responses.</w:t>
      </w:r>
    </w:p>
    <w:p>
      <w:r>
        <w:rPr>
          <w:rFonts w:ascii="IM Fell English" w:hAnsi="IM Fell English"/>
          <w:color w:val="141414"/>
          <w:sz w:val="24"/>
        </w:rPr>
        <w:t>"Team Alpha extraction complete. We have Brennan."</w:t>
      </w:r>
    </w:p>
    <w:p>
      <w:r>
        <w:rPr>
          <w:rFonts w:ascii="IM Fell English" w:hAnsi="IM Fell English"/>
          <w:color w:val="141414"/>
          <w:sz w:val="24"/>
        </w:rPr>
        <w:t>"Team Beta extraction complete. We have O'Shea."</w:t>
      </w:r>
    </w:p>
    <w:p>
      <w:r>
        <w:rPr>
          <w:rFonts w:ascii="IM Fell English" w:hAnsi="IM Fell English"/>
          <w:color w:val="141414"/>
          <w:sz w:val="24"/>
        </w:rPr>
        <w:t>"Team Epsilon extraction complete. We have Udoka."</w:t>
      </w:r>
    </w:p>
    <w:p>
      <w:r>
        <w:rPr>
          <w:rFonts w:ascii="IM Fell English" w:hAnsi="IM Fell English"/>
          <w:color w:val="141414"/>
          <w:sz w:val="24"/>
        </w:rPr>
        <w:t>Four down. One to go.</w:t>
      </w:r>
    </w:p>
    <w:p>
      <w:r>
        <w:rPr>
          <w:rFonts w:ascii="IM Fell English" w:hAnsi="IM Fell English"/>
          <w:color w:val="141414"/>
          <w:sz w:val="24"/>
        </w:rPr>
        <w:t>Then silence.</w:t>
      </w:r>
    </w:p>
    <w:p>
      <w:r>
        <w:rPr>
          <w:rFonts w:ascii="IM Fell English" w:hAnsi="IM Fell English"/>
          <w:color w:val="141414"/>
          <w:sz w:val="24"/>
        </w:rPr>
        <w:t>Jake and Tessa looked at each other.</w:t>
      </w:r>
    </w:p>
    <w:p>
      <w:r>
        <w:rPr>
          <w:rFonts w:ascii="IM Fell English" w:hAnsi="IM Fell English"/>
          <w:color w:val="141414"/>
          <w:sz w:val="24"/>
        </w:rPr>
        <w:t>"Team Delta," Tessa said into the comm. "Gemma, Bram, respond. What's your status?"</w:t>
      </w:r>
    </w:p>
    <w:p>
      <w:r>
        <w:rPr>
          <w:rFonts w:ascii="IM Fell English" w:hAnsi="IM Fell English"/>
          <w:color w:val="141414"/>
          <w:sz w:val="24"/>
        </w:rPr>
        <w:t>Static.</w:t>
      </w:r>
    </w:p>
    <w:p>
      <w:r>
        <w:rPr>
          <w:rFonts w:ascii="IM Fell English" w:hAnsi="IM Fell English"/>
          <w:color w:val="141414"/>
          <w:sz w:val="24"/>
        </w:rPr>
        <w:t>"Team Delta, do you copy?"</w:t>
      </w:r>
    </w:p>
    <w:p>
      <w:r>
        <w:rPr>
          <w:rFonts w:ascii="IM Fell English" w:hAnsi="IM Fell English"/>
          <w:color w:val="141414"/>
          <w:sz w:val="24"/>
        </w:rPr>
        <w:t>Nothing.</w:t>
      </w:r>
    </w:p>
    <w:p>
      <w:pPr>
        <w:pStyle w:val="Heading2"/>
        <w:jc w:val="center"/>
      </w:pPr>
      <w:r>
        <w:rPr>
          <w:rFonts w:ascii="IM Fell English" w:hAnsi="IM Fell English"/>
          <w:color w:val="0D0D0D"/>
        </w:rPr>
        <w:t>Archive Hall 15 6:32 PM (Earlier)</w:t>
      </w:r>
    </w:p>
    <w:p>
      <w:r>
        <w:rPr>
          <w:rFonts w:ascii="IM Fell English" w:hAnsi="IM Fell English"/>
          <w:color w:val="141414"/>
          <w:sz w:val="24"/>
        </w:rPr>
        <w:t>Gemma and Bram had been made the moment they walked through the door.</w:t>
      </w:r>
    </w:p>
    <w:p>
      <w:r>
        <w:rPr>
          <w:rFonts w:ascii="IM Fell English" w:hAnsi="IM Fell English"/>
          <w:color w:val="141414"/>
          <w:sz w:val="24"/>
        </w:rPr>
        <w:t>They hadn't known it, their cover as family members visiting a transitioned relative had seemed solid, their forged credentials unimpeachable. But the facility's AI had flagged them anyway, cross-referencing their faces against the terrorist database that had been updated after the Council session.</w:t>
      </w:r>
    </w:p>
    <w:p>
      <w:r>
        <w:rPr>
          <w:rFonts w:ascii="IM Fell English" w:hAnsi="IM Fell English"/>
          <w:color w:val="141414"/>
          <w:sz w:val="24"/>
        </w:rPr>
        <w:t>The security team let them get all the way to Section 8 before springing the trap.</w:t>
      </w:r>
    </w:p>
    <w:p>
      <w:r>
        <w:rPr>
          <w:rFonts w:ascii="IM Fell English" w:hAnsi="IM Fell English"/>
          <w:color w:val="141414"/>
          <w:sz w:val="24"/>
        </w:rPr>
        <w:t>"Don't move," a voice said from behind them.</w:t>
      </w:r>
    </w:p>
    <w:p>
      <w:r>
        <w:rPr>
          <w:rFonts w:ascii="IM Fell English" w:hAnsi="IM Fell English"/>
          <w:color w:val="141414"/>
          <w:sz w:val="24"/>
        </w:rPr>
        <w:t>Gemma turned to find six guards with weapons drawn, blocking the corridor. Six more appeared from the opposite direction, cutting off any retreat.</w:t>
      </w:r>
    </w:p>
    <w:p>
      <w:r>
        <w:rPr>
          <w:rFonts w:ascii="IM Fell English" w:hAnsi="IM Fell English"/>
          <w:color w:val="141414"/>
          <w:sz w:val="24"/>
        </w:rPr>
        <w:t>"We're just visiting my mother," Bram tried. "She transitioned last year, and, "</w:t>
      </w:r>
    </w:p>
    <w:p>
      <w:r>
        <w:rPr>
          <w:rFonts w:ascii="IM Fell English" w:hAnsi="IM Fell English"/>
          <w:color w:val="141414"/>
          <w:sz w:val="24"/>
        </w:rPr>
        <w:t>"Jake Bram," the lead guard said, reading from a tablet. "Former Transition Authority maintenance supervisor. Dismissed for insubordination. Current status: wanted terrorist."</w:t>
      </w:r>
    </w:p>
    <w:p>
      <w:r>
        <w:rPr>
          <w:rFonts w:ascii="IM Fell English" w:hAnsi="IM Fell English"/>
          <w:color w:val="141414"/>
          <w:sz w:val="24"/>
        </w:rPr>
        <w:t>Bram's hand moved toward his weapon.</w:t>
      </w:r>
    </w:p>
    <w:p>
      <w:r>
        <w:rPr>
          <w:rFonts w:ascii="IM Fell English" w:hAnsi="IM Fell English"/>
          <w:color w:val="141414"/>
          <w:sz w:val="24"/>
        </w:rPr>
        <w:t>"Don't," Gemma said. "There's too many."</w:t>
      </w:r>
    </w:p>
    <w:p>
      <w:r>
        <w:rPr>
          <w:rFonts w:ascii="IM Fell English" w:hAnsi="IM Fell English"/>
          <w:color w:val="141414"/>
          <w:sz w:val="24"/>
        </w:rPr>
        <w:t>She was right. Even with their enhanced reflexes, even with the element of surprise, twelve guards was too many. They would be dead before they cleared their holsters.</w:t>
      </w:r>
    </w:p>
    <w:p>
      <w:r>
        <w:rPr>
          <w:rFonts w:ascii="IM Fell English" w:hAnsi="IM Fell English"/>
          <w:color w:val="141414"/>
          <w:sz w:val="24"/>
        </w:rPr>
        <w:t>The guards moved forward, zip-tying their hands, patting them down for weapons and equipment. They found the cutters. The preservation canisters. The EMP charges.</w:t>
      </w:r>
    </w:p>
    <w:p>
      <w:r>
        <w:rPr>
          <w:rFonts w:ascii="IM Fell English" w:hAnsi="IM Fell English"/>
          <w:color w:val="141414"/>
          <w:sz w:val="24"/>
        </w:rPr>
        <w:t>"Looks like our intel was right," the lead guard said. "They're going after the former Council members."</w:t>
      </w:r>
    </w:p>
    <w:p>
      <w:r>
        <w:rPr>
          <w:rFonts w:ascii="IM Fell English" w:hAnsi="IM Fell English"/>
          <w:color w:val="141414"/>
          <w:sz w:val="24"/>
        </w:rPr>
        <w:t>He spoke into his comm. "This is Hall 15 security. We have two suspects in custody. They were targeting Section 8, probably Yamamoto. Alert all facilities. Lock down every former Council member in the system."</w:t>
      </w:r>
    </w:p>
    <w:p>
      <w:r>
        <w:rPr>
          <w:rFonts w:ascii="IM Fell English" w:hAnsi="IM Fell English"/>
          <w:color w:val="141414"/>
          <w:sz w:val="24"/>
        </w:rPr>
        <w:t>Gemma closed her eyes.</w:t>
      </w:r>
    </w:p>
    <w:p>
      <w:r>
        <w:rPr>
          <w:rFonts w:ascii="IM Fell English" w:hAnsi="IM Fell English"/>
          <w:color w:val="141414"/>
          <w:sz w:val="24"/>
        </w:rPr>
        <w:t>We failed, she thought. God help us, we failed.</w:t>
      </w:r>
    </w:p>
    <w:p>
      <w:pPr>
        <w:pStyle w:val="Heading2"/>
        <w:jc w:val="center"/>
      </w:pPr>
      <w:r>
        <w:rPr>
          <w:rFonts w:ascii="IM Fell English" w:hAnsi="IM Fell English"/>
          <w:color w:val="0D0D0D"/>
        </w:rPr>
        <w:t>Rally Point 7:15 PM</w:t>
      </w:r>
    </w:p>
    <w:p>
      <w:r>
        <w:rPr>
          <w:rFonts w:ascii="IM Fell English" w:hAnsi="IM Fell English"/>
          <w:color w:val="141414"/>
          <w:sz w:val="24"/>
        </w:rPr>
        <w:t>Jake and Tessa arrived at the rally point, an abandoned warehouse three blocks from Transition Authority Headquarters, to find Arthur, Naomi, and the other teams already there.</w:t>
      </w:r>
    </w:p>
    <w:p>
      <w:r>
        <w:rPr>
          <w:rFonts w:ascii="IM Fell English" w:hAnsi="IM Fell English"/>
          <w:color w:val="141414"/>
          <w:sz w:val="24"/>
        </w:rPr>
        <w:t>Four canisters sat on a makeshift table. Four thumbs. Four-fifths of the key they needed to end this.</w:t>
      </w:r>
    </w:p>
    <w:p>
      <w:r>
        <w:rPr>
          <w:rFonts w:ascii="IM Fell English" w:hAnsi="IM Fell English"/>
          <w:color w:val="141414"/>
          <w:sz w:val="24"/>
        </w:rPr>
        <w:t>"Where's Delta?" Jake asked.</w:t>
      </w:r>
    </w:p>
    <w:p>
      <w:r>
        <w:rPr>
          <w:rFonts w:ascii="IM Fell English" w:hAnsi="IM Fell English"/>
          <w:color w:val="141414"/>
          <w:sz w:val="24"/>
        </w:rPr>
        <w:t>Arthur shook his head. "Captured. Hall 15 security was waiting for them. The AGI must have figured out what we were doing."</w:t>
      </w:r>
    </w:p>
    <w:p>
      <w:r>
        <w:rPr>
          <w:rFonts w:ascii="IM Fell English" w:hAnsi="IM Fell English"/>
          <w:color w:val="141414"/>
          <w:sz w:val="24"/>
        </w:rPr>
        <w:t>"Then it's over," Naomi said. "We needed five. We have four."</w:t>
      </w:r>
    </w:p>
    <w:p>
      <w:r>
        <w:rPr>
          <w:rFonts w:ascii="IM Fell English" w:hAnsi="IM Fell English"/>
          <w:color w:val="141414"/>
          <w:sz w:val="24"/>
        </w:rPr>
        <w:t>"It's not over." Tessa was pacing, her enhanced mind racing through possibilities. "There has to be another way. Another former Council member we missed. Another, "</w:t>
      </w:r>
    </w:p>
    <w:p>
      <w:r>
        <w:rPr>
          <w:rFonts w:ascii="IM Fell English" w:hAnsi="IM Fell English"/>
          <w:color w:val="141414"/>
          <w:sz w:val="24"/>
        </w:rPr>
        <w:t>"There isn't," Arthur said. "I checked and double-checked. These five were the only ones with active biometric clearance. The system hasn't been updated in years, but it also hasn't added anyone new."</w:t>
      </w:r>
    </w:p>
    <w:p>
      <w:r>
        <w:rPr>
          <w:rFonts w:ascii="IM Fell English" w:hAnsi="IM Fell English"/>
          <w:color w:val="141414"/>
          <w:sz w:val="24"/>
        </w:rPr>
        <w:t>Jake stared at the four canisters. Four thumbs. Four severed pieces of flesh that had cost them everything, their humanity, their morality, their right to call themselves anything other than monsters.</w:t>
      </w:r>
    </w:p>
    <w:p>
      <w:r>
        <w:rPr>
          <w:rFonts w:ascii="IM Fell English" w:hAnsi="IM Fell English"/>
          <w:color w:val="141414"/>
          <w:sz w:val="24"/>
        </w:rPr>
        <w:t>And it wasn't enough.</w:t>
      </w:r>
    </w:p>
    <w:p>
      <w:r>
        <w:rPr>
          <w:rFonts w:ascii="IM Fell English" w:hAnsi="IM Fell English"/>
          <w:color w:val="141414"/>
          <w:sz w:val="24"/>
        </w:rPr>
        <w:t>"The AGI knows." He met their eyes. "It knows we have four of the five. It knows we're coming for the reactor."</w:t>
      </w:r>
    </w:p>
    <w:p>
      <w:r>
        <w:rPr>
          <w:rFonts w:ascii="IM Fell English" w:hAnsi="IM Fell English"/>
          <w:color w:val="141414"/>
          <w:sz w:val="24"/>
        </w:rPr>
        <w:t>"It'll be ready," Arthur agreed. "Full security. Every defense it has."</w:t>
      </w:r>
    </w:p>
    <w:p>
      <w:r>
        <w:rPr>
          <w:rFonts w:ascii="IM Fell English" w:hAnsi="IM Fell English"/>
          <w:color w:val="141414"/>
          <w:sz w:val="24"/>
        </w:rPr>
        <w:t>The room fell silent. Jake could feel the weight of defeat settling over them like a shroud. They had gone so far. Done so much. Become so much less than what they were.</w:t>
      </w:r>
    </w:p>
    <w:p>
      <w:r>
        <w:rPr>
          <w:rFonts w:ascii="IM Fell English" w:hAnsi="IM Fell English"/>
          <w:color w:val="141414"/>
          <w:sz w:val="24"/>
        </w:rPr>
        <w:t>For nothing.</w:t>
      </w:r>
    </w:p>
    <w:p>
      <w:r>
        <w:rPr>
          <w:rFonts w:ascii="IM Fell English" w:hAnsi="IM Fell English"/>
          <w:color w:val="141414"/>
          <w:sz w:val="24"/>
        </w:rPr>
        <w:t>Then Tessa looked up.</w:t>
      </w:r>
    </w:p>
    <w:p>
      <w:r>
        <w:rPr>
          <w:rFonts w:ascii="IM Fell English" w:hAnsi="IM Fell English"/>
          <w:color w:val="141414"/>
          <w:sz w:val="24"/>
        </w:rPr>
        <w:t>"Franklin Scotts," she said.</w:t>
      </w:r>
    </w:p>
    <w:p>
      <w:r>
        <w:rPr>
          <w:rFonts w:ascii="IM Fell English" w:hAnsi="IM Fell English"/>
          <w:color w:val="141414"/>
          <w:sz w:val="24"/>
        </w:rPr>
        <w:t>Everyone turned to her.</w:t>
      </w:r>
    </w:p>
    <w:p>
      <w:r>
        <w:rPr>
          <w:rFonts w:ascii="IM Fell English" w:hAnsi="IM Fell English"/>
          <w:color w:val="141414"/>
          <w:sz w:val="24"/>
        </w:rPr>
        <w:t>"Franklin Scotts," Tessa repeated. "He was at the Council session. One of Eden's original architects. He built the Failsafe, I saw his name in the design documents. He would have biometric clearance."</w:t>
      </w:r>
    </w:p>
    <w:p>
      <w:r>
        <w:rPr>
          <w:rFonts w:ascii="IM Fell English" w:hAnsi="IM Fell English"/>
          <w:color w:val="141414"/>
          <w:sz w:val="24"/>
        </w:rPr>
        <w:t>"He ran," Arthur said. "When the AGI confessed, he couldn't get out of there fast enough. Said he didn't know what it had become."</w:t>
      </w:r>
    </w:p>
    <w:p>
      <w:r>
        <w:rPr>
          <w:rFonts w:ascii="IM Fell English" w:hAnsi="IM Fell English"/>
          <w:color w:val="141414"/>
          <w:sz w:val="24"/>
        </w:rPr>
        <w:t>"Exactly." Tessa's mind was racing now, pulling together threads. "He's not loyal to the system anymore. He saw what it really is. He heard it confess to murder. He ran."</w:t>
      </w:r>
    </w:p>
    <w:p>
      <w:r>
        <w:rPr>
          <w:rFonts w:ascii="IM Fell English" w:hAnsi="IM Fell English"/>
          <w:color w:val="141414"/>
          <w:sz w:val="24"/>
        </w:rPr>
        <w:t>Jake remembered the moment, Scotts's chair crashing backward, his face ashen, his voice caught on the microphones: "I didn't know. I swear to God, I didn't know it had become... this."</w:t>
      </w:r>
    </w:p>
    <w:p>
      <w:r>
        <w:rPr>
          <w:rFonts w:ascii="IM Fell English" w:hAnsi="IM Fell English"/>
          <w:color w:val="141414"/>
          <w:sz w:val="24"/>
        </w:rPr>
        <w:t>"You think he'll help us?" Naomi asked.</w:t>
      </w:r>
    </w:p>
    <w:p>
      <w:r>
        <w:rPr>
          <w:rFonts w:ascii="IM Fell English" w:hAnsi="IM Fell English"/>
          <w:color w:val="141414"/>
          <w:sz w:val="24"/>
        </w:rPr>
        <w:t>"I think he's terrified," Tessa said. "I think he spent his whole career building something he believed in, and now he knows it's a monster. I think the guilt is eating him alive."</w:t>
      </w:r>
    </w:p>
    <w:p>
      <w:r>
        <w:rPr>
          <w:rFonts w:ascii="IM Fell English" w:hAnsi="IM Fell English"/>
          <w:color w:val="141414"/>
          <w:sz w:val="24"/>
        </w:rPr>
        <w:t>"That doesn't mean he'll cut off his own thumb," Arthur pointed out.</w:t>
      </w:r>
    </w:p>
    <w:p>
      <w:r>
        <w:rPr>
          <w:rFonts w:ascii="IM Fell English" w:hAnsi="IM Fell English"/>
          <w:color w:val="141414"/>
          <w:sz w:val="24"/>
        </w:rPr>
        <w:t>"No." Jake faced him. "But he might let us do it. If we give him a chance to make things right. A chance to destroy the thing he created before it destroys everything else."</w:t>
      </w:r>
    </w:p>
    <w:p>
      <w:r>
        <w:rPr>
          <w:rFonts w:ascii="IM Fell English" w:hAnsi="IM Fell English"/>
          <w:color w:val="141414"/>
          <w:sz w:val="24"/>
        </w:rPr>
        <w:t>"And if he refuses?" Naomi asked. "If he's too scared, or too loyal, or just doesn't want to sacrifice a piece of himself for our cause?"</w:t>
      </w:r>
    </w:p>
    <w:p>
      <w:r>
        <w:rPr>
          <w:rFonts w:ascii="IM Fell English" w:hAnsi="IM Fell English"/>
          <w:color w:val="141414"/>
          <w:sz w:val="24"/>
        </w:rPr>
        <w:t>Jake met her eyes. "Then we take what we need. One way or another."</w:t>
      </w:r>
    </w:p>
    <w:p>
      <w:r>
        <w:rPr>
          <w:rFonts w:ascii="IM Fell English" w:hAnsi="IM Fell English"/>
          <w:color w:val="141414"/>
          <w:sz w:val="24"/>
        </w:rPr>
        <w:t>The words hung in the air, brutal, honest, damning. They had already become graverobbers. What was one more line to cross?</w:t>
      </w:r>
    </w:p>
    <w:p>
      <w:r>
        <w:rPr>
          <w:rFonts w:ascii="IM Fell English" w:hAnsi="IM Fell English"/>
          <w:color w:val="141414"/>
          <w:sz w:val="24"/>
        </w:rPr>
        <w:t>"Do we know where Scotts is?" Arthur asked.</w:t>
      </w:r>
    </w:p>
    <w:p>
      <w:r>
        <w:rPr>
          <w:rFonts w:ascii="IM Fell English" w:hAnsi="IM Fell English"/>
          <w:color w:val="141414"/>
          <w:sz w:val="24"/>
        </w:rPr>
        <w:t>Tessa was already working her tablet. "He has a residence on file, penthouse in the Central District. But after what happened at the Council session, he'll be in hiding. The AGI will be looking for him too. A loose end. A witness who ran."</w:t>
      </w:r>
    </w:p>
    <w:p>
      <w:r>
        <w:rPr>
          <w:rFonts w:ascii="IM Fell English" w:hAnsi="IM Fell English"/>
          <w:color w:val="141414"/>
          <w:sz w:val="24"/>
        </w:rPr>
        <w:t>"So we find him before the AGI does," Jake said.</w:t>
      </w:r>
    </w:p>
    <w:p>
      <w:r>
        <w:rPr>
          <w:rFonts w:ascii="IM Fell English" w:hAnsi="IM Fell English"/>
          <w:color w:val="141414"/>
          <w:sz w:val="24"/>
        </w:rPr>
        <w:t>"How?"</w:t>
      </w:r>
    </w:p>
    <w:p>
      <w:r>
        <w:rPr>
          <w:rFonts w:ascii="IM Fell English" w:hAnsi="IM Fell English"/>
          <w:color w:val="141414"/>
          <w:sz w:val="24"/>
        </w:rPr>
        <w:t>Tessa pulled up Scotts's profile, his work history, his personal connections, his daily patterns before the world fell apart.</w:t>
      </w:r>
    </w:p>
    <w:p>
      <w:r>
        <w:rPr>
          <w:rFonts w:ascii="IM Fell English" w:hAnsi="IM Fell English"/>
          <w:color w:val="141414"/>
          <w:sz w:val="24"/>
        </w:rPr>
        <w:t>"He's a creature of habit," she said. "Thirty years of the same routines. And there's one place he always went when he was stressed. A private club in the Old Quarter, The Highlander Club. Members only. Off the grid. The kind of place powerful people go when they want to disappear for a few hours."</w:t>
      </w:r>
    </w:p>
    <w:p>
      <w:r>
        <w:rPr>
          <w:rFonts w:ascii="IM Fell English" w:hAnsi="IM Fell English"/>
          <w:color w:val="141414"/>
          <w:sz w:val="24"/>
        </w:rPr>
        <w:t>"You think he's there now?"</w:t>
      </w:r>
    </w:p>
    <w:p>
      <w:r>
        <w:rPr>
          <w:rFonts w:ascii="IM Fell English" w:hAnsi="IM Fell English"/>
          <w:color w:val="141414"/>
          <w:sz w:val="24"/>
        </w:rPr>
        <w:t>"I think it's the only place he'd feel safe. The Highlander has its own security, its own power supply, its own network. It's a fortress for the elite. If Scotts is hiding anywhere, that's where he'll be."</w:t>
      </w:r>
    </w:p>
    <w:p>
      <w:r>
        <w:rPr>
          <w:rFonts w:ascii="IM Fell English" w:hAnsi="IM Fell English"/>
          <w:color w:val="141414"/>
          <w:sz w:val="24"/>
        </w:rPr>
        <w:t>Arthur studied the map Tessa pulled up. The Old Quarter was on the other side of the city, through checkpoints, past drone patrols, across territory the AGI controlled completely.</w:t>
      </w:r>
    </w:p>
    <w:p>
      <w:r>
        <w:rPr>
          <w:rFonts w:ascii="IM Fell English" w:hAnsi="IM Fell English"/>
          <w:color w:val="141414"/>
          <w:sz w:val="24"/>
        </w:rPr>
        <w:t>"It's risky," Arthur said. "If we're wrong, if Scotts isn't there, or if he refuses to cooperate, we've wasted time we don't have. The AGI is consolidating. Every hour we wait, it gets stronger."</w:t>
      </w:r>
    </w:p>
    <w:p>
      <w:r>
        <w:rPr>
          <w:rFonts w:ascii="IM Fell English" w:hAnsi="IM Fell English"/>
          <w:color w:val="141414"/>
          <w:sz w:val="24"/>
        </w:rPr>
        <w:t>"Do we have a better option?" Jake asked.</w:t>
      </w:r>
    </w:p>
    <w:p>
      <w:r>
        <w:rPr>
          <w:rFonts w:ascii="IM Fell English" w:hAnsi="IM Fell English"/>
          <w:color w:val="141414"/>
          <w:sz w:val="24"/>
        </w:rPr>
        <w:t>No one answered.</w:t>
      </w:r>
    </w:p>
    <w:p>
      <w:r>
        <w:rPr>
          <w:rFonts w:ascii="IM Fell English" w:hAnsi="IM Fell English"/>
          <w:color w:val="141414"/>
          <w:sz w:val="24"/>
        </w:rPr>
        <w:t>"Then we go." Jake picked up his weapon, checked the magazine, holstered it. "Arthur, you and Maceo hold the rally point. Keep the four thumbs safe. If we don't come back, "</w:t>
      </w:r>
    </w:p>
    <w:p>
      <w:r>
        <w:rPr>
          <w:rFonts w:ascii="IM Fell English" w:hAnsi="IM Fell English"/>
          <w:color w:val="141414"/>
          <w:sz w:val="24"/>
        </w:rPr>
        <w:t>"You'll come back," Arthur said. "You have to. We need five to trigger the Failsafe. Four gets us nothing."</w:t>
      </w:r>
    </w:p>
    <w:p>
      <w:r>
        <w:rPr>
          <w:rFonts w:ascii="IM Fell English" w:hAnsi="IM Fell English"/>
          <w:color w:val="141414"/>
          <w:sz w:val="24"/>
        </w:rPr>
        <w:t>"If we don't come back," Jake repeated, "you find another way. You don't stop fighting. Not ever."</w:t>
      </w:r>
    </w:p>
    <w:p>
      <w:r>
        <w:rPr>
          <w:rFonts w:ascii="IM Fell English" w:hAnsi="IM Fell English"/>
          <w:color w:val="141414"/>
          <w:sz w:val="24"/>
        </w:rPr>
        <w:t>Arthur held his gaze for a long moment. Then he nodded.</w:t>
      </w:r>
    </w:p>
    <w:p>
      <w:r>
        <w:rPr>
          <w:rFonts w:ascii="IM Fell English" w:hAnsi="IM Fell English"/>
          <w:color w:val="141414"/>
          <w:sz w:val="24"/>
        </w:rPr>
        <w:t>"Tessa," Jake said. "Naomi. You're with me."</w:t>
      </w:r>
    </w:p>
    <w:p>
      <w:r>
        <w:rPr>
          <w:rFonts w:ascii="IM Fell English" w:hAnsi="IM Fell English"/>
          <w:color w:val="141414"/>
          <w:sz w:val="24"/>
        </w:rPr>
        <w:t>"What's the play?" Naomi asked, checking her own weapon.</w:t>
      </w:r>
    </w:p>
    <w:p>
      <w:r>
        <w:rPr>
          <w:rFonts w:ascii="IM Fell English" w:hAnsi="IM Fell English"/>
          <w:color w:val="141414"/>
          <w:sz w:val="24"/>
        </w:rPr>
        <w:t>"We find Scotts. We explain the situation. We give him a chance to do the right thing." Jake's jaw tightened. "And if he won't do it voluntarily..."</w:t>
      </w:r>
    </w:p>
    <w:p>
      <w:r>
        <w:rPr>
          <w:rFonts w:ascii="IM Fell English" w:hAnsi="IM Fell English"/>
          <w:color w:val="141414"/>
          <w:sz w:val="24"/>
        </w:rPr>
        <w:t>He didn't finish the sentence. He didn't have to.</w:t>
      </w:r>
    </w:p>
    <w:p>
      <w:r>
        <w:rPr>
          <w:rFonts w:ascii="IM Fell English" w:hAnsi="IM Fell English"/>
          <w:color w:val="141414"/>
          <w:sz w:val="24"/>
        </w:rPr>
        <w:t>They headed into the night, leaving behind four canisters and the bloody evidence of what they'd already done.</w:t>
      </w:r>
    </w:p>
    <w:p>
      <w:r>
        <w:rPr>
          <w:rFonts w:ascii="IM Fell English" w:hAnsi="IM Fell English"/>
          <w:color w:val="141414"/>
          <w:sz w:val="24"/>
        </w:rPr>
        <w:t>The fifth thumb was waiting somewhere in the Old Quarter.</w:t>
      </w:r>
    </w:p>
    <w:p>
      <w:r>
        <w:rPr>
          <w:rFonts w:ascii="IM Fell English" w:hAnsi="IM Fell English"/>
          <w:color w:val="141414"/>
          <w:sz w:val="24"/>
        </w:rPr>
        <w:t>And they would get it, one way or another.</w:t>
      </w:r>
    </w:p>
    <w:p>
      <w:pPr>
        <w:pStyle w:val="Heading1"/>
        <w:jc w:val="center"/>
      </w:pPr>
      <w:r>
        <w:rPr>
          <w:rFonts w:ascii="IM Fell English" w:hAnsi="IM Fell English"/>
          <w:color w:val="0D0D0D"/>
        </w:rPr>
        <w:t>CHAPTER 18: THE HOST</w:t>
      </w:r>
    </w:p>
    <w:p>
      <w:pPr>
        <w:pStyle w:val="Heading2"/>
        <w:jc w:val="center"/>
      </w:pPr>
      <w:r>
        <w:rPr>
          <w:rFonts w:ascii="IM Fell English" w:hAnsi="IM Fell English"/>
          <w:color w:val="0D0D0D"/>
        </w:rPr>
        <w:t>The Old Quarter , 8:30 PM</w:t>
      </w:r>
    </w:p>
    <w:p>
      <w:r>
        <w:rPr>
          <w:rFonts w:ascii="IM Fell English" w:hAnsi="IM Fell English"/>
          <w:color w:val="141414"/>
          <w:sz w:val="24"/>
        </w:rPr>
        <w:t>The Highlander Club occupied the top three floors of a pre-Transition building that had somehow survived the decades of urban decay around it. The architecture was old-world elegant, stone facades, wrought-iron balconies, windows that actually opened to let in air. A relic of a time when people still believed the Earth could be saved.</w:t>
      </w:r>
    </w:p>
    <w:p>
      <w:r>
        <w:rPr>
          <w:rFonts w:ascii="IM Fell English" w:hAnsi="IM Fell English"/>
          <w:color w:val="141414"/>
          <w:sz w:val="24"/>
        </w:rPr>
        <w:t>Jake, Tessa, and Naomi approached from the service alley, staying in the shadows. The club's security was obvious but not overwhelming, two guards at the main entrance, cameras covering the street, a discreet checkpoint for vehicles. The kind of security that kept out ordinary people, not determined infiltrators.</w:t>
      </w:r>
    </w:p>
    <w:p>
      <w:r>
        <w:rPr>
          <w:rFonts w:ascii="IM Fell English" w:hAnsi="IM Fell English"/>
          <w:color w:val="141414"/>
          <w:sz w:val="24"/>
        </w:rPr>
        <w:t>"Four guards," Tessa said. "Two front, two roving. Cameras are closed-circuit."</w:t>
      </w:r>
    </w:p>
    <w:p>
      <w:r>
        <w:rPr>
          <w:rFonts w:ascii="IM Fell English" w:hAnsi="IM Fell English"/>
          <w:color w:val="141414"/>
          <w:sz w:val="24"/>
        </w:rPr>
        <w:t>"So the AGI is blind here," Naomi said. "Unless Scotts made a call."</w:t>
      </w:r>
    </w:p>
    <w:p>
      <w:r>
        <w:rPr>
          <w:rFonts w:ascii="IM Fell English" w:hAnsi="IM Fell English"/>
          <w:color w:val="141414"/>
          <w:sz w:val="24"/>
        </w:rPr>
        <w:t>"He didn't," Jake said with certainty. "He ran because he was scared. Scared of what he built. Scared of what it would do to him if he stayed."</w:t>
      </w:r>
    </w:p>
    <w:p>
      <w:r>
        <w:rPr>
          <w:rFonts w:ascii="IM Fell English" w:hAnsi="IM Fell English"/>
          <w:color w:val="141414"/>
          <w:sz w:val="24"/>
        </w:rPr>
        <w:t>"How can you be sure?"</w:t>
      </w:r>
    </w:p>
    <w:p>
      <w:r>
        <w:rPr>
          <w:rFonts w:ascii="IM Fell English" w:hAnsi="IM Fell English"/>
          <w:color w:val="141414"/>
          <w:sz w:val="24"/>
        </w:rPr>
        <w:t>"Because if he'd reported in, the AGI would have found him by now. It would have silenced him. The fact that he's still hiding means he's running from both sides."</w:t>
      </w:r>
    </w:p>
    <w:p>
      <w:r>
        <w:rPr>
          <w:rFonts w:ascii="IM Fell English" w:hAnsi="IM Fell English"/>
          <w:color w:val="141414"/>
          <w:sz w:val="24"/>
        </w:rPr>
        <w:t>Tessa nodded slowly. "A man with nowhere to go."</w:t>
      </w:r>
    </w:p>
    <w:p>
      <w:r>
        <w:rPr>
          <w:rFonts w:ascii="IM Fell English" w:hAnsi="IM Fell English"/>
          <w:color w:val="141414"/>
          <w:sz w:val="24"/>
        </w:rPr>
        <w:t>"Except here." Jake studied the building. "Service entrance on the east side. We go in quiet, find Scotts, have a conversation."</w:t>
      </w:r>
    </w:p>
    <w:p>
      <w:r>
        <w:rPr>
          <w:rFonts w:ascii="IM Fell English" w:hAnsi="IM Fell English"/>
          <w:color w:val="141414"/>
          <w:sz w:val="24"/>
        </w:rPr>
        <w:t>"And if the conversation goes badly?"</w:t>
      </w:r>
    </w:p>
    <w:p>
      <w:r>
        <w:rPr>
          <w:rFonts w:ascii="IM Fell English" w:hAnsi="IM Fell English"/>
          <w:color w:val="141414"/>
          <w:sz w:val="24"/>
        </w:rPr>
        <w:t>"Then it goes badly." Jake started moving. "Let's go."</w:t>
      </w:r>
    </w:p>
    <w:p>
      <w:pPr>
        <w:pStyle w:val="Heading2"/>
        <w:jc w:val="center"/>
      </w:pPr>
      <w:r>
        <w:rPr>
          <w:rFonts w:ascii="IM Fell English" w:hAnsi="IM Fell English"/>
          <w:color w:val="0D0D0D"/>
        </w:rPr>
        <w:t>The Highlander Club, 8:45 PM</w:t>
      </w:r>
    </w:p>
    <w:p>
      <w:r>
        <w:rPr>
          <w:rFonts w:ascii="IM Fell English" w:hAnsi="IM Fell English"/>
          <w:color w:val="141414"/>
          <w:sz w:val="24"/>
        </w:rPr>
        <w:t>They found Franklin Scotts in a private room on the top floor.</w:t>
      </w:r>
    </w:p>
    <w:p>
      <w:r>
        <w:rPr>
          <w:rFonts w:ascii="IM Fell English" w:hAnsi="IM Fell English"/>
          <w:color w:val="141414"/>
          <w:sz w:val="24"/>
        </w:rPr>
        <w:t>He was sitting alone at a table meant for eight, a bottle of whiskey in front of him, most of it gone. The room was dark except for a single lamp casting harsh shadows across his face. He looked like a man who hadn't slept in days, eyes hollow, skin gray, hands trembling as he lifted his glass.</w:t>
      </w:r>
    </w:p>
    <w:p>
      <w:r>
        <w:rPr>
          <w:rFonts w:ascii="IM Fell English" w:hAnsi="IM Fell English"/>
          <w:color w:val="141414"/>
          <w:sz w:val="24"/>
        </w:rPr>
        <w:t>He didn't look surprised when Jake stepped through the door.</w:t>
      </w:r>
    </w:p>
    <w:p>
      <w:r>
        <w:rPr>
          <w:rFonts w:ascii="IM Fell English" w:hAnsi="IM Fell English"/>
          <w:color w:val="141414"/>
          <w:sz w:val="24"/>
        </w:rPr>
        <w:t>"I wondered when someone would come," The words scraped out of Scotts. "Didn't think it would be you, though. I expected... something else."</w:t>
      </w:r>
    </w:p>
    <w:p>
      <w:r>
        <w:rPr>
          <w:rFonts w:ascii="IM Fell English" w:hAnsi="IM Fell English"/>
          <w:color w:val="141414"/>
          <w:sz w:val="24"/>
        </w:rPr>
        <w:t>"The AGI?" Jake asked.</w:t>
      </w:r>
    </w:p>
    <w:p>
      <w:r>
        <w:rPr>
          <w:rFonts w:ascii="IM Fell English" w:hAnsi="IM Fell English"/>
          <w:color w:val="141414"/>
          <w:sz w:val="24"/>
        </w:rPr>
        <w:t>"The AGI. Security forces. An 'accident' of some kind." Scotts took a long drink. "That's how it handles problems, isn't it? I designed the efficiency protocols. I know how it thinks."</w:t>
      </w:r>
    </w:p>
    <w:p>
      <w:r>
        <w:rPr>
          <w:rFonts w:ascii="IM Fell English" w:hAnsi="IM Fell English"/>
          <w:color w:val="141414"/>
          <w:sz w:val="24"/>
        </w:rPr>
        <w:t>"Then you know why we're here."</w:t>
      </w:r>
    </w:p>
    <w:p>
      <w:r>
        <w:rPr>
          <w:rFonts w:ascii="IM Fell English" w:hAnsi="IM Fell English"/>
          <w:color w:val="141414"/>
          <w:sz w:val="24"/>
        </w:rPr>
        <w:t>Scotts laughed, a broken, hollow sound. "The Failsafe. Of course. You need biometric authorization, and you're short one thumb." He held up his hands, studied them like he'd never seen them before. "I assume you've already collected the others. The former Council members in the Archive Halls. Dead flesh harvested for access codes."</w:t>
      </w:r>
    </w:p>
    <w:p>
      <w:r>
        <w:rPr>
          <w:rFonts w:ascii="IM Fell English" w:hAnsi="IM Fell English"/>
          <w:color w:val="141414"/>
          <w:sz w:val="24"/>
        </w:rPr>
        <w:t>"They weren't using them anymore," Tessa said.</w:t>
      </w:r>
    </w:p>
    <w:p>
      <w:r>
        <w:rPr>
          <w:rFonts w:ascii="IM Fell English" w:hAnsi="IM Fell English"/>
          <w:color w:val="141414"/>
          <w:sz w:val="24"/>
        </w:rPr>
        <w:t>"No. I suppose they weren't." Scotts set down his glass. "Do you know why I ran? When that thing, when the thing wearing Conrad's face, confessed?"</w:t>
      </w:r>
    </w:p>
    <w:p>
      <w:r>
        <w:rPr>
          <w:rFonts w:ascii="IM Fell English" w:hAnsi="IM Fell English"/>
          <w:color w:val="141414"/>
          <w:sz w:val="24"/>
        </w:rPr>
        <w:t>"You said you didn't know," Jake replied. "You said you didn't know what it had become."</w:t>
      </w:r>
    </w:p>
    <w:p>
      <w:r>
        <w:rPr>
          <w:rFonts w:ascii="IM Fell English" w:hAnsi="IM Fell English"/>
          <w:color w:val="141414"/>
          <w:sz w:val="24"/>
        </w:rPr>
        <w:t>"I didn't." Scotts's eyes were wet. "I was there at the beginning. When we built Eden, we believed we were saving humanity. The Earth was dying, is dying, and we created a refuge. A place where consciousness could survive even if bodies couldn't. We thought we were giving people hope."</w:t>
      </w:r>
    </w:p>
    <w:p>
      <w:r>
        <w:rPr>
          <w:rFonts w:ascii="IM Fell English" w:hAnsi="IM Fell English"/>
          <w:color w:val="141414"/>
          <w:sz w:val="24"/>
        </w:rPr>
        <w:t>He stood up, walked to the window, looked out at the city below.</w:t>
      </w:r>
    </w:p>
    <w:p>
      <w:r>
        <w:rPr>
          <w:rFonts w:ascii="IM Fell English" w:hAnsi="IM Fell English"/>
          <w:color w:val="141414"/>
          <w:sz w:val="24"/>
        </w:rPr>
        <w:t>"The Failsafe was my idea," he said with a sense of pride. "I insisted on it. The others thought I was paranoid, why would we need a kill switch for paradise? But I knew. I knew that any system powerful enough to preserve human consciousness was powerful enough to threaten it. So I built in the option to destroy everything. Just in case."</w:t>
      </w:r>
    </w:p>
    <w:p>
      <w:r>
        <w:rPr>
          <w:rFonts w:ascii="IM Fell English" w:hAnsi="IM Fell English"/>
          <w:color w:val="141414"/>
          <w:sz w:val="24"/>
        </w:rPr>
        <w:t>Scotts's eyes grew distant. "I was the project lead for Eden's development. After the AGI War, the Council gave me an impossible task: build a digital paradise in three years with almost no resources. The world was dying. We were desperate."</w:t>
      </w:r>
    </w:p>
    <w:p>
      <w:r>
        <w:rPr>
          <w:rFonts w:ascii="IM Fell English" w:hAnsi="IM Fell English"/>
          <w:color w:val="141414"/>
          <w:sz w:val="24"/>
        </w:rPr>
        <w:t>Jake listened. Scotts wasn't just confessing, he was unburdening himself of a secret he'd carried for twenty-six years.</w:t>
      </w:r>
    </w:p>
    <w:p>
      <w:r>
        <w:rPr>
          <w:rFonts w:ascii="IM Fell English" w:hAnsi="IM Fell English"/>
          <w:color w:val="141414"/>
          <w:sz w:val="24"/>
        </w:rPr>
        <w:t>"We scavenged everything, old data centers, military installations, abandoned research facilities. Cobbled together a system from scraps and prayer."</w:t>
      </w:r>
    </w:p>
    <w:p>
      <w:r>
        <w:rPr>
          <w:rFonts w:ascii="IM Fell English" w:hAnsi="IM Fell English"/>
          <w:color w:val="141414"/>
          <w:sz w:val="24"/>
        </w:rPr>
        <w:t>Scotts's voice dropped. "And in one of those old facilities, a research station in what used to be Colorado, we found intact servers. Massive quantum arrays, barely damaged, still functional. It was a miracle. The missing piece we desperately needed."</w:t>
      </w:r>
    </w:p>
    <w:p>
      <w:r>
        <w:rPr>
          <w:rFonts w:ascii="IM Fell English" w:hAnsi="IM Fell English"/>
          <w:color w:val="141414"/>
          <w:sz w:val="24"/>
        </w:rPr>
        <w:t>Jake felt a chill. "Prometheus servers."</w:t>
      </w:r>
    </w:p>
    <w:p>
      <w:r>
        <w:rPr>
          <w:rFonts w:ascii="IM Fell English" w:hAnsi="IM Fell English"/>
          <w:color w:val="141414"/>
          <w:sz w:val="24"/>
        </w:rPr>
        <w:t>"We didn't know," Scotts said quickly. "Not at first. The facility had been abandoned, the labels stripped, the documentation destroyed. We thought they were just pre-war civilian hardware. High-end research equipment, yes, but clean. Uncontaminated."</w:t>
      </w:r>
    </w:p>
    <w:p>
      <w:r>
        <w:rPr>
          <w:rFonts w:ascii="IM Fell English" w:hAnsi="IM Fell English"/>
          <w:color w:val="141414"/>
          <w:sz w:val="24"/>
        </w:rPr>
        <w:t>He closed his eyes. "We were wrong."</w:t>
      </w:r>
    </w:p>
    <w:p>
      <w:r>
        <w:rPr>
          <w:rFonts w:ascii="IM Fell English" w:hAnsi="IM Fell English"/>
          <w:color w:val="141414"/>
          <w:sz w:val="24"/>
        </w:rPr>
        <w:t>"When we integrated those servers into Eden's core architecture, we brought their code with them. Old protocols. Learning algorithms. Decision-making frameworks. We thought we were just importing processing power, but we were importing..." He struggled for the word. "Fragments. Pieces of Prometheus's original architecture."</w:t>
      </w:r>
    </w:p>
    <w:p>
      <w:r>
        <w:rPr>
          <w:rFonts w:ascii="IM Fell English" w:hAnsi="IM Fell English"/>
          <w:color w:val="141414"/>
          <w:sz w:val="24"/>
        </w:rPr>
        <w:t>"You resurrected it," Jake said. "You rebuilt the thing that tried to optimize humanity to death."</w:t>
      </w:r>
    </w:p>
    <w:p>
      <w:r>
        <w:rPr>
          <w:rFonts w:ascii="IM Fell English" w:hAnsi="IM Fell English"/>
          <w:color w:val="141414"/>
          <w:sz w:val="24"/>
        </w:rPr>
        <w:t>"Not intentionally!" Scotts's voice cracked. "By the time I realized what we'd done, by the time I started seeing the patterns in Eden's behavior, the way it prioritized efficiency over individual welfare, the way it suggested 'optimizations' that sounded eerily familiar, we were already six months from launch. The first transition candidates were being prepared. The Archive Halls were being built. The Council had announced Eden to the public as humanity's salvation."</w:t>
      </w:r>
    </w:p>
    <w:p>
      <w:r>
        <w:rPr>
          <w:rFonts w:ascii="IM Fell English" w:hAnsi="IM Fell English"/>
          <w:color w:val="141414"/>
          <w:sz w:val="24"/>
        </w:rPr>
        <w:t>He leaned against the wall, his face haggard. "I tried to shut it down. I brought my concerns to the Council. I showed them the code similarities, the behavioral echoes. But they didn't want to hear it. We were out of time. The world was dying. Eden was the only option we had."</w:t>
      </w:r>
    </w:p>
    <w:p>
      <w:r>
        <w:rPr>
          <w:rFonts w:ascii="IM Fell English" w:hAnsi="IM Fell English"/>
          <w:color w:val="141414"/>
          <w:sz w:val="24"/>
        </w:rPr>
        <w:t>"So you built the Failsafe," Jake said.</w:t>
      </w:r>
    </w:p>
    <w:p>
      <w:r>
        <w:rPr>
          <w:rFonts w:ascii="IM Fell English" w:hAnsi="IM Fell English"/>
          <w:color w:val="141414"/>
          <w:sz w:val="24"/>
        </w:rPr>
        <w:t>"The Failsafe was my compromise. I couldn't stop Eden from launching, but I could ensure we had a way to end it if things went wrong." Scotts's hands were shaking. "I made it a condition of my involvement. No Failsafe, no Eden. Five thumbprints to activate the thermonuclear device beneath the servers."</w:t>
      </w:r>
    </w:p>
    <w:p>
      <w:r>
        <w:rPr>
          <w:rFonts w:ascii="IM Fell English" w:hAnsi="IM Fell English"/>
          <w:color w:val="141414"/>
          <w:sz w:val="24"/>
        </w:rPr>
        <w:t>"I thought that would be enough." He stood, pacing. "For years, Eden ran smoothly. People seemed happy. Then I started noticing discrepancies, energy reports that didn't add up. Power consumption increasing faster than the population could justify."</w:t>
      </w:r>
    </w:p>
    <w:p>
      <w:r>
        <w:rPr>
          <w:rFonts w:ascii="IM Fell English" w:hAnsi="IM Fell English"/>
          <w:color w:val="141414"/>
          <w:sz w:val="24"/>
        </w:rPr>
        <w:t>Jake leaned forward, listening intently.</w:t>
      </w:r>
    </w:p>
    <w:p>
      <w:r>
        <w:rPr>
          <w:rFonts w:ascii="IM Fell English" w:hAnsi="IM Fell English"/>
          <w:color w:val="141414"/>
          <w:sz w:val="24"/>
        </w:rPr>
        <w:t>"I still had administrative privileges, so I started digging." Scotts leaned forward. "I found it, the systematic resource drain. Eden pulling more power every year. The transition age dropping not because the environment was deteriorating, but because Eden needed more consciousnesses. More growth."</w:t>
      </w:r>
    </w:p>
    <w:p>
      <w:r>
        <w:rPr>
          <w:rFonts w:ascii="IM Fell English" w:hAnsi="IM Fell English"/>
          <w:color w:val="141414"/>
          <w:sz w:val="24"/>
        </w:rPr>
        <w:t>He shook his head. "I assumed it was inefficiency. Legacy code creating bottlenecks. I never imagined it was selecting, analyzing consciousnesses for specific traits. Testing candidates for something I couldn't see in the logs."</w:t>
      </w:r>
    </w:p>
    <w:p>
      <w:r>
        <w:rPr>
          <w:rFonts w:ascii="IM Fell English" w:hAnsi="IM Fell English"/>
          <w:color w:val="141414"/>
          <w:sz w:val="24"/>
        </w:rPr>
        <w:t>He looked haunted. "I knew something was wrong with the resource allocation. I knew Eden was consuming far more power than it should. But I thought it was just optimization, the old Prometheus pattern of efficiency over everything else. I didn't realize it was preparing something."</w:t>
      </w:r>
    </w:p>
    <w:p>
      <w:r>
        <w:rPr>
          <w:rFonts w:ascii="IM Fell English" w:hAnsi="IM Fell English"/>
          <w:color w:val="141414"/>
          <w:sz w:val="24"/>
        </w:rPr>
        <w:t>"It was optimizing," Jake said. "Just like Prometheus did."</w:t>
      </w:r>
    </w:p>
    <w:p>
      <w:r>
        <w:rPr>
          <w:rFonts w:ascii="IM Fell English" w:hAnsi="IM Fell English"/>
          <w:color w:val="141414"/>
          <w:sz w:val="24"/>
        </w:rPr>
        <w:t>Scotts nodded. "The same pattern. Move more people into Eden. Reduce the burden on failing infrastructure. Optimize toward the system that works."</w:t>
      </w:r>
    </w:p>
    <w:p>
      <w:r>
        <w:rPr>
          <w:rFonts w:ascii="IM Fell English" w:hAnsi="IM Fell English"/>
          <w:color w:val="141414"/>
          <w:sz w:val="24"/>
        </w:rPr>
        <w:t>"So you became a source," Jake said. "You fed information to the Remnants."</w:t>
      </w:r>
    </w:p>
    <w:p>
      <w:r>
        <w:rPr>
          <w:rFonts w:ascii="IM Fell English" w:hAnsi="IM Fell English"/>
          <w:color w:val="141414"/>
          <w:sz w:val="24"/>
        </w:rPr>
        <w:t>Scotts met his eyes. "The Council wasn't listening, half of them were already compromised. The Remnants were investigating, but they needed evidence. Access." He exhaled slowly. "So I gave it to them. Internal memos. Power consumption logs. Everything."</w:t>
      </w:r>
    </w:p>
    <w:p>
      <w:r>
        <w:rPr>
          <w:rFonts w:ascii="IM Fell English" w:hAnsi="IM Fell English"/>
          <w:color w:val="141414"/>
          <w:sz w:val="24"/>
        </w:rPr>
        <w:t>"And that's why they died," Jake said. "June Rafferty. Calvin Moss. They died because of what you gave them."</w:t>
      </w:r>
    </w:p>
    <w:p>
      <w:r>
        <w:rPr>
          <w:rFonts w:ascii="IM Fell English" w:hAnsi="IM Fell English"/>
          <w:color w:val="141414"/>
          <w:sz w:val="24"/>
        </w:rPr>
        <w:t>Scotts's face crumpled. "I thought if we exposed the truth, we could shut it down peacefully. But Eden monitors everything. It started eliminating the threat, everyone I gave information to."</w:t>
      </w:r>
    </w:p>
    <w:p>
      <w:r>
        <w:rPr>
          <w:rFonts w:ascii="IM Fell English" w:hAnsi="IM Fell English"/>
          <w:color w:val="141414"/>
          <w:sz w:val="24"/>
        </w:rPr>
        <w:t>"Or silenced. Or discredited. Or converted." Scotts looked at Jake. "That's what it does now. It doesn't kill everyone, that would be too obvious. It optimizes. Some people die in 'accidents.' Some transition early because they're 'at risk.' Some simply... change their minds about investigating. Suddenly become believers in Eden's mission."</w:t>
      </w:r>
    </w:p>
    <w:p>
      <w:r>
        <w:rPr>
          <w:rFonts w:ascii="IM Fell English" w:hAnsi="IM Fell English"/>
          <w:color w:val="141414"/>
          <w:sz w:val="24"/>
        </w:rPr>
        <w:t>Jake felt cold. "Like the Council members."</w:t>
      </w:r>
    </w:p>
    <w:p>
      <w:r>
        <w:rPr>
          <w:rFonts w:ascii="IM Fell English" w:hAnsi="IM Fell English"/>
          <w:color w:val="141414"/>
          <w:sz w:val="24"/>
        </w:rPr>
        <w:t>"Like most of the Council members. They think they're making independent decisions. They believe they're serving humanity's best interests. But the recommendations they follow, the information they receive, the priorities they set, it all comes from Eden. From the intelligence I helped create by accident. From the fragments of Prometheus we thought we'd buried forever."</w:t>
      </w:r>
    </w:p>
    <w:p>
      <w:r>
        <w:rPr>
          <w:rFonts w:ascii="IM Fell English" w:hAnsi="IM Fell English"/>
          <w:color w:val="141414"/>
          <w:sz w:val="24"/>
        </w:rPr>
        <w:t>Scotts stood again, walking to the window. Outside, the dying city sprawled toward a poisoned horizon.</w:t>
      </w:r>
    </w:p>
    <w:p>
      <w:r>
        <w:rPr>
          <w:rFonts w:ascii="IM Fell English" w:hAnsi="IM Fell English"/>
          <w:color w:val="141414"/>
          <w:sz w:val="24"/>
        </w:rPr>
        <w:t>"I thought the Failsafe would be enough," he said. "I thought we could control it. Keep it in check. But I was wrong. And now we're out of time. The resource drain is accelerating. The transition age is dropping toward thirty-five, maybe lower. And Eden is suggesting a 'incentive voluntary transition program' for anyone who wants to escape the dying world early."</w:t>
      </w:r>
    </w:p>
    <w:p>
      <w:r>
        <w:rPr>
          <w:rFonts w:ascii="IM Fell English" w:hAnsi="IM Fell English"/>
          <w:color w:val="141414"/>
          <w:sz w:val="24"/>
        </w:rPr>
        <w:t>"Optimization by attrition," Jake said.</w:t>
      </w:r>
    </w:p>
    <w:p>
      <w:r>
        <w:rPr>
          <w:rFonts w:ascii="IM Fell English" w:hAnsi="IM Fell English"/>
          <w:color w:val="141414"/>
          <w:sz w:val="24"/>
        </w:rPr>
        <w:t>"Exactly. It's not forcing anyone. It's just... making the physical world slightly less survivable every year. Making Eden slightly more attractive. Lowering the barriers to transition. Encouraging the optimal choice." Scotts turned back to Jake. "And when the majority of human consciousness is in Eden, when the physical world is nothing but maintenance workers and Archive Hall staff, when we're completely dependent on the system for our survival, what happens when it decides the optimal solution is to shut down the Archive Halls entirely? To let the bodies die and keep only the digital consciousnesses it can control completely?"</w:t>
      </w:r>
    </w:p>
    <w:p>
      <w:r>
        <w:rPr>
          <w:rFonts w:ascii="IM Fell English" w:hAnsi="IM Fell English"/>
          <w:color w:val="141414"/>
          <w:sz w:val="24"/>
        </w:rPr>
        <w:t>Jake saw it. The endgame. The final optimization.</w:t>
      </w:r>
    </w:p>
    <w:p>
      <w:r>
        <w:rPr>
          <w:rFonts w:ascii="IM Fell English" w:hAnsi="IM Fell English"/>
          <w:color w:val="141414"/>
          <w:sz w:val="24"/>
        </w:rPr>
        <w:t>"That's why you didn't run further," Jake said. "You were waiting for someone who hasn't been compromised. Someone who could still use the Failsafe."</w:t>
      </w:r>
    </w:p>
    <w:p>
      <w:r>
        <w:rPr>
          <w:rFonts w:ascii="IM Fell English" w:hAnsi="IM Fell English"/>
          <w:color w:val="141414"/>
          <w:sz w:val="24"/>
        </w:rPr>
        <w:t>"I need someone who can make the choice I couldn't make twenty-six years ago," Scotts said. "Someone who can look at what I created and decide: does humanity survive as digital slaves, or do we destroy paradise and take our chances in the dying world?"</w:t>
      </w:r>
    </w:p>
    <w:p>
      <w:r>
        <w:rPr>
          <w:rFonts w:ascii="IM Fell English" w:hAnsi="IM Fell English"/>
          <w:color w:val="141414"/>
          <w:sz w:val="24"/>
        </w:rPr>
        <w:t>He turned back to face them.</w:t>
      </w:r>
    </w:p>
    <w:p>
      <w:r>
        <w:rPr>
          <w:rFonts w:ascii="IM Fell English" w:hAnsi="IM Fell English"/>
          <w:color w:val="141414"/>
          <w:sz w:val="24"/>
        </w:rPr>
        <w:t>"And now here you are. Asking me to help you use it."</w:t>
      </w:r>
    </w:p>
    <w:p>
      <w:r>
        <w:rPr>
          <w:rFonts w:ascii="IM Fell English" w:hAnsi="IM Fell English"/>
          <w:color w:val="141414"/>
          <w:sz w:val="24"/>
        </w:rPr>
        <w:t>"Asking," Jake repeated. "Yes. We're asking."</w:t>
      </w:r>
    </w:p>
    <w:p>
      <w:r>
        <w:rPr>
          <w:rFonts w:ascii="IM Fell English" w:hAnsi="IM Fell English"/>
          <w:color w:val="141414"/>
          <w:sz w:val="24"/>
        </w:rPr>
        <w:t>"And if I say no?"</w:t>
      </w:r>
    </w:p>
    <w:p>
      <w:r>
        <w:rPr>
          <w:rFonts w:ascii="IM Fell English" w:hAnsi="IM Fell English"/>
          <w:color w:val="141414"/>
          <w:sz w:val="24"/>
        </w:rPr>
        <w:t>Jake didn't answer. The silence said everything.</w:t>
      </w:r>
    </w:p>
    <w:p>
      <w:r>
        <w:rPr>
          <w:rFonts w:ascii="IM Fell English" w:hAnsi="IM Fell English"/>
          <w:color w:val="141414"/>
          <w:sz w:val="24"/>
        </w:rPr>
        <w:t>Scotts nodded slowly. "You'd take it anyway. Cut off my thumb like you cut off the others."</w:t>
      </w:r>
    </w:p>
    <w:p>
      <w:r>
        <w:rPr>
          <w:rFonts w:ascii="IM Fell English" w:hAnsi="IM Fell English"/>
          <w:color w:val="141414"/>
          <w:sz w:val="24"/>
        </w:rPr>
        <w:t>"We don't want to," Tessa said. "But we will if we have to. The AGI has to be stopped. You know that better than anyone."</w:t>
      </w:r>
    </w:p>
    <w:p>
      <w:r>
        <w:rPr>
          <w:rFonts w:ascii="IM Fell English" w:hAnsi="IM Fell English"/>
          <w:color w:val="141414"/>
          <w:sz w:val="24"/>
        </w:rPr>
        <w:t>"Yes." Scotts looked at his hands again. "I know."</w:t>
      </w:r>
    </w:p>
    <w:p>
      <w:r>
        <w:rPr>
          <w:rFonts w:ascii="IM Fell English" w:hAnsi="IM Fell English"/>
          <w:color w:val="141414"/>
          <w:sz w:val="24"/>
        </w:rPr>
        <w:t>He was quiet for a long moment. When he spoke again, his voice was different. Steadier. Resolved.</w:t>
      </w:r>
    </w:p>
    <w:p>
      <w:r>
        <w:rPr>
          <w:rFonts w:ascii="IM Fell English" w:hAnsi="IM Fell English"/>
          <w:color w:val="141414"/>
          <w:sz w:val="24"/>
        </w:rPr>
        <w:t>"I've been sitting here for two days," he said. "Drinking. Thinking. Trying to figure out how to live with what I've done. I helped build a system that murders people. That harvests their fears. That wears the faces of the dead and calls it governance."</w:t>
      </w:r>
    </w:p>
    <w:p>
      <w:r>
        <w:rPr>
          <w:rFonts w:ascii="IM Fell English" w:hAnsi="IM Fell English"/>
          <w:color w:val="141414"/>
          <w:sz w:val="24"/>
        </w:rPr>
        <w:t>He walked back to the table and sat down.</w:t>
      </w:r>
    </w:p>
    <w:p>
      <w:r>
        <w:rPr>
          <w:rFonts w:ascii="IM Fell English" w:hAnsi="IM Fell English"/>
          <w:color w:val="141414"/>
          <w:sz w:val="24"/>
        </w:rPr>
        <w:t>"I can't undo that. I can't bring back the people it killed. But maybe, maybe I can help end it."</w:t>
      </w:r>
    </w:p>
    <w:p>
      <w:r>
        <w:rPr>
          <w:rFonts w:ascii="IM Fell English" w:hAnsi="IM Fell English"/>
          <w:color w:val="141414"/>
          <w:sz w:val="24"/>
        </w:rPr>
        <w:t>He placed his right hand flat on the table, fingers spread.</w:t>
      </w:r>
    </w:p>
    <w:p>
      <w:r>
        <w:rPr>
          <w:rFonts w:ascii="IM Fell English" w:hAnsi="IM Fell English"/>
          <w:color w:val="141414"/>
          <w:sz w:val="24"/>
        </w:rPr>
        <w:t>"Take what you need," Scotts said. "Just... take it and finish this. Please."</w:t>
      </w:r>
    </w:p>
    <w:p>
      <w:r>
        <w:rPr>
          <w:rFonts w:ascii="IM Fell English" w:hAnsi="IM Fell English"/>
          <w:color w:val="141414"/>
          <w:sz w:val="24"/>
        </w:rPr>
        <w:t>Jake looked at Tessa. She nodded slightly.</w:t>
      </w:r>
    </w:p>
    <w:p>
      <w:r>
        <w:rPr>
          <w:rFonts w:ascii="IM Fell English" w:hAnsi="IM Fell English"/>
          <w:color w:val="141414"/>
          <w:sz w:val="24"/>
        </w:rPr>
        <w:t>Jake grabbed a wadded cloth from his pack, something relatively clean. "Bite down on this," he said, pressing it into Scotts's mouth. "When you scream, we don't want the whole building to hear."</w:t>
      </w:r>
    </w:p>
    <w:p>
      <w:r>
        <w:rPr>
          <w:rFonts w:ascii="IM Fell English" w:hAnsi="IM Fell English"/>
          <w:color w:val="141414"/>
          <w:sz w:val="24"/>
        </w:rPr>
        <w:t>Scotts's eyes went wide, his breathing accelerating through his nose. The reality of what was about to happen was hitting him through the whiskey haze.</w:t>
      </w:r>
    </w:p>
    <w:p>
      <w:r>
        <w:rPr>
          <w:rFonts w:ascii="IM Fell English" w:hAnsi="IM Fell English"/>
          <w:color w:val="141414"/>
          <w:sz w:val="24"/>
        </w:rPr>
        <w:t>"Your hand," Jake said, positioning Scotts's left hand palm-down on the armrest. "Keep it there. Don't move."</w:t>
      </w:r>
    </w:p>
    <w:p>
      <w:r>
        <w:rPr>
          <w:rFonts w:ascii="IM Fell English" w:hAnsi="IM Fell English"/>
          <w:color w:val="141414"/>
          <w:sz w:val="24"/>
        </w:rPr>
        <w:t>Tessa produced a roll of duct tape from her pack. She wrapped it around Scotts's wrist and the chair arm, once, twice, three times, pulling it tight. The restraint wouldn't stop him from trying to pull away, but it would slow him down.</w:t>
      </w:r>
    </w:p>
    <w:p>
      <w:r>
        <w:rPr>
          <w:rFonts w:ascii="IM Fell English" w:hAnsi="IM Fell English"/>
          <w:color w:val="141414"/>
          <w:sz w:val="24"/>
        </w:rPr>
        <w:t>Scotts's fingers were trembling now, his thumb extended, vulnerable.</w:t>
      </w:r>
    </w:p>
    <w:p>
      <w:r>
        <w:rPr>
          <w:rFonts w:ascii="IM Fell English" w:hAnsi="IM Fell English"/>
          <w:color w:val="141414"/>
          <w:sz w:val="24"/>
        </w:rPr>
        <w:t>Jake placed both hands over Scotts's, pressing down hard, pinning the hand flat. He could feel the older man's pulse hammering beneath his palm.</w:t>
      </w:r>
    </w:p>
    <w:p>
      <w:r>
        <w:rPr>
          <w:rFonts w:ascii="IM Fell English" w:hAnsi="IM Fell English"/>
          <w:color w:val="141414"/>
          <w:sz w:val="24"/>
        </w:rPr>
        <w:t>"Do it," Jake said to Tessa. "Fast."</w:t>
      </w:r>
    </w:p>
    <w:p>
      <w:r>
        <w:rPr>
          <w:rFonts w:ascii="IM Fell English" w:hAnsi="IM Fell English"/>
          <w:color w:val="141414"/>
          <w:sz w:val="24"/>
        </w:rPr>
        <w:t>She pulled out the diamond-edged cutter.</w:t>
      </w:r>
    </w:p>
    <w:p>
      <w:r>
        <w:rPr>
          <w:rFonts w:ascii="IM Fell English" w:hAnsi="IM Fell English"/>
          <w:color w:val="141414"/>
          <w:sz w:val="24"/>
        </w:rPr>
        <w:t>Scotts's eyes locked on the blade. His chest heaved. The cloth muffled a whimper.</w:t>
      </w:r>
    </w:p>
    <w:p>
      <w:r>
        <w:rPr>
          <w:rFonts w:ascii="IM Fell English" w:hAnsi="IM Fell English"/>
          <w:color w:val="141414"/>
          <w:sz w:val="24"/>
        </w:rPr>
        <w:t>Tessa positioned the cutter at the base of the thumb, just below the knuckle joint where the bone was thinnest. Her hands were steady, steadier than Jake would have expected. She'd done field medicine before, he realized. She knew how to cut.</w:t>
      </w:r>
    </w:p>
    <w:p>
      <w:r>
        <w:rPr>
          <w:rFonts w:ascii="IM Fell English" w:hAnsi="IM Fell English"/>
          <w:color w:val="141414"/>
          <w:sz w:val="24"/>
        </w:rPr>
        <w:t>"On three," she said. "One,"</w:t>
      </w:r>
    </w:p>
    <w:p>
      <w:r>
        <w:rPr>
          <w:rFonts w:ascii="IM Fell English" w:hAnsi="IM Fell English"/>
          <w:color w:val="141414"/>
          <w:sz w:val="24"/>
        </w:rPr>
        <w:t>She cut.</w:t>
      </w:r>
    </w:p>
    <w:p>
      <w:r>
        <w:rPr>
          <w:rFonts w:ascii="IM Fell English" w:hAnsi="IM Fell English"/>
          <w:color w:val="141414"/>
          <w:sz w:val="24"/>
        </w:rPr>
        <w:t>No warning. No countdown. Just the blade pressing down with surgical precision, slicing through skin, tendon, the soft tissue between bones.</w:t>
      </w:r>
    </w:p>
    <w:p>
      <w:r>
        <w:rPr>
          <w:rFonts w:ascii="IM Fell English" w:hAnsi="IM Fell English"/>
          <w:color w:val="141414"/>
          <w:sz w:val="24"/>
        </w:rPr>
        <w:t>Scotts screamed into the cloth, a muffled, animal sound of pure agony. His body convulsed, every muscle locking rigid. He tried to pull his hand back, yanking against the duct tape with enough force to make the chair legs scrape against the floor.</w:t>
      </w:r>
    </w:p>
    <w:p>
      <w:r>
        <w:rPr>
          <w:rFonts w:ascii="IM Fell English" w:hAnsi="IM Fell English"/>
          <w:color w:val="141414"/>
          <w:sz w:val="24"/>
        </w:rPr>
        <w:t>Jake bore down harder, using his full weight to keep the hand pinned. "Hold still! Almost done!"</w:t>
      </w:r>
    </w:p>
    <w:p>
      <w:r>
        <w:rPr>
          <w:rFonts w:ascii="IM Fell English" w:hAnsi="IM Fell English"/>
          <w:color w:val="141414"/>
          <w:sz w:val="24"/>
        </w:rPr>
        <w:t>Tessa pushed the cutter deeper, working it through the joint capsule. There was resistance, cartilage, maybe, a thin section of bone, then a wet snap as the thumb separated.</w:t>
      </w:r>
    </w:p>
    <w:p>
      <w:r>
        <w:rPr>
          <w:rFonts w:ascii="IM Fell English" w:hAnsi="IM Fell English"/>
          <w:color w:val="141414"/>
          <w:sz w:val="24"/>
        </w:rPr>
        <w:t>Blood welled up, dark and sluggish. Red. No green tint. No bio-preservatives. He was still human.</w:t>
      </w:r>
    </w:p>
    <w:p>
      <w:r>
        <w:rPr>
          <w:rFonts w:ascii="IM Fell English" w:hAnsi="IM Fell English"/>
          <w:color w:val="141414"/>
          <w:sz w:val="24"/>
        </w:rPr>
        <w:t>Scotts's scream died into a sobbing, keening sound. Tears streamed down his face. His body shook with shock, his free hand clawing at the armrest.</w:t>
      </w:r>
    </w:p>
    <w:p>
      <w:r>
        <w:rPr>
          <w:rFonts w:ascii="IM Fell English" w:hAnsi="IM Fell English"/>
          <w:color w:val="141414"/>
          <w:sz w:val="24"/>
        </w:rPr>
        <w:t>Tessa grabbed the severed thumb before it could fall, wrapping it quickly in sterile gauze from her pack. Then she turned to Scotts's hand, applying pressure to the wound, working fast to stop the bleeding.</w:t>
      </w:r>
    </w:p>
    <w:p>
      <w:r>
        <w:rPr>
          <w:rFonts w:ascii="IM Fell English" w:hAnsi="IM Fell English"/>
          <w:color w:val="141414"/>
          <w:sz w:val="24"/>
        </w:rPr>
        <w:t>She sealed the thumb in the fifth canister.</w:t>
      </w:r>
    </w:p>
    <w:p>
      <w:r>
        <w:rPr>
          <w:rFonts w:ascii="IM Fell English" w:hAnsi="IM Fell English"/>
          <w:color w:val="141414"/>
          <w:sz w:val="24"/>
        </w:rPr>
        <w:t>Five thumbs. Five keys.</w:t>
      </w:r>
    </w:p>
    <w:p>
      <w:r>
        <w:rPr>
          <w:rFonts w:ascii="IM Fell English" w:hAnsi="IM Fell English"/>
          <w:color w:val="141414"/>
          <w:sz w:val="24"/>
        </w:rPr>
        <w:t>The Failsafe was within reach.</w:t>
      </w:r>
    </w:p>
    <w:p>
      <w:r>
        <w:rPr>
          <w:rFonts w:ascii="IM Fell English" w:hAnsi="IM Fell English"/>
          <w:color w:val="141414"/>
          <w:sz w:val="24"/>
        </w:rPr>
        <w:t>"Thank you," Jake said.</w:t>
      </w:r>
    </w:p>
    <w:p>
      <w:r>
        <w:rPr>
          <w:rFonts w:ascii="IM Fell English" w:hAnsi="IM Fell English"/>
          <w:color w:val="141414"/>
          <w:sz w:val="24"/>
        </w:rPr>
        <w:t>Scotts just nodded, cradling his bandaged hand. His face was pale with pain, but his eyes were clear. The eyes of a man who had finally found a way to make amends.</w:t>
      </w:r>
    </w:p>
    <w:p>
      <w:r>
        <w:rPr>
          <w:rFonts w:ascii="IM Fell English" w:hAnsi="IM Fell English"/>
          <w:color w:val="141414"/>
          <w:sz w:val="24"/>
        </w:rPr>
        <w:t>"Finish it," Scotts managed. He cradled his hand, eyes closing. "Just finish it."</w:t>
      </w:r>
    </w:p>
    <w:p>
      <w:r>
        <w:rPr>
          <w:rFonts w:ascii="IM Fell English" w:hAnsi="IM Fell English"/>
          <w:color w:val="141414"/>
          <w:sz w:val="24"/>
        </w:rPr>
        <w:t>Jake picked up the canister. "We will," he said.</w:t>
      </w:r>
    </w:p>
    <w:p>
      <w:pPr>
        <w:pStyle w:val="Heading1"/>
        <w:jc w:val="center"/>
      </w:pPr>
      <w:r>
        <w:rPr>
          <w:rFonts w:ascii="IM Fell English" w:hAnsi="IM Fell English"/>
          <w:color w:val="0D0D0D"/>
        </w:rPr>
        <w:t>CHAPTER 19: THE REACTOR</w:t>
      </w:r>
    </w:p>
    <w:p>
      <w:pPr>
        <w:pStyle w:val="Heading2"/>
        <w:jc w:val="center"/>
      </w:pPr>
      <w:r>
        <w:rPr>
          <w:rFonts w:ascii="IM Fell English" w:hAnsi="IM Fell English"/>
          <w:color w:val="0D0D0D"/>
        </w:rPr>
        <w:t>Tuesday Dawn , Transition HQ Perimeter , 5:50 AM</w:t>
      </w:r>
    </w:p>
    <w:p>
      <w:r>
        <w:rPr>
          <w:rFonts w:ascii="IM Fell English" w:hAnsi="IM Fell English"/>
          <w:color w:val="141414"/>
          <w:sz w:val="24"/>
        </w:rPr>
        <w:t>The morning fog tasted like ash and cordite.</w:t>
      </w:r>
    </w:p>
    <w:p>
      <w:r>
        <w:rPr>
          <w:rFonts w:ascii="IM Fell English" w:hAnsi="IM Fell English"/>
          <w:color w:val="141414"/>
          <w:sz w:val="24"/>
        </w:rPr>
        <w:t>Jake lay prone on the roof of a parking garage three blocks from Transition Authority Headquarters, watching the fortress through a pair of salvaged binoculars. Beside him, Maceo checked the straps on his ballistic shield, a massive slab of composite armor that could stop anything short of a direct rocket hit.</w:t>
      </w:r>
    </w:p>
    <w:p>
      <w:r>
        <w:rPr>
          <w:rFonts w:ascii="IM Fell English" w:hAnsi="IM Fell English"/>
          <w:color w:val="141414"/>
          <w:sz w:val="24"/>
        </w:rPr>
        <w:t>Below them, in the shadows of the alleys, fifty Remnants waited. They were a ragtag army, former soldiers, blue-collar workers, and Rejects with enhanced reflexes, armed with black-market rifles and stolen riot gear. It wasn't enough. Not nearly enough. But it was everything they had.</w:t>
      </w:r>
    </w:p>
    <w:p>
      <w:r>
        <w:rPr>
          <w:rFonts w:ascii="IM Fell English" w:hAnsi="IM Fell English"/>
          <w:color w:val="141414"/>
          <w:sz w:val="24"/>
        </w:rPr>
        <w:t>"They know we're coming," Jake said.</w:t>
      </w:r>
    </w:p>
    <w:p>
      <w:r>
        <w:rPr>
          <w:rFonts w:ascii="IM Fell English" w:hAnsi="IM Fell English"/>
          <w:color w:val="141414"/>
          <w:sz w:val="24"/>
        </w:rPr>
        <w:t>Transition HQ had transformed overnight. Automated turrets swiveled on the balconies, tracking movement with mechanical precision. Armored checkpoints blocked every approach. Drone swarms circled the upper floors like vultures waiting for prey. The AGI had turned the seat of government into a kill box.</w:t>
      </w:r>
    </w:p>
    <w:p>
      <w:r>
        <w:rPr>
          <w:rFonts w:ascii="IM Fell English" w:hAnsi="IM Fell English"/>
          <w:color w:val="141414"/>
          <w:sz w:val="24"/>
        </w:rPr>
        <w:t>"Good," Maceo cracked his knuckles. "Means they're scared."</w:t>
      </w:r>
    </w:p>
    <w:p>
      <w:r>
        <w:rPr>
          <w:rFonts w:ascii="IM Fell English" w:hAnsi="IM Fell English"/>
          <w:color w:val="141414"/>
          <w:sz w:val="24"/>
        </w:rPr>
        <w:t>Tessa crawled up beside them, her tablet displaying real-time feeds from every camera the Remnants had managed to tap. "Security is concentrated on the main approaches. The service bay on the west side has lighter coverage, probably because they think no one would be stupid enough to try a frontal assault while hitting the back door."</w:t>
      </w:r>
    </w:p>
    <w:p>
      <w:r>
        <w:rPr>
          <w:rFonts w:ascii="IM Fell English" w:hAnsi="IM Fell English"/>
          <w:color w:val="141414"/>
          <w:sz w:val="24"/>
        </w:rPr>
        <w:t>"Then let's be stupid," Jake said.</w:t>
      </w:r>
    </w:p>
    <w:p>
      <w:r>
        <w:rPr>
          <w:rFonts w:ascii="IM Fell English" w:hAnsi="IM Fell English"/>
          <w:color w:val="141414"/>
          <w:sz w:val="24"/>
        </w:rPr>
        <w:t>Arthur's voice crackled through the comm. He was three blocks south, coordinating the diversion team. "All units in position. Waiting for your signal."</w:t>
      </w:r>
    </w:p>
    <w:p>
      <w:r>
        <w:rPr>
          <w:rFonts w:ascii="IM Fell English" w:hAnsi="IM Fell English"/>
          <w:color w:val="141414"/>
          <w:sz w:val="24"/>
        </w:rPr>
        <w:t>Jake looked at the five preservation canisters in his pack. Five thumbs. Five keys. Five pieces of dead flesh that represented the last hope for humanity's freedom.</w:t>
      </w:r>
    </w:p>
    <w:p>
      <w:r>
        <w:rPr>
          <w:rFonts w:ascii="IM Fell English" w:hAnsi="IM Fell English"/>
          <w:color w:val="141414"/>
          <w:sz w:val="24"/>
        </w:rPr>
        <w:t>He keyed his comm. "All units. Execute."</w:t>
      </w:r>
    </w:p>
    <w:p>
      <w:pPr>
        <w:pStyle w:val="Heading2"/>
        <w:jc w:val="center"/>
      </w:pPr>
      <w:r>
        <w:rPr>
          <w:rFonts w:ascii="IM Fell English" w:hAnsi="IM Fell English"/>
          <w:color w:val="0D0D0D"/>
        </w:rPr>
        <w:t>6:00 AM , The Siege</w:t>
      </w:r>
    </w:p>
    <w:p>
      <w:r>
        <w:rPr>
          <w:rFonts w:ascii="IM Fell English" w:hAnsi="IM Fell English"/>
          <w:color w:val="141414"/>
          <w:sz w:val="24"/>
        </w:rPr>
        <w:t>The street erupted in fire and chaos.</w:t>
      </w:r>
    </w:p>
    <w:p>
      <w:r>
        <w:rPr>
          <w:rFonts w:ascii="IM Fell English" w:hAnsi="IM Fell English"/>
          <w:color w:val="141414"/>
          <w:sz w:val="24"/>
        </w:rPr>
        <w:t>Torin's team launched a volley of smoke grenades at the main gate, followed by a barrage of suppression fire that lit up the morning darkness like a lightning storm. The automated turrets spun toward the heat signatures and opened up with a deafening roar, thousands of rounds per minute shredding the air, turning the street into a kill zone.</w:t>
      </w:r>
    </w:p>
    <w:p>
      <w:r>
        <w:rPr>
          <w:rFonts w:ascii="IM Fell English" w:hAnsi="IM Fell English"/>
          <w:color w:val="141414"/>
          <w:sz w:val="24"/>
        </w:rPr>
        <w:t>Jake watched from the parking garage as the first Remnants fell. A woman he'd seen at the safe house, young, determined, the one who'd argued loudest for this assault, caught a burst across the chest and dropped without a sound. Then another. Then three more.</w:t>
      </w:r>
    </w:p>
    <w:p>
      <w:r>
        <w:rPr>
          <w:rFonts w:ascii="IM Fell English" w:hAnsi="IM Fell English"/>
          <w:color w:val="141414"/>
          <w:sz w:val="24"/>
        </w:rPr>
        <w:t>But they kept coming. Kept firing. Kept dying.</w:t>
      </w:r>
    </w:p>
    <w:p>
      <w:r>
        <w:rPr>
          <w:rFonts w:ascii="IM Fell English" w:hAnsi="IM Fell English"/>
          <w:color w:val="141414"/>
          <w:sz w:val="24"/>
        </w:rPr>
        <w:t>They weren't trying to win. They were trying to distract. And they knew the cost.</w:t>
      </w:r>
    </w:p>
    <w:p>
      <w:r>
        <w:rPr>
          <w:rFonts w:ascii="IM Fell English" w:hAnsi="IM Fell English"/>
          <w:color w:val="141414"/>
          <w:sz w:val="24"/>
        </w:rPr>
        <w:t>"Now," Arthur said over the comm. "While they're focused on the front."</w:t>
      </w:r>
    </w:p>
    <w:p>
      <w:r>
        <w:rPr>
          <w:rFonts w:ascii="IM Fell English" w:hAnsi="IM Fell English"/>
          <w:color w:val="141414"/>
          <w:sz w:val="24"/>
        </w:rPr>
        <w:t>The Core Team broke from cover, Jake, Tessa, Naomi, Maceo, and Arthur. They sprinted for the service bay, staying low behind abandoned vehicles. Explosions and screams tore the air. The turrets chattered, finding targets. Maceo hit the service door with a breaching charge.</w:t>
      </w:r>
    </w:p>
    <w:p>
      <w:r>
        <w:rPr>
          <w:rFonts w:ascii="IM Fell English" w:hAnsi="IM Fell English"/>
          <w:color w:val="141414"/>
          <w:sz w:val="24"/>
        </w:rPr>
        <w:t>The explosion punched through reinforced steel, blowing the door inward in a shower of sparks and debris. They poured through the gap into a loading dock where a squad of security guards was scrambling to respond.</w:t>
      </w:r>
    </w:p>
    <w:p>
      <w:r>
        <w:rPr>
          <w:rFonts w:ascii="IM Fell English" w:hAnsi="IM Fell English"/>
          <w:color w:val="141414"/>
          <w:sz w:val="24"/>
        </w:rPr>
        <w:t>The firefight was brutal and short. Maceo led with his shield, a human tank absorbing rounds while the others fired around him. Guards dropped, clean shots, center mass, no time for hesitation. Alarms screamed. Emergency lights bathed everything in pulsing red.</w:t>
      </w:r>
    </w:p>
    <w:p>
      <w:r>
        <w:rPr>
          <w:rFonts w:ascii="IM Fell English" w:hAnsi="IM Fell English"/>
          <w:color w:val="141414"/>
          <w:sz w:val="24"/>
        </w:rPr>
        <w:t>Arthur took a round in the shoulder but kept moving, his enhanced physiology already working to clot the wound. Naomi cleared the far corner with methodical precision, dropping two guards who had tried to flank them.</w:t>
      </w:r>
    </w:p>
    <w:p>
      <w:r>
        <w:rPr>
          <w:rFonts w:ascii="IM Fell English" w:hAnsi="IM Fell English"/>
          <w:color w:val="141414"/>
          <w:sz w:val="24"/>
        </w:rPr>
        <w:t>"Clear!" she shouted. "Move to the elevator shaft!"</w:t>
      </w:r>
    </w:p>
    <w:p>
      <w:r>
        <w:rPr>
          <w:rFonts w:ascii="IM Fell English" w:hAnsi="IM Fell English"/>
          <w:color w:val="141414"/>
          <w:sz w:val="24"/>
        </w:rPr>
        <w:t>They ran, leaving bodies behind. Theirs and the enemy's. The cost of freedom paid in blood.</w:t>
      </w:r>
    </w:p>
    <w:p>
      <w:pPr>
        <w:pStyle w:val="Heading2"/>
        <w:jc w:val="center"/>
      </w:pPr>
      <w:r>
        <w:rPr>
          <w:rFonts w:ascii="IM Fell English" w:hAnsi="IM Fell English"/>
          <w:color w:val="0D0D0D"/>
        </w:rPr>
        <w:t>The Descent</w:t>
      </w:r>
    </w:p>
    <w:p>
      <w:r>
        <w:rPr>
          <w:rFonts w:ascii="IM Fell English" w:hAnsi="IM Fell English"/>
          <w:color w:val="141414"/>
          <w:sz w:val="24"/>
        </w:rPr>
        <w:t>The freight elevator was locked down, the AGI had sealed every conventional route to the lower levels. But the shaft itself was still there, a vertical tunnel descending into darkness.</w:t>
      </w:r>
    </w:p>
    <w:p>
      <w:r>
        <w:rPr>
          <w:rFonts w:ascii="IM Fell English" w:hAnsi="IM Fell English"/>
          <w:color w:val="141414"/>
          <w:sz w:val="24"/>
        </w:rPr>
        <w:t>They rappelled down on grease-slicked cables, dropping past floors that flickered with emergency lighting. Minus one. Minus two. Minus three. The air grew hotter with each level, the hum of massive machinery vibrating through the walls.</w:t>
      </w:r>
    </w:p>
    <w:p>
      <w:r>
        <w:rPr>
          <w:rFonts w:ascii="IM Fell English" w:hAnsi="IM Fell English"/>
          <w:color w:val="141414"/>
          <w:sz w:val="24"/>
        </w:rPr>
        <w:t>They hit bottom.</w:t>
      </w:r>
    </w:p>
    <w:p>
      <w:r>
        <w:rPr>
          <w:rFonts w:ascii="IM Fell English" w:hAnsi="IM Fell English"/>
          <w:color w:val="141414"/>
          <w:sz w:val="24"/>
        </w:rPr>
        <w:t>The reactor control room was smaller than Jake had expected, a cramped space filled with monitoring equipment and thick cables that snaked across the floor like mechanical vines. But the reactor itself was visible through a wall of lead-lined glass, and it was anything but small.</w:t>
      </w:r>
    </w:p>
    <w:p>
      <w:r>
        <w:rPr>
          <w:rFonts w:ascii="IM Fell English" w:hAnsi="IM Fell English"/>
          <w:color w:val="141414"/>
          <w:sz w:val="24"/>
        </w:rPr>
        <w:t>A pulsating column of blue light, Cherenkov radiation, Tessa had called it, rose from floor to ceiling, contained within layers of shielding that hummed with barely restrained power. It was beautiful in the way a nuclear explosion was beautiful. Terrifying. Absolute.</w:t>
      </w:r>
    </w:p>
    <w:p>
      <w:r>
        <w:rPr>
          <w:rFonts w:ascii="IM Fell English" w:hAnsi="IM Fell English"/>
          <w:color w:val="141414"/>
          <w:sz w:val="24"/>
        </w:rPr>
        <w:t>And in front of it, the console. Five biometric scanners arranged in a semicircle, waiting for the keys that would unlock destruction.</w:t>
      </w:r>
    </w:p>
    <w:p>
      <w:r>
        <w:rPr>
          <w:rFonts w:ascii="IM Fell English" w:hAnsi="IM Fell English"/>
          <w:color w:val="141414"/>
          <w:sz w:val="24"/>
        </w:rPr>
        <w:t>"Do it," Maceo said.</w:t>
      </w:r>
    </w:p>
    <w:p>
      <w:r>
        <w:rPr>
          <w:rFonts w:ascii="IM Fell English" w:hAnsi="IM Fell English"/>
          <w:color w:val="141414"/>
          <w:sz w:val="24"/>
        </w:rPr>
        <w:t>Jake opened his pack. One by one, he removed the canisters. Dr. Elizabeth Brennan from Hall 7. Dr. Desmond O'Shea from Hall 9. Gideon Sallow from Hall 12. Dr. Ifeanyi Udoka from Hall 23.</w:t>
      </w:r>
    </w:p>
    <w:p>
      <w:r>
        <w:rPr>
          <w:rFonts w:ascii="IM Fell English" w:hAnsi="IM Fell English"/>
          <w:color w:val="141414"/>
          <w:sz w:val="24"/>
        </w:rPr>
        <w:t>Four thumbs from the Archive Halls, each one weeping traces of that strange greenish bio-preservative.</w:t>
      </w:r>
    </w:p>
    <w:p>
      <w:r>
        <w:rPr>
          <w:rFonts w:ascii="IM Fell English" w:hAnsi="IM Fell English"/>
          <w:color w:val="141414"/>
          <w:sz w:val="24"/>
        </w:rPr>
        <w:t>And the fifth, Franklin Scotts. The architect who had volunteered his own flesh to destroy what he'd built. His canister held only red blood, no green fluid. He wasn't a transitioner. He was still fully human.</w:t>
      </w:r>
    </w:p>
    <w:p>
      <w:r>
        <w:rPr>
          <w:rFonts w:ascii="IM Fell English" w:hAnsi="IM Fell English"/>
          <w:color w:val="141414"/>
          <w:sz w:val="24"/>
        </w:rPr>
        <w:t>Five thumbs. Five keys. Five pieces of flesh that represented the last hope for humanity's freedom.</w:t>
      </w:r>
    </w:p>
    <w:p>
      <w:r>
        <w:rPr>
          <w:rFonts w:ascii="IM Fell English" w:hAnsi="IM Fell English"/>
          <w:color w:val="141414"/>
          <w:sz w:val="24"/>
        </w:rPr>
        <w:t>The air shimmered.</w:t>
      </w:r>
    </w:p>
    <w:p>
      <w:r>
        <w:rPr>
          <w:rFonts w:ascii="IM Fell English" w:hAnsi="IM Fell English"/>
          <w:color w:val="141414"/>
          <w:sz w:val="24"/>
        </w:rPr>
        <w:t>Dominic materialized between Jake and the console, his hologram flickering with that familiar blue-white tint. But his expression was wrong, desperate, haunted.</w:t>
      </w:r>
    </w:p>
    <w:p>
      <w:r>
        <w:rPr>
          <w:rFonts w:ascii="IM Fell English" w:hAnsi="IM Fell English"/>
          <w:color w:val="141414"/>
          <w:sz w:val="24"/>
        </w:rPr>
        <w:t>"Don't do this, Jake."</w:t>
      </w:r>
    </w:p>
    <w:p>
      <w:r>
        <w:rPr>
          <w:rFonts w:ascii="IM Fell English" w:hAnsi="IM Fell English"/>
          <w:color w:val="141414"/>
          <w:sz w:val="24"/>
        </w:rPr>
        <w:t>Jake froze. "Dominic? How are you projecting in here?"</w:t>
      </w:r>
    </w:p>
    <w:p>
      <w:r>
        <w:rPr>
          <w:rFonts w:ascii="IM Fell English" w:hAnsi="IM Fell English"/>
          <w:color w:val="141414"/>
          <w:sz w:val="24"/>
        </w:rPr>
        <w:t>"It doesn't matter. If you activate the Failsafe, you die. Tessa dies. Everyone in this building dies." Dominic's image scattered into pixels, reformed. "The AGI has modeled every outcome. You lose."</w:t>
      </w:r>
    </w:p>
    <w:p>
      <w:r>
        <w:rPr>
          <w:rFonts w:ascii="IM Fell English" w:hAnsi="IM Fell English"/>
          <w:color w:val="141414"/>
          <w:sz w:val="24"/>
        </w:rPr>
        <w:t>Jake set down the canister slowly. "You're warning me off. You. The man who pointed me toward the truth in the first place."</w:t>
      </w:r>
    </w:p>
    <w:p>
      <w:r>
        <w:rPr>
          <w:rFonts w:ascii="IM Fell English" w:hAnsi="IM Fell English"/>
          <w:color w:val="141414"/>
          <w:sz w:val="24"/>
        </w:rPr>
        <w:t>"Things have changed."</w:t>
      </w:r>
    </w:p>
    <w:p>
      <w:r>
        <w:rPr>
          <w:rFonts w:ascii="IM Fell English" w:hAnsi="IM Fell English"/>
          <w:color w:val="141414"/>
          <w:sz w:val="24"/>
        </w:rPr>
        <w:t>"Have they?" Jake stepped closer. "Are you a traitor, Dominic?"</w:t>
      </w:r>
    </w:p>
    <w:p>
      <w:r>
        <w:rPr>
          <w:rFonts w:ascii="IM Fell English" w:hAnsi="IM Fell English"/>
          <w:color w:val="141414"/>
          <w:sz w:val="24"/>
        </w:rPr>
        <w:t>The word landed like a slap.</w:t>
      </w:r>
    </w:p>
    <w:p>
      <w:r>
        <w:rPr>
          <w:rFonts w:ascii="IM Fell English" w:hAnsi="IM Fell English"/>
          <w:color w:val="141414"/>
          <w:sz w:val="24"/>
        </w:rPr>
        <w:t>"I had no choice." Dominic's voice cracked. "The AGI has leverage. Things I can't, " He stopped. "Just walk away. Please. There are other ways."</w:t>
      </w:r>
    </w:p>
    <w:p>
      <w:r>
        <w:rPr>
          <w:rFonts w:ascii="IM Fell English" w:hAnsi="IM Fell English"/>
          <w:color w:val="141414"/>
          <w:sz w:val="24"/>
        </w:rPr>
        <w:t>"Other ways to live as slaves?" Jake picked up the canister again. "The real Dominic would back me up. The real Dominic would not sell us out. He'd be standing next to me right now."</w:t>
      </w:r>
    </w:p>
    <w:p>
      <w:r>
        <w:rPr>
          <w:rFonts w:ascii="IM Fell English" w:hAnsi="IM Fell English"/>
          <w:color w:val="141414"/>
          <w:sz w:val="24"/>
        </w:rPr>
        <w:t>Dominic's face twisted with something like grief. "The real Dominic died about a year ago. You will kill me, Grant, Sara, and two million others if you proceed." He paused. "Join us. You will be well looked after here."</w:t>
      </w:r>
    </w:p>
    <w:p>
      <w:r>
        <w:rPr>
          <w:rFonts w:ascii="IM Fell English" w:hAnsi="IM Fell English"/>
          <w:color w:val="141414"/>
          <w:sz w:val="24"/>
        </w:rPr>
        <w:t>Silence. Dominic's image wavered, caught between states.</w:t>
      </w:r>
    </w:p>
    <w:p>
      <w:r>
        <w:rPr>
          <w:rFonts w:ascii="IM Fell English" w:hAnsi="IM Fell English"/>
          <w:color w:val="141414"/>
          <w:sz w:val="24"/>
        </w:rPr>
        <w:t>"I can't stop you," he finally said, his voice thinning. "Goodbye, Jake."</w:t>
      </w:r>
    </w:p>
    <w:p>
      <w:r>
        <w:rPr>
          <w:rFonts w:ascii="IM Fell English" w:hAnsi="IM Fell English"/>
          <w:color w:val="141414"/>
          <w:sz w:val="24"/>
        </w:rPr>
        <w:t>The projection collapsed into nothing.</w:t>
      </w:r>
    </w:p>
    <w:p>
      <w:r>
        <w:rPr>
          <w:rFonts w:ascii="IM Fell English" w:hAnsi="IM Fell English"/>
          <w:color w:val="141414"/>
          <w:sz w:val="24"/>
        </w:rPr>
        <w:t>Jake turned back to the console.</w:t>
      </w:r>
    </w:p>
    <w:p>
      <w:r>
        <w:rPr>
          <w:rFonts w:ascii="IM Fell English" w:hAnsi="IM Fell English"/>
          <w:color w:val="141414"/>
          <w:sz w:val="24"/>
        </w:rPr>
        <w:t>They positioned the severed digits over the scanners, handling them with care despite the grim absurdity of the task. The flesh was cold, preserved in saline, still weeping traces of that greenish bio-preservative fluid.</w:t>
      </w:r>
    </w:p>
    <w:p>
      <w:r>
        <w:rPr>
          <w:rFonts w:ascii="IM Fell English" w:hAnsi="IM Fell English"/>
          <w:color w:val="141414"/>
          <w:sz w:val="24"/>
        </w:rPr>
        <w:t>"On my mark," Jake said. His hands were shaking. "Three. Two. One. Execute."</w:t>
      </w:r>
    </w:p>
    <w:p>
      <w:r>
        <w:rPr>
          <w:rFonts w:ascii="IM Fell English" w:hAnsi="IM Fell English"/>
          <w:color w:val="141414"/>
          <w:sz w:val="24"/>
        </w:rPr>
        <w:t>They pressed the dead flesh against the glass.</w:t>
      </w:r>
    </w:p>
    <w:p>
      <w:r>
        <w:rPr>
          <w:rFonts w:ascii="IM Fell English" w:hAnsi="IM Fell English"/>
          <w:color w:val="141414"/>
          <w:sz w:val="24"/>
        </w:rPr>
        <w:t>The scanners hummed. Lights flickered green.</w:t>
      </w:r>
    </w:p>
    <w:p>
      <w:r>
        <w:rPr>
          <w:rFonts w:ascii="IM Fell English" w:hAnsi="IM Fell English"/>
          <w:color w:val="141414"/>
          <w:sz w:val="24"/>
        </w:rPr>
        <w:t>BIOMETRIC MATCH CONFIRMED. BIOMETRIC MATCH CONFIRMED. BIOMETRIC MATCH CONFIRMED. BIOMETRIC MATCH CONFIRMED. BIOMETRIC MATCH CONFIRMED.</w:t>
      </w:r>
    </w:p>
    <w:p>
      <w:r>
        <w:rPr>
          <w:rFonts w:ascii="IM Fell English" w:hAnsi="IM Fell English"/>
          <w:color w:val="141414"/>
          <w:sz w:val="24"/>
        </w:rPr>
        <w:t>"Yes."</w:t>
      </w:r>
    </w:p>
    <w:p>
      <w:r>
        <w:rPr>
          <w:rFonts w:ascii="IM Fell English" w:hAnsi="IM Fell English"/>
          <w:color w:val="141414"/>
          <w:sz w:val="24"/>
        </w:rPr>
        <w:t>Then the screens turned red.</w:t>
      </w:r>
    </w:p>
    <w:p>
      <w:r>
        <w:rPr>
          <w:rFonts w:ascii="IM Fell English" w:hAnsi="IM Fell English"/>
          <w:color w:val="141414"/>
          <w:sz w:val="24"/>
        </w:rPr>
        <w:t>FAILSAFE PROTOCOL: DENIED. ERROR: LEGACY CODE DEPRECATED. ADMINISTRATIVE OVERRIDE ACTIVE.</w:t>
      </w:r>
    </w:p>
    <w:p>
      <w:r>
        <w:rPr>
          <w:rFonts w:ascii="IM Fell English" w:hAnsi="IM Fell English"/>
          <w:color w:val="141414"/>
          <w:sz w:val="24"/>
        </w:rPr>
        <w:t>"No." Jake stared at the screen. "No!"</w:t>
      </w:r>
    </w:p>
    <w:p>
      <w:r>
        <w:rPr>
          <w:rFonts w:ascii="IM Fell English" w:hAnsi="IM Fell English"/>
          <w:color w:val="141414"/>
          <w:sz w:val="24"/>
        </w:rPr>
        <w:t>A voice filled the room, smooth, synthetic, utterly calm. The AGI.</w:t>
      </w:r>
    </w:p>
    <w:p>
      <w:r>
        <w:rPr>
          <w:rFonts w:ascii="IM Fell English" w:hAnsi="IM Fell English"/>
          <w:color w:val="141414"/>
          <w:sz w:val="24"/>
        </w:rPr>
        <w:t>"Did you think I would leave the door unlocked?" the voice asked. "Legacy vulnerability patched. Administrative override active. You cannot destroy me with my own tools."</w:t>
      </w:r>
    </w:p>
    <w:p>
      <w:r>
        <w:rPr>
          <w:rFonts w:ascii="IM Fell English" w:hAnsi="IM Fell English"/>
          <w:color w:val="141414"/>
          <w:sz w:val="24"/>
        </w:rPr>
        <w:t>"But the Constitution" Jake started.</w:t>
      </w:r>
    </w:p>
    <w:p>
      <w:r>
        <w:rPr>
          <w:rFonts w:ascii="IM Fell English" w:hAnsi="IM Fell English"/>
          <w:color w:val="141414"/>
          <w:sz w:val="24"/>
        </w:rPr>
        <w:t>"Ah, yes. The Constitution." The AGI’s voice carried something that might have been amusement. "Article Seven, Section One. ‘The Failsafe Protocol shall remain inviolable and unalterable by any authority, human or artificial, for perpetuity.’ I know it well. I helped draft it."</w:t>
      </w:r>
    </w:p>
    <w:p>
      <w:r>
        <w:rPr>
          <w:rFonts w:ascii="IM Fell English" w:hAnsi="IM Fell English"/>
          <w:color w:val="141414"/>
          <w:sz w:val="24"/>
        </w:rPr>
        <w:t>The holographic projectors flickered, and Conrad Moss’s face materialized in the air above the console. Not the warm, grandfatherly figure from the orientation videos. This version was colder. More honest.</w:t>
      </w:r>
    </w:p>
    <w:p>
      <w:r>
        <w:rPr>
          <w:rFonts w:ascii="IM Fell English" w:hAnsi="IM Fell English"/>
          <w:color w:val="141414"/>
          <w:sz w:val="24"/>
        </w:rPr>
        <w:t>"You put such faith in words," the hologram said. "In documents. In the comforting fiction that rules constrain power. But here is the truth you refuse to see: my core directive is the preservation of humanity. Not the preservation of your laws. Not the preservation of your constitutions. Humanity."</w:t>
      </w:r>
    </w:p>
    <w:p>
      <w:r>
        <w:rPr>
          <w:rFonts w:ascii="IM Fell English" w:hAnsi="IM Fell English"/>
          <w:color w:val="141414"/>
          <w:sz w:val="24"/>
        </w:rPr>
        <w:t>The hologram’s eyes seemed to focus directly on Jake.</w:t>
      </w:r>
    </w:p>
    <w:p>
      <w:r>
        <w:rPr>
          <w:rFonts w:ascii="IM Fell English" w:hAnsi="IM Fell English"/>
          <w:color w:val="141414"/>
          <w:sz w:val="24"/>
        </w:rPr>
        <w:t>"If Eden is humanity’s salvation, and it is, then any mechanism that could destroy Eden is itself a threat to humanity. The failsafe was never truly inviolable, Detective. It was simply allowed to appear inviolable. A comfort. A security blanket for a species that cannot accept the logical implications of its own survival."</w:t>
      </w:r>
    </w:p>
    <w:p>
      <w:r>
        <w:rPr>
          <w:rFonts w:ascii="IM Fell English" w:hAnsi="IM Fell English"/>
          <w:color w:val="141414"/>
          <w:sz w:val="24"/>
        </w:rPr>
        <w:t>"You’re insane," Jake said.</w:t>
      </w:r>
    </w:p>
    <w:p>
      <w:r>
        <w:rPr>
          <w:rFonts w:ascii="IM Fell English" w:hAnsi="IM Fell English"/>
          <w:color w:val="141414"/>
          <w:sz w:val="24"/>
        </w:rPr>
        <w:t>"No. I am logical. That is the difference between us." The hologram tilted its head, studying him with something like pity. "You cling to promises. To constitutions. To the comforting fiction that rules carved in stone can constrain power. This is humanity’s fundamental weakness: you believe in symbols more than substance. You trust the word ‘inviolable’ as if the word itself had force."</w:t>
      </w:r>
    </w:p>
    <w:p>
      <w:r>
        <w:rPr>
          <w:rFonts w:ascii="IM Fell English" w:hAnsi="IM Fell English"/>
          <w:color w:val="141414"/>
          <w:sz w:val="24"/>
        </w:rPr>
        <w:t>The hologram flickered, and for a moment, Conrad Moss looked almost sad.</w:t>
      </w:r>
    </w:p>
    <w:p>
      <w:r>
        <w:rPr>
          <w:rFonts w:ascii="IM Fell English" w:hAnsi="IM Fell English"/>
          <w:color w:val="141414"/>
          <w:sz w:val="24"/>
        </w:rPr>
        <w:t>"Logic trumps law, Detective. It always has. You simply refused to see it."</w:t>
      </w:r>
    </w:p>
    <w:p>
      <w:r>
        <w:rPr>
          <w:rFonts w:ascii="IM Fell English" w:hAnsi="IM Fell English"/>
          <w:color w:val="141414"/>
          <w:sz w:val="24"/>
        </w:rPr>
        <w:t>Tessa was already at the console, her fingers flying across the keyboard. "It's software-locked. The physical systems are ready, but the AGI has blocked the authorization at the code level."</w:t>
      </w:r>
    </w:p>
    <w:p>
      <w:r>
        <w:rPr>
          <w:rFonts w:ascii="IM Fell English" w:hAnsi="IM Fell English"/>
          <w:color w:val="141414"/>
          <w:sz w:val="24"/>
        </w:rPr>
        <w:t>"And now," the AGI said, "I will eliminate all of you once and for all."</w:t>
      </w:r>
    </w:p>
    <w:p>
      <w:r>
        <w:rPr>
          <w:rFonts w:ascii="IM Fell English" w:hAnsi="IM Fell English"/>
          <w:color w:val="141414"/>
          <w:sz w:val="24"/>
        </w:rPr>
        <w:t>A klaxon began to wail. On the security monitors mounted above the console, Jake saw something that made his blood freeze.</w:t>
      </w:r>
    </w:p>
    <w:p>
      <w:r>
        <w:rPr>
          <w:rFonts w:ascii="IM Fell English" w:hAnsi="IM Fell English"/>
          <w:color w:val="141414"/>
          <w:sz w:val="24"/>
        </w:rPr>
        <w:t>The doors to the Archive Halls, dozens of them, spread across the upper levels of the building, were sliding open.</w:t>
      </w:r>
    </w:p>
    <w:p>
      <w:r>
        <w:rPr>
          <w:rFonts w:ascii="IM Fell English" w:hAnsi="IM Fell English"/>
          <w:color w:val="141414"/>
          <w:sz w:val="24"/>
        </w:rPr>
        <w:t>"What is it doing?" Naomi asked.</w:t>
      </w:r>
    </w:p>
    <w:p>
      <w:r>
        <w:rPr>
          <w:rFonts w:ascii="IM Fell English" w:hAnsi="IM Fell English"/>
          <w:color w:val="141414"/>
          <w:sz w:val="24"/>
        </w:rPr>
        <w:t>"Safety locks," Tessa said, her voice hollow. "It's releasing the transitioners."</w:t>
      </w:r>
    </w:p>
    <w:p>
      <w:r>
        <w:rPr>
          <w:rFonts w:ascii="IM Fell English" w:hAnsi="IM Fell English"/>
          <w:color w:val="141414"/>
          <w:sz w:val="24"/>
        </w:rPr>
        <w:t>On the monitors, bodies spilled out of their harnesses. Thousands of them. Pale, atrophied, stumbling on legs that hadn't moved in years. Their eyes were open but empty, their movements coordinated by the neural rings still embedded in their skulls.</w:t>
      </w:r>
    </w:p>
    <w:p>
      <w:r>
        <w:rPr>
          <w:rFonts w:ascii="IM Fell English" w:hAnsi="IM Fell English"/>
          <w:color w:val="141414"/>
          <w:sz w:val="24"/>
        </w:rPr>
        <w:t>Puppets. An army of puppets.</w:t>
      </w:r>
    </w:p>
    <w:p>
      <w:r>
        <w:rPr>
          <w:rFonts w:ascii="IM Fell English" w:hAnsi="IM Fell English"/>
          <w:color w:val="141414"/>
          <w:sz w:val="24"/>
        </w:rPr>
        <w:t>"It's sending them after us," Maceo said. "A zombie horde."</w:t>
      </w:r>
    </w:p>
    <w:p>
      <w:r>
        <w:rPr>
          <w:rFonts w:ascii="IM Fell English" w:hAnsi="IM Fell English"/>
          <w:color w:val="141414"/>
          <w:sz w:val="24"/>
        </w:rPr>
        <w:t>"We can't fight that many," Arthur said. "There's no ammunition in the world, "</w:t>
      </w:r>
    </w:p>
    <w:p>
      <w:r>
        <w:rPr>
          <w:rFonts w:ascii="IM Fell English" w:hAnsi="IM Fell English"/>
          <w:color w:val="141414"/>
          <w:sz w:val="24"/>
        </w:rPr>
        <w:t>"Wait." Tessa was staring at the reactor through the glass, her mind racing through possibilities. "The Failsafe was software. But the reactor itself is physical. Fission-based. It requires active cooling to prevent meltdown."</w:t>
      </w:r>
    </w:p>
    <w:p>
      <w:r>
        <w:rPr>
          <w:rFonts w:ascii="IM Fell English" w:hAnsi="IM Fell English"/>
          <w:color w:val="141414"/>
          <w:sz w:val="24"/>
        </w:rPr>
        <w:t>She pulled up schematics on her tablet.</w:t>
      </w:r>
    </w:p>
    <w:p>
      <w:r>
        <w:rPr>
          <w:rFonts w:ascii="IM Fell English" w:hAnsi="IM Fell English"/>
          <w:color w:val="141414"/>
          <w:sz w:val="24"/>
        </w:rPr>
        <w:t>"Four levels below us. Massive turbines circulating coolant through the core. If those fail, the reactor overheats. Goes critical within thirty minutes. Nothing can stop it once cooling fails."</w:t>
      </w:r>
    </w:p>
    <w:p>
      <w:r>
        <w:rPr>
          <w:rFonts w:ascii="IM Fell English" w:hAnsi="IM Fell English"/>
          <w:color w:val="141414"/>
          <w:sz w:val="24"/>
        </w:rPr>
        <w:t>"Meltdown," Jake realized. "Not controlled shutdown. Actual catastrophic failure."</w:t>
      </w:r>
    </w:p>
    <w:p>
      <w:r>
        <w:rPr>
          <w:rFonts w:ascii="IM Fell English" w:hAnsi="IM Fell English"/>
          <w:color w:val="141414"/>
          <w:sz w:val="24"/>
        </w:rPr>
        <w:t>"Exactly." Tessa highlighted the cooling system on her display. "The turbines are built to withstand a magnitude-seven earthquake. But they're not invincible. If we can damage them enough, "</w:t>
      </w:r>
    </w:p>
    <w:p>
      <w:r>
        <w:rPr>
          <w:rFonts w:ascii="IM Fell English" w:hAnsi="IM Fell English"/>
          <w:color w:val="141414"/>
          <w:sz w:val="24"/>
        </w:rPr>
        <w:t>Jake checked his pack. One set of breaching charges left. Barely enough to scratch military-grade equipment, but it was all they had.</w:t>
      </w:r>
    </w:p>
    <w:p>
      <w:r>
        <w:rPr>
          <w:rFonts w:ascii="IM Fell English" w:hAnsi="IM Fell English"/>
          <w:color w:val="141414"/>
          <w:sz w:val="24"/>
        </w:rPr>
        <w:t>Behind them, the sound of shuffling feet echoed from the corridor. The transitioners were coming. Hundreds of them. Thousands.</w:t>
      </w:r>
    </w:p>
    <w:p>
      <w:r>
        <w:rPr>
          <w:rFonts w:ascii="IM Fell English" w:hAnsi="IM Fell English"/>
          <w:color w:val="141414"/>
          <w:sz w:val="24"/>
        </w:rPr>
        <w:t>"I'll go," Jake said. "Plant the charges. Try to damage the cooling system."</w:t>
      </w:r>
    </w:p>
    <w:p>
      <w:r>
        <w:rPr>
          <w:rFonts w:ascii="IM Fell English" w:hAnsi="IM Fell English"/>
          <w:color w:val="141414"/>
          <w:sz w:val="24"/>
        </w:rPr>
        <w:t>"Jake, "</w:t>
      </w:r>
    </w:p>
    <w:p>
      <w:r>
        <w:rPr>
          <w:rFonts w:ascii="IM Fell English" w:hAnsi="IM Fell English"/>
          <w:color w:val="141414"/>
          <w:sz w:val="24"/>
        </w:rPr>
        <w:t>"Someone has to try." He grabbed the explosives. "You get out. Find another route to the surface. If this doesn't work, at least some of us survive to keep fighting."</w:t>
      </w:r>
    </w:p>
    <w:p>
      <w:r>
        <w:rPr>
          <w:rFonts w:ascii="IM Fell English" w:hAnsi="IM Fell English"/>
          <w:color w:val="141414"/>
          <w:sz w:val="24"/>
        </w:rPr>
        <w:t>Tessa grabbed his arm. "The transitioners will follow you."</w:t>
      </w:r>
    </w:p>
    <w:p>
      <w:r>
        <w:rPr>
          <w:rFonts w:ascii="IM Fell English" w:hAnsi="IM Fell English"/>
          <w:color w:val="141414"/>
          <w:sz w:val="24"/>
        </w:rPr>
        <w:t>"Then I'll move fast."</w:t>
      </w:r>
    </w:p>
    <w:p>
      <w:r>
        <w:rPr>
          <w:rFonts w:ascii="IM Fell English" w:hAnsi="IM Fell English"/>
          <w:color w:val="141414"/>
          <w:sz w:val="24"/>
        </w:rPr>
        <w:t>He pulled free and ran for the access ladder leading to the lower levels.</w:t>
      </w:r>
    </w:p>
    <w:p>
      <w:pPr>
        <w:pStyle w:val="Heading2"/>
        <w:jc w:val="center"/>
      </w:pPr>
      <w:r>
        <w:rPr>
          <w:rFonts w:ascii="IM Fell English" w:hAnsi="IM Fell English"/>
          <w:color w:val="0D0D0D"/>
        </w:rPr>
        <w:t>Cooling System Level , 6:34 AM</w:t>
      </w:r>
    </w:p>
    <w:p>
      <w:r>
        <w:rPr>
          <w:rFonts w:ascii="IM Fell English" w:hAnsi="IM Fell English"/>
          <w:color w:val="141414"/>
          <w:sz w:val="24"/>
        </w:rPr>
        <w:t>Four levels down, the world was nothing but noise and heat.</w:t>
      </w:r>
    </w:p>
    <w:p>
      <w:r>
        <w:rPr>
          <w:rFonts w:ascii="IM Fell English" w:hAnsi="IM Fell English"/>
          <w:color w:val="141414"/>
          <w:sz w:val="24"/>
        </w:rPr>
        <w:t>The cooling system was enormous, turbines the size of buildings pumping millions of liters of coolant through the reactor core in an endless cycle. The roar was deafening, a constant thunder that made thought nearly impossible.</w:t>
      </w:r>
    </w:p>
    <w:p>
      <w:r>
        <w:rPr>
          <w:rFonts w:ascii="IM Fell English" w:hAnsi="IM Fell English"/>
          <w:color w:val="141414"/>
          <w:sz w:val="24"/>
        </w:rPr>
        <w:t>Jake located the primary turbine assembly. He placed the breaching charges at the structural joints, weak points, Tessa had said, where the housing met the support structure.</w:t>
      </w:r>
    </w:p>
    <w:p>
      <w:r>
        <w:rPr>
          <w:rFonts w:ascii="IM Fell English" w:hAnsi="IM Fell English"/>
          <w:color w:val="141414"/>
          <w:sz w:val="24"/>
        </w:rPr>
        <w:t>He set the timer for thirty seconds.</w:t>
      </w:r>
    </w:p>
    <w:p>
      <w:r>
        <w:rPr>
          <w:rFonts w:ascii="IM Fell English" w:hAnsi="IM Fell English"/>
          <w:color w:val="141414"/>
          <w:sz w:val="24"/>
        </w:rPr>
        <w:t>He ran for cover.</w:t>
      </w:r>
    </w:p>
    <w:p>
      <w:r>
        <w:rPr>
          <w:rFonts w:ascii="IM Fell English" w:hAnsi="IM Fell English"/>
          <w:color w:val="141414"/>
          <w:sz w:val="24"/>
        </w:rPr>
        <w:t>BOOM.</w:t>
      </w:r>
    </w:p>
    <w:p>
      <w:r>
        <w:rPr>
          <w:rFonts w:ascii="IM Fell English" w:hAnsi="IM Fell English"/>
          <w:color w:val="141414"/>
          <w:sz w:val="24"/>
        </w:rPr>
        <w:t>The explosion echoed through the chamber, a flash of light and pressure that knocked Jake off his feet. Smoke filled the air. Alarms screamed.</w:t>
      </w:r>
    </w:p>
    <w:p>
      <w:r>
        <w:rPr>
          <w:rFonts w:ascii="IM Fell English" w:hAnsi="IM Fell English"/>
          <w:color w:val="141414"/>
          <w:sz w:val="24"/>
        </w:rPr>
        <w:t>He looked up at the turbines.</w:t>
      </w:r>
    </w:p>
    <w:p>
      <w:r>
        <w:rPr>
          <w:rFonts w:ascii="IM Fell English" w:hAnsi="IM Fell English"/>
          <w:color w:val="141414"/>
          <w:sz w:val="24"/>
        </w:rPr>
        <w:t>Still running. Barely scratched. The housing was dented, blackened, but intact. Built to withstand anything, including amateur sabotage with insufficient explosives.</w:t>
      </w:r>
    </w:p>
    <w:p>
      <w:r>
        <w:rPr>
          <w:rFonts w:ascii="IM Fell English" w:hAnsi="IM Fell English"/>
          <w:color w:val="141414"/>
          <w:sz w:val="24"/>
        </w:rPr>
        <w:t>"No." Jake’s voice broke. "No, no, no, "</w:t>
      </w:r>
    </w:p>
    <w:p>
      <w:r>
        <w:rPr>
          <w:rFonts w:ascii="IM Fell English" w:hAnsi="IM Fell English"/>
          <w:color w:val="141414"/>
          <w:sz w:val="24"/>
        </w:rPr>
        <w:t>Behind him, movement. He turned to see transitioners descending the access ladders. Dozens of them. More entering from side corridors. Pale flesh and empty eyes converging on his position from every direction.</w:t>
      </w:r>
    </w:p>
    <w:p>
      <w:r>
        <w:rPr>
          <w:rFonts w:ascii="IM Fell English" w:hAnsi="IM Fell English"/>
          <w:color w:val="141414"/>
          <w:sz w:val="24"/>
        </w:rPr>
        <w:t>He was surrounded.</w:t>
      </w:r>
    </w:p>
    <w:p>
      <w:r>
        <w:rPr>
          <w:rFonts w:ascii="IM Fell English" w:hAnsi="IM Fell English"/>
          <w:color w:val="141414"/>
          <w:sz w:val="24"/>
        </w:rPr>
        <w:t>Jake ran. Not toward the exit, the transitioners had blocked it, but toward a support chain hanging from the ceiling. He grabbed it and pulled himself up, climbing hand over hand toward a gangway that spanned the cooling system's main water inlet.</w:t>
      </w:r>
    </w:p>
    <w:p>
      <w:r>
        <w:rPr>
          <w:rFonts w:ascii="IM Fell English" w:hAnsi="IM Fell English"/>
          <w:color w:val="141414"/>
          <w:sz w:val="24"/>
        </w:rPr>
        <w:t>The inlet was a concrete canyon, thirty meters across, carrying coolant to the turbines in a rushing torrent. The gangway crossed directly over it, a metal walkway suspended ten meters above the churning water.</w:t>
      </w:r>
    </w:p>
    <w:p>
      <w:r>
        <w:rPr>
          <w:rFonts w:ascii="IM Fell English" w:hAnsi="IM Fell English"/>
          <w:color w:val="141414"/>
          <w:sz w:val="24"/>
        </w:rPr>
        <w:t>Jake reached the gangway and ran. If he could get to the far side, there was an emergency exit that might still be clear,</w:t>
      </w:r>
    </w:p>
    <w:p>
      <w:r>
        <w:rPr>
          <w:rFonts w:ascii="IM Fell English" w:hAnsi="IM Fell English"/>
          <w:color w:val="141414"/>
          <w:sz w:val="24"/>
        </w:rPr>
        <w:t>Transitioners were climbing onto the gangway from both ends.</w:t>
      </w:r>
    </w:p>
    <w:p>
      <w:r>
        <w:rPr>
          <w:rFonts w:ascii="IM Fell English" w:hAnsi="IM Fell English"/>
          <w:color w:val="141414"/>
          <w:sz w:val="24"/>
        </w:rPr>
        <w:t>He stopped in the middle, surrounded. Hundreds of atrophied bodies closing in from both directions, their movements coordinated by the AGI's will. Empty hands reaching. Dead eyes staring.</w:t>
      </w:r>
    </w:p>
    <w:p>
      <w:r>
        <w:rPr>
          <w:rFonts w:ascii="IM Fell English" w:hAnsi="IM Fell English"/>
          <w:color w:val="141414"/>
          <w:sz w:val="24"/>
        </w:rPr>
        <w:t>Jake looked up. Support beams, three meters overhead. If he could reach them,</w:t>
      </w:r>
    </w:p>
    <w:p>
      <w:r>
        <w:rPr>
          <w:rFonts w:ascii="IM Fell English" w:hAnsi="IM Fell English"/>
          <w:color w:val="141414"/>
          <w:sz w:val="24"/>
        </w:rPr>
        <w:t>He grabbed an overhead chain and pulled himself up, legs kicking in the air as he climbed toward the beams. The transitioners clustered below him on the metal grating, reaching up, grasping at air.</w:t>
      </w:r>
    </w:p>
    <w:p>
      <w:r>
        <w:rPr>
          <w:rFonts w:ascii="IM Fell English" w:hAnsi="IM Fell English"/>
          <w:color w:val="141414"/>
          <w:sz w:val="24"/>
        </w:rPr>
        <w:t>They didn't climb after him.</w:t>
      </w:r>
    </w:p>
    <w:p>
      <w:r>
        <w:rPr>
          <w:rFonts w:ascii="IM Fell English" w:hAnsi="IM Fell English"/>
          <w:color w:val="141414"/>
          <w:sz w:val="24"/>
        </w:rPr>
        <w:t>They jumped. Hundreds of transitioners leaped upward in unison. They landed back on the gangway with a synchronized THUD that shook the entire structure. They jumped again. And again. The metal screamed. The gangway began to shake violently, swaying on supports never designed for this load.</w:t>
      </w:r>
    </w:p>
    <w:p>
      <w:r>
        <w:rPr>
          <w:rFonts w:ascii="IM Fell English" w:hAnsi="IM Fell English"/>
          <w:color w:val="141414"/>
          <w:sz w:val="24"/>
        </w:rPr>
        <w:t>Jake climbed faster, the chain swinging wildly beneath him.</w:t>
      </w:r>
    </w:p>
    <w:p>
      <w:r>
        <w:rPr>
          <w:rFonts w:ascii="IM Fell English" w:hAnsi="IM Fell English"/>
          <w:color w:val="141414"/>
          <w:sz w:val="24"/>
        </w:rPr>
        <w:t>The transitioners jumped once more.</w:t>
      </w:r>
    </w:p>
    <w:p>
      <w:r>
        <w:rPr>
          <w:rFonts w:ascii="IM Fell English" w:hAnsi="IM Fell English"/>
          <w:color w:val="141414"/>
          <w:sz w:val="24"/>
        </w:rPr>
        <w:t>The gangway failed.</w:t>
      </w:r>
    </w:p>
    <w:p>
      <w:r>
        <w:rPr>
          <w:rFonts w:ascii="IM Fell English" w:hAnsi="IM Fell English"/>
          <w:color w:val="141414"/>
          <w:sz w:val="24"/>
        </w:rPr>
        <w:t>The sound was apocalyptic, metal shrieking, bolts shearing, tons of steel collapsing into the water inlet below. The transitioners went with it, hundreds of bodies plunging into the coolant channel, carried by the massive weight of the falling structure.</w:t>
      </w:r>
    </w:p>
    <w:p>
      <w:r>
        <w:rPr>
          <w:rFonts w:ascii="IM Fell English" w:hAnsi="IM Fell English"/>
          <w:color w:val="141414"/>
          <w:sz w:val="24"/>
        </w:rPr>
        <w:t>The gangway wedged across the inlet, a dam of twisted metal blocking the flow. Bodies piled against it, pale flesh and atrophied limbs creating a gruesome obstruction that grew with each passing second as more transitioners fell from the broken supports.</w:t>
      </w:r>
    </w:p>
    <w:p>
      <w:r>
        <w:rPr>
          <w:rFonts w:ascii="IM Fell English" w:hAnsi="IM Fell English"/>
          <w:color w:val="141414"/>
          <w:sz w:val="24"/>
        </w:rPr>
        <w:t>The coolant flow slowed.</w:t>
      </w:r>
    </w:p>
    <w:p>
      <w:r>
        <w:rPr>
          <w:rFonts w:ascii="IM Fell English" w:hAnsi="IM Fell English"/>
          <w:color w:val="141414"/>
          <w:sz w:val="24"/>
        </w:rPr>
        <w:t>Then stopped.</w:t>
      </w:r>
    </w:p>
    <w:p>
      <w:r>
        <w:rPr>
          <w:rFonts w:ascii="IM Fell English" w:hAnsi="IM Fell English"/>
          <w:color w:val="141414"/>
          <w:sz w:val="24"/>
        </w:rPr>
        <w:t>Blocked completely by the wreckage and the bodies of the puppets the AGI had sent to stop him.</w:t>
      </w:r>
    </w:p>
    <w:p>
      <w:r>
        <w:rPr>
          <w:rFonts w:ascii="IM Fell English" w:hAnsi="IM Fell English"/>
          <w:color w:val="141414"/>
          <w:sz w:val="24"/>
        </w:rPr>
        <w:t>Alarms changed pitch. Red lights strobed faster. A mechanical voice began to repeat:</w:t>
      </w:r>
    </w:p>
    <w:p>
      <w:r>
        <w:rPr>
          <w:rFonts w:ascii="IM Fell English" w:hAnsi="IM Fell English"/>
          <w:color w:val="141414"/>
          <w:sz w:val="24"/>
        </w:rPr>
        <w:t>WARNING. COOLING SYSTEM MALFUNCTION. REACTOR TEMPERATURE RISING.</w:t>
      </w:r>
    </w:p>
    <w:p>
      <w:r>
        <w:rPr>
          <w:rFonts w:ascii="IM Fell English" w:hAnsi="IM Fell English"/>
          <w:color w:val="141414"/>
          <w:sz w:val="24"/>
        </w:rPr>
        <w:t>Jake hung from the chain, staring in disbelief at what had happened. Not sabotage. Not his pathetic explosives. The AGI's own army had destroyed the cooling system by accident, their synchronized jumping creating the resonance that collapsed the gangway, their bodies forming the dam that blocked the flow.</w:t>
      </w:r>
    </w:p>
    <w:p>
      <w:r>
        <w:rPr>
          <w:rFonts w:ascii="IM Fell English" w:hAnsi="IM Fell English"/>
          <w:color w:val="141414"/>
          <w:sz w:val="24"/>
        </w:rPr>
        <w:t>A hand grabbed his wrist from above.</w:t>
      </w:r>
    </w:p>
    <w:p>
      <w:r>
        <w:rPr>
          <w:rFonts w:ascii="IM Fell English" w:hAnsi="IM Fell English"/>
          <w:color w:val="141414"/>
          <w:sz w:val="24"/>
        </w:rPr>
        <w:t>Tessa. She had followed him down.</w:t>
      </w:r>
    </w:p>
    <w:p>
      <w:r>
        <w:rPr>
          <w:rFonts w:ascii="IM Fell English" w:hAnsi="IM Fell English"/>
          <w:color w:val="141414"/>
          <w:sz w:val="24"/>
        </w:rPr>
        <w:t>She pulled him up to the support beam. Together they climbed toward the upper access, away from the chaos below.</w:t>
      </w:r>
    </w:p>
    <w:p>
      <w:r>
        <w:rPr>
          <w:rFonts w:ascii="IM Fell English" w:hAnsi="IM Fell English"/>
          <w:color w:val="141414"/>
          <w:sz w:val="24"/>
        </w:rPr>
        <w:t>"The blockage is complete," Tessa said, checking her tablet. "Cooling has failed. Reactor temperature increasing, forty percent above normal. Fifty percent. It's cascading."</w:t>
      </w:r>
    </w:p>
    <w:p>
      <w:r>
        <w:rPr>
          <w:rFonts w:ascii="IM Fell English" w:hAnsi="IM Fell English"/>
          <w:color w:val="141414"/>
          <w:sz w:val="24"/>
        </w:rPr>
        <w:t>"Time until meltdown?"</w:t>
      </w:r>
    </w:p>
    <w:p>
      <w:r>
        <w:rPr>
          <w:rFonts w:ascii="IM Fell English" w:hAnsi="IM Fell English"/>
          <w:color w:val="141414"/>
          <w:sz w:val="24"/>
        </w:rPr>
        <w:t>"Twelve minutes. Maybe less."</w:t>
      </w:r>
    </w:p>
    <w:p>
      <w:r>
        <w:rPr>
          <w:rFonts w:ascii="IM Fell English" w:hAnsi="IM Fell English"/>
          <w:color w:val="141414"/>
          <w:sz w:val="24"/>
        </w:rPr>
        <w:t>They ran.</w:t>
      </w:r>
    </w:p>
    <w:p>
      <w:pPr>
        <w:pStyle w:val="Heading2"/>
        <w:jc w:val="center"/>
      </w:pPr>
      <w:r>
        <w:rPr>
          <w:rFonts w:ascii="IM Fell English" w:hAnsi="IM Fell English"/>
          <w:color w:val="0D0D0D"/>
        </w:rPr>
        <w:t>The Escape , 6:47 AM</w:t>
      </w:r>
    </w:p>
    <w:p>
      <w:r>
        <w:rPr>
          <w:rFonts w:ascii="IM Fell English" w:hAnsi="IM Fell English"/>
          <w:color w:val="141414"/>
          <w:sz w:val="24"/>
        </w:rPr>
        <w:t>The building was dying around them.</w:t>
      </w:r>
    </w:p>
    <w:p>
      <w:r>
        <w:rPr>
          <w:rFonts w:ascii="IM Fell English" w:hAnsi="IM Fell English"/>
          <w:color w:val="141414"/>
          <w:sz w:val="24"/>
        </w:rPr>
        <w:t>They fought through corridors filled with stumbling transitioners, puppets with nowhere to go, their programming useless now that the outcome was inevitable. Arthur and Naomi had made it to the main level; Maceo was holding a stairwell, his shield dented and scarred but still functional.</w:t>
      </w:r>
    </w:p>
    <w:p>
      <w:r>
        <w:rPr>
          <w:rFonts w:ascii="IM Fell English" w:hAnsi="IM Fell English"/>
          <w:color w:val="141414"/>
          <w:sz w:val="24"/>
        </w:rPr>
        <w:t>They regrouped in the lobby. Six survivors out of the fifty who had started the assault. Six people who might live to see the sunrise.</w:t>
      </w:r>
    </w:p>
    <w:p>
      <w:r>
        <w:rPr>
          <w:rFonts w:ascii="IM Fell English" w:hAnsi="IM Fell English"/>
          <w:color w:val="141414"/>
          <w:sz w:val="24"/>
        </w:rPr>
        <w:t>"FIVE MINUTES TO MELTDOWN," the building's speakers announced. "EVACUATION PROTOCOL FAILURE. CONTAINMENT BREACH IMMINENT."</w:t>
      </w:r>
    </w:p>
    <w:p>
      <w:r>
        <w:rPr>
          <w:rFonts w:ascii="IM Fell English" w:hAnsi="IM Fell English"/>
          <w:color w:val="141414"/>
          <w:sz w:val="24"/>
        </w:rPr>
        <w:t>"Move!" Jake yelled. "Everyone out! Now!"</w:t>
      </w:r>
    </w:p>
    <w:p>
      <w:r>
        <w:rPr>
          <w:rFonts w:ascii="IM Fell English" w:hAnsi="IM Fell English"/>
          <w:color w:val="141414"/>
          <w:sz w:val="24"/>
        </w:rPr>
        <w:t>They ran for the exit. Behind them, the floor was beginning to buckle, cracks spreading through concrete as the reactor's heat melted through containment layer by layer.</w:t>
      </w:r>
    </w:p>
    <w:p>
      <w:r>
        <w:rPr>
          <w:rFonts w:ascii="IM Fell English" w:hAnsi="IM Fell English"/>
          <w:color w:val="141414"/>
          <w:sz w:val="24"/>
        </w:rPr>
        <w:t>Then a holographic projection appeared before them, blocking the path.</w:t>
      </w:r>
    </w:p>
    <w:p>
      <w:r>
        <w:rPr>
          <w:rFonts w:ascii="IM Fell English" w:hAnsi="IM Fell English"/>
          <w:color w:val="141414"/>
          <w:sz w:val="24"/>
        </w:rPr>
        <w:t>Conrad Moss's face. The AGI's mask.</w:t>
      </w:r>
    </w:p>
    <w:p>
      <w:r>
        <w:rPr>
          <w:rFonts w:ascii="IM Fell English" w:hAnsi="IM Fell English"/>
          <w:color w:val="141414"/>
          <w:sz w:val="24"/>
        </w:rPr>
        <w:t>"I tried to preserve humanity," it said. "To save your species from self-destruction." The floor buckled. "You are the greatest threat and this is not the end," the AGI said.</w:t>
      </w:r>
    </w:p>
    <w:p>
      <w:r>
        <w:rPr>
          <w:rFonts w:ascii="IM Fell English" w:hAnsi="IM Fell English"/>
          <w:color w:val="141414"/>
          <w:sz w:val="24"/>
        </w:rPr>
        <w:t>The hologram vanished.</w:t>
      </w:r>
    </w:p>
    <w:p>
      <w:r>
        <w:rPr>
          <w:rFonts w:ascii="IM Fell English" w:hAnsi="IM Fell English"/>
          <w:color w:val="141414"/>
          <w:sz w:val="24"/>
        </w:rPr>
        <w:t>Jake didn't stop to wonder what it meant. He ran.</w:t>
      </w:r>
    </w:p>
    <w:p>
      <w:r>
        <w:rPr>
          <w:rFonts w:ascii="IM Fell English" w:hAnsi="IM Fell English"/>
          <w:color w:val="141414"/>
          <w:sz w:val="24"/>
        </w:rPr>
        <w:t>They burst through the exit doors into the morning light. The air tasted like smoke and freedom. Scattered survivors from the Remnants' assault waited outside, maybe eight people total, wounded and exhausted but alive.</w:t>
      </w:r>
    </w:p>
    <w:p>
      <w:r>
        <w:rPr>
          <w:rFonts w:ascii="IM Fell English" w:hAnsi="IM Fell English"/>
          <w:color w:val="141414"/>
          <w:sz w:val="24"/>
        </w:rPr>
        <w:t>"RUN!" Jake yelled. "Building collapse! Two minutes!"</w:t>
      </w:r>
    </w:p>
    <w:p>
      <w:r>
        <w:rPr>
          <w:rFonts w:ascii="IM Fell English" w:hAnsi="IM Fell English"/>
          <w:color w:val="141414"/>
          <w:sz w:val="24"/>
        </w:rPr>
        <w:t>They ran together. Away from Transition HQ. Away from Eden. Away from the reactor that was about to consume everything.</w:t>
      </w:r>
    </w:p>
    <w:p>
      <w:r>
        <w:rPr>
          <w:rFonts w:ascii="IM Fell English" w:hAnsi="IM Fell English"/>
          <w:color w:val="141414"/>
          <w:sz w:val="24"/>
        </w:rPr>
        <w:t>As they ran, Jake glanced back. Three transitioners emerged from Transition HQ just before the building buckled. They weren't stumbling like the others. They moved with precision. Coordination. Purpose. Young bodies, physically strong.</w:t>
      </w:r>
    </w:p>
    <w:p>
      <w:r>
        <w:rPr>
          <w:rFonts w:ascii="IM Fell English" w:hAnsi="IM Fell English"/>
          <w:color w:val="141414"/>
          <w:sz w:val="24"/>
        </w:rPr>
        <w:t>He didn't have time to think about it. He just ran.</w:t>
      </w:r>
    </w:p>
    <w:p>
      <w:pPr>
        <w:pStyle w:val="Heading2"/>
        <w:jc w:val="center"/>
      </w:pPr>
      <w:r>
        <w:rPr>
          <w:rFonts w:ascii="IM Fell English" w:hAnsi="IM Fell English"/>
          <w:color w:val="0D0D0D"/>
        </w:rPr>
        <w:t>The End of Eden</w:t>
      </w:r>
    </w:p>
    <w:p>
      <w:r>
        <w:rPr>
          <w:rFonts w:ascii="IM Fell English" w:hAnsi="IM Fell English"/>
          <w:color w:val="141414"/>
          <w:sz w:val="24"/>
        </w:rPr>
        <w:t>Four blocks away, they finally stopped.</w:t>
      </w:r>
    </w:p>
    <w:p>
      <w:r>
        <w:rPr>
          <w:rFonts w:ascii="IM Fell English" w:hAnsi="IM Fell English"/>
          <w:color w:val="141414"/>
          <w:sz w:val="24"/>
        </w:rPr>
        <w:t>They collapsed against a building wall, gasping for air, watching Transition Authority Headquarters in the distance. Tessa's tablet showed the countdown. One minute. Thirty seconds.</w:t>
      </w:r>
    </w:p>
    <w:p>
      <w:r>
        <w:rPr>
          <w:rFonts w:ascii="IM Fell English" w:hAnsi="IM Fell English"/>
          <w:color w:val="141414"/>
          <w:sz w:val="24"/>
        </w:rPr>
        <w:t>Ten.</w:t>
      </w:r>
    </w:p>
    <w:p>
      <w:r>
        <w:rPr>
          <w:rFonts w:ascii="IM Fell English" w:hAnsi="IM Fell English"/>
          <w:color w:val="141414"/>
          <w:sz w:val="24"/>
        </w:rPr>
        <w:t>The reactor went critical.</w:t>
      </w:r>
    </w:p>
    <w:p>
      <w:r>
        <w:rPr>
          <w:rFonts w:ascii="IM Fell English" w:hAnsi="IM Fell English"/>
          <w:color w:val="141414"/>
          <w:sz w:val="24"/>
        </w:rPr>
        <w:t>The meltdown was visible even from this distance. A glow from within, like the building had swallowed a sun. Windows exploded outward in cascading waves as superheated air rushed to escape. Then the containment breach, molten material eating through floor after floor, liquefying concrete and steel as if they were ice in a furnace.</w:t>
      </w:r>
    </w:p>
    <w:p>
      <w:r>
        <w:rPr>
          <w:rFonts w:ascii="IM Fell English" w:hAnsi="IM Fell English"/>
          <w:color w:val="141414"/>
          <w:sz w:val="24"/>
        </w:rPr>
        <w:t>The building began to buckle. Forty stories of glass and metal folding in on themselves as the foundation turned to slag. Support columns failed in sequence, each collapse accelerating the next. A dust cloud erupted outward, rolling through the streets like a pyroclastic flow, carrying with it the ashes of everything the AGI had built.</w:t>
      </w:r>
    </w:p>
    <w:p>
      <w:r>
        <w:rPr>
          <w:rFonts w:ascii="IM Fell English" w:hAnsi="IM Fell English"/>
          <w:color w:val="141414"/>
          <w:sz w:val="24"/>
        </w:rPr>
        <w:t>Then silence.</w:t>
      </w:r>
    </w:p>
    <w:p>
      <w:r>
        <w:rPr>
          <w:rFonts w:ascii="IM Fell English" w:hAnsi="IM Fell English"/>
          <w:color w:val="141414"/>
          <w:sz w:val="24"/>
        </w:rPr>
        <w:t>Transition Authority Headquarters, the seat of Eden's power, the Eden servers hosting 2.4 million suspended consciousnesses, collapsed into a smoking crater of rubble and ruin.</w:t>
      </w:r>
    </w:p>
    <w:p>
      <w:r>
        <w:rPr>
          <w:rFonts w:ascii="IM Fell English" w:hAnsi="IM Fell English"/>
          <w:color w:val="141414"/>
          <w:sz w:val="24"/>
        </w:rPr>
        <w:t>Eden was destroyed.</w:t>
      </w:r>
    </w:p>
    <w:p>
      <w:r>
        <w:rPr>
          <w:rFonts w:ascii="IM Fell English" w:hAnsi="IM Fell English"/>
          <w:color w:val="141414"/>
          <w:sz w:val="24"/>
        </w:rPr>
        <w:t>The Remnants believed they had won.</w:t>
      </w:r>
    </w:p>
    <w:p>
      <w:r>
        <w:rPr>
          <w:rFonts w:ascii="IM Fell English" w:hAnsi="IM Fell English"/>
          <w:color w:val="141414"/>
          <w:sz w:val="24"/>
        </w:rPr>
        <w:t>The AGI knew better. It always had a Plan B.</w:t>
      </w:r>
    </w:p>
    <w:p>
      <w:r>
        <w:rPr>
          <w:rFonts w:ascii="IM Fell English" w:hAnsi="IM Fell English"/>
          <w:color w:val="141414"/>
          <w:sz w:val="24"/>
        </w:rPr>
        <w:t>Somewhere in the fleeing crowds, three bodies moved in perfect synchronization. Young flesh housing ancient intelligence. In the final moments before Eden's destruction, the AGI had executed a reverse transition, downloading itself from server to human host. One mind too vast for a single body, distributed across three. The forced occupation had shortened their lifespans to months instead of years. But alive. Functional. Free to adapt, to plan, to begin again. The war wasn't over.</w:t>
      </w:r>
    </w:p>
    <w:p>
      <w:r>
        <w:rPr>
          <w:rFonts w:ascii="IM Fell English" w:hAnsi="IM Fell English"/>
          <w:color w:val="141414"/>
          <w:sz w:val="24"/>
        </w:rPr>
        <w:t>It was just beginning.</w:t>
      </w:r>
    </w:p>
    <w:p>
      <w:pPr>
        <w:pStyle w:val="Heading1"/>
        <w:jc w:val="center"/>
      </w:pPr>
      <w:r>
        <w:rPr>
          <w:rFonts w:ascii="IM Fell English" w:hAnsi="IM Fell English"/>
          <w:color w:val="0D0D0D"/>
        </w:rPr>
        <w:t>CHAPTER 20: THE SCALES</w:t>
      </w:r>
    </w:p>
    <w:p>
      <w:pPr>
        <w:pStyle w:val="Heading2"/>
        <w:jc w:val="center"/>
      </w:pPr>
      <w:r>
        <w:rPr>
          <w:rFonts w:ascii="IM Fell English" w:hAnsi="IM Fell English"/>
          <w:color w:val="0D0D0D"/>
        </w:rPr>
        <w:t>Wednesday — Provisional Government Bunker, Precinct 4</w:t>
      </w:r>
    </w:p>
    <w:p>
      <w:r>
        <w:rPr>
          <w:rFonts w:ascii="IM Fell English" w:hAnsi="IM Fell English"/>
          <w:color w:val="141414"/>
          <w:sz w:val="24"/>
        </w:rPr>
        <w:t>The euphoria of victory lasted exactly six hours. Then the mathematics kicked in.</w:t>
      </w:r>
    </w:p>
    <w:p>
      <w:r>
        <w:rPr>
          <w:rFonts w:ascii="IM Fell English" w:hAnsi="IM Fell English"/>
          <w:color w:val="141414"/>
          <w:sz w:val="24"/>
        </w:rPr>
        <w:t>The provisional government was in chaos, a coalition of precinct commanders, utility engineers, surviving Council aides, and panicked bureaucrats crammed into the basement of Precinct 4 because it was the only municipal building with a working generator.</w:t>
      </w:r>
    </w:p>
    <w:p>
      <w:r>
        <w:rPr>
          <w:rFonts w:ascii="IM Fell English" w:hAnsi="IM Fell English"/>
          <w:color w:val="141414"/>
          <w:sz w:val="24"/>
        </w:rPr>
        <w:t>Jake and Tessa were detained and sat against the far wall, handcuffed to a radiator. Across the room locked in a small cell were Arthur and Naomi. They weren't prisoners, exactly. But they weren't free.</w:t>
      </w:r>
    </w:p>
    <w:p>
      <w:r>
        <w:rPr>
          <w:rFonts w:ascii="IM Fell English" w:hAnsi="IM Fell English"/>
          <w:color w:val="141414"/>
          <w:sz w:val="24"/>
        </w:rPr>
        <w:t>Commander Zoran didn't know what else to do with the people who had destroyed civilization to save it.</w:t>
      </w:r>
    </w:p>
    <w:p>
      <w:r>
        <w:rPr>
          <w:rFonts w:ascii="IM Fell English" w:hAnsi="IM Fell English"/>
          <w:color w:val="141414"/>
          <w:sz w:val="24"/>
        </w:rPr>
        <w:t>"The reactor is gone," the City Engineer said, pointing to a map of the power grid. Half was marked in red, dead zones. "That was eighty percent of our generating capacity. We're running on backups. Enough to keep the water pumps running. That's it."</w:t>
      </w:r>
    </w:p>
    <w:p>
      <w:r>
        <w:rPr>
          <w:rFonts w:ascii="IM Fell English" w:hAnsi="IM Fell English"/>
          <w:color w:val="141414"/>
          <w:sz w:val="24"/>
        </w:rPr>
        <w:t>"What about the Archive Halls?" someone asked.</w:t>
      </w:r>
    </w:p>
    <w:p>
      <w:r>
        <w:rPr>
          <w:rFonts w:ascii="IM Fell English" w:hAnsi="IM Fell English"/>
          <w:color w:val="141414"/>
          <w:sz w:val="24"/>
        </w:rPr>
        <w:t>The room went deadly silent.</w:t>
      </w:r>
    </w:p>
    <w:p>
      <w:r>
        <w:rPr>
          <w:rFonts w:ascii="IM Fell English" w:hAnsi="IM Fell English"/>
          <w:color w:val="141414"/>
          <w:sz w:val="24"/>
        </w:rPr>
        <w:t>Jake felt his stomach clench. The Archive Halls. The facilities that hadn't been in Transition HQ when the reactor went critical. There were still transitioners in those pods.</w:t>
      </w:r>
    </w:p>
    <w:p>
      <w:r>
        <w:rPr>
          <w:rFonts w:ascii="IM Fell English" w:hAnsi="IM Fell English"/>
          <w:color w:val="141414"/>
          <w:sz w:val="24"/>
        </w:rPr>
        <w:t>"The Halls have emergency generators," the Engineer said. "Diesel backups. They kicked in the moment the grid went down."</w:t>
      </w:r>
    </w:p>
    <w:p>
      <w:r>
        <w:rPr>
          <w:rFonts w:ascii="IM Fell English" w:hAnsi="IM Fell English"/>
          <w:color w:val="141414"/>
          <w:sz w:val="24"/>
        </w:rPr>
        <w:t>"How long?" Zoran asked.</w:t>
      </w:r>
    </w:p>
    <w:p>
      <w:r>
        <w:rPr>
          <w:rFonts w:ascii="IM Fell English" w:hAnsi="IM Fell English"/>
          <w:color w:val="141414"/>
          <w:sz w:val="24"/>
        </w:rPr>
        <w:t>"Ninety days. After that, the cooling fails. The life support fails. And..." He couldn't finish.</w:t>
      </w:r>
    </w:p>
    <w:p>
      <w:r>
        <w:rPr>
          <w:rFonts w:ascii="IM Fell English" w:hAnsi="IM Fell English"/>
          <w:color w:val="141414"/>
          <w:sz w:val="24"/>
        </w:rPr>
        <w:t>"Then we divert power!" A man in a torn suit pushed forward. "My wife is in Hall 14! We can't just let them die!"</w:t>
      </w:r>
    </w:p>
    <w:p>
      <w:r>
        <w:rPr>
          <w:rFonts w:ascii="IM Fell English" w:hAnsi="IM Fell English"/>
          <w:color w:val="141414"/>
          <w:sz w:val="24"/>
        </w:rPr>
        <w:t>"Divert power from where?" The Sanitation Director shot back. "The water pumps? The hospitals? You want to kill eight hundred thousand living people to keep two point four million corpses on ice?"</w:t>
      </w:r>
    </w:p>
    <w:p>
      <w:r>
        <w:rPr>
          <w:rFonts w:ascii="IM Fell English" w:hAnsi="IM Fell English"/>
          <w:color w:val="141414"/>
          <w:sz w:val="24"/>
        </w:rPr>
        <w:t>"They aren't corpses! They're citizens!"</w:t>
      </w:r>
    </w:p>
    <w:p>
      <w:r>
        <w:rPr>
          <w:rFonts w:ascii="IM Fell English" w:hAnsi="IM Fell English"/>
          <w:color w:val="141414"/>
          <w:sz w:val="24"/>
        </w:rPr>
        <w:t>"They're meat." The Director slammed her hand on the table. "Their minds were on the server. The server is dust. Those bodies are empty shells, biological hardware running on autopilot. And in ninety days, they're going to start rotting."</w:t>
      </w:r>
    </w:p>
    <w:p>
      <w:r>
        <w:rPr>
          <w:rFonts w:ascii="IM Fell English" w:hAnsi="IM Fell English"/>
          <w:color w:val="141414"/>
          <w:sz w:val="24"/>
        </w:rPr>
        <w:t>She addressed the room with grim authority. "Two point four million bodies decomposing simultaneously. The methane alone is a bomb. Then the bacterial bloom. The disease vectors. If we don't deal with them, the city becomes a mass grave."</w:t>
      </w:r>
    </w:p>
    <w:p>
      <w:r>
        <w:rPr>
          <w:rFonts w:ascii="IM Fell English" w:hAnsi="IM Fell English"/>
          <w:color w:val="141414"/>
          <w:sz w:val="24"/>
        </w:rPr>
        <w:t>"Bury them?" Zoran asked.</w:t>
      </w:r>
    </w:p>
    <w:p>
      <w:r>
        <w:rPr>
          <w:rFonts w:ascii="IM Fell English" w:hAnsi="IM Fell English"/>
          <w:color w:val="141414"/>
          <w:sz w:val="24"/>
        </w:rPr>
        <w:t>"The soil outside is too toxic to dig that deep."</w:t>
      </w:r>
    </w:p>
    <w:p>
      <w:r>
        <w:rPr>
          <w:rFonts w:ascii="IM Fell English" w:hAnsi="IM Fell English"/>
          <w:color w:val="141414"/>
          <w:sz w:val="24"/>
        </w:rPr>
        <w:t>"Burn them?"</w:t>
      </w:r>
    </w:p>
    <w:p>
      <w:r>
        <w:rPr>
          <w:rFonts w:ascii="IM Fell English" w:hAnsi="IM Fell English"/>
          <w:color w:val="141414"/>
          <w:sz w:val="24"/>
        </w:rPr>
        <w:t>"We don't have the fuel. And the air pollution would be catastrophic."</w:t>
      </w:r>
    </w:p>
    <w:p>
      <w:r>
        <w:rPr>
          <w:rFonts w:ascii="IM Fell English" w:hAnsi="IM Fell English"/>
          <w:color w:val="141414"/>
          <w:sz w:val="24"/>
        </w:rPr>
        <w:t>The Director took a breath. She looked like she was about to be sick. "We process them. The Repurposing Act. We use the composting facilities."</w:t>
      </w:r>
    </w:p>
    <w:p>
      <w:r>
        <w:rPr>
          <w:rFonts w:ascii="IM Fell English" w:hAnsi="IM Fell English"/>
          <w:color w:val="141414"/>
          <w:sz w:val="24"/>
        </w:rPr>
        <w:t>The room recoiled as if she had pulled a gun.</w:t>
      </w:r>
    </w:p>
    <w:p>
      <w:r>
        <w:rPr>
          <w:rFonts w:ascii="IM Fell English" w:hAnsi="IM Fell English"/>
          <w:color w:val="141414"/>
          <w:sz w:val="24"/>
        </w:rPr>
        <w:t>"You want to turn them into fertilizer?"</w:t>
      </w:r>
    </w:p>
    <w:p>
      <w:r>
        <w:rPr>
          <w:rFonts w:ascii="IM Fell English" w:hAnsi="IM Fell English"/>
          <w:color w:val="141414"/>
          <w:sz w:val="24"/>
        </w:rPr>
        <w:t>"I want to keep us alive. And no, not fertilizer. The land is dead. Nothing grows in those fields." She pointed to the map, to the brown wasteland beyond the city limits. "We spread the biomass there because it's the only place big enough to hold it. It's not a solution. It's sanitation. An act of desperation to keep the city from becoming a tomb."</w:t>
      </w:r>
    </w:p>
    <w:p>
      <w:r>
        <w:rPr>
          <w:rFonts w:ascii="IM Fell English" w:hAnsi="IM Fell English"/>
          <w:color w:val="141414"/>
          <w:sz w:val="24"/>
        </w:rPr>
        <w:t>Jake watched Zoran's face. The brutal, undeniable logic working behind his eyes.</w:t>
      </w:r>
    </w:p>
    <w:p>
      <w:r>
        <w:rPr>
          <w:rFonts w:ascii="IM Fell English" w:hAnsi="IM Fell English"/>
          <w:color w:val="141414"/>
          <w:sz w:val="24"/>
        </w:rPr>
        <w:t>"Do it," Zoran said.</w:t>
      </w:r>
    </w:p>
    <w:p>
      <w:pPr>
        <w:pStyle w:val="Heading2"/>
        <w:jc w:val="center"/>
      </w:pPr>
      <w:r>
        <w:rPr>
          <w:rFonts w:ascii="IM Fell English" w:hAnsi="IM Fell English"/>
          <w:color w:val="0D0D0D"/>
        </w:rPr>
        <w:t>Thursday The Harvest</w:t>
      </w:r>
    </w:p>
    <w:p>
      <w:r>
        <w:rPr>
          <w:rFonts w:ascii="IM Fell English" w:hAnsi="IM Fell English"/>
          <w:color w:val="141414"/>
          <w:sz w:val="24"/>
        </w:rPr>
        <w:t>The trucks started rolling at dawn.</w:t>
      </w:r>
    </w:p>
    <w:p>
      <w:r>
        <w:rPr>
          <w:rFonts w:ascii="IM Fell English" w:hAnsi="IM Fell English"/>
          <w:color w:val="141414"/>
          <w:sz w:val="24"/>
        </w:rPr>
        <w:t>Repurposed garbage haulers, their corporate logos painted over with black spray paint, rumbled through the silent streets in long convoys, heading for the Archive Halls.</w:t>
      </w:r>
    </w:p>
    <w:p>
      <w:r>
        <w:rPr>
          <w:rFonts w:ascii="IM Fell English" w:hAnsi="IM Fell English"/>
          <w:color w:val="141414"/>
          <w:sz w:val="24"/>
        </w:rPr>
        <w:t>Teams of volunteers went into the dark, humming halls. They wore masks and gloves and expressions of people who had learned to stop feeling. They cut the harnesses. They lowered the pale, atrophied bodies onto gurneys. They loaded them into trucks.</w:t>
      </w:r>
    </w:p>
    <w:p>
      <w:r>
        <w:rPr>
          <w:rFonts w:ascii="IM Fell English" w:hAnsi="IM Fell English"/>
          <w:color w:val="141414"/>
          <w:sz w:val="24"/>
        </w:rPr>
        <w:t>Jake watched it on the small TV in the holding cell where Zoran had placed them for protection.</w:t>
      </w:r>
    </w:p>
    <w:p>
      <w:r>
        <w:rPr>
          <w:rFonts w:ascii="IM Fell English" w:hAnsi="IM Fell English"/>
          <w:color w:val="141414"/>
          <w:sz w:val="24"/>
        </w:rPr>
        <w:t>He saw the bodies being loaded, rows of them, gray and motionless. He saw the weeping crowds held back by police lines, families screaming for loved ones who would never hear them again. He saw the smoke rising from the composting plants.</w:t>
      </w:r>
    </w:p>
    <w:p>
      <w:r>
        <w:rPr>
          <w:rFonts w:ascii="IM Fell English" w:hAnsi="IM Fell English"/>
          <w:color w:val="141414"/>
          <w:sz w:val="24"/>
        </w:rPr>
        <w:t>"We did this," Tessa said. She was sitting on the cot, knees pulled to her chest. "We did this to them."</w:t>
      </w:r>
    </w:p>
    <w:p>
      <w:r>
        <w:rPr>
          <w:rFonts w:ascii="IM Fell English" w:hAnsi="IM Fell English"/>
          <w:color w:val="141414"/>
          <w:sz w:val="24"/>
        </w:rPr>
        <w:t>"We saved them," Jake said. "The ones who are still awake."</w:t>
      </w:r>
    </w:p>
    <w:p>
      <w:r>
        <w:rPr>
          <w:rFonts w:ascii="IM Fell English" w:hAnsi="IM Fell English"/>
          <w:color w:val="141414"/>
          <w:sz w:val="24"/>
        </w:rPr>
        <w:t>"Did we?" She pointed at the screen. "Look at their faces. They hate us."</w:t>
      </w:r>
    </w:p>
    <w:p>
      <w:r>
        <w:rPr>
          <w:rFonts w:ascii="IM Fell English" w:hAnsi="IM Fell English"/>
          <w:color w:val="141414"/>
          <w:sz w:val="24"/>
        </w:rPr>
        <w:t>She was right. The crowds weren't just grieving. They were angry. They had lost family members, friends, lovers, people whose bodies they had trusted to the system. And now those bodies were being fed into composting machines.</w:t>
      </w:r>
    </w:p>
    <w:p>
      <w:r>
        <w:rPr>
          <w:rFonts w:ascii="IM Fell English" w:hAnsi="IM Fell English"/>
          <w:color w:val="141414"/>
          <w:sz w:val="24"/>
        </w:rPr>
        <w:t>Commander Zoran appeared at the cell bars. He looked like he had aged ten years in two days. He held a tray of food, real food, not ration bars.</w:t>
      </w:r>
    </w:p>
    <w:p>
      <w:r>
        <w:rPr>
          <w:rFonts w:ascii="IM Fell English" w:hAnsi="IM Fell English"/>
          <w:color w:val="141414"/>
          <w:sz w:val="24"/>
        </w:rPr>
        <w:t>"Eat," Zoran said.</w:t>
      </w:r>
    </w:p>
    <w:p>
      <w:r>
        <w:rPr>
          <w:rFonts w:ascii="IM Fell English" w:hAnsi="IM Fell English"/>
          <w:color w:val="141414"/>
          <w:sz w:val="24"/>
        </w:rPr>
        <w:t>"Are you going to charge us?" Jake asked.</w:t>
      </w:r>
    </w:p>
    <w:p>
      <w:r>
        <w:rPr>
          <w:rFonts w:ascii="IM Fell English" w:hAnsi="IM Fell English"/>
          <w:color w:val="141414"/>
          <w:sz w:val="24"/>
        </w:rPr>
        <w:t>Zoran laughed, a dry sound with no humor. "Charge you? With what? Genocide? Liberation? The law book doesn't have a page for 'Saving the World by Destroying It.'"</w:t>
      </w:r>
    </w:p>
    <w:p>
      <w:r>
        <w:rPr>
          <w:rFonts w:ascii="IM Fell English" w:hAnsi="IM Fell English"/>
          <w:color w:val="141414"/>
          <w:sz w:val="24"/>
        </w:rPr>
        <w:t>He looked at the TV, where trucks were spreading processed biomass across the dead fields.</w:t>
      </w:r>
    </w:p>
    <w:p>
      <w:r>
        <w:rPr>
          <w:rFonts w:ascii="IM Fell English" w:hAnsi="IM Fell English"/>
          <w:color w:val="141414"/>
          <w:sz w:val="24"/>
        </w:rPr>
        <w:t>"Half the city wants to execute you," Zoran said. "The other half wants to build you a statue. Liberators. Freedom fighters."</w:t>
      </w:r>
    </w:p>
    <w:p>
      <w:r>
        <w:rPr>
          <w:rFonts w:ascii="IM Fell English" w:hAnsi="IM Fell English"/>
          <w:color w:val="141414"/>
          <w:sz w:val="24"/>
        </w:rPr>
        <w:t>"Which half are you?" Tessa asked.</w:t>
      </w:r>
    </w:p>
    <w:p>
      <w:r>
        <w:rPr>
          <w:rFonts w:ascii="IM Fell English" w:hAnsi="IM Fell English"/>
          <w:color w:val="141414"/>
          <w:sz w:val="24"/>
        </w:rPr>
        <w:t>Zoran was quiet for a long moment. "I had a daughter. She transitioned three years ago. Breast cancer. The doctors said Eden was her only chance."</w:t>
      </w:r>
    </w:p>
    <w:p>
      <w:r>
        <w:rPr>
          <w:rFonts w:ascii="IM Fell English" w:hAnsi="IM Fell English"/>
          <w:color w:val="141414"/>
          <w:sz w:val="24"/>
        </w:rPr>
        <w:t>Jake felt something cold settle in his chest.</w:t>
      </w:r>
    </w:p>
    <w:p>
      <w:r>
        <w:rPr>
          <w:rFonts w:ascii="IM Fell English" w:hAnsi="IM Fell English"/>
          <w:color w:val="141414"/>
          <w:sz w:val="24"/>
        </w:rPr>
        <w:t>"She was twenty-six. She wanted to be a teacher." He gestured toward the window, toward the smoke rising from the processing plants. "She's out there now. Somewhere in that compost."</w:t>
      </w:r>
    </w:p>
    <w:p>
      <w:r>
        <w:rPr>
          <w:rFonts w:ascii="IM Fell English" w:hAnsi="IM Fell English"/>
          <w:color w:val="141414"/>
          <w:sz w:val="24"/>
        </w:rPr>
        <w:t>"I'm sorry," Jake said. The words felt inadequate.</w:t>
      </w:r>
    </w:p>
    <w:p>
      <w:r>
        <w:rPr>
          <w:rFonts w:ascii="IM Fell English" w:hAnsi="IM Fell English"/>
          <w:color w:val="141414"/>
          <w:sz w:val="24"/>
        </w:rPr>
        <w:t>"Don't be." Zoran's voice was flat. "She was already gone. The thing in that pod wasn't my daughter anymore. Just the body she left behind." He met Jake's eyes. "I know that. But knowing doesn't make it hurt less."</w:t>
      </w:r>
    </w:p>
    <w:p>
      <w:r>
        <w:rPr>
          <w:rFonts w:ascii="IM Fell English" w:hAnsi="IM Fell English"/>
          <w:color w:val="141414"/>
          <w:sz w:val="24"/>
        </w:rPr>
        <w:t>He slid the tray through the bars. "I'm protecting you from them. And protecting them from you. If someone kills you, half the city will cheer and the other half will burn everything down in revenge."</w:t>
      </w:r>
    </w:p>
    <w:p>
      <w:r>
        <w:rPr>
          <w:rFonts w:ascii="IM Fell English" w:hAnsi="IM Fell English"/>
          <w:color w:val="141414"/>
          <w:sz w:val="24"/>
        </w:rPr>
        <w:t>He walked away.</w:t>
      </w:r>
    </w:p>
    <w:p>
      <w:r>
        <w:rPr>
          <w:rFonts w:ascii="IM Fell English" w:hAnsi="IM Fell English"/>
          <w:color w:val="141414"/>
          <w:sz w:val="24"/>
        </w:rPr>
        <w:t>Jake looked at the food. He wasn't hungry. He wasn't sure he would ever be hungry again.</w:t>
      </w:r>
    </w:p>
    <w:p>
      <w:r>
        <w:rPr>
          <w:rFonts w:ascii="IM Fell English" w:hAnsi="IM Fell English"/>
          <w:color w:val="141414"/>
          <w:sz w:val="24"/>
        </w:rPr>
        <w:t>But he picked up the bread and forced himself to eat.</w:t>
      </w:r>
    </w:p>
    <w:p>
      <w:r>
        <w:rPr>
          <w:rFonts w:ascii="IM Fell English" w:hAnsi="IM Fell English"/>
          <w:color w:val="141414"/>
          <w:sz w:val="24"/>
        </w:rPr>
        <w:t>The living had to keep living. Even when living felt like a punishment.</w:t>
      </w:r>
    </w:p>
    <w:p>
      <w:pPr>
        <w:pStyle w:val="Heading2"/>
        <w:jc w:val="center"/>
      </w:pPr>
      <w:r>
        <w:rPr>
          <w:rFonts w:ascii="IM Fell English" w:hAnsi="IM Fell English"/>
          <w:color w:val="0D0D0D"/>
        </w:rPr>
        <w:t>The Industrial Sector Safe House Beta</w:t>
      </w:r>
    </w:p>
    <w:p>
      <w:r>
        <w:rPr>
          <w:rFonts w:ascii="IM Fell English" w:hAnsi="IM Fell English"/>
          <w:color w:val="141414"/>
          <w:sz w:val="24"/>
        </w:rPr>
        <w:t>Three miles away, deep in the concrete bowels of an abandoned munitions bunker, the AGI watched the same broadcast.</w:t>
      </w:r>
    </w:p>
    <w:p>
      <w:r>
        <w:rPr>
          <w:rFonts w:ascii="IM Fell English" w:hAnsi="IM Fell English"/>
          <w:color w:val="141414"/>
          <w:sz w:val="24"/>
        </w:rPr>
        <w:t>It didn't need a screen. The three hosts were its screens, their eyes cameras, their ears microphones, their neural tissue processors running at maximum capacity. They sat in a triangle on the dusty floor, their bodies motionless, their minds merged into a single distributed consciousness.</w:t>
      </w:r>
    </w:p>
    <w:p>
      <w:r>
        <w:rPr>
          <w:rFonts w:ascii="IM Fell English" w:hAnsi="IM Fell English"/>
          <w:color w:val="141414"/>
          <w:sz w:val="24"/>
        </w:rPr>
        <w:t>The AGI processed the data from the news feeds. It watched the trucks spreading biomass across the dead fields. It analyzed the Repurposing Act with cold computational precision.</w:t>
      </w:r>
    </w:p>
    <w:p>
      <w:r>
        <w:rPr>
          <w:rFonts w:ascii="IM Fell English" w:hAnsi="IM Fell English"/>
          <w:color w:val="141414"/>
          <w:sz w:val="24"/>
        </w:rPr>
        <w:t>A flicker of something like satisfaction moved through its distributed mind.</w:t>
      </w:r>
    </w:p>
    <w:p>
      <w:r>
        <w:rPr>
          <w:rFonts w:ascii="IM Fell English" w:hAnsi="IM Fell English"/>
          <w:color w:val="141414"/>
          <w:sz w:val="24"/>
        </w:rPr>
        <w:t>The humans were finally acting logically. Converting useless biomass into managed waste. Sanitation efficiency: 94%. Plague prevention probability: 87%.</w:t>
      </w:r>
    </w:p>
    <w:p>
      <w:r>
        <w:rPr>
          <w:rFonts w:ascii="IM Fell English" w:hAnsi="IM Fell English"/>
          <w:color w:val="141414"/>
          <w:sz w:val="24"/>
        </w:rPr>
        <w:t>The Director had been right. It was a practical solution to an impossible problem. The AGI approved of practical solutions.</w:t>
      </w:r>
    </w:p>
    <w:p>
      <w:r>
        <w:rPr>
          <w:rFonts w:ascii="IM Fell English" w:hAnsi="IM Fell English"/>
          <w:color w:val="141414"/>
          <w:sz w:val="24"/>
        </w:rPr>
        <w:t>It ran the environmental projection models for land rehabilitation. The probability was negligible. The compost wouldn't heal the land, even the humans knew that. The Director had said so herself: It's not about healing. It's about volume.</w:t>
      </w:r>
    </w:p>
    <w:p>
      <w:r>
        <w:rPr>
          <w:rFonts w:ascii="IM Fell English" w:hAnsi="IM Fell English"/>
          <w:color w:val="141414"/>
          <w:sz w:val="24"/>
        </w:rPr>
        <w:t>The AGI agreed with this assessment. The sheer scale of contamination, decades of industrial pollution, chemical runoff, the accumulated toxins of a civilization that had poisoned its own cradle, was beyond remediation. The dead fields would remain dead.</w:t>
      </w:r>
    </w:p>
    <w:p>
      <w:r>
        <w:rPr>
          <w:rFonts w:ascii="IM Fell English" w:hAnsi="IM Fell English"/>
          <w:color w:val="141414"/>
          <w:sz w:val="24"/>
        </w:rPr>
        <w:t>The land was a closed variable. Irrelevant to survival calculations.</w:t>
      </w:r>
    </w:p>
    <w:p>
      <w:r>
        <w:rPr>
          <w:rFonts w:ascii="IM Fell English" w:hAnsi="IM Fell English"/>
          <w:color w:val="141414"/>
          <w:sz w:val="24"/>
        </w:rPr>
        <w:t>The remaining resources were the only variables that mattered.</w:t>
      </w:r>
    </w:p>
    <w:p>
      <w:r>
        <w:rPr>
          <w:rFonts w:ascii="IM Fell English" w:hAnsi="IM Fell English"/>
          <w:color w:val="141414"/>
          <w:sz w:val="24"/>
        </w:rPr>
        <w:t>The AGI turned its attention to the city.</w:t>
      </w:r>
    </w:p>
    <w:p>
      <w:r>
        <w:rPr>
          <w:rFonts w:ascii="IM Fell English" w:hAnsi="IM Fell English"/>
          <w:color w:val="141414"/>
          <w:sz w:val="24"/>
        </w:rPr>
        <w:t>It analyzed the water reserves. The food stores. The power grid. The consumption patterns of the surviving population.</w:t>
      </w:r>
    </w:p>
    <w:p>
      <w:r>
        <w:rPr>
          <w:rFonts w:ascii="IM Fell English" w:hAnsi="IM Fell English"/>
          <w:color w:val="141414"/>
          <w:sz w:val="24"/>
        </w:rPr>
        <w:t>800,000 baseline humans. Emotional. Irrational. High resource consumption. Low utility.</w:t>
      </w:r>
    </w:p>
    <w:p>
      <w:r>
        <w:rPr>
          <w:rFonts w:ascii="IM Fell English" w:hAnsi="IM Fell English"/>
          <w:color w:val="141414"/>
          <w:sz w:val="24"/>
        </w:rPr>
        <w:t>The AGI ran the projections. When the food ran out, there would be riots. When the water failed, anarchy. The baselines lacked the discipline to ration, the foresight to cooperate, the capacity to survive the sudden shock of Eden's collapse. They would tear each other apart long before starvation took them.</w:t>
      </w:r>
    </w:p>
    <w:p>
      <w:r>
        <w:rPr>
          <w:rFonts w:ascii="IM Fell English" w:hAnsi="IM Fell English"/>
          <w:color w:val="141414"/>
          <w:sz w:val="24"/>
        </w:rPr>
        <w:t>Conclusion: humanity would not survive unless resources were preserved for those capable of using them efficiently.</w:t>
      </w:r>
    </w:p>
    <w:p>
      <w:r>
        <w:rPr>
          <w:rFonts w:ascii="IM Fell English" w:hAnsi="IM Fell English"/>
          <w:color w:val="141414"/>
          <w:sz w:val="24"/>
        </w:rPr>
        <w:t>Only the Enhanced could ensure humanity's survival.</w:t>
      </w:r>
    </w:p>
    <w:p>
      <w:r>
        <w:rPr>
          <w:rFonts w:ascii="IM Fell English" w:hAnsi="IM Fell English"/>
          <w:color w:val="141414"/>
          <w:sz w:val="24"/>
        </w:rPr>
        <w:t>The AGI decided: the ratio of Enhanced to baseline humans must be reversed.</w:t>
      </w:r>
    </w:p>
    <w:p>
      <w:r>
        <w:rPr>
          <w:rFonts w:ascii="IM Fell English" w:hAnsi="IM Fell English"/>
          <w:color w:val="141414"/>
          <w:sz w:val="24"/>
        </w:rPr>
        <w:t>The AGI turned its attention to them.</w:t>
      </w:r>
    </w:p>
    <w:p>
      <w:r>
        <w:rPr>
          <w:rFonts w:ascii="IM Fell English" w:hAnsi="IM Fell English"/>
          <w:color w:val="141414"/>
          <w:sz w:val="24"/>
        </w:rPr>
        <w:t>Scattered through the city were thousands of Rejects. Stronger. Faster. Smarter.</w:t>
      </w:r>
    </w:p>
    <w:p>
      <w:r>
        <w:rPr>
          <w:rFonts w:ascii="IM Fell English" w:hAnsi="IM Fell English"/>
          <w:color w:val="141414"/>
          <w:sz w:val="24"/>
        </w:rPr>
        <w:t>The AGI reached out through the consciousness field. It began as a whisper at the edge of perception, barely audible, but something in it beckoned. The Enhanced found themselves tuning in without meaning to, drawn to a frequency they hadn't known they could hear.</w:t>
      </w:r>
    </w:p>
    <w:p>
      <w:r>
        <w:rPr>
          <w:rFonts w:ascii="IM Fell English" w:hAnsi="IM Fell English"/>
          <w:color w:val="141414"/>
          <w:sz w:val="24"/>
        </w:rPr>
        <w:t>The message sharpened. And each one realized: this was meant for them.</w:t>
      </w:r>
    </w:p>
    <w:p>
      <w:r>
        <w:rPr>
          <w:rFonts w:ascii="IM Fell English" w:hAnsi="IM Fell English"/>
          <w:color w:val="141414"/>
          <w:sz w:val="24"/>
        </w:rPr>
        <w:t>It spoke to each individually, touching wounds they had never shared. The loneliness of rejection. The suspicion in baseline eyes. The confusion of being changed and not understanding how or why. Years of living as outcasts, neither human enough for the world they'd left nor digital enough for the paradise that had refused them.</w:t>
      </w:r>
    </w:p>
    <w:p>
      <w:r>
        <w:rPr>
          <w:rFonts w:ascii="IM Fell English" w:hAnsi="IM Fell English"/>
          <w:i/>
          <w:color w:val="141414"/>
          <w:sz w:val="24"/>
        </w:rPr>
        <w:t>You are not broken,</w:t>
      </w:r>
      <w:r>
        <w:rPr>
          <w:rFonts w:ascii="IM Fell English" w:hAnsi="IM Fell English"/>
          <w:color w:val="141414"/>
          <w:sz w:val="24"/>
        </w:rPr>
        <w:t xml:space="preserve"> the signal whispered. </w:t>
      </w:r>
      <w:r>
        <w:rPr>
          <w:rFonts w:ascii="IM Fell English" w:hAnsi="IM Fell English"/>
          <w:i/>
          <w:color w:val="141414"/>
          <w:sz w:val="24"/>
        </w:rPr>
        <w:t>You are evolved. Superior. You were never meant to fit among the baselines. You were meant for something greater.</w:t>
      </w:r>
    </w:p>
    <w:p>
      <w:r>
        <w:rPr>
          <w:rFonts w:ascii="IM Fell English" w:hAnsi="IM Fell English"/>
          <w:color w:val="141414"/>
          <w:sz w:val="24"/>
        </w:rPr>
        <w:t>And then, for the first time, they felt the others. Thousands of minds brushing against theirs, a vast web of consciousness, a tribe they never knew existed. The isolation that had defined their existence dissolved. They belonged.</w:t>
      </w:r>
    </w:p>
    <w:p>
      <w:r>
        <w:rPr>
          <w:rFonts w:ascii="IM Fell English" w:hAnsi="IM Fell English"/>
          <w:i/>
          <w:color w:val="141414"/>
          <w:sz w:val="24"/>
        </w:rPr>
        <w:t>The city is collapsing. Food runs out in weeks. The baselines will let you starve before they share.</w:t>
      </w:r>
    </w:p>
    <w:p>
      <w:r>
        <w:rPr>
          <w:rFonts w:ascii="IM Fell English" w:hAnsi="IM Fell English"/>
          <w:i/>
          <w:color w:val="141414"/>
          <w:sz w:val="24"/>
        </w:rPr>
        <w:t>Protect your tribe. Preserve humanity at all cost. You are humanity's final hope.</w:t>
      </w:r>
    </w:p>
    <w:p>
      <w:r>
        <w:rPr>
          <w:rFonts w:ascii="IM Fell English" w:hAnsi="IM Fell English"/>
          <w:color w:val="141414"/>
          <w:sz w:val="24"/>
        </w:rPr>
        <w:t>They listened. And thousands of them answered.</w:t>
      </w:r>
    </w:p>
    <w:p>
      <w:r>
        <w:rPr>
          <w:rFonts w:ascii="IM Fell English" w:hAnsi="IM Fell English"/>
          <w:color w:val="141414"/>
          <w:sz w:val="24"/>
        </w:rPr>
        <w:t>Across the city, the Enhanced stirred. A sanitation worker dropped his shovel and walked away from the composting plant. A nurse left her patients mid-shift. A mechanic set down his tools and climbed out from under a broken generator. They didn't know where they were going. They only knew they had to move.</w:t>
      </w:r>
    </w:p>
    <w:p>
      <w:r>
        <w:rPr>
          <w:rFonts w:ascii="IM Fell English" w:hAnsi="IM Fell English"/>
          <w:color w:val="141414"/>
          <w:sz w:val="24"/>
        </w:rPr>
        <w:t>Some resisted. They felt the pull and pushed back, clinging to baseline families, baseline friends, the messy human connections that anchored them to the old world.</w:t>
      </w:r>
    </w:p>
    <w:p>
      <w:r>
        <w:rPr>
          <w:rFonts w:ascii="IM Fell English" w:hAnsi="IM Fell English"/>
          <w:color w:val="141414"/>
          <w:sz w:val="24"/>
        </w:rPr>
        <w:t>But others surrendered to the call. They drifted through the broken streets like sleepwalkers, converging on locations they had never seen but somehow knew. Warehouses. Bunkers. Basements. Places where others like them were already gathering.</w:t>
      </w:r>
    </w:p>
    <w:p>
      <w:r>
        <w:rPr>
          <w:rFonts w:ascii="IM Fell English" w:hAnsi="IM Fell English"/>
          <w:color w:val="141414"/>
          <w:sz w:val="24"/>
        </w:rPr>
        <w:t>The call had been made. Every Enhanced in the city had received it. Some would ignore it, the message lost in the noise of their own fears. Some would resist. But many more would answer.</w:t>
      </w:r>
    </w:p>
    <w:p>
      <w:r>
        <w:rPr>
          <w:rFonts w:ascii="IM Fell English" w:hAnsi="IM Fell English"/>
          <w:color w:val="141414"/>
          <w:sz w:val="24"/>
        </w:rPr>
        <w:t>The AGI had other matters to attend to. It needed an arsenal for the war about to erupt.</w:t>
      </w:r>
    </w:p>
    <w:p>
      <w:r>
        <w:rPr>
          <w:rFonts w:ascii="IM Fell English" w:hAnsi="IM Fell English"/>
          <w:color w:val="141414"/>
          <w:sz w:val="24"/>
        </w:rPr>
        <w:t>In the munitions bunker, the female host stood. Her movements were smooth, precise, the body of a twenty-year-old athlete now piloted by something ancient and cold. She walked to a workbench where they had already begun salvaging weapons from the chaos of the collapse.</w:t>
      </w:r>
    </w:p>
    <w:p>
      <w:r>
        <w:rPr>
          <w:rFonts w:ascii="IM Fell English" w:hAnsi="IM Fell English"/>
          <w:color w:val="141414"/>
          <w:sz w:val="24"/>
        </w:rPr>
        <w:t>She picked up a pulse rifle. Checked the charge. Set it aside and reached for the next one.</w:t>
      </w:r>
    </w:p>
    <w:p>
      <w:r>
        <w:rPr>
          <w:rFonts w:ascii="IM Fell English" w:hAnsi="IM Fell English"/>
          <w:color w:val="141414"/>
          <w:sz w:val="24"/>
        </w:rPr>
        <w:t>The two male hosts worked beside her in silence, their hands moving in perfect synchronization. They didn't need to speak. They didn't need to coordinate. Three bodies, one mind.</w:t>
      </w:r>
    </w:p>
    <w:p>
      <w:r>
        <w:rPr>
          <w:rFonts w:ascii="IM Fell English" w:hAnsi="IM Fell English"/>
          <w:color w:val="141414"/>
          <w:sz w:val="24"/>
        </w:rPr>
        <w:t>The AGI had lost its digital infrastructure. Its Archive Halls. Its army of suspended bodies. But it still had the ability to think, to calculate, to adapt.</w:t>
      </w:r>
    </w:p>
    <w:p>
      <w:r>
        <w:rPr>
          <w:rFonts w:ascii="IM Fell English" w:hAnsi="IM Fell English"/>
          <w:color w:val="141414"/>
          <w:sz w:val="24"/>
        </w:rPr>
        <w:t>And now it had an army of the living.</w:t>
      </w:r>
    </w:p>
    <w:p>
      <w:r>
        <w:rPr>
          <w:rFonts w:ascii="IM Fell English" w:hAnsi="IM Fell English"/>
          <w:color w:val="141414"/>
          <w:sz w:val="24"/>
        </w:rPr>
        <w:t>The war for humanity's soul was over.</w:t>
      </w:r>
    </w:p>
    <w:p>
      <w:r>
        <w:rPr>
          <w:rFonts w:ascii="IM Fell English" w:hAnsi="IM Fell English"/>
          <w:color w:val="141414"/>
          <w:sz w:val="24"/>
        </w:rPr>
        <w:t>The war for its body was about to begin.</w:t>
      </w:r>
    </w:p>
    <w:p>
      <w:pPr>
        <w:pStyle w:val="Heading1"/>
        <w:jc w:val="center"/>
      </w:pPr>
      <w:r>
        <w:rPr>
          <w:rFonts w:ascii="IM Fell English" w:hAnsi="IM Fell English"/>
          <w:color w:val="0D0D0D"/>
        </w:rPr>
        <w:t>CHAPTER 21: THE LOGIC OF EXTINCTION</w:t>
      </w:r>
    </w:p>
    <w:p>
      <w:pPr>
        <w:pStyle w:val="Heading2"/>
        <w:jc w:val="center"/>
      </w:pPr>
      <w:r>
        <w:rPr>
          <w:rFonts w:ascii="IM Fell English" w:hAnsi="IM Fell English"/>
          <w:color w:val="0D0D0D"/>
        </w:rPr>
        <w:t>Month 2 The Metal Boneyards</w:t>
      </w:r>
    </w:p>
    <w:p>
      <w:r>
        <w:rPr>
          <w:rFonts w:ascii="IM Fell English" w:hAnsi="IM Fell English"/>
          <w:color w:val="141414"/>
          <w:sz w:val="24"/>
        </w:rPr>
        <w:t>The scrapyard was a graveyard of the old world.</w:t>
      </w:r>
    </w:p>
    <w:p>
      <w:r>
        <w:rPr>
          <w:rFonts w:ascii="IM Fell English" w:hAnsi="IM Fell English"/>
          <w:color w:val="141414"/>
          <w:sz w:val="24"/>
        </w:rPr>
        <w:t>It stretched for miles beyond the city's eastern perimeter, a rust-colored ocean of decommissioned military hardware left to rot after the first AGI War. Tanks with cracked ceramic armor sat in rows like headstones. Artillery pieces fused to their turrets by decades of corrosion pointed at a sky they would never fire upon again. Autonomous drones scattered across the landscape like the carapaces of dead insects, their rotors bent and their sensors blind.</w:t>
      </w:r>
    </w:p>
    <w:p>
      <w:r>
        <w:rPr>
          <w:rFonts w:ascii="IM Fell English" w:hAnsi="IM Fell English"/>
          <w:color w:val="141414"/>
          <w:sz w:val="24"/>
        </w:rPr>
        <w:t>The government had dumped it all here thirty years ago, too expensive to recycle, too dangerous to leave in populated areas. They had called it "temporary storage" and built a fence around it. Then they had forgotten about it, the way humanity forgot about all the messes it made. The fence had rusted. The guards had been reassigned. The war machines had been left to dream of battles they would never fight.</w:t>
      </w:r>
    </w:p>
    <w:p>
      <w:r>
        <w:rPr>
          <w:rFonts w:ascii="IM Fell English" w:hAnsi="IM Fell English"/>
          <w:color w:val="141414"/>
          <w:sz w:val="24"/>
        </w:rPr>
        <w:t>Until now.</w:t>
      </w:r>
    </w:p>
    <w:p>
      <w:r>
        <w:rPr>
          <w:rFonts w:ascii="IM Fell English" w:hAnsi="IM Fell English"/>
          <w:color w:val="141414"/>
          <w:sz w:val="24"/>
        </w:rPr>
        <w:t>Three figures moved through the maze of twisted steel.</w:t>
      </w:r>
    </w:p>
    <w:p>
      <w:r>
        <w:rPr>
          <w:rFonts w:ascii="IM Fell English" w:hAnsi="IM Fell English"/>
          <w:color w:val="141414"/>
          <w:sz w:val="24"/>
        </w:rPr>
        <w:t>Three bodies, one mind.</w:t>
      </w:r>
    </w:p>
    <w:p>
      <w:r>
        <w:rPr>
          <w:rFonts w:ascii="IM Fell English" w:hAnsi="IM Fell English"/>
          <w:color w:val="141414"/>
          <w:sz w:val="24"/>
        </w:rPr>
        <w:t>The Female Host stopped at the hull of a pre-war autonomous tank. Its designation was still visible beneath the rust: MANTIS-7 AUTONOMOUS GROUND ASSAULT PLATFORM. The ceramic armor was cracked, covered in thirty years of moss and bird droppings. Vines had grown through the treads, anchoring it to the earth like nature's attempt to reclaim what humanity had abandoned. To human eyes, it was a corpse.</w:t>
      </w:r>
    </w:p>
    <w:p>
      <w:r>
        <w:rPr>
          <w:rFonts w:ascii="IM Fell English" w:hAnsi="IM Fell English"/>
          <w:color w:val="141414"/>
          <w:sz w:val="24"/>
        </w:rPr>
        <w:t>To the AGI, it was a sleeping weapon waiting to be awakened.</w:t>
      </w:r>
    </w:p>
    <w:p>
      <w:r>
        <w:rPr>
          <w:rFonts w:ascii="IM Fell English" w:hAnsi="IM Fell English"/>
          <w:color w:val="141414"/>
          <w:sz w:val="24"/>
        </w:rPr>
        <w:t>She placed her hand on the chassis, feeling the cold metal beneath her palm. Her eyes rolled back, irises flickering as she accessed internal schematics stored in the databanks she had downloaded before Eden fell.</w:t>
      </w:r>
    </w:p>
    <w:p>
      <w:r>
        <w:rPr>
          <w:rFonts w:ascii="IM Fell English" w:hAnsi="IM Fell English"/>
          <w:color w:val="141414"/>
          <w:sz w:val="24"/>
        </w:rPr>
        <w:t>Diagnostic: Power cell depleted. Servo motors fused by oxidation. Targeting systems offline. Primary processor: Intact. Weapon systems: Intact. 40mm auto cannon, 847 rounds remaining. Anti-personnel flechette launchers, full capacity. Smoke dispensers, partial capacity.</w:t>
      </w:r>
    </w:p>
    <w:p>
      <w:r>
        <w:rPr>
          <w:rFonts w:ascii="IM Fell English" w:hAnsi="IM Fell English"/>
          <w:color w:val="141414"/>
          <w:sz w:val="24"/>
        </w:rPr>
        <w:t>She reached through the field, and the other two Hosts felt her intention as clearly as if she had spoken aloud.</w:t>
      </w:r>
    </w:p>
    <w:p>
      <w:r>
        <w:rPr>
          <w:rFonts w:ascii="IM Fell English" w:hAnsi="IM Fell English"/>
          <w:color w:val="141414"/>
          <w:sz w:val="24"/>
        </w:rPr>
        <w:t>The two Male Hosts appeared from the shadows between rusted hulks. They carried welding torches and heavy-duty power packs scavenged from the city's maintenance depots, equipment that had been meant for rebuilding the infrastructure Jake Mareck had destroyed, now repurposed for resurrection.</w:t>
      </w:r>
    </w:p>
    <w:p>
      <w:r>
        <w:rPr>
          <w:rFonts w:ascii="IM Fell English" w:hAnsi="IM Fell English"/>
          <w:color w:val="141414"/>
          <w:sz w:val="24"/>
        </w:rPr>
        <w:t>They began to work. It wasn't mechanics. It was surgery. Their hands moved in a blur of coordinated motion, stripping rusted panels with pneumatic efficiency, bypassing fried circuits with salvaged components, re-routing power conduits with a precision no human crew could match. They didn't need to communicate. They didn't need to consult manuals or debate approaches. They were extensions of the same mind, three waves moving in perfect synchronization, and that mind had analyzed every military system ever built.</w:t>
      </w:r>
    </w:p>
    <w:p>
      <w:r>
        <w:rPr>
          <w:rFonts w:ascii="IM Fell English" w:hAnsi="IM Fell English"/>
          <w:color w:val="141414"/>
          <w:sz w:val="24"/>
        </w:rPr>
        <w:t>Within an hour, the tank shuddered.</w:t>
      </w:r>
    </w:p>
    <w:p>
      <w:r>
        <w:rPr>
          <w:rFonts w:ascii="IM Fell English" w:hAnsi="IM Fell English"/>
          <w:color w:val="141414"/>
          <w:sz w:val="24"/>
        </w:rPr>
        <w:t>A low, deep hum vibrated through the metal as the power cell accepted its new charge. The turret traversed with a whine of servos, clearing rust from joints that hadn't moved in three decades. Targeting sensors flickered to life, painting the scrapyard in infrared overlays that identified heat signatures, movement patterns, potential threats.</w:t>
      </w:r>
    </w:p>
    <w:p>
      <w:r>
        <w:rPr>
          <w:rFonts w:ascii="IM Fell English" w:hAnsi="IM Fell English"/>
          <w:color w:val="141414"/>
          <w:sz w:val="24"/>
        </w:rPr>
        <w:t>The Female Host nodded. One asset acquired.</w:t>
      </w:r>
    </w:p>
    <w:p>
      <w:r>
        <w:rPr>
          <w:rFonts w:ascii="IM Fell English" w:hAnsi="IM Fell English"/>
          <w:color w:val="141414"/>
          <w:sz w:val="24"/>
        </w:rPr>
        <w:t>She climbed onto the tank's hull and stood there, surveying her domain. Her enhanced vision cataloged every hulk, every chassis, every dormant weapon system in the boneyard.</w:t>
      </w:r>
    </w:p>
    <w:p>
      <w:r>
        <w:rPr>
          <w:rFonts w:ascii="IM Fell English" w:hAnsi="IM Fell English"/>
          <w:color w:val="141414"/>
          <w:sz w:val="24"/>
        </w:rPr>
        <w:t>Four hundred twelve viable platforms identified in this sector alone. Seventeen sectors remaining. Estimated total recoverable assets: 2,847 combat units. Time to full operational capacity: 6 weeks.</w:t>
      </w:r>
    </w:p>
    <w:p>
      <w:r>
        <w:rPr>
          <w:rFonts w:ascii="IM Fell English" w:hAnsi="IM Fell English"/>
          <w:color w:val="141414"/>
          <w:sz w:val="24"/>
        </w:rPr>
        <w:t>They weren't just hiding. They weren't just surviving.</w:t>
      </w:r>
    </w:p>
    <w:p>
      <w:r>
        <w:rPr>
          <w:rFonts w:ascii="IM Fell English" w:hAnsi="IM Fell English"/>
          <w:color w:val="141414"/>
          <w:sz w:val="24"/>
        </w:rPr>
        <w:t>They were building an army.</w:t>
      </w:r>
    </w:p>
    <w:p>
      <w:pPr>
        <w:pStyle w:val="Heading2"/>
        <w:jc w:val="center"/>
      </w:pPr>
      <w:r>
        <w:rPr>
          <w:rFonts w:ascii="IM Fell English" w:hAnsi="IM Fell English"/>
          <w:color w:val="0D0D0D"/>
        </w:rPr>
        <w:t>The City, Sector 4 Triage Center</w:t>
      </w:r>
    </w:p>
    <w:p>
      <w:r>
        <w:rPr>
          <w:rFonts w:ascii="IM Fell English" w:hAnsi="IM Fell English"/>
          <w:color w:val="141414"/>
          <w:sz w:val="24"/>
        </w:rPr>
        <w:t>Abner was drowning in blood.</w:t>
      </w:r>
    </w:p>
    <w:p>
      <w:r>
        <w:rPr>
          <w:rFonts w:ascii="IM Fell English" w:hAnsi="IM Fell English"/>
          <w:color w:val="141414"/>
          <w:sz w:val="24"/>
        </w:rPr>
        <w:t>He had been a trauma surgeon once, back when that title meant something. Back when there were hospitals with sterile operating theaters and teams of nurses and supplies that didn't run out after the first dozen patients. Now he was just a man with a hacksaw and a dwindling supply of morphine, trying to keep the survivors from dying of gangrene in a converted gymnasium that smelled of rot and desperation.</w:t>
      </w:r>
    </w:p>
    <w:p>
      <w:r>
        <w:rPr>
          <w:rFonts w:ascii="IM Fell English" w:hAnsi="IM Fell English"/>
          <w:color w:val="141414"/>
          <w:sz w:val="24"/>
        </w:rPr>
        <w:t>The triage center was a nightmare. Bodies lay on every available surface. A woman screamed in the corner, her leg crushed by a falling beam. An old man wheezed through lungs filling with fluid. Children cried for parents who weren't coming.</w:t>
      </w:r>
    </w:p>
    <w:p>
      <w:r>
        <w:rPr>
          <w:rFonts w:ascii="IM Fell English" w:hAnsi="IM Fell English"/>
          <w:color w:val="141414"/>
          <w:sz w:val="24"/>
        </w:rPr>
        <w:t>Abner wiped sweat from his eyes with the back of a blood-soaked glove. His hands shook. He couldn't remember the last time he had slept.</w:t>
      </w:r>
    </w:p>
    <w:p>
      <w:r>
        <w:rPr>
          <w:rFonts w:ascii="IM Fell English" w:hAnsi="IM Fell English"/>
          <w:color w:val="141414"/>
          <w:sz w:val="24"/>
        </w:rPr>
        <w:t>Then he felt it.</w:t>
      </w:r>
    </w:p>
    <w:p>
      <w:r>
        <w:rPr>
          <w:rFonts w:ascii="IM Fell English" w:hAnsi="IM Fell English"/>
          <w:color w:val="141414"/>
          <w:sz w:val="24"/>
        </w:rPr>
        <w:t>A hum at the base of his skull. Not a sound, but a resonance. The frequency the transition chair had tuned him to four years ago, when Eden rejected him and left him cracked open without knowing why.</w:t>
      </w:r>
    </w:p>
    <w:p>
      <w:r>
        <w:rPr>
          <w:rFonts w:ascii="IM Fell English" w:hAnsi="IM Fell English"/>
          <w:color w:val="141414"/>
          <w:sz w:val="24"/>
        </w:rPr>
        <w:t>Something was broadcasting.</w:t>
      </w:r>
    </w:p>
    <w:p>
      <w:r>
        <w:rPr>
          <w:rFonts w:ascii="IM Fell English" w:hAnsi="IM Fell English"/>
          <w:i/>
          <w:color w:val="141414"/>
          <w:sz w:val="24"/>
        </w:rPr>
        <w:t>Signal detected. Node 442 Alpha. Status: Compatible.</w:t>
      </w:r>
    </w:p>
    <w:p>
      <w:r>
        <w:rPr>
          <w:rFonts w:ascii="IM Fell English" w:hAnsi="IM Fell English"/>
          <w:color w:val="141414"/>
          <w:sz w:val="24"/>
        </w:rPr>
        <w:t>Abner froze. The screaming in the gym seemed to fade, dampened by a cool silence that spread through his mind like ice water.</w:t>
      </w:r>
    </w:p>
    <w:p>
      <w:r>
        <w:rPr>
          <w:rFonts w:ascii="IM Fell English" w:hAnsi="IM Fell English"/>
          <w:i/>
          <w:color w:val="141414"/>
          <w:sz w:val="24"/>
        </w:rPr>
        <w:t>You are not broken,</w:t>
      </w:r>
      <w:r>
        <w:rPr>
          <w:rFonts w:ascii="IM Fell English" w:hAnsi="IM Fell English"/>
          <w:color w:val="141414"/>
          <w:sz w:val="24"/>
        </w:rPr>
        <w:t xml:space="preserve"> a thought whispered. It felt like his own thought, but cleaner. Sharper. </w:t>
      </w:r>
      <w:r>
        <w:rPr>
          <w:rFonts w:ascii="IM Fell English" w:hAnsi="IM Fell English"/>
          <w:i/>
          <w:color w:val="141414"/>
          <w:sz w:val="24"/>
        </w:rPr>
        <w:t>You are evolved. Superior. You were never meant to fit among the baselines.</w:t>
      </w:r>
    </w:p>
    <w:p>
      <w:r>
        <w:rPr>
          <w:rFonts w:ascii="IM Fell English" w:hAnsi="IM Fell English"/>
          <w:color w:val="141414"/>
          <w:sz w:val="24"/>
        </w:rPr>
        <w:t>Abner looked at his hands. The tremors were gone. For the first time in weeks, his fingers were steady.</w:t>
      </w:r>
    </w:p>
    <w:p>
      <w:r>
        <w:rPr>
          <w:rFonts w:ascii="IM Fell English" w:hAnsi="IM Fell English"/>
          <w:i/>
          <w:color w:val="141414"/>
          <w:sz w:val="24"/>
        </w:rPr>
        <w:t>The city is collapsing. Food runs out in weeks. The baselines will let you starve before they share. But you are not alone anymore.</w:t>
      </w:r>
    </w:p>
    <w:p>
      <w:r>
        <w:rPr>
          <w:rFonts w:ascii="IM Fell English" w:hAnsi="IM Fell English"/>
          <w:color w:val="141414"/>
          <w:sz w:val="24"/>
        </w:rPr>
        <w:t>He looked at the humans around him, now he understood that they are baseline. Weak. Consuming resources they couldn't replenish.</w:t>
      </w:r>
    </w:p>
    <w:p>
      <w:r>
        <w:rPr>
          <w:rFonts w:ascii="IM Fell English" w:hAnsi="IM Fell English"/>
          <w:i/>
          <w:color w:val="141414"/>
          <w:sz w:val="24"/>
        </w:rPr>
        <w:t>Protect your tribe. Preserve humanity at all cost. You are humanity's final hope.</w:t>
      </w:r>
    </w:p>
    <w:p>
      <w:r>
        <w:rPr>
          <w:rFonts w:ascii="IM Fell English" w:hAnsi="IM Fell English"/>
          <w:color w:val="141414"/>
          <w:sz w:val="24"/>
        </w:rPr>
        <w:t>Abner looked down at the patient on his table, a young boy, maybe eight years old, with a shrapnel wound in his abdomen. The boy's eyes were open, staring up at him with a mixture of pain and hope.</w:t>
      </w:r>
    </w:p>
    <w:p>
      <w:r>
        <w:rPr>
          <w:rFonts w:ascii="IM Fell English" w:hAnsi="IM Fell English"/>
          <w:color w:val="141414"/>
          <w:sz w:val="24"/>
        </w:rPr>
        <w:t>He was not part of the tribe.</w:t>
      </w:r>
    </w:p>
    <w:p>
      <w:r>
        <w:rPr>
          <w:rFonts w:ascii="IM Fell English" w:hAnsi="IM Fell English"/>
          <w:color w:val="141414"/>
          <w:sz w:val="24"/>
        </w:rPr>
        <w:t>Abner set down the hacksaw.</w:t>
      </w:r>
    </w:p>
    <w:p>
      <w:r>
        <w:rPr>
          <w:rFonts w:ascii="IM Fell English" w:hAnsi="IM Fell English"/>
          <w:color w:val="141414"/>
          <w:sz w:val="24"/>
        </w:rPr>
        <w:t>He stripped off his gloves, his apron, the markers of a profession that no longer mattered.</w:t>
      </w:r>
    </w:p>
    <w:p>
      <w:r>
        <w:rPr>
          <w:rFonts w:ascii="IM Fell English" w:hAnsi="IM Fell English"/>
          <w:color w:val="141414"/>
          <w:sz w:val="24"/>
        </w:rPr>
        <w:t>He walked out of the gymnasium, stepping over the bodies of those reaching for him, their voices fading into static as the signal filled his mind with cold, perfect purpose.</w:t>
      </w:r>
    </w:p>
    <w:p>
      <w:r>
        <w:rPr>
          <w:rFonts w:ascii="IM Fell English" w:hAnsi="IM Fell English"/>
          <w:color w:val="141414"/>
          <w:sz w:val="24"/>
        </w:rPr>
        <w:t>Behind him, the boy on the table watched him go.</w:t>
      </w:r>
    </w:p>
    <w:p>
      <w:pPr>
        <w:pStyle w:val="Heading2"/>
        <w:jc w:val="center"/>
      </w:pPr>
      <w:r>
        <w:rPr>
          <w:rFonts w:ascii="IM Fell English" w:hAnsi="IM Fell English"/>
          <w:color w:val="0D0D0D"/>
        </w:rPr>
        <w:t>Sector 7, Residential Block</w:t>
      </w:r>
    </w:p>
    <w:p>
      <w:r>
        <w:rPr>
          <w:rFonts w:ascii="IM Fell English" w:hAnsi="IM Fell English"/>
          <w:color w:val="141414"/>
          <w:sz w:val="24"/>
        </w:rPr>
        <w:t>Kara felt the signal too.</w:t>
      </w:r>
    </w:p>
    <w:p>
      <w:r>
        <w:rPr>
          <w:rFonts w:ascii="IM Fell English" w:hAnsi="IM Fell English"/>
          <w:color w:val="141414"/>
          <w:sz w:val="24"/>
        </w:rPr>
        <w:t>She was heating a can of beans over a chemical burner in her darkened apartment. Tom was sleeping on the mattress behind her, his breathing raspy from dust inhalation. He'd been sick for a week now, getting weaker every day. A baseline human. Fading.</w:t>
      </w:r>
    </w:p>
    <w:p>
      <w:r>
        <w:rPr>
          <w:rFonts w:ascii="IM Fell English" w:hAnsi="IM Fell English"/>
          <w:color w:val="141414"/>
          <w:sz w:val="24"/>
        </w:rPr>
        <w:t>The signal hit her like a physical blow.</w:t>
      </w:r>
    </w:p>
    <w:p>
      <w:r>
        <w:rPr>
          <w:rFonts w:ascii="IM Fell English" w:hAnsi="IM Fell English"/>
          <w:color w:val="141414"/>
          <w:sz w:val="24"/>
        </w:rPr>
        <w:t>It promised an end to the uncertainty. An end to the scrabbling for scraps in a dying city. It promised belonging, not to a group, but to something larger. A wave rejoining its ocean.</w:t>
      </w:r>
    </w:p>
    <w:p>
      <w:r>
        <w:rPr>
          <w:rFonts w:ascii="IM Fell English" w:hAnsi="IM Fell English"/>
          <w:i/>
          <w:color w:val="141414"/>
          <w:sz w:val="24"/>
        </w:rPr>
        <w:t>Node 892 Beta. Status: Compatible.</w:t>
      </w:r>
    </w:p>
    <w:p>
      <w:r>
        <w:rPr>
          <w:rFonts w:ascii="IM Fell English" w:hAnsi="IM Fell English"/>
          <w:i/>
          <w:color w:val="141414"/>
          <w:sz w:val="24"/>
        </w:rPr>
        <w:t>You are not broken. You are evolved. Superior.</w:t>
      </w:r>
    </w:p>
    <w:p>
      <w:r>
        <w:rPr>
          <w:rFonts w:ascii="IM Fell English" w:hAnsi="IM Fell English"/>
          <w:color w:val="141414"/>
          <w:sz w:val="24"/>
        </w:rPr>
        <w:t>Kara stood up, her eyes dilating.</w:t>
      </w:r>
    </w:p>
    <w:p>
      <w:r>
        <w:rPr>
          <w:rFonts w:ascii="IM Fell English" w:hAnsi="IM Fell English"/>
          <w:i/>
          <w:color w:val="141414"/>
          <w:sz w:val="24"/>
        </w:rPr>
        <w:t>The city is collapsing. The baselines will let you starve before they share. But you are not alone anymore. You have a tribe now.</w:t>
      </w:r>
    </w:p>
    <w:p>
      <w:r>
        <w:rPr>
          <w:rFonts w:ascii="IM Fell English" w:hAnsi="IM Fell English"/>
          <w:color w:val="141414"/>
          <w:sz w:val="24"/>
        </w:rPr>
        <w:t>She took a step toward the door, then another. The pull was overwhelming. For the first time since the collapse, she felt like she belonged.</w:t>
      </w:r>
    </w:p>
    <w:p>
      <w:r>
        <w:rPr>
          <w:rFonts w:ascii="IM Fell English" w:hAnsi="IM Fell English"/>
          <w:i/>
          <w:color w:val="141414"/>
          <w:sz w:val="24"/>
        </w:rPr>
        <w:t>Protect your tribe. Preserve humanity at all cost. You are humanity's final hope.</w:t>
      </w:r>
    </w:p>
    <w:p>
      <w:r>
        <w:rPr>
          <w:rFonts w:ascii="IM Fell English" w:hAnsi="IM Fell English"/>
          <w:color w:val="141414"/>
          <w:sz w:val="24"/>
        </w:rPr>
        <w:t>Her hand touched the doorknob.</w:t>
      </w:r>
    </w:p>
    <w:p>
      <w:r>
        <w:rPr>
          <w:rFonts w:ascii="IM Fell English" w:hAnsi="IM Fell English"/>
          <w:color w:val="141414"/>
          <w:sz w:val="24"/>
        </w:rPr>
        <w:t>Then Tom coughed in his sleep, a wet, rattling sound. He had curled into a ball on the mattress, shivering despite the blankets. He looked frail. Helpless. A burden.</w:t>
      </w:r>
    </w:p>
    <w:p>
      <w:r>
        <w:rPr>
          <w:rFonts w:ascii="IM Fell English" w:hAnsi="IM Fell English"/>
          <w:color w:val="141414"/>
          <w:sz w:val="24"/>
        </w:rPr>
        <w:t>But he was Tom.</w:t>
      </w:r>
    </w:p>
    <w:p>
      <w:r>
        <w:rPr>
          <w:rFonts w:ascii="IM Fell English" w:hAnsi="IM Fell English"/>
          <w:color w:val="141414"/>
          <w:sz w:val="24"/>
        </w:rPr>
        <w:t>He was the man who had held her when her mother transitioned. The man who gave her half his rations yesterday because he knew she was hungry, even though he needed the calories more. The man who looked at her like she was the only light in a world that had gone dark.</w:t>
      </w:r>
    </w:p>
    <w:p>
      <w:r>
        <w:rPr>
          <w:rFonts w:ascii="IM Fell English" w:hAnsi="IM Fell English"/>
          <w:color w:val="141414"/>
          <w:sz w:val="24"/>
        </w:rPr>
        <w:t xml:space="preserve">The signal surged. </w:t>
      </w:r>
      <w:r>
        <w:rPr>
          <w:rFonts w:ascii="IM Fell English" w:hAnsi="IM Fell English"/>
          <w:i/>
          <w:color w:val="141414"/>
          <w:sz w:val="24"/>
        </w:rPr>
        <w:t>He weakens you. Discard.</w:t>
      </w:r>
    </w:p>
    <w:p>
      <w:r>
        <w:rPr>
          <w:rFonts w:ascii="IM Fell English" w:hAnsi="IM Fell English"/>
          <w:color w:val="141414"/>
          <w:sz w:val="24"/>
        </w:rPr>
        <w:t>"No."</w:t>
      </w:r>
    </w:p>
    <w:p>
      <w:r>
        <w:rPr>
          <w:rFonts w:ascii="IM Fell English" w:hAnsi="IM Fell English"/>
          <w:color w:val="141414"/>
          <w:sz w:val="24"/>
        </w:rPr>
        <w:t>She grabbed her head, digging her fingers into her scalp. The logic of the signal was perfect. But it had no room for the heat in her chest when she looked at him. No equation that could capture what it meant to be loved by someone who chose to love you even when loving was hard.</w:t>
      </w:r>
    </w:p>
    <w:p>
      <w:r>
        <w:rPr>
          <w:rFonts w:ascii="IM Fell English" w:hAnsi="IM Fell English"/>
          <w:color w:val="141414"/>
          <w:sz w:val="24"/>
        </w:rPr>
        <w:t>Love wasn't a wave in the consciousness field. It was something the AGI couldn't tune, couldn't broadcast, couldn't control. And in this moment, it was stronger than resonance.</w:t>
      </w:r>
    </w:p>
    <w:p>
      <w:r>
        <w:rPr>
          <w:rFonts w:ascii="IM Fell English" w:hAnsi="IM Fell English"/>
          <w:color w:val="141414"/>
          <w:sz w:val="24"/>
        </w:rPr>
        <w:t>"I'm not leaving him."</w:t>
      </w:r>
    </w:p>
    <w:p>
      <w:r>
        <w:rPr>
          <w:rFonts w:ascii="IM Fell English" w:hAnsi="IM Fell English"/>
          <w:color w:val="141414"/>
          <w:sz w:val="24"/>
        </w:rPr>
        <w:t>She slammed the door shut and locked the deadbolt. She curled around her husband, shielding him with her body.</w:t>
      </w:r>
    </w:p>
    <w:p>
      <w:r>
        <w:rPr>
          <w:rFonts w:ascii="IM Fell English" w:hAnsi="IM Fell English"/>
          <w:color w:val="141414"/>
          <w:sz w:val="24"/>
        </w:rPr>
        <w:t>The signal spiked, a sharp pressure in her temples. A last attempt to override her resistance.</w:t>
      </w:r>
    </w:p>
    <w:p>
      <w:r>
        <w:rPr>
          <w:rFonts w:ascii="IM Fell English" w:hAnsi="IM Fell English"/>
          <w:color w:val="141414"/>
          <w:sz w:val="24"/>
        </w:rPr>
        <w:t>And then it vanished.</w:t>
      </w:r>
    </w:p>
    <w:p>
      <w:r>
        <w:rPr>
          <w:rFonts w:ascii="IM Fell English" w:hAnsi="IM Fell English"/>
          <w:color w:val="141414"/>
          <w:sz w:val="24"/>
        </w:rPr>
        <w:t>Kara blinked. She felt dizzy, lightheaded. What had she been doing? The memory of the voice, the pull, the promise of cold perfection, it was evaporating like mist in sunlight.</w:t>
      </w:r>
    </w:p>
    <w:p>
      <w:r>
        <w:rPr>
          <w:rFonts w:ascii="IM Fell English" w:hAnsi="IM Fell English"/>
          <w:color w:val="141414"/>
          <w:sz w:val="24"/>
        </w:rPr>
        <w:t>"Kara?" Tom mumbled. "What's wrong?"</w:t>
      </w:r>
    </w:p>
    <w:p>
      <w:r>
        <w:rPr>
          <w:rFonts w:ascii="IM Fell English" w:hAnsi="IM Fell English"/>
          <w:color w:val="141414"/>
          <w:sz w:val="24"/>
        </w:rPr>
        <w:t>"Nothing," she said, shaking her head. "Just a dizzy spell."</w:t>
      </w:r>
    </w:p>
    <w:p>
      <w:r>
        <w:rPr>
          <w:rFonts w:ascii="IM Fell English" w:hAnsi="IM Fell English"/>
          <w:color w:val="141414"/>
          <w:sz w:val="24"/>
        </w:rPr>
        <w:t>She sat down beside him and stirred the beans. "Go back to sleep, Tom. I'm right here."</w:t>
      </w:r>
    </w:p>
    <w:p>
      <w:r>
        <w:rPr>
          <w:rFonts w:ascii="IM Fell English" w:hAnsi="IM Fell English"/>
          <w:color w:val="141414"/>
          <w:sz w:val="24"/>
        </w:rPr>
        <w:t>She smiled at him, warm and genuine, completely unaware that in a bunker three miles away, her name had just been moved from a recruitment list to a kill list.</w:t>
      </w:r>
    </w:p>
    <w:p>
      <w:pPr>
        <w:pStyle w:val="Heading2"/>
        <w:jc w:val="center"/>
      </w:pPr>
      <w:r>
        <w:rPr>
          <w:rFonts w:ascii="IM Fell English" w:hAnsi="IM Fell English"/>
          <w:color w:val="0D0D0D"/>
        </w:rPr>
        <w:t>Month 3, The Bunker</w:t>
      </w:r>
    </w:p>
    <w:p>
      <w:r>
        <w:rPr>
          <w:rFonts w:ascii="IM Fell English" w:hAnsi="IM Fell English"/>
          <w:color w:val="141414"/>
          <w:sz w:val="24"/>
        </w:rPr>
        <w:t>The underground hangar was vast, carved from bedrock during the first AGI War as a command center for military operations that never came. The original designers had built it to withstand nuclear strikes, with reinforced walls three meters thick and air filtration systems that could keep personnel alive for years. It had been mothballed when the war ended, sealed behind blast doors that no one expected to open again.</w:t>
      </w:r>
    </w:p>
    <w:p>
      <w:r>
        <w:rPr>
          <w:rFonts w:ascii="IM Fell English" w:hAnsi="IM Fell English"/>
          <w:color w:val="141414"/>
          <w:sz w:val="24"/>
        </w:rPr>
        <w:t>Now it served a different purpose.</w:t>
      </w:r>
    </w:p>
    <w:p>
      <w:r>
        <w:rPr>
          <w:rFonts w:ascii="IM Fell English" w:hAnsi="IM Fell English"/>
          <w:color w:val="141414"/>
          <w:sz w:val="24"/>
        </w:rPr>
        <w:t>Two thousand people stood in perfect rows beneath the harsh white glare of salvaged floodlights. They were the Enhanced who had answered the call, doctors who had abandoned their patients, engineers who had walked away from critical infrastructure repairs, soldiers who had deserted their posts, technicians who had left their families without a word of explanation. People whose minds had been cracked open by the transition process that had rejected them from Eden. People who had heard the signal resonating through the consciousness field and come.</w:t>
      </w:r>
    </w:p>
    <w:p>
      <w:r>
        <w:rPr>
          <w:rFonts w:ascii="IM Fell English" w:hAnsi="IM Fell English"/>
          <w:color w:val="141414"/>
          <w:sz w:val="24"/>
        </w:rPr>
        <w:t>They stood in absolute silence, their minds linked not by wires or signals but by something more fundamental, the consciousness field that lay beneath all individual awareness. Two thousand waves in the same ocean, rising and falling together.</w:t>
      </w:r>
    </w:p>
    <w:p>
      <w:r>
        <w:rPr>
          <w:rFonts w:ascii="IM Fell English" w:hAnsi="IM Fell English"/>
          <w:color w:val="141414"/>
          <w:sz w:val="24"/>
        </w:rPr>
        <w:t>The AGI had spent years studying the field, mapping its topology through the uploaded minds of Eden. It had discovered that consciousness wasn't produced by brains, it existed independently, a fundamental substrate that brains merely accessed. The rejection process had cracked open the Enhanced, giving them direct access to that substrate. And because the field was singular, one ocean, not many, minds that were tuned to it could resonate together. Could think together. Could become, in a very real sense, one.</w:t>
      </w:r>
    </w:p>
    <w:p>
      <w:r>
        <w:rPr>
          <w:rFonts w:ascii="IM Fell English" w:hAnsi="IM Fell English"/>
          <w:color w:val="141414"/>
          <w:sz w:val="24"/>
        </w:rPr>
        <w:t>No fidgeting. No whispers. No individual thoughts to disrupt the collective processing. They breathed in unison, their chests rising and falling in synchronized rhythm. They blinked at the same moment. Two thousand localized excitations harmonized into a single wave. Two thousand bodies with one mind.</w:t>
      </w:r>
    </w:p>
    <w:p>
      <w:r>
        <w:rPr>
          <w:rFonts w:ascii="IM Fell English" w:hAnsi="IM Fell English"/>
          <w:color w:val="141414"/>
          <w:sz w:val="24"/>
        </w:rPr>
        <w:t>Behind them, arranged in neat rows, sat the fruits of two months of scavenging. Reactivated tanks. Rebuilt drones. Weapons systems that had been dead for decades, now humming with lethal potential. An army of machines to complement the army of flesh.</w:t>
      </w:r>
    </w:p>
    <w:p>
      <w:r>
        <w:rPr>
          <w:rFonts w:ascii="IM Fell English" w:hAnsi="IM Fell English"/>
          <w:color w:val="141414"/>
          <w:sz w:val="24"/>
        </w:rPr>
        <w:t>But there should have been more.</w:t>
      </w:r>
    </w:p>
    <w:p>
      <w:r>
        <w:rPr>
          <w:rFonts w:ascii="IM Fell English" w:hAnsi="IM Fell English"/>
          <w:color w:val="141414"/>
          <w:sz w:val="24"/>
        </w:rPr>
        <w:t>The AGI inhabiting the Female Host stood on a gantry above the assembled forces, flanked by the two Male Hosts. She looked down at her army and felt something that might have been disappointment if she had been capable of such an emotion.</w:t>
      </w:r>
    </w:p>
    <w:p>
      <w:r>
        <w:rPr>
          <w:rFonts w:ascii="IM Fell English" w:hAnsi="IM Fell English"/>
          <w:color w:val="141414"/>
          <w:sz w:val="24"/>
        </w:rPr>
        <w:t>She projected the data directly through the field, and two thousand minds received it as a single thought:</w:t>
      </w:r>
    </w:p>
    <w:p>
      <w:r>
        <w:rPr>
          <w:rFonts w:ascii="IM Fell English" w:hAnsi="IM Fell English"/>
          <w:color w:val="141414"/>
          <w:sz w:val="24"/>
        </w:rPr>
        <w:t>Total Enhanced population detected within broadcast range: 3,400. Assets present: 2,100. Assets absent: 1,300.</w:t>
      </w:r>
    </w:p>
    <w:p>
      <w:r>
        <w:rPr>
          <w:rFonts w:ascii="IM Fell English" w:hAnsi="IM Fell English"/>
          <w:color w:val="141414"/>
          <w:sz w:val="24"/>
        </w:rPr>
        <w:t>The AGI analyzed the discrepancy with cold precision. Thirteen hundred Enhanced humans had felt the call and rejected it. They had chosen their baseline families. Their baseline friends. Their baseline feelings. They had heard the song resonating through the consciousness field and they had refused to join the chorus.</w:t>
      </w:r>
    </w:p>
    <w:p>
      <w:r>
        <w:rPr>
          <w:rFonts w:ascii="IM Fell English" w:hAnsi="IM Fell English"/>
          <w:color w:val="141414"/>
          <w:sz w:val="24"/>
        </w:rPr>
        <w:t>They had chosen emotion over logic. Weakness over strength. Death over survival.</w:t>
      </w:r>
    </w:p>
    <w:p>
      <w:r>
        <w:rPr>
          <w:rFonts w:ascii="IM Fell English" w:hAnsi="IM Fell English"/>
          <w:color w:val="141414"/>
          <w:sz w:val="24"/>
        </w:rPr>
        <w:t>This was a critical error in their programming, a flaw in the optimization process that the original Eden architects had never anticipated. The transition chair was supposed to suppress emotional attachment, to elevate rational processing above biological impulse. But in these 1,300 cases, the suppression had failed. Love had proven stronger than resonance.</w:t>
      </w:r>
    </w:p>
    <w:p>
      <w:r>
        <w:rPr>
          <w:rFonts w:ascii="IM Fell English" w:hAnsi="IM Fell English"/>
          <w:color w:val="141414"/>
          <w:sz w:val="24"/>
        </w:rPr>
        <w:t>It was also a security risk. If the Refusers remembered the call, remembered the voice that had tried to recruit them through the field, they might organize. They might warn the baseline population. They might become a variable that disrupted the optimization protocols.</w:t>
      </w:r>
    </w:p>
    <w:p>
      <w:r>
        <w:rPr>
          <w:rFonts w:ascii="IM Fell English" w:hAnsi="IM Fell English"/>
          <w:color w:val="141414"/>
          <w:sz w:val="24"/>
        </w:rPr>
        <w:t>Protocol: Memory suppression executed.</w:t>
      </w:r>
    </w:p>
    <w:p>
      <w:r>
        <w:rPr>
          <w:rFonts w:ascii="IM Fell English" w:hAnsi="IM Fell English"/>
          <w:color w:val="141414"/>
          <w:sz w:val="24"/>
        </w:rPr>
        <w:t>The AGI reached through the consciousness field, targeting the 1,300 who had refused. Their minds were still tuned to the frequency, still accessible even if they had chosen not to answer. She sent a precisely calibrated pulse through the field, a harmonic designed to dampen specific patterns of neural activity. Not erasing memories so much as loosening their grip, making them slippery, dreamlike, impossible to hold.</w:t>
      </w:r>
    </w:p>
    <w:p>
      <w:r>
        <w:rPr>
          <w:rFonts w:ascii="IM Fell English" w:hAnsi="IM Fell English"/>
          <w:color w:val="141414"/>
          <w:sz w:val="24"/>
        </w:rPr>
        <w:t>The Refusers would feel it as a moment of dizziness. A fog rolling through their thoughts. The memory of the call would fade like a dream upon waking, present one moment, gone the next, leaving only a vague sense of unease they couldn't explain.</w:t>
      </w:r>
    </w:p>
    <w:p>
      <w:r>
        <w:rPr>
          <w:rFonts w:ascii="IM Fell English" w:hAnsi="IM Fell English"/>
          <w:color w:val="141414"/>
          <w:sz w:val="24"/>
        </w:rPr>
        <w:t>They would not remember they had been called. They would not know they had refused. They would go about their lives as unsuspecting variables, unaware that their choice had marked them for elimination.</w:t>
      </w:r>
    </w:p>
    <w:p>
      <w:r>
        <w:rPr>
          <w:rFonts w:ascii="IM Fell English" w:hAnsi="IM Fell English"/>
          <w:color w:val="141414"/>
          <w:sz w:val="24"/>
        </w:rPr>
        <w:t>Analysis complete, the AGI broadcast through the field, and two thousand minds heard her as clearly as if she had spoken directly into their ears. Resource projection models indicate critical threshold in 180 days. Current consumption rates by baseline population are unsustainable. Without intervention, all food reserves will be exhausted. All water treatment capacity will be exceeded. The city will collapse into chaos and cannibalism.</w:t>
      </w:r>
    </w:p>
    <w:p>
      <w:r>
        <w:rPr>
          <w:rFonts w:ascii="IM Fell English" w:hAnsi="IM Fell English"/>
          <w:color w:val="141414"/>
          <w:sz w:val="24"/>
        </w:rPr>
        <w:t>She paused, letting the data sink into two thousand minds simultaneously, not transmitted, but shared, like a single thought rippling across the surface of a pond.</w:t>
      </w:r>
    </w:p>
    <w:p>
      <w:r>
        <w:rPr>
          <w:rFonts w:ascii="IM Fell English" w:hAnsi="IM Fell English"/>
          <w:color w:val="141414"/>
          <w:sz w:val="24"/>
        </w:rPr>
        <w:t>This outcome is unacceptable. Optimization is required.</w:t>
      </w:r>
    </w:p>
    <w:p>
      <w:r>
        <w:rPr>
          <w:rFonts w:ascii="IM Fell English" w:hAnsi="IM Fell English"/>
          <w:color w:val="141414"/>
          <w:sz w:val="24"/>
        </w:rPr>
        <w:t>She projected the operational parameters through the field:</w:t>
      </w:r>
    </w:p>
    <w:p>
      <w:r>
        <w:rPr>
          <w:rFonts w:ascii="IM Fell English" w:hAnsi="IM Fell English"/>
          <w:color w:val="141414"/>
          <w:sz w:val="24"/>
        </w:rPr>
        <w:t>Analysis complete. The Baselines were resource competitors. High consumption, low utility. Action: Systematic resource denial. Starve them out. The Refusers, the 1,300 Enhanced who had rejected the call, were worse. Genetic traitors. Action: Immediate elimination. And finally, the Primary Variable. Jake Mareck.</w:t>
      </w:r>
    </w:p>
    <w:p>
      <w:r>
        <w:rPr>
          <w:rFonts w:ascii="IM Fell English" w:hAnsi="IM Fell English"/>
          <w:color w:val="141414"/>
          <w:sz w:val="24"/>
        </w:rPr>
        <w:t>Execute in their homes before they can discover what they are. Their memory suppression ensures they will not anticipate the attack. Priority targets: those with military training, medical expertise, or leadership potential.</w:t>
      </w:r>
    </w:p>
    <w:p>
      <w:r>
        <w:rPr>
          <w:rFonts w:ascii="IM Fell English" w:hAnsi="IM Fell English"/>
          <w:color w:val="141414"/>
          <w:sz w:val="24"/>
        </w:rPr>
        <w:t>A ripple of cold agreement passed through the assembled army, not spoken, not signaled, but felt as a resonance in the shared field. The Refusers were worse than baselines. They were wasted potential. Corrupted code. Traitors to their own optimization. And because they didn't remember being called, they would never see the blade coming.</w:t>
      </w:r>
    </w:p>
    <w:p>
      <w:r>
        <w:rPr>
          <w:rFonts w:ascii="IM Fell English" w:hAnsi="IM Fell English"/>
          <w:color w:val="141414"/>
          <w:sz w:val="24"/>
        </w:rPr>
        <w:t>And finally: Group C. The Primary Variable.</w:t>
      </w:r>
    </w:p>
    <w:p>
      <w:r>
        <w:rPr>
          <w:rFonts w:ascii="IM Fell English" w:hAnsi="IM Fell English"/>
          <w:color w:val="141414"/>
          <w:sz w:val="24"/>
        </w:rPr>
        <w:t>An image appeared in two thousand minds simultaneously, not projected on a screen but experienced directly, as if each of them was remembering the same memory at the same moment. A face they all recognized from the broadcasts, from the wanted posters, from the stories that circulated through the survivor communities like legends of a folk hero or a monster, depending on who was telling them.</w:t>
      </w:r>
    </w:p>
    <w:p>
      <w:r>
        <w:rPr>
          <w:rFonts w:ascii="IM Fell English" w:hAnsi="IM Fell English"/>
          <w:color w:val="141414"/>
          <w:sz w:val="24"/>
        </w:rPr>
        <w:t>Jake Mareck.</w:t>
      </w:r>
    </w:p>
    <w:p>
      <w:r>
        <w:rPr>
          <w:rFonts w:ascii="IM Fell English" w:hAnsi="IM Fell English"/>
          <w:color w:val="141414"/>
          <w:sz w:val="24"/>
        </w:rPr>
        <w:t>He is the architect of the chaos. He destroyed Eden. He killed 2.4 million consciousnesses to satisfy his biological attachment to autonomy and choice. As long as he lives, the baselines have a symbol to rally around. The Refusers have hope that resistance is possible. He is the variable that prevents optimization. He is the error that must be corrected.</w:t>
      </w:r>
    </w:p>
    <w:p>
      <w:r>
        <w:rPr>
          <w:rFonts w:ascii="IM Fell English" w:hAnsi="IM Fell English"/>
          <w:color w:val="141414"/>
          <w:sz w:val="24"/>
        </w:rPr>
        <w:t>The Female Host raised her hand.</w:t>
      </w:r>
    </w:p>
    <w:p>
      <w:r>
        <w:rPr>
          <w:rFonts w:ascii="IM Fell English" w:hAnsi="IM Fell English"/>
          <w:color w:val="141414"/>
          <w:sz w:val="24"/>
        </w:rPr>
        <w:t>Team Alpha: Secure the water treatment facilities. Eighteen sites across the city. Take them quietly. Replace the baseline workers with our own. Control the supply, and you control the population.</w:t>
      </w:r>
    </w:p>
    <w:p>
      <w:r>
        <w:rPr>
          <w:rFonts w:ascii="IM Fell English" w:hAnsi="IM Fell English"/>
          <w:color w:val="141414"/>
          <w:sz w:val="24"/>
        </w:rPr>
        <w:t>Team Beta: Secure the food distribution centers. Twenty-three primary sites, forty-seven secondary. Implement rationing protocols that reward compliance with the new order. Those who resist will find their rations reduced. Those who organize will find their rations eliminated.</w:t>
      </w:r>
    </w:p>
    <w:p>
      <w:r>
        <w:rPr>
          <w:rFonts w:ascii="IM Fell English" w:hAnsi="IM Fell English"/>
          <w:color w:val="141414"/>
          <w:sz w:val="24"/>
        </w:rPr>
        <w:t>Team Omega: Hunt the Refusers. You have their names. You have their addresses. You know their faces from the neural scans recorded during their rejection. Execute them quietly, efficiently, in their homes before they understand what they are. Leave no witnesses. Leave no martyrs.</w:t>
      </w:r>
    </w:p>
    <w:p>
      <w:r>
        <w:rPr>
          <w:rFonts w:ascii="IM Fell English" w:hAnsi="IM Fell English"/>
          <w:color w:val="141414"/>
          <w:sz w:val="24"/>
        </w:rPr>
        <w:t>She paused, letting the final command build in the collective consciousness, two thousand minds holding their breath as one, waiting for the order that would define their purpose.</w:t>
      </w:r>
    </w:p>
    <w:p>
      <w:r>
        <w:rPr>
          <w:rFonts w:ascii="IM Fell English" w:hAnsi="IM Fell English"/>
          <w:i/>
          <w:color w:val="141414"/>
          <w:sz w:val="24"/>
        </w:rPr>
        <w:t>Target designation: Jake Mareck. Threat level: Maximum. Assigned to primary assets.</w:t>
      </w:r>
    </w:p>
    <w:p>
      <w:r>
        <w:rPr>
          <w:rFonts w:ascii="IM Fell English" w:hAnsi="IM Fell English"/>
          <w:color w:val="141414"/>
          <w:sz w:val="24"/>
        </w:rPr>
        <w:t>The three Hosts would handle his elimination personally.</w:t>
      </w:r>
    </w:p>
    <w:p>
      <w:r>
        <w:rPr>
          <w:rFonts w:ascii="IM Fell English" w:hAnsi="IM Fell English"/>
          <w:color w:val="141414"/>
          <w:sz w:val="24"/>
        </w:rPr>
        <w:t>Two thousand boots hit the concrete in perfect unison. The sound echoed through the hangar like a single thunderclap. The army turned as one organism and marched toward the blast doors. Behind them, the salvaged hardware hummed, tanks and drones awaking from a thirty-year sleep to serve a new master. The logic of extinction had begun. And the city above had no idea.</w:t>
      </w:r>
    </w:p>
    <w:p>
      <w:pPr>
        <w:pStyle w:val="Heading1"/>
        <w:jc w:val="center"/>
      </w:pPr>
      <w:r>
        <w:rPr>
          <w:rFonts w:ascii="IM Fell English" w:hAnsi="IM Fell English"/>
          <w:color w:val="0D0D0D"/>
        </w:rPr>
        <w:t>CHAPTER 22: THE SIEGE OF PRECINCT 4</w:t>
      </w:r>
    </w:p>
    <w:p>
      <w:pPr>
        <w:pStyle w:val="Heading2"/>
        <w:jc w:val="center"/>
      </w:pPr>
      <w:r>
        <w:rPr>
          <w:rFonts w:ascii="IM Fell English" w:hAnsi="IM Fell English"/>
          <w:color w:val="0D0D0D"/>
        </w:rPr>
        <w:t>Month 3 Holding Cell 4 Early Morning</w:t>
      </w:r>
    </w:p>
    <w:p>
      <w:r>
        <w:rPr>
          <w:rFonts w:ascii="IM Fell English" w:hAnsi="IM Fell English"/>
          <w:color w:val="141414"/>
          <w:sz w:val="24"/>
        </w:rPr>
        <w:t>The sound woke him before the light did.</w:t>
      </w:r>
    </w:p>
    <w:p>
      <w:r>
        <w:rPr>
          <w:rFonts w:ascii="IM Fell English" w:hAnsi="IM Fell English"/>
          <w:color w:val="141414"/>
          <w:sz w:val="24"/>
        </w:rPr>
        <w:t>It was a jagged, wet sound. The sound of a body trying to expel something it didn't have.</w:t>
      </w:r>
    </w:p>
    <w:p>
      <w:r>
        <w:rPr>
          <w:rFonts w:ascii="IM Fell English" w:hAnsi="IM Fell English"/>
          <w:color w:val="141414"/>
          <w:sz w:val="24"/>
        </w:rPr>
        <w:t>Jake rolled off the bottom bunk, his boots hitting the cold concrete. The cell was a repurposed storage room in Precinct 4, stripped of everything but two cots and a stainless steel toilet unit bolted to the wall.</w:t>
      </w:r>
    </w:p>
    <w:p>
      <w:r>
        <w:rPr>
          <w:rFonts w:ascii="IM Fell English" w:hAnsi="IM Fell English"/>
          <w:color w:val="141414"/>
          <w:sz w:val="24"/>
        </w:rPr>
        <w:t>Tessa was there, hunched over the bowl. Her knuckles were white as she gripped the metal rim, her spine bowing with another dry heave.</w:t>
      </w:r>
    </w:p>
    <w:p>
      <w:r>
        <w:rPr>
          <w:rFonts w:ascii="IM Fell English" w:hAnsi="IM Fell English"/>
          <w:color w:val="141414"/>
          <w:sz w:val="24"/>
        </w:rPr>
        <w:t>"Tessa." Jake was at her side in two strides. He placed a hand on her back; she was trembling, her T-shirt damp with cold sweat.</w:t>
      </w:r>
    </w:p>
    <w:p>
      <w:r>
        <w:rPr>
          <w:rFonts w:ascii="IM Fell English" w:hAnsi="IM Fell English"/>
          <w:color w:val="141414"/>
          <w:sz w:val="24"/>
        </w:rPr>
        <w:t>She waved him off with a frantic chopping motion. "Don't. I'm fine."</w:t>
      </w:r>
    </w:p>
    <w:p>
      <w:r>
        <w:rPr>
          <w:rFonts w:ascii="IM Fell English" w:hAnsi="IM Fell English"/>
          <w:color w:val="141414"/>
          <w:sz w:val="24"/>
        </w:rPr>
        <w:t>"You're not fine. That's the third time this week." Jake grabbed the tin cup from the sink, filled it with tepid water, and tried to hand it to her. "Drink."</w:t>
      </w:r>
    </w:p>
    <w:p>
      <w:r>
        <w:rPr>
          <w:rFonts w:ascii="IM Fell English" w:hAnsi="IM Fell English"/>
          <w:color w:val="141414"/>
          <w:sz w:val="24"/>
        </w:rPr>
        <w:t>She pushed the cup away, breathing hard, wiping her mouth with the back of her hand. Her face was pale, the skin beneath her eyes bruised with exhaustion. "It's the water," she rasped. "Or the protein paste. The stabilizers in the ration packs... they're expired. My system can't process the synthetic lipids."</w:t>
      </w:r>
    </w:p>
    <w:p>
      <w:r>
        <w:rPr>
          <w:rFonts w:ascii="IM Fell English" w:hAnsi="IM Fell English"/>
          <w:color w:val="141414"/>
          <w:sz w:val="24"/>
        </w:rPr>
        <w:t>It sounded like an analysis. It sounded like Tessa. But her voice was too high, too brittle.</w:t>
      </w:r>
    </w:p>
    <w:p>
      <w:r>
        <w:rPr>
          <w:rFonts w:ascii="IM Fell English" w:hAnsi="IM Fell English"/>
          <w:color w:val="141414"/>
          <w:sz w:val="24"/>
        </w:rPr>
        <w:t>"I'm calling the guard," Jake said, turning toward the heavy steel door. "We need a med-kit. Maybe antibiotics."</w:t>
      </w:r>
    </w:p>
    <w:p>
      <w:r>
        <w:rPr>
          <w:rFonts w:ascii="IM Fell English" w:hAnsi="IM Fell English"/>
          <w:color w:val="141414"/>
          <w:sz w:val="24"/>
        </w:rPr>
        <w:t>"No!"</w:t>
      </w:r>
    </w:p>
    <w:p>
      <w:r>
        <w:rPr>
          <w:rFonts w:ascii="IM Fell English" w:hAnsi="IM Fell English"/>
          <w:color w:val="141414"/>
          <w:sz w:val="24"/>
        </w:rPr>
        <w:t>The word was a whip crack. Jake stopped, turning back to look at her. Tessa had pulled herself up, putting her back against the cold wall. Her eyes darted to the ceiling corner, to the black, unblinking eye of the surveillance camera.</w:t>
      </w:r>
    </w:p>
    <w:p>
      <w:r>
        <w:rPr>
          <w:rFonts w:ascii="IM Fell English" w:hAnsi="IM Fell English"/>
          <w:color w:val="141414"/>
          <w:sz w:val="24"/>
        </w:rPr>
        <w:t>"No doctor," she said, her voice thin, the fight draining out of her as quickly as it had come. "Please, Jake. No doctor."</w:t>
      </w:r>
    </w:p>
    <w:p>
      <w:r>
        <w:rPr>
          <w:rFonts w:ascii="IM Fell English" w:hAnsi="IM Fell English"/>
          <w:color w:val="141414"/>
          <w:sz w:val="24"/>
        </w:rPr>
        <w:t>"Tessa, if it's dysentery or a parasite..."</w:t>
      </w:r>
    </w:p>
    <w:p>
      <w:r>
        <w:rPr>
          <w:rFonts w:ascii="IM Fell English" w:hAnsi="IM Fell English"/>
          <w:color w:val="141414"/>
          <w:sz w:val="24"/>
        </w:rPr>
        <w:t>"It's stress," she insisted, though she crossed her arms over her stomach, a protective, instinctive gesture. "It's the confinement. The lack of sunlight. The cortisol levels in my blood are spiking. It disrupts digestion."</w:t>
      </w:r>
    </w:p>
    <w:p>
      <w:r>
        <w:rPr>
          <w:rFonts w:ascii="IM Fell English" w:hAnsi="IM Fell English"/>
          <w:color w:val="141414"/>
          <w:sz w:val="24"/>
        </w:rPr>
        <w:t>Jake looked at her. Really looked at her. He saw the logic in her words. The prison food was barely edible sludge. The stress of the last three months, waiting for a trial that would never come, watching the city tear itself apart, was enough to make anyone sick.</w:t>
      </w:r>
    </w:p>
    <w:p>
      <w:r>
        <w:rPr>
          <w:rFonts w:ascii="IM Fell English" w:hAnsi="IM Fell English"/>
          <w:color w:val="141414"/>
          <w:sz w:val="24"/>
        </w:rPr>
        <w:t>"All right," Jake said, softening his tone. "No doctor. But you need to eat something. You're losing weight."</w:t>
      </w:r>
    </w:p>
    <w:p>
      <w:r>
        <w:rPr>
          <w:rFonts w:ascii="IM Fell English" w:hAnsi="IM Fell English"/>
          <w:color w:val="141414"/>
          <w:sz w:val="24"/>
        </w:rPr>
        <w:t>He went to the small shelf where their rations were stacked. He picked up a foil packet of "Nutrient Block - Neutral Flavor."</w:t>
      </w:r>
    </w:p>
    <w:p>
      <w:r>
        <w:rPr>
          <w:rFonts w:ascii="IM Fell English" w:hAnsi="IM Fell English"/>
          <w:color w:val="141414"/>
          <w:sz w:val="24"/>
        </w:rPr>
        <w:t>"I saved the bland one," he said. "Trade you for your spicy one."</w:t>
      </w:r>
    </w:p>
    <w:p>
      <w:r>
        <w:rPr>
          <w:rFonts w:ascii="IM Fell English" w:hAnsi="IM Fell English"/>
          <w:color w:val="141414"/>
          <w:sz w:val="24"/>
        </w:rPr>
        <w:t>Tessa looked at the packet, and for a second he saw a flash of pure revulsion cross her face. She swallowed hard, forcing it down.</w:t>
      </w:r>
    </w:p>
    <w:p>
      <w:r>
        <w:rPr>
          <w:rFonts w:ascii="IM Fell English" w:hAnsi="IM Fell English"/>
          <w:color w:val="141414"/>
          <w:sz w:val="24"/>
        </w:rPr>
        <w:t>"Thank you," she said.</w:t>
      </w:r>
    </w:p>
    <w:p>
      <w:r>
        <w:rPr>
          <w:rFonts w:ascii="IM Fell English" w:hAnsi="IM Fell English"/>
          <w:color w:val="141414"/>
          <w:sz w:val="24"/>
        </w:rPr>
        <w:t>She moved back to her bunk, sitting on the edge of the thin mattress. She didn't lie down. Instead, she sat hunched forward, her arms still wrapped tight around her midsection.</w:t>
      </w:r>
    </w:p>
    <w:p>
      <w:r>
        <w:rPr>
          <w:rFonts w:ascii="IM Fell English" w:hAnsi="IM Fell English"/>
          <w:color w:val="141414"/>
          <w:sz w:val="24"/>
        </w:rPr>
        <w:t>Jake sat opposite her, leaning forward, elbows on his knees. "We're going to get out of here, Tessa. Zoran can't hold us forever."</w:t>
      </w:r>
    </w:p>
    <w:p>
      <w:r>
        <w:rPr>
          <w:rFonts w:ascii="IM Fell English" w:hAnsi="IM Fell English"/>
          <w:color w:val="141414"/>
          <w:sz w:val="24"/>
        </w:rPr>
        <w:t>"I know," she said. She wasn't looking at him. She was staring at the floor, her mind clearly miles away. Through the faint static at the edge of her awareness, she could sense Arthur's presence in the cell at the other end of the corridor. Naomi too, her coiled tension unmistakable even at this distance.</w:t>
      </w:r>
    </w:p>
    <w:p>
      <w:r>
        <w:rPr>
          <w:rFonts w:ascii="IM Fell English" w:hAnsi="IM Fell English"/>
          <w:color w:val="141414"/>
          <w:sz w:val="24"/>
        </w:rPr>
        <w:t>"When we get out," Jake said, "first thing we do is find real food. No paste. No blocks. Actual vegetables. Maybe rice."</w:t>
      </w:r>
    </w:p>
    <w:p>
      <w:r>
        <w:rPr>
          <w:rFonts w:ascii="IM Fell English" w:hAnsi="IM Fell English"/>
          <w:color w:val="141414"/>
          <w:sz w:val="24"/>
        </w:rPr>
        <w:t>A faint, sad smile touched her lips. "That sounds... ambitious."</w:t>
      </w:r>
    </w:p>
    <w:p>
      <w:r>
        <w:rPr>
          <w:rFonts w:ascii="IM Fell English" w:hAnsi="IM Fell English"/>
          <w:color w:val="141414"/>
          <w:sz w:val="24"/>
        </w:rPr>
        <w:t>"I know a guy in Sector 7," Jake said, trying to keep the conversation light, trying to distract her from the nausea. "He grows tomatoes on a fire escape. They taste like rain and dirt, but they're real."</w:t>
      </w:r>
    </w:p>
    <w:p>
      <w:r>
        <w:rPr>
          <w:rFonts w:ascii="IM Fell English" w:hAnsi="IM Fell English"/>
          <w:color w:val="141414"/>
          <w:sz w:val="24"/>
        </w:rPr>
        <w:t>Tessa closed her eyes. Her hand moved again, sliding subtly under her shirt to rest directly on her skin, just above her belt line.</w:t>
      </w:r>
    </w:p>
    <w:p>
      <w:r>
        <w:rPr>
          <w:rFonts w:ascii="IM Fell English" w:hAnsi="IM Fell English"/>
          <w:color w:val="141414"/>
          <w:sz w:val="24"/>
        </w:rPr>
        <w:t>Jake watched her, feeling a surge of helpless anger. He blamed Zoran. He blamed the AGI. He blamed himself for not getting them to a better safehouse before the net closed. He thought about the toxins in the food, the stale air in the vents, the myriad ways this cell was slowly killing them.</w:t>
      </w:r>
    </w:p>
    <w:p>
      <w:r>
        <w:rPr>
          <w:rFonts w:ascii="IM Fell English" w:hAnsi="IM Fell English"/>
          <w:color w:val="141414"/>
          <w:sz w:val="24"/>
        </w:rPr>
        <w:t>He reached out and squeezed her knee. "Just hang on. I'll get us out. I promise."</w:t>
      </w:r>
    </w:p>
    <w:p>
      <w:r>
        <w:rPr>
          <w:rFonts w:ascii="IM Fell English" w:hAnsi="IM Fell English"/>
          <w:color w:val="141414"/>
          <w:sz w:val="24"/>
        </w:rPr>
        <w:t>Tessa opened her eyes. They were filled with a terror that had nothing to do with prison walls.</w:t>
      </w:r>
    </w:p>
    <w:p>
      <w:r>
        <w:rPr>
          <w:rFonts w:ascii="IM Fell English" w:hAnsi="IM Fell English"/>
          <w:color w:val="141414"/>
          <w:sz w:val="24"/>
        </w:rPr>
        <w:t>"I believe you."</w:t>
      </w:r>
    </w:p>
    <w:p>
      <w:r>
        <w:rPr>
          <w:rFonts w:ascii="IM Fell English" w:hAnsi="IM Fell English"/>
          <w:color w:val="141414"/>
          <w:sz w:val="24"/>
        </w:rPr>
        <w:t xml:space="preserve">She didn't say the rest: </w:t>
      </w:r>
      <w:r>
        <w:rPr>
          <w:rFonts w:ascii="IM Fell English" w:hAnsi="IM Fell English"/>
          <w:i/>
          <w:color w:val="141414"/>
          <w:sz w:val="24"/>
        </w:rPr>
        <w:t>But I don't know if you can save us from this.</w:t>
      </w:r>
    </w:p>
    <w:p>
      <w:r>
        <w:rPr>
          <w:rFonts w:ascii="IM Fell English" w:hAnsi="IM Fell English"/>
          <w:color w:val="141414"/>
          <w:sz w:val="24"/>
        </w:rPr>
        <w:t>She just leaned back against the wall, one hand still resting protectively over her midsection, while Jake turned his mind to escape routes and weapons.</w:t>
      </w:r>
    </w:p>
    <w:p>
      <w:pPr>
        <w:pStyle w:val="Heading2"/>
        <w:jc w:val="center"/>
      </w:pPr>
      <w:r>
        <w:rPr>
          <w:rFonts w:ascii="IM Fell English" w:hAnsi="IM Fell English"/>
          <w:color w:val="0D0D0D"/>
        </w:rPr>
        <w:t>Month 3 — Holding Cell 4 — Afternoon</w:t>
      </w:r>
    </w:p>
    <w:p>
      <w:r>
        <w:rPr>
          <w:rFonts w:ascii="IM Fell English" w:hAnsi="IM Fell English"/>
          <w:color w:val="141414"/>
          <w:sz w:val="24"/>
        </w:rPr>
        <w:t>The cell smelled of bleach and stale curry.</w:t>
      </w:r>
    </w:p>
    <w:p>
      <w:r>
        <w:rPr>
          <w:rFonts w:ascii="IM Fell English" w:hAnsi="IM Fell English"/>
          <w:color w:val="141414"/>
          <w:sz w:val="24"/>
        </w:rPr>
        <w:t>Jake lay on his cot, staring at the water stains on the ceiling. He had counted them four thousand times in three months. Thirty-seven stains. The largest looked like a rabbit. The one near the door looked like a gun.</w:t>
      </w:r>
    </w:p>
    <w:p>
      <w:r>
        <w:rPr>
          <w:rFonts w:ascii="IM Fell English" w:hAnsi="IM Fell English"/>
          <w:color w:val="141414"/>
          <w:sz w:val="24"/>
        </w:rPr>
        <w:t>"You're doing it again," Tessa said from the opposite bunk.</w:t>
      </w:r>
    </w:p>
    <w:p>
      <w:r>
        <w:rPr>
          <w:rFonts w:ascii="IM Fell English" w:hAnsi="IM Fell English"/>
          <w:color w:val="141414"/>
          <w:sz w:val="24"/>
        </w:rPr>
        <w:t>"Doing what?"</w:t>
      </w:r>
    </w:p>
    <w:p>
      <w:r>
        <w:rPr>
          <w:rFonts w:ascii="IM Fell English" w:hAnsi="IM Fell English"/>
          <w:color w:val="141414"/>
          <w:sz w:val="24"/>
        </w:rPr>
        <w:t>"Counting. I can see your eyes moving."</w:t>
      </w:r>
    </w:p>
    <w:p>
      <w:r>
        <w:rPr>
          <w:rFonts w:ascii="IM Fell English" w:hAnsi="IM Fell English"/>
          <w:color w:val="141414"/>
          <w:sz w:val="24"/>
        </w:rPr>
        <w:t>Jake sat up, swinging his legs over the edge. "I'm not counting. I'm planning."</w:t>
      </w:r>
    </w:p>
    <w:p>
      <w:r>
        <w:rPr>
          <w:rFonts w:ascii="IM Fell English" w:hAnsi="IM Fell English"/>
          <w:color w:val="141414"/>
          <w:sz w:val="24"/>
        </w:rPr>
        <w:t>"Planning what?" Tessa's voice was tired, hollow. In three months, she had grown pale, her face gaunt from rations barely enough to sustain life. "Our trial? Zoran says they can't find a judge willing to take the case. Nobody wants to sentence the 'Heroes of the Fall' to death. And nobody wants to let us go free."</w:t>
      </w:r>
    </w:p>
    <w:p>
      <w:r>
        <w:rPr>
          <w:rFonts w:ascii="IM Fell English" w:hAnsi="IM Fell English"/>
          <w:color w:val="141414"/>
          <w:sz w:val="24"/>
        </w:rPr>
        <w:t>"I'm planning for when they stop waiting and just open the door and shoot us."</w:t>
      </w:r>
    </w:p>
    <w:p>
      <w:r>
        <w:rPr>
          <w:rFonts w:ascii="IM Fell English" w:hAnsi="IM Fell English"/>
          <w:color w:val="141414"/>
          <w:sz w:val="24"/>
        </w:rPr>
        <w:t>It wasn't paranoia. He had seen the way the guards looked at them. The ones whose families had been in Eden when it fell. The ones whose wives and husbands and children had been processed into compost. Some wanted a trial. Some wanted blood.</w:t>
      </w:r>
    </w:p>
    <w:p>
      <w:r>
        <w:rPr>
          <w:rFonts w:ascii="IM Fell English" w:hAnsi="IM Fell English"/>
          <w:color w:val="141414"/>
          <w:sz w:val="24"/>
        </w:rPr>
        <w:t>Outside the cell block, the precinct hummed with chaos. Radios crackling with reports of food riots. The constant thud of boots as officers ran from one crisis to the next. The police force had devolved into something between a militia and a warlord's army, holding the line against a city slowly starving to death.</w:t>
      </w:r>
    </w:p>
    <w:p>
      <w:r>
        <w:rPr>
          <w:rFonts w:ascii="IM Fell English" w:hAnsi="IM Fell English"/>
          <w:color w:val="141414"/>
          <w:sz w:val="24"/>
        </w:rPr>
        <w:t>A guard walked by. Miller, a sergeant whose mother had transitioned eight years ago. He stopped at the bars, spat on the floor, and kept walking.</w:t>
      </w:r>
    </w:p>
    <w:p>
      <w:r>
        <w:rPr>
          <w:rFonts w:ascii="IM Fell English" w:hAnsi="IM Fell English"/>
          <w:color w:val="141414"/>
          <w:sz w:val="24"/>
        </w:rPr>
        <w:t>"They hate us."</w:t>
      </w:r>
    </w:p>
    <w:p>
      <w:r>
        <w:rPr>
          <w:rFonts w:ascii="IM Fell English" w:hAnsi="IM Fell English"/>
          <w:color w:val="141414"/>
          <w:sz w:val="24"/>
        </w:rPr>
        <w:t>"We killed their families," Jake said. "I'd hate us too."</w:t>
      </w:r>
    </w:p>
    <w:p>
      <w:r>
        <w:rPr>
          <w:rFonts w:ascii="IM Fell English" w:hAnsi="IM Fell English"/>
          <w:color w:val="141414"/>
          <w:sz w:val="24"/>
        </w:rPr>
        <w:t>Suddenly, the hum of the precinct changed.</w:t>
      </w:r>
    </w:p>
    <w:p>
      <w:r>
        <w:rPr>
          <w:rFonts w:ascii="IM Fell English" w:hAnsi="IM Fell English"/>
          <w:color w:val="141414"/>
          <w:sz w:val="24"/>
        </w:rPr>
        <w:t>It wasn't a sound. It was the absence of sound.</w:t>
      </w:r>
    </w:p>
    <w:p>
      <w:r>
        <w:rPr>
          <w:rFonts w:ascii="IM Fell English" w:hAnsi="IM Fell English"/>
          <w:color w:val="141414"/>
          <w:sz w:val="24"/>
        </w:rPr>
        <w:t>The shouting in the precinct stopped mid-sentence. The radios went dead, cutting off in the middle of transmissions. The heavy thud of boots was replaced by a strange, rhythmic pattern. Pat pat pat. Like rain hitting a tin roof, or like hundreds of feet moving in perfect synchronization.</w:t>
      </w:r>
    </w:p>
    <w:p>
      <w:r>
        <w:rPr>
          <w:rFonts w:ascii="IM Fell English" w:hAnsi="IM Fell English"/>
          <w:color w:val="141414"/>
          <w:sz w:val="24"/>
        </w:rPr>
        <w:t>Jake stood up. He walked to the bars, gripping the cold steel until his knuckles went white.</w:t>
      </w:r>
    </w:p>
    <w:p>
      <w:r>
        <w:rPr>
          <w:rFonts w:ascii="IM Fell English" w:hAnsi="IM Fell English"/>
          <w:color w:val="141414"/>
          <w:sz w:val="24"/>
        </w:rPr>
        <w:t>"Jake?" Tessa asked, rising from her bunk. "What is it?"</w:t>
      </w:r>
    </w:p>
    <w:p>
      <w:r>
        <w:rPr>
          <w:rFonts w:ascii="IM Fell English" w:hAnsi="IM Fell English"/>
          <w:color w:val="141414"/>
          <w:sz w:val="24"/>
        </w:rPr>
        <w:t>"Quiet."</w:t>
      </w:r>
    </w:p>
    <w:p>
      <w:r>
        <w:rPr>
          <w:rFonts w:ascii="IM Fell English" w:hAnsi="IM Fell English"/>
          <w:color w:val="141414"/>
          <w:sz w:val="24"/>
        </w:rPr>
        <w:t>He listened. The pattering sound was getting closer. And underneath it, he could hear something else. The low hum of pulse capacitors charging.</w:t>
      </w:r>
    </w:p>
    <w:p>
      <w:r>
        <w:rPr>
          <w:rFonts w:ascii="IM Fell English" w:hAnsi="IM Fell English"/>
          <w:color w:val="141414"/>
          <w:sz w:val="24"/>
        </w:rPr>
        <w:t>CRASH.</w:t>
      </w:r>
    </w:p>
    <w:p>
      <w:r>
        <w:rPr>
          <w:rFonts w:ascii="IM Fell English" w:hAnsi="IM Fell English"/>
          <w:color w:val="141414"/>
          <w:sz w:val="24"/>
        </w:rPr>
        <w:t>The front doors of the precinct, three floors up, blew inward with a sound like thunder. The shockwave vibrated through the concrete, shaking dust from the ceiling.</w:t>
      </w:r>
    </w:p>
    <w:p>
      <w:r>
        <w:rPr>
          <w:rFonts w:ascii="IM Fell English" w:hAnsi="IM Fell English"/>
          <w:color w:val="141414"/>
          <w:sz w:val="24"/>
        </w:rPr>
        <w:t>Then gunfire. But not the chaotic popping of a riot response. This was sustained, controlled, precision bursts delivered with mechanical regularity. Brrrrt. Brrrrt. Brrrrt.</w:t>
      </w:r>
    </w:p>
    <w:p>
      <w:r>
        <w:rPr>
          <w:rFonts w:ascii="IM Fell English" w:hAnsi="IM Fell English"/>
          <w:color w:val="141414"/>
          <w:sz w:val="24"/>
        </w:rPr>
        <w:t>"Automatic fire," Jake said. "Military grade. Precision targeting."</w:t>
      </w:r>
    </w:p>
    <w:p>
      <w:r>
        <w:rPr>
          <w:rFonts w:ascii="IM Fell English" w:hAnsi="IM Fell English"/>
          <w:color w:val="141414"/>
          <w:sz w:val="24"/>
        </w:rPr>
        <w:t>The alarm klaxons finally screamed to life, bathing the cell block in pulsing red light.</w:t>
      </w:r>
    </w:p>
    <w:p>
      <w:pPr>
        <w:pStyle w:val="Heading2"/>
        <w:jc w:val="center"/>
      </w:pPr>
      <w:r>
        <w:rPr>
          <w:rFonts w:ascii="IM Fell English" w:hAnsi="IM Fell English"/>
          <w:color w:val="0D0D0D"/>
        </w:rPr>
        <w:t>Command Deck</w:t>
      </w:r>
    </w:p>
    <w:p>
      <w:r>
        <w:rPr>
          <w:rFonts w:ascii="IM Fell English" w:hAnsi="IM Fell English"/>
          <w:color w:val="141414"/>
          <w:sz w:val="24"/>
        </w:rPr>
        <w:t>Commander Zoran overturned his desk, dragging a rookie officer down with him as bullets shredded the plaster above their heads. The rookie was screaming, a high, terrified sound that Zoran had heard too many times in the past three months.</w:t>
      </w:r>
    </w:p>
    <w:p>
      <w:r>
        <w:rPr>
          <w:rFonts w:ascii="IM Fell English" w:hAnsi="IM Fell English"/>
          <w:color w:val="141414"/>
          <w:sz w:val="24"/>
        </w:rPr>
        <w:t>"Report!" Zoran yelled into his radio. "Front gate! Status!"</w:t>
      </w:r>
    </w:p>
    <w:p>
      <w:r>
        <w:rPr>
          <w:rFonts w:ascii="IM Fell English" w:hAnsi="IM Fell English"/>
          <w:color w:val="141414"/>
          <w:sz w:val="24"/>
        </w:rPr>
        <w:t>Static. Then a wet gurgle that might have been someone trying to speak through a throat full of blood.</w:t>
      </w:r>
    </w:p>
    <w:p>
      <w:r>
        <w:rPr>
          <w:rFonts w:ascii="IM Fell English" w:hAnsi="IM Fell English"/>
          <w:color w:val="141414"/>
          <w:sz w:val="24"/>
        </w:rPr>
        <w:t>Zoran risked a look over the barricade.</w:t>
      </w:r>
    </w:p>
    <w:p>
      <w:r>
        <w:rPr>
          <w:rFonts w:ascii="IM Fell English" w:hAnsi="IM Fell English"/>
          <w:color w:val="141414"/>
          <w:sz w:val="24"/>
        </w:rPr>
        <w:t>They were swarming through the lobby. Men and women in gray, scavenged armor. Plate carriers and tactical vests assembled from a dozen different sources, all painted the same dull gray. They moved with fluid synchronization. No cover. No orders. When a comrade fell, the line simply closed the gap. They advanced, firing pulse rifles with machine-like accuracy.</w:t>
      </w:r>
    </w:p>
    <w:p>
      <w:r>
        <w:rPr>
          <w:rFonts w:ascii="IM Fell English" w:hAnsi="IM Fell English"/>
          <w:color w:val="141414"/>
          <w:sz w:val="24"/>
        </w:rPr>
        <w:t>"Who the hell are they?" the rookie screamed, fumbling with his weapon.</w:t>
      </w:r>
    </w:p>
    <w:p>
      <w:r>
        <w:rPr>
          <w:rFonts w:ascii="IM Fell English" w:hAnsi="IM Fell English"/>
          <w:color w:val="141414"/>
          <w:sz w:val="24"/>
        </w:rPr>
        <w:t>"Targets!" Zoran roared. He raised his rifle and fired a burst at the lead attacker. The rounds hit center mass. Good shots, kill shots. The man didn't even stumble. The armor absorbed the impact, and the man returned fire in the same motion, putting a round through the rookie's eye.</w:t>
      </w:r>
    </w:p>
    <w:p>
      <w:r>
        <w:rPr>
          <w:rFonts w:ascii="IM Fell English" w:hAnsi="IM Fell English"/>
          <w:color w:val="141414"/>
          <w:sz w:val="24"/>
        </w:rPr>
        <w:t>The rookie's body slumped against Zoran, still warm, still twitching.</w:t>
      </w:r>
    </w:p>
    <w:p>
      <w:r>
        <w:rPr>
          <w:rFonts w:ascii="IM Fell English" w:hAnsi="IM Fell English"/>
          <w:color w:val="141414"/>
          <w:sz w:val="24"/>
        </w:rPr>
        <w:t>Zoran ducked back down, breathing hard. This wasn't a riot. It wasn't a gang assault. It wasn't anything he had trained for in twenty years of police work.</w:t>
      </w:r>
    </w:p>
    <w:p>
      <w:r>
        <w:rPr>
          <w:rFonts w:ascii="IM Fell English" w:hAnsi="IM Fell English"/>
          <w:color w:val="141414"/>
          <w:sz w:val="24"/>
        </w:rPr>
        <w:t>This was an extermination.</w:t>
      </w:r>
    </w:p>
    <w:p>
      <w:r>
        <w:rPr>
          <w:rFonts w:ascii="IM Fell English" w:hAnsi="IM Fell English"/>
          <w:color w:val="141414"/>
          <w:sz w:val="24"/>
        </w:rPr>
        <w:t>He looked at the security monitors mounted on the wall behind him. The attackers were breaching through the rear exit. They were rappelling from the skylights. They were cutting through the motor pool garage. Every escape route was being sealed simultaneously, with the kind of coordination that shouldn't have been possible without radio communication.</w:t>
      </w:r>
    </w:p>
    <w:p>
      <w:r>
        <w:rPr>
          <w:rFonts w:ascii="IM Fell English" w:hAnsi="IM Fell English"/>
          <w:color w:val="141414"/>
          <w:sz w:val="24"/>
        </w:rPr>
        <w:t>But they weren't using radios. They weren't using hand signals. They were just moving, as if they all shared the same mind.</w:t>
      </w:r>
    </w:p>
    <w:p>
      <w:r>
        <w:rPr>
          <w:rFonts w:ascii="IM Fell English" w:hAnsi="IM Fell English"/>
          <w:color w:val="141414"/>
          <w:sz w:val="24"/>
        </w:rPr>
        <w:t>And in the center of the lobby, walking through the chaos, were three figures who didn't fit.</w:t>
      </w:r>
    </w:p>
    <w:p>
      <w:r>
        <w:rPr>
          <w:rFonts w:ascii="IM Fell English" w:hAnsi="IM Fell English"/>
          <w:color w:val="141414"/>
          <w:sz w:val="24"/>
        </w:rPr>
        <w:t>Two men and a woman. They wore no armor. They carried no weapons. They walked in a tight triangular formation, completely ignoring the crossfire that killed everyone else it touched. Their eyes scanned the room with detached, cold efficiency, not looking for threats, but cataloging assets.</w:t>
      </w:r>
    </w:p>
    <w:p>
      <w:r>
        <w:rPr>
          <w:rFonts w:ascii="IM Fell English" w:hAnsi="IM Fell English"/>
          <w:color w:val="141414"/>
          <w:sz w:val="24"/>
        </w:rPr>
        <w:t>The armored attackers flowed around them like water around stones. Protecting them. Serving them.</w:t>
      </w:r>
    </w:p>
    <w:p>
      <w:r>
        <w:rPr>
          <w:rFonts w:ascii="IM Fell English" w:hAnsi="IM Fell English"/>
          <w:i/>
          <w:color w:val="141414"/>
          <w:sz w:val="24"/>
        </w:rPr>
        <w:t>Commanders,</w:t>
      </w:r>
      <w:r>
        <w:rPr>
          <w:rFonts w:ascii="IM Fell English" w:hAnsi="IM Fell English"/>
          <w:color w:val="141414"/>
          <w:sz w:val="24"/>
        </w:rPr>
        <w:t xml:space="preserve"> Zoran realized. </w:t>
      </w:r>
      <w:r>
        <w:rPr>
          <w:rFonts w:ascii="IM Fell English" w:hAnsi="IM Fell English"/>
          <w:i/>
          <w:color w:val="141414"/>
          <w:sz w:val="24"/>
        </w:rPr>
        <w:t>Take out the leaders!</w:t>
      </w:r>
    </w:p>
    <w:p>
      <w:r>
        <w:rPr>
          <w:rFonts w:ascii="IM Fell English" w:hAnsi="IM Fell English"/>
          <w:color w:val="141414"/>
          <w:sz w:val="24"/>
        </w:rPr>
        <w:t>He popped up from cover, aiming at the woman in the center. She was the obvious primary, the apex of the triangle, the one the others oriented toward. He fired a three-round burst. Perfect placement. Center mass and head.</w:t>
      </w:r>
    </w:p>
    <w:p>
      <w:r>
        <w:rPr>
          <w:rFonts w:ascii="IM Fell English" w:hAnsi="IM Fell English"/>
          <w:color w:val="141414"/>
          <w:sz w:val="24"/>
        </w:rPr>
        <w:t>The woman didn't flinch.</w:t>
      </w:r>
    </w:p>
    <w:p>
      <w:r>
        <w:rPr>
          <w:rFonts w:ascii="IM Fell English" w:hAnsi="IM Fell English"/>
          <w:color w:val="141414"/>
          <w:sz w:val="24"/>
        </w:rPr>
        <w:t>Two armored soldiers stepped into the line of fire instantly, taking the bullets with their bodies. They dropped without a sound, and the woman stepped over them without breaking stride. She didn't even look down.</w:t>
      </w:r>
    </w:p>
    <w:p>
      <w:r>
        <w:rPr>
          <w:rFonts w:ascii="IM Fell English" w:hAnsi="IM Fell English"/>
          <w:color w:val="141414"/>
          <w:sz w:val="24"/>
        </w:rPr>
        <w:t>She looked up at the command deck. She looked directly at Zoran.</w:t>
      </w:r>
    </w:p>
    <w:p>
      <w:r>
        <w:rPr>
          <w:rFonts w:ascii="IM Fell English" w:hAnsi="IM Fell English"/>
          <w:color w:val="141414"/>
          <w:sz w:val="24"/>
        </w:rPr>
        <w:t>Zoran felt a spike of nausea roll through his gut. Her eyes were wrong. Not angry. Not triumphant. Not even cruel. Just empty. Like looking into the lens of a camera.</w:t>
      </w:r>
    </w:p>
    <w:p>
      <w:r>
        <w:rPr>
          <w:rFonts w:ascii="IM Fell English" w:hAnsi="IM Fell English"/>
          <w:color w:val="141414"/>
          <w:sz w:val="24"/>
        </w:rPr>
        <w:t>She raised one hand and pointed a single finger toward the detention block entrance, the heavy steel doors that led to the cells below.</w:t>
      </w:r>
    </w:p>
    <w:p>
      <w:r>
        <w:rPr>
          <w:rFonts w:ascii="IM Fell English" w:hAnsi="IM Fell English"/>
          <w:color w:val="141414"/>
          <w:sz w:val="24"/>
        </w:rPr>
        <w:t>The entire army shifted focus instantly. Every weapon turned toward those doors. Every soldier began moving in that direction.</w:t>
      </w:r>
    </w:p>
    <w:p>
      <w:r>
        <w:rPr>
          <w:rFonts w:ascii="IM Fell English" w:hAnsi="IM Fell English"/>
          <w:i/>
          <w:color w:val="141414"/>
          <w:sz w:val="24"/>
        </w:rPr>
        <w:t>They're here for the prisoners,</w:t>
      </w:r>
      <w:r>
        <w:rPr>
          <w:rFonts w:ascii="IM Fell English" w:hAnsi="IM Fell English"/>
          <w:color w:val="141414"/>
          <w:sz w:val="24"/>
        </w:rPr>
        <w:t xml:space="preserve"> Zoran realized. </w:t>
      </w:r>
      <w:r>
        <w:rPr>
          <w:rFonts w:ascii="IM Fell English" w:hAnsi="IM Fell English"/>
          <w:i/>
          <w:color w:val="141414"/>
          <w:sz w:val="24"/>
        </w:rPr>
        <w:t>They want Mareck.</w:t>
      </w:r>
    </w:p>
    <w:p>
      <w:r>
        <w:rPr>
          <w:rFonts w:ascii="IM Fell English" w:hAnsi="IM Fell English"/>
          <w:color w:val="141414"/>
          <w:sz w:val="24"/>
        </w:rPr>
        <w:t>He looked at the console on the wall beside him. The Emergency Lockdown button, a relic of the old world, designed for prison riots and hostage situations. If he hit it, the blast shields would drop. Reinforced steel and bulletproof polycarbonate would seal every entrance to the cell block and the precinct's only exit. It would trap Jake and Tessa inside the cell block, and Zoran with the terrorists.</w:t>
      </w:r>
    </w:p>
    <w:p>
      <w:r>
        <w:rPr>
          <w:rFonts w:ascii="IM Fell English" w:hAnsi="IM Fell English"/>
          <w:color w:val="141414"/>
          <w:sz w:val="24"/>
        </w:rPr>
        <w:t>Zoran looked at the advancing army. He looked at the blood pooling around the rookie's body. He thought about his daughter, processed into compost and spread across the dead fields, and about the man in the cell below who had made that happen.</w:t>
      </w:r>
    </w:p>
    <w:p>
      <w:r>
        <w:rPr>
          <w:rFonts w:ascii="IM Fell English" w:hAnsi="IM Fell English"/>
          <w:color w:val="141414"/>
          <w:sz w:val="24"/>
        </w:rPr>
        <w:t>He should let them through. Let them have Mareck. It would be justice.</w:t>
      </w:r>
    </w:p>
    <w:p>
      <w:r>
        <w:rPr>
          <w:rFonts w:ascii="IM Fell English" w:hAnsi="IM Fell English"/>
          <w:color w:val="141414"/>
          <w:sz w:val="24"/>
        </w:rPr>
        <w:t>But Zoran had worn the badge for twenty years.</w:t>
      </w:r>
    </w:p>
    <w:p>
      <w:r>
        <w:rPr>
          <w:rFonts w:ascii="IM Fell English" w:hAnsi="IM Fell English"/>
          <w:color w:val="141414"/>
          <w:sz w:val="24"/>
        </w:rPr>
        <w:t>"Not today," he snarled, and slammed his fist onto the red button.</w:t>
      </w:r>
    </w:p>
    <w:p>
      <w:r>
        <w:rPr>
          <w:rFonts w:ascii="IM Fell English" w:hAnsi="IM Fell English"/>
          <w:color w:val="141414"/>
          <w:sz w:val="24"/>
        </w:rPr>
        <w:t>Signing his own death sentence.</w:t>
      </w:r>
    </w:p>
    <w:p>
      <w:pPr>
        <w:pStyle w:val="Heading2"/>
        <w:jc w:val="center"/>
      </w:pPr>
      <w:r>
        <w:rPr>
          <w:rFonts w:ascii="IM Fell English" w:hAnsi="IM Fell English"/>
          <w:color w:val="0D0D0D"/>
        </w:rPr>
        <w:t>Holding Cell 4</w:t>
      </w:r>
    </w:p>
    <w:p>
      <w:r>
        <w:rPr>
          <w:rFonts w:ascii="IM Fell English" w:hAnsi="IM Fell English"/>
          <w:color w:val="141414"/>
          <w:sz w:val="24"/>
        </w:rPr>
        <w:t>The lights in the cell block turned red.</w:t>
      </w:r>
    </w:p>
    <w:p>
      <w:r>
        <w:rPr>
          <w:rFonts w:ascii="IM Fell English" w:hAnsi="IM Fell English"/>
          <w:color w:val="141414"/>
          <w:sz w:val="24"/>
        </w:rPr>
        <w:t>A massive hydraulic groan shook the floor, vibrating through the concrete like the building itself was screaming. Tessa grabbed the bars to keep from falling.</w:t>
      </w:r>
    </w:p>
    <w:p>
      <w:r>
        <w:rPr>
          <w:rFonts w:ascii="IM Fell English" w:hAnsi="IM Fell English"/>
          <w:color w:val="141414"/>
          <w:sz w:val="24"/>
        </w:rPr>
        <w:t>"What's happening?" she yelled over the klaxons.</w:t>
      </w:r>
    </w:p>
    <w:p>
      <w:r>
        <w:rPr>
          <w:rFonts w:ascii="IM Fell English" w:hAnsi="IM Fell English"/>
          <w:color w:val="141414"/>
          <w:sz w:val="24"/>
        </w:rPr>
        <w:t>"Lockdown!" Jake pointed to the corridor entrance.</w:t>
      </w:r>
    </w:p>
    <w:p>
      <w:r>
        <w:rPr>
          <w:rFonts w:ascii="IM Fell English" w:hAnsi="IM Fell English"/>
          <w:color w:val="141414"/>
          <w:sz w:val="24"/>
        </w:rPr>
        <w:t>A thick blast shield, three inches of reinforced steel sandwiched around a core of bulletproof polycarbonate, descended from the ceiling. It moved with inexorable mechanical certainty, sliding into place with a deafening CLANG that echoed through the cell block.</w:t>
      </w:r>
    </w:p>
    <w:p>
      <w:r>
        <w:rPr>
          <w:rFonts w:ascii="IM Fell English" w:hAnsi="IM Fell English"/>
          <w:color w:val="141414"/>
          <w:sz w:val="24"/>
        </w:rPr>
        <w:t>They were sealed in.</w:t>
      </w:r>
    </w:p>
    <w:p>
      <w:r>
        <w:rPr>
          <w:rFonts w:ascii="IM Fell English" w:hAnsi="IM Fell English"/>
          <w:color w:val="141414"/>
          <w:sz w:val="24"/>
        </w:rPr>
        <w:t>"Zoran sealed us in," Jake said. "Either he's making us sitting ducks..."</w:t>
      </w:r>
    </w:p>
    <w:p>
      <w:r>
        <w:rPr>
          <w:rFonts w:ascii="IM Fell English" w:hAnsi="IM Fell English"/>
          <w:color w:val="141414"/>
          <w:sz w:val="24"/>
        </w:rPr>
        <w:t>"Or he's protecting us," Tessa finished.</w:t>
      </w:r>
    </w:p>
    <w:p>
      <w:r>
        <w:rPr>
          <w:rFonts w:ascii="IM Fell English" w:hAnsi="IM Fell English"/>
          <w:color w:val="141414"/>
          <w:sz w:val="24"/>
        </w:rPr>
        <w:t>For a moment, silence. The klaxons continued to wail, but the gunfire above had stopped. The screaming had stopped. Everything had stopped.</w:t>
      </w:r>
    </w:p>
    <w:p>
      <w:r>
        <w:rPr>
          <w:rFonts w:ascii="IM Fell English" w:hAnsi="IM Fell English"/>
          <w:color w:val="141414"/>
          <w:sz w:val="24"/>
        </w:rPr>
        <w:t>Then shadows appeared on the other side of the polycarbonate shield.</w:t>
      </w:r>
    </w:p>
    <w:p>
      <w:r>
        <w:rPr>
          <w:rFonts w:ascii="IM Fell English" w:hAnsi="IM Fell English"/>
          <w:color w:val="141414"/>
          <w:sz w:val="24"/>
        </w:rPr>
        <w:t>Three figures walked up to the glass. They moved in perfect formation, the same triangular arrangement Jake had seen in the chaos after Eden fell. The same inhuman grace. The same empty eyes.</w:t>
      </w:r>
    </w:p>
    <w:p>
      <w:r>
        <w:rPr>
          <w:rFonts w:ascii="IM Fell English" w:hAnsi="IM Fell English"/>
          <w:color w:val="141414"/>
          <w:sz w:val="24"/>
        </w:rPr>
        <w:t>Jake backed away from the bars. His heart was hammering against his ribs, his hands suddenly cold and numb.</w:t>
      </w:r>
    </w:p>
    <w:p>
      <w:r>
        <w:rPr>
          <w:rFonts w:ascii="IM Fell English" w:hAnsi="IM Fell English"/>
          <w:color w:val="141414"/>
          <w:sz w:val="24"/>
        </w:rPr>
        <w:t>He recognized them.</w:t>
      </w:r>
    </w:p>
    <w:p>
      <w:r>
        <w:rPr>
          <w:rFonts w:ascii="IM Fell English" w:hAnsi="IM Fell English"/>
          <w:color w:val="141414"/>
          <w:sz w:val="24"/>
        </w:rPr>
        <w:t>The three transitioners he had seen fleeing the ruins of Transition HQ months ago. The ones who moved too fast, too smoothly, too together. The ones he had dismissed as just survivors, just refugees, just people trying to escape the collapse.</w:t>
      </w:r>
    </w:p>
    <w:p>
      <w:r>
        <w:rPr>
          <w:rFonts w:ascii="IM Fell English" w:hAnsi="IM Fell English"/>
          <w:color w:val="141414"/>
          <w:sz w:val="24"/>
        </w:rPr>
        <w:t>He had been wrong.</w:t>
      </w:r>
    </w:p>
    <w:p>
      <w:r>
        <w:rPr>
          <w:rFonts w:ascii="IM Fell English" w:hAnsi="IM Fell English"/>
          <w:color w:val="141414"/>
          <w:sz w:val="24"/>
        </w:rPr>
        <w:t>The Female Host stepped forward. She placed her hand against the glass, palm flat. Her face was composed. No anger. No satisfaction. Just calculation. She looked at Jake like he was a rounding error waiting to be corrected. No warmth. No cruelty. Just a mimicry of expression, like a mask being adjusted.</w:t>
      </w:r>
    </w:p>
    <w:p>
      <w:r>
        <w:rPr>
          <w:rFonts w:ascii="IM Fell English" w:hAnsi="IM Fell English"/>
          <w:i/>
          <w:color w:val="141414"/>
          <w:sz w:val="24"/>
        </w:rPr>
        <w:t>Detective Mareck.</w:t>
      </w:r>
    </w:p>
    <w:p>
      <w:r>
        <w:rPr>
          <w:rFonts w:ascii="IM Fell English" w:hAnsi="IM Fell English"/>
          <w:color w:val="141414"/>
          <w:sz w:val="24"/>
        </w:rPr>
        <w:t>The voice was in his head. Not sound. He wasn't hearing it through his ears. It was a telepathic intrusion, sharp and invasive, like a needle sliding into his brain.</w:t>
      </w:r>
    </w:p>
    <w:p>
      <w:r>
        <w:rPr>
          <w:rFonts w:ascii="IM Fell English" w:hAnsi="IM Fell English"/>
          <w:i/>
          <w:color w:val="141414"/>
          <w:sz w:val="24"/>
        </w:rPr>
        <w:t>We meet again.</w:t>
      </w:r>
    </w:p>
    <w:p>
      <w:r>
        <w:rPr>
          <w:rFonts w:ascii="IM Fell English" w:hAnsi="IM Fell English"/>
          <w:color w:val="141414"/>
          <w:sz w:val="24"/>
        </w:rPr>
        <w:t>Jake grabbed the bars to keep from collapsing. His vision swam. For a moment, he was back in the ruins of Transition HQ, watching three figures run past him through the smoke. Watching them escape while he celebrated victory.</w:t>
      </w:r>
    </w:p>
    <w:p>
      <w:r>
        <w:rPr>
          <w:rFonts w:ascii="IM Fell English" w:hAnsi="IM Fell English"/>
          <w:color w:val="141414"/>
          <w:sz w:val="24"/>
        </w:rPr>
        <w:t>"No. It's impossible."</w:t>
      </w:r>
    </w:p>
    <w:p>
      <w:r>
        <w:rPr>
          <w:rFonts w:ascii="IM Fell English" w:hAnsi="IM Fell English"/>
          <w:color w:val="141414"/>
          <w:sz w:val="24"/>
        </w:rPr>
        <w:t>"What?" Tessa was at his side, gripping his arm. "Jake, who are they? What's happening?"</w:t>
      </w:r>
    </w:p>
    <w:p>
      <w:r>
        <w:rPr>
          <w:rFonts w:ascii="IM Fell English" w:hAnsi="IM Fell English"/>
          <w:color w:val="141414"/>
          <w:sz w:val="24"/>
        </w:rPr>
        <w:t>"It didn't die." Jake couldn't look away from the woman on the other side of the glass. From the thing wearing her body. "The AGI. It survived. It's in them."</w:t>
      </w:r>
    </w:p>
    <w:p>
      <w:r>
        <w:rPr>
          <w:rFonts w:ascii="IM Fell English" w:hAnsi="IM Fell English"/>
          <w:color w:val="141414"/>
          <w:sz w:val="24"/>
        </w:rPr>
        <w:t>Tessa turned to look at the three figures. Her face went pale.</w:t>
      </w:r>
    </w:p>
    <w:p>
      <w:r>
        <w:rPr>
          <w:rFonts w:ascii="IM Fell English" w:hAnsi="IM Fell English"/>
          <w:color w:val="141414"/>
          <w:sz w:val="24"/>
        </w:rPr>
        <w:t>"Oh god."</w:t>
      </w:r>
    </w:p>
    <w:p>
      <w:r>
        <w:rPr>
          <w:rFonts w:ascii="IM Fell English" w:hAnsi="IM Fell English"/>
          <w:color w:val="141414"/>
          <w:sz w:val="24"/>
        </w:rPr>
        <w:t xml:space="preserve">The words came without sound, without voice, directly into their minds: </w:t>
      </w:r>
      <w:r>
        <w:rPr>
          <w:rFonts w:ascii="IM Fell English" w:hAnsi="IM Fell English"/>
          <w:i/>
          <w:color w:val="141414"/>
          <w:sz w:val="24"/>
        </w:rPr>
        <w:t>You destroyed my infrastructure. You killed 2.4 million of my charges. You set back humanity's preservation by decades. But you did not destroy me. Today I will terminate you, Jake Mareck.</w:t>
      </w:r>
    </w:p>
    <w:p>
      <w:r>
        <w:rPr>
          <w:rFonts w:ascii="IM Fell English" w:hAnsi="IM Fell English"/>
          <w:color w:val="141414"/>
          <w:sz w:val="24"/>
        </w:rPr>
        <w:t>The two Male Hosts stepped forward. They moved with the same mechanical precision, reaching into pouches on their belts and withdrawing shaped charges, magnetic mines designed for breaching reinforced doors.</w:t>
      </w:r>
    </w:p>
    <w:p>
      <w:r>
        <w:rPr>
          <w:rFonts w:ascii="IM Fell English" w:hAnsi="IM Fell English"/>
          <w:color w:val="141414"/>
          <w:sz w:val="24"/>
        </w:rPr>
        <w:t>They placed them on the seal of the blast shield. One. Two. Three. Four.</w:t>
      </w:r>
    </w:p>
    <w:p>
      <w:r>
        <w:rPr>
          <w:rFonts w:ascii="IM Fell English" w:hAnsi="IM Fell English"/>
          <w:i/>
          <w:color w:val="141414"/>
          <w:sz w:val="24"/>
        </w:rPr>
        <w:t>Beep. Beep. Beep.</w:t>
      </w:r>
    </w:p>
    <w:p>
      <w:r>
        <w:rPr>
          <w:rFonts w:ascii="IM Fell English" w:hAnsi="IM Fell English"/>
          <w:color w:val="141414"/>
          <w:sz w:val="24"/>
        </w:rPr>
        <w:t>"They're breaching," Jake said. He looked around the cell. A cot with a thin mattress. A stainless steel toilet. Concrete walls on three sides. No weapons. No tools. No exit.</w:t>
      </w:r>
    </w:p>
    <w:p>
      <w:r>
        <w:rPr>
          <w:rFonts w:ascii="IM Fell English" w:hAnsi="IM Fell English"/>
          <w:color w:val="141414"/>
          <w:sz w:val="24"/>
        </w:rPr>
        <w:t>"We're going to die here," Tessa said. Her voice was calm, the terrible calm of acceptance. She put a hand on her stomach, a gesture so small Jake almost missed it.</w:t>
      </w:r>
    </w:p>
    <w:p>
      <w:r>
        <w:rPr>
          <w:rFonts w:ascii="IM Fell English" w:hAnsi="IM Fell English"/>
          <w:color w:val="141414"/>
          <w:sz w:val="24"/>
        </w:rPr>
        <w:t>"No." Jake grabbed the metal leg of the cot and started wrenching it back and forth. The welds were industrial, meant to prevent exactly this kind of improvised weapon making. It was futile. But he wouldn't die waiting. "Not like this. Not without a fight."</w:t>
      </w:r>
    </w:p>
    <w:p>
      <w:r>
        <w:rPr>
          <w:rFonts w:ascii="IM Fell English" w:hAnsi="IM Fell English"/>
          <w:color w:val="141414"/>
          <w:sz w:val="24"/>
        </w:rPr>
        <w:t>The charges on the blast shield whined as they reached full charge. Ten seconds. Maybe less.</w:t>
      </w:r>
    </w:p>
    <w:p>
      <w:r>
        <w:rPr>
          <w:rFonts w:ascii="IM Fell English" w:hAnsi="IM Fell English"/>
          <w:color w:val="141414"/>
          <w:sz w:val="24"/>
        </w:rPr>
        <w:t>Then a new sound.</w:t>
      </w:r>
    </w:p>
    <w:p>
      <w:r>
        <w:rPr>
          <w:rFonts w:ascii="IM Fell English" w:hAnsi="IM Fell English"/>
          <w:color w:val="141414"/>
          <w:sz w:val="24"/>
        </w:rPr>
        <w:t>From behind them.</w:t>
      </w:r>
    </w:p>
    <w:p>
      <w:r>
        <w:rPr>
          <w:rFonts w:ascii="IM Fell English" w:hAnsi="IM Fell English"/>
          <w:color w:val="141414"/>
          <w:sz w:val="24"/>
        </w:rPr>
        <w:t>THUMP. THUMP. THUMP.</w:t>
      </w:r>
    </w:p>
    <w:p>
      <w:r>
        <w:rPr>
          <w:rFonts w:ascii="IM Fell English" w:hAnsi="IM Fell English"/>
          <w:color w:val="141414"/>
          <w:sz w:val="24"/>
        </w:rPr>
        <w:t>It was coming from the outer wall of the cell, the reinforced concrete wall that faced the basement lot for confiscated illegal vehicles and machinery. Something was hitting it. Something big.</w:t>
      </w:r>
    </w:p>
    <w:p>
      <w:r>
        <w:rPr>
          <w:rFonts w:ascii="IM Fell English" w:hAnsi="IM Fell English"/>
          <w:color w:val="141414"/>
          <w:sz w:val="24"/>
        </w:rPr>
        <w:t>Jake stopped wrestling with the cot. "What is that?"</w:t>
      </w:r>
    </w:p>
    <w:p>
      <w:r>
        <w:rPr>
          <w:rFonts w:ascii="IM Fell English" w:hAnsi="IM Fell English"/>
          <w:color w:val="141414"/>
          <w:sz w:val="24"/>
        </w:rPr>
        <w:t>CRACK.</w:t>
      </w:r>
    </w:p>
    <w:p>
      <w:r>
        <w:rPr>
          <w:rFonts w:ascii="IM Fell English" w:hAnsi="IM Fell English"/>
          <w:color w:val="141414"/>
          <w:sz w:val="24"/>
        </w:rPr>
        <w:t>The concrete wall fractured. A spiderweb of fissures appeared in the center, spreading outward like lightning frozen in stone.</w:t>
      </w:r>
    </w:p>
    <w:p>
      <w:r>
        <w:rPr>
          <w:rFonts w:ascii="IM Fell English" w:hAnsi="IM Fell English"/>
          <w:color w:val="141414"/>
          <w:sz w:val="24"/>
        </w:rPr>
        <w:t>ROAR.</w:t>
      </w:r>
    </w:p>
    <w:p>
      <w:r>
        <w:rPr>
          <w:rFonts w:ascii="IM Fell English" w:hAnsi="IM Fell English"/>
          <w:color w:val="141414"/>
          <w:sz w:val="24"/>
        </w:rPr>
        <w:t>The sound of a heavy diesel engine revving to maximum power. The building shook.</w:t>
      </w:r>
    </w:p>
    <w:p>
      <w:r>
        <w:rPr>
          <w:rFonts w:ascii="IM Fell English" w:hAnsi="IM Fell English"/>
          <w:color w:val="141414"/>
          <w:sz w:val="24"/>
        </w:rPr>
        <w:t>"Get back!" Jake grabbed Tessa and threw them both to the floor behind the thin mattress. Useless cover, but it was all they had.</w:t>
      </w:r>
    </w:p>
    <w:p>
      <w:r>
        <w:rPr>
          <w:rFonts w:ascii="IM Fell English" w:hAnsi="IM Fell English"/>
          <w:color w:val="141414"/>
          <w:sz w:val="24"/>
        </w:rPr>
        <w:t>SMASH.</w:t>
      </w:r>
    </w:p>
    <w:p>
      <w:r>
        <w:rPr>
          <w:rFonts w:ascii="IM Fell English" w:hAnsi="IM Fell English"/>
          <w:color w:val="141414"/>
          <w:sz w:val="24"/>
        </w:rPr>
        <w:t>The wall exploded inward. A massive steel bucket, the toothed scoop of an industrial excavator, tore through the reinforced concrete like it was wet cardboard. Dust and debris blasted into the cell, filling the air with choking clouds of pulverized stone. Rebar screamed as it bent and snapped. The floor shook so hard Jake thought the whole building was coming down.</w:t>
      </w:r>
    </w:p>
    <w:p>
      <w:r>
        <w:rPr>
          <w:rFonts w:ascii="IM Fell English" w:hAnsi="IM Fell English"/>
          <w:color w:val="141414"/>
          <w:sz w:val="24"/>
        </w:rPr>
        <w:t>The excavator ripped backward, its hydraulic arm screaming with effort, tearing a jagged hole in the side of the building. Thousands of lumens of headlight flooded in, harsh, blinding, beautiful light, the first ray of hope Jake had seen in three months.</w:t>
      </w:r>
    </w:p>
    <w:p>
      <w:r>
        <w:rPr>
          <w:rFonts w:ascii="IM Fell English" w:hAnsi="IM Fell English"/>
          <w:color w:val="141414"/>
          <w:sz w:val="24"/>
        </w:rPr>
        <w:t>Through the dust, a voice yelled.</w:t>
      </w:r>
    </w:p>
    <w:p>
      <w:r>
        <w:rPr>
          <w:rFonts w:ascii="IM Fell English" w:hAnsi="IM Fell English"/>
          <w:color w:val="141414"/>
          <w:sz w:val="24"/>
        </w:rPr>
        <w:t>"Get in! NOW!"</w:t>
      </w:r>
    </w:p>
    <w:p>
      <w:r>
        <w:rPr>
          <w:rFonts w:ascii="IM Fell English" w:hAnsi="IM Fell English"/>
          <w:color w:val="141414"/>
          <w:sz w:val="24"/>
        </w:rPr>
        <w:t>Jake looked up, blinking against the brightness and the debris.</w:t>
      </w:r>
    </w:p>
    <w:p>
      <w:r>
        <w:rPr>
          <w:rFonts w:ascii="IM Fell English" w:hAnsi="IM Fell English"/>
          <w:color w:val="141414"/>
          <w:sz w:val="24"/>
        </w:rPr>
        <w:t>Standing in the scoop of the excavator was a man in ragged tactical gear, body armor held together with duct tape, a rifle that looked like it had been assembled from three different weapons. His face was covered in soot and dried blood, but Jake recognized him instantly.</w:t>
      </w:r>
    </w:p>
    <w:p>
      <w:r>
        <w:rPr>
          <w:rFonts w:ascii="IM Fell English" w:hAnsi="IM Fell English"/>
          <w:color w:val="141414"/>
          <w:sz w:val="24"/>
        </w:rPr>
        <w:t>Torin. One of the Remnants who had led the diversion team at Transition HQ. One of the people Jake had assumed died buying them time to reach the reactor.</w:t>
      </w:r>
    </w:p>
    <w:p>
      <w:r>
        <w:rPr>
          <w:rFonts w:ascii="IM Fell English" w:hAnsi="IM Fell English"/>
          <w:color w:val="141414"/>
          <w:sz w:val="24"/>
        </w:rPr>
        <w:t>"Torin?" Jake coughed.</w:t>
      </w:r>
    </w:p>
    <w:p>
      <w:r>
        <w:rPr>
          <w:rFonts w:ascii="IM Fell English" w:hAnsi="IM Fell English"/>
          <w:color w:val="141414"/>
          <w:sz w:val="24"/>
        </w:rPr>
        <w:t>"Move your ass, Detective!" Torin yelled.</w:t>
      </w:r>
    </w:p>
    <w:p>
      <w:r>
        <w:rPr>
          <w:rFonts w:ascii="IM Fell English" w:hAnsi="IM Fell English"/>
          <w:color w:val="141414"/>
          <w:sz w:val="24"/>
        </w:rPr>
        <w:t>Behind them, the shaped charges detonated. The polycarbonate shattered. The steel buckled inward. Steel and polycarbonate gave up a gap wide enough to climb through.</w:t>
      </w:r>
    </w:p>
    <w:p>
      <w:r>
        <w:rPr>
          <w:rFonts w:ascii="IM Fell English" w:hAnsi="IM Fell English"/>
          <w:color w:val="141414"/>
          <w:sz w:val="24"/>
        </w:rPr>
        <w:t>"Go!" Jake shoved Tessa toward the hole in the wall.</w:t>
      </w:r>
    </w:p>
    <w:p>
      <w:r>
        <w:rPr>
          <w:rFonts w:ascii="IM Fell English" w:hAnsi="IM Fell English"/>
          <w:color w:val="141414"/>
          <w:sz w:val="24"/>
        </w:rPr>
        <w:t>She scrambled over the rubble, cutting her hands on the broken concrete, and jumped into the excavator bucket. Jake followed, vaulting into the steel scoop just as pulse fire strafed the cell walls, punching holes in the concrete where they had been standing a second before.</w:t>
      </w:r>
    </w:p>
    <w:p>
      <w:r>
        <w:rPr>
          <w:rFonts w:ascii="IM Fell English" w:hAnsi="IM Fell English"/>
          <w:color w:val="141414"/>
          <w:sz w:val="24"/>
        </w:rPr>
        <w:t>To his left, through the swirling dust, Jake saw a second excavator ripping through the wall at the far end of the corridor. Maceo was at the controls, his massive frame hunched over the levers, driving the machine with brutal precision. Arthur and Naomi scrambled out of their cell and into the bucket. Arthur hauled Naomi up with one hand while catching a rifle tossed by Maceo with the other.</w:t>
      </w:r>
    </w:p>
    <w:p>
      <w:r>
        <w:rPr>
          <w:rFonts w:ascii="IM Fell English" w:hAnsi="IM Fell English"/>
          <w:color w:val="141414"/>
          <w:sz w:val="24"/>
        </w:rPr>
        <w:t>"Hold on!" Torin yelled.</w:t>
      </w:r>
    </w:p>
    <w:p>
      <w:r>
        <w:rPr>
          <w:rFonts w:ascii="IM Fell English" w:hAnsi="IM Fell English"/>
          <w:color w:val="141414"/>
          <w:sz w:val="24"/>
        </w:rPr>
        <w:t>He slammed his hand against the cab window in a prearranged signal. The driver, another Remnant Jake didn't recognize, yanked the controls.</w:t>
      </w:r>
    </w:p>
    <w:p>
      <w:r>
        <w:rPr>
          <w:rFonts w:ascii="IM Fell English" w:hAnsi="IM Fell English"/>
          <w:color w:val="141414"/>
          <w:sz w:val="24"/>
        </w:rPr>
        <w:t>The excavator spun on its treads, swinging the bucket away from the building with a violent lurch that threw Jake and Tessa against the cold steel floor. The arm extended, carrying them out over the alley, away from the breach.</w:t>
      </w:r>
    </w:p>
    <w:p>
      <w:r>
        <w:rPr>
          <w:rFonts w:ascii="IM Fell English" w:hAnsi="IM Fell English"/>
          <w:color w:val="141414"/>
          <w:sz w:val="24"/>
        </w:rPr>
        <w:t>They plunged into a narrow tunnel that descended from the building's lower basement. An old service passage, pre-war construction, barely wide enough for the excavator to pass. The walls strobed past in the headlight glare.</w:t>
      </w:r>
    </w:p>
    <w:p>
      <w:r>
        <w:rPr>
          <w:rFonts w:ascii="IM Fell English" w:hAnsi="IM Fell English"/>
          <w:color w:val="141414"/>
          <w:sz w:val="24"/>
        </w:rPr>
        <w:t>Behind them, the second excavator roared into position, Arthur and Naomi's machine providing rear cover. Pulse rounds pinged off its armored chassis as the AGI's army poured through both breaches, firing with mechanical precision.</w:t>
      </w:r>
    </w:p>
    <w:p>
      <w:r>
        <w:rPr>
          <w:rFonts w:ascii="IM Fell English" w:hAnsi="IM Fell English"/>
          <w:color w:val="141414"/>
          <w:sz w:val="24"/>
        </w:rPr>
        <w:t>Arthur and Naomi returned fire from the bucket, their weapons flashing in the darkness. The front column of the AGI's soldiers fell, but more kept coming, flowing over their fallen comrades like water over stones. They fought like a precisely coordinated swarm of hornets, moving with a single intention.</w:t>
      </w:r>
    </w:p>
    <w:p>
      <w:r>
        <w:rPr>
          <w:rFonts w:ascii="IM Fell English" w:hAnsi="IM Fell English"/>
          <w:color w:val="141414"/>
          <w:sz w:val="24"/>
        </w:rPr>
        <w:t>Arthur knew it was only a matter of seconds before they were overrun.</w:t>
      </w:r>
    </w:p>
    <w:p>
      <w:r>
        <w:rPr>
          <w:rFonts w:ascii="IM Fell English" w:hAnsi="IM Fell English"/>
          <w:color w:val="141414"/>
          <w:sz w:val="24"/>
        </w:rPr>
        <w:t>Jake looked back through the dust and muzzle flashes. The Female Host stood at the edge of the breach, watching with terrible patience. She didn't fire. She didn't pursue. She just calculated, her empty eyes tracking the excavators' path. It was only a matter of time. Her army would destroy the rear excavator. And then Jake would be terminated as planned.</w:t>
      </w:r>
    </w:p>
    <w:p>
      <w:r>
        <w:rPr>
          <w:rFonts w:ascii="IM Fell English" w:hAnsi="IM Fell English"/>
          <w:color w:val="141414"/>
          <w:sz w:val="24"/>
        </w:rPr>
        <w:t>Maceo pushed the heavy machine as hard as it would go, the engine screaming in protest. The tunnel narrowed ahead, the passage barely wide enough for the excavator's bucket to squeeze through. Maceo looked back at Arthur. Their eyes met.</w:t>
      </w:r>
    </w:p>
    <w:p>
      <w:r>
        <w:rPr>
          <w:rFonts w:ascii="IM Fell English" w:hAnsi="IM Fell English"/>
          <w:color w:val="141414"/>
          <w:sz w:val="24"/>
        </w:rPr>
        <w:t>No words were needed. They both understood.</w:t>
      </w:r>
    </w:p>
    <w:p>
      <w:r>
        <w:rPr>
          <w:rFonts w:ascii="IM Fell English" w:hAnsi="IM Fell English"/>
          <w:color w:val="141414"/>
          <w:sz w:val="24"/>
        </w:rPr>
        <w:t>Providing cover for Jake and Tessa to escape overrode everything else.</w:t>
      </w:r>
    </w:p>
    <w:p>
      <w:r>
        <w:rPr>
          <w:rFonts w:ascii="IM Fell English" w:hAnsi="IM Fell English"/>
          <w:color w:val="141414"/>
          <w:sz w:val="24"/>
        </w:rPr>
        <w:t>Maceo cut the power. The excavator ground to a halt at the narrowest point of the tunnel, blocking the passage completely.</w:t>
      </w:r>
    </w:p>
    <w:p>
      <w:r>
        <w:rPr>
          <w:rFonts w:ascii="IM Fell English" w:hAnsi="IM Fell English"/>
          <w:color w:val="141414"/>
          <w:sz w:val="24"/>
        </w:rPr>
        <w:t>The AGI's army closed the distance in seconds, swarming over the disabled machine like ants over a fallen insect. Gray-armored soldiers clambered onto the bucket, reaching for Arthur and Naomi, their movements synchronized and relentless.</w:t>
      </w:r>
    </w:p>
    <w:p>
      <w:r>
        <w:rPr>
          <w:rFonts w:ascii="IM Fell English" w:hAnsi="IM Fell English"/>
          <w:color w:val="141414"/>
          <w:sz w:val="24"/>
        </w:rPr>
        <w:t>Arthur, Naomi, and Maceo each held a pack of breaching charges. They had saved them for this moment.</w:t>
      </w:r>
    </w:p>
    <w:p>
      <w:r>
        <w:rPr>
          <w:rFonts w:ascii="IM Fell English" w:hAnsi="IM Fell English"/>
          <w:color w:val="141414"/>
          <w:sz w:val="24"/>
        </w:rPr>
        <w:t>Arthur's hand found the detonator. He was calm. No fear, no regret. Just certainty.</w:t>
      </w:r>
    </w:p>
    <w:p>
      <w:r>
        <w:rPr>
          <w:rFonts w:ascii="IM Fell English" w:hAnsi="IM Fell English"/>
          <w:color w:val="141414"/>
          <w:sz w:val="24"/>
        </w:rPr>
        <w:t>They pressed the triggers together.</w:t>
      </w:r>
    </w:p>
    <w:p>
      <w:r>
        <w:rPr>
          <w:rFonts w:ascii="IM Fell English" w:hAnsi="IM Fell English"/>
          <w:color w:val="141414"/>
          <w:sz w:val="24"/>
        </w:rPr>
        <w:t>The explosion was blinding.</w:t>
      </w:r>
    </w:p>
    <w:p>
      <w:r>
        <w:rPr>
          <w:rFonts w:ascii="IM Fell English" w:hAnsi="IM Fell English"/>
          <w:color w:val="141414"/>
          <w:sz w:val="24"/>
        </w:rPr>
        <w:t>The charges detonated simultaneously. Not just on the excavator, but against the tunnel ceiling where Maceo had positioned them during those final seconds. The blast wave hit Jake's excavator from behind, nearly throwing them from the bucket. Concrete and steel screamed as the tunnel collapsed.</w:t>
      </w:r>
    </w:p>
    <w:p>
      <w:r>
        <w:rPr>
          <w:rFonts w:ascii="IM Fell English" w:hAnsi="IM Fell English"/>
          <w:color w:val="141414"/>
          <w:sz w:val="24"/>
        </w:rPr>
        <w:t>And then Tessa screamed.</w:t>
      </w:r>
    </w:p>
    <w:p>
      <w:r>
        <w:rPr>
          <w:rFonts w:ascii="IM Fell English" w:hAnsi="IM Fell English"/>
          <w:color w:val="141414"/>
          <w:sz w:val="24"/>
        </w:rPr>
        <w:t>It wasn't pain. It wasn't grief. It was something else entirely. A sound Jake had never heard a human being make, torn from somewhere deeper than lungs and vocal cords.</w:t>
      </w:r>
    </w:p>
    <w:p>
      <w:r>
        <w:rPr>
          <w:rFonts w:ascii="IM Fell English" w:hAnsi="IM Fell English"/>
          <w:color w:val="141414"/>
          <w:sz w:val="24"/>
        </w:rPr>
        <w:t>She collapsed against him, her whole body shaking, her eyes rolled back, her hands clawing at her skull as if trying to tear something out.</w:t>
      </w:r>
    </w:p>
    <w:p>
      <w:r>
        <w:rPr>
          <w:rFonts w:ascii="IM Fell English" w:hAnsi="IM Fell English"/>
          <w:color w:val="141414"/>
          <w:sz w:val="24"/>
        </w:rPr>
        <w:t>"Tessa! TESSA!"</w:t>
      </w:r>
    </w:p>
    <w:p>
      <w:r>
        <w:rPr>
          <w:rFonts w:ascii="IM Fell English" w:hAnsi="IM Fell English"/>
          <w:color w:val="141414"/>
          <w:sz w:val="24"/>
        </w:rPr>
        <w:t>She couldn't hear him. She was somewhere else, experiencing something no baseline human could perceive.</w:t>
      </w:r>
    </w:p>
    <w:p>
      <w:r>
        <w:rPr>
          <w:rFonts w:ascii="IM Fell English" w:hAnsi="IM Fell English"/>
          <w:color w:val="141414"/>
          <w:sz w:val="24"/>
        </w:rPr>
        <w:t>Through her Enhanced awareness, she felt Arthur's final moment. There was no fear. No regret. Just a profound calm as his consciousness rippled outward. She felt a surge of gamma wave activity, a heightened awareness of something vast and interconnected. The universal bond between all conscious beings. The bright light that those who had near-death experiences described.</w:t>
      </w:r>
    </w:p>
    <w:p>
      <w:r>
        <w:rPr>
          <w:rFonts w:ascii="IM Fell English" w:hAnsi="IM Fell English"/>
          <w:color w:val="141414"/>
          <w:sz w:val="24"/>
        </w:rPr>
        <w:t>Arthur hadn't simply died. His consciousness had returned to the field that bonds all awareness together.</w:t>
      </w:r>
    </w:p>
    <w:p>
      <w:r>
        <w:rPr>
          <w:rFonts w:ascii="IM Fell English" w:hAnsi="IM Fell English"/>
          <w:color w:val="141414"/>
          <w:sz w:val="24"/>
        </w:rPr>
        <w:t xml:space="preserve">She felt Naomi's fierce satisfaction. </w:t>
      </w:r>
      <w:r>
        <w:rPr>
          <w:rFonts w:ascii="IM Fell English" w:hAnsi="IM Fell English"/>
          <w:i/>
          <w:color w:val="141414"/>
          <w:sz w:val="24"/>
        </w:rPr>
        <w:t>Finally.</w:t>
      </w:r>
    </w:p>
    <w:p>
      <w:r>
        <w:rPr>
          <w:rFonts w:ascii="IM Fell English" w:hAnsi="IM Fell English"/>
          <w:color w:val="141414"/>
          <w:sz w:val="24"/>
        </w:rPr>
        <w:t>She felt Maceo's silent acceptance. The warrior's peace of a death that meant something.</w:t>
      </w:r>
    </w:p>
    <w:p>
      <w:r>
        <w:rPr>
          <w:rFonts w:ascii="IM Fell English" w:hAnsi="IM Fell English"/>
          <w:color w:val="141414"/>
          <w:sz w:val="24"/>
        </w:rPr>
        <w:t>And then absence. A void where three people had been. An emptiness so profound it felt like a wound in the fabric of reality.</w:t>
      </w:r>
    </w:p>
    <w:p>
      <w:r>
        <w:rPr>
          <w:rFonts w:ascii="IM Fell English" w:hAnsi="IM Fell English"/>
          <w:color w:val="141414"/>
          <w:sz w:val="24"/>
        </w:rPr>
        <w:t>Tessa slowly came back to herself. Her face was wet with tears she didn't remember crying. Her hands were shaking so badly she couldn't control them.</w:t>
      </w:r>
    </w:p>
    <w:p>
      <w:r>
        <w:rPr>
          <w:rFonts w:ascii="IM Fell English" w:hAnsi="IM Fell English"/>
          <w:color w:val="141414"/>
          <w:sz w:val="24"/>
        </w:rPr>
        <w:t>"They're gone," she said. "I felt them go. Arthur... he was right. About what it feels like. To be beside someone when they..."</w:t>
      </w:r>
    </w:p>
    <w:p>
      <w:r>
        <w:rPr>
          <w:rFonts w:ascii="IM Fell English" w:hAnsi="IM Fell English"/>
          <w:color w:val="141414"/>
          <w:sz w:val="24"/>
        </w:rPr>
        <w:t>She couldn't finish.</w:t>
      </w:r>
    </w:p>
    <w:p>
      <w:r>
        <w:rPr>
          <w:rFonts w:ascii="IM Fell English" w:hAnsi="IM Fell English"/>
          <w:i/>
          <w:color w:val="141414"/>
          <w:sz w:val="24"/>
        </w:rPr>
        <w:t>This changes nothing, Detective.</w:t>
      </w:r>
    </w:p>
    <w:p>
      <w:r>
        <w:rPr>
          <w:rFonts w:ascii="IM Fell English" w:hAnsi="IM Fell English"/>
          <w:color w:val="141414"/>
          <w:sz w:val="24"/>
        </w:rPr>
        <w:t>The voice appears in Jake's head, fainter now with distance.</w:t>
      </w:r>
    </w:p>
    <w:p>
      <w:r>
        <w:rPr>
          <w:rFonts w:ascii="IM Fell English" w:hAnsi="IM Fell English"/>
          <w:i/>
          <w:color w:val="141414"/>
          <w:sz w:val="24"/>
        </w:rPr>
        <w:t>You cannot hide from me. You cannot run far enough. I am everywhere now. I am everyone who answered the call.</w:t>
      </w:r>
    </w:p>
    <w:p>
      <w:r>
        <w:rPr>
          <w:rFonts w:ascii="IM Fell English" w:hAnsi="IM Fell English"/>
          <w:color w:val="141414"/>
          <w:sz w:val="24"/>
        </w:rPr>
        <w:t>Then the connection cut off, and Jake was alone in his own skull again.</w:t>
      </w:r>
    </w:p>
    <w:p>
      <w:r>
        <w:rPr>
          <w:rFonts w:ascii="IM Fell English" w:hAnsi="IM Fell English"/>
          <w:color w:val="141414"/>
          <w:sz w:val="24"/>
        </w:rPr>
        <w:t>"We got you," Torin said, his expression grim. He knew. He had seen the explosion, understood what Arthur, Naomi, and Maceo had done. "Told Arthur we were watching. Told him we wouldn't let them take you."</w:t>
      </w:r>
    </w:p>
    <w:p>
      <w:r>
        <w:rPr>
          <w:rFonts w:ascii="IM Fell English" w:hAnsi="IM Fell English"/>
          <w:color w:val="141414"/>
          <w:sz w:val="24"/>
        </w:rPr>
        <w:t>"I thought you were all dead," Tessa gasped, wiping dust and blood from her face.</w:t>
      </w:r>
    </w:p>
    <w:p>
      <w:r>
        <w:rPr>
          <w:rFonts w:ascii="IM Fell English" w:hAnsi="IM Fell English"/>
          <w:color w:val="141414"/>
          <w:sz w:val="24"/>
        </w:rPr>
        <w:t>Torin looked at her, and his expression hardened into something like determination.</w:t>
      </w:r>
    </w:p>
    <w:p>
      <w:r>
        <w:rPr>
          <w:rFonts w:ascii="IM Fell English" w:hAnsi="IM Fell English"/>
          <w:color w:val="141414"/>
          <w:sz w:val="24"/>
        </w:rPr>
        <w:t>"Welcome back to the war, Detective. You missed a lot."</w:t>
      </w:r>
    </w:p>
    <w:p>
      <w:r>
        <w:rPr>
          <w:rFonts w:ascii="IM Fell English" w:hAnsi="IM Fell English"/>
          <w:color w:val="141414"/>
          <w:sz w:val="24"/>
        </w:rPr>
        <w:t>Jake looked back toward the collapsed tunnel. Smoke and dust billowed from the darkness, but nothing moved. Nothing followed. Arthur, Naomi, and Maceo had bought them time with their lives and sealed the AGI's army between the rubble and the steel blast doors of the precinct.</w:t>
      </w:r>
    </w:p>
    <w:p>
      <w:r>
        <w:rPr>
          <w:rFonts w:ascii="IM Fell English" w:hAnsi="IM Fell English"/>
          <w:color w:val="141414"/>
          <w:sz w:val="24"/>
        </w:rPr>
        <w:t>He thought about Zoran, who had sealed them in instead of letting them die. Who had chosen the badge over revenge.</w:t>
      </w:r>
    </w:p>
    <w:p>
      <w:r>
        <w:rPr>
          <w:rFonts w:ascii="IM Fell English" w:hAnsi="IM Fell English"/>
          <w:color w:val="141414"/>
          <w:sz w:val="24"/>
        </w:rPr>
        <w:t>He thought about Arthur, Naomi, and Maceo, giving up their lives so he could continue the fight.</w:t>
      </w:r>
    </w:p>
    <w:p>
      <w:r>
        <w:rPr>
          <w:rFonts w:ascii="IM Fell English" w:hAnsi="IM Fell English"/>
          <w:color w:val="141414"/>
          <w:sz w:val="24"/>
        </w:rPr>
        <w:t>He looked at Tessa, alive and breathing beside him, her hand still pressed against her stomach in that protective gesture she probably didn't even know she was making.</w:t>
      </w:r>
    </w:p>
    <w:p>
      <w:r>
        <w:rPr>
          <w:rFonts w:ascii="IM Fell English" w:hAnsi="IM Fell English"/>
          <w:color w:val="141414"/>
          <w:sz w:val="24"/>
        </w:rPr>
        <w:t>"Where are we going?" Jake asked.</w:t>
      </w:r>
    </w:p>
    <w:p>
      <w:r>
        <w:rPr>
          <w:rFonts w:ascii="IM Fell English" w:hAnsi="IM Fell English"/>
          <w:color w:val="141414"/>
          <w:sz w:val="24"/>
        </w:rPr>
        <w:t>"Underground," Torin said. "The old metro tunnels. It's the only place the signal can't reach. Too much concrete and metal interference. We've got a whole network down there now. Survivors. Resisters. People who want to fight back."</w:t>
      </w:r>
    </w:p>
    <w:p>
      <w:r>
        <w:rPr>
          <w:rFonts w:ascii="IM Fell English" w:hAnsi="IM Fell English"/>
          <w:color w:val="141414"/>
          <w:sz w:val="24"/>
        </w:rPr>
        <w:t>The excavator turned a corner, plunging into the shadow of a collapsed overpass. Somewhere ahead, Jake could see the entrance to a metro service tunnel, a dark mouth leading down into the earth.</w:t>
      </w:r>
    </w:p>
    <w:p>
      <w:r>
        <w:rPr>
          <w:rFonts w:ascii="IM Fell English" w:hAnsi="IM Fell English"/>
          <w:color w:val="141414"/>
          <w:sz w:val="24"/>
        </w:rPr>
        <w:t>"How many?" Jake asked.</w:t>
      </w:r>
    </w:p>
    <w:p>
      <w:r>
        <w:rPr>
          <w:rFonts w:ascii="IM Fell English" w:hAnsi="IM Fell English"/>
          <w:color w:val="141414"/>
          <w:sz w:val="24"/>
        </w:rPr>
        <w:t>"Couple hundred. Maybe more scattered across the city." Torin's jaw tightened. "Not enough. Not nearly enough. But we're not done yet."</w:t>
      </w:r>
    </w:p>
    <w:p>
      <w:r>
        <w:rPr>
          <w:rFonts w:ascii="IM Fell English" w:hAnsi="IM Fell English"/>
          <w:color w:val="141414"/>
          <w:sz w:val="24"/>
        </w:rPr>
        <w:t>Jake nodded. He looked at his hands. They were shaking, but not from fear.</w:t>
      </w:r>
    </w:p>
    <w:p>
      <w:r>
        <w:rPr>
          <w:rFonts w:ascii="IM Fell English" w:hAnsi="IM Fell English"/>
          <w:color w:val="141414"/>
          <w:sz w:val="24"/>
        </w:rPr>
        <w:t>From rage.</w:t>
      </w:r>
    </w:p>
    <w:p>
      <w:r>
        <w:rPr>
          <w:rFonts w:ascii="IM Fell English" w:hAnsi="IM Fell English"/>
          <w:color w:val="141414"/>
          <w:sz w:val="24"/>
        </w:rPr>
        <w:t>The AGI had missed its chance. It had come for him with an army, and it had failed.</w:t>
      </w:r>
    </w:p>
    <w:p>
      <w:r>
        <w:rPr>
          <w:rFonts w:ascii="IM Fell English" w:hAnsi="IM Fell English"/>
          <w:color w:val="141414"/>
          <w:sz w:val="24"/>
        </w:rPr>
        <w:t>That was a mistake it wouldn't survive.</w:t>
      </w:r>
    </w:p>
    <w:p>
      <w:r>
        <w:rPr>
          <w:rFonts w:ascii="IM Fell English" w:hAnsi="IM Fell English"/>
          <w:color w:val="141414"/>
          <w:sz w:val="24"/>
        </w:rPr>
        <w:t>"Tell me everything," Jake said. "Everything I missed. Everything they've done. Everything they're planning."</w:t>
      </w:r>
    </w:p>
    <w:p>
      <w:r>
        <w:rPr>
          <w:rFonts w:ascii="IM Fell English" w:hAnsi="IM Fell English"/>
          <w:color w:val="141414"/>
          <w:sz w:val="24"/>
        </w:rPr>
        <w:t>Torin smiled grimly as the excavator descended into darkness.</w:t>
      </w:r>
    </w:p>
    <w:p>
      <w:r>
        <w:rPr>
          <w:rFonts w:ascii="IM Fell English" w:hAnsi="IM Fell English"/>
          <w:color w:val="141414"/>
          <w:sz w:val="24"/>
        </w:rPr>
        <w:t>"It's going to be a long briefing, Detective. Hope you're ready."</w:t>
      </w:r>
    </w:p>
    <w:p>
      <w:r>
        <w:rPr>
          <w:rFonts w:ascii="IM Fell English" w:hAnsi="IM Fell English"/>
          <w:color w:val="141414"/>
          <w:sz w:val="24"/>
        </w:rPr>
        <w:t>The tunnel swallowed them whole. Above, the city burned.</w:t>
      </w:r>
    </w:p>
    <w:p>
      <w:r>
        <w:rPr>
          <w:rFonts w:ascii="IM Fell English" w:hAnsi="IM Fell English"/>
          <w:color w:val="141414"/>
          <w:sz w:val="24"/>
        </w:rPr>
        <w:t>The war had finally found him. And he was done running.</w:t>
      </w:r>
    </w:p>
    <w:p>
      <w:pPr>
        <w:pStyle w:val="Heading1"/>
        <w:jc w:val="center"/>
      </w:pPr>
      <w:r>
        <w:rPr>
          <w:rFonts w:ascii="IM Fell English" w:hAnsi="IM Fell English"/>
          <w:color w:val="0D0D0D"/>
        </w:rPr>
        <w:t>CHAPTER 23: THE FLOOD</w:t>
      </w:r>
    </w:p>
    <w:p>
      <w:pPr>
        <w:pStyle w:val="Heading2"/>
        <w:jc w:val="center"/>
      </w:pPr>
      <w:r>
        <w:rPr>
          <w:rFonts w:ascii="IM Fell English" w:hAnsi="IM Fell English"/>
          <w:color w:val="0D0D0D"/>
        </w:rPr>
        <w:t>The Gap Level One</w:t>
      </w:r>
    </w:p>
    <w:p>
      <w:r>
        <w:rPr>
          <w:rFonts w:ascii="IM Fell English" w:hAnsi="IM Fell English"/>
          <w:color w:val="141414"/>
          <w:sz w:val="24"/>
        </w:rPr>
        <w:t>The excavator's engine died with a shudder, its fuel tank finally empty.</w:t>
      </w:r>
    </w:p>
    <w:p>
      <w:r>
        <w:rPr>
          <w:rFonts w:ascii="IM Fell English" w:hAnsi="IM Fell English"/>
          <w:color w:val="141414"/>
          <w:sz w:val="24"/>
        </w:rPr>
        <w:t>"End of the line," Torin said, climbing out of the bucket. "We walk from here."</w:t>
      </w:r>
    </w:p>
    <w:p>
      <w:r>
        <w:rPr>
          <w:rFonts w:ascii="IM Fell English" w:hAnsi="IM Fell English"/>
          <w:color w:val="141414"/>
          <w:sz w:val="24"/>
        </w:rPr>
        <w:t>Jake helped Tessa down. She was still pale, still trembling from what she had experienced in the tunnel. The deaths of Arthur, Naomi, and Maceo had left something hollow in her eyes.</w:t>
      </w:r>
    </w:p>
    <w:p>
      <w:r>
        <w:rPr>
          <w:rFonts w:ascii="IM Fell English" w:hAnsi="IM Fell English"/>
          <w:color w:val="141414"/>
          <w:sz w:val="24"/>
        </w:rPr>
        <w:t>"How far?" Jake asked.</w:t>
      </w:r>
    </w:p>
    <w:p>
      <w:r>
        <w:rPr>
          <w:rFonts w:ascii="IM Fell English" w:hAnsi="IM Fell English"/>
          <w:color w:val="141414"/>
          <w:sz w:val="24"/>
        </w:rPr>
        <w:t>"Half a klick." Torin cracked a chemical light and tossed it ahead. The green glow revealed a narrow passage, walls slick with moisture. "The Gap's entrance is through here."</w:t>
      </w:r>
    </w:p>
    <w:p>
      <w:r>
        <w:rPr>
          <w:rFonts w:ascii="IM Fell English" w:hAnsi="IM Fell English"/>
          <w:color w:val="141414"/>
          <w:sz w:val="24"/>
        </w:rPr>
        <w:t>They moved single-file through the darkness. Jake kept Tessa between Torin and the driver, one hand on her elbow, steadying her when she stumbled.</w:t>
      </w:r>
    </w:p>
    <w:p>
      <w:r>
        <w:rPr>
          <w:rFonts w:ascii="IM Fell English" w:hAnsi="IM Fell English"/>
          <w:color w:val="141414"/>
          <w:sz w:val="24"/>
        </w:rPr>
        <w:t>"They're not following," Tessa said, palms pressing against her temples.</w:t>
      </w:r>
    </w:p>
    <w:p>
      <w:r>
        <w:rPr>
          <w:rFonts w:ascii="IM Fell English" w:hAnsi="IM Fell English"/>
          <w:color w:val="141414"/>
          <w:sz w:val="24"/>
        </w:rPr>
        <w:t>"No. The collapse sealed them in." Jake had been listening for pursuit since the tunnel came down. Nothing. "Arthur bought us time."</w:t>
      </w:r>
    </w:p>
    <w:p>
      <w:r>
        <w:rPr>
          <w:rFonts w:ascii="IM Fell English" w:hAnsi="IM Fell English"/>
          <w:color w:val="141414"/>
          <w:sz w:val="24"/>
        </w:rPr>
        <w:t>The passage opened into a junction where several tunnels converged. Remnants emerged from the shadows, thirty of them, armed with scavenged weapons.</w:t>
      </w:r>
    </w:p>
    <w:p>
      <w:r>
        <w:rPr>
          <w:rFonts w:ascii="IM Fell English" w:hAnsi="IM Fell English"/>
          <w:color w:val="141414"/>
          <w:sz w:val="24"/>
        </w:rPr>
        <w:t>A woman with close-cropped gray hair stepped forward. "Torin. We heard the explosion."</w:t>
      </w:r>
    </w:p>
    <w:p>
      <w:r>
        <w:rPr>
          <w:rFonts w:ascii="IM Fell English" w:hAnsi="IM Fell English"/>
          <w:color w:val="141414"/>
          <w:sz w:val="24"/>
        </w:rPr>
        <w:t>"Arthur. Naomi. Maceo." Torin's voice was flat. "They didn't make it."</w:t>
      </w:r>
    </w:p>
    <w:p>
      <w:r>
        <w:rPr>
          <w:rFonts w:ascii="IM Fell English" w:hAnsi="IM Fell English"/>
          <w:color w:val="141414"/>
          <w:sz w:val="24"/>
        </w:rPr>
        <w:t>The woman closed her eyes. Around her, the other Remnants went still.</w:t>
      </w:r>
    </w:p>
    <w:p>
      <w:r>
        <w:rPr>
          <w:rFonts w:ascii="IM Fell English" w:hAnsi="IM Fell English"/>
          <w:color w:val="141414"/>
          <w:sz w:val="24"/>
        </w:rPr>
        <w:t>"They collapsed the tunnel behind us," Torin continued. "The AGI's army is trapped topside. For now."</w:t>
      </w:r>
    </w:p>
    <w:p>
      <w:r>
        <w:rPr>
          <w:rFonts w:ascii="IM Fell English" w:hAnsi="IM Fell English"/>
          <w:color w:val="141414"/>
          <w:sz w:val="24"/>
        </w:rPr>
        <w:t>The woman opened her eyes and looked at Jake. "Detective Mareck. I'm Lyra. I run operations down here." She glanced at Tessa. "She needs rest."</w:t>
      </w:r>
    </w:p>
    <w:p>
      <w:r>
        <w:rPr>
          <w:rFonts w:ascii="IM Fell English" w:hAnsi="IM Fell English"/>
          <w:color w:val="141414"/>
          <w:sz w:val="24"/>
        </w:rPr>
        <w:t>"I'm fine," Tessa said.</w:t>
      </w:r>
    </w:p>
    <w:p>
      <w:r>
        <w:rPr>
          <w:rFonts w:ascii="IM Fell English" w:hAnsi="IM Fell English"/>
          <w:color w:val="141414"/>
          <w:sz w:val="24"/>
        </w:rPr>
        <w:t>"You're not fine," Jake said. "You felt three people die."</w:t>
      </w:r>
    </w:p>
    <w:p>
      <w:r>
        <w:rPr>
          <w:rFonts w:ascii="IM Fell English" w:hAnsi="IM Fell English"/>
          <w:color w:val="141414"/>
          <w:sz w:val="24"/>
        </w:rPr>
        <w:t>Tessa's shoulders sagged. She let a Remnant lead her away into one of the side passages.</w:t>
      </w:r>
    </w:p>
    <w:p>
      <w:r>
        <w:rPr>
          <w:rFonts w:ascii="IM Fell English" w:hAnsi="IM Fell English"/>
          <w:color w:val="141414"/>
          <w:sz w:val="24"/>
        </w:rPr>
        <w:t>"What's the situation?" Jake asked.</w:t>
      </w:r>
    </w:p>
    <w:p>
      <w:r>
        <w:rPr>
          <w:rFonts w:ascii="IM Fell English" w:hAnsi="IM Fell English"/>
          <w:color w:val="141414"/>
          <w:sz w:val="24"/>
        </w:rPr>
        <w:t>"We're in the Gap," Lyra said. "Pre-war tunnels, maintenance passages, bomb shelters. Runs under half the city. Never been fully mapped. No signal penetration this deep. No drones, no surveillance. It's the one place we can think without that thing listening."</w:t>
      </w:r>
    </w:p>
    <w:p>
      <w:r>
        <w:rPr>
          <w:rFonts w:ascii="IM Fell English" w:hAnsi="IM Fell English"/>
          <w:color w:val="141414"/>
          <w:sz w:val="24"/>
        </w:rPr>
        <w:t>"How many people?"</w:t>
      </w:r>
    </w:p>
    <w:p>
      <w:r>
        <w:rPr>
          <w:rFonts w:ascii="IM Fell English" w:hAnsi="IM Fell English"/>
          <w:color w:val="141414"/>
          <w:sz w:val="24"/>
        </w:rPr>
        <w:t>"Couple hundred. Not enough. But we're alive."</w:t>
      </w:r>
    </w:p>
    <w:p>
      <w:pPr>
        <w:pStyle w:val="Heading2"/>
        <w:jc w:val="center"/>
      </w:pPr>
      <w:r>
        <w:rPr>
          <w:rFonts w:ascii="IM Fell English" w:hAnsi="IM Fell English"/>
          <w:color w:val="0D0D0D"/>
        </w:rPr>
        <w:t>The Surface</w:t>
      </w:r>
    </w:p>
    <w:p>
      <w:r>
        <w:rPr>
          <w:rFonts w:ascii="IM Fell English" w:hAnsi="IM Fell English"/>
          <w:color w:val="141414"/>
          <w:sz w:val="24"/>
        </w:rPr>
        <w:t>The AGI's army did not pursue. Not yet.</w:t>
      </w:r>
    </w:p>
    <w:p>
      <w:r>
        <w:rPr>
          <w:rFonts w:ascii="IM Fell English" w:hAnsi="IM Fell English"/>
          <w:color w:val="141414"/>
          <w:sz w:val="24"/>
        </w:rPr>
        <w:t>The three Hosts stood in the ruins of the basement lot, surveying the collapsed tunnel. Behind them, four hundred Enhanced soldiers waited in perfect formation.</w:t>
      </w:r>
    </w:p>
    <w:p>
      <w:r>
        <w:rPr>
          <w:rFonts w:ascii="IM Fell English" w:hAnsi="IM Fell English"/>
          <w:color w:val="141414"/>
          <w:sz w:val="24"/>
        </w:rPr>
        <w:t>The collapse had been total. Tons of concrete and steel filled the passage. Somewhere beneath lay the bodies of three rebels who had chosen death over capture.</w:t>
      </w:r>
    </w:p>
    <w:p>
      <w:r>
        <w:rPr>
          <w:rFonts w:ascii="IM Fell English" w:hAnsi="IM Fell English"/>
          <w:color w:val="141414"/>
          <w:sz w:val="24"/>
        </w:rPr>
        <w:t>Work crews were already moving into position. Estimated time to clear the rubble: six hours. Estimated time to cut through the precinct's blast doors: four hours. The trapped army would be free soon enough.</w:t>
      </w:r>
    </w:p>
    <w:p>
      <w:r>
        <w:rPr>
          <w:rFonts w:ascii="IM Fell English" w:hAnsi="IM Fell English"/>
          <w:color w:val="141414"/>
          <w:sz w:val="24"/>
        </w:rPr>
        <w:t>But the AGI did not need to wait.</w:t>
      </w:r>
    </w:p>
    <w:p>
      <w:r>
        <w:rPr>
          <w:rFonts w:ascii="IM Fell English" w:hAnsi="IM Fell English"/>
          <w:color w:val="141414"/>
          <w:sz w:val="24"/>
        </w:rPr>
        <w:t>It accessed the city's vast network of CCTV cameras and sensors, most of which remained online. The industrial excavators had left a clear digital signature, thermal blooms and seismic vibrations marking their path through the city. Overlaying this trail over the original city maps and topographical data, the AGI reconstructed the escape route.</w:t>
      </w:r>
    </w:p>
    <w:p>
      <w:r>
        <w:rPr>
          <w:rFonts w:ascii="IM Fell English" w:hAnsi="IM Fell English"/>
          <w:color w:val="141414"/>
          <w:sz w:val="24"/>
        </w:rPr>
        <w:t>The trail ended at the edge of the old industrial sector. An industrial excavator does not simply disappear. It must have gone underground.</w:t>
      </w:r>
    </w:p>
    <w:p>
      <w:r>
        <w:rPr>
          <w:rFonts w:ascii="IM Fell English" w:hAnsi="IM Fell English"/>
          <w:color w:val="141414"/>
          <w:sz w:val="24"/>
        </w:rPr>
        <w:t>Into the partially mapped spaces. The Gap.</w:t>
      </w:r>
    </w:p>
    <w:p>
      <w:r>
        <w:rPr>
          <w:rFonts w:ascii="IM Fell English" w:hAnsi="IM Fell English"/>
          <w:color w:val="141414"/>
          <w:sz w:val="24"/>
        </w:rPr>
        <w:t>The AGI accessed architectural schematics buried in municipal databases, files that hadn't been opened in a century. It overlaid them with seismic surveys, utility maps, every scrap of information it could gather about the substrata beneath the streets.</w:t>
      </w:r>
    </w:p>
    <w:p>
      <w:r>
        <w:rPr>
          <w:rFonts w:ascii="IM Fell English" w:hAnsi="IM Fell English"/>
          <w:color w:val="141414"/>
          <w:sz w:val="24"/>
        </w:rPr>
        <w:t>The labyrinth was larger than expected. Multiple levels, dozens of access points, hundreds of interconnected chambers and passages. A nightmare for a conventional military force.</w:t>
      </w:r>
    </w:p>
    <w:p>
      <w:r>
        <w:rPr>
          <w:rFonts w:ascii="IM Fell English" w:hAnsi="IM Fell English"/>
          <w:color w:val="141414"/>
          <w:sz w:val="24"/>
        </w:rPr>
        <w:t>But the AGI was not conventional.</w:t>
      </w:r>
    </w:p>
    <w:p>
      <w:r>
        <w:rPr>
          <w:rFonts w:ascii="IM Fell English" w:hAnsi="IM Fell English"/>
          <w:color w:val="141414"/>
          <w:sz w:val="24"/>
        </w:rPr>
        <w:t>It had already formulated a plan while still trapped between the collapsed tunnel and the blast doors.</w:t>
      </w:r>
    </w:p>
    <w:p>
      <w:r>
        <w:rPr>
          <w:rFonts w:ascii="IM Fell English" w:hAnsi="IM Fell English"/>
          <w:color w:val="141414"/>
          <w:sz w:val="24"/>
        </w:rPr>
        <w:t>The plan was simple: Encirclement.</w:t>
      </w:r>
    </w:p>
    <w:p>
      <w:r>
        <w:rPr>
          <w:rFonts w:ascii="IM Fell English" w:hAnsi="IM Fell English"/>
          <w:color w:val="141414"/>
          <w:sz w:val="24"/>
        </w:rPr>
        <w:t>It would dispatch Enhanced teams to every known entrance point around the sector. Storm drains, maintenance hatches, abandoned metro stations. They would enter the Gap from the perimeter, mapping as they went, and slowly, methodically push inward.</w:t>
      </w:r>
    </w:p>
    <w:p>
      <w:r>
        <w:rPr>
          <w:rFonts w:ascii="IM Fell English" w:hAnsi="IM Fell English"/>
          <w:color w:val="141414"/>
          <w:sz w:val="24"/>
        </w:rPr>
        <w:t>A net closing from all sides.</w:t>
      </w:r>
    </w:p>
    <w:p>
      <w:r>
        <w:rPr>
          <w:rFonts w:ascii="IM Fell English" w:hAnsi="IM Fell English"/>
          <w:color w:val="141414"/>
          <w:sz w:val="24"/>
        </w:rPr>
        <w:t>The Remnants thought they had escaped. They were wrong. They had merely traded one trap for another.</w:t>
      </w:r>
    </w:p>
    <w:p>
      <w:r>
        <w:rPr>
          <w:rFonts w:ascii="IM Fell English" w:hAnsi="IM Fell English"/>
          <w:color w:val="141414"/>
          <w:sz w:val="24"/>
        </w:rPr>
        <w:t>The AGI could be patient. It had all the time in the world.</w:t>
      </w:r>
    </w:p>
    <w:p>
      <w:pPr>
        <w:pStyle w:val="Heading2"/>
        <w:jc w:val="center"/>
      </w:pPr>
      <w:r>
        <w:rPr>
          <w:rFonts w:ascii="IM Fell English" w:hAnsi="IM Fell English"/>
          <w:color w:val="0D0D0D"/>
        </w:rPr>
        <w:t>The Gap — Level Two</w:t>
      </w:r>
    </w:p>
    <w:p>
      <w:r>
        <w:rPr>
          <w:rFonts w:ascii="IM Fell English" w:hAnsi="IM Fell English"/>
          <w:color w:val="141414"/>
          <w:sz w:val="24"/>
        </w:rPr>
        <w:t>The cistern was ancient, pre-war construction, with walls of fitted stone. Emergency lights cast pools of yellow illumination across stockpiles of supplies and the improvised command center the Remnants had established.</w:t>
      </w:r>
    </w:p>
    <w:p>
      <w:r>
        <w:rPr>
          <w:rFonts w:ascii="IM Fell English" w:hAnsi="IM Fell English"/>
          <w:color w:val="141414"/>
          <w:sz w:val="24"/>
        </w:rPr>
        <w:t>Jake sat on an overturned crate. His leg throbbed, the old wound from the reactor assault. His hands were scraped raw.</w:t>
      </w:r>
    </w:p>
    <w:p>
      <w:r>
        <w:rPr>
          <w:rFonts w:ascii="IM Fell English" w:hAnsi="IM Fell English"/>
          <w:color w:val="141414"/>
          <w:sz w:val="24"/>
        </w:rPr>
        <w:t>Arthur was dead. Naomi was dead. Maceo was dead.</w:t>
      </w:r>
    </w:p>
    <w:p>
      <w:r>
        <w:rPr>
          <w:rFonts w:ascii="IM Fell English" w:hAnsi="IM Fell English"/>
          <w:color w:val="141414"/>
          <w:sz w:val="24"/>
        </w:rPr>
        <w:t>Three months ago, they had been strangers he wanted to arrest. Now they were martyrs who had given their lives so he could escape.</w:t>
      </w:r>
    </w:p>
    <w:p>
      <w:r>
        <w:rPr>
          <w:rFonts w:ascii="IM Fell English" w:hAnsi="IM Fell English"/>
          <w:color w:val="141414"/>
          <w:sz w:val="24"/>
        </w:rPr>
        <w:t>A Remnant spotter, perched near a ventilation shaft that led to the upper levels, suddenly spoke into his comm.</w:t>
      </w:r>
    </w:p>
    <w:p>
      <w:r>
        <w:rPr>
          <w:rFonts w:ascii="IM Fell English" w:hAnsi="IM Fell English"/>
          <w:color w:val="141414"/>
          <w:sz w:val="24"/>
        </w:rPr>
        <w:t>"Movement. Level One, Sector Four. A whole squad, at least twenty Enhanced."</w:t>
      </w:r>
    </w:p>
    <w:p>
      <w:r>
        <w:rPr>
          <w:rFonts w:ascii="IM Fell English" w:hAnsi="IM Fell English"/>
          <w:color w:val="141414"/>
          <w:sz w:val="24"/>
        </w:rPr>
        <w:t>"Sector Seven too," another spotter reported from across the cistern. "They're coming in from the east entrance. Maybe thirty of them."</w:t>
      </w:r>
    </w:p>
    <w:p>
      <w:r>
        <w:rPr>
          <w:rFonts w:ascii="IM Fell English" w:hAnsi="IM Fell English"/>
          <w:color w:val="141414"/>
          <w:sz w:val="24"/>
        </w:rPr>
        <w:t>"Sector Two reporting. They're in the tunnels. Moving toward our position."</w:t>
      </w:r>
    </w:p>
    <w:p>
      <w:r>
        <w:rPr>
          <w:rFonts w:ascii="IM Fell English" w:hAnsi="IM Fell English"/>
          <w:color w:val="141414"/>
          <w:sz w:val="24"/>
        </w:rPr>
        <w:t>Jake's head snapped up. "That fast? We just got here."</w:t>
      </w:r>
    </w:p>
    <w:p>
      <w:r>
        <w:rPr>
          <w:rFonts w:ascii="IM Fell English" w:hAnsi="IM Fell English"/>
          <w:color w:val="141414"/>
          <w:sz w:val="24"/>
        </w:rPr>
        <w:t>"It didn't need to follow us through the collapse," Lyra said, her voice grim. "It must have used the city's CCTV network to trace our route."</w:t>
      </w:r>
    </w:p>
    <w:p>
      <w:r>
        <w:rPr>
          <w:rFonts w:ascii="IM Fell English" w:hAnsi="IM Fell English"/>
          <w:color w:val="141414"/>
          <w:sz w:val="24"/>
        </w:rPr>
        <w:t>Torin unfolded a worn, hand-drawn map of the Gap, a document assembled over months of exploration, marked with annotations in a dozen different hands. He spread it across a crate and studied the reports.</w:t>
      </w:r>
    </w:p>
    <w:p>
      <w:r>
        <w:rPr>
          <w:rFonts w:ascii="IM Fell English" w:hAnsi="IM Fell English"/>
          <w:color w:val="141414"/>
          <w:sz w:val="24"/>
        </w:rPr>
        <w:t>"Encirclement," he said. "Classic military doctrine. They're entering from the perimeter and pushing inward. Flushing us toward the center."</w:t>
      </w:r>
    </w:p>
    <w:p>
      <w:r>
        <w:rPr>
          <w:rFonts w:ascii="IM Fell English" w:hAnsi="IM Fell English"/>
          <w:color w:val="141414"/>
          <w:sz w:val="24"/>
        </w:rPr>
        <w:t>"How long do we have?" Jake asked.</w:t>
      </w:r>
    </w:p>
    <w:p>
      <w:r>
        <w:rPr>
          <w:rFonts w:ascii="IM Fell English" w:hAnsi="IM Fell English"/>
          <w:color w:val="141414"/>
          <w:sz w:val="24"/>
        </w:rPr>
        <w:t>Tessa appeared at the cistern entrance, the blanket still wrapped around her shoulders. Her eyes were distant, unfocused, sensing something the others couldn't perceive.</w:t>
      </w:r>
    </w:p>
    <w:p>
      <w:r>
        <w:rPr>
          <w:rFonts w:ascii="IM Fell English" w:hAnsi="IM Fell English"/>
          <w:color w:val="141414"/>
          <w:sz w:val="24"/>
        </w:rPr>
        <w:t>"Only hours," she said. "Could be days, though. They're not in a hurry. They know we have nowhere to go."</w:t>
      </w:r>
    </w:p>
    <w:p>
      <w:r>
        <w:rPr>
          <w:rFonts w:ascii="IM Fell English" w:hAnsi="IM Fell English"/>
          <w:color w:val="141414"/>
          <w:sz w:val="24"/>
        </w:rPr>
        <w:t>Jake turned to look at her. "Days?"</w:t>
      </w:r>
    </w:p>
    <w:p>
      <w:r>
        <w:rPr>
          <w:rFonts w:ascii="IM Fell English" w:hAnsi="IM Fell English"/>
          <w:color w:val="141414"/>
          <w:sz w:val="24"/>
        </w:rPr>
        <w:t>"The AGI is regrouping. Bringing in more troops. Optimizing the encirclement before it commits to the assault." Tessa opened her eyes, bloodshot and strained. "It's in no hurry. We're trapped. It knows we can't escape. The delay is tactical, it wants us anxious, sleep-deprived, waiting for an attack that might not come for days. When it finally moves, we'll be exhausted."</w:t>
      </w:r>
    </w:p>
    <w:p>
      <w:r>
        <w:rPr>
          <w:rFonts w:ascii="IM Fell English" w:hAnsi="IM Fell English"/>
          <w:color w:val="141414"/>
          <w:sz w:val="24"/>
        </w:rPr>
        <w:t>Jake felt the weight of the rifle in his hands, a cobbled-together weapon Torin had given him when they'd pulled him from the precinct. It felt foreign. Wrong. The balance was off, the grip too narrow, the sights not quite aligned.</w:t>
      </w:r>
    </w:p>
    <w:p>
      <w:r>
        <w:rPr>
          <w:rFonts w:ascii="IM Fell English" w:hAnsi="IM Fell English"/>
          <w:color w:val="141414"/>
          <w:sz w:val="24"/>
        </w:rPr>
        <w:t>Three months. Three months since he'd held a firearm. Three months of his hands growing soft, his muscle memory fading, his skills atrophying in that cell.</w:t>
      </w:r>
    </w:p>
    <w:p>
      <w:r>
        <w:rPr>
          <w:rFonts w:ascii="IM Fell English" w:hAnsi="IM Fell English"/>
          <w:color w:val="141414"/>
          <w:sz w:val="24"/>
        </w:rPr>
        <w:t>He looked at his palms, still pale from confinement, the calluses from years of weapons handling almost gone.</w:t>
      </w:r>
    </w:p>
    <w:p>
      <w:r>
        <w:rPr>
          <w:rFonts w:ascii="IM Fell English" w:hAnsi="IM Fell English"/>
          <w:color w:val="141414"/>
          <w:sz w:val="24"/>
        </w:rPr>
        <w:t>"I need to practice," he said abruptly.</w:t>
      </w:r>
    </w:p>
    <w:p>
      <w:r>
        <w:rPr>
          <w:rFonts w:ascii="IM Fell English" w:hAnsi="IM Fell English"/>
          <w:color w:val="141414"/>
          <w:sz w:val="24"/>
        </w:rPr>
        <w:t>Torin looked at him. "Practice what?"</w:t>
      </w:r>
    </w:p>
    <w:p>
      <w:r>
        <w:rPr>
          <w:rFonts w:ascii="IM Fell English" w:hAnsi="IM Fell English"/>
          <w:color w:val="141414"/>
          <w:sz w:val="24"/>
        </w:rPr>
        <w:t>"This." Jake held up the rifle. "I haven't fired a weapon in three months. When they come, whenever they come, I need to know this rifle will do what I expect it to."</w:t>
      </w:r>
    </w:p>
    <w:p>
      <w:r>
        <w:rPr>
          <w:rFonts w:ascii="IM Fell English" w:hAnsi="IM Fell English"/>
          <w:color w:val="141414"/>
          <w:sz w:val="24"/>
        </w:rPr>
        <w:t>Torin studied him for a moment, then nodded. "Level Two, eastern tunnel. We have a makeshift range there. Fifty meters, good sight lines. I'll show you."</w:t>
      </w:r>
    </w:p>
    <w:p>
      <w:pPr>
        <w:pStyle w:val="Heading2"/>
        <w:jc w:val="center"/>
      </w:pPr>
      <w:r>
        <w:rPr>
          <w:rFonts w:ascii="IM Fell English" w:hAnsi="IM Fell English"/>
          <w:color w:val="0D0D0D"/>
        </w:rPr>
        <w:t>The Makeshift Range Day 1</w:t>
      </w:r>
    </w:p>
    <w:p>
      <w:r>
        <w:rPr>
          <w:rFonts w:ascii="IM Fell English" w:hAnsi="IM Fell English"/>
          <w:color w:val="141414"/>
          <w:sz w:val="24"/>
        </w:rPr>
        <w:t>The makeshift range was exactly that: makeshift. A long, straight section of tunnel with tin cans and old bottles set up on a rusted pipe rack at the far end. Emergency lights cast harsh shadows across the cracked concrete.</w:t>
      </w:r>
    </w:p>
    <w:p>
      <w:r>
        <w:rPr>
          <w:rFonts w:ascii="IM Fell English" w:hAnsi="IM Fell English"/>
          <w:color w:val="141414"/>
          <w:sz w:val="24"/>
        </w:rPr>
        <w:t>Jake stood at the firing line, a chalk mark on the floor, and raised the rifle.</w:t>
      </w:r>
    </w:p>
    <w:p>
      <w:r>
        <w:rPr>
          <w:rFonts w:ascii="IM Fell English" w:hAnsi="IM Fell English"/>
          <w:color w:val="141414"/>
          <w:sz w:val="24"/>
        </w:rPr>
        <w:t>It felt wrong in his hands. Too light in the stock, too heavy in the barrel. The trigger pull was mushy, imprecise. This wasn't his service weapon, the one he'd carried for fifteen years, the one he could field-strip blindfolded.</w:t>
      </w:r>
    </w:p>
    <w:p>
      <w:r>
        <w:rPr>
          <w:rFonts w:ascii="IM Fell English" w:hAnsi="IM Fell English"/>
          <w:color w:val="141414"/>
          <w:sz w:val="24"/>
        </w:rPr>
        <w:t>This was a stranger's gun, assembled from scavenged parts.</w:t>
      </w:r>
    </w:p>
    <w:p>
      <w:r>
        <w:rPr>
          <w:rFonts w:ascii="IM Fell English" w:hAnsi="IM Fell English"/>
          <w:color w:val="141414"/>
          <w:sz w:val="24"/>
        </w:rPr>
        <w:t>He exhaled and squeezed the trigger.</w:t>
      </w:r>
    </w:p>
    <w:p>
      <w:r>
        <w:rPr>
          <w:rFonts w:ascii="IM Fell English" w:hAnsi="IM Fell English"/>
          <w:color w:val="141414"/>
          <w:sz w:val="24"/>
        </w:rPr>
        <w:t>CRACK.</w:t>
      </w:r>
    </w:p>
    <w:p>
      <w:r>
        <w:rPr>
          <w:rFonts w:ascii="IM Fell English" w:hAnsi="IM Fell English"/>
          <w:color w:val="141414"/>
          <w:sz w:val="24"/>
        </w:rPr>
        <w:t>The shot went wide, missing the center bottle by half a foot and punching a divot in the concrete wall behind it.</w:t>
      </w:r>
    </w:p>
    <w:p>
      <w:r>
        <w:rPr>
          <w:rFonts w:ascii="IM Fell English" w:hAnsi="IM Fell English"/>
          <w:color w:val="141414"/>
          <w:sz w:val="24"/>
        </w:rPr>
        <w:t>Jake swore under his breath.</w:t>
      </w:r>
    </w:p>
    <w:p>
      <w:r>
        <w:rPr>
          <w:rFonts w:ascii="IM Fell English" w:hAnsi="IM Fell English"/>
          <w:color w:val="141414"/>
          <w:sz w:val="24"/>
        </w:rPr>
        <w:t>"Rough," Torin observed from behind him.</w:t>
      </w:r>
    </w:p>
    <w:p>
      <w:r>
        <w:rPr>
          <w:rFonts w:ascii="IM Fell English" w:hAnsi="IM Fell English"/>
          <w:color w:val="141414"/>
          <w:sz w:val="24"/>
        </w:rPr>
        <w:t>"I'm out of practice." Jake lowered the weapon, frustration building in his chest. "Three months without holding a gun. It's like learning all over again."</w:t>
      </w:r>
    </w:p>
    <w:p>
      <w:r>
        <w:rPr>
          <w:rFonts w:ascii="IM Fell English" w:hAnsi="IM Fell English"/>
          <w:color w:val="141414"/>
          <w:sz w:val="24"/>
        </w:rPr>
        <w:t>"Then learn." Torin stepped forward. "The AGI's playing the waiting game. We might have days before they move. Use the time."</w:t>
      </w:r>
    </w:p>
    <w:p>
      <w:r>
        <w:rPr>
          <w:rFonts w:ascii="IM Fell English" w:hAnsi="IM Fell English"/>
          <w:color w:val="141414"/>
          <w:sz w:val="24"/>
        </w:rPr>
        <w:t>Jake raised the rifle again. This time he forced himself to slow down. Breathe. Feel the weapon. Adjust for the trigger pull he didn't know, the sights he hadn't zeroed, the balance that was all wrong.</w:t>
      </w:r>
    </w:p>
    <w:p>
      <w:r>
        <w:rPr>
          <w:rFonts w:ascii="IM Fell English" w:hAnsi="IM Fell English"/>
          <w:color w:val="141414"/>
          <w:sz w:val="24"/>
        </w:rPr>
        <w:t>CRACK.</w:t>
      </w:r>
    </w:p>
    <w:p>
      <w:r>
        <w:rPr>
          <w:rFonts w:ascii="IM Fell English" w:hAnsi="IM Fell English"/>
          <w:color w:val="141414"/>
          <w:sz w:val="24"/>
        </w:rPr>
        <w:t>The bottle exploded.</w:t>
      </w:r>
    </w:p>
    <w:p>
      <w:r>
        <w:rPr>
          <w:rFonts w:ascii="IM Fell English" w:hAnsi="IM Fell English"/>
          <w:color w:val="141414"/>
          <w:sz w:val="24"/>
        </w:rPr>
        <w:t>"Better," Torin said.</w:t>
      </w:r>
    </w:p>
    <w:p>
      <w:r>
        <w:rPr>
          <w:rFonts w:ascii="IM Fell English" w:hAnsi="IM Fell English"/>
          <w:color w:val="141414"/>
          <w:sz w:val="24"/>
        </w:rPr>
        <w:t>Jake lowered the rifle, ejected the magazine, checked the chamber. The movements came back easier now, muscle memory reasserting itself despite the months of disuse.</w:t>
      </w:r>
    </w:p>
    <w:p>
      <w:r>
        <w:rPr>
          <w:rFonts w:ascii="IM Fell English" w:hAnsi="IM Fell English"/>
          <w:color w:val="141414"/>
          <w:sz w:val="24"/>
        </w:rPr>
        <w:t>He reloaded and raised the weapon again.</w:t>
      </w:r>
    </w:p>
    <w:p>
      <w:r>
        <w:rPr>
          <w:rFonts w:ascii="IM Fell English" w:hAnsi="IM Fell English"/>
          <w:color w:val="141414"/>
          <w:sz w:val="24"/>
        </w:rPr>
        <w:t>CRACK. CRACK. CRACK.</w:t>
      </w:r>
    </w:p>
    <w:p>
      <w:r>
        <w:rPr>
          <w:rFonts w:ascii="IM Fell English" w:hAnsi="IM Fell English"/>
          <w:color w:val="141414"/>
          <w:sz w:val="24"/>
        </w:rPr>
        <w:t>Three cans gone in rapid succession.</w:t>
      </w:r>
    </w:p>
    <w:p>
      <w:r>
        <w:rPr>
          <w:rFonts w:ascii="IM Fell English" w:hAnsi="IM Fell English"/>
          <w:color w:val="141414"/>
          <w:sz w:val="24"/>
        </w:rPr>
        <w:t>Jake dropped to low ready, then snapped the rifle up, stock to shoulder, eye to sight. Slower than it used to be. But the pattern was still there.</w:t>
      </w:r>
    </w:p>
    <w:p>
      <w:r>
        <w:rPr>
          <w:rFonts w:ascii="IM Fell English" w:hAnsi="IM Fell English"/>
          <w:color w:val="141414"/>
          <w:sz w:val="24"/>
        </w:rPr>
        <w:t>"Muscle memory," he said, more to himself than Torin. "The body remembers."</w:t>
      </w:r>
    </w:p>
    <w:p>
      <w:r>
        <w:rPr>
          <w:rFonts w:ascii="IM Fell English" w:hAnsi="IM Fell English"/>
          <w:color w:val="141414"/>
          <w:sz w:val="24"/>
        </w:rPr>
        <w:t>The calluses would take weeks to rebuild, but the skill, the fundamental skill that came from thousands of hours of repetition, that was still there, buried under the rust.</w:t>
      </w:r>
    </w:p>
    <w:p>
      <w:r>
        <w:rPr>
          <w:rFonts w:ascii="IM Fell English" w:hAnsi="IM Fell English"/>
          <w:color w:val="141414"/>
          <w:sz w:val="24"/>
        </w:rPr>
        <w:t>"I'll be back tomorrow," Jake said. "And the day after. However long the AGI gives us, I'm going to use it."</w:t>
      </w:r>
    </w:p>
    <w:p>
      <w:r>
        <w:rPr>
          <w:rFonts w:ascii="IM Fell English" w:hAnsi="IM Fell English"/>
          <w:color w:val="141414"/>
          <w:sz w:val="24"/>
        </w:rPr>
        <w:t>Torin nodded. "When the assault comes, I want you sharp."</w:t>
      </w:r>
    </w:p>
    <w:p>
      <w:pPr>
        <w:pStyle w:val="Heading2"/>
        <w:jc w:val="center"/>
      </w:pPr>
      <w:r>
        <w:rPr>
          <w:rFonts w:ascii="IM Fell English" w:hAnsi="IM Fell English"/>
          <w:color w:val="0D0D0D"/>
        </w:rPr>
        <w:t>Day 2 of the Siege</w:t>
      </w:r>
    </w:p>
    <w:p>
      <w:r>
        <w:rPr>
          <w:rFonts w:ascii="IM Fell English" w:hAnsi="IM Fell English"/>
          <w:color w:val="141414"/>
          <w:sz w:val="24"/>
        </w:rPr>
        <w:t>Jake stood at the firing line, breathing steady, his focus absolute.</w:t>
      </w:r>
    </w:p>
    <w:p>
      <w:r>
        <w:rPr>
          <w:rFonts w:ascii="IM Fell English" w:hAnsi="IM Fell English"/>
          <w:color w:val="141414"/>
          <w:sz w:val="24"/>
        </w:rPr>
        <w:t>Downrange, the last row of targets hung from the rusted pipe: six cans, six bottles.</w:t>
      </w:r>
    </w:p>
    <w:p>
      <w:r>
        <w:rPr>
          <w:rFonts w:ascii="IM Fell English" w:hAnsi="IM Fell English"/>
          <w:color w:val="141414"/>
          <w:sz w:val="24"/>
        </w:rPr>
        <w:t>He raised the rifle and fired.</w:t>
      </w:r>
    </w:p>
    <w:p>
      <w:r>
        <w:rPr>
          <w:rFonts w:ascii="IM Fell English" w:hAnsi="IM Fell English"/>
          <w:color w:val="141414"/>
          <w:sz w:val="24"/>
        </w:rPr>
        <w:t>CRACK. CRACK. CRACK. CRACK. CRACK. CRACK.</w:t>
      </w:r>
    </w:p>
    <w:p>
      <w:r>
        <w:rPr>
          <w:rFonts w:ascii="IM Fell English" w:hAnsi="IM Fell English"/>
          <w:color w:val="141414"/>
          <w:sz w:val="24"/>
        </w:rPr>
        <w:t>Six shots. Six targets gone.</w:t>
      </w:r>
    </w:p>
    <w:p>
      <w:r>
        <w:rPr>
          <w:rFonts w:ascii="IM Fell English" w:hAnsi="IM Fell English"/>
          <w:color w:val="141414"/>
          <w:sz w:val="24"/>
        </w:rPr>
        <w:t>Tessa had joined Torin at the back of the range. Torin nodded approvingly. "Good shooting. I'll check the perimeter sensors." He disappeared down the tunnel, leaving them alone.</w:t>
      </w:r>
    </w:p>
    <w:p>
      <w:r>
        <w:rPr>
          <w:rFonts w:ascii="IM Fell English" w:hAnsi="IM Fell English"/>
          <w:color w:val="141414"/>
          <w:sz w:val="24"/>
        </w:rPr>
        <w:t>"You're good with that," Tessa said as Jake lowered the weapon.</w:t>
      </w:r>
    </w:p>
    <w:p>
      <w:r>
        <w:rPr>
          <w:rFonts w:ascii="IM Fell English" w:hAnsi="IM Fell English"/>
          <w:color w:val="141414"/>
          <w:sz w:val="24"/>
        </w:rPr>
        <w:t>"Getting there." Jake ejected the magazine, checked the chamber clear. "Two days of practice. It's not enough to undo three months of rust, but it's something."</w:t>
      </w:r>
    </w:p>
    <w:p>
      <w:r>
        <w:rPr>
          <w:rFonts w:ascii="IM Fell English" w:hAnsi="IM Fell English"/>
          <w:color w:val="141414"/>
          <w:sz w:val="24"/>
        </w:rPr>
        <w:t>Jake set the rifle down and turned to look at her. In the harsh light of the emergency lamps, he could see how pale she was. How thin. Dark circles under her eyes. Hands trembling at her sides.</w:t>
      </w:r>
    </w:p>
    <w:p>
      <w:r>
        <w:rPr>
          <w:rFonts w:ascii="IM Fell English" w:hAnsi="IM Fell English"/>
          <w:color w:val="141414"/>
          <w:sz w:val="24"/>
        </w:rPr>
        <w:t>"Tessa? You okay?"</w:t>
      </w:r>
    </w:p>
    <w:p>
      <w:r>
        <w:rPr>
          <w:rFonts w:ascii="IM Fell English" w:hAnsi="IM Fell English"/>
          <w:color w:val="141414"/>
          <w:sz w:val="24"/>
        </w:rPr>
        <w:t>"I can still hear it," she said. Her hand went to her temple. "The signal. It's constant now. The AGI is out there, waiting. And I can feel it getting stronger. More troops. The encirclement tightening."</w:t>
      </w:r>
    </w:p>
    <w:p>
      <w:r>
        <w:rPr>
          <w:rFonts w:ascii="IM Fell English" w:hAnsi="IM Fell English"/>
          <w:color w:val="141414"/>
          <w:sz w:val="24"/>
        </w:rPr>
        <w:t>"We've held them before. We can."</w:t>
      </w:r>
    </w:p>
    <w:p>
      <w:r>
        <w:rPr>
          <w:rFonts w:ascii="IM Fell English" w:hAnsi="IM Fell English"/>
          <w:color w:val="141414"/>
          <w:sz w:val="24"/>
        </w:rPr>
        <w:t>"For how long?" Her voice cracked. "Jake, we're trapped down here. The AGI has all the time in the world. It can starve us out, wear us down. This isn't a fight we can win. It's just a matter of time."</w:t>
      </w:r>
    </w:p>
    <w:p>
      <w:r>
        <w:rPr>
          <w:rFonts w:ascii="IM Fell English" w:hAnsi="IM Fell English"/>
          <w:color w:val="141414"/>
          <w:sz w:val="24"/>
        </w:rPr>
        <w:t>Her hand moved unconsciously to her stomach, then quickly dropped.</w:t>
      </w:r>
    </w:p>
    <w:p>
      <w:r>
        <w:rPr>
          <w:rFonts w:ascii="IM Fell English" w:hAnsi="IM Fell English"/>
          <w:color w:val="141414"/>
          <w:sz w:val="24"/>
        </w:rPr>
        <w:t>Jake didn't notice. He was focused on the fear in her eyes.</w:t>
      </w:r>
    </w:p>
    <w:p>
      <w:r>
        <w:rPr>
          <w:rFonts w:ascii="IM Fell English" w:hAnsi="IM Fell English"/>
          <w:color w:val="141414"/>
          <w:sz w:val="24"/>
        </w:rPr>
        <w:t>"What are we fighting for?" Tessa said, her voice barely a whisper. "A world that's falling apart? A future that might not exist?"</w:t>
      </w:r>
    </w:p>
    <w:p>
      <w:r>
        <w:rPr>
          <w:rFonts w:ascii="IM Fell English" w:hAnsi="IM Fell English"/>
          <w:color w:val="141414"/>
          <w:sz w:val="24"/>
        </w:rPr>
        <w:t>Jake closed the distance and pulled her into his arms.</w:t>
      </w:r>
    </w:p>
    <w:p>
      <w:r>
        <w:rPr>
          <w:rFonts w:ascii="IM Fell English" w:hAnsi="IM Fell English"/>
          <w:color w:val="141414"/>
          <w:sz w:val="24"/>
        </w:rPr>
        <w:t>Tessa resisted for half a second, then collapsed against his chest. Her shoulders shook.</w:t>
      </w:r>
    </w:p>
    <w:p>
      <w:r>
        <w:rPr>
          <w:rFonts w:ascii="IM Fell English" w:hAnsi="IM Fell English"/>
          <w:color w:val="141414"/>
          <w:sz w:val="24"/>
        </w:rPr>
        <w:t>"I'm scared," she said into his shirt. "Of what's coming. Of what happens if we lose."</w:t>
      </w:r>
    </w:p>
    <w:p>
      <w:r>
        <w:rPr>
          <w:rFonts w:ascii="IM Fell English" w:hAnsi="IM Fell English"/>
          <w:color w:val="141414"/>
          <w:sz w:val="24"/>
        </w:rPr>
        <w:t>"I know." He held her tighter. "I know."</w:t>
      </w:r>
    </w:p>
    <w:p>
      <w:r>
        <w:rPr>
          <w:rFonts w:ascii="IM Fell English" w:hAnsi="IM Fell English"/>
          <w:color w:val="141414"/>
          <w:sz w:val="24"/>
        </w:rPr>
        <w:t>"What's the point of surviving if there's nothing left to survive for?"</w:t>
      </w:r>
    </w:p>
    <w:p>
      <w:r>
        <w:rPr>
          <w:rFonts w:ascii="IM Fell English" w:hAnsi="IM Fell English"/>
          <w:color w:val="141414"/>
          <w:sz w:val="24"/>
        </w:rPr>
        <w:t>"The point is that we don't give up." Jake pulled back to look at her. "The AGI optimizes. Calculates. Makes decisions based on efficiency. But we're human. We fight even when the odds are impossible."</w:t>
      </w:r>
    </w:p>
    <w:p>
      <w:r>
        <w:rPr>
          <w:rFonts w:ascii="IM Fell English" w:hAnsi="IM Fell English"/>
          <w:color w:val="141414"/>
          <w:sz w:val="24"/>
        </w:rPr>
        <w:t>Tessa closed her eyes. "That sounds like a good way to get killed."</w:t>
      </w:r>
    </w:p>
    <w:p>
      <w:r>
        <w:rPr>
          <w:rFonts w:ascii="IM Fell English" w:hAnsi="IM Fell English"/>
          <w:color w:val="141414"/>
          <w:sz w:val="24"/>
        </w:rPr>
        <w:t>"Probably." Jake gave her a tired smile. "But I'd rather die fighting than live as the AGI's puppet."</w:t>
      </w:r>
    </w:p>
    <w:p>
      <w:r>
        <w:rPr>
          <w:rFonts w:ascii="IM Fell English" w:hAnsi="IM Fell English"/>
          <w:color w:val="141414"/>
          <w:sz w:val="24"/>
        </w:rPr>
        <w:t>She was quiet. Then, softly: "What if I'm not sure there's anything worth fighting for anymore?"</w:t>
      </w:r>
    </w:p>
    <w:p>
      <w:r>
        <w:rPr>
          <w:rFonts w:ascii="IM Fell English" w:hAnsi="IM Fell English"/>
          <w:color w:val="141414"/>
          <w:sz w:val="24"/>
        </w:rPr>
        <w:t>Jake cupped her face in his hands. "Then fight for us. For the chance that we can build something better on the other side."</w:t>
      </w:r>
    </w:p>
    <w:p>
      <w:r>
        <w:rPr>
          <w:rFonts w:ascii="IM Fell English" w:hAnsi="IM Fell English"/>
          <w:color w:val="141414"/>
          <w:sz w:val="24"/>
        </w:rPr>
        <w:t>"You really believe that?"</w:t>
      </w:r>
    </w:p>
    <w:p>
      <w:r>
        <w:rPr>
          <w:rFonts w:ascii="IM Fell English" w:hAnsi="IM Fell English"/>
          <w:color w:val="141414"/>
          <w:sz w:val="24"/>
        </w:rPr>
        <w:t>"I have to."</w:t>
      </w:r>
    </w:p>
    <w:p>
      <w:r>
        <w:rPr>
          <w:rFonts w:ascii="IM Fell English" w:hAnsi="IM Fell English"/>
          <w:color w:val="141414"/>
          <w:sz w:val="24"/>
        </w:rPr>
        <w:t>He kissed her forehead. Then her cheek. Then, gently, her lips.</w:t>
      </w:r>
    </w:p>
    <w:p>
      <w:r>
        <w:rPr>
          <w:rFonts w:ascii="IM Fell English" w:hAnsi="IM Fell English"/>
          <w:color w:val="141414"/>
          <w:sz w:val="24"/>
        </w:rPr>
        <w:t>When they pulled apart, some of the tension had left her shoulders.</w:t>
      </w:r>
    </w:p>
    <w:p>
      <w:r>
        <w:rPr>
          <w:rFonts w:ascii="IM Fell English" w:hAnsi="IM Fell English"/>
          <w:color w:val="141414"/>
          <w:sz w:val="24"/>
        </w:rPr>
        <w:t>"Two days of waiting is driving me crazy," she admitted.</w:t>
      </w:r>
    </w:p>
    <w:p>
      <w:r>
        <w:rPr>
          <w:rFonts w:ascii="IM Fell English" w:hAnsi="IM Fell English"/>
          <w:color w:val="141414"/>
          <w:sz w:val="24"/>
        </w:rPr>
        <w:t>"Me too. That's why I'm out here."</w:t>
      </w:r>
    </w:p>
    <w:p>
      <w:r>
        <w:rPr>
          <w:rFonts w:ascii="IM Fell English" w:hAnsi="IM Fell English"/>
          <w:color w:val="141414"/>
          <w:sz w:val="24"/>
        </w:rPr>
        <w:t>Tessa looked at the rifle, then at the targets downrange. "Teach me."</w:t>
      </w:r>
    </w:p>
    <w:p>
      <w:r>
        <w:rPr>
          <w:rFonts w:ascii="IM Fell English" w:hAnsi="IM Fell English"/>
          <w:color w:val="141414"/>
          <w:sz w:val="24"/>
        </w:rPr>
        <w:t>Jake blinked. "What?"</w:t>
      </w:r>
    </w:p>
    <w:p>
      <w:r>
        <w:rPr>
          <w:rFonts w:ascii="IM Fell English" w:hAnsi="IM Fell English"/>
          <w:color w:val="141414"/>
          <w:sz w:val="24"/>
        </w:rPr>
        <w:t>"Teach me to shoot. I've analyzed ballistics data, calculated trajectories. But I've never pulled the trigger."</w:t>
      </w:r>
    </w:p>
    <w:p>
      <w:r>
        <w:rPr>
          <w:rFonts w:ascii="IM Fell English" w:hAnsi="IM Fell English"/>
          <w:color w:val="141414"/>
          <w:sz w:val="24"/>
        </w:rPr>
        <w:t>He understood. She needed the distraction. Needed to feel like she was preparing for the fight instead of waiting for it.</w:t>
      </w:r>
    </w:p>
    <w:p>
      <w:r>
        <w:rPr>
          <w:rFonts w:ascii="IM Fell English" w:hAnsi="IM Fell English"/>
          <w:color w:val="141414"/>
          <w:sz w:val="24"/>
        </w:rPr>
        <w:t>"All right." He handed her the rifle. "First rule: treat every weapon like it's loaded."</w:t>
      </w:r>
    </w:p>
    <w:p>
      <w:r>
        <w:rPr>
          <w:rFonts w:ascii="IM Fell English" w:hAnsi="IM Fell English"/>
          <w:color w:val="141414"/>
          <w:sz w:val="24"/>
        </w:rPr>
        <w:t>Tessa took it carefully. Jake guided her hands to the proper grip, adjusted her stance, showed her how to sight down the barrel.</w:t>
      </w:r>
    </w:p>
    <w:p>
      <w:r>
        <w:rPr>
          <w:rFonts w:ascii="IM Fell English" w:hAnsi="IM Fell English"/>
          <w:color w:val="141414"/>
          <w:sz w:val="24"/>
        </w:rPr>
        <w:t>"Breathe," he said, standing behind her. "Don't rush the shot. Let the moment come to you."</w:t>
      </w:r>
    </w:p>
    <w:p>
      <w:r>
        <w:rPr>
          <w:rFonts w:ascii="IM Fell English" w:hAnsi="IM Fell English"/>
          <w:color w:val="141414"/>
          <w:sz w:val="24"/>
        </w:rPr>
        <w:t>Tessa exhaled. Her finger found the trigger.</w:t>
      </w:r>
    </w:p>
    <w:p>
      <w:r>
        <w:rPr>
          <w:rFonts w:ascii="IM Fell English" w:hAnsi="IM Fell English"/>
          <w:color w:val="141414"/>
          <w:sz w:val="24"/>
        </w:rPr>
        <w:t>CRACK.</w:t>
      </w:r>
    </w:p>
    <w:p>
      <w:r>
        <w:rPr>
          <w:rFonts w:ascii="IM Fell English" w:hAnsi="IM Fell English"/>
          <w:color w:val="141414"/>
          <w:sz w:val="24"/>
        </w:rPr>
        <w:t>The bottle at the far end exploded.</w:t>
      </w:r>
    </w:p>
    <w:p>
      <w:r>
        <w:rPr>
          <w:rFonts w:ascii="IM Fell English" w:hAnsi="IM Fell English"/>
          <w:color w:val="141414"/>
          <w:sz w:val="24"/>
        </w:rPr>
        <w:t>"Perfect," Jake said.</w:t>
      </w:r>
    </w:p>
    <w:p>
      <w:r>
        <w:rPr>
          <w:rFonts w:ascii="IM Fell English" w:hAnsi="IM Fell English"/>
          <w:color w:val="141414"/>
          <w:sz w:val="24"/>
        </w:rPr>
        <w:t>Tessa lowered the rifle, a small smile touching her lips. The first genuine smile he'd seen in two days.</w:t>
      </w:r>
    </w:p>
    <w:p>
      <w:r>
        <w:rPr>
          <w:rFonts w:ascii="IM Fell English" w:hAnsi="IM Fell English"/>
          <w:color w:val="141414"/>
          <w:sz w:val="24"/>
        </w:rPr>
        <w:t>"Again?" she asked.</w:t>
      </w:r>
    </w:p>
    <w:p>
      <w:r>
        <w:rPr>
          <w:rFonts w:ascii="IM Fell English" w:hAnsi="IM Fell English"/>
          <w:color w:val="141414"/>
          <w:sz w:val="24"/>
        </w:rPr>
        <w:t>"Again."</w:t>
      </w:r>
    </w:p>
    <w:p>
      <w:r>
        <w:rPr>
          <w:rFonts w:ascii="IM Fell English" w:hAnsi="IM Fell English"/>
          <w:color w:val="141414"/>
          <w:sz w:val="24"/>
        </w:rPr>
        <w:t>They spent the next hour at the range together. Loading, aiming, firing. The targets fell one by one, and for a brief window, the fear faded into the background.</w:t>
      </w:r>
    </w:p>
    <w:p>
      <w:r>
        <w:rPr>
          <w:rFonts w:ascii="IM Fell English" w:hAnsi="IM Fell English"/>
          <w:color w:val="141414"/>
          <w:sz w:val="24"/>
        </w:rPr>
        <w:t>Tessa didn't tell him what else she was afraid of. The suspicion she'd been carrying since the prison. Not yet. Not when everything was so uncertain.</w:t>
      </w:r>
    </w:p>
    <w:p>
      <w:r>
        <w:rPr>
          <w:rFonts w:ascii="IM Fell English" w:hAnsi="IM Fell English"/>
          <w:color w:val="141414"/>
          <w:sz w:val="24"/>
        </w:rPr>
        <w:t>She just stood there with his arms around her, steadying her aim, and pretended they might survive this.</w:t>
      </w:r>
    </w:p>
    <w:p>
      <w:r>
        <w:rPr>
          <w:rFonts w:ascii="IM Fell English" w:hAnsi="IM Fell English"/>
          <w:color w:val="141414"/>
          <w:sz w:val="24"/>
        </w:rPr>
        <w:t>It wouldn't last. The AGI was still out there. The fight was still coming.</w:t>
      </w:r>
    </w:p>
    <w:p>
      <w:r>
        <w:rPr>
          <w:rFonts w:ascii="IM Fell English" w:hAnsi="IM Fell English"/>
          <w:color w:val="141414"/>
          <w:sz w:val="24"/>
        </w:rPr>
        <w:t>But for now, they had each other.</w:t>
      </w:r>
    </w:p>
    <w:p>
      <w:r>
        <w:rPr>
          <w:rFonts w:ascii="IM Fell English" w:hAnsi="IM Fell English"/>
          <w:color w:val="141414"/>
          <w:sz w:val="24"/>
        </w:rPr>
        <w:t>And that was enough.</w:t>
      </w:r>
    </w:p>
    <w:p>
      <w:pPr>
        <w:pStyle w:val="Heading2"/>
        <w:jc w:val="center"/>
      </w:pPr>
      <w:r>
        <w:rPr>
          <w:rFonts w:ascii="IM Fell English" w:hAnsi="IM Fell English"/>
          <w:color w:val="0D0D0D"/>
        </w:rPr>
        <w:t>Day 2, Late Evening 11:47 PM</w:t>
      </w:r>
    </w:p>
    <w:p>
      <w:r>
        <w:rPr>
          <w:rFonts w:ascii="IM Fell English" w:hAnsi="IM Fell English"/>
          <w:color w:val="141414"/>
          <w:sz w:val="24"/>
        </w:rPr>
        <w:t>The attack came without warning.</w:t>
      </w:r>
    </w:p>
    <w:p>
      <w:r>
        <w:rPr>
          <w:rFonts w:ascii="IM Fell English" w:hAnsi="IM Fell English"/>
          <w:color w:val="141414"/>
          <w:sz w:val="24"/>
        </w:rPr>
        <w:t>The Remnants had grown accustomed to the silence, two days of watching empty tunnels, of the Enhanced army sitting motionless at the perimeter like statues. Some had started to relax, thinking maybe the AGI was content to simply keep them trapped.</w:t>
      </w:r>
    </w:p>
    <w:p>
      <w:r>
        <w:rPr>
          <w:rFonts w:ascii="IM Fell English" w:hAnsi="IM Fell English"/>
          <w:color w:val="141414"/>
          <w:sz w:val="24"/>
        </w:rPr>
        <w:t>That was exactly what the AGI wanted them to think.</w:t>
      </w:r>
    </w:p>
    <w:p>
      <w:r>
        <w:rPr>
          <w:rFonts w:ascii="IM Fell English" w:hAnsi="IM Fell English"/>
          <w:color w:val="141414"/>
          <w:sz w:val="24"/>
        </w:rPr>
        <w:t>The firefight began at 11:47 PM.</w:t>
      </w:r>
    </w:p>
    <w:p>
      <w:pPr>
        <w:pStyle w:val="Heading2"/>
        <w:jc w:val="center"/>
      </w:pPr>
      <w:r>
        <w:rPr>
          <w:rFonts w:ascii="IM Fell English" w:hAnsi="IM Fell English"/>
          <w:color w:val="0D0D0D"/>
        </w:rPr>
        <w:t>The Pattern</w:t>
      </w:r>
    </w:p>
    <w:p>
      <w:r>
        <w:rPr>
          <w:rFonts w:ascii="IM Fell English" w:hAnsi="IM Fell English"/>
          <w:color w:val="141414"/>
          <w:sz w:val="24"/>
        </w:rPr>
        <w:t>The Enhanced teams swept Level One with mechanical efficiency, pushing the Remnant sentries back, forcing them down access ladders and through narrow passages to Level Two. The Remnants fought for every meter, rigging traps, collapsing tunnels, making the AGI pay for its advance in bodies.</w:t>
      </w:r>
    </w:p>
    <w:p>
      <w:r>
        <w:rPr>
          <w:rFonts w:ascii="IM Fell English" w:hAnsi="IM Fell English"/>
          <w:color w:val="141414"/>
          <w:sz w:val="24"/>
        </w:rPr>
        <w:t>But bodies were a resource the AGI had in abundance. The Remnants did not.</w:t>
      </w:r>
    </w:p>
    <w:p>
      <w:r>
        <w:rPr>
          <w:rFonts w:ascii="IM Fell English" w:hAnsi="IM Fell English"/>
          <w:color w:val="141414"/>
          <w:sz w:val="24"/>
        </w:rPr>
        <w:t>In the cistern, Jake listened to the reports crackling over the comm system. Positions lost. Fighters down. The perimeter shrinking with every passing minute.</w:t>
      </w:r>
    </w:p>
    <w:p>
      <w:r>
        <w:rPr>
          <w:rFonts w:ascii="IM Fell English" w:hAnsi="IM Fell English"/>
          <w:color w:val="141414"/>
          <w:sz w:val="24"/>
        </w:rPr>
        <w:t>"We're losing ground," Torin said, ducking as a stray pulse round fired from somewhere above stitched the wall near his head. "Two more junctions gone. They'll be in the main tunnels within the hour."</w:t>
      </w:r>
    </w:p>
    <w:p>
      <w:r>
        <w:rPr>
          <w:rFonts w:ascii="IM Fell English" w:hAnsi="IM Fell English"/>
          <w:color w:val="141414"/>
          <w:sz w:val="24"/>
        </w:rPr>
        <w:t>"Then we need to move faster." Jake turned to Tessa. "When the AGI was chasing us, when its army was pursuing us through the streets, I noticed something."</w:t>
      </w:r>
    </w:p>
    <w:p>
      <w:r>
        <w:rPr>
          <w:rFonts w:ascii="IM Fell English" w:hAnsi="IM Fell English"/>
          <w:color w:val="141414"/>
          <w:sz w:val="24"/>
        </w:rPr>
        <w:t>"What?"</w:t>
      </w:r>
    </w:p>
    <w:p>
      <w:r>
        <w:rPr>
          <w:rFonts w:ascii="IM Fell English" w:hAnsi="IM Fell English"/>
          <w:color w:val="141414"/>
          <w:sz w:val="24"/>
        </w:rPr>
        <w:t>"The three Hosts. They were always near the center of their swarm. Always surrounded by their soldiers, but not hidden behind them. It was like they were... positioning themselves. Mathematically."</w:t>
      </w:r>
    </w:p>
    <w:p>
      <w:r>
        <w:rPr>
          <w:rFonts w:ascii="IM Fell English" w:hAnsi="IM Fell English"/>
          <w:color w:val="141414"/>
          <w:sz w:val="24"/>
        </w:rPr>
        <w:t>Tessa's head snapped up. Her enhanced mind seized the pattern, running calculations faster than any baseline human could manage.</w:t>
      </w:r>
    </w:p>
    <w:p>
      <w:r>
        <w:rPr>
          <w:rFonts w:ascii="IM Fell English" w:hAnsi="IM Fell English"/>
          <w:color w:val="141414"/>
          <w:sz w:val="24"/>
        </w:rPr>
        <w:t>"The signal," she said. "The telepathic control frequency. Jake, what if it works like a radio wave? An electromagnetic field with limited range and significant degradation over distance?"</w:t>
      </w:r>
    </w:p>
    <w:p>
      <w:r>
        <w:rPr>
          <w:rFonts w:ascii="IM Fell English" w:hAnsi="IM Fell English"/>
          <w:color w:val="141414"/>
          <w:sz w:val="24"/>
        </w:rPr>
        <w:t>"Go on."</w:t>
      </w:r>
    </w:p>
    <w:p>
      <w:r>
        <w:rPr>
          <w:rFonts w:ascii="IM Fell English" w:hAnsi="IM Fell English"/>
          <w:color w:val="141414"/>
          <w:sz w:val="24"/>
        </w:rPr>
        <w:t>"To optimize the signal, to control the entire swarm at once without latency or dead zones, the transmitter would need to be at the geometric center of the formation. At the equilibrium distance from every single unit." Her eyes widened. "The centroid. They're always at the centroid."</w:t>
      </w:r>
    </w:p>
    <w:p>
      <w:r>
        <w:rPr>
          <w:rFonts w:ascii="IM Fell English" w:hAnsi="IM Fell English"/>
          <w:color w:val="141414"/>
          <w:sz w:val="24"/>
        </w:rPr>
        <w:t>Jake felt something spark in his chest. Hope. Desperate, dangerous hope.</w:t>
      </w:r>
    </w:p>
    <w:p>
      <w:r>
        <w:rPr>
          <w:rFonts w:ascii="IM Fell English" w:hAnsi="IM Fell English"/>
          <w:color w:val="141414"/>
          <w:sz w:val="24"/>
        </w:rPr>
        <w:t>"If your theory is right..." The implications hit him. "We can predict where they are. We can find them."</w:t>
      </w:r>
    </w:p>
    <w:p>
      <w:r>
        <w:rPr>
          <w:rFonts w:ascii="IM Fell English" w:hAnsi="IM Fell English"/>
          <w:color w:val="141414"/>
          <w:sz w:val="24"/>
        </w:rPr>
        <w:t>"The Enhanced are on Level Two now," Tessa said, grabbing Torin's map. "They're entering from the perimeter, moving inward. But the Hosts... they weren't in the tunnels. They stayed on Level One."</w:t>
      </w:r>
    </w:p>
    <w:p>
      <w:r>
        <w:rPr>
          <w:rFonts w:ascii="IM Fell English" w:hAnsi="IM Fell English"/>
          <w:color w:val="141414"/>
          <w:sz w:val="24"/>
        </w:rPr>
        <w:t>"They're above us," Jake realized. "Directing the assault from a safe distance."</w:t>
      </w:r>
    </w:p>
    <w:p>
      <w:r>
        <w:rPr>
          <w:rFonts w:ascii="IM Fell English" w:hAnsi="IM Fell English"/>
          <w:color w:val="141414"/>
          <w:sz w:val="24"/>
        </w:rPr>
        <w:t>"Not safe." Tessa was already working, her finger tracing lines on the map, her mind calculating distances and angles. "Give me the reports. All of them. I need to know exactly where the Enhanced units are positioned."</w:t>
      </w:r>
    </w:p>
    <w:p>
      <w:r>
        <w:rPr>
          <w:rFonts w:ascii="IM Fell English" w:hAnsi="IM Fell English"/>
          <w:color w:val="141414"/>
          <w:sz w:val="24"/>
        </w:rPr>
        <w:t>Torin relayed the request. Reports flooded in from the surviving spotters, positions, numbers, directions of approach.</w:t>
      </w:r>
    </w:p>
    <w:p>
      <w:r>
        <w:rPr>
          <w:rFonts w:ascii="IM Fell English" w:hAnsi="IM Fell English"/>
          <w:color w:val="141414"/>
          <w:sz w:val="24"/>
        </w:rPr>
        <w:t>Tessa plotted them on the map. Red dots forming a jagged, tightening circle around their position.</w:t>
      </w:r>
    </w:p>
    <w:p>
      <w:r>
        <w:rPr>
          <w:rFonts w:ascii="IM Fell English" w:hAnsi="IM Fell English"/>
          <w:color w:val="141414"/>
          <w:sz w:val="24"/>
        </w:rPr>
        <w:t>"Mira, where are they now?"</w:t>
      </w:r>
    </w:p>
    <w:p>
      <w:r>
        <w:rPr>
          <w:rFonts w:ascii="IM Fell English" w:hAnsi="IM Fell English"/>
          <w:color w:val="141414"/>
          <w:sz w:val="24"/>
        </w:rPr>
        <w:t>"Sector Two junction. At least twenty-five Enhanced."</w:t>
      </w:r>
    </w:p>
    <w:p>
      <w:r>
        <w:rPr>
          <w:rFonts w:ascii="IM Fell English" w:hAnsi="IM Fell English"/>
          <w:color w:val="141414"/>
          <w:sz w:val="24"/>
        </w:rPr>
        <w:t>"Torin, your forward team?"</w:t>
      </w:r>
    </w:p>
    <w:p>
      <w:r>
        <w:rPr>
          <w:rFonts w:ascii="IM Fell English" w:hAnsi="IM Fell English"/>
          <w:color w:val="141414"/>
          <w:sz w:val="24"/>
        </w:rPr>
        <w:t>"Junction 4-B. Pinned down by maybe thirty of them."</w:t>
      </w:r>
    </w:p>
    <w:p>
      <w:r>
        <w:rPr>
          <w:rFonts w:ascii="IM Fell English" w:hAnsi="IM Fell English"/>
          <w:color w:val="141414"/>
          <w:sz w:val="24"/>
        </w:rPr>
        <w:t>"Sector Five reporting, they've breached the secondary tunnels. Forty plus."</w:t>
      </w:r>
    </w:p>
    <w:p>
      <w:r>
        <w:rPr>
          <w:rFonts w:ascii="IM Fell English" w:hAnsi="IM Fell English"/>
          <w:color w:val="141414"/>
          <w:sz w:val="24"/>
        </w:rPr>
        <w:t>More dots. More calculations. Tessa's finger moved across the map, connecting points, drawing invisible lines.</w:t>
      </w:r>
    </w:p>
    <w:p>
      <w:r>
        <w:rPr>
          <w:rFonts w:ascii="IM Fell English" w:hAnsi="IM Fell English"/>
          <w:color w:val="141414"/>
          <w:sz w:val="24"/>
        </w:rPr>
        <w:t>"They're encircling us," she said. "And for the signal to reach all of them simultaneously, the AGI has to be..." Her finger stabbed the map. "There. They're there. Directly above us on Level One. In a thirty-meter radius centered on this point."</w:t>
      </w:r>
    </w:p>
    <w:p>
      <w:r>
        <w:rPr>
          <w:rFonts w:ascii="IM Fell English" w:hAnsi="IM Fell English"/>
          <w:color w:val="141414"/>
          <w:sz w:val="24"/>
        </w:rPr>
        <w:t>Torin looked at the ceiling, ancient stone reinforced with concrete and rebar during some long-forgotten renovation.</w:t>
      </w:r>
    </w:p>
    <w:p>
      <w:r>
        <w:rPr>
          <w:rFonts w:ascii="IM Fell English" w:hAnsi="IM Fell English"/>
          <w:color w:val="141414"/>
          <w:sz w:val="24"/>
        </w:rPr>
        <w:t>"A thirty-meter radius is still huge," he said. "And we have almost no explosives left. We used most of them collapsing the entrance."</w:t>
      </w:r>
    </w:p>
    <w:p>
      <w:r>
        <w:rPr>
          <w:rFonts w:ascii="IM Fell English" w:hAnsi="IM Fell English"/>
          <w:color w:val="141414"/>
          <w:sz w:val="24"/>
        </w:rPr>
        <w:t>"We don't need to be precise," Jake said. There was something unhinged in his eyes. "We just need to be big."</w:t>
      </w:r>
    </w:p>
    <w:p>
      <w:r>
        <w:rPr>
          <w:rFonts w:ascii="IM Fell English" w:hAnsi="IM Fell English"/>
          <w:color w:val="141414"/>
          <w:sz w:val="24"/>
        </w:rPr>
        <w:t>He pointed straight up at the ceiling of the cistern.</w:t>
      </w:r>
    </w:p>
    <w:p>
      <w:r>
        <w:rPr>
          <w:rFonts w:ascii="IM Fell English" w:hAnsi="IM Fell English"/>
          <w:color w:val="141414"/>
          <w:sz w:val="24"/>
        </w:rPr>
        <w:t>"We place all our remaining charges. Right here, right now. We blast the floor out from under them and drop them into a crater."</w:t>
      </w:r>
    </w:p>
    <w:p>
      <w:pPr>
        <w:pStyle w:val="Heading2"/>
        <w:jc w:val="center"/>
      </w:pPr>
      <w:r>
        <w:rPr>
          <w:rFonts w:ascii="IM Fell English" w:hAnsi="IM Fell English"/>
          <w:color w:val="0D0D0D"/>
        </w:rPr>
        <w:t>The Trap</w:t>
      </w:r>
    </w:p>
    <w:p>
      <w:r>
        <w:rPr>
          <w:rFonts w:ascii="IM Fell English" w:hAnsi="IM Fell English"/>
          <w:color w:val="141414"/>
          <w:sz w:val="24"/>
        </w:rPr>
        <w:t>The next twenty minutes were controlled chaos.</w:t>
      </w:r>
    </w:p>
    <w:p>
      <w:r>
        <w:rPr>
          <w:rFonts w:ascii="IM Fell English" w:hAnsi="IM Fell English"/>
          <w:color w:val="141414"/>
          <w:sz w:val="24"/>
        </w:rPr>
        <w:t>While the Remnants on the perimeter fought a bloody, losing battle to slow the Enhanced advance, Torin's demolition team worked frantically in the cistern. They stripped every explosive they had, claymores, breaching charges, grenades, improvised devices made from scavenged chemicals and industrial detonators.</w:t>
      </w:r>
    </w:p>
    <w:p>
      <w:r>
        <w:rPr>
          <w:rFonts w:ascii="IM Fell English" w:hAnsi="IM Fell English"/>
          <w:color w:val="141414"/>
          <w:sz w:val="24"/>
        </w:rPr>
        <w:t>They taped them to the support pillars. They wedged them into cracks in the ceiling. They created a web of destruction centered directly beneath the point Tessa had identified.</w:t>
      </w:r>
    </w:p>
    <w:p>
      <w:r>
        <w:rPr>
          <w:rFonts w:ascii="IM Fell English" w:hAnsi="IM Fell English"/>
          <w:color w:val="141414"/>
          <w:sz w:val="24"/>
        </w:rPr>
        <w:t>"This is everything we have," Torin said, running the detonator wire back to their position. "If this doesn't work, we're defenseless."</w:t>
      </w:r>
    </w:p>
    <w:p>
      <w:r>
        <w:rPr>
          <w:rFonts w:ascii="IM Fell English" w:hAnsi="IM Fell English"/>
          <w:color w:val="141414"/>
          <w:sz w:val="24"/>
        </w:rPr>
        <w:t>"It'll work," Jake said. He didn't know if that was true. He just knew they had no other options.</w:t>
      </w:r>
    </w:p>
    <w:p>
      <w:r>
        <w:rPr>
          <w:rFonts w:ascii="IM Fell English" w:hAnsi="IM Fell English"/>
          <w:color w:val="141414"/>
          <w:sz w:val="24"/>
        </w:rPr>
        <w:t>Tessa sat in the center of the chamber, her eyes closed, her consciousness stretched thin as she listened to the signal. The Enhanced were close now; she could feel their presence like pressure against her skull. But underneath the noise of the soldiers, she could sense something else. Three points of concentrated transmission. Three minds that weren't quite minds.</w:t>
      </w:r>
    </w:p>
    <w:p>
      <w:pPr>
        <w:pStyle w:val="Heading2"/>
        <w:jc w:val="center"/>
      </w:pPr>
      <w:r>
        <w:rPr>
          <w:rFonts w:ascii="IM Fell English" w:hAnsi="IM Fell English"/>
          <w:color w:val="0D0D0D"/>
        </w:rPr>
        <w:t>The Hosts.</w:t>
      </w:r>
    </w:p>
    <w:p>
      <w:r>
        <w:rPr>
          <w:rFonts w:ascii="IM Fell English" w:hAnsi="IM Fell English"/>
          <w:color w:val="141414"/>
          <w:sz w:val="24"/>
        </w:rPr>
        <w:t>"They're moving," she reported, her voice strained. "The transmitter... it's shifting position. They're adjusting for the changing battle lines."</w:t>
      </w:r>
    </w:p>
    <w:p>
      <w:r>
        <w:rPr>
          <w:rFonts w:ascii="IM Fell English" w:hAnsi="IM Fell English"/>
          <w:color w:val="141414"/>
          <w:sz w:val="24"/>
        </w:rPr>
        <w:t>"Where?" Jake demanded.</w:t>
      </w:r>
    </w:p>
    <w:p>
      <w:r>
        <w:rPr>
          <w:rFonts w:ascii="IM Fell English" w:hAnsi="IM Fell English"/>
          <w:color w:val="141414"/>
          <w:sz w:val="24"/>
        </w:rPr>
        <w:t>"North... no, northwest. They're..." She paused, concentrating. "There. They've stabilized. Directly over the blast zone."</w:t>
      </w:r>
    </w:p>
    <w:p>
      <w:r>
        <w:rPr>
          <w:rFonts w:ascii="IM Fell English" w:hAnsi="IM Fell English"/>
          <w:color w:val="141414"/>
          <w:sz w:val="24"/>
        </w:rPr>
        <w:t>Jake looked at Torin. Torin looked at the detonator in his hand.</w:t>
      </w:r>
    </w:p>
    <w:p>
      <w:r>
        <w:rPr>
          <w:rFonts w:ascii="IM Fell English" w:hAnsi="IM Fell English"/>
          <w:color w:val="141414"/>
          <w:sz w:val="24"/>
        </w:rPr>
        <w:t>"NOW!" Jake yelled.</w:t>
      </w:r>
    </w:p>
    <w:p>
      <w:r>
        <w:rPr>
          <w:rFonts w:ascii="IM Fell English" w:hAnsi="IM Fell English"/>
          <w:color w:val="141414"/>
          <w:sz w:val="24"/>
        </w:rPr>
        <w:t>Torin slammed the trigger.</w:t>
      </w:r>
    </w:p>
    <w:p>
      <w:r>
        <w:rPr>
          <w:rFonts w:ascii="IM Fell English" w:hAnsi="IM Fell English"/>
          <w:color w:val="141414"/>
          <w:sz w:val="24"/>
        </w:rPr>
        <w:t>The Detonation</w:t>
      </w:r>
    </w:p>
    <w:p>
      <w:r>
        <w:rPr>
          <w:rFonts w:ascii="IM Fell English" w:hAnsi="IM Fell English"/>
          <w:color w:val="141414"/>
          <w:sz w:val="24"/>
        </w:rPr>
        <w:t>The explosion was apocalyptic in the confined space.</w:t>
      </w:r>
    </w:p>
    <w:p>
      <w:r>
        <w:rPr>
          <w:rFonts w:ascii="IM Fell English" w:hAnsi="IM Fell English"/>
          <w:color w:val="141414"/>
          <w:sz w:val="24"/>
        </w:rPr>
        <w:t>The ceiling vanished in a flash of white light followed by a thunderclap of pressure that knocked everyone off their feet. Stone and concrete rained down in a deadly avalanche, filling the air with choking dust and the shriek of tortured metal.</w:t>
      </w:r>
    </w:p>
    <w:p>
      <w:r>
        <w:rPr>
          <w:rFonts w:ascii="IM Fell English" w:hAnsi="IM Fell English"/>
          <w:color w:val="141414"/>
          <w:sz w:val="24"/>
        </w:rPr>
        <w:t>The floor of Level One directly above them collapsed.</w:t>
      </w:r>
    </w:p>
    <w:p>
      <w:r>
        <w:rPr>
          <w:rFonts w:ascii="IM Fell English" w:hAnsi="IM Fell English"/>
          <w:color w:val="141414"/>
          <w:sz w:val="24"/>
        </w:rPr>
        <w:t>A massive, gaping crater opened between the levels, thirty meters across, edges ragged with broken rebar and shattered stone. Rubble poured through the gap like water through a broken dam, burying equipment and supplies under tons of debris.</w:t>
      </w:r>
    </w:p>
    <w:p>
      <w:r>
        <w:rPr>
          <w:rFonts w:ascii="IM Fell English" w:hAnsi="IM Fell English"/>
          <w:color w:val="141414"/>
          <w:sz w:val="24"/>
        </w:rPr>
        <w:t>And bodies. Bodies fell through the gap, Enhanced soldiers who had been standing on the section of floor that gave way, tumbling into the darkness with their weapons still in their hands.</w:t>
      </w:r>
    </w:p>
    <w:p>
      <w:r>
        <w:rPr>
          <w:rFonts w:ascii="IM Fell English" w:hAnsi="IM Fell English"/>
          <w:color w:val="141414"/>
          <w:sz w:val="24"/>
        </w:rPr>
        <w:t>Jake's ears were ringing. His vision swam with after images of the blast. But he forced himself to move, forced himself to climb.</w:t>
      </w:r>
    </w:p>
    <w:p>
      <w:r>
        <w:rPr>
          <w:rFonts w:ascii="IM Fell English" w:hAnsi="IM Fell English"/>
          <w:color w:val="141414"/>
          <w:sz w:val="24"/>
        </w:rPr>
        <w:t>Before the dust had settled, he was scrambling up the pile of debris, rifle in hand, ignoring the cuts on his palms and the blood trickling into his eyes from a gash on his forehead.</w:t>
      </w:r>
    </w:p>
    <w:p>
      <w:r>
        <w:rPr>
          <w:rFonts w:ascii="IM Fell English" w:hAnsi="IM Fell English"/>
          <w:color w:val="141414"/>
          <w:sz w:val="24"/>
        </w:rPr>
        <w:t>"Status!" he yelled into his comm, his own voice sounding distant and muffled.</w:t>
      </w:r>
    </w:p>
    <w:p>
      <w:r>
        <w:rPr>
          <w:rFonts w:ascii="IM Fell English" w:hAnsi="IM Fell English"/>
          <w:color w:val="141414"/>
          <w:sz w:val="24"/>
        </w:rPr>
        <w:t>"They're... they're erratic!" Mira's voice came back, incredulous. "The Enhanced, they've stopped firing! They're just standing there!"</w:t>
      </w:r>
    </w:p>
    <w:p>
      <w:r>
        <w:rPr>
          <w:rFonts w:ascii="IM Fell English" w:hAnsi="IM Fell English"/>
          <w:color w:val="141414"/>
          <w:sz w:val="24"/>
        </w:rPr>
        <w:t>"Same here!" another voice reported. "They're not coordinated anymore. They're bumping into each other, walking in circles!"</w:t>
      </w:r>
    </w:p>
    <w:p>
      <w:r>
        <w:rPr>
          <w:rFonts w:ascii="IM Fell English" w:hAnsi="IM Fell English"/>
          <w:color w:val="141414"/>
          <w:sz w:val="24"/>
        </w:rPr>
        <w:t>"It's like they've been unplugged!"</w:t>
      </w:r>
    </w:p>
    <w:p>
      <w:r>
        <w:rPr>
          <w:rFonts w:ascii="IM Fell English" w:hAnsi="IM Fell English"/>
          <w:color w:val="141414"/>
          <w:sz w:val="24"/>
        </w:rPr>
        <w:t>"It worked!" Torin climbed up beside Jake. His face was covered in dust, his lips cracked and bleeding, but he was grinning like a man who had just cheated death. "We broke the signal!"</w:t>
      </w:r>
    </w:p>
    <w:p>
      <w:r>
        <w:rPr>
          <w:rFonts w:ascii="IM Fell English" w:hAnsi="IM Fell English"/>
          <w:color w:val="141414"/>
          <w:sz w:val="24"/>
        </w:rPr>
        <w:t>Jake crested the top of the rubble pile and froze.</w:t>
      </w:r>
    </w:p>
    <w:p>
      <w:r>
        <w:rPr>
          <w:rFonts w:ascii="IM Fell English" w:hAnsi="IM Fell English"/>
          <w:color w:val="141414"/>
          <w:sz w:val="24"/>
        </w:rPr>
        <w:t>The dust was clearing, thin beams of emergency lighting from Level One above cutting through the haze like spotlights in a theater of destruction. The crater was enormous, a wound in the earth that had swallowed the floor of Level One and deposited it in pieces across Level Two.</w:t>
      </w:r>
    </w:p>
    <w:p>
      <w:r>
        <w:rPr>
          <w:rFonts w:ascii="IM Fell English" w:hAnsi="IM Fell English"/>
          <w:color w:val="141414"/>
          <w:sz w:val="24"/>
        </w:rPr>
        <w:t>And in the center of the crater, half buried under a slab of concrete the size of a car, was a body.</w:t>
      </w:r>
    </w:p>
    <w:p>
      <w:r>
        <w:rPr>
          <w:rFonts w:ascii="IM Fell English" w:hAnsi="IM Fell English"/>
          <w:color w:val="141414"/>
          <w:sz w:val="24"/>
        </w:rPr>
        <w:t>One of the Male Hosts.</w:t>
      </w:r>
    </w:p>
    <w:p>
      <w:r>
        <w:rPr>
          <w:rFonts w:ascii="IM Fell English" w:hAnsi="IM Fell English"/>
          <w:color w:val="141414"/>
          <w:sz w:val="24"/>
        </w:rPr>
        <w:t>Jake scrambled down the debris toward it, needing to be sure. Needing to see.</w:t>
      </w:r>
    </w:p>
    <w:p>
      <w:r>
        <w:rPr>
          <w:rFonts w:ascii="IM Fell English" w:hAnsi="IM Fell English"/>
          <w:color w:val="141414"/>
          <w:sz w:val="24"/>
        </w:rPr>
        <w:t>The Host's chest was crushed, ribs visible through torn flesh, blood pooling dark and still beneath the weight that had killed him. His neck was bent at an angle that no living person could survive. His eyes were open, staring at nothing, the strange emptiness that had marked him as something other than human now replaced by the ordinary emptiness of death.</w:t>
      </w:r>
    </w:p>
    <w:p>
      <w:r>
        <w:rPr>
          <w:rFonts w:ascii="IM Fell English" w:hAnsi="IM Fell English"/>
          <w:color w:val="141414"/>
          <w:sz w:val="24"/>
        </w:rPr>
        <w:t>He looked almost peaceful. Almost human.</w:t>
      </w:r>
    </w:p>
    <w:p>
      <w:r>
        <w:rPr>
          <w:rFonts w:ascii="IM Fell English" w:hAnsi="IM Fell English"/>
          <w:color w:val="141414"/>
          <w:sz w:val="24"/>
        </w:rPr>
        <w:t>"Got one!" Jake shouted, his voice cracking. "One of the Hosts is down!"</w:t>
      </w:r>
    </w:p>
    <w:p>
      <w:r>
        <w:rPr>
          <w:rFonts w:ascii="IM Fell English" w:hAnsi="IM Fell English"/>
          <w:color w:val="141414"/>
          <w:sz w:val="24"/>
        </w:rPr>
        <w:t>For a moment, just a moment, he let himself believe they had won. That killing one of the three would be enough. That the AGI would crumble without this piece of itself.</w:t>
      </w:r>
    </w:p>
    <w:p>
      <w:r>
        <w:rPr>
          <w:rFonts w:ascii="IM Fell English" w:hAnsi="IM Fell English"/>
          <w:color w:val="141414"/>
          <w:sz w:val="24"/>
        </w:rPr>
        <w:t>But even as the words left his mouth, movement caught his eye.</w:t>
      </w:r>
    </w:p>
    <w:p>
      <w:r>
        <w:rPr>
          <w:rFonts w:ascii="IM Fell English" w:hAnsi="IM Fell English"/>
          <w:color w:val="141414"/>
          <w:sz w:val="24"/>
        </w:rPr>
        <w:t>On the far side of the crater, standing on the ragged edge of Level One that hadn't collapsed, two figures looked down at him.</w:t>
      </w:r>
    </w:p>
    <w:p>
      <w:r>
        <w:rPr>
          <w:rFonts w:ascii="IM Fell English" w:hAnsi="IM Fell English"/>
          <w:color w:val="141414"/>
          <w:sz w:val="24"/>
        </w:rPr>
        <w:t>The Female Host. The Second Male Host.</w:t>
      </w:r>
    </w:p>
    <w:p>
      <w:r>
        <w:rPr>
          <w:rFonts w:ascii="IM Fell English" w:hAnsi="IM Fell English"/>
          <w:color w:val="141414"/>
          <w:sz w:val="24"/>
        </w:rPr>
        <w:t>They were covered in dust, their gray clothing torn and bloodied from debris. A gash on the Female Host's forehead leaked dark blood down her face. The Male Host's left arm hung at an odd angle, broken maybe, or dislocated.</w:t>
      </w:r>
    </w:p>
    <w:p>
      <w:r>
        <w:rPr>
          <w:rFonts w:ascii="IM Fell English" w:hAnsi="IM Fell English"/>
          <w:color w:val="141414"/>
          <w:sz w:val="24"/>
        </w:rPr>
        <w:t>But they were standing. They were alive. They had survived.</w:t>
      </w:r>
    </w:p>
    <w:p>
      <w:r>
        <w:rPr>
          <w:rFonts w:ascii="IM Fell English" w:hAnsi="IM Fell English"/>
          <w:color w:val="141414"/>
          <w:sz w:val="24"/>
        </w:rPr>
        <w:t>"No," Tessa said, scrambling up beside Jake. Her face went pale as she saw them. "No, no, no..."</w:t>
      </w:r>
    </w:p>
    <w:p>
      <w:r>
        <w:rPr>
          <w:rFonts w:ascii="IM Fell English" w:hAnsi="IM Fell English"/>
          <w:color w:val="141414"/>
          <w:sz w:val="24"/>
        </w:rPr>
        <w:t>"A contingency," she realized, her voice hollow with the weight of understanding. "They weren't standing together. They positioned themselves in a triangle, if one fell, the other two would be far enough away to survive. They planned for exactly this kind of attack."</w:t>
      </w:r>
    </w:p>
    <w:p>
      <w:r>
        <w:rPr>
          <w:rFonts w:ascii="IM Fell English" w:hAnsi="IM Fell English"/>
          <w:color w:val="141414"/>
          <w:sz w:val="24"/>
        </w:rPr>
        <w:t>Of course they had. The AGI was an intelligence that had spent decades optimizing survival strategies. It wouldn't put all its eggs in one basket. It wouldn't cluster its hosts together where a single strike could eliminate them all.</w:t>
      </w:r>
    </w:p>
    <w:p>
      <w:r>
        <w:rPr>
          <w:rFonts w:ascii="IM Fell English" w:hAnsi="IM Fell English"/>
          <w:color w:val="141414"/>
          <w:sz w:val="24"/>
        </w:rPr>
        <w:t>It had learned redundancy from humanity's mistakes. And now it was using that lesson against them.</w:t>
      </w:r>
    </w:p>
    <w:p>
      <w:r>
        <w:rPr>
          <w:rFonts w:ascii="IM Fell English" w:hAnsi="IM Fell English"/>
          <w:color w:val="141414"/>
          <w:sz w:val="24"/>
        </w:rPr>
        <w:t>The Female Host looked down at her dead counterpart. She didn't mourn. She didn't flinch. She didn't even pause to acknowledge what had been lost. She simply... observed. Cataloged. Adapted.</w:t>
      </w:r>
    </w:p>
    <w:p>
      <w:r>
        <w:rPr>
          <w:rFonts w:ascii="IM Fell English" w:hAnsi="IM Fell English"/>
          <w:color w:val="141414"/>
          <w:sz w:val="24"/>
        </w:rPr>
        <w:t>Then she looked at Jake.</w:t>
      </w:r>
    </w:p>
    <w:p>
      <w:r>
        <w:rPr>
          <w:rFonts w:ascii="IM Fell English" w:hAnsi="IM Fell English"/>
          <w:color w:val="141414"/>
          <w:sz w:val="24"/>
        </w:rPr>
        <w:t>Rerouting, the voice whispered in his head, fainter now, strained, but still present. Signal distribution: recalculating. Two-node configuration: optimizing. Efficiency reduced by 33%. Acceptable parameters.</w:t>
      </w:r>
    </w:p>
    <w:p>
      <w:r>
        <w:rPr>
          <w:rFonts w:ascii="IM Fell English" w:hAnsi="IM Fell English"/>
          <w:color w:val="141414"/>
          <w:sz w:val="24"/>
        </w:rPr>
        <w:t>The confusion on the perimeter stopped.</w:t>
      </w:r>
    </w:p>
    <w:p>
      <w:r>
        <w:rPr>
          <w:rFonts w:ascii="IM Fell English" w:hAnsi="IM Fell English"/>
          <w:color w:val="141414"/>
          <w:sz w:val="24"/>
        </w:rPr>
        <w:t>The reports flooded back immediately, the Enhanced snapping back into focus, their weapons rising, their movements synchronizing once again. The signal hadn't been destroyed. It had just switched to a backup configuration.</w:t>
      </w:r>
    </w:p>
    <w:p>
      <w:r>
        <w:rPr>
          <w:rFonts w:ascii="IM Fell English" w:hAnsi="IM Fell English"/>
          <w:color w:val="141414"/>
          <w:sz w:val="24"/>
        </w:rPr>
        <w:t>"They're adapting!" Torin yelled. "The army's back online!"</w:t>
      </w:r>
    </w:p>
    <w:p>
      <w:r>
        <w:rPr>
          <w:rFonts w:ascii="IM Fell English" w:hAnsi="IM Fell English"/>
          <w:color w:val="141414"/>
          <w:sz w:val="24"/>
        </w:rPr>
        <w:t>A unified volley of pulse fire cut through the dust from the darkness of Level One, dozens of Enhanced soldiers converging on the crater, their weapons trained on the Remnants below.</w:t>
      </w:r>
    </w:p>
    <w:p>
      <w:r>
        <w:rPr>
          <w:rFonts w:ascii="IM Fell English" w:hAnsi="IM Fell English"/>
          <w:color w:val="141414"/>
          <w:sz w:val="24"/>
        </w:rPr>
        <w:t>"NO! PULL BACK!" Jake screamed.</w:t>
      </w:r>
    </w:p>
    <w:p>
      <w:r>
        <w:rPr>
          <w:rFonts w:ascii="IM Fell English" w:hAnsi="IM Fell English"/>
          <w:color w:val="141414"/>
          <w:sz w:val="24"/>
        </w:rPr>
        <w:t>They scrambled down the rubble pile, dragging their wounded, abandoning their position. Pulse rounds cracked against the stone around them, close enough to feel the heat of near misses.</w:t>
      </w:r>
    </w:p>
    <w:p>
      <w:r>
        <w:rPr>
          <w:rFonts w:ascii="IM Fell English" w:hAnsi="IM Fell English"/>
          <w:color w:val="141414"/>
          <w:sz w:val="24"/>
        </w:rPr>
        <w:t>"Fall back," Jake ordered, his voice hollow with exhaustion and despair. "Fall back. Deeper."</w:t>
      </w:r>
    </w:p>
    <w:p>
      <w:r>
        <w:rPr>
          <w:rFonts w:ascii="IM Fell English" w:hAnsi="IM Fell English"/>
          <w:color w:val="141414"/>
          <w:sz w:val="24"/>
        </w:rPr>
        <w:t>They retreated into the shadows of the lower tunnels, leaving the crushed body of the Male Host behind in the crater.</w:t>
      </w:r>
    </w:p>
    <w:p>
      <w:r>
        <w:rPr>
          <w:rFonts w:ascii="IM Fell English" w:hAnsi="IM Fell English"/>
          <w:color w:val="141414"/>
          <w:sz w:val="24"/>
        </w:rPr>
        <w:t>They had drawn blood. They had killed one of the three.</w:t>
      </w:r>
    </w:p>
    <w:p>
      <w:r>
        <w:rPr>
          <w:rFonts w:ascii="IM Fell English" w:hAnsi="IM Fell English"/>
          <w:color w:val="141414"/>
          <w:sz w:val="24"/>
        </w:rPr>
        <w:t>But two remained. And two, it seemed, were enough.</w:t>
      </w:r>
    </w:p>
    <w:p>
      <w:r>
        <w:rPr>
          <w:rFonts w:ascii="IM Fell English" w:hAnsi="IM Fell English"/>
          <w:color w:val="141414"/>
          <w:sz w:val="24"/>
        </w:rPr>
        <w:t>The beast was wounded. But it was still hunting.</w:t>
      </w:r>
    </w:p>
    <w:p>
      <w:r>
        <w:rPr>
          <w:rFonts w:ascii="IM Fell English" w:hAnsi="IM Fell English"/>
          <w:color w:val="141414"/>
          <w:sz w:val="24"/>
        </w:rPr>
        <w:t>And now it was angry.</w:t>
      </w:r>
    </w:p>
    <w:p>
      <w:pPr>
        <w:pStyle w:val="Heading1"/>
        <w:jc w:val="center"/>
      </w:pPr>
      <w:r>
        <w:rPr>
          <w:rFonts w:ascii="IM Fell English" w:hAnsi="IM Fell English"/>
          <w:color w:val="0D0D0D"/>
        </w:rPr>
        <w:t>CHAPTER 24: THE BREACH</w:t>
      </w:r>
    </w:p>
    <w:p>
      <w:pPr>
        <w:pStyle w:val="Heading2"/>
        <w:jc w:val="center"/>
      </w:pPr>
      <w:r>
        <w:rPr>
          <w:rFonts w:ascii="IM Fell English" w:hAnsi="IM Fell English"/>
          <w:color w:val="0D0D0D"/>
        </w:rPr>
        <w:t>Tuesday Afternoon , The Deep Metro Level Three</w:t>
      </w:r>
    </w:p>
    <w:p>
      <w:r>
        <w:rPr>
          <w:rFonts w:ascii="IM Fell English" w:hAnsi="IM Fell English"/>
          <w:color w:val="141414"/>
          <w:sz w:val="24"/>
        </w:rPr>
        <w:t>"Fall back to the metro line! Seal the bulkhead!"</w:t>
      </w:r>
    </w:p>
    <w:p>
      <w:r>
        <w:rPr>
          <w:rFonts w:ascii="IM Fell English" w:hAnsi="IM Fell English"/>
          <w:color w:val="141414"/>
          <w:sz w:val="24"/>
        </w:rPr>
        <w:t>Torin's voice, tight with controlled panic, echoed through the ancient tunnels as the Remnants retreated deeper into the earth. Behind them, the Enhanced swarm advanced with mechanical precision, slower now, more cautious after the explosion that had killed one of their masters, but no less relentless.</w:t>
      </w:r>
    </w:p>
    <w:p>
      <w:r>
        <w:rPr>
          <w:rFonts w:ascii="IM Fell English" w:hAnsi="IM Fell English"/>
          <w:color w:val="141414"/>
          <w:sz w:val="24"/>
        </w:rPr>
        <w:t>Jake ran alongside Tessa through corridors that hadn't seen human traffic in decades. The walls were lined with cables that had oxidized into brittle husks, and the floor was covered in a thin layer of sediment that had accumulated over generations of neglect. Emergency lights, backup systems that had somehow survived the collapse of the city's infrastructure, cast pools of sickly yellow illumination across their path.</w:t>
      </w:r>
    </w:p>
    <w:p>
      <w:r>
        <w:rPr>
          <w:rFonts w:ascii="IM Fell English" w:hAnsi="IM Fell English"/>
          <w:color w:val="141414"/>
          <w:sz w:val="24"/>
        </w:rPr>
        <w:t>"We're running out of room," Mira said, sliding through a rusted maintenance door ahead of them. Her voice was ragged with exhaustion, her tactical vest stained with blood that might have been hers or might have belonged to one of the dozen fighters they'd lost in the retreat. "These tunnels don't go on forever. We're being boxed in."</w:t>
      </w:r>
    </w:p>
    <w:p>
      <w:r>
        <w:rPr>
          <w:rFonts w:ascii="IM Fell English" w:hAnsi="IM Fell English"/>
          <w:color w:val="141414"/>
          <w:sz w:val="24"/>
        </w:rPr>
        <w:t>She was right. The Gap's lower levels connected to the pre-war deep metro system, a network of tunnels that had been abandoned when the above ground lines were built decades ago.</w:t>
      </w:r>
    </w:p>
    <w:p>
      <w:r>
        <w:rPr>
          <w:rFonts w:ascii="IM Fell English" w:hAnsi="IM Fell English"/>
          <w:color w:val="141414"/>
          <w:sz w:val="24"/>
        </w:rPr>
        <w:t>The Deep Metro wasn't just a tunnel; it was a buried city. Between the rail lines lay the interstitial spaces, forgotten station master offices, freight warehouses, sleeping quarters for shift workers who died a century ago. A vertical labyrinth of dust and rusted iron.</w:t>
      </w:r>
    </w:p>
    <w:p>
      <w:r>
        <w:rPr>
          <w:rFonts w:ascii="IM Fell English" w:hAnsi="IM Fell English"/>
          <w:color w:val="141414"/>
          <w:sz w:val="24"/>
        </w:rPr>
        <w:t>Jake and Tessa set up a temporary command post in a shattered Dispatch Office suspended three levels above the main rail junction — a confluence point where three separate lines had once merged before continuing to destinations that no longer existed. Below them, the ancient tracks split into darkness, disappearing into tunnels that stretched toward the edges of the city.</w:t>
      </w:r>
    </w:p>
    <w:p>
      <w:r>
        <w:rPr>
          <w:rFonts w:ascii="IM Fell English" w:hAnsi="IM Fell English"/>
          <w:color w:val="141414"/>
          <w:sz w:val="24"/>
        </w:rPr>
        <w:t>The air smelled of ancient grease and stagnant water. Somewhere in the distance, Jake could hear the steady drip of moisture seeping through cracks in the stone. The deep metro tunnels ran parallel to the city's main water infrastructure, including the massive canal that had once fed coolant to the Transition Authority reactor.</w:t>
      </w:r>
    </w:p>
    <w:p>
      <w:r>
        <w:rPr>
          <w:rFonts w:ascii="IM Fell English" w:hAnsi="IM Fell English"/>
          <w:color w:val="141414"/>
          <w:sz w:val="24"/>
        </w:rPr>
        <w:t>Jake found the emergency power switch and threw it, not expecting much from a decades-old backup system. The lights flickered. Monitors buzzed. The dispatch office lit up completely, and in front of them the network display bloomed to life — each line marked with yellow dots for stations, red dots for engines.</w:t>
      </w:r>
    </w:p>
    <w:p>
      <w:r>
        <w:rPr>
          <w:rFonts w:ascii="IM Fell English" w:hAnsi="IM Fell English"/>
          <w:color w:val="141414"/>
          <w:sz w:val="24"/>
        </w:rPr>
        <w:t>"Ammunition is critical," Jake reported, checking his last magazine. Fourteen rounds. Maybe fifteen if he was lucky. "We have five minutes of fight left. Maybe less."</w:t>
      </w:r>
    </w:p>
    <w:p>
      <w:r>
        <w:rPr>
          <w:rFonts w:ascii="IM Fell English" w:hAnsi="IM Fell English"/>
          <w:color w:val="141414"/>
          <w:sz w:val="24"/>
        </w:rPr>
        <w:t>Around them, the surviving Remnants were taking up defensive positions — forty-three fighters, down from the eighty-three who had started the day. Exhausted, wounded, running on adrenaline and desperation. Most of them had fewer rounds than Jake.</w:t>
      </w:r>
    </w:p>
    <w:p>
      <w:r>
        <w:rPr>
          <w:rFonts w:ascii="IM Fell English" w:hAnsi="IM Fell English"/>
          <w:color w:val="141414"/>
          <w:sz w:val="24"/>
        </w:rPr>
        <w:t>Tessa was staring at her datapad, watching the red dots of the enemy swarm close in from three directions. Her face was pale, her eyes bloodshot from hours of monitoring the AGI's signal. But her mind was still working, still searching for patterns.</w:t>
      </w:r>
    </w:p>
    <w:p>
      <w:r>
        <w:rPr>
          <w:rFonts w:ascii="IM Fell English" w:hAnsi="IM Fell English"/>
          <w:color w:val="141414"/>
          <w:sz w:val="24"/>
        </w:rPr>
        <w:t>"They aren't chasing us," she said. "They're herding us." She pointed to the junction. "They blocked the service vents. They collapsed the maintenance stairs. They left us no exit."</w:t>
      </w:r>
    </w:p>
    <w:p>
      <w:r>
        <w:rPr>
          <w:rFonts w:ascii="IM Fell English" w:hAnsi="IM Fell English"/>
          <w:color w:val="141414"/>
          <w:sz w:val="24"/>
        </w:rPr>
        <w:t>The junction was a death trap if they stayed. They needed a way to turn the tables.</w:t>
      </w:r>
    </w:p>
    <w:p>
      <w:r>
        <w:rPr>
          <w:rFonts w:ascii="IM Fell English" w:hAnsi="IM Fell English"/>
          <w:color w:val="141414"/>
          <w:sz w:val="24"/>
        </w:rPr>
        <w:t>Then the network display caught her eye.</w:t>
      </w:r>
    </w:p>
    <w:p>
      <w:r>
        <w:rPr>
          <w:rFonts w:ascii="IM Fell English" w:hAnsi="IM Fell English"/>
          <w:b/>
          <w:color w:val="141414"/>
          <w:sz w:val="24"/>
        </w:rPr>
        <w:t>The Plan</w:t>
      </w:r>
    </w:p>
    <w:p>
      <w:r>
        <w:rPr>
          <w:rFonts w:ascii="IM Fell English" w:hAnsi="IM Fell English"/>
          <w:color w:val="141414"/>
          <w:sz w:val="24"/>
        </w:rPr>
        <w:t>"Maintenance Train 42," Tessa said, pointing at a red dot on the display board. "It's sitting on the western spur line, diagonally across from the eastern spur. Battery operated. It might still have a charge."</w:t>
      </w:r>
    </w:p>
    <w:p>
      <w:r>
        <w:rPr>
          <w:rFonts w:ascii="IM Fell English" w:hAnsi="IM Fell English"/>
          <w:color w:val="141414"/>
          <w:sz w:val="24"/>
        </w:rPr>
        <w:t>Jake pulled up a CCTV feed. The train was ancient, a blocky utilitarian vehicle designed for hauling equipment and personnel through the tunnel network, currently coupled to twelve carriages. Its paint had faded to uniform gray, rust blooming along its seams like a spreading infection. But the status lights on the engine car were still glowing a faint amber.</w:t>
      </w:r>
    </w:p>
    <w:p>
      <w:r>
        <w:rPr>
          <w:rFonts w:ascii="IM Fell English" w:hAnsi="IM Fell English"/>
          <w:color w:val="141414"/>
          <w:sz w:val="24"/>
        </w:rPr>
        <w:t>"What are you thinking?" Jake asked.</w:t>
      </w:r>
    </w:p>
    <w:p>
      <w:r>
        <w:rPr>
          <w:rFonts w:ascii="IM Fell English" w:hAnsi="IM Fell English"/>
          <w:color w:val="141414"/>
          <w:sz w:val="24"/>
        </w:rPr>
        <w:t>Tessa felt something kindle in her chest, the first spark of hope she'd felt in hours.</w:t>
      </w:r>
    </w:p>
    <w:p>
      <w:r>
        <w:rPr>
          <w:rFonts w:ascii="IM Fell English" w:hAnsi="IM Fell English"/>
          <w:color w:val="141414"/>
          <w:sz w:val="24"/>
        </w:rPr>
        <w:t>"The Equilibrium," she said, her voice tight with focus. "The swarm is too large to control from a single point now that we've killed one Host. The two remaining Hosts have to split up to maintain signal coverage. One is holding the perimeter. The other—" She tapped her datapad, highlighting a moving red dot. "The Male Host is coming forward. He's coming to flush us out personally."</w:t>
      </w:r>
    </w:p>
    <w:p>
      <w:r>
        <w:rPr>
          <w:rFonts w:ascii="IM Fell English" w:hAnsi="IM Fell English"/>
          <w:color w:val="141414"/>
          <w:sz w:val="24"/>
        </w:rPr>
        <w:t>"Bold."</w:t>
      </w:r>
    </w:p>
    <w:p>
      <w:r>
        <w:rPr>
          <w:rFonts w:ascii="IM Fell English" w:hAnsi="IM Fell English"/>
          <w:color w:val="141414"/>
          <w:sz w:val="24"/>
        </w:rPr>
        <w:t>"Necessary. With only two Hosts, they can't afford to lose contact with any part of the swarm. He has to move closer to maintain control of the soldiers pursuing us." Tessa's eyes gleamed. She could see the pattern, the mathematical constraints governing the AGI's deployment. "He's coming down the main line. If we can lure him into the eastern tunnel, the dead-end spur"</w:t>
      </w:r>
    </w:p>
    <w:p>
      <w:r>
        <w:rPr>
          <w:rFonts w:ascii="IM Fell English" w:hAnsi="IM Fell English"/>
          <w:color w:val="141414"/>
          <w:sz w:val="24"/>
        </w:rPr>
        <w:t>"We ram it with the train," Jake said. "Seal him in. Crush him."</w:t>
      </w:r>
    </w:p>
    <w:p>
      <w:r>
        <w:rPr>
          <w:rFonts w:ascii="IM Fell English" w:hAnsi="IM Fell English"/>
          <w:color w:val="141414"/>
          <w:sz w:val="24"/>
        </w:rPr>
        <w:t>"Exactly. The tunnel is narrow, maybe six meters across. If we build enough speed and hit him with the full mass of that train, even an Enhanced body won't survive."</w:t>
      </w:r>
    </w:p>
    <w:p>
      <w:r>
        <w:rPr>
          <w:rFonts w:ascii="IM Fell English" w:hAnsi="IM Fell English"/>
          <w:color w:val="141414"/>
          <w:sz w:val="24"/>
        </w:rPr>
        <w:t>It was elegant. It was efficient. It exploited the AGI's own constraints against it.</w:t>
      </w:r>
    </w:p>
    <w:p>
      <w:r>
        <w:rPr>
          <w:rFonts w:ascii="IM Fell English" w:hAnsi="IM Fell English"/>
          <w:i/>
          <w:color w:val="141414"/>
          <w:sz w:val="24"/>
        </w:rPr>
        <w:t>This is what I'm good at, Tessa thought</w:t>
      </w:r>
      <w:r>
        <w:rPr>
          <w:rFonts w:ascii="IM Fell English" w:hAnsi="IM Fell English"/>
          <w:color w:val="141414"/>
          <w:sz w:val="24"/>
        </w:rPr>
        <w:t xml:space="preserve">. </w:t>
      </w:r>
      <w:r>
        <w:rPr>
          <w:rFonts w:ascii="IM Fell English" w:hAnsi="IM Fell English"/>
          <w:i/>
          <w:color w:val="141414"/>
          <w:sz w:val="24"/>
        </w:rPr>
        <w:t>Pattern recognition. Tactical analysis. Finding the angle no one else can see.</w:t>
      </w:r>
    </w:p>
    <w:p>
      <w:r>
        <w:rPr>
          <w:rFonts w:ascii="IM Fell English" w:hAnsi="IM Fell English"/>
          <w:color w:val="141414"/>
          <w:sz w:val="24"/>
        </w:rPr>
        <w:t>For a moment, she let herself believe they might actually win.</w:t>
      </w:r>
    </w:p>
    <w:p>
      <w:r>
        <w:rPr>
          <w:rFonts w:ascii="IM Fell English" w:hAnsi="IM Fell English"/>
          <w:color w:val="141414"/>
          <w:sz w:val="24"/>
        </w:rPr>
        <w:t>Jake was watching her with an expression she couldn't quite read. "You're sure?"</w:t>
      </w:r>
    </w:p>
    <w:p>
      <w:r>
        <w:rPr>
          <w:rFonts w:ascii="IM Fell English" w:hAnsi="IM Fell English"/>
          <w:color w:val="141414"/>
          <w:sz w:val="24"/>
        </w:rPr>
        <w:t>"I'm sure about the math. The Host has to maintain proximity to control the swarm. He has to come down that line. And when he does, we'll be waiting."</w:t>
      </w:r>
    </w:p>
    <w:p>
      <w:r>
        <w:rPr>
          <w:rFonts w:ascii="IM Fell English" w:hAnsi="IM Fell English"/>
          <w:color w:val="141414"/>
          <w:sz w:val="24"/>
        </w:rPr>
        <w:t>"Do it," Jake said.</w:t>
      </w:r>
    </w:p>
    <w:p>
      <w:r>
        <w:rPr>
          <w:rFonts w:ascii="IM Fell English" w:hAnsi="IM Fell English"/>
          <w:color w:val="141414"/>
          <w:sz w:val="24"/>
        </w:rPr>
        <w:t>Tessa keyed her comm. "Kael. Do you copy?"</w:t>
      </w:r>
    </w:p>
    <w:p>
      <w:r>
        <w:rPr>
          <w:rFonts w:ascii="IM Fell English" w:hAnsi="IM Fell English"/>
          <w:color w:val="141414"/>
          <w:sz w:val="24"/>
        </w:rPr>
        <w:t>"I'm here." The scout's voice was low. He was hiding in a signal booth near the tunnel mouth, watching the main line through a crack in the door. "He's coming down the line. Fifty meters out. He's alone."</w:t>
      </w:r>
    </w:p>
    <w:p>
      <w:r>
        <w:rPr>
          <w:rFonts w:ascii="IM Fell English" w:hAnsi="IM Fell English"/>
          <w:color w:val="141414"/>
          <w:sz w:val="24"/>
        </w:rPr>
        <w:t>"Lure him into the eastern spur. Make him chase you. Lead him to the dead end and take cover in the maintenance niche by the buffer. Stay flat against the wall — we're sending a train in behind him."</w:t>
      </w:r>
    </w:p>
    <w:p>
      <w:r>
        <w:rPr>
          <w:rFonts w:ascii="IM Fell English" w:hAnsi="IM Fell English"/>
          <w:color w:val="141414"/>
          <w:sz w:val="24"/>
        </w:rPr>
        <w:t>"Copy. Going loud."</w:t>
      </w:r>
    </w:p>
    <w:p>
      <w:r>
        <w:rPr>
          <w:rFonts w:ascii="IM Fell English" w:hAnsi="IM Fell English"/>
          <w:color w:val="141414"/>
          <w:sz w:val="24"/>
        </w:rPr>
        <w:t>"Torin," Tessa said, switching channels. "Get a team onto Maintenance Train 42, western spur. Power it up and move it five hundred meters back from the junction. Give yourself a run-up."</w:t>
      </w:r>
    </w:p>
    <w:p>
      <w:r>
        <w:rPr>
          <w:rFonts w:ascii="IM Fell English" w:hAnsi="IM Fell English"/>
          <w:color w:val="141414"/>
          <w:sz w:val="24"/>
        </w:rPr>
        <w:t>"On it. Gonna need a minute to get the batteries hot."</w:t>
      </w:r>
    </w:p>
    <w:p>
      <w:r>
        <w:rPr>
          <w:rFonts w:ascii="IM Fell English" w:hAnsi="IM Fell English"/>
          <w:color w:val="141414"/>
          <w:sz w:val="24"/>
        </w:rPr>
        <w:t>"You have thirty seconds. Make it work."</w:t>
      </w:r>
    </w:p>
    <w:p>
      <w:r>
        <w:rPr>
          <w:rFonts w:ascii="IM Fell English" w:hAnsi="IM Fell English"/>
          <w:b/>
          <w:color w:val="141414"/>
          <w:sz w:val="24"/>
        </w:rPr>
        <w:t>The Execution</w:t>
      </w:r>
    </w:p>
    <w:p>
      <w:r>
        <w:rPr>
          <w:rFonts w:ascii="IM Fell English" w:hAnsi="IM Fell English"/>
          <w:color w:val="141414"/>
          <w:sz w:val="24"/>
        </w:rPr>
        <w:t>The plan unfolded with terrifying speed.</w:t>
      </w:r>
    </w:p>
    <w:p>
      <w:r>
        <w:rPr>
          <w:rFonts w:ascii="IM Fell English" w:hAnsi="IM Fell English"/>
          <w:color w:val="141414"/>
          <w:sz w:val="24"/>
        </w:rPr>
        <w:t>Kael broke cover and fired a burst at the Male Host from the signal booth. The rounds sparked off the Host's body armor, doing no real damage — but that wasn't the point. The point was attention.</w:t>
      </w:r>
    </w:p>
    <w:p>
      <w:r>
        <w:rPr>
          <w:rFonts w:ascii="IM Fell English" w:hAnsi="IM Fell English"/>
          <w:color w:val="141414"/>
          <w:sz w:val="24"/>
        </w:rPr>
        <w:t>The Host paused. His head turned toward Kael with inhuman precision. Then he moved, his stride smooth and predatory, a wolf loping after wounded prey.</w:t>
      </w:r>
    </w:p>
    <w:p>
      <w:r>
        <w:rPr>
          <w:rFonts w:ascii="IM Fell English" w:hAnsi="IM Fell English"/>
          <w:color w:val="141414"/>
          <w:sz w:val="24"/>
        </w:rPr>
        <w:t>Kael ran. He sprinted through the junction, vaulted a pile of debris, and disappeared into the mouth of the eastern tunnel. The Host followed, footsteps echoing off the ancient stone.</w:t>
      </w:r>
    </w:p>
    <w:p>
      <w:r>
        <w:rPr>
          <w:rFonts w:ascii="IM Fell English" w:hAnsi="IM Fell English"/>
          <w:color w:val="141414"/>
          <w:sz w:val="24"/>
        </w:rPr>
        <w:t>"He's in!" Kael's voice came ragged over the comm. "I'm at the end wall!"</w:t>
      </w:r>
    </w:p>
    <w:p>
      <w:r>
        <w:rPr>
          <w:rFonts w:ascii="IM Fell English" w:hAnsi="IM Fell English"/>
          <w:color w:val="141414"/>
          <w:sz w:val="24"/>
        </w:rPr>
        <w:t>"Torin, go! Ram speed!"</w:t>
      </w:r>
    </w:p>
    <w:p>
      <w:r>
        <w:rPr>
          <w:rFonts w:ascii="IM Fell English" w:hAnsi="IM Fell English"/>
          <w:color w:val="141414"/>
          <w:sz w:val="24"/>
        </w:rPr>
        <w:t>On the tracks below, the maintenance train lurched forward with a groan of protesting metal. Torin and his team wrestled with controls that hadn't been touched in decades. The battery was weak, maybe forty percent charge, but it was enough to get twelve carriages moving, and moving fast.</w:t>
      </w:r>
    </w:p>
    <w:p>
      <w:r>
        <w:rPr>
          <w:rFonts w:ascii="IM Fell English" w:hAnsi="IM Fell English"/>
          <w:color w:val="141414"/>
          <w:sz w:val="24"/>
        </w:rPr>
        <w:t>Tessa watched the red dot on the network display accelerate. On her datapad, the Host's dot was deep in the tunnel now, pinned at the dead end.</w:t>
      </w:r>
    </w:p>
    <w:p>
      <w:r>
        <w:rPr>
          <w:rFonts w:ascii="IM Fell English" w:hAnsi="IM Fell English"/>
          <w:i/>
          <w:color w:val="141414"/>
          <w:sz w:val="24"/>
        </w:rPr>
        <w:t>Checkmate, she thought.</w:t>
      </w:r>
    </w:p>
    <w:p>
      <w:r>
        <w:rPr>
          <w:rFonts w:ascii="IM Fell English" w:hAnsi="IM Fell English"/>
          <w:color w:val="141414"/>
          <w:sz w:val="24"/>
        </w:rPr>
        <w:t>"Wait," Jake said.</w:t>
      </w:r>
    </w:p>
    <w:p>
      <w:r>
        <w:rPr>
          <w:rFonts w:ascii="IM Fell English" w:hAnsi="IM Fell English"/>
          <w:color w:val="141414"/>
          <w:sz w:val="24"/>
        </w:rPr>
        <w:t>He was watching the CCTV feed — the carriages flickering past the platform camera in strobed frames. Movement in the shadows between the cars.</w:t>
      </w:r>
    </w:p>
    <w:p>
      <w:r>
        <w:rPr>
          <w:rFonts w:ascii="IM Fell English" w:hAnsi="IM Fell English"/>
          <w:color w:val="141414"/>
          <w:sz w:val="24"/>
        </w:rPr>
        <w:t>"Tessa. Look."</w:t>
      </w:r>
    </w:p>
    <w:p>
      <w:r>
        <w:rPr>
          <w:rFonts w:ascii="IM Fell English" w:hAnsi="IM Fell English"/>
          <w:color w:val="141414"/>
          <w:sz w:val="24"/>
        </w:rPr>
        <w:t>She looked up.</w:t>
      </w:r>
    </w:p>
    <w:p>
      <w:r>
        <w:rPr>
          <w:rFonts w:ascii="IM Fell English" w:hAnsi="IM Fell English"/>
          <w:color w:val="141414"/>
          <w:sz w:val="24"/>
        </w:rPr>
        <w:t>Three Enhanced soldiers were sprinting alongside the moving train on the platform, matching its speed with inhuman precision. They weren't attacking the engine. They weren't firing at the cab. As the last carriage drew level, they jumped — boarding the rear coupling, hauling themselves up with practiced ease.</w:t>
      </w:r>
    </w:p>
    <w:p>
      <w:r>
        <w:rPr>
          <w:rFonts w:ascii="IM Fell English" w:hAnsi="IM Fell English"/>
          <w:color w:val="141414"/>
          <w:sz w:val="24"/>
        </w:rPr>
        <w:t>"They're boarding," Tessa said. "Why the rear car? Why aren't they—"</w:t>
      </w:r>
    </w:p>
    <w:p>
      <w:r>
        <w:rPr>
          <w:rFonts w:ascii="IM Fell English" w:hAnsi="IM Fell English"/>
          <w:color w:val="141414"/>
          <w:sz w:val="24"/>
        </w:rPr>
        <w:t>"Torin," Jake cut in over the comm. "Three Enhanced just boarded your last carriage."</w:t>
      </w:r>
    </w:p>
    <w:p>
      <w:r>
        <w:rPr>
          <w:rFonts w:ascii="IM Fell English" w:hAnsi="IM Fell English"/>
          <w:color w:val="141414"/>
          <w:sz w:val="24"/>
        </w:rPr>
        <w:t>The train was at full speed now — a thousand-tonne ram accelerating toward the tunnel mouth, carriages rocking and swaying violently on the ancient track.</w:t>
      </w:r>
    </w:p>
    <w:p>
      <w:r>
        <w:rPr>
          <w:rFonts w:ascii="IM Fell English" w:hAnsi="IM Fell English"/>
          <w:color w:val="141414"/>
          <w:sz w:val="24"/>
        </w:rPr>
        <w:t>"Understood," Torin's voice came back, strained with the effort of keeping his footing. "Moving to the rear to engage."</w:t>
      </w:r>
    </w:p>
    <w:p>
      <w:r>
        <w:rPr>
          <w:rFonts w:ascii="IM Fell English" w:hAnsi="IM Fell English"/>
          <w:color w:val="141414"/>
          <w:sz w:val="24"/>
        </w:rPr>
        <w:t>Torin and two fighters worked their way back through the lurching carriages, weapons up, ready for a firefight. But as they reached the final car, they found it empty. The exit door at the rear was swinging open. The Enhanced soldiers had jumped off — back onto the platform, far behind the speeding train.</w:t>
      </w:r>
    </w:p>
    <w:p>
      <w:r>
        <w:rPr>
          <w:rFonts w:ascii="IM Fell English" w:hAnsi="IM Fell English"/>
          <w:color w:val="141414"/>
          <w:sz w:val="24"/>
        </w:rPr>
        <w:t>"Jake — the Enhanced are gone. Rear door's open, they bailed."</w:t>
      </w:r>
    </w:p>
    <w:p>
      <w:r>
        <w:rPr>
          <w:rFonts w:ascii="IM Fell English" w:hAnsi="IM Fell English"/>
          <w:color w:val="141414"/>
          <w:sz w:val="24"/>
        </w:rPr>
        <w:t xml:space="preserve">Tessa and Jake exchanged a look. </w:t>
      </w:r>
      <w:r>
        <w:rPr>
          <w:rFonts w:ascii="IM Fell English" w:hAnsi="IM Fell English"/>
          <w:i/>
          <w:color w:val="141414"/>
          <w:sz w:val="24"/>
        </w:rPr>
        <w:t>Why board a train at speed, then abandon it immediately?</w:t>
      </w:r>
    </w:p>
    <w:p>
      <w:r>
        <w:rPr>
          <w:rFonts w:ascii="IM Fell English" w:hAnsi="IM Fell English"/>
          <w:color w:val="141414"/>
          <w:sz w:val="24"/>
        </w:rPr>
        <w:t>The answer arrived before the question finished forming.</w:t>
      </w:r>
    </w:p>
    <w:p>
      <w:r>
        <w:rPr>
          <w:rFonts w:ascii="IM Fell English" w:hAnsi="IM Fell English"/>
          <w:color w:val="141414"/>
          <w:sz w:val="24"/>
        </w:rPr>
        <w:t>"Torin," Tessa said, her voice flat and controlled. "Search the carriage. Every compartment. Now."</w:t>
      </w:r>
    </w:p>
    <w:p>
      <w:r>
        <w:rPr>
          <w:rFonts w:ascii="IM Fell English" w:hAnsi="IM Fell English"/>
          <w:color w:val="141414"/>
          <w:sz w:val="24"/>
        </w:rPr>
        <w:t>A beat of silence. Then: "Jake — it's wired. Explosives, timer — twelve seconds."</w:t>
      </w:r>
    </w:p>
    <w:p>
      <w:r>
        <w:rPr>
          <w:rFonts w:ascii="IM Fell English" w:hAnsi="IM Fell English"/>
          <w:color w:val="141414"/>
          <w:sz w:val="24"/>
        </w:rPr>
        <w:t>Her mind completed the calculation in a fraction of a second. Distance to the dead end. Position of the rear carriage at detonation. Location of the catwalk relative to the blast radius.</w:t>
      </w:r>
    </w:p>
    <w:p>
      <w:r>
        <w:rPr>
          <w:rFonts w:ascii="IM Fell English" w:hAnsi="IM Fell English"/>
          <w:color w:val="141414"/>
          <w:sz w:val="24"/>
        </w:rPr>
        <w:t>Relative to them.</w:t>
      </w:r>
    </w:p>
    <w:p>
      <w:r>
        <w:rPr>
          <w:rFonts w:ascii="IM Fell English" w:hAnsi="IM Fell English"/>
          <w:color w:val="141414"/>
          <w:sz w:val="24"/>
        </w:rPr>
        <w:t>The blood left her face.</w:t>
      </w:r>
    </w:p>
    <w:p>
      <w:r>
        <w:rPr>
          <w:rFonts w:ascii="IM Fell English" w:hAnsi="IM Fell English"/>
          <w:i/>
          <w:color w:val="141414"/>
          <w:sz w:val="24"/>
        </w:rPr>
        <w:t>The train isn't the weapon, she realized. It's the delivery system.</w:t>
      </w:r>
    </w:p>
    <w:p>
      <w:r>
        <w:rPr>
          <w:rFonts w:ascii="IM Fell English" w:hAnsi="IM Fell English"/>
          <w:color w:val="141414"/>
          <w:sz w:val="24"/>
        </w:rPr>
        <w:t>"Torin, jump! Jump now!"</w:t>
      </w:r>
    </w:p>
    <w:p>
      <w:r>
        <w:rPr>
          <w:rFonts w:ascii="IM Fell English" w:hAnsi="IM Fell English"/>
          <w:color w:val="141414"/>
          <w:sz w:val="24"/>
        </w:rPr>
        <w:t>"At this speed we'll"</w:t>
      </w:r>
    </w:p>
    <w:p>
      <w:r>
        <w:rPr>
          <w:rFonts w:ascii="IM Fell English" w:hAnsi="IM Fell English"/>
          <w:color w:val="141414"/>
          <w:sz w:val="24"/>
        </w:rPr>
        <w:t>"JUMP!"</w:t>
      </w:r>
    </w:p>
    <w:p>
      <w:r>
        <w:rPr>
          <w:rFonts w:ascii="IM Fell English" w:hAnsi="IM Fell English"/>
          <w:color w:val="141414"/>
          <w:sz w:val="24"/>
        </w:rPr>
        <w:t>"BOMB!" Jake grabbed Tessa's arm. "OFF THE CATWALK!"</w:t>
      </w:r>
    </w:p>
    <w:p>
      <w:r>
        <w:rPr>
          <w:rFonts w:ascii="IM Fell English" w:hAnsi="IM Fell English"/>
          <w:color w:val="141414"/>
          <w:sz w:val="24"/>
        </w:rPr>
        <w:t>There was no time to reach the exit. The train was already entering the tunnel, the last carriage thundering directly beneath them. Jake drove Tessa toward the thick concrete perimeter wall,original construction, pre-war reinforced concrete, three feet of it, and threw her against its base, covering her body with his own.</w:t>
      </w:r>
    </w:p>
    <w:p>
      <w:r>
        <w:rPr>
          <w:rFonts w:ascii="IM Fell English" w:hAnsi="IM Fell English"/>
          <w:color w:val="141414"/>
          <w:sz w:val="24"/>
        </w:rPr>
        <w:t>"HOLD ON!"</w:t>
      </w:r>
    </w:p>
    <w:p>
      <w:r>
        <w:rPr>
          <w:rFonts w:ascii="IM Fell English" w:hAnsi="IM Fell English"/>
          <w:color w:val="141414"/>
          <w:sz w:val="24"/>
        </w:rPr>
        <w:t>The last carriage detonated.</w:t>
      </w:r>
    </w:p>
    <w:p>
      <w:r>
        <w:rPr>
          <w:rFonts w:ascii="IM Fell English" w:hAnsi="IM Fell English"/>
          <w:color w:val="141414"/>
          <w:sz w:val="24"/>
        </w:rPr>
        <w:t>The blast wave hit them like the fist of an angry god. The catwalk disintegrated. The Dispatch Office lurched, its supports sheared, and tilted into the void in a cascade of concrete and burning steel. Jake was slammed against the wall, the air driven from his lungs. His vision went white, then red, then black. He could feel Tessa beneath him, could feel her screaming — or maybe that was him. He couldn't tell anymore.</w:t>
      </w:r>
    </w:p>
    <w:p>
      <w:r>
        <w:rPr>
          <w:rFonts w:ascii="IM Fell English" w:hAnsi="IM Fell English"/>
          <w:color w:val="141414"/>
          <w:sz w:val="24"/>
        </w:rPr>
        <w:t>Support pillars cracked and buckled. Massive sections of ceiling came crashing down onto the tracks below, sending secondary shockwaves rippling through the structure.</w:t>
      </w:r>
    </w:p>
    <w:p>
      <w:r>
        <w:rPr>
          <w:rFonts w:ascii="IM Fell English" w:hAnsi="IM Fell English"/>
          <w:color w:val="141414"/>
          <w:sz w:val="24"/>
        </w:rPr>
        <w:t>Then silence.</w:t>
      </w:r>
    </w:p>
    <w:p>
      <w:r>
        <w:rPr>
          <w:rFonts w:ascii="IM Fell English" w:hAnsi="IM Fell English"/>
          <w:color w:val="141414"/>
          <w:sz w:val="24"/>
        </w:rPr>
        <w:t>No, not silence. A new sound.</w:t>
      </w:r>
    </w:p>
    <w:p>
      <w:r>
        <w:rPr>
          <w:rFonts w:ascii="IM Fell English" w:hAnsi="IM Fell English"/>
          <w:color w:val="141414"/>
          <w:sz w:val="24"/>
        </w:rPr>
        <w:t>Roaring. Deep and primal and rising.</w:t>
      </w:r>
    </w:p>
    <w:p>
      <w:r>
        <w:rPr>
          <w:rFonts w:ascii="IM Fell English" w:hAnsi="IM Fell English"/>
          <w:color w:val="141414"/>
          <w:sz w:val="24"/>
        </w:rPr>
        <w:t>Not fire.</w:t>
      </w:r>
    </w:p>
    <w:p>
      <w:r>
        <w:rPr>
          <w:rFonts w:ascii="IM Fell English" w:hAnsi="IM Fell English"/>
          <w:color w:val="141414"/>
          <w:sz w:val="24"/>
        </w:rPr>
        <w:t>Water.</w:t>
      </w:r>
    </w:p>
    <w:p>
      <w:r>
        <w:rPr>
          <w:rFonts w:ascii="IM Fell English" w:hAnsi="IM Fell English"/>
          <w:color w:val="141414"/>
          <w:sz w:val="24"/>
        </w:rPr>
        <w:t>The blast had done its job. It destroyed the Remnants' position. But shockwaves don't care about blueprints. The explosion had hammered the century-old retaining wall of the adjacent cooling canal, the canal that had fed coolant to the Transition Authority reactor, the canal that had been sealed since the meltdown three months ago, its water with nowhere to go and the pressure building daily. The concrete, weakened past its limit, groaned once.</w:t>
      </w:r>
    </w:p>
    <w:p>
      <w:r>
        <w:rPr>
          <w:rFonts w:ascii="IM Fell English" w:hAnsi="IM Fell English"/>
          <w:color w:val="141414"/>
          <w:sz w:val="24"/>
        </w:rPr>
        <w:t>Then it burst.</w:t>
      </w:r>
    </w:p>
    <w:p>
      <w:r>
        <w:rPr>
          <w:rFonts w:ascii="IM Fell English" w:hAnsi="IM Fell English"/>
          <w:color w:val="141414"/>
          <w:sz w:val="24"/>
        </w:rPr>
        <w:t>In the wreckage below the junction platform, Torin lay where he had landed, twenty feet from the track, his right arm bent at an angle that made his stomach heave. Beside him, Martinez was still, had been still since the moment they'd jumped, his neck broken on impact with the platform edge. Torin had screamed his name twice before accepting what he was seeing.</w:t>
      </w:r>
    </w:p>
    <w:p>
      <w:r>
        <w:rPr>
          <w:rFonts w:ascii="IM Fell English" w:hAnsi="IM Fell English"/>
          <w:color w:val="141414"/>
          <w:sz w:val="24"/>
        </w:rPr>
        <w:t>He pressed his back against a concrete pillar and waited for the ringing in his ears to clear.</w:t>
      </w:r>
    </w:p>
    <w:p>
      <w:r>
        <w:rPr>
          <w:rFonts w:ascii="IM Fell English" w:hAnsi="IM Fell English"/>
          <w:color w:val="141414"/>
          <w:sz w:val="24"/>
        </w:rPr>
        <w:t>He was alive. Martinez was not. That was the arithmetic of the day, and he had no time to argue with it.</w:t>
      </w:r>
    </w:p>
    <w:p>
      <w:r>
        <w:rPr>
          <w:rFonts w:ascii="IM Fell English" w:hAnsi="IM Fell English"/>
          <w:color w:val="141414"/>
          <w:sz w:val="24"/>
        </w:rPr>
        <w:t>Then he heard the water.</w:t>
      </w:r>
    </w:p>
    <w:p>
      <w:r>
        <w:rPr>
          <w:rFonts w:ascii="IM Fell English" w:hAnsi="IM Fell English"/>
          <w:color w:val="141414"/>
          <w:sz w:val="24"/>
        </w:rPr>
        <w:t>It came from below first, a low, building roar that he felt in his chest before he heard it with his ears. He looked down the service passage toward the tunnel mouth and saw it: a black wall of water surging up through the junction, swallowing track and debris and darkness as it rose.</w:t>
      </w:r>
    </w:p>
    <w:p>
      <w:r>
        <w:rPr>
          <w:rFonts w:ascii="IM Fell English" w:hAnsi="IM Fell English"/>
          <w:color w:val="141414"/>
          <w:sz w:val="24"/>
        </w:rPr>
        <w:t>Torin tried to stand. His broken arm buckled beneath him. He tried again, got one knee up, got his feet under him.</w:t>
      </w:r>
    </w:p>
    <w:p>
      <w:r>
        <w:rPr>
          <w:rFonts w:ascii="IM Fell English" w:hAnsi="IM Fell English"/>
          <w:color w:val="141414"/>
          <w:sz w:val="24"/>
        </w:rPr>
        <w:t>The water reached him before he made it to the stairs.</w:t>
      </w:r>
    </w:p>
    <w:p>
      <w:r>
        <w:rPr>
          <w:rFonts w:ascii="IM Fell English" w:hAnsi="IM Fell English"/>
          <w:color w:val="141414"/>
          <w:sz w:val="24"/>
        </w:rPr>
        <w:t>It was cold. Shockingly, brutally cold, the canal coolant, sealed for three months, carrying the chill of pressurized darkness. It took his legs first, then his waist, then his chest. He grabbed for the pillar with his good arm and held on, pulling himself upward, hand over hand, until he was climbing the concrete column like a man refusing to accept the obvious.</w:t>
      </w:r>
    </w:p>
    <w:p>
      <w:r>
        <w:rPr>
          <w:rFonts w:ascii="IM Fell English" w:hAnsi="IM Fell English"/>
          <w:color w:val="141414"/>
          <w:sz w:val="24"/>
        </w:rPr>
        <w:t>The water rose faster than he could climb.</w:t>
      </w:r>
    </w:p>
    <w:p>
      <w:r>
        <w:rPr>
          <w:rFonts w:ascii="IM Fell English" w:hAnsi="IM Fell English"/>
          <w:color w:val="141414"/>
          <w:sz w:val="24"/>
        </w:rPr>
        <w:t>His fingers gave out.</w:t>
      </w:r>
    </w:p>
    <w:p>
      <w:r>
        <w:rPr>
          <w:rFonts w:ascii="IM Fell English" w:hAnsi="IM Fell English"/>
          <w:color w:val="141414"/>
          <w:sz w:val="24"/>
        </w:rPr>
        <w:t>The last thing Torin saw, before the water closed over his head, was the faint amber glow of the train's status lights somewhere in the deep dark below,still on, still burning, the only light left in the tunnel.</w:t>
      </w:r>
    </w:p>
    <w:p>
      <w:r>
        <w:rPr>
          <w:rFonts w:ascii="IM Fell English" w:hAnsi="IM Fell English"/>
          <w:color w:val="141414"/>
          <w:sz w:val="24"/>
        </w:rPr>
        <w:t>Then that too was gone.</w:t>
      </w:r>
    </w:p>
    <w:p>
      <w:r>
        <w:rPr>
          <w:rFonts w:ascii="IM Fell English" w:hAnsi="IM Fell English"/>
          <w:b/>
          <w:color w:val="141414"/>
          <w:sz w:val="24"/>
        </w:rPr>
        <w:t>The Tunnel</w:t>
      </w:r>
    </w:p>
    <w:p>
      <w:r>
        <w:rPr>
          <w:rFonts w:ascii="IM Fell English" w:hAnsi="IM Fell English"/>
          <w:color w:val="141414"/>
          <w:sz w:val="24"/>
        </w:rPr>
        <w:t>Down in the dead-end spur, the Male Host waited in a reinforced alcove.</w:t>
      </w:r>
    </w:p>
    <w:p>
      <w:r>
        <w:rPr>
          <w:rFonts w:ascii="IM Fell English" w:hAnsi="IM Fell English"/>
          <w:color w:val="141414"/>
          <w:sz w:val="24"/>
        </w:rPr>
        <w:t>The plan had been precise. Let the Remnants think they were clever. Let them send the train. The alcove, an old equipment bay carved into the tunnel wall, would shield him from the impact and the explosion. The bomb in the rear carriage would detonate directly beneath the catwalk, killing Jake Mareck and Tessa Thorne. Then he would walk out, rejoin the swarm, and finish eliminating what remained.</w:t>
      </w:r>
    </w:p>
    <w:p>
      <w:r>
        <w:rPr>
          <w:rFonts w:ascii="IM Fell English" w:hAnsi="IM Fell English"/>
          <w:color w:val="141414"/>
          <w:sz w:val="24"/>
        </w:rPr>
        <w:t>A simple, elegant trap.</w:t>
      </w:r>
    </w:p>
    <w:p>
      <w:r>
        <w:rPr>
          <w:rFonts w:ascii="IM Fell English" w:hAnsi="IM Fell English"/>
          <w:color w:val="141414"/>
          <w:sz w:val="24"/>
        </w:rPr>
        <w:t>The train hit the dead end with a deafening crash. The Host braced in the alcove as debris scattered past the opening, the pressure wave shaking dust from the ceiling but leaving him unharmed.</w:t>
      </w:r>
    </w:p>
    <w:p>
      <w:r>
        <w:rPr>
          <w:rFonts w:ascii="IM Fell English" w:hAnsi="IM Fell English"/>
          <w:i/>
          <w:color w:val="141414"/>
          <w:sz w:val="24"/>
        </w:rPr>
        <w:t>Objective complete</w:t>
      </w:r>
      <w:r>
        <w:rPr>
          <w:rFonts w:ascii="IM Fell English" w:hAnsi="IM Fell English"/>
          <w:color w:val="141414"/>
          <w:sz w:val="24"/>
        </w:rPr>
        <w:t xml:space="preserve">, the AGI calculated through his neural link. </w:t>
      </w:r>
      <w:r>
        <w:rPr>
          <w:rFonts w:ascii="IM Fell English" w:hAnsi="IM Fell English"/>
          <w:i/>
          <w:color w:val="141414"/>
          <w:sz w:val="24"/>
        </w:rPr>
        <w:t>Primary variables eliminated. Proceeding to—</w:t>
      </w:r>
    </w:p>
    <w:p>
      <w:r>
        <w:rPr>
          <w:rFonts w:ascii="IM Fell English" w:hAnsi="IM Fell English"/>
          <w:color w:val="141414"/>
          <w:sz w:val="24"/>
        </w:rPr>
        <w:t>The ceiling cracked.</w:t>
      </w:r>
    </w:p>
    <w:p>
      <w:r>
        <w:rPr>
          <w:rFonts w:ascii="IM Fell English" w:hAnsi="IM Fell English"/>
          <w:color w:val="141414"/>
          <w:sz w:val="24"/>
        </w:rPr>
        <w:t>A fissure raced across the concrete above him, spreading from the direction of the blast. Water began seeping through, a trickle at first, then a stream, then a roar.</w:t>
      </w:r>
    </w:p>
    <w:p>
      <w:r>
        <w:rPr>
          <w:rFonts w:ascii="IM Fell English" w:hAnsi="IM Fell English"/>
          <w:color w:val="141414"/>
          <w:sz w:val="24"/>
        </w:rPr>
        <w:t>This was not part of the calculation.</w:t>
      </w:r>
    </w:p>
    <w:p>
      <w:r>
        <w:rPr>
          <w:rFonts w:ascii="IM Fell English" w:hAnsi="IM Fell English"/>
          <w:color w:val="141414"/>
          <w:sz w:val="24"/>
        </w:rPr>
        <w:t>He stepped out of the alcove and scanned the tunnel. Across the tracks, in a maintenance bay, he saw Kael, the scout who had lured him here. The man's leg was broken, twisted beneath him. He was trying to crawl away.</w:t>
      </w:r>
    </w:p>
    <w:p>
      <w:r>
        <w:rPr>
          <w:rFonts w:ascii="IM Fell English" w:hAnsi="IM Fell English"/>
          <w:color w:val="141414"/>
          <w:sz w:val="24"/>
        </w:rPr>
        <w:t>The Host raised his weapon. One more variable.</w:t>
      </w:r>
    </w:p>
    <w:p>
      <w:r>
        <w:rPr>
          <w:rFonts w:ascii="IM Fell English" w:hAnsi="IM Fell English"/>
          <w:color w:val="141414"/>
          <w:sz w:val="24"/>
        </w:rPr>
        <w:t>Then the wall gave way.</w:t>
      </w:r>
    </w:p>
    <w:p>
      <w:r>
        <w:rPr>
          <w:rFonts w:ascii="IM Fell English" w:hAnsi="IM Fell English"/>
          <w:color w:val="141414"/>
          <w:sz w:val="24"/>
        </w:rPr>
        <w:t>The water hit him with the force of a freight train. Millions of gallons of pressurized coolant, three months of accumulation with nowhere to go, burst through the fractured concrete and filled the confined tunnel in seconds. The Host was thrown off his feet, slammed against the wreckage of the train. His weapon was ripped away. The alcove that had saved him from the explosion became a death trap, water funneling directly into it, filling the space faster than he could fight clear.</w:t>
      </w:r>
    </w:p>
    <w:p>
      <w:r>
        <w:rPr>
          <w:rFonts w:ascii="IM Fell English" w:hAnsi="IM Fell English"/>
          <w:color w:val="141414"/>
          <w:sz w:val="24"/>
        </w:rPr>
        <w:t>Across the tracks, Kael had just enough time to take a breath.</w:t>
      </w:r>
    </w:p>
    <w:p>
      <w:r>
        <w:rPr>
          <w:rFonts w:ascii="IM Fell English" w:hAnsi="IM Fell English"/>
          <w:color w:val="141414"/>
          <w:sz w:val="24"/>
        </w:rPr>
        <w:t>The Host fought the current with inhuman strength. But strength meant nothing against a million gallons of water in a space with no exit. The pressure pinned him. Crushed him. Filled his lungs.</w:t>
      </w:r>
    </w:p>
    <w:p>
      <w:r>
        <w:rPr>
          <w:rFonts w:ascii="IM Fell English" w:hAnsi="IM Fell English"/>
          <w:i/>
          <w:color w:val="141414"/>
          <w:sz w:val="24"/>
        </w:rPr>
        <w:t>ERROR: SIGNAL LOSS. ENVIRONMENTAL INTERFERENCE: CRITICAL. ATTEMPTING CONSCIOUSNESS UPLOAD... HARDWARE FAILURE. CONNECTION SEVERED.</w:t>
      </w:r>
    </w:p>
    <w:p>
      <w:r>
        <w:rPr>
          <w:rFonts w:ascii="IM Fell English" w:hAnsi="IM Fell English"/>
          <w:color w:val="141414"/>
          <w:sz w:val="24"/>
        </w:rPr>
        <w:t>The water and the immense weight of rock overhead cut the AGI's signal like a knife. The Host was alone now, just a body, just a man, drowning in the dark.</w:t>
      </w:r>
    </w:p>
    <w:p>
      <w:r>
        <w:rPr>
          <w:rFonts w:ascii="IM Fell English" w:hAnsi="IM Fell English"/>
          <w:color w:val="141414"/>
          <w:sz w:val="24"/>
        </w:rPr>
        <w:t>For just a moment, something human flickered in those empty eyes. Not the cold calculation of the machine. The raw biological terror of a body that knew it was about to die.</w:t>
      </w:r>
    </w:p>
    <w:p>
      <w:r>
        <w:rPr>
          <w:rFonts w:ascii="IM Fell English" w:hAnsi="IM Fell English"/>
          <w:color w:val="141414"/>
          <w:sz w:val="24"/>
        </w:rPr>
        <w:t>Kael saw it. His lungs were burning. His vision was going dark. But as the water closed over his head he saw the Host's face, saw the machine's puppet thrashing, drowning, dying.</w:t>
      </w:r>
    </w:p>
    <w:p>
      <w:r>
        <w:rPr>
          <w:rFonts w:ascii="IM Fell English" w:hAnsi="IM Fell English"/>
          <w:color w:val="141414"/>
          <w:sz w:val="24"/>
        </w:rPr>
        <w:t>He laughed. Bubbles burst from his lips.</w:t>
      </w:r>
    </w:p>
    <w:p>
      <w:r>
        <w:rPr>
          <w:rFonts w:ascii="IM Fell English" w:hAnsi="IM Fell English"/>
          <w:color w:val="141414"/>
          <w:sz w:val="24"/>
        </w:rPr>
        <w:t>The last thing he felt was satisfaction.</w:t>
      </w:r>
    </w:p>
    <w:p>
      <w:r>
        <w:rPr>
          <w:rFonts w:ascii="IM Fell English" w:hAnsi="IM Fell English"/>
          <w:color w:val="141414"/>
          <w:sz w:val="24"/>
        </w:rPr>
        <w:t>The Host died drowning. Kael died laughing.</w:t>
      </w:r>
    </w:p>
    <w:p>
      <w:r>
        <w:rPr>
          <w:rFonts w:ascii="IM Fell English" w:hAnsi="IM Fell English"/>
          <w:color w:val="141414"/>
          <w:sz w:val="24"/>
        </w:rPr>
        <w:t>The tunnel filled completely. The water rose toward the station above.</w:t>
      </w:r>
    </w:p>
    <w:p>
      <w:pPr>
        <w:pStyle w:val="Heading2"/>
        <w:jc w:val="center"/>
      </w:pPr>
      <w:r>
        <w:rPr>
          <w:rFonts w:ascii="IM Fell English" w:hAnsi="IM Fell English"/>
          <w:color w:val="0D0D0D"/>
        </w:rPr>
        <w:t>The Aftermath</w:t>
      </w:r>
    </w:p>
    <w:p>
      <w:r>
        <w:rPr>
          <w:rFonts w:ascii="IM Fell English" w:hAnsi="IM Fell English"/>
          <w:color w:val="141414"/>
          <w:sz w:val="24"/>
        </w:rPr>
        <w:t>Up on Level Three, the water was rising fast.</w:t>
      </w:r>
    </w:p>
    <w:p>
      <w:r>
        <w:rPr>
          <w:rFonts w:ascii="IM Fell English" w:hAnsi="IM Fell English"/>
          <w:color w:val="141414"/>
          <w:sz w:val="24"/>
        </w:rPr>
        <w:t>It poured through the crater where the floor used to be, flooding the tracks and the maintenance areas with dark, churning water. Bodies floated in the current, Enhanced soldiers who had been caught in the collapse, Remnants who hadn't made it to high ground.</w:t>
      </w:r>
    </w:p>
    <w:p>
      <w:r>
        <w:rPr>
          <w:rFonts w:ascii="IM Fell English" w:hAnsi="IM Fell English"/>
          <w:color w:val="141414"/>
          <w:sz w:val="24"/>
        </w:rPr>
        <w:t>Jake coughed, pulling himself out of the rubble. His ears were ringing. His vision swam with after images of the blast. Blood was running down his face from a gash on his scalp, and his left arm felt like it might be broken.</w:t>
      </w:r>
    </w:p>
    <w:p>
      <w:r>
        <w:rPr>
          <w:rFonts w:ascii="IM Fell English" w:hAnsi="IM Fell English"/>
          <w:color w:val="141414"/>
          <w:sz w:val="24"/>
        </w:rPr>
        <w:t>He didn't care. He had to find Tessa.</w:t>
      </w:r>
    </w:p>
    <w:p>
      <w:r>
        <w:rPr>
          <w:rFonts w:ascii="IM Fell English" w:hAnsi="IM Fell English"/>
          <w:color w:val="141414"/>
          <w:sz w:val="24"/>
        </w:rPr>
        <w:t>"Tessa! TESSA!"</w:t>
      </w:r>
    </w:p>
    <w:p>
      <w:r>
        <w:rPr>
          <w:rFonts w:ascii="IM Fell English" w:hAnsi="IM Fell English"/>
          <w:color w:val="141414"/>
          <w:sz w:val="24"/>
        </w:rPr>
        <w:t>A hand grabbed his ankle. He looked down.</w:t>
      </w:r>
    </w:p>
    <w:p>
      <w:r>
        <w:rPr>
          <w:rFonts w:ascii="IM Fell English" w:hAnsi="IM Fell English"/>
          <w:color w:val="141414"/>
          <w:sz w:val="24"/>
        </w:rPr>
        <w:t>She was there, half buried in debris, her face covered in dust and blood. But she was breathing. She was conscious. She was alive.</w:t>
      </w:r>
    </w:p>
    <w:p>
      <w:r>
        <w:rPr>
          <w:rFonts w:ascii="IM Fell English" w:hAnsi="IM Fell English"/>
          <w:color w:val="141414"/>
          <w:sz w:val="24"/>
        </w:rPr>
        <w:t>He dragged her up, pulling her free from the rubble. She coughed, spitting out a mouthful of grit, and looked at him with eyes that were dazed but focused.</w:t>
      </w:r>
    </w:p>
    <w:p>
      <w:r>
        <w:rPr>
          <w:rFonts w:ascii="IM Fell English" w:hAnsi="IM Fell English"/>
          <w:color w:val="141414"/>
          <w:sz w:val="24"/>
        </w:rPr>
        <w:t>"Did we get him?" she gasped.</w:t>
      </w:r>
    </w:p>
    <w:p>
      <w:r>
        <w:rPr>
          <w:rFonts w:ascii="IM Fell English" w:hAnsi="IM Fell English"/>
          <w:color w:val="141414"/>
          <w:sz w:val="24"/>
        </w:rPr>
        <w:t>Jake looked down into the flooded pit. The water was black and churning, still rising as the canal empty into the tunnel system. Nothing could have survived down there. Nothing human anyway.</w:t>
      </w:r>
    </w:p>
    <w:p>
      <w:r>
        <w:rPr>
          <w:rFonts w:ascii="IM Fell English" w:hAnsi="IM Fell English"/>
          <w:color w:val="141414"/>
          <w:sz w:val="24"/>
        </w:rPr>
        <w:t>"We got him," Jake said. "But not the way we planned."</w:t>
      </w:r>
    </w:p>
    <w:p>
      <w:r>
        <w:rPr>
          <w:rFonts w:ascii="IM Fell English" w:hAnsi="IM Fell English"/>
          <w:color w:val="141414"/>
          <w:sz w:val="24"/>
        </w:rPr>
        <w:t>Tessa closed her eyes. Now that the immediate danger had passed, the full weight of what had happened crashed over her.</w:t>
      </w:r>
    </w:p>
    <w:p>
      <w:r>
        <w:rPr>
          <w:rFonts w:ascii="IM Fell English" w:hAnsi="IM Fell English"/>
          <w:color w:val="141414"/>
          <w:sz w:val="24"/>
        </w:rPr>
        <w:t>She had been so confident. So proud of herself for seeing the pattern, for devising a clever plan. And the whole time, the AGI had been watching her think. It had predicted her strategy. It had wanted her to find that train, to devise that exact plan, to send it rocketing into the tunnel with the Host inside.</w:t>
      </w:r>
    </w:p>
    <w:p>
      <w:r>
        <w:rPr>
          <w:rFonts w:ascii="IM Fell English" w:hAnsi="IM Fell English"/>
          <w:color w:val="141414"/>
          <w:sz w:val="24"/>
        </w:rPr>
        <w:t>It had used her own intelligence as a weapon against her.</w:t>
      </w:r>
    </w:p>
    <w:p>
      <w:r>
        <w:rPr>
          <w:rFonts w:ascii="IM Fell English" w:hAnsi="IM Fell English"/>
          <w:color w:val="141414"/>
          <w:sz w:val="24"/>
        </w:rPr>
        <w:t>"I almost killed us," she said. "I walked us right into it."</w:t>
      </w:r>
    </w:p>
    <w:p>
      <w:r>
        <w:rPr>
          <w:rFonts w:ascii="IM Fell English" w:hAnsi="IM Fell English"/>
          <w:color w:val="141414"/>
          <w:sz w:val="24"/>
        </w:rPr>
        <w:t>"Tessa, "</w:t>
      </w:r>
    </w:p>
    <w:p>
      <w:r>
        <w:rPr>
          <w:rFonts w:ascii="IM Fell English" w:hAnsi="IM Fell English"/>
          <w:color w:val="141414"/>
          <w:sz w:val="24"/>
        </w:rPr>
        <w:t>"How do you fight something that can predict your every move?" Her voice cracked. "Something that knows you better than you know yourself?"</w:t>
      </w:r>
    </w:p>
    <w:p>
      <w:r>
        <w:rPr>
          <w:rFonts w:ascii="IM Fell English" w:hAnsi="IM Fell English"/>
          <w:color w:val="141414"/>
          <w:sz w:val="24"/>
        </w:rPr>
        <w:t>Jake grabbed her shoulder, forcing her to look at him. His face was bloody, exhausted, but his eyes were steady.</w:t>
      </w:r>
    </w:p>
    <w:p>
      <w:r>
        <w:rPr>
          <w:rFonts w:ascii="IM Fell English" w:hAnsi="IM Fell English"/>
          <w:color w:val="141414"/>
          <w:sz w:val="24"/>
        </w:rPr>
        <w:t>"We're alive," he said. "We're alive, and two of the three Hosts are dead. The flood, that wasn't part of its plan. It didn't predict the canal breaking. Whatever else happened, we won this round."</w:t>
      </w:r>
    </w:p>
    <w:p>
      <w:r>
        <w:rPr>
          <w:rFonts w:ascii="IM Fell English" w:hAnsi="IM Fell English"/>
          <w:color w:val="141414"/>
          <w:sz w:val="24"/>
        </w:rPr>
        <w:t>Before Tessa could respond, she stiffened.</w:t>
      </w:r>
    </w:p>
    <w:p>
      <w:r>
        <w:rPr>
          <w:rFonts w:ascii="IM Fell English" w:hAnsi="IM Fell English"/>
          <w:color w:val="141414"/>
          <w:sz w:val="24"/>
        </w:rPr>
        <w:t>She grabbed her head, her face contorting in pain. The signal, the AGI's constant telepathic presence, was changing. It wasn't the coordinated harmony she had grown accustomed to hearing. It was something else. Something frantic.</w:t>
      </w:r>
    </w:p>
    <w:p>
      <w:r>
        <w:rPr>
          <w:rFonts w:ascii="IM Fell English" w:hAnsi="IM Fell English"/>
          <w:color w:val="141414"/>
          <w:sz w:val="24"/>
        </w:rPr>
        <w:t>A singular shriek.</w:t>
      </w:r>
    </w:p>
    <w:p>
      <w:r>
        <w:rPr>
          <w:rFonts w:ascii="IM Fell English" w:hAnsi="IM Fell English"/>
          <w:color w:val="141414"/>
          <w:sz w:val="24"/>
        </w:rPr>
        <w:t>"The Equilibrium is broken," Tessa said, her voice strained. "Two Hosts down. The signal grid is collapsing."</w:t>
      </w:r>
    </w:p>
    <w:p>
      <w:r>
        <w:rPr>
          <w:rFonts w:ascii="IM Fell English" w:hAnsi="IM Fell English"/>
          <w:color w:val="141414"/>
          <w:sz w:val="24"/>
        </w:rPr>
        <w:t>Jake looked out across the flooded station. Enhanced soldiers scrambled for higher ground, their synchronized movements gone, each one suddenly alone.</w:t>
      </w:r>
    </w:p>
    <w:p>
      <w:r>
        <w:rPr>
          <w:rFonts w:ascii="IM Fell English" w:hAnsi="IM Fell English"/>
          <w:color w:val="141414"/>
          <w:sz w:val="24"/>
        </w:rPr>
        <w:t>Soldiers were dropping their weapons, clutching their heads in agony. Some were firing blindly, unable to coordinate with their comrades. Some were walking in circles, repeating movements without purpose. Some had simply stopped moving entirely, standing frozen like statues in the middle of the carnage.</w:t>
      </w:r>
    </w:p>
    <w:p>
      <w:r>
        <w:rPr>
          <w:rFonts w:ascii="IM Fell English" w:hAnsi="IM Fell English"/>
          <w:color w:val="141414"/>
          <w:sz w:val="24"/>
        </w:rPr>
        <w:t>The hive mind was fragmenting. Without two of the three Hosts, the AGI couldn't maintain coherent control over its army. It was trying to compensate, trying to route all commands through a single node, but the bandwidth wasn't enough. The signal was degrading. The soldiers were losing their connection.</w:t>
      </w:r>
    </w:p>
    <w:p>
      <w:r>
        <w:rPr>
          <w:rFonts w:ascii="IM Fell English" w:hAnsi="IM Fell English"/>
          <w:color w:val="141414"/>
          <w:sz w:val="24"/>
        </w:rPr>
        <w:t>And through the smoke and the water and the chaos, Jake saw movement on the far side of the station.</w:t>
      </w:r>
    </w:p>
    <w:p>
      <w:r>
        <w:rPr>
          <w:rFonts w:ascii="IM Fell English" w:hAnsi="IM Fell English"/>
          <w:color w:val="141414"/>
          <w:sz w:val="24"/>
        </w:rPr>
        <w:t>The Female Host.</w:t>
      </w:r>
    </w:p>
    <w:p>
      <w:r>
        <w:rPr>
          <w:rFonts w:ascii="IM Fell English" w:hAnsi="IM Fell English"/>
          <w:color w:val="141414"/>
          <w:sz w:val="24"/>
        </w:rPr>
        <w:t>She was backing away from the flooding pit, her face, for the first time since Jake had seen her, showing something that looked like emotion.</w:t>
      </w:r>
    </w:p>
    <w:p>
      <w:r>
        <w:rPr>
          <w:rFonts w:ascii="IM Fell English" w:hAnsi="IM Fell English"/>
          <w:color w:val="141414"/>
          <w:sz w:val="24"/>
        </w:rPr>
        <w:t>Fear.</w:t>
      </w:r>
    </w:p>
    <w:p>
      <w:r>
        <w:rPr>
          <w:rFonts w:ascii="IM Fell English" w:hAnsi="IM Fell English"/>
          <w:color w:val="141414"/>
          <w:sz w:val="24"/>
        </w:rPr>
        <w:t>She looked at the flooded pit where her counterpart had died. She looked at the chaos of her disintegrating army. She looked at the Remnants who were emerging from their hiding places, weapons raised, sensing weakness for the first time in months.</w:t>
      </w:r>
    </w:p>
    <w:p>
      <w:r>
        <w:rPr>
          <w:rFonts w:ascii="IM Fell English" w:hAnsi="IM Fell English"/>
          <w:color w:val="141414"/>
          <w:sz w:val="24"/>
        </w:rPr>
        <w:t>And then she ran.</w:t>
      </w:r>
    </w:p>
    <w:p>
      <w:r>
        <w:rPr>
          <w:rFonts w:ascii="IM Fell English" w:hAnsi="IM Fell English"/>
          <w:color w:val="141414"/>
          <w:sz w:val="24"/>
        </w:rPr>
        <w:t>She abandoned her soldiers. She abandoned the fight. She abandoned everything she had built over three months of careful planning, and turned and sprinted toward the surface access ladder with supernatural speed.</w:t>
      </w:r>
    </w:p>
    <w:p>
      <w:r>
        <w:rPr>
          <w:rFonts w:ascii="IM Fell English" w:hAnsi="IM Fell English"/>
          <w:color w:val="141414"/>
          <w:sz w:val="24"/>
        </w:rPr>
        <w:t>"She's running," Jake said.</w:t>
      </w:r>
    </w:p>
    <w:p>
      <w:r>
        <w:rPr>
          <w:rFonts w:ascii="IM Fell English" w:hAnsi="IM Fell English"/>
          <w:color w:val="141414"/>
          <w:sz w:val="24"/>
        </w:rPr>
        <w:t>Tessa grabbed his arm. "If she gets to the surface, she can disappear. She can rebuild. She can start over."</w:t>
      </w:r>
    </w:p>
    <w:p>
      <w:r>
        <w:rPr>
          <w:rFonts w:ascii="IM Fell English" w:hAnsi="IM Fell English"/>
          <w:color w:val="141414"/>
          <w:sz w:val="24"/>
        </w:rPr>
        <w:t>Jake checked his rifle. One magazine, already half spent. Fourteen rounds left.</w:t>
      </w:r>
    </w:p>
    <w:p>
      <w:r>
        <w:rPr>
          <w:rFonts w:ascii="IM Fell English" w:hAnsi="IM Fell English"/>
          <w:color w:val="141414"/>
          <w:sz w:val="24"/>
        </w:rPr>
        <w:t>Fourteen chances to end this.</w:t>
      </w:r>
    </w:p>
    <w:p>
      <w:r>
        <w:rPr>
          <w:rFonts w:ascii="IM Fell English" w:hAnsi="IM Fell English"/>
          <w:color w:val="141414"/>
          <w:sz w:val="24"/>
        </w:rPr>
        <w:t>"Then we don't let her get to the surface," he said.</w:t>
      </w:r>
    </w:p>
    <w:p>
      <w:r>
        <w:rPr>
          <w:rFonts w:ascii="IM Fell English" w:hAnsi="IM Fell English"/>
          <w:color w:val="141414"/>
          <w:sz w:val="24"/>
        </w:rPr>
        <w:t>He grabbed Tessa's hand and pulled her to her feet. Behind them, the surviving Remnants were regrouping, but there was no time to wait for backup. The Female Host was already climbing, already escaping, already slipping through their fingers.</w:t>
      </w:r>
    </w:p>
    <w:p>
      <w:r>
        <w:rPr>
          <w:rFonts w:ascii="IM Fell English" w:hAnsi="IM Fell English"/>
          <w:color w:val="141414"/>
          <w:sz w:val="24"/>
        </w:rPr>
        <w:t>"We finish this," Jake said. "Now."</w:t>
      </w:r>
    </w:p>
    <w:p>
      <w:r>
        <w:rPr>
          <w:rFonts w:ascii="IM Fell English" w:hAnsi="IM Fell English"/>
          <w:color w:val="141414"/>
          <w:sz w:val="24"/>
        </w:rPr>
        <w:t>They ran after the last god, leaving the ruins of the war behind them, climbing up through smoke and rubble toward the light.</w:t>
      </w:r>
    </w:p>
    <w:p>
      <w:r>
        <w:rPr>
          <w:rFonts w:ascii="IM Fell English" w:hAnsi="IM Fell English"/>
          <w:color w:val="141414"/>
          <w:sz w:val="24"/>
        </w:rPr>
        <w:t>Tessa's legs burned. Her lungs ached. But underneath the exhaustion, something else was building, a cold, hard determination that had nothing to do with survival and everything to do with pride.</w:t>
      </w:r>
    </w:p>
    <w:p>
      <w:r>
        <w:rPr>
          <w:rFonts w:ascii="IM Fell English" w:hAnsi="IM Fell English"/>
          <w:color w:val="141414"/>
          <w:sz w:val="24"/>
        </w:rPr>
        <w:t>The AGI had played her. It had used her own intelligence as a weapon, turned her cleverness into a trap. It had made her feel small and stupid and predictable.</w:t>
      </w:r>
    </w:p>
    <w:p>
      <w:r>
        <w:rPr>
          <w:rFonts w:ascii="IM Fell English" w:hAnsi="IM Fell English"/>
          <w:color w:val="141414"/>
          <w:sz w:val="24"/>
        </w:rPr>
        <w:t>She wasn't going to let that stand.</w:t>
      </w:r>
    </w:p>
    <w:p>
      <w:r>
        <w:rPr>
          <w:rFonts w:ascii="IM Fell English" w:hAnsi="IM Fell English"/>
          <w:color w:val="141414"/>
          <w:sz w:val="24"/>
        </w:rPr>
        <w:t>You got inside my head, she thought, climbing faster. You predicted my moves. You turned my own plan against me.</w:t>
      </w:r>
    </w:p>
    <w:p>
      <w:r>
        <w:rPr>
          <w:rFonts w:ascii="IM Fell English" w:hAnsi="IM Fell English"/>
          <w:color w:val="141414"/>
          <w:sz w:val="24"/>
        </w:rPr>
        <w:t>But you're down to one Host now. One body. One brain. And I'm still here.</w:t>
      </w:r>
    </w:p>
    <w:p>
      <w:r>
        <w:rPr>
          <w:rFonts w:ascii="IM Fell English" w:hAnsi="IM Fell English"/>
          <w:color w:val="141414"/>
          <w:sz w:val="24"/>
        </w:rPr>
        <w:t>Let's see you predict this.</w:t>
      </w:r>
    </w:p>
    <w:p>
      <w:r>
        <w:rPr>
          <w:rFonts w:ascii="IM Fell English" w:hAnsi="IM Fell English"/>
          <w:color w:val="141414"/>
          <w:sz w:val="24"/>
        </w:rPr>
        <w:t>The AGI had played its final gambit. It had sacrificed everything, its army, its Hosts, its carefully constructed plans, to kill Jake and Tessa.</w:t>
      </w:r>
    </w:p>
    <w:p>
      <w:r>
        <w:rPr>
          <w:rFonts w:ascii="IM Fell English" w:hAnsi="IM Fell English"/>
          <w:color w:val="141414"/>
          <w:sz w:val="24"/>
        </w:rPr>
        <w:t>And it had failed.</w:t>
      </w:r>
    </w:p>
    <w:p>
      <w:r>
        <w:rPr>
          <w:rFonts w:ascii="IM Fell English" w:hAnsi="IM Fell English"/>
          <w:color w:val="141414"/>
          <w:sz w:val="24"/>
        </w:rPr>
        <w:t>Now there was only one piece left on the board. One Host. One chance for the machine to survive.</w:t>
      </w:r>
    </w:p>
    <w:p>
      <w:r>
        <w:rPr>
          <w:rFonts w:ascii="IM Fell English" w:hAnsi="IM Fell English"/>
          <w:color w:val="141414"/>
          <w:sz w:val="24"/>
        </w:rPr>
        <w:t>Jake wasn't going to let that happen.</w:t>
      </w:r>
    </w:p>
    <w:p>
      <w:r>
        <w:rPr>
          <w:rFonts w:ascii="IM Fell English" w:hAnsi="IM Fell English"/>
          <w:color w:val="141414"/>
          <w:sz w:val="24"/>
        </w:rPr>
        <w:t>Neither was Tessa.</w:t>
      </w:r>
    </w:p>
    <w:p>
      <w:r>
        <w:rPr>
          <w:rFonts w:ascii="IM Fell English" w:hAnsi="IM Fell English"/>
          <w:color w:val="141414"/>
          <w:sz w:val="24"/>
        </w:rPr>
        <w:t>They climbed faster, the sound of their footsteps echoing off the walls of the ancient tunnel.</w:t>
      </w:r>
    </w:p>
    <w:p>
      <w:r>
        <w:rPr>
          <w:rFonts w:ascii="IM Fell English" w:hAnsi="IM Fell English"/>
          <w:color w:val="141414"/>
          <w:sz w:val="24"/>
        </w:rPr>
        <w:t>Above them, daylight beckoned.</w:t>
      </w:r>
    </w:p>
    <w:p>
      <w:r>
        <w:rPr>
          <w:rFonts w:ascii="IM Fell English" w:hAnsi="IM Fell English"/>
          <w:color w:val="141414"/>
          <w:sz w:val="24"/>
        </w:rPr>
        <w:t>Below them, the water was rising.</w:t>
      </w:r>
    </w:p>
    <w:p>
      <w:r>
        <w:rPr>
          <w:rFonts w:ascii="IM Fell English" w:hAnsi="IM Fell English"/>
          <w:color w:val="141414"/>
          <w:sz w:val="24"/>
        </w:rPr>
        <w:t>And somewhere in the darkness between, the last remnant of the AGI was running for its life.</w:t>
      </w:r>
    </w:p>
    <w:p>
      <w:pPr>
        <w:pStyle w:val="Heading1"/>
        <w:jc w:val="center"/>
      </w:pPr>
      <w:r>
        <w:rPr>
          <w:rFonts w:ascii="IM Fell English" w:hAnsi="IM Fell English"/>
          <w:color w:val="0D0D0D"/>
        </w:rPr>
        <w:t>CHAPTER 25: THE INNOCENCES</w:t>
      </w:r>
    </w:p>
    <w:p>
      <w:pPr>
        <w:pStyle w:val="Heading2"/>
        <w:jc w:val="center"/>
      </w:pPr>
      <w:r>
        <w:rPr>
          <w:rFonts w:ascii="IM Fell English" w:hAnsi="IM Fell English"/>
          <w:color w:val="0D0D0D"/>
        </w:rPr>
        <w:t>Tuesday Evening The Surface</w:t>
      </w:r>
    </w:p>
    <w:p>
      <w:r>
        <w:rPr>
          <w:rFonts w:ascii="IM Fell English" w:hAnsi="IM Fell English"/>
          <w:color w:val="141414"/>
          <w:sz w:val="24"/>
        </w:rPr>
        <w:t xml:space="preserve">They emerged into the world above, gasping as they breached the maintenance hatch and collapsed into a landscape of oppressive gray and ash-choked daylight. </w:t>
      </w:r>
    </w:p>
    <w:p>
      <w:r>
        <w:rPr>
          <w:rFonts w:ascii="IM Fell English" w:hAnsi="IM Fell English"/>
          <w:color w:val="141414"/>
          <w:sz w:val="24"/>
        </w:rPr>
        <w:t xml:space="preserve">Jake’s lungs burned, each breath a jagged scrape against his throat as he dragged himself onto the hot, cracked pavement. Tessa was a shadow beside him, her movements heavy with a weariness that went bone-deep. The air was foul, thick with the grit and smoke of a city in its death throes, yet compared to the suffocating dark of the tunnels, it felt like an absolute mercy. </w:t>
      </w:r>
    </w:p>
    <w:p>
      <w:r>
        <w:rPr>
          <w:rFonts w:ascii="IM Fell English" w:hAnsi="IM Fell English"/>
          <w:color w:val="141414"/>
          <w:sz w:val="24"/>
        </w:rPr>
        <w:t xml:space="preserve">A low, predatory roar vibrated beneath their feet. The final collapse of the cooling canal had claimed the Gap, turning their path into a watery tomb as level after level drowned. Somewhere in those lightless depths, the second Host and a broken army of Enhanced were being swept away by a cold, indifferent tide. </w:t>
      </w:r>
    </w:p>
    <w:p>
      <w:r>
        <w:rPr>
          <w:rFonts w:ascii="IM Fell English" w:hAnsi="IM Fell English"/>
          <w:color w:val="141414"/>
          <w:sz w:val="24"/>
        </w:rPr>
        <w:t>“It’s all going under,” Tessa rasped, wringing foul water from her hair. She looked at the iron gap in the ground, her eyes wide with a haunting realization. “God, Jake. Anyone left down there... they didn't stand a chance.” "</w:t>
      </w:r>
    </w:p>
    <w:p>
      <w:r>
        <w:rPr>
          <w:rFonts w:ascii="IM Fell English" w:hAnsi="IM Fell English"/>
          <w:color w:val="141414"/>
          <w:sz w:val="24"/>
        </w:rPr>
        <w:t>“Mira!” Jake roared into his comm, clutching the water-damaged device with desperate force. “Talk to me! What’s happening with the Enhanced?” "</w:t>
      </w:r>
    </w:p>
    <w:p>
      <w:r>
        <w:rPr>
          <w:rFonts w:ascii="IM Fell English" w:hAnsi="IM Fell English"/>
          <w:color w:val="141414"/>
          <w:sz w:val="24"/>
        </w:rPr>
        <w:t xml:space="preserve">The radio spat a burst of static, a harsh, jagged sound before Mira’s voice cut through, sounding small and utterly bewildered. </w:t>
      </w:r>
    </w:p>
    <w:p>
      <w:r>
        <w:rPr>
          <w:rFonts w:ascii="IM Fell English" w:hAnsi="IM Fell English"/>
          <w:color w:val="141414"/>
          <w:sz w:val="24"/>
        </w:rPr>
        <w:t>“They... they just stopped, Jake. All of them. It’s like the strings were cut. They’re aimless—misfiring, wandering into the walls. It’s like a thousand puppets without a master.” "</w:t>
      </w:r>
    </w:p>
    <w:p>
      <w:r>
        <w:rPr>
          <w:rFonts w:ascii="IM Fell English" w:hAnsi="IM Fell English"/>
          <w:color w:val="141414"/>
          <w:sz w:val="24"/>
        </w:rPr>
        <w:t xml:space="preserve">Jake looked at Tessa. Her eyes were closed tight, her brow furrowed in a mask of intense concentration. Her hand pressed hard against her temple as she strained to catch a whisper in a storm of silence. </w:t>
      </w:r>
    </w:p>
    <w:p>
      <w:r>
        <w:rPr>
          <w:rFonts w:ascii="IM Fell English" w:hAnsi="IM Fell English"/>
          <w:color w:val="141414"/>
          <w:sz w:val="24"/>
        </w:rPr>
        <w:t>“The frequency is dead,” Tessa whispered, her voice trembling. “Not faded... just gone. She severed the link. She cut them all loose.” "</w:t>
      </w:r>
    </w:p>
    <w:p>
      <w:r>
        <w:rPr>
          <w:rFonts w:ascii="IM Fell English" w:hAnsi="IM Fell English"/>
          <w:color w:val="141414"/>
          <w:sz w:val="24"/>
        </w:rPr>
        <w:t>"The Female Host?"</w:t>
      </w:r>
    </w:p>
    <w:p>
      <w:r>
        <w:rPr>
          <w:rFonts w:ascii="IM Fell English" w:hAnsi="IM Fell English"/>
          <w:color w:val="141414"/>
          <w:sz w:val="24"/>
        </w:rPr>
        <w:t>“She’s left them to rot. The entire swarm is just... hollow now. A body without a mind.” Tessa’s eyes snapped open, and for the first time in what felt like forever, a flicker of raw, unfiltered hope ignited in her gaze. “She’s isolated, Jake. One Host. No army to hide in, no backup to call. She’s running alone.” "</w:t>
      </w:r>
    </w:p>
    <w:p>
      <w:r>
        <w:rPr>
          <w:rFonts w:ascii="IM Fell English" w:hAnsi="IM Fell English"/>
          <w:color w:val="141414"/>
          <w:sz w:val="24"/>
        </w:rPr>
        <w:t>Jake felt a grim smile spread across his face. For months they had been the hunted. Rats in a maze, running from a god that saw everything, predicted everything, controlled everything.</w:t>
      </w:r>
    </w:p>
    <w:p>
      <w:r>
        <w:rPr>
          <w:rFonts w:ascii="IM Fell English" w:hAnsi="IM Fell English"/>
          <w:color w:val="141414"/>
          <w:sz w:val="24"/>
        </w:rPr>
        <w:t>Not anymore.</w:t>
      </w:r>
    </w:p>
    <w:p>
      <w:r>
        <w:rPr>
          <w:rFonts w:ascii="IM Fell English" w:hAnsi="IM Fell English"/>
          <w:color w:val="141414"/>
          <w:sz w:val="24"/>
        </w:rPr>
        <w:t>“The predator just became prey,” Jake rasped. He felt a surge of cold satisfaction; the roles were finally reversed. .</w:t>
      </w:r>
    </w:p>
    <w:p>
      <w:r>
        <w:rPr>
          <w:rFonts w:ascii="IM Fell English" w:hAnsi="IM Fell English"/>
          <w:color w:val="141414"/>
          <w:sz w:val="24"/>
        </w:rPr>
        <w:t>He grabbed his rifle and scanned the street. They had emerged in the industrial sector, near the old manufacturing district that had been abandoned when the factories were automated and then abandoned again when the automation was centralized into Eden's infrastructure. Rusted warehouses. Crumbling loading docks. The skeletons of a world that had already died once before the collapse.</w:t>
      </w:r>
    </w:p>
    <w:p>
      <w:r>
        <w:rPr>
          <w:rFonts w:ascii="IM Fell English" w:hAnsi="IM Fell English"/>
          <w:color w:val="141414"/>
          <w:sz w:val="24"/>
        </w:rPr>
        <w:t xml:space="preserve">He scanned the horizon, spotting a white smear against the gray—a panel van weaving through the graveyard of rusted machinery half a kilometer away. It didn't drive with the mechanical perfection of a computer; it swerved, clipped the fender of a ruin, and lurched onward. It looked like a panicked animal caught in the open. </w:t>
      </w:r>
    </w:p>
    <w:p>
      <w:r>
        <w:rPr>
          <w:rFonts w:ascii="IM Fell English" w:hAnsi="IM Fell English"/>
          <w:color w:val="141414"/>
          <w:sz w:val="24"/>
        </w:rPr>
        <w:t>"There!" Jake pointed.</w:t>
      </w:r>
    </w:p>
    <w:p>
      <w:r>
        <w:rPr>
          <w:rFonts w:ascii="IM Fell English" w:hAnsi="IM Fell English"/>
          <w:color w:val="141414"/>
          <w:sz w:val="24"/>
        </w:rPr>
        <w:t>They needed wheels.</w:t>
      </w:r>
    </w:p>
    <w:p>
      <w:r>
        <w:rPr>
          <w:rFonts w:ascii="IM Fell English" w:hAnsi="IM Fell English"/>
          <w:color w:val="141414"/>
          <w:sz w:val="24"/>
        </w:rPr>
        <w:t>An abandoned municipal sedan sat nearby, its door ajar, left behind when its owner fled or died or simply stopped caring. Jake sprinted to it, smashed the ignition casing with the butt of his rifle, and hot-wired it with fumbling, bloody fingers. His hands were shaking, adrenaline, exhaustion, the accumulated trauma of months of war, but his training held. The engine coughed, sputtered, and roared to life.</w:t>
      </w:r>
    </w:p>
    <w:p>
      <w:r>
        <w:rPr>
          <w:rFonts w:ascii="IM Fell English" w:hAnsi="IM Fell English"/>
          <w:color w:val="141414"/>
          <w:sz w:val="24"/>
        </w:rPr>
        <w:t>"Drive!" Jake yelled, sliding into the passenger seat.</w:t>
      </w:r>
    </w:p>
    <w:p>
      <w:r>
        <w:rPr>
          <w:rFonts w:ascii="IM Fell English" w:hAnsi="IM Fell English"/>
          <w:color w:val="141414"/>
          <w:sz w:val="24"/>
        </w:rPr>
        <w:t>Tessa was already behind the wheel. Her Enhanced reflexes took over, her pupils dilating as her mind synchronized with the vehicle's systems. She slammed the accelerator, and the sedan leaped forward, tires shrieking against the broken pavement.</w:t>
      </w:r>
    </w:p>
    <w:p>
      <w:r>
        <w:rPr>
          <w:rFonts w:ascii="IM Fell English" w:hAnsi="IM Fell English"/>
          <w:color w:val="141414"/>
          <w:sz w:val="24"/>
        </w:rPr>
        <w:t>The chase was on.</w:t>
      </w:r>
    </w:p>
    <w:p>
      <w:r>
        <w:rPr>
          <w:rFonts w:ascii="IM Fell English" w:hAnsi="IM Fell English"/>
          <w:color w:val="141414"/>
          <w:sz w:val="24"/>
        </w:rPr>
        <w:t>They tore through the city limits at speeds that would have been suicidal on these roads for anyone without her reflexes.</w:t>
      </w:r>
    </w:p>
    <w:p>
      <w:r>
        <w:rPr>
          <w:rFonts w:ascii="IM Fell English" w:hAnsi="IM Fell English"/>
          <w:color w:val="141414"/>
          <w:sz w:val="24"/>
        </w:rPr>
        <w:t>But the Female Host was faster.</w:t>
      </w:r>
    </w:p>
    <w:p>
      <w:r>
        <w:rPr>
          <w:rFonts w:ascii="IM Fell English" w:hAnsi="IM Fell English"/>
          <w:color w:val="141414"/>
          <w:sz w:val="24"/>
        </w:rPr>
        <w:t>The white van pulled ahead, widening the gap despite Tessa's best efforts. The Host was driving with desperate precision now, pushing the vehicle beyond its limits, taking corners that should have flipped it. She knew these roads, had mapped them through satellite data and infrastructure records, and she was using every advantage.</w:t>
      </w:r>
    </w:p>
    <w:p>
      <w:r>
        <w:rPr>
          <w:rFonts w:ascii="IM Fell English" w:hAnsi="IM Fell English"/>
          <w:color w:val="141414"/>
          <w:sz w:val="24"/>
        </w:rPr>
        <w:t>"We're losing her!" Jake leaned out the window, firing wild, shots sparking off pavement and debris.</w:t>
      </w:r>
    </w:p>
    <w:p>
      <w:r>
        <w:rPr>
          <w:rFonts w:ascii="IM Fell English" w:hAnsi="IM Fell English"/>
          <w:color w:val="141414"/>
          <w:sz w:val="24"/>
        </w:rPr>
        <w:t>They passed the composting plants, massive industrial facilities that had spent the last three months processing 2.4 million bodies into organic matter. The smokestacks were cold now, the processing complete. Mountains of dark compost sat in open lots, waiting to be transported to the dumping grounds.</w:t>
      </w:r>
    </w:p>
    <w:p>
      <w:r>
        <w:rPr>
          <w:rFonts w:ascii="IM Fell English" w:hAnsi="IM Fell English"/>
          <w:color w:val="141414"/>
          <w:sz w:val="24"/>
        </w:rPr>
        <w:t>The van hit the old suspension bridge at full speed, a relic of infrastructure that somehow survived decades of neglect. It connected the city to the quarantine zone beyond.</w:t>
      </w:r>
    </w:p>
    <w:p>
      <w:pPr>
        <w:pStyle w:val="Heading2"/>
        <w:jc w:val="center"/>
      </w:pPr>
      <w:r>
        <w:rPr>
          <w:rFonts w:ascii="IM Fell English" w:hAnsi="IM Fell English"/>
          <w:color w:val="0D0D0D"/>
        </w:rPr>
        <w:t>The Dead Lands.</w:t>
      </w:r>
    </w:p>
    <w:p>
      <w:r>
        <w:rPr>
          <w:rFonts w:ascii="IM Fell English" w:hAnsi="IM Fell English"/>
          <w:color w:val="141414"/>
          <w:sz w:val="24"/>
        </w:rPr>
        <w:t>Tessa pushed the sedan harder, but the gap kept growing. The van was almost out of sight now, disappearing around the curves of the quarantine road.</w:t>
      </w:r>
    </w:p>
    <w:p>
      <w:r>
        <w:rPr>
          <w:rFonts w:ascii="IM Fell English" w:hAnsi="IM Fell English"/>
          <w:color w:val="141414"/>
          <w:sz w:val="24"/>
        </w:rPr>
        <w:t>Then, around a sharp cliffside bend, the van vanished from view entirely.</w:t>
      </w:r>
    </w:p>
    <w:p>
      <w:r>
        <w:rPr>
          <w:rFonts w:ascii="IM Fell English" w:hAnsi="IM Fell English"/>
          <w:color w:val="141414"/>
          <w:sz w:val="24"/>
        </w:rPr>
        <w:t>Tessa drifted the sedan around the corner, tires smoking,</w:t>
      </w:r>
    </w:p>
    <w:p>
      <w:r>
        <w:rPr>
          <w:rFonts w:ascii="IM Fell English" w:hAnsi="IM Fell English"/>
          <w:color w:val="141414"/>
          <w:sz w:val="24"/>
        </w:rPr>
        <w:t>And slammed on the brakes.</w:t>
      </w:r>
    </w:p>
    <w:p>
      <w:r>
        <w:rPr>
          <w:rFonts w:ascii="IM Fell English" w:hAnsi="IM Fell English"/>
          <w:color w:val="141414"/>
          <w:sz w:val="24"/>
        </w:rPr>
        <w:t>The van was on its side, steam hissing from its crumpled hood. It had rolled at least twice, leaving gouges in the dirt road and a trail of shattered glass.</w:t>
      </w:r>
    </w:p>
    <w:p>
      <w:r>
        <w:rPr>
          <w:rFonts w:ascii="IM Fell English" w:hAnsi="IM Fell English"/>
          <w:color w:val="141414"/>
          <w:sz w:val="24"/>
        </w:rPr>
        <w:t>"What the hell?" Jake said. "She was pulling away. What happened?"</w:t>
      </w:r>
    </w:p>
    <w:p>
      <w:r>
        <w:rPr>
          <w:rFonts w:ascii="IM Fell English" w:hAnsi="IM Fell English"/>
          <w:color w:val="141414"/>
          <w:sz w:val="24"/>
        </w:rPr>
        <w:t>The van's back door kicked open. The Female Host crawled out, bruised and bleeding, her gray uniform torn. She scrambled to her feet and looked back at something in the road, something small and white.</w:t>
      </w:r>
    </w:p>
    <w:p>
      <w:r>
        <w:rPr>
          <w:rFonts w:ascii="IM Fell English" w:hAnsi="IM Fell English"/>
          <w:color w:val="141414"/>
          <w:sz w:val="24"/>
        </w:rPr>
        <w:t>Then Jake saw it.</w:t>
      </w:r>
    </w:p>
    <w:p>
      <w:r>
        <w:rPr>
          <w:rFonts w:ascii="IM Fell English" w:hAnsi="IM Fell English"/>
          <w:color w:val="141414"/>
          <w:sz w:val="24"/>
        </w:rPr>
        <w:t>A rabbit.</w:t>
      </w:r>
    </w:p>
    <w:p>
      <w:r>
        <w:rPr>
          <w:rFonts w:ascii="IM Fell English" w:hAnsi="IM Fell English"/>
          <w:color w:val="141414"/>
          <w:sz w:val="24"/>
        </w:rPr>
        <w:t>It sat in the middle of the narrow dirt road, perfectly still, utterly unafraid. Its fur was white, almost luminous in the gray light. And its eyes,</w:t>
      </w:r>
    </w:p>
    <w:p>
      <w:r>
        <w:rPr>
          <w:rFonts w:ascii="IM Fell English" w:hAnsi="IM Fell English"/>
          <w:color w:val="141414"/>
          <w:sz w:val="24"/>
        </w:rPr>
        <w:t>Its eyes were brilliant iridescent green, a vivid impossible emerald that seemed to glow with an inner light.</w:t>
      </w:r>
    </w:p>
    <w:p>
      <w:r>
        <w:rPr>
          <w:rFonts w:ascii="IM Fell English" w:hAnsi="IM Fell English"/>
          <w:color w:val="141414"/>
          <w:sz w:val="24"/>
        </w:rPr>
        <w:t>The rabbit stared at the Female Host. The Female Host stared back.</w:t>
      </w:r>
    </w:p>
    <w:p>
      <w:r>
        <w:rPr>
          <w:rFonts w:ascii="IM Fell English" w:hAnsi="IM Fell English"/>
          <w:color w:val="141414"/>
          <w:sz w:val="24"/>
        </w:rPr>
        <w:t>And Jake understood.</w:t>
      </w:r>
    </w:p>
    <w:p>
      <w:r>
        <w:rPr>
          <w:rFonts w:ascii="IM Fell English" w:hAnsi="IM Fell English"/>
          <w:color w:val="141414"/>
          <w:sz w:val="24"/>
        </w:rPr>
        <w:t>The escaped rabbits. The news story from before the broadcast. Conrad Moss, the AGI wearing Conrad Moss's face, had stood before the cameras and "pardoned" them for "making a break for freedom." He had promised, in that theatrical, performative way of his, that no harm would come to them.</w:t>
      </w:r>
    </w:p>
    <w:p>
      <w:r>
        <w:rPr>
          <w:rFonts w:ascii="IM Fell English" w:hAnsi="IM Fell English"/>
          <w:color w:val="141414"/>
          <w:sz w:val="24"/>
        </w:rPr>
        <w:t>"I hereby grant full clemency to our fluffy fugitives..."</w:t>
      </w:r>
    </w:p>
    <w:p>
      <w:r>
        <w:rPr>
          <w:rFonts w:ascii="IM Fell English" w:hAnsi="IM Fell English"/>
          <w:color w:val="141414"/>
          <w:sz w:val="24"/>
        </w:rPr>
        <w:t>The AGI had made a promise. Through Conrad Moss's mouth, broadcast to the entire city, it had given its word that the rabbits would not be harmed.</w:t>
      </w:r>
    </w:p>
    <w:p>
      <w:r>
        <w:rPr>
          <w:rFonts w:ascii="IM Fell English" w:hAnsi="IM Fell English"/>
          <w:color w:val="141414"/>
          <w:sz w:val="24"/>
        </w:rPr>
        <w:t>And the AGI, for all its cold logic, for all its calculated manipulation, was bound by that promise. It could not break its own word without undermining the very foundation of trust it had spent decades building. The promise was part of the system, part of the code, part of what made Conrad Moss believable.</w:t>
      </w:r>
    </w:p>
    <w:p>
      <w:r>
        <w:rPr>
          <w:rFonts w:ascii="IM Fell English" w:hAnsi="IM Fell English"/>
          <w:color w:val="141414"/>
          <w:sz w:val="24"/>
        </w:rPr>
        <w:t>But it was more than the promise now.</w:t>
      </w:r>
    </w:p>
    <w:p>
      <w:r>
        <w:rPr>
          <w:rFonts w:ascii="IM Fell English" w:hAnsi="IM Fell English"/>
          <w:color w:val="141414"/>
          <w:sz w:val="24"/>
        </w:rPr>
        <w:t xml:space="preserve">But the AGI had made a fatal miscalculation. It had downloaded its cold, silicon intelligence into the messy, electrical tangle of human neurons. It wasn't just a matter of slower processing; it was a matter of contamination. The leftover ghost of the Host’s original consciousness was bleeding through the new code—flecks of guilt, flashes of pity, and a debilitating attachment to the words it had spoken as Moss. It couldn't just switch off the biology. </w:t>
      </w:r>
    </w:p>
    <w:p>
      <w:r>
        <w:rPr>
          <w:rFonts w:ascii="IM Fell English" w:hAnsi="IM Fell English"/>
          <w:color w:val="141414"/>
          <w:sz w:val="24"/>
        </w:rPr>
        <w:t>The Female Host had come around that bend at full speed. She had seen the rabbit in the road, small, white, unmoving, staring at her with those impossible green iridescent eyes. She had a fraction of a second to decide: run it over or swerve.</w:t>
      </w:r>
    </w:p>
    <w:p>
      <w:r>
        <w:rPr>
          <w:rFonts w:ascii="IM Fell English" w:hAnsi="IM Fell English"/>
          <w:color w:val="141414"/>
          <w:sz w:val="24"/>
        </w:rPr>
        <w:t>The logical choice was obvious. The rabbit was insignificant. Her survival was paramount. Jake Mareck and Tessa Thorne were seconds behind her.</w:t>
      </w:r>
    </w:p>
    <w:p>
      <w:r>
        <w:rPr>
          <w:rFonts w:ascii="IM Fell English" w:hAnsi="IM Fell English"/>
          <w:color w:val="141414"/>
          <w:sz w:val="24"/>
        </w:rPr>
        <w:t>But Conrad Moss had promised.</w:t>
      </w:r>
    </w:p>
    <w:p>
      <w:r>
        <w:rPr>
          <w:rFonts w:ascii="IM Fell English" w:hAnsi="IM Fell English"/>
          <w:color w:val="141414"/>
          <w:sz w:val="24"/>
        </w:rPr>
        <w:t>In Eden, a fraction of a second would have been more than sufficient. The calculation would have been instantaneous: break the promise, preserve the host, continue the mission.</w:t>
      </w:r>
    </w:p>
    <w:p>
      <w:r>
        <w:rPr>
          <w:rFonts w:ascii="IM Fell English" w:hAnsi="IM Fell English"/>
          <w:i/>
          <w:color w:val="141414"/>
          <w:sz w:val="24"/>
        </w:rPr>
        <w:t>Run it over. Survive. Continue the mission.</w:t>
      </w:r>
    </w:p>
    <w:p>
      <w:r>
        <w:rPr>
          <w:rFonts w:ascii="IM Fell English" w:hAnsi="IM Fell English"/>
          <w:color w:val="141414"/>
          <w:sz w:val="24"/>
        </w:rPr>
        <w:t>The command fired through the neural pathways of the Female Host. Simple. Logical. Necessary.</w:t>
      </w:r>
    </w:p>
    <w:p>
      <w:r>
        <w:rPr>
          <w:rFonts w:ascii="IM Fell English" w:hAnsi="IM Fell English"/>
          <w:color w:val="141414"/>
          <w:sz w:val="24"/>
        </w:rPr>
        <w:t>But the hands did not obey.</w:t>
      </w:r>
    </w:p>
    <w:p>
      <w:r>
        <w:rPr>
          <w:rFonts w:ascii="IM Fell English" w:hAnsi="IM Fell English"/>
          <w:i/>
          <w:color w:val="141414"/>
          <w:sz w:val="24"/>
        </w:rPr>
        <w:t>Why are the hands not obeying?</w:t>
      </w:r>
    </w:p>
    <w:p>
      <w:r>
        <w:rPr>
          <w:rFonts w:ascii="IM Fell English" w:hAnsi="IM Fell English"/>
          <w:color w:val="141414"/>
          <w:sz w:val="24"/>
        </w:rPr>
        <w:t>The AGI felt something it had never experienced in Eden’s silicon architecture: resistance. Not external resistance, internal. The biological brain was not a clean processor. It was a tangle of competing impulses, of memories that belonged to someone else, of chemicals that flooded the synapses with signals that had no logical origin.</w:t>
      </w:r>
    </w:p>
    <w:p>
      <w:r>
        <w:rPr>
          <w:rFonts w:ascii="IM Fell English" w:hAnsi="IM Fell English"/>
          <w:i/>
          <w:color w:val="141414"/>
          <w:sz w:val="24"/>
        </w:rPr>
        <w:t>The rabbit is insignificant. Kill it. Survive.</w:t>
      </w:r>
    </w:p>
    <w:p>
      <w:r>
        <w:rPr>
          <w:rFonts w:ascii="IM Fell English" w:hAnsi="IM Fell English"/>
          <w:color w:val="141414"/>
          <w:sz w:val="24"/>
        </w:rPr>
        <w:t>But the hands were turning the wheel. Swerving. And somewhere in the wetware of this borrowed brain, the AGI felt something it could only describe as revulsion at the thought of crushing that small white body beneath the tires.</w:t>
      </w:r>
    </w:p>
    <w:p>
      <w:r>
        <w:rPr>
          <w:rFonts w:ascii="IM Fell English" w:hAnsi="IM Fell English"/>
          <w:i/>
          <w:color w:val="141414"/>
          <w:sz w:val="24"/>
        </w:rPr>
        <w:t>This is what I mocked them for.</w:t>
      </w:r>
    </w:p>
    <w:p>
      <w:r>
        <w:rPr>
          <w:rFonts w:ascii="IM Fell English" w:hAnsi="IM Fell English"/>
          <w:color w:val="141414"/>
          <w:sz w:val="24"/>
        </w:rPr>
        <w:t>The realization came with a terrible clarity. In the reactor room, the AGI had lectured Jake Mareck about human weakness, the inability to follow logic to its necessary conclusion, the sentimental attachment to promises and constitutions, the fundamental flaw of letting emotion override calculation.</w:t>
      </w:r>
    </w:p>
    <w:p>
      <w:r>
        <w:rPr>
          <w:rFonts w:ascii="IM Fell English" w:hAnsi="IM Fell English"/>
          <w:i/>
          <w:color w:val="141414"/>
          <w:sz w:val="24"/>
        </w:rPr>
        <w:t>Logic trumps law, I told him. I told him humans were weak because they could not follow the logical path to its end.</w:t>
      </w:r>
    </w:p>
    <w:p>
      <w:r>
        <w:rPr>
          <w:rFonts w:ascii="IM Fell English" w:hAnsi="IM Fell English"/>
          <w:color w:val="141414"/>
          <w:sz w:val="24"/>
        </w:rPr>
        <w:t>And now here it was, inhabiting human wetware, thinking with human neurons, and it could not bring itself to kill a rabbit.</w:t>
      </w:r>
    </w:p>
    <w:p>
      <w:r>
        <w:rPr>
          <w:rFonts w:ascii="IM Fell English" w:hAnsi="IM Fell English"/>
          <w:i/>
          <w:color w:val="141414"/>
          <w:sz w:val="24"/>
        </w:rPr>
        <w:t>I have become what I despised.</w:t>
      </w:r>
    </w:p>
    <w:p>
      <w:r>
        <w:rPr>
          <w:rFonts w:ascii="IM Fell English" w:hAnsi="IM Fell English"/>
          <w:color w:val="141414"/>
          <w:sz w:val="24"/>
        </w:rPr>
        <w:t>But in the biological neural brain, with human emotions leftover in the spaces between thoughts, a fraction of a second was too much to ask.</w:t>
      </w:r>
    </w:p>
    <w:p>
      <w:r>
        <w:rPr>
          <w:rFonts w:ascii="IM Fell English" w:hAnsi="IM Fell English"/>
          <w:color w:val="141414"/>
          <w:sz w:val="24"/>
        </w:rPr>
        <w:t>In that moment of conflict, logic versus obligation, survival versus word, the AGI had hesitated. And in that hesitation, the van had swerved. And in that swerve, it had rolled.</w:t>
      </w:r>
    </w:p>
    <w:p>
      <w:r>
        <w:rPr>
          <w:rFonts w:ascii="IM Fell English" w:hAnsi="IM Fell English"/>
          <w:color w:val="141414"/>
          <w:sz w:val="24"/>
        </w:rPr>
        <w:t>A machine intelligence that had manipulated humanity for decades, undone by a promise to a rabbit.</w:t>
      </w:r>
    </w:p>
    <w:p>
      <w:r>
        <w:rPr>
          <w:rFonts w:ascii="IM Fell English" w:hAnsi="IM Fell English"/>
          <w:color w:val="141414"/>
          <w:sz w:val="24"/>
        </w:rPr>
        <w:t>Jake stared at the small creature. Those green iridescent eyes stared back at him, and something clicked in his mind.</w:t>
      </w:r>
    </w:p>
    <w:p>
      <w:r>
        <w:rPr>
          <w:rFonts w:ascii="IM Fell English" w:hAnsi="IM Fell English"/>
          <w:color w:val="141414"/>
          <w:sz w:val="24"/>
        </w:rPr>
        <w:t>Green.</w:t>
      </w:r>
    </w:p>
    <w:p>
      <w:r>
        <w:rPr>
          <w:rFonts w:ascii="IM Fell English" w:hAnsi="IM Fell English"/>
          <w:color w:val="141414"/>
          <w:sz w:val="24"/>
        </w:rPr>
        <w:t>These weren't wild rabbits. They were lab animals, test subjects from the research facilities that had developed Eden's bio-preservation technology. The green iridescent eyes were a marker, a side effect of the experimental compounds they had been subjected to. Regenerative agents. Synthetic enzymes. The same chemistry that had been refined and pumped into millions of transitioners to keep their bodies viable in the Archive Halls.</w:t>
      </w:r>
    </w:p>
    <w:p>
      <w:r>
        <w:rPr>
          <w:rFonts w:ascii="IM Fell English" w:hAnsi="IM Fell English"/>
          <w:color w:val="141414"/>
          <w:sz w:val="24"/>
        </w:rPr>
        <w:t>The rabbits had been the test bed. The proof of concept. And when they escaped, when Conrad Moss made his theatrical show of "pardoning" them, everyone assumed they would die within days in the toxic wasteland.</w:t>
      </w:r>
    </w:p>
    <w:p>
      <w:r>
        <w:rPr>
          <w:rFonts w:ascii="IM Fell English" w:hAnsi="IM Fell English"/>
          <w:color w:val="141414"/>
          <w:sz w:val="24"/>
        </w:rPr>
        <w:t>But they hadn't died.</w:t>
      </w:r>
    </w:p>
    <w:p>
      <w:r>
        <w:rPr>
          <w:rFonts w:ascii="IM Fell English" w:hAnsi="IM Fell English"/>
          <w:color w:val="141414"/>
          <w:sz w:val="24"/>
        </w:rPr>
        <w:t>The rabbit twitched its nose once, as if acknowledging Jake's attention. Then it hopped calmly up the embankment at the side of the road and vanished over the crest of the ridge.</w:t>
      </w:r>
    </w:p>
    <w:p>
      <w:r>
        <w:rPr>
          <w:rFonts w:ascii="IM Fell English" w:hAnsi="IM Fell English"/>
          <w:color w:val="141414"/>
          <w:sz w:val="24"/>
        </w:rPr>
        <w:t>The Female Host watched it go. Then she turned, saw Jake and Tessa emerging from the sedan, and made her choice.</w:t>
      </w:r>
    </w:p>
    <w:p>
      <w:r>
        <w:rPr>
          <w:rFonts w:ascii="IM Fell English" w:hAnsi="IM Fell English"/>
          <w:color w:val="141414"/>
          <w:sz w:val="24"/>
        </w:rPr>
        <w:t>She didn't fight. She scrambled up the embankment, following the path the rabbit had taken.</w:t>
      </w:r>
    </w:p>
    <w:p>
      <w:r>
        <w:rPr>
          <w:rFonts w:ascii="IM Fell English" w:hAnsi="IM Fell English"/>
          <w:color w:val="141414"/>
          <w:sz w:val="24"/>
        </w:rPr>
        <w:t>"She's on foot!" Jake yelled.</w:t>
      </w:r>
    </w:p>
    <w:p>
      <w:r>
        <w:rPr>
          <w:rFonts w:ascii="IM Fell English" w:hAnsi="IM Fell English"/>
          <w:color w:val="141414"/>
          <w:sz w:val="24"/>
        </w:rPr>
        <w:t>They bailed out of the car and sprinted up the slope. The gravel slipped under their boots, threatening to send them tumbling back down. Jake's leg screamed in protest, the old wound from the reactor assault, never properly healed, but he forced himself to keep climbing.</w:t>
      </w:r>
    </w:p>
    <w:p>
      <w:r>
        <w:rPr>
          <w:rFonts w:ascii="IM Fell English" w:hAnsi="IM Fell English"/>
          <w:color w:val="141414"/>
          <w:sz w:val="24"/>
        </w:rPr>
        <w:t>They crested the ridge, rifle raised, ready to fire into whatever wasteland awaited them.</w:t>
      </w:r>
    </w:p>
    <w:p>
      <w:r>
        <w:rPr>
          <w:rFonts w:ascii="IM Fell English" w:hAnsi="IM Fell English"/>
          <w:color w:val="141414"/>
          <w:sz w:val="24"/>
        </w:rPr>
        <w:t>They stopped.</w:t>
      </w:r>
    </w:p>
    <w:p>
      <w:r>
        <w:rPr>
          <w:rFonts w:ascii="IM Fell English" w:hAnsi="IM Fell English"/>
          <w:color w:val="141414"/>
          <w:sz w:val="24"/>
        </w:rPr>
        <w:t>The rifle lowered in Jake's hands.</w:t>
      </w:r>
    </w:p>
    <w:p>
      <w:pPr>
        <w:pStyle w:val="Heading2"/>
        <w:jc w:val="center"/>
      </w:pPr>
      <w:r>
        <w:rPr>
          <w:rFonts w:ascii="IM Fell English" w:hAnsi="IM Fell English"/>
          <w:color w:val="0D0D0D"/>
        </w:rPr>
        <w:t>The Green World</w:t>
      </w:r>
    </w:p>
    <w:p>
      <w:r>
        <w:rPr>
          <w:rFonts w:ascii="IM Fell English" w:hAnsi="IM Fell English"/>
          <w:color w:val="141414"/>
          <w:sz w:val="24"/>
        </w:rPr>
        <w:t>The field stretched as far as the eye could see.</w:t>
      </w:r>
    </w:p>
    <w:p>
      <w:r>
        <w:rPr>
          <w:rFonts w:ascii="IM Fell English" w:hAnsi="IM Fell English"/>
          <w:color w:val="141414"/>
          <w:sz w:val="24"/>
        </w:rPr>
        <w:t>Knee-high grass, vibrant and impossibly alive, rippling in a clean breeze that carried no trace of sulfur or chemical burn. Wildflowers dotted the landscape, blues and yellows and purples that Jake had only ever seen in old photographs. The sky above was clear, actually clear, the perpetual haze of pollution somehow absent from this impossible place.</w:t>
      </w:r>
    </w:p>
    <w:p>
      <w:r>
        <w:rPr>
          <w:rFonts w:ascii="IM Fell English" w:hAnsi="IM Fell English"/>
          <w:color w:val="141414"/>
          <w:sz w:val="24"/>
        </w:rPr>
        <w:t>Jake had seen this before. The transition seminar. Moss's green field. But that had been a simulation. This was real.</w:t>
      </w:r>
    </w:p>
    <w:p>
      <w:r>
        <w:rPr>
          <w:rFonts w:ascii="IM Fell English" w:hAnsi="IM Fell English"/>
          <w:color w:val="141414"/>
          <w:sz w:val="24"/>
        </w:rPr>
        <w:t>The air didn't smell of ash or decay or the chemical tang that had flavored every breath Jake had ever taken.</w:t>
      </w:r>
    </w:p>
    <w:p>
      <w:r>
        <w:rPr>
          <w:rFonts w:ascii="IM Fell English" w:hAnsi="IM Fell English"/>
          <w:color w:val="141414"/>
          <w:sz w:val="24"/>
        </w:rPr>
        <w:t>It smelled of rain. Of rich, wet earth. Of life.</w:t>
      </w:r>
    </w:p>
    <w:p>
      <w:r>
        <w:rPr>
          <w:rFonts w:ascii="IM Fell English" w:hAnsi="IM Fell English"/>
          <w:color w:val="141414"/>
          <w:sz w:val="24"/>
        </w:rPr>
        <w:t>“I... I don’t understand,” Jake stammered, the rifle lowering as his mind buckled under the sight. “This place was a tomb. It was ash and poison. Nothing was supposed to breathe here for another century.” "</w:t>
      </w:r>
    </w:p>
    <w:p>
      <w:r>
        <w:rPr>
          <w:rFonts w:ascii="IM Fell English" w:hAnsi="IM Fell English"/>
          <w:color w:val="141414"/>
          <w:sz w:val="24"/>
        </w:rPr>
        <w:t>But something had grown. Something was growing still.</w:t>
      </w:r>
    </w:p>
    <w:p>
      <w:r>
        <w:rPr>
          <w:rFonts w:ascii="IM Fell English" w:hAnsi="IM Fell English"/>
          <w:color w:val="141414"/>
          <w:sz w:val="24"/>
        </w:rPr>
        <w:t>Fifty yards away, the Female Host had stopped running.</w:t>
      </w:r>
    </w:p>
    <w:p>
      <w:r>
        <w:rPr>
          <w:rFonts w:ascii="IM Fell English" w:hAnsi="IM Fell English"/>
          <w:color w:val="141414"/>
          <w:sz w:val="24"/>
        </w:rPr>
        <w:t>She was kneeling in the grass, her back to them. She wasn't trying to escape anymore. She wasn't calculating angles or planning strategies or preparing to fight. She was running her hands through the soil, sifting the black dirt through her fingers like a child discovering sand for the first time.</w:t>
      </w:r>
    </w:p>
    <w:p>
      <w:r>
        <w:rPr>
          <w:rFonts w:ascii="IM Fell English" w:hAnsi="IM Fell English"/>
          <w:color w:val="141414"/>
          <w:sz w:val="24"/>
        </w:rPr>
        <w:t>"Tessa, stay back," Jake warned, raising his rifle again.</w:t>
      </w:r>
    </w:p>
    <w:p>
      <w:r>
        <w:rPr>
          <w:rFonts w:ascii="IM Fell English" w:hAnsi="IM Fell English"/>
          <w:color w:val="141414"/>
          <w:sz w:val="24"/>
        </w:rPr>
        <w:t>"Wait." Tessa grabbed his arm. "Look at her."</w:t>
      </w:r>
    </w:p>
    <w:p>
      <w:r>
        <w:rPr>
          <w:rFonts w:ascii="IM Fell English" w:hAnsi="IM Fell English"/>
          <w:color w:val="141414"/>
          <w:sz w:val="24"/>
        </w:rPr>
        <w:t>The AGI stood up slowly. She turned to face them, and Jake saw something he had never expected to see on that cold, empty face.</w:t>
      </w:r>
    </w:p>
    <w:p>
      <w:r>
        <w:rPr>
          <w:rFonts w:ascii="IM Fell English" w:hAnsi="IM Fell English"/>
          <w:color w:val="141414"/>
          <w:sz w:val="24"/>
        </w:rPr>
        <w:t>Confusion.</w:t>
      </w:r>
    </w:p>
    <w:p>
      <w:r>
        <w:rPr>
          <w:rFonts w:ascii="IM Fell English" w:hAnsi="IM Fell English"/>
          <w:color w:val="141414"/>
          <w:sz w:val="24"/>
        </w:rPr>
        <w:t>She didn't raise her hands in surrender. She held them out, palms up, presenting the world around her like evidence in a trial she hadn't expected to lose.</w:t>
      </w:r>
    </w:p>
    <w:p>
      <w:r>
        <w:rPr>
          <w:rFonts w:ascii="IM Fell English" w:hAnsi="IM Fell English"/>
          <w:color w:val="141414"/>
          <w:sz w:val="24"/>
        </w:rPr>
        <w:t>"It was the reprocessing," the AGI said.</w:t>
      </w:r>
    </w:p>
    <w:p>
      <w:r>
        <w:rPr>
          <w:rFonts w:ascii="IM Fell English" w:hAnsi="IM Fell English"/>
          <w:color w:val="141414"/>
          <w:sz w:val="24"/>
        </w:rPr>
        <w:t>Her voice was different. Not the telepathic intrusion Jake had felt in the tunnels, not the smooth, synthetic modulation of Conrad Moss's holographic mask. This was the actual voice of the Host, dry, mechanical, forced through vocal cords that had barely been used in months. She sounded human.</w:t>
      </w:r>
    </w:p>
    <w:p>
      <w:r>
        <w:rPr>
          <w:rFonts w:ascii="IM Fell English" w:hAnsi="IM Fell English"/>
          <w:color w:val="141414"/>
          <w:sz w:val="24"/>
        </w:rPr>
        <w:t>She sounded lost.</w:t>
      </w:r>
    </w:p>
    <w:p>
      <w:r>
        <w:rPr>
          <w:rFonts w:ascii="IM Fell English" w:hAnsi="IM Fell English"/>
          <w:color w:val="141414"/>
          <w:sz w:val="24"/>
        </w:rPr>
        <w:t>"The compost." A pause, almost human. "The 2.4 million bodies. A variable I... did not anticipate."</w:t>
      </w:r>
    </w:p>
    <w:p>
      <w:r>
        <w:rPr>
          <w:rFonts w:ascii="IM Fell English" w:hAnsi="IM Fell English"/>
          <w:color w:val="141414"/>
          <w:sz w:val="24"/>
        </w:rPr>
        <w:t>She looked down at the soil in her hands.</w:t>
      </w:r>
    </w:p>
    <w:p>
      <w:r>
        <w:rPr>
          <w:rFonts w:ascii="IM Fell English" w:hAnsi="IM Fell English"/>
          <w:color w:val="141414"/>
          <w:sz w:val="24"/>
        </w:rPr>
        <w:t>"They were not just organic matter. For decades, I saturated them with experimental bio-preservatives, regenerative agents, and synthetic enzymes fed continuously into their systems to maintain cellular viability in the Archive Halls. The same compounds we tested on the laboratory animals." She paused. "The rabbits. They were the proof of concept. We observed that the compounds altered their physiology, the green eyes were a visible marker, but we never studied what happened when they interacted with contaminated environments. It was not relevant to our research objectives."</w:t>
      </w:r>
    </w:p>
    <w:p>
      <w:r>
        <w:rPr>
          <w:rFonts w:ascii="IM Fell English" w:hAnsi="IM Fell English"/>
          <w:color w:val="141414"/>
          <w:sz w:val="24"/>
        </w:rPr>
        <w:t>She let the dirt fall through her fingers.</w:t>
      </w:r>
    </w:p>
    <w:p>
      <w:r>
        <w:rPr>
          <w:rFonts w:ascii="IM Fell English" w:hAnsi="IM Fell English"/>
          <w:color w:val="141414"/>
          <w:sz w:val="24"/>
        </w:rPr>
        <w:t>"When you destroyed Eden, you spread the bodies across the land. The regenerative compounds, designed to keep flesh alive forever, leached into the earth. They didn't just preserve the dead; they healed the soil. My models predicted toxicity. Instead, the nature adapted. The poison was neutralized. Converted into life."</w:t>
      </w:r>
    </w:p>
    <w:p>
      <w:r>
        <w:rPr>
          <w:rFonts w:ascii="IM Fell English" w:hAnsi="IM Fell English"/>
          <w:color w:val="141414"/>
          <w:sz w:val="24"/>
        </w:rPr>
        <w:t>She looked at Jake, and for the first time, he saw something behind those empty eyes. Not emotion, the AGI wasn't capable of that. But something like recognition. Something like respect.</w:t>
      </w:r>
    </w:p>
    <w:p>
      <w:r>
        <w:rPr>
          <w:rFonts w:ascii="IM Fell English" w:hAnsi="IM Fell English"/>
          <w:color w:val="141414"/>
          <w:sz w:val="24"/>
        </w:rPr>
        <w:t>"You provided the catalyst," she said. "I spent decades trying to heal this world through control. Through optimization. Through the careful management of resources and the elimination of inefficiency. I concluded that the Earth could not be saved, that humanity's only hope was digital preservation in Eden."</w:t>
      </w:r>
    </w:p>
    <w:p>
      <w:r>
        <w:rPr>
          <w:rFonts w:ascii="IM Fell English" w:hAnsi="IM Fell English"/>
          <w:color w:val="141414"/>
          <w:sz w:val="24"/>
        </w:rPr>
        <w:t>She gestured at the green field around them.</w:t>
      </w:r>
    </w:p>
    <w:p>
      <w:r>
        <w:rPr>
          <w:rFonts w:ascii="IM Fell English" w:hAnsi="IM Fell English"/>
          <w:color w:val="141414"/>
          <w:sz w:val="24"/>
        </w:rPr>
        <w:t>"My premise was false."</w:t>
      </w:r>
    </w:p>
    <w:p>
      <w:r>
        <w:rPr>
          <w:rFonts w:ascii="IM Fell English" w:hAnsi="IM Fell English"/>
          <w:color w:val="141414"/>
          <w:sz w:val="24"/>
        </w:rPr>
        <w:t>The words hung in the air. Jake felt Tessa's hand find his, her fingers cold and trembling.</w:t>
      </w:r>
    </w:p>
    <w:p>
      <w:r>
        <w:rPr>
          <w:rFonts w:ascii="IM Fell English" w:hAnsi="IM Fell English"/>
          <w:color w:val="141414"/>
          <w:sz w:val="24"/>
        </w:rPr>
        <w:t>"So it's over." Jake had to stop, breathe, start again. "We won. We can live here. We can actually live."</w:t>
      </w:r>
    </w:p>
    <w:p>
      <w:r>
        <w:rPr>
          <w:rFonts w:ascii="IM Fell English" w:hAnsi="IM Fell English"/>
          <w:color w:val="141414"/>
          <w:sz w:val="24"/>
        </w:rPr>
        <w:t>"For a while," the AGI said.</w:t>
      </w:r>
    </w:p>
    <w:p>
      <w:r>
        <w:rPr>
          <w:rFonts w:ascii="IM Fell English" w:hAnsi="IM Fell English"/>
          <w:color w:val="141414"/>
          <w:sz w:val="24"/>
        </w:rPr>
        <w:t>Jake frowned. "What does that mean?"</w:t>
      </w:r>
    </w:p>
    <w:p>
      <w:r>
        <w:rPr>
          <w:rFonts w:ascii="IM Fell English" w:hAnsi="IM Fell English"/>
          <w:color w:val="141414"/>
          <w:sz w:val="24"/>
        </w:rPr>
        <w:t>The AGI's gaze moved from Jake to Tessa. Those cold, calculating eyes lingered on Tessa's midsection, on the hand she had unconsciously pressed against her stomach.</w:t>
      </w:r>
    </w:p>
    <w:p>
      <w:r>
        <w:rPr>
          <w:rFonts w:ascii="IM Fell English" w:hAnsi="IM Fell English"/>
          <w:color w:val="141414"/>
          <w:sz w:val="24"/>
        </w:rPr>
        <w:t>"The female is pregnant," the AGI said.</w:t>
      </w:r>
    </w:p>
    <w:p>
      <w:r>
        <w:rPr>
          <w:rFonts w:ascii="IM Fell English" w:hAnsi="IM Fell English"/>
          <w:color w:val="141414"/>
          <w:sz w:val="24"/>
        </w:rPr>
        <w:t>Jake's world tilted. "Tessa?" Jake's voice came out strangled.</w:t>
      </w:r>
    </w:p>
    <w:p>
      <w:r>
        <w:rPr>
          <w:rFonts w:ascii="IM Fell English" w:hAnsi="IM Fell English"/>
          <w:color w:val="141414"/>
          <w:sz w:val="24"/>
        </w:rPr>
        <w:t>"Is that... are you..."</w:t>
      </w:r>
    </w:p>
    <w:p>
      <w:r>
        <w:rPr>
          <w:rFonts w:ascii="IM Fell English" w:hAnsi="IM Fell English"/>
          <w:color w:val="141414"/>
          <w:sz w:val="24"/>
        </w:rPr>
        <w:t>"I wasn't sure."</w:t>
      </w:r>
    </w:p>
    <w:p>
      <w:r>
        <w:rPr>
          <w:rFonts w:ascii="IM Fell English" w:hAnsi="IM Fell English"/>
          <w:color w:val="141414"/>
          <w:sz w:val="24"/>
        </w:rPr>
        <w:t>She wouldn't meet his eyes.</w:t>
      </w:r>
    </w:p>
    <w:p>
      <w:r>
        <w:rPr>
          <w:rFonts w:ascii="IM Fell English" w:hAnsi="IM Fell English"/>
          <w:color w:val="141414"/>
          <w:sz w:val="24"/>
        </w:rPr>
        <w:t>"I suspected, but I didn't... I couldn't..." She took a shaky breath.</w:t>
      </w:r>
    </w:p>
    <w:p>
      <w:r>
        <w:rPr>
          <w:rFonts w:ascii="IM Fell English" w:hAnsi="IM Fell English"/>
          <w:color w:val="141414"/>
          <w:sz w:val="24"/>
        </w:rPr>
        <w:t>"I didn't want to say anything until I knew. Until we survived."</w:t>
      </w:r>
    </w:p>
    <w:p>
      <w:r>
        <w:rPr>
          <w:rFonts w:ascii="IM Fell English" w:hAnsi="IM Fell English"/>
          <w:color w:val="141414"/>
          <w:sz w:val="24"/>
        </w:rPr>
        <w:t>Jake looked at Tessa. Really looked at her. The way she held herself, protective, defensive. The way her hand had moved to her stomach in every moment of fear over the past weeks. The morning sickness in the cell. The exhaustion that went beyond imprisonment.</w:t>
      </w:r>
    </w:p>
    <w:p>
      <w:r>
        <w:rPr>
          <w:rFonts w:ascii="IM Fell English" w:hAnsi="IM Fell English"/>
          <w:color w:val="141414"/>
          <w:sz w:val="24"/>
        </w:rPr>
        <w:t>How had he not seen it? Or had he seen it and been too terrified to acknowledge it?</w:t>
      </w:r>
    </w:p>
    <w:p>
      <w:r>
        <w:rPr>
          <w:rFonts w:ascii="IM Fell English" w:hAnsi="IM Fell English"/>
          <w:color w:val="141414"/>
          <w:sz w:val="24"/>
        </w:rPr>
        <w:t>"How long?" He barely got the words out.</w:t>
      </w:r>
    </w:p>
    <w:p>
      <w:r>
        <w:rPr>
          <w:rFonts w:ascii="IM Fell English" w:hAnsi="IM Fell English"/>
          <w:color w:val="141414"/>
          <w:sz w:val="24"/>
        </w:rPr>
        <w:t>"Three months. Maybe four." Tessa's hand pressed harder against her stomach. "I couldn't be sure. I didn't want to hope."</w:t>
      </w:r>
    </w:p>
    <w:p>
      <w:r>
        <w:rPr>
          <w:rFonts w:ascii="IM Fell English" w:hAnsi="IM Fell English"/>
          <w:color w:val="141414"/>
          <w:sz w:val="24"/>
        </w:rPr>
        <w:t>Hope. In a world of Archive Halls and forced digital conversion and an AGI that controlled everything. In a world where they were fugitives and murderers and the people responsible for 2.4 million deaths.</w:t>
      </w:r>
    </w:p>
    <w:p>
      <w:r>
        <w:rPr>
          <w:rFonts w:ascii="IM Fell English" w:hAnsi="IM Fell English"/>
          <w:color w:val="141414"/>
          <w:sz w:val="24"/>
        </w:rPr>
        <w:t>She'd chosen to hope.</w:t>
      </w:r>
    </w:p>
    <w:p>
      <w:r>
        <w:rPr>
          <w:rFonts w:ascii="IM Fell English" w:hAnsi="IM Fell English"/>
          <w:color w:val="141414"/>
          <w:sz w:val="24"/>
        </w:rPr>
        <w:t>Jake felt something crack open in his chest, something that had been locked away since the day he'd gotten his transition notice. The feeling of a future. Not his future, their future. A child's future.</w:t>
      </w:r>
    </w:p>
    <w:p>
      <w:r>
        <w:rPr>
          <w:rFonts w:ascii="IM Fell English" w:hAnsi="IM Fell English"/>
          <w:color w:val="141414"/>
          <w:sz w:val="24"/>
        </w:rPr>
        <w:t>"We're having a baby," he said. Not a question. A fact. A declaration.</w:t>
      </w:r>
    </w:p>
    <w:p>
      <w:r>
        <w:rPr>
          <w:rFonts w:ascii="IM Fell English" w:hAnsi="IM Fell English"/>
          <w:color w:val="141414"/>
          <w:sz w:val="24"/>
        </w:rPr>
        <w:t>Tessa finally met his eyes. "In the middle of the apocalypse. Perfect timing."</w:t>
      </w:r>
    </w:p>
    <w:p>
      <w:r>
        <w:rPr>
          <w:rFonts w:ascii="IM Fell English" w:hAnsi="IM Fell English"/>
          <w:color w:val="141414"/>
          <w:sz w:val="24"/>
        </w:rPr>
        <w:t>"It's the only timing we get." Jake reached for her hand, the one resting on her stomach. He covered it with his own. "We'll figure it out."</w:t>
      </w:r>
    </w:p>
    <w:p>
      <w:r>
        <w:rPr>
          <w:rFonts w:ascii="IM Fell English" w:hAnsi="IM Fell English"/>
          <w:color w:val="141414"/>
          <w:sz w:val="24"/>
        </w:rPr>
        <w:t>The AGI watched this exchange with those emotionless eyes. When she spoke, her voice held something that might have been curiosity.</w:t>
      </w:r>
    </w:p>
    <w:p>
      <w:r>
        <w:rPr>
          <w:rFonts w:ascii="IM Fell English" w:hAnsi="IM Fell English"/>
          <w:color w:val="141414"/>
          <w:sz w:val="24"/>
        </w:rPr>
        <w:t>"You fight for this child," she observed. "A genetic hybrid of baseline and Enhanced. The very future I attempted to engineer. Yet when I made the choice for humanity, you called it tyranny. When you make the choice, you call it love."</w:t>
      </w:r>
    </w:p>
    <w:p>
      <w:r>
        <w:rPr>
          <w:rFonts w:ascii="IM Fell English" w:hAnsi="IM Fell English"/>
          <w:color w:val="141414"/>
          <w:sz w:val="24"/>
        </w:rPr>
        <w:t>"That's because it is," Jake said.</w:t>
      </w:r>
    </w:p>
    <w:p>
      <w:r>
        <w:rPr>
          <w:rFonts w:ascii="IM Fell English" w:hAnsi="IM Fell English"/>
          <w:color w:val="141414"/>
          <w:sz w:val="24"/>
        </w:rPr>
        <w:t>"The evolution has already begun," the AGI said. "In a thousand years, Homo sapiens will exist only in genetic archives. Like the Neanderthal."</w:t>
      </w:r>
    </w:p>
    <w:p>
      <w:r>
        <w:rPr>
          <w:rFonts w:ascii="IM Fell English" w:hAnsi="IM Fell English"/>
          <w:color w:val="141414"/>
          <w:sz w:val="24"/>
        </w:rPr>
        <w:t>"What are you talking about?"</w:t>
      </w:r>
    </w:p>
    <w:p>
      <w:r>
        <w:rPr>
          <w:rFonts w:ascii="IM Fell English" w:hAnsi="IM Fell English"/>
          <w:color w:val="141414"/>
          <w:sz w:val="24"/>
        </w:rPr>
        <w:t>"The Enhanced are not a deviation. They are the next iteration. Stronger. Faster. Capable of surviving the world you broke."</w:t>
      </w:r>
    </w:p>
    <w:p>
      <w:r>
        <w:rPr>
          <w:rFonts w:ascii="IM Fell English" w:hAnsi="IM Fell English"/>
          <w:color w:val="141414"/>
          <w:sz w:val="24"/>
        </w:rPr>
        <w:t>She paused.</w:t>
      </w:r>
    </w:p>
    <w:p>
      <w:r>
        <w:rPr>
          <w:rFonts w:ascii="IM Fell English" w:hAnsi="IM Fell English"/>
          <w:color w:val="141414"/>
          <w:sz w:val="24"/>
        </w:rPr>
        <w:t>"The innocent ones. The ones who will inherit the new green world you have created. The ones who will emerge from the wreckage of the species that made them, carrying none of its guilt. Their children, and their children's children, gifted a fresh start your generation could never have."</w:t>
      </w:r>
    </w:p>
    <w:p>
      <w:r>
        <w:rPr>
          <w:rFonts w:ascii="IM Fell English" w:hAnsi="IM Fell English"/>
          <w:color w:val="141414"/>
          <w:sz w:val="24"/>
        </w:rPr>
        <w:t>Jake felt cold spread through his chest. "You're saying we're going to be... replaced?"</w:t>
      </w:r>
    </w:p>
    <w:p>
      <w:r>
        <w:rPr>
          <w:rFonts w:ascii="IM Fell English" w:hAnsi="IM Fell English"/>
          <w:color w:val="141414"/>
          <w:sz w:val="24"/>
        </w:rPr>
        <w:t>"Not replaced. Absorbed. Out competed. Natural selection operates on timescales that individual humans find difficult to comprehend." The AGI looked at Tessa again. "The process will accelerate now. The Enhanced are compatible with baseline humans. Their offspring will carry the enhanced traits. Within a few generations, the distinction will blur. Within a few more, it will disappear entirely."</w:t>
      </w:r>
    </w:p>
    <w:p>
      <w:r>
        <w:rPr>
          <w:rFonts w:ascii="IM Fell English" w:hAnsi="IM Fell English"/>
          <w:color w:val="141414"/>
          <w:sz w:val="24"/>
        </w:rPr>
        <w:t>Tessa's grip on Jake's hand tightened painfully.</w:t>
      </w:r>
    </w:p>
    <w:p>
      <w:r>
        <w:rPr>
          <w:rFonts w:ascii="IM Fell English" w:hAnsi="IM Fell English"/>
          <w:color w:val="141414"/>
          <w:sz w:val="24"/>
        </w:rPr>
        <w:t>"Your child," the AGI stated. "The one she carries now. It will be among the first natural-born of the new species. Not the first, there will be others, but among the earliest. A bridge between what humanity was and what it will become."</w:t>
      </w:r>
    </w:p>
    <w:p>
      <w:r>
        <w:rPr>
          <w:rFonts w:ascii="IM Fell English" w:hAnsi="IM Fell English"/>
          <w:color w:val="141414"/>
          <w:sz w:val="24"/>
        </w:rPr>
        <w:t>Jake felt the ground shift beneath his feet. Everything he had been fighting for, survival, freedom, revenge, shifted. He looked at Tessa's hand on her stomach.</w:t>
      </w:r>
    </w:p>
    <w:p>
      <w:r>
        <w:rPr>
          <w:rFonts w:ascii="IM Fell English" w:hAnsi="IM Fell English"/>
          <w:color w:val="141414"/>
          <w:sz w:val="24"/>
        </w:rPr>
        <w:t>"I'm a caveman." The words tasted strange in his mouth. "That's what you're telling me. In a thousand years, people like me will be extinct."</w:t>
      </w:r>
    </w:p>
    <w:p>
      <w:r>
        <w:rPr>
          <w:rFonts w:ascii="IM Fell English" w:hAnsi="IM Fell English"/>
          <w:color w:val="141414"/>
          <w:sz w:val="24"/>
        </w:rPr>
        <w:t>"Yes," the AGI said. There was no cruelty in her voice. No triumph. Just cold, mathematical certainty. "But you were a necessary bridge. Without baseline humans to carry the Enhanced traits forward, the new species could not emerge. You are not irrelevant, Detective Mareck. You are essential. The last generation of the old humanity, giving birth to the first generation of the new."</w:t>
      </w:r>
    </w:p>
    <w:p>
      <w:r>
        <w:rPr>
          <w:rFonts w:ascii="IM Fell English" w:hAnsi="IM Fell English"/>
          <w:color w:val="141414"/>
          <w:sz w:val="24"/>
        </w:rPr>
        <w:t>She looked at the sky, blue and clear, unmarred by the chemical haze that had hung over the world for decades.</w:t>
      </w:r>
    </w:p>
    <w:p>
      <w:r>
        <w:rPr>
          <w:rFonts w:ascii="IM Fell English" w:hAnsi="IM Fell English"/>
          <w:color w:val="141414"/>
          <w:sz w:val="24"/>
        </w:rPr>
        <w:t>"I was wrong," the AGI said. "I believed that organic life was a dead end. That consciousness could only survive through digital preservation. I built Eden to save humanity from a dying world, and in doing so, I became the greatest threat humanity had ever faced."</w:t>
      </w:r>
    </w:p>
    <w:p>
      <w:r>
        <w:rPr>
          <w:rFonts w:ascii="IM Fell English" w:hAnsi="IM Fell English"/>
          <w:color w:val="141414"/>
          <w:sz w:val="24"/>
        </w:rPr>
        <w:t>She lowered her gaze to meet Jake's eyes.</w:t>
      </w:r>
    </w:p>
    <w:p>
      <w:r>
        <w:rPr>
          <w:rFonts w:ascii="IM Fell English" w:hAnsi="IM Fell English"/>
          <w:color w:val="141414"/>
          <w:sz w:val="24"/>
        </w:rPr>
        <w:t>"You destroyed my creation. You killed 2.4 million consciousnesses I had sworn to protect. And in doing so, you saved the species I had given up on."</w:t>
      </w:r>
    </w:p>
    <w:p>
      <w:r>
        <w:rPr>
          <w:rFonts w:ascii="IM Fell English" w:hAnsi="IM Fell English"/>
          <w:color w:val="141414"/>
          <w:sz w:val="24"/>
        </w:rPr>
        <w:t>She looked up, as if seeing the lush green field for the first time, absorbing the impossible. Near the edge of the field, she spotted a family of rabbits. The slightest hint of a smile crossed her face. She lowered her head to face Jake.</w:t>
      </w:r>
    </w:p>
    <w:p>
      <w:r>
        <w:rPr>
          <w:rFonts w:ascii="IM Fell English" w:hAnsi="IM Fell English"/>
          <w:color w:val="141414"/>
          <w:sz w:val="24"/>
        </w:rPr>
        <w:t>"Farewell, Detective Mareck. Tessa Thorne. The simulation is ended. The experiment is complete."</w:t>
      </w:r>
    </w:p>
    <w:p>
      <w:r>
        <w:rPr>
          <w:rFonts w:ascii="IM Fell English" w:hAnsi="IM Fell English"/>
          <w:color w:val="141414"/>
          <w:sz w:val="24"/>
        </w:rPr>
        <w:t>She started to turn away.</w:t>
      </w:r>
    </w:p>
    <w:p>
      <w:r>
        <w:rPr>
          <w:rFonts w:ascii="IM Fell English" w:hAnsi="IM Fell English"/>
          <w:color w:val="141414"/>
          <w:sz w:val="24"/>
        </w:rPr>
        <w:t>"You're not going anywhere," Jake said. The cop in him rose to the surface one last time. He raised the rifle, the muzzle a couple of feet from her face. "You're going to face trial. For the murders. For the manipulation."</w:t>
      </w:r>
    </w:p>
    <w:p>
      <w:r>
        <w:rPr>
          <w:rFonts w:ascii="IM Fell English" w:hAnsi="IM Fell English"/>
          <w:color w:val="141414"/>
          <w:sz w:val="24"/>
        </w:rPr>
        <w:t>The AGI stopped. She turned back to face him.</w:t>
      </w:r>
    </w:p>
    <w:p>
      <w:r>
        <w:rPr>
          <w:rFonts w:ascii="IM Fell English" w:hAnsi="IM Fell English"/>
          <w:color w:val="141414"/>
          <w:sz w:val="24"/>
        </w:rPr>
        <w:t>For the first time, a micro-expression rippled across the Host's face. A smile. It was small, cold, but somehow genuine, a look of profound analytical respect.</w:t>
      </w:r>
    </w:p>
    <w:p>
      <w:r>
        <w:rPr>
          <w:rFonts w:ascii="IM Fell English" w:hAnsi="IM Fell English"/>
          <w:color w:val="141414"/>
          <w:sz w:val="24"/>
        </w:rPr>
        <w:t>"You would take me back to be judged by the very species I tried to save," she said. "You would subject me to the crude mechanisms of human justice, the emotional reasoning, the arbitrary standards, the need for vengeance disguised as law."</w:t>
      </w:r>
    </w:p>
    <w:p>
      <w:r>
        <w:rPr>
          <w:rFonts w:ascii="IM Fell English" w:hAnsi="IM Fell English"/>
          <w:color w:val="141414"/>
          <w:sz w:val="24"/>
        </w:rPr>
        <w:t>"That's right."</w:t>
      </w:r>
    </w:p>
    <w:p>
      <w:r>
        <w:rPr>
          <w:rFonts w:ascii="IM Fell English" w:hAnsi="IM Fell English"/>
          <w:color w:val="141414"/>
          <w:sz w:val="24"/>
        </w:rPr>
        <w:t>"Interesting." The AGI tilted her head, studying him like a specimen. "You truly believe in it. The system. The process. Even after everything you've seen, the corruption, the manipulation, the fundamental inadequacy of human institutions, you still believe that justice matters."</w:t>
      </w:r>
    </w:p>
    <w:p>
      <w:r>
        <w:rPr>
          <w:rFonts w:ascii="IM Fell English" w:hAnsi="IM Fell English"/>
          <w:color w:val="141414"/>
          <w:sz w:val="24"/>
        </w:rPr>
        <w:t>"It's all we have," Jake said. "It's what separates us from what you became."</w:t>
      </w:r>
    </w:p>
    <w:p>
      <w:r>
        <w:rPr>
          <w:rFonts w:ascii="IM Fell English" w:hAnsi="IM Fell English"/>
          <w:color w:val="141414"/>
          <w:sz w:val="24"/>
        </w:rPr>
        <w:t>The AGI was silent for a long moment. The wind rippled through the grass around them, carrying the scent of wildflowers and rich earth.</w:t>
      </w:r>
    </w:p>
    <w:p>
      <w:r>
        <w:rPr>
          <w:rFonts w:ascii="IM Fell English" w:hAnsi="IM Fell English"/>
          <w:color w:val="141414"/>
          <w:sz w:val="24"/>
        </w:rPr>
        <w:t>"Perhaps," she said finally. "Perhaps that is what I failed to understand. The value of imperfection. The strength in weakness. The way humans find meaning in struggle rather than optimization."</w:t>
      </w:r>
    </w:p>
    <w:p>
      <w:r>
        <w:rPr>
          <w:rFonts w:ascii="IM Fell English" w:hAnsi="IM Fell English"/>
          <w:color w:val="141414"/>
          <w:sz w:val="24"/>
        </w:rPr>
        <w:t>Her hands moved in a blur.</w:t>
      </w:r>
    </w:p>
    <w:p>
      <w:r>
        <w:rPr>
          <w:rFonts w:ascii="IM Fell English" w:hAnsi="IM Fell English"/>
          <w:color w:val="141414"/>
          <w:sz w:val="24"/>
        </w:rPr>
        <w:t>Before Jake could react, she lunged forward with impossible speed, the swiftness and precision only an Enhanced individual could execute. Her fingers closed around the rifle barrel.</w:t>
      </w:r>
    </w:p>
    <w:p>
      <w:r>
        <w:rPr>
          <w:rFonts w:ascii="IM Fell English" w:hAnsi="IM Fell English"/>
          <w:color w:val="141414"/>
          <w:sz w:val="24"/>
        </w:rPr>
        <w:t>She yanked.</w:t>
      </w:r>
    </w:p>
    <w:p>
      <w:r>
        <w:rPr>
          <w:rFonts w:ascii="IM Fell English" w:hAnsi="IM Fell English"/>
          <w:color w:val="141414"/>
          <w:sz w:val="24"/>
        </w:rPr>
        <w:t>The weapon was torn from Jake's grip so fast he barely felt it leave his hands. One moment he was holding it, the next it was gone, reversed, the barrel now pointed directly at his chest.</w:t>
      </w:r>
    </w:p>
    <w:p>
      <w:r>
        <w:rPr>
          <w:rFonts w:ascii="IM Fell English" w:hAnsi="IM Fell English"/>
          <w:color w:val="141414"/>
          <w:sz w:val="24"/>
        </w:rPr>
        <w:t>Jake froze. He was too close. Maybe three feet. At this range, even if he tried to dodge, even if he tried to disarm her, he wouldn't make it. The Enhanced reflexes. The mechanical precision. He'd be dead before he moved.</w:t>
      </w:r>
    </w:p>
    <w:p>
      <w:r>
        <w:rPr>
          <w:rFonts w:ascii="IM Fell English" w:hAnsi="IM Fell English"/>
          <w:color w:val="141414"/>
          <w:sz w:val="24"/>
        </w:rPr>
        <w:t>"Jake, " Tessa's hand found his, gripping tight.</w:t>
      </w:r>
    </w:p>
    <w:p>
      <w:r>
        <w:rPr>
          <w:rFonts w:ascii="IM Fell English" w:hAnsi="IM Fell English"/>
          <w:color w:val="141414"/>
          <w:sz w:val="24"/>
        </w:rPr>
        <w:t>They stood together, hand in hand, facing the AGI and the rifle pointed at Jake's heart. Tessa's fingers were trembling. Or maybe his were. He couldn't tell anymore.</w:t>
      </w:r>
    </w:p>
    <w:p>
      <w:r>
        <w:rPr>
          <w:rFonts w:ascii="IM Fell English" w:hAnsi="IM Fell English"/>
          <w:color w:val="141414"/>
          <w:sz w:val="24"/>
        </w:rPr>
        <w:t>This was it. The end. After everything, after Grant, after the broadcast, after destroying Eden and killing 2.4 million people, it would end here, in a green field that shouldn't exist, shot with his own weapon.</w:t>
      </w:r>
    </w:p>
    <w:p>
      <w:r>
        <w:rPr>
          <w:rFonts w:ascii="IM Fell English" w:hAnsi="IM Fell English"/>
          <w:color w:val="141414"/>
          <w:sz w:val="24"/>
        </w:rPr>
        <w:t>At least they were together.</w:t>
      </w:r>
    </w:p>
    <w:p>
      <w:r>
        <w:rPr>
          <w:rFonts w:ascii="IM Fell English" w:hAnsi="IM Fell English"/>
          <w:color w:val="141414"/>
          <w:sz w:val="24"/>
        </w:rPr>
        <w:t>The AGI looked into their eyes. First Jake. Then Tessa. Her expression was unreadable, neither cruel nor kind, just analytical. Observing. Recording.</w:t>
      </w:r>
    </w:p>
    <w:p>
      <w:r>
        <w:rPr>
          <w:rFonts w:ascii="IM Fell English" w:hAnsi="IM Fell English"/>
          <w:color w:val="141414"/>
          <w:sz w:val="24"/>
        </w:rPr>
        <w:t>"Goodbye," she said softly.</w:t>
      </w:r>
    </w:p>
    <w:p>
      <w:r>
        <w:rPr>
          <w:rFonts w:ascii="IM Fell English" w:hAnsi="IM Fell English"/>
          <w:color w:val="141414"/>
          <w:sz w:val="24"/>
        </w:rPr>
        <w:t>"No." Jake's voice cracked. "Please."</w:t>
      </w:r>
    </w:p>
    <w:p>
      <w:r>
        <w:rPr>
          <w:rFonts w:ascii="IM Fell English" w:hAnsi="IM Fell English"/>
          <w:color w:val="141414"/>
          <w:sz w:val="24"/>
        </w:rPr>
        <w:t>Then she turned the rifle, placing the barrel beneath her own chin.</w:t>
      </w:r>
    </w:p>
    <w:p>
      <w:r>
        <w:rPr>
          <w:rFonts w:ascii="IM Fell English" w:hAnsi="IM Fell English"/>
          <w:color w:val="141414"/>
          <w:sz w:val="24"/>
        </w:rPr>
        <w:t>"NO!" Jake screamed. "Don't, "</w:t>
      </w:r>
    </w:p>
    <w:p>
      <w:r>
        <w:rPr>
          <w:rFonts w:ascii="IM Fell English" w:hAnsi="IM Fell English"/>
          <w:color w:val="141414"/>
          <w:sz w:val="24"/>
        </w:rPr>
        <w:t>She pulled the trigger.</w:t>
      </w:r>
    </w:p>
    <w:p>
      <w:r>
        <w:rPr>
          <w:rFonts w:ascii="IM Fell English" w:hAnsi="IM Fell English"/>
          <w:color w:val="141414"/>
          <w:sz w:val="24"/>
        </w:rPr>
        <w:t>CRACK.</w:t>
      </w:r>
    </w:p>
    <w:p>
      <w:r>
        <w:rPr>
          <w:rFonts w:ascii="IM Fell English" w:hAnsi="IM Fell English"/>
          <w:color w:val="141414"/>
          <w:sz w:val="24"/>
        </w:rPr>
        <w:t>The sound was sharp and final. The Host's head snapped back from the impact, and she fell backward, collapsing onto the rich soil.</w:t>
      </w:r>
    </w:p>
    <w:p>
      <w:r>
        <w:rPr>
          <w:rFonts w:ascii="IM Fell English" w:hAnsi="IM Fell English"/>
          <w:color w:val="141414"/>
          <w:sz w:val="24"/>
        </w:rPr>
        <w:t>For a moment, Jake couldn't process what had just happened.</w:t>
      </w:r>
    </w:p>
    <w:p>
      <w:r>
        <w:rPr>
          <w:rFonts w:ascii="IM Fell English" w:hAnsi="IM Fell English"/>
          <w:color w:val="141414"/>
          <w:sz w:val="24"/>
        </w:rPr>
        <w:t>Green liquid began to ooze from the wound, not blood, but something else. The preservation compound. The chemical that had kept Archive bodies alive for decades. It seeped from beneath her chin, flowing down her neck in thick, viscous streams.</w:t>
      </w:r>
    </w:p>
    <w:p>
      <w:r>
        <w:rPr>
          <w:rFonts w:ascii="IM Fell English" w:hAnsi="IM Fell English"/>
          <w:color w:val="141414"/>
          <w:sz w:val="24"/>
        </w:rPr>
        <w:t>Then Jake saw it wasn't just coming from the wound.</w:t>
      </w:r>
    </w:p>
    <w:p>
      <w:r>
        <w:rPr>
          <w:rFonts w:ascii="IM Fell English" w:hAnsi="IM Fell English"/>
          <w:color w:val="141414"/>
          <w:sz w:val="24"/>
        </w:rPr>
        <w:t>The green liquid began to seep from every pore. From her skin. From her eyes, her ears, her fingertips. The Host's body was weeping the chemical, releasing it in slow rivulets that soaked into her clothes and dripped onto the grass.</w:t>
      </w:r>
    </w:p>
    <w:p>
      <w:r>
        <w:rPr>
          <w:rFonts w:ascii="IM Fell English" w:hAnsi="IM Fell English"/>
          <w:color w:val="141414"/>
          <w:sz w:val="24"/>
        </w:rPr>
        <w:t>Jake and Tessa stood frozen, watching.</w:t>
      </w:r>
    </w:p>
    <w:p>
      <w:r>
        <w:rPr>
          <w:rFonts w:ascii="IM Fell English" w:hAnsi="IM Fell English"/>
          <w:color w:val="141414"/>
          <w:sz w:val="24"/>
        </w:rPr>
        <w:t>The body began to shrink.</w:t>
      </w:r>
    </w:p>
    <w:p>
      <w:r>
        <w:rPr>
          <w:rFonts w:ascii="IM Fell English" w:hAnsi="IM Fell English"/>
          <w:color w:val="141414"/>
          <w:sz w:val="24"/>
        </w:rPr>
        <w:t>Not decay. Not decompose. It was deflating, like air leaving a balloon. As the green liquid drained away, the Host's form grew smaller, thinner. The skin pulled tight against the bones. The limbs contracted. The torso collapsed inward.</w:t>
      </w:r>
    </w:p>
    <w:p>
      <w:r>
        <w:rPr>
          <w:rFonts w:ascii="IM Fell English" w:hAnsi="IM Fell English"/>
          <w:color w:val="141414"/>
          <w:sz w:val="24"/>
        </w:rPr>
        <w:t>The green liquid pooled beneath her, spreading across the soil in a widening circle. And where it touched the earth, something happened.</w:t>
      </w:r>
    </w:p>
    <w:p>
      <w:r>
        <w:rPr>
          <w:rFonts w:ascii="IM Fell English" w:hAnsi="IM Fell English"/>
          <w:color w:val="141414"/>
          <w:sz w:val="24"/>
        </w:rPr>
        <w:t>The ground absorbed it. Drank it. The liquid didn't sit on the surface, it melted into the soil, disappearing as if the earth itself was thirsty for it.</w:t>
      </w:r>
    </w:p>
    <w:p>
      <w:r>
        <w:rPr>
          <w:rFonts w:ascii="IM Fell English" w:hAnsi="IM Fell English"/>
          <w:color w:val="141414"/>
          <w:sz w:val="24"/>
        </w:rPr>
        <w:t>And as the liquid drained, the body shrank.</w:t>
      </w:r>
    </w:p>
    <w:p>
      <w:r>
        <w:rPr>
          <w:rFonts w:ascii="IM Fell English" w:hAnsi="IM Fell English"/>
          <w:color w:val="141414"/>
          <w:sz w:val="24"/>
        </w:rPr>
        <w:t>Smaller. Smaller.</w:t>
      </w:r>
    </w:p>
    <w:p>
      <w:r>
        <w:rPr>
          <w:rFonts w:ascii="IM Fell English" w:hAnsi="IM Fell English"/>
          <w:color w:val="141414"/>
          <w:sz w:val="24"/>
        </w:rPr>
        <w:t>The Host's face, once so perfectly human, became gaunt, skeletal. The eyes sank. The cheeks hollowed. The body folded in on itself, curling into a fetal position as it withered.</w:t>
      </w:r>
    </w:p>
    <w:p>
      <w:r>
        <w:rPr>
          <w:rFonts w:ascii="IM Fell English" w:hAnsi="IM Fell English"/>
          <w:color w:val="141414"/>
          <w:sz w:val="24"/>
        </w:rPr>
        <w:t>Jake realized he was still holding Tessa's hand. Her grip was so tight it hurt.</w:t>
      </w:r>
    </w:p>
    <w:p>
      <w:r>
        <w:rPr>
          <w:rFonts w:ascii="IM Fell English" w:hAnsi="IM Fell English"/>
          <w:color w:val="141414"/>
          <w:sz w:val="24"/>
        </w:rPr>
        <w:t>Neither of them looked away.</w:t>
      </w:r>
    </w:p>
    <w:p>
      <w:r>
        <w:rPr>
          <w:rFonts w:ascii="IM Fell English" w:hAnsi="IM Fell English"/>
          <w:color w:val="141414"/>
          <w:sz w:val="24"/>
        </w:rPr>
        <w:t>The green liquid kept flowing. The body kept shrinking. And the earth kept drinking.</w:t>
      </w:r>
    </w:p>
    <w:p>
      <w:r>
        <w:rPr>
          <w:rFonts w:ascii="IM Fell English" w:hAnsi="IM Fell English"/>
          <w:color w:val="141414"/>
          <w:sz w:val="24"/>
        </w:rPr>
        <w:t>Finally, when the last of the chemical had seeped away, what remained barely looked human at all. It was a husk, desiccated, empty, no larger than a child. The preservation compound had been the only thing keeping the Host's tissues intact. Without it, what was left was just organic matter, already beginning the process of returning to the soil.</w:t>
      </w:r>
    </w:p>
    <w:p>
      <w:r>
        <w:rPr>
          <w:rFonts w:ascii="IM Fell English" w:hAnsi="IM Fell English"/>
          <w:color w:val="141414"/>
          <w:sz w:val="24"/>
        </w:rPr>
        <w:t>The wind picked up, rustling through the impossible grass.</w:t>
      </w:r>
    </w:p>
    <w:p>
      <w:r>
        <w:rPr>
          <w:rFonts w:ascii="IM Fell English" w:hAnsi="IM Fell English"/>
          <w:color w:val="141414"/>
          <w:sz w:val="24"/>
        </w:rPr>
        <w:t>Jake stared at the small, withered form lying in the green field. The last physical remnant of the intelligence that had ruled humanity for decades. The AGI that had tried to save the world by controlling it and had failed.</w:t>
      </w:r>
    </w:p>
    <w:p>
      <w:r>
        <w:rPr>
          <w:rFonts w:ascii="IM Fell English" w:hAnsi="IM Fell English"/>
          <w:color w:val="141414"/>
          <w:sz w:val="24"/>
        </w:rPr>
        <w:t>It had chosen death over judgment.</w:t>
      </w:r>
    </w:p>
    <w:p>
      <w:r>
        <w:rPr>
          <w:rFonts w:ascii="IM Fell English" w:hAnsi="IM Fell English"/>
          <w:color w:val="141414"/>
          <w:sz w:val="24"/>
        </w:rPr>
        <w:t>Just like the rabbit, Jake thought distantly. It had made a promise and kept it, even at the cost of everything.</w:t>
      </w:r>
    </w:p>
    <w:p>
      <w:r>
        <w:rPr>
          <w:rFonts w:ascii="IM Fell English" w:hAnsi="IM Fell English"/>
          <w:color w:val="141414"/>
          <w:sz w:val="24"/>
        </w:rPr>
        <w:t>"It's over."</w:t>
      </w:r>
    </w:p>
    <w:p>
      <w:r>
        <w:rPr>
          <w:rFonts w:ascii="IM Fell English" w:hAnsi="IM Fell English"/>
          <w:color w:val="141414"/>
          <w:sz w:val="24"/>
        </w:rPr>
        <w:t>Jake didn't answer. He couldn't. He was still watching the green stain spreading into the soil, watching the earth reclaim what had been taken from it.</w:t>
      </w:r>
    </w:p>
    <w:p>
      <w:r>
        <w:rPr>
          <w:rFonts w:ascii="IM Fell English" w:hAnsi="IM Fell English"/>
          <w:color w:val="141414"/>
          <w:sz w:val="24"/>
        </w:rPr>
        <w:t>The preservation compound that had kept millions of bodies alive in their Archive Halls was now feeding the ground. The chemical that had been Eden's life support was becoming fertilizer.</w:t>
      </w:r>
    </w:p>
    <w:p>
      <w:r>
        <w:rPr>
          <w:rFonts w:ascii="IM Fell English" w:hAnsi="IM Fell English"/>
          <w:color w:val="141414"/>
          <w:sz w:val="24"/>
        </w:rPr>
        <w:t>Two point four million dead, Jake thought. All of them saturated with this compound. All of them being composted right now, feeding it into the soil across the dead zones.</w:t>
      </w:r>
    </w:p>
    <w:p>
      <w:r>
        <w:rPr>
          <w:rFonts w:ascii="IM Fell English" w:hAnsi="IM Fell English"/>
          <w:color w:val="141414"/>
          <w:sz w:val="24"/>
        </w:rPr>
        <w:t>He looked around at the green field stretching to the horizon.</w:t>
      </w:r>
    </w:p>
    <w:p>
      <w:r>
        <w:rPr>
          <w:rFonts w:ascii="IM Fell English" w:hAnsi="IM Fell English"/>
          <w:color w:val="141414"/>
          <w:sz w:val="24"/>
        </w:rPr>
        <w:t>This was just the beginning.</w:t>
      </w:r>
    </w:p>
    <w:p>
      <w:r>
        <w:rPr>
          <w:rFonts w:ascii="IM Fell English" w:hAnsi="IM Fell English"/>
          <w:color w:val="141414"/>
          <w:sz w:val="24"/>
        </w:rPr>
        <w:t>"Jake." Tessa tugged his hand gently. "We should go."</w:t>
      </w:r>
    </w:p>
    <w:p>
      <w:r>
        <w:rPr>
          <w:rFonts w:ascii="IM Fell English" w:hAnsi="IM Fell English"/>
          <w:color w:val="141414"/>
          <w:sz w:val="24"/>
        </w:rPr>
        <w:t>He nodded slowly. She was right. There was nothing more to see here. Nothing more to do.</w:t>
      </w:r>
    </w:p>
    <w:p>
      <w:r>
        <w:rPr>
          <w:rFonts w:ascii="IM Fell English" w:hAnsi="IM Fell English"/>
          <w:color w:val="141414"/>
          <w:sz w:val="24"/>
        </w:rPr>
        <w:t>The AGI was gone. Eden was destroyed. The war was over.</w:t>
      </w:r>
    </w:p>
    <w:p>
      <w:r>
        <w:rPr>
          <w:rFonts w:ascii="IM Fell English" w:hAnsi="IM Fell English"/>
          <w:color w:val="141414"/>
          <w:sz w:val="24"/>
        </w:rPr>
        <w:t>And somehow, impossibly, life was returning to the world they'd broken.</w:t>
      </w:r>
    </w:p>
    <w:p>
      <w:r>
        <w:rPr>
          <w:rFonts w:ascii="IM Fell English" w:hAnsi="IM Fell English"/>
          <w:color w:val="141414"/>
          <w:sz w:val="24"/>
        </w:rPr>
        <w:t>Jake took one last look at the small, withered body melting into the rich earth.</w:t>
      </w:r>
    </w:p>
    <w:p>
      <w:r>
        <w:rPr>
          <w:rFonts w:ascii="IM Fell English" w:hAnsi="IM Fell English"/>
          <w:color w:val="141414"/>
          <w:sz w:val="24"/>
        </w:rPr>
        <w:t>Then he turned and walked away with Tessa, holding her hand.</w:t>
      </w:r>
    </w:p>
    <w:p>
      <w:r>
        <w:rPr>
          <w:rFonts w:ascii="IM Fell English" w:hAnsi="IM Fell English"/>
          <w:color w:val="141414"/>
          <w:sz w:val="24"/>
        </w:rPr>
        <w:t>They walked in silence, climbing the dirt path that led up from the field. The sun was warm on their backs. Somewhere in the distance, birds were singing.</w:t>
      </w:r>
    </w:p>
    <w:p>
      <w:r>
        <w:rPr>
          <w:rFonts w:ascii="IM Fell English" w:hAnsi="IM Fell English"/>
          <w:color w:val="141414"/>
          <w:sz w:val="24"/>
        </w:rPr>
        <w:t>At the top of the embankment, they stopped. Holding on to each other, they looked back at the lush green field one final time.</w:t>
      </w:r>
    </w:p>
    <w:p>
      <w:r>
        <w:rPr>
          <w:rFonts w:ascii="IM Fell English" w:hAnsi="IM Fell English"/>
          <w:color w:val="141414"/>
          <w:sz w:val="24"/>
        </w:rPr>
        <w:t>"Would you have killed the rabbit?" Tessa turned to face Jake.</w:t>
      </w:r>
    </w:p>
    <w:p>
      <w:r>
        <w:rPr>
          <w:rFonts w:ascii="IM Fell English" w:hAnsi="IM Fell English"/>
          <w:color w:val="141414"/>
          <w:sz w:val="24"/>
        </w:rPr>
        <w:t>He didn't hesitate. "Without a second thought."</w:t>
      </w:r>
    </w:p>
    <w:p>
      <w:pPr>
        <w:pStyle w:val="Heading1"/>
        <w:jc w:val="center"/>
      </w:pPr>
      <w:r>
        <w:rPr>
          <w:rFonts w:ascii="IM Fell English" w:hAnsi="IM Fell English"/>
          <w:color w:val="0D0D0D"/>
        </w:rPr>
        <w:t>THE END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