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IM Fell English" w:hAnsi="IM Fell English"/>
          <w:b/>
          <w:color w:val="0D0D0D"/>
          <w:sz w:val="64"/>
        </w:rPr>
        <w:t>Twisted</w:t>
      </w:r>
    </w:p>
    <w:p>
      <w:pPr>
        <w:jc w:val="center"/>
      </w:pPr>
      <w:r>
        <w:rPr>
          <w:rFonts w:ascii="IM Fell English" w:hAnsi="IM Fell English"/>
          <w:color w:val="141414"/>
          <w:sz w:val="28"/>
        </w:rPr>
        <w:t>Terry Cavanaugh</w:t>
      </w:r>
    </w:p>
    <w:p>
      <w:pPr>
        <w:spacing w:before="0" w:after="0"/>
        <w:jc w:val="center"/>
      </w:pPr>
      <w:r>
        <w:drawing>
          <wp:inline xmlns:a="http://schemas.openxmlformats.org/drawingml/2006/main" xmlns:pic="http://schemas.openxmlformats.org/drawingml/2006/picture">
            <wp:extent cx="5029200" cy="9010650"/>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029200" cy="9010650"/>
                    </a:xfrm>
                    <a:prstGeom prst="rect"/>
                  </pic:spPr>
                </pic:pic>
              </a:graphicData>
            </a:graphic>
          </wp:inline>
        </w:drawing>
      </w:r>
    </w:p>
    <w:p>
      <w:r>
        <w:br w:type="page"/>
      </w:r>
    </w:p>
    <w:p>
      <w:r>
        <w:rPr>
          <w:rFonts w:ascii="IM Fell English" w:hAnsi="IM Fell English"/>
          <w:color w:val="141414"/>
          <w:sz w:val="24"/>
        </w:rPr>
        <w:t>Chapter 1</w:t>
      </w:r>
    </w:p>
    <w:p>
      <w:r>
        <w:rPr>
          <w:rFonts w:ascii="IM Fell English" w:hAnsi="IM Fell English"/>
          <w:color w:val="141414"/>
          <w:sz w:val="24"/>
        </w:rPr>
        <w:t>It felt strange to be that close to death once again. She was a librarian. Librarians read about murders; they don't commit them. Or, more accurately, they find themselves caught up in them.</w:t>
      </w:r>
    </w:p>
    <w:p>
      <w:r>
        <w:rPr>
          <w:rFonts w:ascii="IM Fell English" w:hAnsi="IM Fell English"/>
          <w:color w:val="141414"/>
          <w:sz w:val="24"/>
        </w:rPr>
        <w:t>It started in her apartment.</w:t>
      </w:r>
    </w:p>
    <w:p>
      <w:r>
        <w:rPr>
          <w:rFonts w:ascii="IM Fell English" w:hAnsi="IM Fell English"/>
          <w:color w:val="141414"/>
          <w:sz w:val="24"/>
        </w:rPr>
        <w:t>"Not bad for a day's work, don't you agree, Scruff?" Martha said.</w:t>
      </w:r>
    </w:p>
    <w:p>
      <w:r>
        <w:rPr>
          <w:rFonts w:ascii="IM Fell English" w:hAnsi="IM Fell English"/>
          <w:color w:val="141414"/>
          <w:sz w:val="24"/>
        </w:rPr>
        <w:t>The pungent smell of fresh paint filled her one-bedroom San Antonio apartment. Wiping sweat from her forehead, she sat on the worn sofa, crossing her legs. Her long brown hair was tied in a ponytail, stuffed into a Cincinnati Reds baseball cap—a gift from her father.</w:t>
      </w:r>
    </w:p>
    <w:p>
      <w:r>
        <w:rPr>
          <w:rFonts w:ascii="IM Fell English" w:hAnsi="IM Fell English"/>
          <w:color w:val="141414"/>
          <w:sz w:val="24"/>
        </w:rPr>
        <w:t>She wore a paint-spattered T-shirt and tattered blue shorts, admiring the freshly painted light blue walls.</w:t>
      </w:r>
    </w:p>
    <w:p>
      <w:r>
        <w:rPr>
          <w:rFonts w:ascii="IM Fell English" w:hAnsi="IM Fell English"/>
          <w:color w:val="141414"/>
          <w:sz w:val="24"/>
        </w:rPr>
        <w:t>Scruff, a rescue dog given to her by her late husband, stretched out on her lap. His actual name was Big Boy, but his curly hair always looked scruffy, so she had nicknamed him Scruff.</w:t>
      </w:r>
    </w:p>
    <w:p>
      <w:r>
        <w:rPr>
          <w:rFonts w:ascii="IM Fell English" w:hAnsi="IM Fell English"/>
          <w:color w:val="141414"/>
          <w:sz w:val="24"/>
        </w:rPr>
        <w:t>She took off the cap and scraped a smear of blue paint from the red material with her thumbnail. "It sure beats the lime green we've had to tolerate this past year."</w:t>
      </w:r>
    </w:p>
    <w:p>
      <w:r>
        <w:rPr>
          <w:rFonts w:ascii="IM Fell English" w:hAnsi="IM Fell English"/>
          <w:color w:val="141414"/>
          <w:sz w:val="24"/>
        </w:rPr>
        <w:t>She inspected the cap and saw another blue streak. "Dad would consider damaging Reds memorabilia an unforgivable sin."</w:t>
      </w:r>
    </w:p>
    <w:p>
      <w:r>
        <w:rPr>
          <w:rFonts w:ascii="IM Fell English" w:hAnsi="IM Fell English"/>
          <w:color w:val="141414"/>
          <w:sz w:val="24"/>
        </w:rPr>
        <w:t>She scratched the soft fur on the dog's tummy. He snuggled closer to her leg and drifted off to sleep.</w:t>
      </w:r>
    </w:p>
    <w:p>
      <w:r>
        <w:rPr>
          <w:rFonts w:ascii="IM Fell English" w:hAnsi="IM Fell English"/>
          <w:i/>
          <w:color w:val="141414"/>
          <w:sz w:val="24"/>
        </w:rPr>
        <w:t>A nap isn't a bad idea. We've earned it.</w:t>
      </w:r>
    </w:p>
    <w:p>
      <w:r>
        <w:rPr>
          <w:rFonts w:ascii="IM Fell English" w:hAnsi="IM Fell English"/>
          <w:color w:val="141414"/>
          <w:sz w:val="24"/>
        </w:rPr>
        <w:t>She closed her eyes and drifted off.</w:t>
      </w:r>
    </w:p>
    <w:p>
      <w:r>
        <w:rPr>
          <w:rFonts w:ascii="IM Fell English" w:hAnsi="IM Fell English"/>
          <w:color w:val="141414"/>
          <w:sz w:val="24"/>
        </w:rPr>
        <w:t>The familiar ringing of her telephone pierced through the thick blanket of fog.</w:t>
      </w:r>
    </w:p>
    <w:p>
      <w:r>
        <w:rPr>
          <w:rFonts w:ascii="IM Fell English" w:hAnsi="IM Fell English"/>
          <w:color w:val="141414"/>
          <w:sz w:val="24"/>
        </w:rPr>
        <w:t>She lifted it to her ear. "Hello?"</w:t>
      </w:r>
    </w:p>
    <w:p>
      <w:r>
        <w:rPr>
          <w:rFonts w:ascii="IM Fell English" w:hAnsi="IM Fell English"/>
          <w:color w:val="141414"/>
          <w:sz w:val="24"/>
        </w:rPr>
        <w:t>"Come home quick!" her twin sister, Mary, sobbed on the other end.</w:t>
      </w:r>
    </w:p>
    <w:p>
      <w:r>
        <w:rPr>
          <w:rFonts w:ascii="IM Fell English" w:hAnsi="IM Fell English"/>
          <w:color w:val="141414"/>
          <w:sz w:val="24"/>
        </w:rPr>
        <w:t>"Slow down," Martha said.</w:t>
      </w:r>
    </w:p>
    <w:p>
      <w:r>
        <w:rPr>
          <w:rFonts w:ascii="IM Fell English" w:hAnsi="IM Fell English"/>
          <w:color w:val="141414"/>
          <w:sz w:val="24"/>
        </w:rPr>
        <w:t>"But you don't understand," Mary said. "He's dead!"</w:t>
      </w:r>
    </w:p>
    <w:p>
      <w:r>
        <w:rPr>
          <w:rFonts w:ascii="IM Fell English" w:hAnsi="IM Fell English"/>
          <w:color w:val="141414"/>
          <w:sz w:val="24"/>
        </w:rPr>
        <w:t>"Who is dead? What are you talking about?"</w:t>
      </w:r>
    </w:p>
    <w:p>
      <w:r>
        <w:rPr>
          <w:rFonts w:ascii="IM Fell English" w:hAnsi="IM Fell English"/>
          <w:color w:val="141414"/>
          <w:sz w:val="24"/>
        </w:rPr>
        <w:t>"Martha, Dad is dead!" Mary said, her sobs subsiding.</w:t>
      </w:r>
    </w:p>
    <w:p>
      <w:r>
        <w:rPr>
          <w:rFonts w:ascii="IM Fell English" w:hAnsi="IM Fell English"/>
          <w:color w:val="141414"/>
          <w:sz w:val="24"/>
        </w:rPr>
        <w:t>Her knees gave way. She collapsed onto the sofa, unable to speak. He couldn't be dead. He was so full of life and laughter.</w:t>
      </w:r>
    </w:p>
    <w:p>
      <w:r>
        <w:rPr>
          <w:rFonts w:ascii="IM Fell English" w:hAnsi="IM Fell English"/>
          <w:color w:val="141414"/>
          <w:sz w:val="24"/>
        </w:rPr>
        <w:t>"What do you mean he's dead? I talked to him yesterday," she said once her mind cleared.</w:t>
      </w:r>
    </w:p>
    <w:p>
      <w:r>
        <w:rPr>
          <w:rFonts w:ascii="IM Fell English" w:hAnsi="IM Fell English"/>
          <w:color w:val="141414"/>
          <w:sz w:val="24"/>
        </w:rPr>
        <w:t>"I know, but Mom and I found him on the floor of his office when we came home from Christmas shopping," Mary said.</w:t>
      </w:r>
    </w:p>
    <w:p>
      <w:r>
        <w:rPr>
          <w:rFonts w:ascii="IM Fell English" w:hAnsi="IM Fell English"/>
          <w:color w:val="141414"/>
          <w:sz w:val="24"/>
        </w:rPr>
        <w:t>"Was it a heart attack?"</w:t>
      </w:r>
    </w:p>
    <w:p>
      <w:r>
        <w:rPr>
          <w:rFonts w:ascii="IM Fell English" w:hAnsi="IM Fell English"/>
          <w:color w:val="141414"/>
          <w:sz w:val="24"/>
        </w:rPr>
        <w:t>"No, Martie, someone shot him... Martie, are you there? Are you okay?"</w:t>
      </w:r>
    </w:p>
    <w:p>
      <w:r>
        <w:rPr>
          <w:rFonts w:ascii="IM Fell English" w:hAnsi="IM Fell English"/>
          <w:color w:val="141414"/>
          <w:sz w:val="24"/>
        </w:rPr>
        <w:t>"Shot him? What? Who? Why? Why would anyone want to shoot Dad?" Martha stammered as the shock took hold.</w:t>
      </w:r>
    </w:p>
    <w:p>
      <w:r>
        <w:rPr>
          <w:rFonts w:ascii="IM Fell English" w:hAnsi="IM Fell English"/>
          <w:color w:val="141414"/>
          <w:sz w:val="24"/>
        </w:rPr>
        <w:t>"Martie," Mary said, "the police are looking into it."</w:t>
      </w:r>
    </w:p>
    <w:p>
      <w:r>
        <w:rPr>
          <w:rFonts w:ascii="IM Fell English" w:hAnsi="IM Fell English"/>
          <w:color w:val="141414"/>
          <w:sz w:val="24"/>
        </w:rPr>
        <w:t>"How could this happen?"</w:t>
      </w:r>
    </w:p>
    <w:p>
      <w:r>
        <w:rPr>
          <w:rFonts w:ascii="IM Fell English" w:hAnsi="IM Fell English"/>
          <w:color w:val="141414"/>
          <w:sz w:val="24"/>
        </w:rPr>
        <w:t>"No one knows. They assume it was a robbery. Some money and clothes are gone. What's important now is that you get here as soon as possible. Mom needs you. I need you. You've always been the strong one."</w:t>
      </w:r>
    </w:p>
    <w:p>
      <w:r>
        <w:rPr>
          <w:rFonts w:ascii="IM Fell English" w:hAnsi="IM Fell English"/>
          <w:color w:val="141414"/>
          <w:sz w:val="24"/>
        </w:rPr>
        <w:t>Strong? She was far from that.</w:t>
      </w:r>
    </w:p>
    <w:p>
      <w:r>
        <w:rPr>
          <w:rFonts w:ascii="IM Fell English" w:hAnsi="IM Fell English"/>
          <w:color w:val="141414"/>
          <w:sz w:val="24"/>
        </w:rPr>
        <w:t>"I'll catch the first flight out."</w:t>
      </w:r>
    </w:p>
    <w:p>
      <w:r>
        <w:rPr>
          <w:rFonts w:ascii="IM Fell English" w:hAnsi="IM Fell English"/>
          <w:color w:val="141414"/>
          <w:sz w:val="24"/>
        </w:rPr>
        <w:t>She pulled her black American Tourister luggage from the bedroom closet. Her stomach churned. She tried to choke back her tears, but they flowed down her face and pooled on her T-shirt. Her parents had given her the luggage as a graduation present when she earned her Master's in Library Science.</w:t>
      </w:r>
    </w:p>
    <w:p>
      <w:r>
        <w:rPr>
          <w:rFonts w:ascii="IM Fell English" w:hAnsi="IM Fell English"/>
          <w:color w:val="141414"/>
          <w:sz w:val="24"/>
        </w:rPr>
        <w:t>"Your mom and I have a set like it. They'll last you for years. Every time you pack for a trip, know we're praying for you," her dad had said.</w:t>
      </w:r>
    </w:p>
    <w:p>
      <w:r>
        <w:rPr>
          <w:rFonts w:ascii="IM Fell English" w:hAnsi="IM Fell English"/>
          <w:color w:val="141414"/>
          <w:sz w:val="24"/>
        </w:rPr>
        <w:t>He was so proud of her, singing her praises to all his friends. Now he was dead. It seemed so impossible.</w:t>
      </w:r>
    </w:p>
    <w:p>
      <w:r>
        <w:rPr>
          <w:rFonts w:ascii="IM Fell English" w:hAnsi="IM Fell English"/>
          <w:i/>
          <w:color w:val="141414"/>
          <w:sz w:val="24"/>
        </w:rPr>
        <w:t>Dad, you never dreamed I'd be using them to pack for your funeral.</w:t>
      </w:r>
    </w:p>
    <w:p>
      <w:r>
        <w:rPr>
          <w:rFonts w:ascii="IM Fell English" w:hAnsi="IM Fell English"/>
          <w:color w:val="141414"/>
          <w:sz w:val="24"/>
        </w:rPr>
        <w:t>She collapsed onto the bed. Hopelessness overwhelmed her, and she burst into tears again. The darkness of despair rushed in. How could she go on? He was her Rock of Gibraltar. Whenever she had a question, he was there. She couldn't face life without him.</w:t>
      </w:r>
    </w:p>
    <w:p>
      <w:r>
        <w:rPr>
          <w:rFonts w:ascii="IM Fell English" w:hAnsi="IM Fell English"/>
          <w:color w:val="141414"/>
          <w:sz w:val="24"/>
        </w:rPr>
        <w:t>No! She would not break down. Her mother and sister needed her, and she would be there for them.</w:t>
      </w:r>
    </w:p>
    <w:p>
      <w:r>
        <w:rPr>
          <w:rFonts w:ascii="IM Fell English" w:hAnsi="IM Fell English"/>
          <w:color w:val="141414"/>
          <w:sz w:val="24"/>
        </w:rPr>
        <w:t>Chapter 2</w:t>
      </w:r>
    </w:p>
    <w:p>
      <w:r>
        <w:rPr>
          <w:rFonts w:ascii="IM Fell English" w:hAnsi="IM Fell English"/>
          <w:color w:val="141414"/>
          <w:sz w:val="24"/>
        </w:rPr>
        <w:t>The first flight from San Antonio, Texas, to Columbus, Ohio, was a 2:00 a.m. Delta Air Lines departure. With an hour until boarding, she had enough time to stop by the Starburst Coffee shop in the airport. She ordered a cafe latte, inhaling the aroma of the fresh brew while sipping the steaming cup.</w:t>
      </w:r>
    </w:p>
    <w:p>
      <w:r>
        <w:rPr>
          <w:rFonts w:ascii="IM Fell English" w:hAnsi="IM Fell English"/>
          <w:color w:val="141414"/>
          <w:sz w:val="24"/>
        </w:rPr>
        <w:t>After checking Scruff's carrier, she joined the line to board. She avoided a window seat—too close to the dreary sky she despised.</w:t>
      </w:r>
    </w:p>
    <w:p>
      <w:r>
        <w:rPr>
          <w:rFonts w:ascii="IM Fell English" w:hAnsi="IM Fell English"/>
          <w:color w:val="141414"/>
          <w:sz w:val="24"/>
        </w:rPr>
        <w:t>The flight felt endless. She hated flying, especially at night. The inky blackness outside mirrored her mood: dark, gloomy, and depressed.</w:t>
      </w:r>
    </w:p>
    <w:p>
      <w:r>
        <w:rPr>
          <w:rFonts w:ascii="IM Fell English" w:hAnsi="IM Fell English"/>
          <w:color w:val="141414"/>
          <w:sz w:val="24"/>
        </w:rPr>
        <w:t>Though she closed her eyes, sleep eluded her. Her sister's voice echoed in her mind. She picked up a magazine, flipping through its pages without seeing them.</w:t>
      </w:r>
    </w:p>
    <w:p>
      <w:r>
        <w:rPr>
          <w:rFonts w:ascii="IM Fell English" w:hAnsi="IM Fell English"/>
          <w:color w:val="141414"/>
          <w:sz w:val="24"/>
        </w:rPr>
        <w:t>Upon landing, she headed to the Avis car rental counter. From the limited selection, mostly SUVs, she chose a black Chevy Camaro.</w:t>
      </w:r>
    </w:p>
    <w:p>
      <w:r>
        <w:rPr>
          <w:rFonts w:ascii="IM Fell English" w:hAnsi="IM Fell English"/>
          <w:color w:val="141414"/>
          <w:sz w:val="24"/>
        </w:rPr>
        <w:t>"Would you like the insurance coverage?" the clerk asked.</w:t>
      </w:r>
    </w:p>
    <w:p>
      <w:r>
        <w:rPr>
          <w:rFonts w:ascii="IM Fell English" w:hAnsi="IM Fell English"/>
          <w:color w:val="141414"/>
          <w:sz w:val="24"/>
        </w:rPr>
        <w:t>"Sure, but nothing ever happens in Brownsville," she replied.</w:t>
      </w:r>
    </w:p>
    <w:p>
      <w:r>
        <w:rPr>
          <w:rFonts w:ascii="IM Fell English" w:hAnsi="IM Fell English"/>
          <w:color w:val="141414"/>
          <w:sz w:val="24"/>
        </w:rPr>
        <w:t>She signed the forms and made her way to the parking lot. The icy wind bit at her face, prompting her to pull her thin jacket tightly around her.</w:t>
      </w:r>
    </w:p>
    <w:p>
      <w:r>
        <w:rPr>
          <w:rFonts w:ascii="IM Fell English" w:hAnsi="IM Fell English"/>
          <w:color w:val="141414"/>
          <w:sz w:val="24"/>
        </w:rPr>
        <w:t>"This isn't San Antonio, Scruff," she muttered.</w:t>
      </w:r>
    </w:p>
    <w:p>
      <w:r>
        <w:rPr>
          <w:rFonts w:ascii="IM Fell English" w:hAnsi="IM Fell English"/>
          <w:color w:val="141414"/>
          <w:sz w:val="24"/>
        </w:rPr>
        <w:t>The drive to Brownsville would take two hours. Brownsville, a small Ohio town, had been her family's home for eighteen years, ever since the bishop appointed her father as pastor of the United Methodist Church. Of all the places her family had lived—and as a clergy family, there had been many—Brownsville was her favorite. How could something like this happen there?</w:t>
      </w:r>
    </w:p>
    <w:p>
      <w:r>
        <w:rPr>
          <w:rFonts w:ascii="IM Fell English" w:hAnsi="IM Fell English"/>
          <w:color w:val="141414"/>
          <w:sz w:val="24"/>
        </w:rPr>
        <w:t xml:space="preserve">As she navigated through morning traffic, her father's voice echoed in her mind: </w:t>
      </w:r>
      <w:r>
        <w:rPr>
          <w:rFonts w:ascii="IM Fell English" w:hAnsi="IM Fell English"/>
          <w:i/>
          <w:color w:val="141414"/>
          <w:sz w:val="24"/>
        </w:rPr>
        <w:t>"Drive defensively."</w:t>
      </w:r>
      <w:r>
        <w:rPr>
          <w:rFonts w:ascii="IM Fell English" w:hAnsi="IM Fell English"/>
          <w:color w:val="141414"/>
          <w:sz w:val="24"/>
        </w:rPr>
        <w:t xml:space="preserve"> The congestion thinned once she passed the city limits, the white dashed lines of the highway becoming hypnotic. Her thoughts drifted back to her sister's words.</w:t>
      </w:r>
    </w:p>
    <w:p>
      <w:r>
        <w:rPr>
          <w:rFonts w:ascii="IM Fell English" w:hAnsi="IM Fell English"/>
          <w:color w:val="141414"/>
          <w:sz w:val="24"/>
        </w:rPr>
        <w:t>What had she said?</w:t>
      </w:r>
    </w:p>
    <w:p>
      <w:r>
        <w:rPr>
          <w:rFonts w:ascii="IM Fell English" w:hAnsi="IM Fell English"/>
          <w:color w:val="141414"/>
          <w:sz w:val="24"/>
        </w:rPr>
        <w:t>"They found his body on the floor of his study. Someone shot him, but no one knows how or why."</w:t>
      </w:r>
    </w:p>
    <w:p>
      <w:r>
        <w:rPr>
          <w:rFonts w:ascii="IM Fell English" w:hAnsi="IM Fell English"/>
          <w:color w:val="141414"/>
          <w:sz w:val="24"/>
        </w:rPr>
        <w:t>Who would murder a retired preacher? Why? Revenge? Money? An act of passion? The possibilities churned in her mind, making her physically ill.</w:t>
      </w:r>
    </w:p>
    <w:p>
      <w:r>
        <w:rPr>
          <w:rFonts w:ascii="IM Fell English" w:hAnsi="IM Fell English"/>
          <w:color w:val="141414"/>
          <w:sz w:val="24"/>
        </w:rPr>
        <w:t>The piercing siren and flashing red-and-blue lights of a Brownsville police car snapped her out of her daze. She eased the car to the shoulder as the officer approached.</w:t>
      </w:r>
    </w:p>
    <w:p>
      <w:r>
        <w:rPr>
          <w:rFonts w:ascii="IM Fell English" w:hAnsi="IM Fell English"/>
          <w:color w:val="141414"/>
          <w:sz w:val="24"/>
        </w:rPr>
        <w:t>"Morning, ma'am," he greeted her. His nameplate read "Henderson."</w:t>
      </w:r>
    </w:p>
    <w:p>
      <w:r>
        <w:rPr>
          <w:rFonts w:ascii="IM Fell English" w:hAnsi="IM Fell English"/>
          <w:color w:val="141414"/>
          <w:sz w:val="24"/>
        </w:rPr>
        <w:t>"Did I do something wrong?" she asked.</w:t>
      </w:r>
    </w:p>
    <w:p>
      <w:r>
        <w:rPr>
          <w:rFonts w:ascii="IM Fell English" w:hAnsi="IM Fell English"/>
          <w:color w:val="141414"/>
          <w:sz w:val="24"/>
        </w:rPr>
        <w:t>"Yes, you were going 45 in a 30-mile-an-hour zone," he replied.</w:t>
      </w:r>
    </w:p>
    <w:p>
      <w:r>
        <w:rPr>
          <w:rFonts w:ascii="IM Fell English" w:hAnsi="IM Fell English"/>
          <w:color w:val="141414"/>
          <w:sz w:val="24"/>
        </w:rPr>
        <w:t>"May I see your license, registration, and proof of insurance?"</w:t>
      </w:r>
    </w:p>
    <w:p>
      <w:r>
        <w:rPr>
          <w:rFonts w:ascii="IM Fell English" w:hAnsi="IM Fell English"/>
          <w:color w:val="141414"/>
          <w:sz w:val="24"/>
        </w:rPr>
        <w:t>He glanced at the documents, his expression softening. "You must be Pastor Thomas's daughter. I'm sorry for your loss. Your dad was a compassionate man."</w:t>
      </w:r>
    </w:p>
    <w:p>
      <w:r>
        <w:rPr>
          <w:rFonts w:ascii="IM Fell English" w:hAnsi="IM Fell English"/>
          <w:color w:val="141414"/>
          <w:sz w:val="24"/>
        </w:rPr>
        <w:t>She gave a silent laugh. Officer Henderson looked like a Ken doll with perfectly combed blond hair. Even amidst tragedy, inappropriate humor mingled with her tears. She wiped them away, thanked him, and resumed her journey.</w:t>
      </w:r>
    </w:p>
    <w:p>
      <w:r>
        <w:rPr>
          <w:rFonts w:ascii="IM Fell English" w:hAnsi="IM Fell English"/>
          <w:color w:val="141414"/>
          <w:sz w:val="24"/>
        </w:rPr>
        <w:t>Martha arrived at her sister Mary's apartment, a two-bedroom space above a shoe store on Main Street. As she crossed the yard, snow-covered patches of grass peeked through the icy tufts.</w:t>
      </w:r>
    </w:p>
    <w:p>
      <w:r>
        <w:rPr>
          <w:rFonts w:ascii="IM Fell English" w:hAnsi="IM Fell English"/>
          <w:color w:val="141414"/>
          <w:sz w:val="24"/>
        </w:rPr>
        <w:t>Mary opened the door, her neon-red blouse and matching jeans as vibrant as ever.</w:t>
      </w:r>
    </w:p>
    <w:p>
      <w:r>
        <w:rPr>
          <w:rFonts w:ascii="IM Fell English" w:hAnsi="IM Fell English"/>
          <w:color w:val="141414"/>
          <w:sz w:val="24"/>
        </w:rPr>
        <w:t>"Oh, Martie, it's so good to see you. Mom's a mess," Mary whispered, putting a finger to her lips. "She just fell asleep."</w:t>
      </w:r>
    </w:p>
    <w:p>
      <w:r>
        <w:rPr>
          <w:rFonts w:ascii="IM Fell English" w:hAnsi="IM Fell English"/>
          <w:color w:val="141414"/>
          <w:sz w:val="24"/>
        </w:rPr>
        <w:t>Their mother lay on the sofa in a gray housedress, her face etched with sorrow.</w:t>
      </w:r>
    </w:p>
    <w:p>
      <w:r>
        <w:rPr>
          <w:rFonts w:ascii="IM Fell English" w:hAnsi="IM Fell English"/>
          <w:color w:val="141414"/>
          <w:sz w:val="24"/>
        </w:rPr>
        <w:t>"I came as soon as I could. Have they found anything?" Martha asked.</w:t>
      </w:r>
    </w:p>
    <w:p>
      <w:r>
        <w:rPr>
          <w:rFonts w:ascii="IM Fell English" w:hAnsi="IM Fell English"/>
          <w:color w:val="141414"/>
          <w:sz w:val="24"/>
        </w:rPr>
        <w:t>"Not a damn thing," Mary replied, fishing a card from her purse. "I'm supposed to meet Detective Daniel Malroy tomorrow at the station. Will you come with me?"</w:t>
      </w:r>
    </w:p>
    <w:p>
      <w:r>
        <w:rPr>
          <w:rFonts w:ascii="IM Fell English" w:hAnsi="IM Fell English"/>
          <w:color w:val="141414"/>
          <w:sz w:val="24"/>
        </w:rPr>
        <w:t>"Of course. Should we bring Mom?"</w:t>
      </w:r>
    </w:p>
    <w:p>
      <w:r>
        <w:rPr>
          <w:rFonts w:ascii="IM Fell English" w:hAnsi="IM Fell English"/>
          <w:color w:val="141414"/>
          <w:sz w:val="24"/>
        </w:rPr>
        <w:t>"Hell no. She couldn't handle it."</w:t>
      </w:r>
    </w:p>
    <w:p>
      <w:r>
        <w:rPr>
          <w:rFonts w:ascii="IM Fell English" w:hAnsi="IM Fell English"/>
          <w:color w:val="141414"/>
          <w:sz w:val="24"/>
        </w:rPr>
        <w:t>Martha winced at her sister's vulgarity but let it slide.</w:t>
      </w:r>
    </w:p>
    <w:p>
      <w:r>
        <w:rPr>
          <w:rFonts w:ascii="IM Fell English" w:hAnsi="IM Fell English"/>
          <w:color w:val="141414"/>
          <w:sz w:val="24"/>
        </w:rPr>
        <w:t>Their mother stirred, and Martha lowered her voice. "I'll get a motel room. What time should we meet in the morning?"</w:t>
      </w:r>
    </w:p>
    <w:p>
      <w:r>
        <w:rPr>
          <w:rFonts w:ascii="IM Fell English" w:hAnsi="IM Fell English"/>
          <w:color w:val="141414"/>
          <w:sz w:val="24"/>
        </w:rPr>
        <w:t>"Make it nine. After the station, we must stop by Green's Funeral Home. Mom is in no shape to handle that."</w:t>
      </w:r>
    </w:p>
    <w:p>
      <w:r>
        <w:rPr>
          <w:rFonts w:ascii="IM Fell English" w:hAnsi="IM Fell English"/>
          <w:color w:val="141414"/>
          <w:sz w:val="24"/>
        </w:rPr>
        <w:t xml:space="preserve">Martha drove to the Purple Door Inn on the outskirts of town, an establishment that had seen better days—if Brownsville ever had any. After checking in, she requested a 6:30 a.m. wake-up call, then climbed into bed with </w:t>
      </w:r>
      <w:r>
        <w:rPr>
          <w:rFonts w:ascii="IM Fell English" w:hAnsi="IM Fell English"/>
          <w:i/>
          <w:color w:val="141414"/>
          <w:sz w:val="24"/>
        </w:rPr>
        <w:t>The Night Cry</w:t>
      </w:r>
      <w:r>
        <w:rPr>
          <w:rFonts w:ascii="IM Fell English" w:hAnsi="IM Fell English"/>
          <w:color w:val="141414"/>
          <w:sz w:val="24"/>
        </w:rPr>
        <w:t xml:space="preserve"> by William David, a book she'd bought at the airport. Sleep claimed her before she finished a chapter, the book slipping from her grasp.</w:t>
      </w:r>
    </w:p>
    <w:p>
      <w:r>
        <w:rPr>
          <w:rFonts w:ascii="IM Fell English" w:hAnsi="IM Fell English"/>
          <w:color w:val="141414"/>
          <w:sz w:val="24"/>
        </w:rPr>
        <w:t>Her slumber was interrupted by the phone. Groggily, she answered, hearing only a dial tone—it was just the automated wake-up call.</w:t>
      </w:r>
    </w:p>
    <w:p>
      <w:r>
        <w:rPr>
          <w:rFonts w:ascii="IM Fell English" w:hAnsi="IM Fell English"/>
          <w:color w:val="141414"/>
          <w:sz w:val="24"/>
        </w:rPr>
        <w:t>Reluctantly, she left the warmth of her bed and headed to the gym for a brief jog. Exercise helped clear her mind, a necessity for the day ahead. Though not as refreshing as jogging outdoors in San Antonio, the treadmill sufficed in the 27-degree weather.</w:t>
      </w:r>
    </w:p>
    <w:p>
      <w:r>
        <w:rPr>
          <w:rFonts w:ascii="IM Fell English" w:hAnsi="IM Fell English"/>
          <w:color w:val="141414"/>
          <w:sz w:val="24"/>
        </w:rPr>
        <w:t>After twenty minutes, she returned to her room, the hot shower stinging her chilled skin and reviving her senses.</w:t>
      </w:r>
    </w:p>
    <w:p>
      <w:r>
        <w:rPr>
          <w:rFonts w:ascii="IM Fell English" w:hAnsi="IM Fell English"/>
          <w:color w:val="141414"/>
          <w:sz w:val="24"/>
        </w:rPr>
        <w:t>She stopped for breakfast at the Dinner Bell restaurant just down the street from the motel. When the server arrived, Martha ordered a fruit plate, black coffee, and a large orange juice. Fifteen minutes later, the food arrived, and Martha recognized the server.</w:t>
      </w:r>
    </w:p>
    <w:p>
      <w:r>
        <w:rPr>
          <w:rFonts w:ascii="IM Fell English" w:hAnsi="IM Fell English"/>
          <w:color w:val="141414"/>
          <w:sz w:val="24"/>
        </w:rPr>
        <w:t>"Aren't you Judy Phillips? Didn't we go to school together?"</w:t>
      </w:r>
    </w:p>
    <w:p>
      <w:r>
        <w:rPr>
          <w:rFonts w:ascii="IM Fell English" w:hAnsi="IM Fell English"/>
          <w:color w:val="141414"/>
          <w:sz w:val="24"/>
        </w:rPr>
        <w:t>"Yes, aren't you Martha... Martha Thomas?"</w:t>
      </w:r>
    </w:p>
    <w:p>
      <w:r>
        <w:rPr>
          <w:rFonts w:ascii="IM Fell English" w:hAnsi="IM Fell English"/>
          <w:color w:val="141414"/>
          <w:sz w:val="24"/>
        </w:rPr>
        <w:t>"You remember me?"</w:t>
      </w:r>
    </w:p>
    <w:p>
      <w:r>
        <w:rPr>
          <w:rFonts w:ascii="IM Fell English" w:hAnsi="IM Fell English"/>
          <w:color w:val="141414"/>
          <w:sz w:val="24"/>
        </w:rPr>
        <w:t>"Of course I do. I'm sorry about what happened to your father. The entire town is talking about it. Is there anything I can do?"</w:t>
      </w:r>
    </w:p>
    <w:p>
      <w:r>
        <w:rPr>
          <w:rFonts w:ascii="IM Fell English" w:hAnsi="IM Fell English"/>
          <w:color w:val="141414"/>
          <w:sz w:val="24"/>
        </w:rPr>
        <w:t>"Not really."</w:t>
      </w:r>
    </w:p>
    <w:p>
      <w:r>
        <w:rPr>
          <w:rFonts w:ascii="IM Fell English" w:hAnsi="IM Fell English"/>
          <w:color w:val="141414"/>
          <w:sz w:val="24"/>
        </w:rPr>
        <w:t>"You know, your dad was a great man. He was supposed to perform my wedding next month," she said. "I guess I'll need to find someone else..."</w:t>
      </w:r>
    </w:p>
    <w:p>
      <w:r>
        <w:rPr>
          <w:rFonts w:ascii="IM Fell English" w:hAnsi="IM Fell English"/>
          <w:color w:val="141414"/>
          <w:sz w:val="24"/>
        </w:rPr>
        <w:t>Embarrassed and frustrated, Judy quickly retreated to the kitchen. Martha didn't blame her; death was such a heavy, unsettling topic, and few knew how to discuss it.</w:t>
      </w:r>
    </w:p>
    <w:p>
      <w:r>
        <w:rPr>
          <w:rFonts w:ascii="IM Fell English" w:hAnsi="IM Fell English"/>
          <w:color w:val="141414"/>
          <w:sz w:val="24"/>
        </w:rPr>
        <w:t>Martha arrived at her sister's home at 8:30 a.m. Mary met her at the door, dressed in bright red baby-doll pajamas and a pink housecoat, with her strawberry blond hair sticking out in all directions.</w:t>
      </w:r>
    </w:p>
    <w:p>
      <w:r>
        <w:rPr>
          <w:rFonts w:ascii="IM Fell English" w:hAnsi="IM Fell English"/>
          <w:color w:val="141414"/>
          <w:sz w:val="24"/>
        </w:rPr>
        <w:t>"Aren't you ready yet? We need to be there in 30 minutes."</w:t>
      </w:r>
    </w:p>
    <w:p>
      <w:r>
        <w:rPr>
          <w:rFonts w:ascii="IM Fell English" w:hAnsi="IM Fell English"/>
          <w:color w:val="141414"/>
          <w:sz w:val="24"/>
        </w:rPr>
        <w:t>"Don't have a cow. It's been a rough morning. There's fresh coffee in the kitchen."</w:t>
      </w:r>
    </w:p>
    <w:p>
      <w:r>
        <w:rPr>
          <w:rFonts w:ascii="IM Fell English" w:hAnsi="IM Fell English"/>
          <w:color w:val="141414"/>
          <w:sz w:val="24"/>
        </w:rPr>
        <w:t>"No thanks, I just had breakfast at the Dinner Bell."</w:t>
      </w:r>
    </w:p>
    <w:p>
      <w:r>
        <w:rPr>
          <w:rFonts w:ascii="IM Fell English" w:hAnsi="IM Fell English"/>
          <w:color w:val="141414"/>
          <w:sz w:val="24"/>
        </w:rPr>
        <w:t>Mary, coffee cup in hand, headed into the bathroom. A few minutes later, Martha heard the shower running. Knowing they would be late, Martha went into the kitchen for coffee.</w:t>
      </w:r>
    </w:p>
    <w:p>
      <w:r>
        <w:rPr>
          <w:rFonts w:ascii="IM Fell English" w:hAnsi="IM Fell English"/>
          <w:color w:val="141414"/>
          <w:sz w:val="24"/>
        </w:rPr>
        <w:t>The television in the kitchen was on, airing a commercial for Senator Rick Phillips, a presidential candidate.</w:t>
      </w:r>
    </w:p>
    <w:p>
      <w:r>
        <w:rPr>
          <w:rFonts w:ascii="IM Fell English" w:hAnsi="IM Fell English"/>
          <w:color w:val="141414"/>
          <w:sz w:val="24"/>
        </w:rPr>
        <w:t>Martha couldn't believe a political ad was airing so early in December, with the election still almost a year away. Her attention focused on the screen. There, in living color, was the face of her server from less than an hour ago. The ad ended with a shot of the Phillip's family—Rick, his wife, and their two daughters. Across the picture was a banner that read,</w:t>
      </w:r>
    </w:p>
    <w:p>
      <w:r>
        <w:rPr>
          <w:rFonts w:ascii="IM Fell English" w:hAnsi="IM Fell English"/>
          <w:color w:val="141414"/>
          <w:sz w:val="24"/>
        </w:rPr>
        <w:t>"THE FAMILY-FRIENDLY CANDIDATE."</w:t>
      </w:r>
    </w:p>
    <w:p>
      <w:r>
        <w:rPr>
          <w:rFonts w:ascii="IM Fell English" w:hAnsi="IM Fell English"/>
          <w:color w:val="141414"/>
          <w:sz w:val="24"/>
        </w:rPr>
        <w:t>He'd come a long way since being mayor of little Brownsville. His rise in the party had been nothing short of historic.</w:t>
      </w:r>
    </w:p>
    <w:p>
      <w:r>
        <w:rPr>
          <w:rFonts w:ascii="IM Fell English" w:hAnsi="IM Fell English"/>
          <w:color w:val="141414"/>
          <w:sz w:val="24"/>
        </w:rPr>
        <w:t>She poured herself a cup of coffee and continued watching.</w:t>
      </w:r>
    </w:p>
    <w:p>
      <w:r>
        <w:rPr>
          <w:rFonts w:ascii="IM Fell English" w:hAnsi="IM Fell English"/>
          <w:color w:val="141414"/>
          <w:sz w:val="24"/>
        </w:rPr>
        <w:t>Mary came into the kitchen 20 minutes later, wearing skintight Levi's, a white blouse halfway unbuttoned, and clearly no bra. "Mary, are you kidding me? You can't wear something like that to a police station. They'll arrest you for indecent exposure."</w:t>
      </w:r>
    </w:p>
    <w:p>
      <w:r>
        <w:rPr>
          <w:rFonts w:ascii="IM Fell English" w:hAnsi="IM Fell English"/>
          <w:color w:val="141414"/>
          <w:sz w:val="24"/>
        </w:rPr>
        <w:t>"If the cop is good-looking, I won't mind," Mary said, laughing.</w:t>
      </w:r>
    </w:p>
    <w:p>
      <w:r>
        <w:rPr>
          <w:rFonts w:ascii="IM Fell English" w:hAnsi="IM Fell English"/>
          <w:color w:val="141414"/>
          <w:sz w:val="24"/>
        </w:rPr>
        <w:t>"Just go put on a bra, or you'll give old man Green a heart attack."</w:t>
      </w:r>
    </w:p>
    <w:p>
      <w:r>
        <w:rPr>
          <w:rFonts w:ascii="IM Fell English" w:hAnsi="IM Fell English"/>
          <w:color w:val="141414"/>
          <w:sz w:val="24"/>
        </w:rPr>
        <w:t>Mary returned in five minutes, wearing a bra.</w:t>
      </w:r>
    </w:p>
    <w:p>
      <w:r>
        <w:rPr>
          <w:rFonts w:ascii="IM Fell English" w:hAnsi="IM Fell English"/>
          <w:color w:val="141414"/>
          <w:sz w:val="24"/>
        </w:rPr>
        <w:t>"Now that's better," Martha said, stopping Mary in the middle of the floor to button two buttons on her blouse.</w:t>
      </w:r>
    </w:p>
    <w:p>
      <w:r>
        <w:rPr>
          <w:rFonts w:ascii="IM Fell English" w:hAnsi="IM Fell English"/>
          <w:color w:val="141414"/>
          <w:sz w:val="24"/>
        </w:rPr>
        <w:t>"Prude. No, this is better," Mary said, unbuttoning one button.</w:t>
      </w:r>
    </w:p>
    <w:p>
      <w:r>
        <w:rPr>
          <w:rFonts w:ascii="IM Fell English" w:hAnsi="IM Fell English"/>
          <w:color w:val="141414"/>
          <w:sz w:val="24"/>
        </w:rPr>
        <w:t>"I'm just decent."</w:t>
      </w:r>
    </w:p>
    <w:p>
      <w:r>
        <w:rPr>
          <w:rFonts w:ascii="IM Fell English" w:hAnsi="IM Fell English"/>
          <w:color w:val="141414"/>
          <w:sz w:val="24"/>
        </w:rPr>
        <w:t>"Right," Mary said.</w:t>
      </w:r>
    </w:p>
    <w:p>
      <w:r>
        <w:rPr>
          <w:rFonts w:ascii="IM Fell English" w:hAnsi="IM Fell English"/>
          <w:color w:val="141414"/>
          <w:sz w:val="24"/>
        </w:rPr>
        <w:t>A few minutes later, they were both in the front seat of the rented Camaro, heading to the police station on the lower floor of the county courthouse. As they walked down the corridor, they passed the offices of the county engineer and the commissioners before arriving at a large white sign by a door. It read, "Brownsville Police Department."</w:t>
      </w:r>
    </w:p>
    <w:p>
      <w:r>
        <w:rPr>
          <w:rFonts w:ascii="IM Fell English" w:hAnsi="IM Fell English"/>
          <w:color w:val="141414"/>
          <w:sz w:val="24"/>
        </w:rPr>
        <w:t>Inside, a large waiting area featured multicolored plastic chairs along both walls. Behind a four-by-four-foot Plexiglas sliding window set into the back wall sat a female officer.</w:t>
      </w:r>
    </w:p>
    <w:p>
      <w:r>
        <w:rPr>
          <w:rFonts w:ascii="IM Fell English" w:hAnsi="IM Fell English"/>
          <w:color w:val="141414"/>
          <w:sz w:val="24"/>
        </w:rPr>
        <w:t>"May I help you?" she inquired with a sweet Southern accent.</w:t>
      </w:r>
    </w:p>
    <w:p>
      <w:r>
        <w:rPr>
          <w:rFonts w:ascii="IM Fell English" w:hAnsi="IM Fell English"/>
          <w:color w:val="141414"/>
          <w:sz w:val="24"/>
        </w:rPr>
        <w:t>"I'm Martha Thomas, and this is my sister, Mary. We're here to see Detective Malroy."</w:t>
      </w:r>
    </w:p>
    <w:p>
      <w:r>
        <w:rPr>
          <w:rFonts w:ascii="IM Fell English" w:hAnsi="IM Fell English"/>
          <w:color w:val="141414"/>
          <w:sz w:val="24"/>
        </w:rPr>
        <w:t>"Let me check for y'all."</w:t>
      </w:r>
    </w:p>
    <w:p>
      <w:r>
        <w:rPr>
          <w:rFonts w:ascii="IM Fell English" w:hAnsi="IM Fell English"/>
          <w:color w:val="141414"/>
          <w:sz w:val="24"/>
        </w:rPr>
        <w:t>She disappeared down the hallway and returned a few minutes later, followed by a tall man in his 40s who looked like a police detective from a cheesy 1970s movie. He wore a plaid sports coat, beige dress pants, and a wide, loud plaid tie.</w:t>
      </w:r>
    </w:p>
    <w:p>
      <w:r>
        <w:rPr>
          <w:rFonts w:ascii="IM Fell English" w:hAnsi="IM Fell English"/>
          <w:color w:val="141414"/>
          <w:sz w:val="24"/>
        </w:rPr>
        <w:t>"Detective Malroy," he said gruffly, a cigar hanging from his mouth. "Can I help you?"</w:t>
      </w:r>
    </w:p>
    <w:p>
      <w:r>
        <w:rPr>
          <w:rFonts w:ascii="IM Fell English" w:hAnsi="IM Fell English"/>
          <w:color w:val="141414"/>
          <w:sz w:val="24"/>
        </w:rPr>
        <w:t>"Yes, I'm Martha Thomas, and this is my twin sister, Mary. You said you might tell us something about our father's murder if we came down this morning."</w:t>
      </w:r>
    </w:p>
    <w:p>
      <w:r>
        <w:rPr>
          <w:rFonts w:ascii="IM Fell English" w:hAnsi="IM Fell English"/>
          <w:color w:val="141414"/>
          <w:sz w:val="24"/>
        </w:rPr>
        <w:t>"Follow me," he said.</w:t>
      </w:r>
    </w:p>
    <w:p>
      <w:r>
        <w:rPr>
          <w:rFonts w:ascii="IM Fell English" w:hAnsi="IM Fell English"/>
          <w:color w:val="141414"/>
          <w:sz w:val="24"/>
        </w:rPr>
        <w:t>Malroy led the way down a narrow hallway to a small office. A desk piled high with folders and loose paper sat in the center of the room.</w:t>
      </w:r>
    </w:p>
    <w:p>
      <w:r>
        <w:rPr>
          <w:rFonts w:ascii="IM Fell English" w:hAnsi="IM Fell English"/>
          <w:color w:val="141414"/>
          <w:sz w:val="24"/>
        </w:rPr>
        <w:t>He slid into the chair behind the desk while Martha and Mary sat in the chairs opposite him.</w:t>
      </w:r>
    </w:p>
    <w:p>
      <w:r>
        <w:rPr>
          <w:rFonts w:ascii="IM Fell English" w:hAnsi="IM Fell English"/>
          <w:color w:val="141414"/>
          <w:sz w:val="24"/>
        </w:rPr>
        <w:t>"You must be Reverend Thomas's other daughter. I believe I told your sister, 'I'd tell you what I know.' All I know for certain is that someone broke into your father's home.""Do you have any idea who?" Martha asked.</w:t>
      </w:r>
    </w:p>
    <w:p>
      <w:r>
        <w:rPr>
          <w:rFonts w:ascii="IM Fell English" w:hAnsi="IM Fell English"/>
          <w:color w:val="141414"/>
          <w:sz w:val="24"/>
        </w:rPr>
        <w:t>"We believe your father surprised some thief, and the scumbag shot him."</w:t>
      </w:r>
    </w:p>
    <w:p>
      <w:r>
        <w:rPr>
          <w:rFonts w:ascii="IM Fell English" w:hAnsi="IM Fell English"/>
          <w:color w:val="141414"/>
          <w:sz w:val="24"/>
        </w:rPr>
        <w:t>"Do you know anything else?" She pressed.</w:t>
      </w:r>
    </w:p>
    <w:p>
      <w:r>
        <w:rPr>
          <w:rFonts w:ascii="IM Fell English" w:hAnsi="IM Fell English"/>
          <w:color w:val="141414"/>
          <w:sz w:val="24"/>
        </w:rPr>
        <w:t>"I'll let you know when we have any other information. We'll catch the creep who did this. You can bank on it," Malroy said.</w:t>
      </w:r>
    </w:p>
    <w:p>
      <w:r>
        <w:rPr>
          <w:rFonts w:ascii="IM Fell English" w:hAnsi="IM Fell English"/>
          <w:color w:val="141414"/>
          <w:sz w:val="24"/>
        </w:rPr>
        <w:t>"What's next?"</w:t>
      </w:r>
    </w:p>
    <w:p>
      <w:r>
        <w:rPr>
          <w:rFonts w:ascii="IM Fell English" w:hAnsi="IM Fell English"/>
          <w:color w:val="141414"/>
          <w:sz w:val="24"/>
        </w:rPr>
        <w:t>"First, we'll see if there are any fingerprints in the house that don't belong to your family or friends."</w:t>
      </w:r>
    </w:p>
    <w:p>
      <w:r>
        <w:rPr>
          <w:rFonts w:ascii="IM Fell English" w:hAnsi="IM Fell English"/>
          <w:color w:val="141414"/>
          <w:sz w:val="24"/>
        </w:rPr>
        <w:t>Martha leaned back in her chair and swallowed hard. She hated it when people talked down to her, treating her like a child.</w:t>
      </w:r>
    </w:p>
    <w:p>
      <w:r>
        <w:rPr>
          <w:rFonts w:ascii="IM Fell English" w:hAnsi="IM Fell English"/>
          <w:color w:val="141414"/>
          <w:sz w:val="24"/>
        </w:rPr>
        <w:t>"Ladies," he said, rounding the desk with a grin and handing each of them a business card. Martha dropped hers into her purse. This interview was over, and he wanted them to know it.</w:t>
      </w:r>
    </w:p>
    <w:p>
      <w:r>
        <w:rPr>
          <w:rFonts w:ascii="IM Fell English" w:hAnsi="IM Fell English"/>
          <w:color w:val="141414"/>
          <w:sz w:val="24"/>
        </w:rPr>
        <w:t>"You'll let us know as soon as you have any other information," Martha said dryly.</w:t>
      </w:r>
    </w:p>
    <w:p>
      <w:r>
        <w:rPr>
          <w:rFonts w:ascii="IM Fell English" w:hAnsi="IM Fell English"/>
          <w:color w:val="141414"/>
          <w:sz w:val="24"/>
        </w:rPr>
        <w:t>"I'll let you know about any future developments," he said as they left the room.</w:t>
      </w:r>
    </w:p>
    <w:p>
      <w:r>
        <w:rPr>
          <w:rFonts w:ascii="IM Fell English" w:hAnsi="IM Fell English"/>
          <w:color w:val="141414"/>
          <w:sz w:val="24"/>
        </w:rPr>
        <w:t>They reached the door, and he added, "Oh, before you leave, we need your fingerprints for comparison. We can take them now if you both have a few minutes. We'll also need your mother's, if she can come in later."</w:t>
      </w:r>
    </w:p>
    <w:p>
      <w:r>
        <w:rPr>
          <w:rFonts w:ascii="IM Fell English" w:hAnsi="IM Fell English"/>
          <w:color w:val="141414"/>
          <w:sz w:val="24"/>
        </w:rPr>
        <w:t>He picked up his desk phone and punched a button. A moment later, Officer Henderson appeared in the doorway.</w:t>
      </w:r>
    </w:p>
    <w:p>
      <w:r>
        <w:rPr>
          <w:rFonts w:ascii="IM Fell English" w:hAnsi="IM Fell English"/>
          <w:color w:val="141414"/>
          <w:sz w:val="24"/>
        </w:rPr>
        <w:t>"This is Officer Ken Henderson. He'll take you down the hall to get your prints."</w:t>
      </w:r>
    </w:p>
    <w:p>
      <w:r>
        <w:rPr>
          <w:rFonts w:ascii="IM Fell English" w:hAnsi="IM Fell English"/>
          <w:color w:val="141414"/>
          <w:sz w:val="24"/>
        </w:rPr>
        <w:t>Ken led them to a room down the hall. A computer with a scanner was on the far side of the room. He guided their fingers one by one onto the scanner; a red light illuminated each as an image appeared on the screen. After Ken finished scanning, Martha promised to bring her mother in later that day.</w:t>
      </w:r>
    </w:p>
    <w:p>
      <w:r>
        <w:rPr>
          <w:rFonts w:ascii="IM Fell English" w:hAnsi="IM Fell English"/>
          <w:color w:val="141414"/>
          <w:sz w:val="24"/>
        </w:rPr>
        <w:t>The sisters drove across town to Green's Funeral Home, a business Harold Green Sr. had purchased in 1956 when he moved to Brownsville. The building still looked exactly as it had then, complete with the same ugly, rose-colored carpet. It had only been patched in high-traffic areas, leaving a patchwork of old and new. The same threadbare drapes hung in the parlor.</w:t>
      </w:r>
    </w:p>
    <w:p>
      <w:r>
        <w:rPr>
          <w:rFonts w:ascii="IM Fell English" w:hAnsi="IM Fell English"/>
          <w:color w:val="141414"/>
          <w:sz w:val="24"/>
        </w:rPr>
        <w:t>Everyone in town knew Harold Jr. wanted to update things. Old man</w:t>
      </w:r>
    </w:p>
    <w:p>
      <w:r>
        <w:rPr>
          <w:rFonts w:ascii="IM Fell English" w:hAnsi="IM Fell English"/>
          <w:color w:val="141414"/>
          <w:sz w:val="24"/>
        </w:rPr>
        <w:t>Green always said, "If it's not broken, don't fix it." Their arguments were legendary. Their voices often rose so high they drowned out the ministers during memorial services.</w:t>
      </w:r>
    </w:p>
    <w:p>
      <w:r>
        <w:rPr>
          <w:rFonts w:ascii="IM Fell English" w:hAnsi="IM Fell English"/>
          <w:color w:val="141414"/>
          <w:sz w:val="24"/>
        </w:rPr>
        <w:t>Just after 1:00 p.m., they pulled into the parking lot of Green's Funeral Home. Harold Jr. had just come from lunch, juggling a McDonald's Coke and a small, grease-stained bag. He looked awkward trying to manage both while opening the door with two fingers. Martha ran up, held it open for him, and then for her sister. The three were in the hall when Harold Sr.—who always handled the arrangements himself, distrusting his son with such essential details—exited his office and escorted them into his small but meticulously organized office off the lobby.</w:t>
      </w:r>
    </w:p>
    <w:p>
      <w:r>
        <w:rPr>
          <w:rFonts w:ascii="IM Fell English" w:hAnsi="IM Fell English"/>
          <w:color w:val="141414"/>
          <w:sz w:val="24"/>
        </w:rPr>
        <w:t>As they walked, Harold Jr. whispered to Martha, "It sure is great to see you today. I hope we can get together for a cup of coffee or something before you leave town."</w:t>
      </w:r>
    </w:p>
    <w:p>
      <w:r>
        <w:rPr>
          <w:rFonts w:ascii="IM Fell English" w:hAnsi="IM Fell English"/>
          <w:color w:val="141414"/>
          <w:sz w:val="24"/>
        </w:rPr>
        <w:t>Once inside the office, Harold Sr. closed the door behind them. "I'm sorry about what happened to your dad," he began. "He was a fine preacher, concerned about the church and the community. We at Green's Funeral Home want you to know we'll do everything possible to make this difficult time easier for you."</w:t>
      </w:r>
    </w:p>
    <w:p>
      <w:r>
        <w:rPr>
          <w:rFonts w:ascii="IM Fell English" w:hAnsi="IM Fell English"/>
          <w:color w:val="141414"/>
          <w:sz w:val="24"/>
        </w:rPr>
        <w:t>She could tell he had used this speech hundreds of times before. It was utterly rote.</w:t>
      </w:r>
    </w:p>
    <w:p>
      <w:r>
        <w:rPr>
          <w:rFonts w:ascii="IM Fell English" w:hAnsi="IM Fell English"/>
          <w:color w:val="141414"/>
          <w:sz w:val="24"/>
        </w:rPr>
        <w:t>"Martha, Mary, have you thought about what kind of service you want for your father?" he asked, pressing on before either could answer. "Considering your father's importance in the community, everything about his service should reflect his standing in both the church and the community at large."</w:t>
      </w:r>
    </w:p>
    <w:p>
      <w:r>
        <w:rPr>
          <w:rFonts w:ascii="IM Fell English" w:hAnsi="IM Fell English"/>
          <w:color w:val="141414"/>
          <w:sz w:val="24"/>
        </w:rPr>
        <w:t>Immediately, he launched into his sales pitch. "We have many beautiful caskets you can choose from, but I'd suggest our solid oak casket for a man of your father's position and prestige. Yes, it costs more, but your father was worth it. Don't you agree?"</w:t>
      </w:r>
    </w:p>
    <w:p>
      <w:r>
        <w:rPr>
          <w:rFonts w:ascii="IM Fell English" w:hAnsi="IM Fell English"/>
          <w:color w:val="141414"/>
          <w:sz w:val="24"/>
        </w:rPr>
        <w:t>Martha detested the way this old, bald, fat man was trying to manipulate her and her sister's emotions. She refused to look at him and muttered, "Not this time."</w:t>
      </w:r>
    </w:p>
    <w:p>
      <w:r>
        <w:rPr>
          <w:rFonts w:ascii="IM Fell English" w:hAnsi="IM Fell English"/>
          <w:color w:val="141414"/>
          <w:sz w:val="24"/>
        </w:rPr>
        <w:t>A half-hour later, Martha and Mary left Green's with the arrangements made, and there would be no oak casket.</w:t>
      </w:r>
    </w:p>
    <w:p>
      <w:r>
        <w:rPr>
          <w:rFonts w:ascii="IM Fell English" w:hAnsi="IM Fell English"/>
          <w:color w:val="141414"/>
          <w:sz w:val="24"/>
        </w:rPr>
        <w:t>Harold Jr. was busy washing the hearse as they headed for their car. He stepped away from the bucket and soapy sponge, intercepting them just before they reached the rental.</w:t>
      </w:r>
    </w:p>
    <w:p>
      <w:r>
        <w:rPr>
          <w:rFonts w:ascii="IM Fell English" w:hAnsi="IM Fell English"/>
          <w:color w:val="141414"/>
          <w:sz w:val="24"/>
        </w:rPr>
        <w:t>"Martha, I want to meet with you," he said, pressing a business card into her hand.</w:t>
      </w:r>
    </w:p>
    <w:p>
      <w:r>
        <w:rPr>
          <w:rFonts w:ascii="IM Fell English" w:hAnsi="IM Fell English"/>
          <w:color w:val="141414"/>
          <w:sz w:val="24"/>
        </w:rPr>
        <w:t>Once in the driver's seat, Martha read the card: Harold Green Jr., Funeral Director, 120 Main Street, (513) 555-2937. When she turned it over, he had scrawled on the back, "I need to see you. Please don't call me here."</w:t>
      </w:r>
    </w:p>
    <w:p>
      <w:r>
        <w:rPr>
          <w:rFonts w:ascii="IM Fell English" w:hAnsi="IM Fell English"/>
          <w:color w:val="141414"/>
          <w:sz w:val="24"/>
        </w:rPr>
        <w:t>Martha rolled down the window and told Harold Jr., "I'm staying at the</w:t>
      </w:r>
    </w:p>
    <w:p>
      <w:r>
        <w:rPr>
          <w:rFonts w:ascii="IM Fell English" w:hAnsi="IM Fell English"/>
          <w:color w:val="141414"/>
          <w:sz w:val="24"/>
        </w:rPr>
        <w:t>Purple Door Inn, Room 212. Call me anytime."</w:t>
      </w:r>
    </w:p>
    <w:p>
      <w:r>
        <w:rPr>
          <w:rFonts w:ascii="IM Fell English" w:hAnsi="IM Fell English"/>
          <w:color w:val="141414"/>
          <w:sz w:val="24"/>
        </w:rPr>
        <w:t xml:space="preserve">Martha and Mary picked up their mother, took her to the </w:t>
      </w:r>
      <w:r>
        <w:rPr>
          <w:rFonts w:ascii="IM Fell English" w:hAnsi="IM Fell English"/>
          <w:b/>
          <w:color w:val="141414"/>
          <w:sz w:val="24"/>
        </w:rPr>
        <w:t>police station</w:t>
      </w:r>
      <w:r>
        <w:rPr>
          <w:rFonts w:ascii="IM Fell English" w:hAnsi="IM Fell English"/>
          <w:color w:val="141414"/>
          <w:sz w:val="24"/>
        </w:rPr>
        <w:t xml:space="preserve"> for fingerprinting, and then went for an early dinner. Afterward, they stopped at the grocery store to pick up food, as Mary didn't have enough on hand for both herself and her mother.</w:t>
      </w:r>
    </w:p>
    <w:p>
      <w:r>
        <w:rPr>
          <w:rFonts w:ascii="IM Fell English" w:hAnsi="IM Fell English"/>
          <w:color w:val="141414"/>
          <w:sz w:val="24"/>
        </w:rPr>
        <w:t>"You will both attend church with me on Sunday, right?" Ruth asked as they drove to Mary's apartment.</w:t>
      </w:r>
    </w:p>
    <w:p>
      <w:r>
        <w:rPr>
          <w:rFonts w:ascii="IM Fell English" w:hAnsi="IM Fell English"/>
          <w:color w:val="141414"/>
          <w:sz w:val="24"/>
        </w:rPr>
        <w:t>Mary looked at Martha and sighed.</w:t>
      </w:r>
    </w:p>
    <w:p>
      <w:r>
        <w:rPr>
          <w:rFonts w:ascii="IM Fell English" w:hAnsi="IM Fell English"/>
          <w:color w:val="141414"/>
          <w:sz w:val="24"/>
        </w:rPr>
        <w:t>Martha cleared her throat. "Yes, Mom, we'll be there."</w:t>
      </w:r>
    </w:p>
    <w:p>
      <w:r>
        <w:rPr>
          <w:rFonts w:ascii="IM Fell English" w:hAnsi="IM Fell English"/>
          <w:color w:val="141414"/>
          <w:sz w:val="24"/>
        </w:rPr>
        <w:t>Martha hadn't been to church for years, but she would go for her mother.</w:t>
      </w:r>
    </w:p>
    <w:p>
      <w:r>
        <w:rPr>
          <w:rFonts w:ascii="IM Fell English" w:hAnsi="IM Fell English"/>
          <w:color w:val="141414"/>
          <w:sz w:val="24"/>
        </w:rPr>
        <w:t>After returning to her motel room, Martha noticed a flashing red message light on her phone. She called the front desk. The receptionist informed her that Harold Green had left a message: "Please call me at home, 555-2334." She dialed Harold's number.</w:t>
      </w:r>
    </w:p>
    <w:p>
      <w:r>
        <w:rPr>
          <w:rFonts w:ascii="IM Fell English" w:hAnsi="IM Fell English"/>
          <w:color w:val="141414"/>
          <w:sz w:val="24"/>
        </w:rPr>
        <w:t>"Harold, this is Martha Thomas."</w:t>
      </w:r>
    </w:p>
    <w:p>
      <w:r>
        <w:rPr>
          <w:rFonts w:ascii="IM Fell English" w:hAnsi="IM Fell English"/>
          <w:color w:val="141414"/>
          <w:sz w:val="24"/>
        </w:rPr>
        <w:t>"Martha, I... I need to talk with you. Can I meet you somewhere?"</w:t>
      </w:r>
    </w:p>
    <w:p>
      <w:r>
        <w:rPr>
          <w:rFonts w:ascii="IM Fell English" w:hAnsi="IM Fell English"/>
          <w:color w:val="141414"/>
          <w:sz w:val="24"/>
        </w:rPr>
        <w:t>"Would you like to meet tonight at six?"</w:t>
      </w:r>
    </w:p>
    <w:p>
      <w:r>
        <w:rPr>
          <w:rFonts w:ascii="IM Fell English" w:hAnsi="IM Fell English"/>
          <w:color w:val="141414"/>
          <w:sz w:val="24"/>
        </w:rPr>
        <w:t>Harold suggested they meet at a small restaurant on the highway five miles from town.</w:t>
      </w:r>
    </w:p>
    <w:p>
      <w:r>
        <w:rPr>
          <w:rFonts w:ascii="IM Fell English" w:hAnsi="IM Fell English"/>
          <w:color w:val="141414"/>
          <w:sz w:val="24"/>
        </w:rPr>
        <w:t>When Martha arrived, it wasn't a restaurant, but a dive. She pulled her car into an open parking space. Harold was already there, so she went inside.</w:t>
      </w:r>
    </w:p>
    <w:p>
      <w:r>
        <w:rPr>
          <w:rFonts w:ascii="IM Fell English" w:hAnsi="IM Fell English"/>
          <w:color w:val="141414"/>
          <w:sz w:val="24"/>
        </w:rPr>
        <w:t>The stench of burned beans hung in the air. She found him waiting, and they walked across the faded tile floor to a back booth. Oh no, was that duct tape on the seats? The server took their order for coffee and left them alone.</w:t>
      </w:r>
    </w:p>
    <w:p>
      <w:r>
        <w:rPr>
          <w:rFonts w:ascii="IM Fell English" w:hAnsi="IM Fell English"/>
          <w:color w:val="141414"/>
          <w:sz w:val="24"/>
        </w:rPr>
        <w:t>After an awkward silence, Harold began, "Martha, I... I wanted to see you so I could explain... I mean, so I could tell you... Oh, Martha, I saw your dad the day he was, you know," he blurted.</w:t>
      </w:r>
    </w:p>
    <w:p>
      <w:r>
        <w:rPr>
          <w:rFonts w:ascii="IM Fell English" w:hAnsi="IM Fell English"/>
          <w:color w:val="141414"/>
          <w:sz w:val="24"/>
        </w:rPr>
        <w:t>"What do you mean you saw Dad?"</w:t>
      </w:r>
    </w:p>
    <w:p>
      <w:r>
        <w:rPr>
          <w:rFonts w:ascii="IM Fell English" w:hAnsi="IM Fell English"/>
          <w:color w:val="141414"/>
          <w:sz w:val="24"/>
        </w:rPr>
        <w:t>"Your dad was helping me with my problem."</w:t>
      </w:r>
    </w:p>
    <w:p>
      <w:r>
        <w:rPr>
          <w:rFonts w:ascii="IM Fell English" w:hAnsi="IM Fell English"/>
          <w:color w:val="141414"/>
          <w:sz w:val="24"/>
        </w:rPr>
        <w:t>"Harold, what are you talking about?"</w:t>
      </w:r>
    </w:p>
    <w:p>
      <w:r>
        <w:rPr>
          <w:rFonts w:ascii="IM Fell English" w:hAnsi="IM Fell English"/>
          <w:color w:val="141414"/>
          <w:sz w:val="24"/>
        </w:rPr>
        <w:t>He bit his lip and looked away. "I have a minor problem with alcohol."</w:t>
      </w:r>
    </w:p>
    <w:p>
      <w:r>
        <w:rPr>
          <w:rFonts w:ascii="IM Fell English" w:hAnsi="IM Fell English"/>
          <w:color w:val="141414"/>
          <w:sz w:val="24"/>
        </w:rPr>
        <w:t>Everyone in town knew about Harold's problem, yet he considered it a well-hidden secret.</w:t>
      </w:r>
    </w:p>
    <w:p>
      <w:r>
        <w:rPr>
          <w:rFonts w:ascii="IM Fell English" w:hAnsi="IM Fell English"/>
          <w:color w:val="141414"/>
          <w:sz w:val="24"/>
        </w:rPr>
        <w:t xml:space="preserve">He tapped his heel on the tiled floor. "Your father met with me weekly to help me deal with it. In fact, he helped me get into an </w:t>
      </w:r>
      <w:r>
        <w:rPr>
          <w:rFonts w:ascii="IM Fell English" w:hAnsi="IM Fell English"/>
          <w:b/>
          <w:color w:val="141414"/>
          <w:sz w:val="24"/>
        </w:rPr>
        <w:t>AA</w:t>
      </w:r>
      <w:r>
        <w:rPr>
          <w:rFonts w:ascii="IM Fell English" w:hAnsi="IM Fell English"/>
          <w:color w:val="141414"/>
          <w:sz w:val="24"/>
        </w:rPr>
        <w:t xml:space="preserve"> group in Columbus. Together, we've been working through the twelve steps."</w:t>
      </w:r>
    </w:p>
    <w:p>
      <w:r>
        <w:rPr>
          <w:rFonts w:ascii="IM Fell English" w:hAnsi="IM Fell English"/>
          <w:color w:val="141414"/>
          <w:sz w:val="24"/>
        </w:rPr>
        <w:t>"I'm glad you're getting your life back together, but what does that have to do with Dad's murder?"</w:t>
      </w:r>
    </w:p>
    <w:p>
      <w:r>
        <w:rPr>
          <w:rFonts w:ascii="IM Fell English" w:hAnsi="IM Fell English"/>
          <w:color w:val="141414"/>
          <w:sz w:val="24"/>
        </w:rPr>
        <w:t>"We met in your father's office the afternoon he was, you know—"</w:t>
      </w:r>
    </w:p>
    <w:p>
      <w:r>
        <w:rPr>
          <w:rFonts w:ascii="IM Fell English" w:hAnsi="IM Fell English"/>
          <w:color w:val="141414"/>
          <w:sz w:val="24"/>
        </w:rPr>
        <w:t>"Murdered, Harold," Martha interrupted. "My father was murdered."</w:t>
      </w:r>
    </w:p>
    <w:p>
      <w:r>
        <w:rPr>
          <w:rFonts w:ascii="IM Fell English" w:hAnsi="IM Fell English"/>
          <w:color w:val="141414"/>
          <w:sz w:val="24"/>
        </w:rPr>
        <w:t>"Well, the day your father was murdered, I was in his office. If the police run fingerprints, mine will show up. They picked me up for a DUI last year, so my prints are in the system."</w:t>
      </w:r>
    </w:p>
    <w:p>
      <w:r>
        <w:rPr>
          <w:rFonts w:ascii="IM Fell English" w:hAnsi="IM Fell English"/>
          <w:color w:val="141414"/>
          <w:sz w:val="24"/>
        </w:rPr>
        <w:t>"Why don't you tell this to the police?"</w:t>
      </w:r>
    </w:p>
    <w:p>
      <w:r>
        <w:rPr>
          <w:rFonts w:ascii="IM Fell English" w:hAnsi="IM Fell English"/>
          <w:color w:val="141414"/>
          <w:sz w:val="24"/>
        </w:rPr>
        <w:t>"I would, but I don't know who to talk to," Harold complained.</w:t>
      </w:r>
    </w:p>
    <w:p>
      <w:r>
        <w:rPr>
          <w:rFonts w:ascii="IM Fell English" w:hAnsi="IM Fell English"/>
          <w:color w:val="141414"/>
          <w:sz w:val="24"/>
        </w:rPr>
        <w:t>"Call and ask for Detective Malroy. He's handling Dad's case," Martha said.</w:t>
      </w:r>
    </w:p>
    <w:p>
      <w:r>
        <w:rPr>
          <w:rFonts w:ascii="IM Fell English" w:hAnsi="IM Fell English"/>
          <w:color w:val="141414"/>
          <w:sz w:val="24"/>
        </w:rPr>
        <w:t>"I promise to call him tomorrow," Harold said.</w:t>
      </w:r>
    </w:p>
    <w:p>
      <w:r>
        <w:rPr>
          <w:rFonts w:ascii="IM Fell English" w:hAnsi="IM Fell English"/>
          <w:color w:val="141414"/>
          <w:sz w:val="24"/>
        </w:rPr>
        <w:t>They finished their coffee, had a piece of pumpkin pie, and said their goodbyes. Martha returned to her motel room and got ready for bed. What a day! The police didn't know who was responsible, and poor Harold was in turmoil.</w:t>
      </w:r>
    </w:p>
    <w:p>
      <w:r>
        <w:rPr>
          <w:rFonts w:ascii="IM Fell English" w:hAnsi="IM Fell English"/>
          <w:color w:val="141414"/>
          <w:sz w:val="24"/>
        </w:rPr>
        <w:t>Scruff went outside one last time, came in, jumped on the bed, and burrowed under the blanket.</w:t>
      </w:r>
    </w:p>
    <w:p>
      <w:r>
        <w:rPr>
          <w:rFonts w:ascii="IM Fell English" w:hAnsi="IM Fell English"/>
          <w:color w:val="141414"/>
          <w:sz w:val="24"/>
        </w:rPr>
        <w:t>"Time for sleep, right, old boy?"</w:t>
      </w:r>
    </w:p>
    <w:p>
      <w:pPr>
        <w:pStyle w:val="Heading1"/>
        <w:jc w:val="center"/>
      </w:pPr>
      <w:r>
        <w:rPr>
          <w:rFonts w:ascii="IM Fell English" w:hAnsi="IM Fell English"/>
          <w:color w:val="0D0D0D"/>
        </w:rPr>
        <w:t>Chapter 3</w:t>
      </w:r>
    </w:p>
    <w:p>
      <w:r>
        <w:rPr>
          <w:rFonts w:ascii="IM Fell English" w:hAnsi="IM Fell English"/>
          <w:color w:val="141414"/>
          <w:sz w:val="24"/>
        </w:rPr>
        <w:t>It had been years since she'd attended church—not since her husband died in a car crash. After the accident, she spent 48 hours in the ICU, waiting and praying. The doctors said he was suffering from brain swelling and gave him little chance of recovery. As the hours dragged on, her pain became unbearable. With each passing moment, her anger and hatred for God grew.</w:t>
      </w:r>
    </w:p>
    <w:p>
      <w:r>
        <w:rPr>
          <w:rFonts w:ascii="IM Fell English" w:hAnsi="IM Fell English"/>
          <w:color w:val="141414"/>
          <w:sz w:val="24"/>
        </w:rPr>
        <w:t>Clinging to him, she swore she'd never forgive God, never. From that moment on, she never stepped foot in a church again. But this morning, she would return, because her mother and sister needed her.</w:t>
      </w:r>
    </w:p>
    <w:p>
      <w:r>
        <w:rPr>
          <w:rFonts w:ascii="IM Fell English" w:hAnsi="IM Fell English"/>
          <w:color w:val="141414"/>
          <w:sz w:val="24"/>
        </w:rPr>
        <w:t>She pulled into the church parking lot. Most of the spaces were filled, as it was just a few minutes before the service started. She sat in her car, listening to the radio. An announcer mentioned that a</w:t>
      </w:r>
    </w:p>
    <w:p>
      <w:r>
        <w:rPr>
          <w:rFonts w:ascii="IM Fell English" w:hAnsi="IM Fell English"/>
          <w:color w:val="141414"/>
          <w:sz w:val="24"/>
        </w:rPr>
        <w:t>Kentucky station was playing "Baby, Its Cold Outside" on a loop, unapologetically ignoring protests.</w:t>
      </w:r>
    </w:p>
    <w:p>
      <w:r>
        <w:rPr>
          <w:rFonts w:ascii="IM Fell English" w:hAnsi="IM Fell English"/>
          <w:color w:val="141414"/>
          <w:sz w:val="24"/>
        </w:rPr>
        <w:t>She watched the last few latecomers hurry down the sidewalk and through the double glass doors.</w:t>
      </w:r>
    </w:p>
    <w:p>
      <w:r>
        <w:rPr>
          <w:rFonts w:ascii="IM Fell English" w:hAnsi="IM Fell English"/>
          <w:i/>
          <w:color w:val="141414"/>
          <w:sz w:val="24"/>
        </w:rPr>
        <w:t>I hate this.</w:t>
      </w:r>
    </w:p>
    <w:p>
      <w:r>
        <w:rPr>
          <w:rFonts w:ascii="IM Fell English" w:hAnsi="IM Fell English"/>
          <w:color w:val="141414"/>
          <w:sz w:val="24"/>
        </w:rPr>
        <w:t>Summoning her courage, she opened her rental car door and walked up the sidewalk to join the rest of the stragglers.</w:t>
      </w:r>
    </w:p>
    <w:p>
      <w:r>
        <w:rPr>
          <w:rFonts w:ascii="IM Fell English" w:hAnsi="IM Fell English"/>
          <w:color w:val="141414"/>
          <w:sz w:val="24"/>
        </w:rPr>
        <w:t>The place had changed. In the foyer, where Brother Lewis had handed out bulletins for years, a welcome center now stood, offering information about the latest small group Bible studies. The picture of Jesus, the Great Shepherd, was gone, replaced by a built-in coffee bar complete with cappuccino machines and Krispy Kreme donuts. Coffee and donuts. Well, she supposed you couldn't go wrong with that.</w:t>
      </w:r>
    </w:p>
    <w:p>
      <w:r>
        <w:rPr>
          <w:rFonts w:ascii="IM Fell English" w:hAnsi="IM Fell English"/>
          <w:color w:val="141414"/>
          <w:sz w:val="24"/>
        </w:rPr>
        <w:t>The greeter, a young, handsome man in a blue pullover sweater and beige Dockers, was not old Brother Lewis in his wrinkled blue three-piece suit. He said, "Martha, would you like a copy of today's program?"</w:t>
      </w:r>
    </w:p>
    <w:p>
      <w:r>
        <w:rPr>
          <w:rFonts w:ascii="IM Fell English" w:hAnsi="IM Fell English"/>
          <w:color w:val="141414"/>
          <w:sz w:val="24"/>
        </w:rPr>
        <w:t>She didn't recognize him at first.</w:t>
      </w:r>
    </w:p>
    <w:p>
      <w:r>
        <w:rPr>
          <w:rFonts w:ascii="IM Fell English" w:hAnsi="IM Fell English"/>
          <w:color w:val="141414"/>
          <w:sz w:val="24"/>
        </w:rPr>
        <w:t>"I didn't recognize you without the uniform," she confessed.</w:t>
      </w:r>
    </w:p>
    <w:p>
      <w:r>
        <w:rPr>
          <w:rFonts w:ascii="IM Fell English" w:hAnsi="IM Fell English"/>
          <w:color w:val="141414"/>
          <w:sz w:val="24"/>
        </w:rPr>
        <w:t>"I leave the uniform and gun at home when I come to church," he said, laughing. "Can I help you find a seat? It's about time to begin."</w:t>
      </w:r>
    </w:p>
    <w:p>
      <w:r>
        <w:rPr>
          <w:rFonts w:ascii="IM Fell English" w:hAnsi="IM Fell English"/>
          <w:color w:val="141414"/>
          <w:sz w:val="24"/>
        </w:rPr>
        <w:t>"Yes," she said, "I'd like to sit with my mom and sister if there's room."</w:t>
      </w:r>
    </w:p>
    <w:p>
      <w:r>
        <w:rPr>
          <w:rFonts w:ascii="IM Fell English" w:hAnsi="IM Fell English"/>
          <w:color w:val="141414"/>
          <w:sz w:val="24"/>
        </w:rPr>
        <w:t>They walked up the aisle and found Ruth and Mary about halfway up, who had kept a chair open for her.</w:t>
      </w:r>
    </w:p>
    <w:p>
      <w:r>
        <w:rPr>
          <w:rFonts w:ascii="IM Fell English" w:hAnsi="IM Fell English"/>
          <w:color w:val="141414"/>
          <w:sz w:val="24"/>
        </w:rPr>
        <w:t>"I'm glad you made it," her mother whispered. "I was afraid you might change your mind."</w:t>
      </w:r>
    </w:p>
    <w:p>
      <w:r>
        <w:rPr>
          <w:rFonts w:ascii="IM Fell English" w:hAnsi="IM Fell English"/>
          <w:color w:val="141414"/>
          <w:sz w:val="24"/>
        </w:rPr>
        <w:t>Martha said, "I almost did, but I'm here now."</w:t>
      </w:r>
    </w:p>
    <w:p>
      <w:r>
        <w:rPr>
          <w:rFonts w:ascii="IM Fell English" w:hAnsi="IM Fell English"/>
          <w:color w:val="141414"/>
          <w:sz w:val="24"/>
        </w:rPr>
        <w:t>She looked around for a hymnal but couldn't find one. Then she noticed movement up front. Three young women and a young man walked to the center of the stage. A couple of older teens picked up their lead and bass guitars. The room filled with soft rock music.</w:t>
      </w:r>
    </w:p>
    <w:p>
      <w:r>
        <w:rPr>
          <w:rFonts w:ascii="IM Fell English" w:hAnsi="IM Fell English"/>
          <w:color w:val="141414"/>
          <w:sz w:val="24"/>
        </w:rPr>
        <w:t>Seeing Martha's confusion, Ruth leaned over and whispered, "Our new pastor started this service about six months ago. It's different."</w:t>
      </w:r>
    </w:p>
    <w:p>
      <w:r>
        <w:rPr>
          <w:rFonts w:ascii="IM Fell English" w:hAnsi="IM Fell English"/>
          <w:color w:val="141414"/>
          <w:sz w:val="24"/>
        </w:rPr>
        <w:t>"But you know, I think I like it."</w:t>
      </w:r>
    </w:p>
    <w:p>
      <w:r>
        <w:rPr>
          <w:rFonts w:ascii="IM Fell English" w:hAnsi="IM Fell English"/>
          <w:color w:val="141414"/>
          <w:sz w:val="24"/>
        </w:rPr>
        <w:t>Martha looked back toward the stage. A young man in casual dress took a handheld microphone and said, "Good morning. My name is Chris Butler, and I'm the pastor here at Brownsville UMC. We want to invite you to worship Jesus Christ with us."</w:t>
      </w:r>
    </w:p>
    <w:p>
      <w:r>
        <w:rPr>
          <w:rFonts w:ascii="IM Fell English" w:hAnsi="IM Fell English"/>
          <w:color w:val="141414"/>
          <w:sz w:val="24"/>
        </w:rPr>
        <w:t>As he finished speaking, the music swelled, and the young women and young man sang, "Our God is an Awesome God..." The words were projected on a screen above their heads.</w:t>
      </w:r>
    </w:p>
    <w:p>
      <w:r>
        <w:rPr>
          <w:rFonts w:ascii="IM Fell English" w:hAnsi="IM Fell English"/>
          <w:color w:val="141414"/>
          <w:sz w:val="24"/>
        </w:rPr>
        <w:t>Things had certainly changed. No hymnals, no organ—just a band.</w:t>
      </w:r>
    </w:p>
    <w:p>
      <w:r>
        <w:rPr>
          <w:rFonts w:ascii="IM Fell English" w:hAnsi="IM Fell English"/>
          <w:color w:val="141414"/>
          <w:sz w:val="24"/>
        </w:rPr>
        <w:t>After a few songs, Pastor Chris returned to center stage and prayed.</w:t>
      </w:r>
    </w:p>
    <w:p>
      <w:r>
        <w:rPr>
          <w:rFonts w:ascii="IM Fell English" w:hAnsi="IM Fell English"/>
          <w:color w:val="141414"/>
          <w:sz w:val="24"/>
        </w:rPr>
        <w:t>Martha refused to bow her head or close her eyes. She had nothing to say to God. As he prayed, she looked around defiantly. Stackable blue chairs had replaced the wooden pews with red velvet padding she remembered. Then she noticed Sister Lewis's face. Sister Lewis was an institution at this church. You could change the foyer, the music, even the pastor, but Sister Lewis was still there, sitting on the third pew up from the back on the aisle side.</w:t>
      </w:r>
    </w:p>
    <w:p>
      <w:r>
        <w:rPr>
          <w:rFonts w:ascii="IM Fell English" w:hAnsi="IM Fell English"/>
          <w:color w:val="141414"/>
          <w:sz w:val="24"/>
        </w:rPr>
        <w:t>She couldn't help but laugh. The church had transformed entirely around her, but Sister Lewis was unchanged.</w:t>
      </w:r>
    </w:p>
    <w:p>
      <w:r>
        <w:rPr>
          <w:rFonts w:ascii="IM Fell English" w:hAnsi="IM Fell English"/>
          <w:color w:val="141414"/>
          <w:sz w:val="24"/>
        </w:rPr>
        <w:t>Sister Lewis was an accomplished gossip. She had sung in the choir for years—not because she enjoyed singing, but because she wanted the coffee break afterward. She and the other ladies would gather, exchanging all the latest gossip. After prattling about everyone in town, they'd depart with smiles, promising to pray for all the people whose lives they had just dissected.</w:t>
      </w:r>
    </w:p>
    <w:p>
      <w:r>
        <w:rPr>
          <w:rFonts w:ascii="IM Fell English" w:hAnsi="IM Fell English"/>
          <w:color w:val="141414"/>
          <w:sz w:val="24"/>
        </w:rPr>
        <w:t>Martha looked at the program and saw that Brownsville UMC now offered two morning services: a Traditional Service at 9:30 and a contemporary Praise and Worship service at 11:00 a.m.</w:t>
      </w:r>
    </w:p>
    <w:p>
      <w:r>
        <w:rPr>
          <w:rFonts w:ascii="IM Fell English" w:hAnsi="IM Fell English"/>
          <w:color w:val="141414"/>
          <w:sz w:val="24"/>
        </w:rPr>
        <w:t>It didn't surprise her to see Sister Lewis here. No doubt she had also attended the earlier service. She probably attended both, just to stay ahead of the gossip curve and ensure no one else heard the rumors before she did, thus securing her place as queen of groundless rumors.</w:t>
      </w:r>
    </w:p>
    <w:p>
      <w:r>
        <w:rPr>
          <w:rFonts w:ascii="IM Fell English" w:hAnsi="IM Fell English"/>
          <w:color w:val="141414"/>
          <w:sz w:val="24"/>
        </w:rPr>
        <w:t>After another twenty-five minutes of music, Pastor Chris walked to center stage, placed his notes on a music stand, and began his sermon. The whole service wrapped up in less than fifty-five minutes.</w:t>
      </w:r>
    </w:p>
    <w:p>
      <w:r>
        <w:rPr>
          <w:rFonts w:ascii="IM Fell English" w:hAnsi="IM Fell English"/>
          <w:i/>
          <w:color w:val="141414"/>
          <w:sz w:val="24"/>
        </w:rPr>
        <w:t>Thank God this is over.</w:t>
      </w:r>
    </w:p>
    <w:p>
      <w:r>
        <w:rPr>
          <w:rFonts w:ascii="IM Fell English" w:hAnsi="IM Fell English"/>
          <w:color w:val="141414"/>
          <w:sz w:val="24"/>
        </w:rPr>
        <w:t>But it wasn't over.</w:t>
      </w:r>
    </w:p>
    <w:p>
      <w:r>
        <w:rPr>
          <w:rFonts w:ascii="IM Fell English" w:hAnsi="IM Fell English"/>
          <w:color w:val="141414"/>
          <w:sz w:val="24"/>
        </w:rPr>
        <w:t>As soon as Pastor Chris said the last amen, the churchgoers swarmed. How did Sister Lewis haul her bulk from the third row to be first in line to talk to Ruth so quickly? The way people gathered was like buzzards circling a carcass on the roadside.</w:t>
      </w:r>
    </w:p>
    <w:p>
      <w:r>
        <w:rPr>
          <w:rFonts w:ascii="IM Fell English" w:hAnsi="IM Fell English"/>
          <w:color w:val="141414"/>
          <w:sz w:val="24"/>
        </w:rPr>
        <w:t>With a sickly sweet smile, Sister Lewis said, "Ruth, you poor dear. Honey, have the police figured out who did this awful thing to your husband?" Before Ruth could respond, Sister Lewis added, "Of course, the choir will be happy to sing at Reverend Thomas's funeral if it helps."</w:t>
      </w:r>
    </w:p>
    <w:p>
      <w:r>
        <w:rPr>
          <w:rFonts w:ascii="IM Fell English" w:hAnsi="IM Fell English"/>
          <w:color w:val="141414"/>
          <w:sz w:val="24"/>
        </w:rPr>
        <w:t>Martha thought Sister Lewis was more interested in gathering gossip than in showing genuine concern. After saying her piece, Sister Lewis waddled away, but stayed close enough to overhear others' conversations.</w:t>
      </w:r>
    </w:p>
    <w:p>
      <w:r>
        <w:rPr>
          <w:rFonts w:ascii="IM Fell English" w:hAnsi="IM Fell English"/>
          <w:color w:val="141414"/>
          <w:sz w:val="24"/>
        </w:rPr>
        <w:t>One by one, people passed by, offering the same platitudes: "We're sorry about what happened," and "I hope the police catch the killer." Rick Phillips, his wife Elizabeth, and daughters Judy and Jacqueline were the last family in line. Rick handed Ruth a box of tissues and said, "I know the police will do all they can to catch the maniac. I want you to know I'll keep in touch with my sources downtown and let you know what I find out."</w:t>
      </w:r>
    </w:p>
    <w:p>
      <w:r>
        <w:rPr>
          <w:rFonts w:ascii="IM Fell English" w:hAnsi="IM Fell English"/>
          <w:color w:val="141414"/>
          <w:sz w:val="24"/>
        </w:rPr>
        <w:t>Was he being kind, or was there more to it? What sources was he talking about? How closely was he watching this, and why was he paying such close attention? Was it genuine concern for a former pastor?</w:t>
      </w:r>
    </w:p>
    <w:p>
      <w:r>
        <w:rPr>
          <w:rFonts w:ascii="IM Fell English" w:hAnsi="IM Fell English"/>
          <w:color w:val="141414"/>
          <w:sz w:val="24"/>
        </w:rPr>
        <w:t>Twenty minutes after the service ended, Martha, Ruth, and Mary were finally able to leave.</w:t>
      </w:r>
    </w:p>
    <w:p>
      <w:r>
        <w:rPr>
          <w:rFonts w:ascii="IM Fell English" w:hAnsi="IM Fell English"/>
          <w:color w:val="141414"/>
          <w:sz w:val="24"/>
        </w:rPr>
        <w:t>As they headed for the parking lot, Ken ran to catch Martha before she reached her car. "It was great to have you in church this morning. I hope to see you again soon."</w:t>
      </w:r>
    </w:p>
    <w:p>
      <w:r>
        <w:rPr>
          <w:rFonts w:ascii="IM Fell English" w:hAnsi="IM Fell English"/>
          <w:color w:val="141414"/>
          <w:sz w:val="24"/>
        </w:rPr>
        <w:t>"Oh, thank you," she replied, still feeling unsettled.</w:t>
      </w:r>
    </w:p>
    <w:p>
      <w:r>
        <w:rPr>
          <w:rFonts w:ascii="IM Fell English" w:hAnsi="IM Fell English"/>
          <w:color w:val="141414"/>
          <w:sz w:val="24"/>
        </w:rPr>
        <w:t xml:space="preserve">She followed Mary to the Beef and Bistro, a new restaurant on the edge of town. Ken's words, "I hope to see you again soon," kept rattling around in her mind. </w:t>
      </w:r>
      <w:r>
        <w:rPr>
          <w:rFonts w:ascii="IM Fell English" w:hAnsi="IM Fell English"/>
          <w:i/>
          <w:color w:val="141414"/>
          <w:sz w:val="24"/>
        </w:rPr>
        <w:t>I hope to see him again, too.</w:t>
      </w:r>
    </w:p>
    <w:p>
      <w:r>
        <w:rPr>
          <w:rFonts w:ascii="IM Fell English" w:hAnsi="IM Fell English"/>
          <w:color w:val="141414"/>
          <w:sz w:val="24"/>
        </w:rPr>
        <w:t>Martha had lunch with Mary and her mother, and they all discussed the worship service. They purposefully avoided mentioning their father or his upcoming funeral.</w:t>
      </w:r>
    </w:p>
    <w:p>
      <w:r>
        <w:rPr>
          <w:rFonts w:ascii="IM Fell English" w:hAnsi="IM Fell English"/>
          <w:color w:val="141414"/>
          <w:sz w:val="24"/>
        </w:rPr>
        <w:t>After lunch, the sisters dropped their mother off at the apartment for an afternoon nap, then spent the afternoon window shopping at the mall. They visited TJ Maxx and JCPenney. Martha needed a winter jacket—her windbreaker from Texas was no match for</w:t>
      </w:r>
    </w:p>
    <w:p>
      <w:r>
        <w:rPr>
          <w:rFonts w:ascii="IM Fell English" w:hAnsi="IM Fell English"/>
          <w:color w:val="141414"/>
          <w:sz w:val="24"/>
        </w:rPr>
        <w:t>Brownsville's weather. She also bought a white knit sweater and a cashmere jacket.</w:t>
      </w:r>
    </w:p>
    <w:p>
      <w:r>
        <w:rPr>
          <w:rFonts w:ascii="IM Fell English" w:hAnsi="IM Fell English"/>
          <w:color w:val="141414"/>
          <w:sz w:val="24"/>
        </w:rPr>
        <w:t>Mary giggled, holding up the cashmere jacket. "A trip to the police station might be necessary. You'll want to look good if you run into</w:t>
      </w:r>
    </w:p>
    <w:p>
      <w:r>
        <w:rPr>
          <w:rFonts w:ascii="IM Fell English" w:hAnsi="IM Fell English"/>
          <w:color w:val="141414"/>
          <w:sz w:val="24"/>
        </w:rPr>
        <w:t>Ken Henderson."</w:t>
      </w:r>
    </w:p>
    <w:p>
      <w:r>
        <w:rPr>
          <w:rFonts w:ascii="IM Fell English" w:hAnsi="IM Fell English"/>
          <w:color w:val="141414"/>
          <w:sz w:val="24"/>
        </w:rPr>
        <w:t>"Please," Martha said, rolling her eyes.</w:t>
      </w:r>
    </w:p>
    <w:p>
      <w:r>
        <w:rPr>
          <w:rFonts w:ascii="IM Fell English" w:hAnsi="IM Fell English"/>
          <w:color w:val="141414"/>
          <w:sz w:val="24"/>
        </w:rPr>
        <w:t>After dropping her sister off, she stopped at the Dinner Bell for soup and salad. She listened to the servers and busboys chatter about who had which tables and who the big tippers were. It was nice just to sit there and listen.</w:t>
      </w:r>
    </w:p>
    <w:p>
      <w:r>
        <w:rPr>
          <w:rFonts w:ascii="IM Fell English" w:hAnsi="IM Fell English"/>
          <w:color w:val="141414"/>
          <w:sz w:val="24"/>
        </w:rPr>
        <w:t>No one was asking her about her father, his murder, or the upcoming funeral—just people she didn't know doing their jobs as if nothing else mattered. Judy must not have worked on Sundays, or at least wasn't there today.</w:t>
      </w:r>
    </w:p>
    <w:p>
      <w:r>
        <w:rPr>
          <w:rFonts w:ascii="IM Fell English" w:hAnsi="IM Fell English"/>
          <w:color w:val="141414"/>
          <w:sz w:val="24"/>
        </w:rPr>
        <w:t xml:space="preserve">She read the headlines of the complimentary copy of the </w:t>
      </w:r>
      <w:r>
        <w:rPr>
          <w:rFonts w:ascii="IM Fell English" w:hAnsi="IM Fell English"/>
          <w:i/>
          <w:color w:val="141414"/>
          <w:sz w:val="24"/>
        </w:rPr>
        <w:t>Brownsville</w:t>
      </w:r>
    </w:p>
    <w:p>
      <w:r>
        <w:rPr>
          <w:rFonts w:ascii="IM Fell English" w:hAnsi="IM Fell English"/>
          <w:color w:val="141414"/>
          <w:sz w:val="24"/>
        </w:rPr>
        <w:t xml:space="preserve">She stared at the newspaper from the motel. "Escapee Charged with Pastor's Murder" jumped off the page in inch-high black letters. </w:t>
      </w:r>
      <w:r>
        <w:rPr>
          <w:rFonts w:ascii="IM Fell English" w:hAnsi="IM Fell English"/>
          <w:i/>
          <w:color w:val="141414"/>
          <w:sz w:val="24"/>
        </w:rPr>
        <w:t>How dare he?</w:t>
      </w:r>
      <w:r>
        <w:rPr>
          <w:rFonts w:ascii="IM Fell English" w:hAnsi="IM Fell English"/>
          <w:color w:val="141414"/>
          <w:sz w:val="24"/>
        </w:rPr>
        <w:t xml:space="preserve"> Her pulse quickening, she rummaged through her purse. Dumping its contents onto the motel bed, she sifted through the hodgepodge until she found the business card.</w:t>
      </w:r>
    </w:p>
    <w:p>
      <w:r>
        <w:rPr>
          <w:rFonts w:ascii="IM Fell English" w:hAnsi="IM Fell English"/>
          <w:color w:val="141414"/>
          <w:sz w:val="24"/>
        </w:rPr>
        <w:t xml:space="preserve">She dialed the number, trying to calm herself. </w:t>
      </w:r>
      <w:r>
        <w:rPr>
          <w:rFonts w:ascii="IM Fell English" w:hAnsi="IM Fell English"/>
          <w:i/>
          <w:color w:val="141414"/>
          <w:sz w:val="24"/>
        </w:rPr>
        <w:t>Don't yell.</w:t>
      </w:r>
    </w:p>
    <w:p>
      <w:r>
        <w:rPr>
          <w:rFonts w:ascii="IM Fell English" w:hAnsi="IM Fell English"/>
          <w:color w:val="141414"/>
          <w:sz w:val="24"/>
        </w:rPr>
        <w:t>"Brownsville Police Department, how may I help you?" a sweet female voice answered.</w:t>
      </w:r>
    </w:p>
    <w:p>
      <w:r>
        <w:rPr>
          <w:rFonts w:ascii="IM Fell English" w:hAnsi="IM Fell English"/>
          <w:color w:val="141414"/>
          <w:sz w:val="24"/>
        </w:rPr>
        <w:t>Trying to control her rage, she said, "May I speak to Detective Malroy?"</w:t>
      </w:r>
    </w:p>
    <w:p>
      <w:r>
        <w:rPr>
          <w:rFonts w:ascii="IM Fell English" w:hAnsi="IM Fell English"/>
          <w:color w:val="141414"/>
          <w:sz w:val="24"/>
        </w:rPr>
        <w:t>"I'll be happy to see if he's free. Who, may I ask, is calling?" the receptionist asked.</w:t>
      </w:r>
    </w:p>
    <w:p>
      <w:r>
        <w:rPr>
          <w:rFonts w:ascii="IM Fell English" w:hAnsi="IM Fell English"/>
          <w:color w:val="141414"/>
          <w:sz w:val="24"/>
        </w:rPr>
        <w:t>"This is Martha Thomas, and I need to see him today."</w:t>
      </w:r>
    </w:p>
    <w:p>
      <w:r>
        <w:rPr>
          <w:rFonts w:ascii="IM Fell English" w:hAnsi="IM Fell English"/>
          <w:color w:val="141414"/>
          <w:sz w:val="24"/>
        </w:rPr>
        <w:t>She waited at least five minutes before the receptionist came back on the line.</w:t>
      </w:r>
    </w:p>
    <w:p>
      <w:r>
        <w:rPr>
          <w:rFonts w:ascii="IM Fell English" w:hAnsi="IM Fell English"/>
          <w:color w:val="141414"/>
          <w:sz w:val="24"/>
        </w:rPr>
        <w:t>"I'm sorry, Ms. Thomas, but Detective Malroy is busy. He said he'd call you later this morning. Could you give me your number?"</w:t>
      </w:r>
    </w:p>
    <w:p>
      <w:r>
        <w:rPr>
          <w:rFonts w:ascii="IM Fell English" w:hAnsi="IM Fell English"/>
          <w:color w:val="141414"/>
          <w:sz w:val="24"/>
        </w:rPr>
        <w:t>The response didn't satisfy her, but she didn't want to vent her fury on an innocent receptionist. She gave her phone number and hung up.</w:t>
      </w:r>
    </w:p>
    <w:p>
      <w:r>
        <w:rPr>
          <w:rFonts w:ascii="IM Fell English" w:hAnsi="IM Fell English"/>
          <w:color w:val="141414"/>
          <w:sz w:val="24"/>
        </w:rPr>
        <w:t>Martha was hungry, having skipped breakfast, but she wasn't about to leave her room or the phone until she spoke to Malroy. She turned on the television but quickly flipped it off. Sitting there, she pounded her fist on the bedside table, watching the digital clock tick off the minutes. With each passing minute, her indignation grew. At a quarter to eleven, the phone finally rang.</w:t>
      </w:r>
    </w:p>
    <w:p>
      <w:r>
        <w:rPr>
          <w:rFonts w:ascii="IM Fell English" w:hAnsi="IM Fell English"/>
          <w:color w:val="141414"/>
          <w:sz w:val="24"/>
        </w:rPr>
        <w:t>She picked up the receiver and cried, "It's about time!"</w:t>
      </w:r>
    </w:p>
    <w:p>
      <w:r>
        <w:rPr>
          <w:rFonts w:ascii="IM Fell English" w:hAnsi="IM Fell English"/>
          <w:color w:val="141414"/>
          <w:sz w:val="24"/>
        </w:rPr>
        <w:t>There was silence on the other end, then her mother's startled voice.</w:t>
      </w:r>
    </w:p>
    <w:p>
      <w:r>
        <w:rPr>
          <w:rFonts w:ascii="IM Fell English" w:hAnsi="IM Fell English"/>
          <w:color w:val="141414"/>
          <w:sz w:val="24"/>
        </w:rPr>
        <w:t>"We just wanted to see if you'd like to join us for lunch."</w:t>
      </w:r>
    </w:p>
    <w:p>
      <w:r>
        <w:rPr>
          <w:rFonts w:ascii="IM Fell English" w:hAnsi="IM Fell English"/>
          <w:color w:val="141414"/>
          <w:sz w:val="24"/>
        </w:rPr>
        <w:t>"I'm sorry, Mom," Martha mumbled. "I was waiting for a call. I'll be happy to meet you and sis for lunch."</w:t>
      </w:r>
    </w:p>
    <w:p>
      <w:r>
        <w:rPr>
          <w:rFonts w:ascii="IM Fell English" w:hAnsi="IM Fell English"/>
          <w:color w:val="141414"/>
          <w:sz w:val="24"/>
        </w:rPr>
        <w:t>"Is the Beef and Bistro good for you?"</w:t>
      </w:r>
    </w:p>
    <w:p>
      <w:r>
        <w:rPr>
          <w:rFonts w:ascii="IM Fell English" w:hAnsi="IM Fell English"/>
          <w:color w:val="141414"/>
          <w:sz w:val="24"/>
        </w:rPr>
        <w:t>"Yes, in half an hour."</w:t>
      </w:r>
    </w:p>
    <w:p>
      <w:r>
        <w:rPr>
          <w:rFonts w:ascii="IM Fell English" w:hAnsi="IM Fell English"/>
          <w:color w:val="141414"/>
          <w:sz w:val="24"/>
        </w:rPr>
        <w:t>She folded the newspaper, stuffed it under her arm, and hurried to her car.</w:t>
      </w:r>
    </w:p>
    <w:p>
      <w:r>
        <w:rPr>
          <w:rFonts w:ascii="IM Fell English" w:hAnsi="IM Fell English"/>
          <w:color w:val="141414"/>
          <w:sz w:val="24"/>
        </w:rPr>
        <w:t>Even the satisfying all-you-can-eat buffet did nothing to quell her anger.</w:t>
      </w:r>
    </w:p>
    <w:p>
      <w:r>
        <w:rPr>
          <w:rFonts w:ascii="IM Fell English" w:hAnsi="IM Fell English"/>
          <w:color w:val="141414"/>
          <w:sz w:val="24"/>
        </w:rPr>
        <w:t>She drove straight to the police station and stormed up to the receptionist.</w:t>
      </w:r>
    </w:p>
    <w:p>
      <w:r>
        <w:rPr>
          <w:rFonts w:ascii="IM Fell English" w:hAnsi="IM Fell English"/>
          <w:color w:val="141414"/>
          <w:sz w:val="24"/>
        </w:rPr>
        <w:t>"I'm Martha Thomas, and I've been waiting all morning for Detective Malroy to return my call. I want to see him right now!" The receptionist turned away, punched a button on her phone, and relayed the message. After a few seconds, she turned back and said, "I'm sorry, but he's still busy. Could you come back tomorrow?"</w:t>
      </w:r>
    </w:p>
    <w:p>
      <w:r>
        <w:rPr>
          <w:rFonts w:ascii="IM Fell English" w:hAnsi="IM Fell English"/>
          <w:color w:val="141414"/>
          <w:sz w:val="24"/>
        </w:rPr>
        <w:t>"No, I won't come back tomorrow! I want to talk to him today! I'll wait until he's free," Martha almost shouted.</w:t>
      </w:r>
    </w:p>
    <w:p>
      <w:r>
        <w:rPr>
          <w:rFonts w:ascii="IM Fell English" w:hAnsi="IM Fell English"/>
          <w:color w:val="141414"/>
          <w:sz w:val="24"/>
        </w:rPr>
        <w:t>She walked to a green plastic chair against the right wall, taking a seat with an unobstructed view of the door.</w:t>
      </w:r>
    </w:p>
    <w:p>
      <w:r>
        <w:rPr>
          <w:rFonts w:ascii="IM Fell English" w:hAnsi="IM Fell English"/>
          <w:color w:val="141414"/>
          <w:sz w:val="24"/>
        </w:rPr>
        <w:t>She sat there for almost an hour. The door opened, and Detective Malroy and two other uniformed officers walked out.</w:t>
      </w:r>
    </w:p>
    <w:p>
      <w:r>
        <w:rPr>
          <w:rFonts w:ascii="IM Fell English" w:hAnsi="IM Fell English"/>
          <w:color w:val="141414"/>
          <w:sz w:val="24"/>
        </w:rPr>
        <w:t>She jumped to her feet. "I want to talk to you, Detective Malroy!"</w:t>
      </w:r>
    </w:p>
    <w:p>
      <w:r>
        <w:rPr>
          <w:rFonts w:ascii="IM Fell English" w:hAnsi="IM Fell English"/>
          <w:color w:val="141414"/>
          <w:sz w:val="24"/>
        </w:rPr>
        <w:t>"I'm sorry, Madam, but I'm too busy for an appointment today," Malroy responded, turning back to the officers and striding across the waiting area.</w:t>
      </w:r>
    </w:p>
    <w:p>
      <w:r>
        <w:rPr>
          <w:rFonts w:ascii="IM Fell English" w:hAnsi="IM Fell English"/>
          <w:color w:val="141414"/>
          <w:sz w:val="24"/>
        </w:rPr>
        <w:t>She tensed and screamed, "You lied to me!"</w:t>
      </w:r>
    </w:p>
    <w:p>
      <w:r>
        <w:rPr>
          <w:rFonts w:ascii="IM Fell English" w:hAnsi="IM Fell English"/>
          <w:color w:val="141414"/>
          <w:sz w:val="24"/>
        </w:rPr>
        <w:t>Malroy's face turned crimson as he came back to quiet her.</w:t>
      </w:r>
    </w:p>
    <w:p>
      <w:r>
        <w:rPr>
          <w:rFonts w:ascii="IM Fell English" w:hAnsi="IM Fell English"/>
          <w:color w:val="141414"/>
          <w:sz w:val="24"/>
        </w:rPr>
        <w:t>"Calm down. I didn't lie to you—not really."</w:t>
      </w:r>
    </w:p>
    <w:p>
      <w:r>
        <w:rPr>
          <w:rFonts w:ascii="IM Fell English" w:hAnsi="IM Fell English"/>
          <w:color w:val="141414"/>
          <w:sz w:val="24"/>
        </w:rPr>
        <w:t xml:space="preserve">"What do you call it? You said you'd call me if there was any information about my father's murder. </w:t>
      </w:r>
      <w:r>
        <w:rPr>
          <w:rFonts w:ascii="IM Fell English" w:hAnsi="IM Fell English"/>
          <w:i/>
          <w:color w:val="141414"/>
          <w:sz w:val="24"/>
        </w:rPr>
        <w:t>Any</w:t>
      </w:r>
      <w:r>
        <w:rPr>
          <w:rFonts w:ascii="IM Fell English" w:hAnsi="IM Fell English"/>
          <w:color w:val="141414"/>
          <w:sz w:val="24"/>
        </w:rPr>
        <w:t xml:space="preserve"> information. I consider arresting a suspect information. Why didn't you call me? According to this," she said, opening the newspaper she was carrying, "you knew about Jamal Richards on Saturday! Saturday! That was three days ago. And you never called. Why?"</w:t>
      </w:r>
    </w:p>
    <w:p>
      <w:r>
        <w:rPr>
          <w:rFonts w:ascii="IM Fell English" w:hAnsi="IM Fell English"/>
          <w:color w:val="141414"/>
          <w:sz w:val="24"/>
        </w:rPr>
        <w:t>"Ms. Thomas, can we take this back to my office?"</w:t>
      </w:r>
    </w:p>
    <w:p>
      <w:r>
        <w:rPr>
          <w:rFonts w:ascii="IM Fell English" w:hAnsi="IM Fell English"/>
          <w:color w:val="141414"/>
          <w:sz w:val="24"/>
        </w:rPr>
        <w:t>"That's what I've been trying to do all day," Martha said.</w:t>
      </w:r>
    </w:p>
    <w:p>
      <w:r>
        <w:rPr>
          <w:rFonts w:ascii="IM Fell English" w:hAnsi="IM Fell English"/>
          <w:color w:val="141414"/>
          <w:sz w:val="24"/>
        </w:rPr>
        <w:t>She followed him through the door on the far wall into his office. He motioned for her to sit, but she remained standing before the desk.</w:t>
      </w:r>
    </w:p>
    <w:p>
      <w:r>
        <w:rPr>
          <w:rFonts w:ascii="IM Fell English" w:hAnsi="IM Fell English"/>
          <w:color w:val="141414"/>
          <w:sz w:val="24"/>
        </w:rPr>
        <w:t>"Okay, we're in your office. Why didn't you call my family?"</w:t>
      </w:r>
    </w:p>
    <w:p>
      <w:r>
        <w:rPr>
          <w:rFonts w:ascii="IM Fell English" w:hAnsi="IM Fell English"/>
          <w:color w:val="141414"/>
          <w:sz w:val="24"/>
        </w:rPr>
        <w:t>"Here's what happened. After we ran the prints found at the scene, we discovered one set that didn't belong. We ran them through our system and found they belonged to Jamal Richards. He escaped from CCI the same day your father was murdered. They apprehended him about twenty miles from Columbus, wearing your father's clothes and carrying about one hundred of the five hundred dollars he took. We picked him up late on Saturday night. I didn't want to ruin your Sunday, so I didn't call you."</w:t>
      </w:r>
    </w:p>
    <w:p>
      <w:r>
        <w:rPr>
          <w:rFonts w:ascii="IM Fell English" w:hAnsi="IM Fell English"/>
          <w:color w:val="141414"/>
          <w:sz w:val="24"/>
        </w:rPr>
        <w:t>"You didn't want to ruin our Sunday by telling us you caught Dad's killer? Don't give me that," Martha said.</w:t>
      </w:r>
    </w:p>
    <w:p>
      <w:r>
        <w:rPr>
          <w:rFonts w:ascii="IM Fell English" w:hAnsi="IM Fell English"/>
          <w:color w:val="141414"/>
          <w:sz w:val="24"/>
        </w:rPr>
        <w:t>"You can look at it your way. I'll look at it mine," Malroy replied.</w:t>
      </w:r>
    </w:p>
    <w:p>
      <w:r>
        <w:rPr>
          <w:rFonts w:ascii="IM Fell English" w:hAnsi="IM Fell English"/>
          <w:color w:val="141414"/>
          <w:sz w:val="24"/>
        </w:rPr>
        <w:t>"Ms. Thomas, I must go. I'm expected in court." He stood and held his office door open, waiting for Martha to leave.</w:t>
      </w:r>
    </w:p>
    <w:p>
      <w:r>
        <w:rPr>
          <w:rFonts w:ascii="IM Fell English" w:hAnsi="IM Fell English"/>
          <w:color w:val="141414"/>
          <w:sz w:val="24"/>
        </w:rPr>
        <w:t>With many of her questions unanswered and a headache forming, Martha headed back to the motel.</w:t>
      </w:r>
    </w:p>
    <w:p>
      <w:r>
        <w:rPr>
          <w:rFonts w:ascii="IM Fell English" w:hAnsi="IM Fell English"/>
          <w:color w:val="141414"/>
          <w:sz w:val="24"/>
        </w:rPr>
        <w:t xml:space="preserve">She took Scruff for a walk, collapsed across the bed, closed her eyes, and fell asleep immediately. Even though she had slept soundly, she woke up still tired. </w:t>
      </w:r>
    </w:p>
    <w:p>
      <w:r>
        <w:rPr>
          <w:rFonts w:ascii="IM Fell English" w:hAnsi="IM Fell English"/>
          <w:color w:val="141414"/>
          <w:sz w:val="24"/>
        </w:rPr>
        <w:t>For a late dinner, she went to the Dinner Bell. Judy took her order, then lingered when she returned to the table with the food.</w:t>
      </w:r>
    </w:p>
    <w:p>
      <w:r>
        <w:rPr>
          <w:rFonts w:ascii="IM Fell English" w:hAnsi="IM Fell English"/>
          <w:color w:val="141414"/>
          <w:sz w:val="24"/>
        </w:rPr>
        <w:t>"I'm glad they caught Jamal Richards. Now, he'll get what he deserves. He deserves the death penalty," Judy said.</w:t>
      </w:r>
    </w:p>
    <w:p>
      <w:r>
        <w:rPr>
          <w:rFonts w:ascii="IM Fell English" w:hAnsi="IM Fell English"/>
          <w:color w:val="141414"/>
          <w:sz w:val="24"/>
        </w:rPr>
        <w:t>Martha returned to the motel, ready to settle in for the evening. She opened her book and read; Scruff stretched out comfortably beside her.</w:t>
      </w:r>
    </w:p>
    <w:p>
      <w:r>
        <w:rPr>
          <w:rFonts w:ascii="IM Fell English" w:hAnsi="IM Fell English"/>
          <w:color w:val="141414"/>
          <w:sz w:val="24"/>
        </w:rPr>
        <w:t>Martha's phone rang. This time, it wasn't the front desk; it was her mother, Ruth, sobbing.</w:t>
      </w:r>
    </w:p>
    <w:p>
      <w:r>
        <w:rPr>
          <w:rFonts w:ascii="IM Fell English" w:hAnsi="IM Fell English"/>
          <w:color w:val="141414"/>
          <w:sz w:val="24"/>
        </w:rPr>
        <w:t>"Martha," Ruth sobbed, "Mr. Green called. The police said we can go ahead with the funeral. He asked us to meet him at his funeral home this morning to complete arrangements." Martha sensed her mother's tears were not from the initial shock, which had worn off, but from the raw grief of facing her husband's death.</w:t>
      </w:r>
    </w:p>
    <w:p>
      <w:r>
        <w:rPr>
          <w:rFonts w:ascii="IM Fell English" w:hAnsi="IM Fell English"/>
          <w:color w:val="141414"/>
          <w:sz w:val="24"/>
        </w:rPr>
        <w:t>Martha agreed to meet her mother and sister, Mary, at Green's at 9:00 that morning.</w:t>
      </w:r>
    </w:p>
    <w:p>
      <w:r>
        <w:rPr>
          <w:rFonts w:ascii="IM Fell English" w:hAnsi="IM Fell English"/>
          <w:color w:val="141414"/>
          <w:sz w:val="24"/>
        </w:rPr>
        <w:t>Skipping her workout was unusual, but this morning, after yesterday's blow-up with Malroy and her mother's distressing call, she didn't feel like running for twenty minutes. No amount of stress or sweat would make her feel better.</w:t>
      </w:r>
    </w:p>
    <w:p>
      <w:r>
        <w:rPr>
          <w:rFonts w:ascii="IM Fell English" w:hAnsi="IM Fell English"/>
          <w:color w:val="141414"/>
          <w:sz w:val="24"/>
        </w:rPr>
        <w:t>She took Scruff for a quick walk.</w:t>
      </w:r>
    </w:p>
    <w:p>
      <w:r>
        <w:rPr>
          <w:rFonts w:ascii="IM Fell English" w:hAnsi="IM Fell English"/>
          <w:color w:val="141414"/>
          <w:sz w:val="24"/>
        </w:rPr>
        <w:t>"Hurry, Scruff, I don't have time for you to inspect every blade of grass—just find a spot."</w:t>
      </w:r>
    </w:p>
    <w:p>
      <w:r>
        <w:rPr>
          <w:rFonts w:ascii="IM Fell English" w:hAnsi="IM Fell English"/>
          <w:color w:val="141414"/>
          <w:sz w:val="24"/>
        </w:rPr>
        <w:t>She grabbed breakfast at McDonald's, picked up the newspaper, and drove to Green's. Her mother and sister hadn't arrived yet. On the sport's page, halfway down, she found a quarter-page ad for Rick Phillips, a presidential candidate. The ad featured a large family picture of Rick, his wife Judy, and Judy's younger sister, all smiling like the quintessential all-</w:t>
      </w:r>
    </w:p>
    <w:p>
      <w:r>
        <w:rPr>
          <w:rFonts w:ascii="IM Fell English" w:hAnsi="IM Fell English"/>
          <w:color w:val="141414"/>
          <w:sz w:val="24"/>
        </w:rPr>
        <w:t>American family. The banner read, "Rick Phillips, The Family Friendly Candidate." He wore the fake, sickly politician's smile so often associated with Washington. She quickly skimmed through the rest of the paper for more information about her father's murder. To her surprise, a brief article on the back page merely repeated the previous day's information. The news cycle had moved on; she wished she could.</w:t>
      </w:r>
    </w:p>
    <w:p>
      <w:r>
        <w:rPr>
          <w:rFonts w:ascii="IM Fell English" w:hAnsi="IM Fell English"/>
          <w:color w:val="141414"/>
          <w:sz w:val="24"/>
        </w:rPr>
        <w:t>She had just finished reading the article when her sister and mother pulled into the parking lot. Together, they walked into Green's Funeral Home.</w:t>
      </w:r>
    </w:p>
    <w:p>
      <w:r>
        <w:rPr>
          <w:rFonts w:ascii="IM Fell English" w:hAnsi="IM Fell English"/>
          <w:color w:val="141414"/>
          <w:sz w:val="24"/>
        </w:rPr>
        <w:t>As Harold, the funeral director, opened his office door, Martha asked, "Where's your son?"</w:t>
      </w:r>
    </w:p>
    <w:p>
      <w:r>
        <w:rPr>
          <w:rFonts w:ascii="IM Fell English" w:hAnsi="IM Fell English"/>
          <w:color w:val="141414"/>
          <w:sz w:val="24"/>
        </w:rPr>
        <w:t>"Oh, today's his day off."</w:t>
      </w:r>
    </w:p>
    <w:p>
      <w:r>
        <w:rPr>
          <w:rFonts w:ascii="IM Fell English" w:hAnsi="IM Fell English"/>
          <w:color w:val="141414"/>
          <w:sz w:val="24"/>
        </w:rPr>
        <w:t>They agreed the funeral notice would appear in the paper that day, announcing viewings for Wednesday from 2 to 4 p.m. and 7 to 9 p.m.</w:t>
      </w:r>
    </w:p>
    <w:p>
      <w:r>
        <w:rPr>
          <w:rFonts w:ascii="IM Fell English" w:hAnsi="IM Fell English"/>
          <w:color w:val="141414"/>
          <w:sz w:val="24"/>
        </w:rPr>
        <w:t>The funeral would be at the church on Thursday at 11:00 a.m.</w:t>
      </w:r>
    </w:p>
    <w:p>
      <w:r>
        <w:rPr>
          <w:rFonts w:ascii="IM Fell English" w:hAnsi="IM Fell English"/>
          <w:color w:val="141414"/>
          <w:sz w:val="24"/>
        </w:rPr>
        <w:t>Dr. Joy, their father's District Superintendent and a close family friend, would officiate, with Pastor Chris assisting. The choir would sing during the service.</w:t>
      </w:r>
    </w:p>
    <w:p>
      <w:r>
        <w:rPr>
          <w:rFonts w:ascii="IM Fell English" w:hAnsi="IM Fell English"/>
          <w:color w:val="141414"/>
          <w:sz w:val="24"/>
        </w:rPr>
        <w:t>By the time they left, their mother was shaking. Mary and Martha supported her on each side as they helped her to the car. For the first time, Martha saw her mother as weak and vulnerable. Growing up, she had believed her mother an unstoppable force of nature—nothing could stand in her way. But now, limp and drained, she was guided into the car. Her mother was human after all.</w:t>
      </w:r>
    </w:p>
    <w:p>
      <w:r>
        <w:rPr>
          <w:rFonts w:ascii="IM Fell English" w:hAnsi="IM Fell English"/>
          <w:color w:val="141414"/>
          <w:sz w:val="24"/>
        </w:rPr>
        <w:t>She and Mary helped their mother up the stairs to Mary's apartment. Ruth put on a faded housedress and sat in front of the television. On the screen was a man in overalls, standing in a cornfield, claiming to have seen an alien resembling their uncle Herbert.</w:t>
      </w:r>
    </w:p>
    <w:p>
      <w:r>
        <w:rPr>
          <w:rFonts w:ascii="IM Fell English" w:hAnsi="IM Fell English"/>
          <w:color w:val="141414"/>
          <w:sz w:val="24"/>
        </w:rPr>
        <w:t>Ruth stared blankly at the screen.</w:t>
      </w:r>
    </w:p>
    <w:p>
      <w:r>
        <w:rPr>
          <w:rFonts w:ascii="IM Fell English" w:hAnsi="IM Fell English"/>
          <w:color w:val="141414"/>
          <w:sz w:val="24"/>
        </w:rPr>
        <w:t>"Do you girls remember when Dad took us camping?" she asked.</w:t>
      </w:r>
    </w:p>
    <w:p>
      <w:r>
        <w:rPr>
          <w:rFonts w:ascii="IM Fell English" w:hAnsi="IM Fell English"/>
          <w:color w:val="141414"/>
          <w:sz w:val="24"/>
        </w:rPr>
        <w:t>The Thomas family had only taken one camping trip, though Dad had promised to go again. They had loaded their blue Chevy station wagon and headed out for the adventure of a lifetime. Their dad had grown up in the city and knew nothing about camping. He'd learned everything he knew about camping from a book bought at Borders Books, which he had only skimmed, too busy to read it carefully.</w:t>
      </w:r>
    </w:p>
    <w:p>
      <w:r>
        <w:rPr>
          <w:rFonts w:ascii="IM Fell English" w:hAnsi="IM Fell English"/>
          <w:color w:val="141414"/>
          <w:sz w:val="24"/>
        </w:rPr>
        <w:t>They arrived at their Big Hoosier State Park campsite a little after 2:00 p.m. They took out the tent, still in its box from the store, and tried to put it together.</w:t>
      </w:r>
    </w:p>
    <w:p>
      <w:r>
        <w:rPr>
          <w:rFonts w:ascii="IM Fell English" w:hAnsi="IM Fell English"/>
          <w:color w:val="141414"/>
          <w:sz w:val="24"/>
        </w:rPr>
        <w:t>The carton boasted, "One person can assemble this tent in fifteen minutes."</w:t>
      </w:r>
    </w:p>
    <w:p>
      <w:r>
        <w:rPr>
          <w:rFonts w:ascii="IM Fell English" w:hAnsi="IM Fell English"/>
          <w:color w:val="141414"/>
          <w:sz w:val="24"/>
        </w:rPr>
        <w:t>Mary, Dad, and Martha set to work, but two hours later, the tent looked like a giant, deflated canvas balloon. Mom passed the time by watching and laughing.</w:t>
      </w:r>
    </w:p>
    <w:p>
      <w:r>
        <w:rPr>
          <w:rFonts w:ascii="IM Fell English" w:hAnsi="IM Fell English"/>
          <w:color w:val="141414"/>
          <w:sz w:val="24"/>
        </w:rPr>
        <w:t>When they were about ready to pack it in and find a motel, a man from a neighboring campsite came over.</w:t>
      </w:r>
    </w:p>
    <w:p>
      <w:r>
        <w:rPr>
          <w:rFonts w:ascii="IM Fell English" w:hAnsi="IM Fell English"/>
          <w:color w:val="141414"/>
          <w:sz w:val="24"/>
        </w:rPr>
        <w:t>"We had a tent just like this one until we bought a new one. Too many kids to cram into that small space," he said.</w:t>
      </w:r>
    </w:p>
    <w:p>
      <w:r>
        <w:rPr>
          <w:rFonts w:ascii="IM Fell English" w:hAnsi="IM Fell English"/>
          <w:color w:val="141414"/>
          <w:sz w:val="24"/>
        </w:rPr>
        <w:t>In just a few minutes, the man had the tent standing. Later that night, they discovered that although the tent was rated for four people, it wasn't big enough for them and all their belongings. They left their clothes in the car and some food in Styrofoam coolers under the picnic table.</w:t>
      </w:r>
    </w:p>
    <w:p>
      <w:r>
        <w:rPr>
          <w:rFonts w:ascii="IM Fell English" w:hAnsi="IM Fell English"/>
          <w:color w:val="141414"/>
          <w:sz w:val="24"/>
        </w:rPr>
        <w:t>The following day, their food was strewn across three campsites.</w:t>
      </w:r>
    </w:p>
    <w:p>
      <w:r>
        <w:rPr>
          <w:rFonts w:ascii="IM Fell English" w:hAnsi="IM Fell English"/>
          <w:color w:val="141414"/>
          <w:sz w:val="24"/>
        </w:rPr>
        <w:t>"You should bag up all your food at night and hang it from a branch in the tree. That's the only way to keep it away from those pesky raccoons," the man advised.</w:t>
      </w:r>
    </w:p>
    <w:p>
      <w:r>
        <w:rPr>
          <w:rFonts w:ascii="IM Fell English" w:hAnsi="IM Fell English"/>
          <w:color w:val="141414"/>
          <w:sz w:val="24"/>
        </w:rPr>
        <w:t>Their dad hadn't sealed the tent's seams, considering it a waste of time.</w:t>
      </w:r>
    </w:p>
    <w:p>
      <w:r>
        <w:rPr>
          <w:rFonts w:ascii="IM Fell English" w:hAnsi="IM Fell English"/>
          <w:color w:val="141414"/>
          <w:sz w:val="24"/>
        </w:rPr>
        <w:t>On their second night, it rained, and water seeped inside the tent. They spent the night trying to sleep in the car—Mom and Dad in the frontbench seats of the station wagon, and the girls in the back with the middle seat down. Martha never could get comfortable curled around their clothes and leftover food. There was no third night. Wet, tired, and cranky from lack of sleep, mom and the girls convinced their father to end the camping trip. It was time to find a motel for the rest of the vacation.</w:t>
      </w:r>
    </w:p>
    <w:p>
      <w:r>
        <w:rPr>
          <w:rFonts w:ascii="IM Fell English" w:hAnsi="IM Fell English"/>
          <w:color w:val="141414"/>
          <w:sz w:val="24"/>
        </w:rPr>
        <w:t>As they recalled that miserable camping experience, they laughed—softly at first, then harder and longer as the afternoon went on. By 4:00 p.m., they were all crackling with energy. They had an early dinner of lunchmeat sandwiches and Diet Pepsi.</w:t>
      </w:r>
    </w:p>
    <w:p>
      <w:r>
        <w:rPr>
          <w:rFonts w:ascii="IM Fell English" w:hAnsi="IM Fell English"/>
          <w:color w:val="141414"/>
          <w:sz w:val="24"/>
        </w:rPr>
        <w:t>Martha took Scruff for a good, long walk at Brownsville Park. Afterward, returning to the motel, she realized she had nothing to wear for the viewing or the funeral.</w:t>
      </w:r>
    </w:p>
    <w:p>
      <w:r>
        <w:rPr>
          <w:rFonts w:ascii="IM Fell English" w:hAnsi="IM Fell English"/>
          <w:color w:val="141414"/>
          <w:sz w:val="24"/>
        </w:rPr>
        <w:t>Realizing this, she drove to the mall. She browsed JCPenney and T.J. Maxx, but found nothing she liked. Walking back toward her car, she spotted Slater's Dress Shop, its front window displaying an excellent selection of black dresses.</w:t>
      </w:r>
    </w:p>
    <w:p>
      <w:r>
        <w:rPr>
          <w:rFonts w:ascii="IM Fell English" w:hAnsi="IM Fell English"/>
          <w:color w:val="141414"/>
          <w:sz w:val="24"/>
        </w:rPr>
        <w:t>She tried on a black strapless dress but felt it was too revealing as she gazed at herself in the full-length mirror.</w:t>
      </w:r>
    </w:p>
    <w:p>
      <w:r>
        <w:rPr>
          <w:rFonts w:ascii="IM Fell English" w:hAnsi="IM Fell English"/>
          <w:color w:val="141414"/>
          <w:sz w:val="24"/>
        </w:rPr>
        <w:t>Next, she tried on another black dress, but its plunging open back also felt inappropriate. Finally, for the funeral, she settled on a lovely, conservative black drape-neck dress, calf-length, with a matching jacket. For the viewing, she selected a two-piece pantsuit to pair with a white top she had recently bought.</w:t>
      </w:r>
    </w:p>
    <w:p>
      <w:r>
        <w:rPr>
          <w:rFonts w:ascii="IM Fell English" w:hAnsi="IM Fell English"/>
          <w:color w:val="141414"/>
          <w:sz w:val="24"/>
        </w:rPr>
        <w:t>She stopped at the Dinner Bell for coffee and strawberry pie, where Judy worked. After serving Martha, Judy lingered and chatted for a few minutes, then nervously said,</w:t>
      </w:r>
    </w:p>
    <w:p>
      <w:r>
        <w:rPr>
          <w:rFonts w:ascii="IM Fell English" w:hAnsi="IM Fell English"/>
          <w:color w:val="141414"/>
          <w:sz w:val="24"/>
        </w:rPr>
        <w:t>"Martha, I know you have the viewing and everything tomorrow, and if you don't want to go, I'll understand, but I was wondering if you might like to take in a movie tonight? I get off at six, and a new Tom Cruise movie is showing at the mall."</w:t>
      </w:r>
    </w:p>
    <w:p>
      <w:r>
        <w:rPr>
          <w:rFonts w:ascii="IM Fell English" w:hAnsi="IM Fell English"/>
          <w:color w:val="141414"/>
          <w:sz w:val="24"/>
        </w:rPr>
        <w:t>Martha wanted to say no, but found herself replying, "Yes, I'd like that."</w:t>
      </w:r>
    </w:p>
    <w:p>
      <w:r>
        <w:rPr>
          <w:rFonts w:ascii="IM Fell English" w:hAnsi="IM Fell English"/>
          <w:color w:val="141414"/>
          <w:sz w:val="24"/>
        </w:rPr>
        <w:t>"Do you mind if I bring my sister along? I promised her a night at the movies," Judy asked.</w:t>
      </w:r>
    </w:p>
    <w:p>
      <w:r>
        <w:rPr>
          <w:rFonts w:ascii="IM Fell English" w:hAnsi="IM Fell English"/>
          <w:color w:val="141414"/>
          <w:sz w:val="24"/>
        </w:rPr>
        <w:t>"That would be fine," Martha replied.</w:t>
      </w:r>
    </w:p>
    <w:p>
      <w:r>
        <w:rPr>
          <w:rFonts w:ascii="IM Fell English" w:hAnsi="IM Fell English"/>
          <w:color w:val="141414"/>
          <w:sz w:val="24"/>
        </w:rPr>
        <w:t>"The showing is at 7:45. How about we meet here at 6:30 for a cappuccino before picking up Jacqueline?" Judy asked, giddy with excitement.</w:t>
      </w:r>
    </w:p>
    <w:p>
      <w:r>
        <w:rPr>
          <w:rFonts w:ascii="IM Fell English" w:hAnsi="IM Fell English"/>
          <w:color w:val="141414"/>
          <w:sz w:val="24"/>
        </w:rPr>
        <w:t>"Sure, 6:30 sounds great. It will give me time to change and freshen up," Martha agreed, a night out wasn't a terrible idea. She returned to the motel to get ready.</w:t>
      </w:r>
    </w:p>
    <w:p>
      <w:r>
        <w:rPr>
          <w:rFonts w:ascii="IM Fell English" w:hAnsi="IM Fell English"/>
          <w:color w:val="141414"/>
          <w:sz w:val="24"/>
        </w:rPr>
        <w:t>"You like this new blouse, Scruff?" she asked, striking a runway pose as he lay serenely on the bed.</w:t>
      </w:r>
    </w:p>
    <w:p>
      <w:r>
        <w:rPr>
          <w:rFonts w:ascii="IM Fell English" w:hAnsi="IM Fell English"/>
          <w:color w:val="141414"/>
          <w:sz w:val="24"/>
        </w:rPr>
        <w:t>Over cappuccinos, they talked about their school years. Neither of them had dated much.</w:t>
      </w:r>
    </w:p>
    <w:p>
      <w:r>
        <w:rPr>
          <w:rFonts w:ascii="IM Fell English" w:hAnsi="IM Fell English"/>
          <w:color w:val="141414"/>
          <w:sz w:val="24"/>
        </w:rPr>
        <w:t>"Do you remember Billy Davidson?"</w:t>
      </w:r>
    </w:p>
    <w:p>
      <w:r>
        <w:rPr>
          <w:rFonts w:ascii="IM Fell English" w:hAnsi="IM Fell English"/>
          <w:color w:val="141414"/>
          <w:sz w:val="24"/>
        </w:rPr>
        <w:t>"Sure, he was as geeky as I was, always reading. What became of him?" Martha asked.</w:t>
      </w:r>
    </w:p>
    <w:p>
      <w:r>
        <w:rPr>
          <w:rFonts w:ascii="IM Fell English" w:hAnsi="IM Fell English"/>
          <w:color w:val="141414"/>
          <w:sz w:val="24"/>
        </w:rPr>
        <w:t>"He's an author now."</w:t>
      </w:r>
    </w:p>
    <w:p>
      <w:r>
        <w:rPr>
          <w:rFonts w:ascii="IM Fell English" w:hAnsi="IM Fell English"/>
          <w:color w:val="141414"/>
          <w:sz w:val="24"/>
        </w:rPr>
        <w:t>"Really? What does he write?"</w:t>
      </w:r>
    </w:p>
    <w:p>
      <w:r>
        <w:rPr>
          <w:rFonts w:ascii="IM Fell English" w:hAnsi="IM Fell English"/>
          <w:color w:val="141414"/>
          <w:sz w:val="24"/>
        </w:rPr>
        <w:t>"Mysteries. You might have read one of his. He writes under the name William David," Judy said.</w:t>
      </w:r>
    </w:p>
    <w:p>
      <w:r>
        <w:rPr>
          <w:rFonts w:ascii="IM Fell English" w:hAnsi="IM Fell English"/>
          <w:color w:val="141414"/>
          <w:sz w:val="24"/>
        </w:rPr>
        <w:t xml:space="preserve">"William David? I just finished one of his novels, </w:t>
      </w:r>
      <w:r>
        <w:rPr>
          <w:rFonts w:ascii="IM Fell English" w:hAnsi="IM Fell English"/>
          <w:i/>
          <w:color w:val="141414"/>
          <w:sz w:val="24"/>
        </w:rPr>
        <w:t>The Corpse Resurfaced</w:t>
      </w:r>
      <w:r>
        <w:rPr>
          <w:rFonts w:ascii="IM Fell English" w:hAnsi="IM Fell English"/>
          <w:color w:val="141414"/>
          <w:sz w:val="24"/>
        </w:rPr>
        <w:t>."</w:t>
      </w:r>
    </w:p>
    <w:p>
      <w:r>
        <w:rPr>
          <w:rFonts w:ascii="IM Fell English" w:hAnsi="IM Fell English"/>
          <w:color w:val="141414"/>
          <w:sz w:val="24"/>
        </w:rPr>
        <w:t>"I don't read his books; I tried one once and couldn't sleep for a week," Judy replied.</w:t>
      </w:r>
    </w:p>
    <w:p>
      <w:r>
        <w:rPr>
          <w:rFonts w:ascii="IM Fell English" w:hAnsi="IM Fell English"/>
          <w:color w:val="141414"/>
          <w:sz w:val="24"/>
        </w:rPr>
        <w:t>The adventure-romance movie made them both laugh and cry. Judy's sister, Jacqueline, however, seemed to enjoy the blood and guts scenes more than they did.</w:t>
      </w:r>
    </w:p>
    <w:p>
      <w:r>
        <w:rPr>
          <w:rFonts w:ascii="IM Fell English" w:hAnsi="IM Fell English"/>
          <w:color w:val="141414"/>
          <w:sz w:val="24"/>
        </w:rPr>
        <w:t>The whole evening reminded Martha of going to the movies with her friends from high school.</w:t>
      </w:r>
    </w:p>
    <w:p>
      <w:r>
        <w:rPr>
          <w:rFonts w:ascii="IM Fell English" w:hAnsi="IM Fell English"/>
          <w:color w:val="141414"/>
          <w:sz w:val="24"/>
        </w:rPr>
        <w:t>Back in her room, she said to a tuckered-out Scruff, "It was great to act like a kid tonight. But tomorrow, I have to be a grown-up again."</w:t>
      </w:r>
    </w:p>
    <w:p>
      <w:r>
        <w:rPr>
          <w:rFonts w:ascii="IM Fell English" w:hAnsi="IM Fell English"/>
          <w:color w:val="141414"/>
          <w:sz w:val="24"/>
        </w:rPr>
        <w:t>The next morning, she climbed out of bed.</w:t>
      </w:r>
    </w:p>
    <w:p>
      <w:r>
        <w:rPr>
          <w:rFonts w:ascii="IM Fell English" w:hAnsi="IM Fell English"/>
          <w:color w:val="141414"/>
          <w:sz w:val="24"/>
        </w:rPr>
        <w:t>"Time to get up, Scruff."</w:t>
      </w:r>
    </w:p>
    <w:p>
      <w:r>
        <w:rPr>
          <w:rFonts w:ascii="IM Fell English" w:hAnsi="IM Fell English"/>
          <w:color w:val="141414"/>
          <w:sz w:val="24"/>
        </w:rPr>
        <w:t>Scruff began his morning dance, eager to go outside. She attached his halter and leash, and he rushed to the door. After he'd finished his business outside, she said, "Good boy."</w:t>
      </w:r>
    </w:p>
    <w:p>
      <w:r>
        <w:rPr>
          <w:rFonts w:ascii="IM Fell English" w:hAnsi="IM Fell English"/>
          <w:color w:val="141414"/>
          <w:sz w:val="24"/>
        </w:rPr>
        <w:t>She loaded him into the rental car and headed to Mary's house.</w:t>
      </w:r>
    </w:p>
    <w:p>
      <w:r>
        <w:rPr>
          <w:rFonts w:ascii="IM Fell English" w:hAnsi="IM Fell English"/>
          <w:color w:val="141414"/>
          <w:sz w:val="24"/>
        </w:rPr>
        <w:t>She came through the door with Scruff hot on her heels. "Coffee ready?"</w:t>
      </w:r>
    </w:p>
    <w:p>
      <w:r>
        <w:rPr>
          <w:rFonts w:ascii="IM Fell English" w:hAnsi="IM Fell English"/>
          <w:color w:val="141414"/>
          <w:sz w:val="24"/>
        </w:rPr>
        <w:t>"Yeah, help yourself," Mary called from a back bedroom.</w:t>
      </w:r>
    </w:p>
    <w:p>
      <w:r>
        <w:rPr>
          <w:rFonts w:ascii="IM Fell English" w:hAnsi="IM Fell English"/>
          <w:color w:val="141414"/>
          <w:sz w:val="24"/>
        </w:rPr>
        <w:t>Martha made her way to the kitchen, poured a cup of coffee, and opened the refrigerator to see if there was any milk to add.</w:t>
      </w:r>
    </w:p>
    <w:p>
      <w:r>
        <w:rPr>
          <w:rFonts w:ascii="IM Fell English" w:hAnsi="IM Fell English"/>
          <w:color w:val="141414"/>
          <w:sz w:val="24"/>
        </w:rPr>
        <w:t>"No milk, sorry," Mary said, standing in the doorway in a bra and cut-off blue-jean shorts.</w:t>
      </w:r>
    </w:p>
    <w:p>
      <w:r>
        <w:rPr>
          <w:rFonts w:ascii="IM Fell English" w:hAnsi="IM Fell English"/>
          <w:color w:val="141414"/>
          <w:sz w:val="24"/>
        </w:rPr>
        <w:t>"Would you and Mom like to go to breakfast? My treat," Martha offered.</w:t>
      </w:r>
    </w:p>
    <w:p>
      <w:r>
        <w:rPr>
          <w:rFonts w:ascii="IM Fell English" w:hAnsi="IM Fell English"/>
          <w:color w:val="141414"/>
          <w:sz w:val="24"/>
        </w:rPr>
        <w:t>"Sure," Ruth said as she entered the kitchen and refilled her coffee mug.</w:t>
      </w:r>
    </w:p>
    <w:p>
      <w:r>
        <w:rPr>
          <w:rFonts w:ascii="IM Fell English" w:hAnsi="IM Fell English"/>
          <w:color w:val="141414"/>
          <w:sz w:val="24"/>
        </w:rPr>
        <w:t>"Give me a minute to get ready," Mary said, retreating into the bathroom.</w:t>
      </w:r>
    </w:p>
    <w:p>
      <w:r>
        <w:rPr>
          <w:rFonts w:ascii="IM Fell English" w:hAnsi="IM Fell English"/>
          <w:color w:val="141414"/>
          <w:sz w:val="24"/>
        </w:rPr>
        <w:t>They got into the car and drove to the Dinner Bell.</w:t>
      </w:r>
    </w:p>
    <w:p>
      <w:r>
        <w:rPr>
          <w:rFonts w:ascii="IM Fell English" w:hAnsi="IM Fell English"/>
          <w:color w:val="141414"/>
          <w:sz w:val="24"/>
        </w:rPr>
        <w:t>After they ordered breakfast, Martha asked, "Who is this Jamal?"</w:t>
      </w:r>
    </w:p>
    <w:p>
      <w:r>
        <w:rPr>
          <w:rFonts w:ascii="IM Fell English" w:hAnsi="IM Fell English"/>
          <w:color w:val="141414"/>
          <w:sz w:val="24"/>
        </w:rPr>
        <w:t>"I don't know," Mary answered.</w:t>
      </w:r>
    </w:p>
    <w:p>
      <w:r>
        <w:rPr>
          <w:rFonts w:ascii="IM Fell English" w:hAnsi="IM Fell English"/>
          <w:color w:val="141414"/>
          <w:sz w:val="24"/>
        </w:rPr>
        <w:t>"Bastard!" Ruth blurted out.</w:t>
      </w:r>
    </w:p>
    <w:p>
      <w:r>
        <w:rPr>
          <w:rFonts w:ascii="IM Fell English" w:hAnsi="IM Fell English"/>
          <w:color w:val="141414"/>
          <w:sz w:val="24"/>
        </w:rPr>
        <w:t>Mary and Martha both stared at her in shock. This was the first time they had ever heard their mother use profanity.</w:t>
      </w:r>
    </w:p>
    <w:p>
      <w:r>
        <w:rPr>
          <w:rFonts w:ascii="IM Fell English" w:hAnsi="IM Fell English"/>
          <w:color w:val="141414"/>
          <w:sz w:val="24"/>
        </w:rPr>
        <w:t>"Mom, you never say words like that! What's going on?" Martha asked.</w:t>
      </w:r>
    </w:p>
    <w:p>
      <w:r>
        <w:rPr>
          <w:rFonts w:ascii="IM Fell English" w:hAnsi="IM Fell English"/>
          <w:color w:val="141414"/>
          <w:sz w:val="24"/>
        </w:rPr>
        <w:t>"He's the one who killed your dad!" Ruth said, holding her ground.</w:t>
      </w:r>
    </w:p>
    <w:p>
      <w:r>
        <w:rPr>
          <w:rFonts w:ascii="IM Fell English" w:hAnsi="IM Fell English"/>
          <w:color w:val="141414"/>
          <w:sz w:val="24"/>
        </w:rPr>
        <w:t>They looked up, only to find Judy standing there with their orders.</w:t>
      </w:r>
    </w:p>
    <w:p>
      <w:r>
        <w:rPr>
          <w:rFonts w:ascii="IM Fell English" w:hAnsi="IM Fell English"/>
          <w:color w:val="141414"/>
          <w:sz w:val="24"/>
        </w:rPr>
        <w:t>There was a long silence as Judy placed the plates in front of them.</w:t>
      </w:r>
    </w:p>
    <w:p>
      <w:r>
        <w:rPr>
          <w:rFonts w:ascii="IM Fell English" w:hAnsi="IM Fell English"/>
          <w:color w:val="141414"/>
          <w:sz w:val="24"/>
        </w:rPr>
        <w:t>"I agree with you," Judy said to Ruth.</w:t>
      </w:r>
    </w:p>
    <w:p>
      <w:r>
        <w:rPr>
          <w:rFonts w:ascii="IM Fell English" w:hAnsi="IM Fell English"/>
          <w:color w:val="141414"/>
          <w:sz w:val="24"/>
        </w:rPr>
        <w:t>"Will there be anything else?"</w:t>
      </w:r>
    </w:p>
    <w:p>
      <w:r>
        <w:rPr>
          <w:rFonts w:ascii="IM Fell English" w:hAnsi="IM Fell English"/>
          <w:color w:val="141414"/>
          <w:sz w:val="24"/>
        </w:rPr>
        <w:t>"No, this will be fine," Martha muttered.</w:t>
      </w:r>
    </w:p>
    <w:p>
      <w:r>
        <w:rPr>
          <w:rFonts w:ascii="IM Fell English" w:hAnsi="IM Fell English"/>
          <w:color w:val="141414"/>
          <w:sz w:val="24"/>
        </w:rPr>
        <w:t>They ate the rest of the meal in a strange, heavy silence.</w:t>
      </w:r>
    </w:p>
    <w:p>
      <w:r>
        <w:rPr>
          <w:rFonts w:ascii="IM Fell English" w:hAnsi="IM Fell English"/>
          <w:color w:val="141414"/>
          <w:sz w:val="24"/>
        </w:rPr>
        <w:t>Martha dropped them off at the house and went to the library.</w:t>
      </w:r>
    </w:p>
    <w:p>
      <w:r>
        <w:rPr>
          <w:rFonts w:ascii="IM Fell English" w:hAnsi="IM Fell English"/>
          <w:color w:val="141414"/>
          <w:sz w:val="24"/>
        </w:rPr>
        <w:t>"You wait right here, Scruff. I have something I want to check out." She felt at home in a library, surrounded by books.</w:t>
      </w:r>
    </w:p>
    <w:p>
      <w:r>
        <w:rPr>
          <w:rFonts w:ascii="IM Fell English" w:hAnsi="IM Fell English"/>
          <w:color w:val="141414"/>
          <w:sz w:val="24"/>
        </w:rPr>
        <w:t>Her father always said, "Martha, books are the gateway to knowledge or hours of escape. You create your future by who you know and what you read."</w:t>
      </w:r>
    </w:p>
    <w:p>
      <w:r>
        <w:rPr>
          <w:rFonts w:ascii="IM Fell English" w:hAnsi="IM Fell English"/>
          <w:color w:val="141414"/>
          <w:sz w:val="24"/>
        </w:rPr>
        <w:t>She walked to the computer terminal and typed in the name "Malroy."</w:t>
      </w:r>
    </w:p>
    <w:p>
      <w:r>
        <w:rPr>
          <w:rFonts w:ascii="IM Fell English" w:hAnsi="IM Fell English"/>
          <w:color w:val="141414"/>
          <w:sz w:val="24"/>
        </w:rPr>
        <w:t>There they were: books by Daniel Malroy, an author.</w:t>
      </w:r>
    </w:p>
    <w:p>
      <w:r>
        <w:rPr>
          <w:rFonts w:ascii="IM Fell English" w:hAnsi="IM Fell English"/>
          <w:color w:val="141414"/>
          <w:sz w:val="24"/>
        </w:rPr>
        <w:t>Next, she had to take Scruff to the boarder.</w:t>
      </w:r>
    </w:p>
    <w:p>
      <w:r>
        <w:rPr>
          <w:rFonts w:ascii="IM Fell English" w:hAnsi="IM Fell English"/>
          <w:color w:val="141414"/>
          <w:sz w:val="24"/>
        </w:rPr>
        <w:t>She took Scruff to Canine Heaven, a groomer and boarder.</w:t>
      </w:r>
    </w:p>
    <w:p>
      <w:r>
        <w:rPr>
          <w:rFonts w:ascii="IM Fell English" w:hAnsi="IM Fell English"/>
          <w:color w:val="141414"/>
          <w:sz w:val="24"/>
        </w:rPr>
        <w:t>"Here's Scruff," she said as she opened the door.</w:t>
      </w:r>
    </w:p>
    <w:p>
      <w:r>
        <w:rPr>
          <w:rFonts w:ascii="IM Fell English" w:hAnsi="IM Fell English"/>
          <w:color w:val="141414"/>
          <w:sz w:val="24"/>
        </w:rPr>
        <w:t>"Just sign him in," the attendant said, pushing the sign-in book toward her. Despite the barking of other dogs in the backroom, the reception area was neat and clean.</w:t>
      </w:r>
    </w:p>
    <w:p>
      <w:r>
        <w:rPr>
          <w:rFonts w:ascii="IM Fell English" w:hAnsi="IM Fell English"/>
          <w:color w:val="141414"/>
          <w:sz w:val="24"/>
        </w:rPr>
        <w:t>"May I see where he'll stay?"</w:t>
      </w:r>
    </w:p>
    <w:p>
      <w:r>
        <w:rPr>
          <w:rFonts w:ascii="IM Fell English" w:hAnsi="IM Fell English"/>
          <w:color w:val="141414"/>
          <w:sz w:val="24"/>
        </w:rPr>
        <w:t>"Sure, follow me."</w:t>
      </w:r>
    </w:p>
    <w:p>
      <w:r>
        <w:rPr>
          <w:rFonts w:ascii="IM Fell English" w:hAnsi="IM Fell English"/>
          <w:color w:val="141414"/>
          <w:sz w:val="24"/>
        </w:rPr>
        <w:t>The attendant led her and Scruff through a door in the back wall and into an open area.</w:t>
      </w:r>
    </w:p>
    <w:p>
      <w:r>
        <w:rPr>
          <w:rFonts w:ascii="IM Fell English" w:hAnsi="IM Fell English"/>
          <w:color w:val="141414"/>
          <w:sz w:val="24"/>
        </w:rPr>
        <w:t>"Our guests have a spacious ten-by-ten-foot indoor fenced area, complete with a dog bed," the attendant explained. "The entire space is sterilized after each guest departs. Scruff will also have a private door to a twenty-by-twenty-foot outdoor run, which is fenced and separated from other dogs."</w:t>
      </w:r>
    </w:p>
    <w:p>
      <w:r>
        <w:rPr>
          <w:rFonts w:ascii="IM Fell English" w:hAnsi="IM Fell English"/>
          <w:color w:val="141414"/>
          <w:sz w:val="24"/>
        </w:rPr>
        <w:t>He looked at Scruff, smiled, and asked, "Do you think this will meet your needs, fella?"</w:t>
      </w:r>
    </w:p>
    <w:p>
      <w:r>
        <w:rPr>
          <w:rFonts w:ascii="IM Fell English" w:hAnsi="IM Fell English"/>
          <w:color w:val="141414"/>
          <w:sz w:val="24"/>
        </w:rPr>
        <w:t>Back in the reception area, he glanced at the book.</w:t>
      </w:r>
    </w:p>
    <w:p>
      <w:r>
        <w:rPr>
          <w:rFonts w:ascii="IM Fell English" w:hAnsi="IM Fell English"/>
          <w:color w:val="141414"/>
          <w:sz w:val="24"/>
        </w:rPr>
        <w:t>"Please remember to put down the time you'll be back for him," he said.</w:t>
      </w:r>
    </w:p>
    <w:p>
      <w:r>
        <w:rPr>
          <w:rFonts w:ascii="IM Fell English" w:hAnsi="IM Fell English"/>
          <w:color w:val="141414"/>
          <w:sz w:val="24"/>
        </w:rPr>
        <w:t>"The viewing won't be over until 9:00 this evening, so I'll come for him at 10:00. Is that too late?"</w:t>
      </w:r>
    </w:p>
    <w:p>
      <w:r>
        <w:rPr>
          <w:rFonts w:ascii="IM Fell English" w:hAnsi="IM Fell English"/>
          <w:color w:val="141414"/>
          <w:sz w:val="24"/>
        </w:rPr>
        <w:t>"No, we offer 24-hour service here. We're one of the few that do," the attendant said.</w:t>
      </w:r>
    </w:p>
    <w:p>
      <w:r>
        <w:rPr>
          <w:rFonts w:ascii="IM Fell English" w:hAnsi="IM Fell English"/>
          <w:color w:val="141414"/>
          <w:sz w:val="24"/>
        </w:rPr>
        <w:t>Martha held Scruff tightly. Her heart sank as she heard him whine as she walked toward the door. This was good for him, and he needed to get used to it. He'd be here a lot in the next few days.</w:t>
      </w:r>
    </w:p>
    <w:p>
      <w:r>
        <w:rPr>
          <w:rFonts w:ascii="IM Fell English" w:hAnsi="IM Fell English"/>
          <w:color w:val="141414"/>
          <w:sz w:val="24"/>
        </w:rPr>
        <w:t>"It will only be for a few hours," she reassured him.</w:t>
      </w:r>
    </w:p>
    <w:p>
      <w:r>
        <w:rPr>
          <w:rFonts w:ascii="IM Fell English" w:hAnsi="IM Fell English"/>
          <w:color w:val="141414"/>
          <w:sz w:val="24"/>
        </w:rPr>
        <w:t>She returned to the motel and got ready.</w:t>
      </w:r>
    </w:p>
    <w:p>
      <w:r>
        <w:rPr>
          <w:rFonts w:ascii="IM Fell English" w:hAnsi="IM Fell English"/>
          <w:color w:val="141414"/>
          <w:sz w:val="24"/>
        </w:rPr>
        <w:t>She arrived at Green's Funeral Home at one o'clock. Harold Sr. had suggested the family gather for a private viewing an hour before the public arrived. As she entered the viewing room, she felt like she was on display, a portrait in a museum. Even though it was still early, many members of her father's family had already gathered.</w:t>
      </w:r>
    </w:p>
    <w:p>
      <w:r>
        <w:rPr>
          <w:rFonts w:ascii="IM Fell English" w:hAnsi="IM Fell English"/>
          <w:color w:val="141414"/>
          <w:sz w:val="24"/>
        </w:rPr>
        <w:t>On a small stand was the guestbook, which already bore the names of many of her aunts and uncles.</w:t>
      </w:r>
    </w:p>
    <w:p>
      <w:r>
        <w:rPr>
          <w:rFonts w:ascii="IM Fell English" w:hAnsi="IM Fell English"/>
          <w:color w:val="141414"/>
          <w:sz w:val="24"/>
        </w:rPr>
        <w:t>She made her way to her mother's side and stood on the right side of the casket, next to her mother and sister. Looking at her father lying in repose, she felt her face grow hot and buried her face in her hands.</w:t>
      </w:r>
    </w:p>
    <w:p>
      <w:r>
        <w:rPr>
          <w:rFonts w:ascii="IM Fell English" w:hAnsi="IM Fell English"/>
          <w:color w:val="141414"/>
          <w:sz w:val="24"/>
        </w:rPr>
        <w:t>"Are you okay, dear?" her mother whispered.</w:t>
      </w:r>
    </w:p>
    <w:p>
      <w:r>
        <w:rPr>
          <w:rFonts w:ascii="IM Fell English" w:hAnsi="IM Fell English"/>
          <w:color w:val="141414"/>
          <w:sz w:val="24"/>
        </w:rPr>
        <w:t>"I'll be okay. Give me a minute."</w:t>
      </w:r>
    </w:p>
    <w:p>
      <w:r>
        <w:rPr>
          <w:rFonts w:ascii="IM Fell English" w:hAnsi="IM Fell English"/>
          <w:color w:val="141414"/>
          <w:sz w:val="24"/>
        </w:rPr>
        <w:t>After drying her tears, she turned toward the people. She knew her makeup was a mess, so she returned to the restroom to fix it.</w:t>
      </w:r>
    </w:p>
    <w:p>
      <w:r>
        <w:rPr>
          <w:rFonts w:ascii="IM Fell English" w:hAnsi="IM Fell English"/>
          <w:color w:val="141414"/>
          <w:sz w:val="24"/>
        </w:rPr>
        <w:t>The next hour passed painfully slowly. One by one, the members of her dad's family filed by—many she'd met only once, at a family reunion. But they all spoke of her father as if they had been his closest friends.</w:t>
      </w:r>
    </w:p>
    <w:p>
      <w:r>
        <w:rPr>
          <w:rFonts w:ascii="IM Fell English" w:hAnsi="IM Fell English"/>
          <w:color w:val="141414"/>
          <w:sz w:val="24"/>
        </w:rPr>
        <w:t>Before their private viewing hour concluded, people started flooding into the room—church members, other pastors, and community leaders.</w:t>
      </w:r>
    </w:p>
    <w:p>
      <w:r>
        <w:rPr>
          <w:rFonts w:ascii="IM Fell English" w:hAnsi="IM Fell English"/>
          <w:color w:val="141414"/>
          <w:sz w:val="24"/>
        </w:rPr>
        <w:t>By the time she slipped away for dinner, she was exhausted. She returned an hour later, still drained. As she made her way through the crowd, she spotted Judy Phillips from the corner of her eye. She pivoted, meeting Judy's smiling face. Finally, someone she really knew.</w:t>
      </w:r>
    </w:p>
    <w:p>
      <w:r>
        <w:rPr>
          <w:rFonts w:ascii="IM Fell English" w:hAnsi="IM Fell English"/>
          <w:color w:val="141414"/>
          <w:sz w:val="24"/>
        </w:rPr>
        <w:t>"How are you holding up?" Judy asked.</w:t>
      </w:r>
    </w:p>
    <w:p>
      <w:r>
        <w:rPr>
          <w:rFonts w:ascii="IM Fell English" w:hAnsi="IM Fell English"/>
          <w:color w:val="141414"/>
          <w:sz w:val="24"/>
        </w:rPr>
        <w:t>"Okay, I guess," she answered. "But I can't wait for this to be over."</w:t>
      </w:r>
    </w:p>
    <w:p>
      <w:r>
        <w:rPr>
          <w:rFonts w:ascii="IM Fell English" w:hAnsi="IM Fell English"/>
          <w:color w:val="141414"/>
          <w:sz w:val="24"/>
        </w:rPr>
        <w:t>"I know you have a lot on your mind right now, but if you want, we could grab a late snack," Judy offered.</w:t>
      </w:r>
    </w:p>
    <w:p>
      <w:r>
        <w:rPr>
          <w:rFonts w:ascii="IM Fell English" w:hAnsi="IM Fell English"/>
          <w:color w:val="141414"/>
          <w:sz w:val="24"/>
        </w:rPr>
        <w:t>"It'll be after ten o'clock before I can get away from here," Martha said. "Then I need to pick up Scruff."</w:t>
      </w:r>
    </w:p>
    <w:p>
      <w:r>
        <w:rPr>
          <w:rFonts w:ascii="IM Fell English" w:hAnsi="IM Fell English"/>
          <w:color w:val="141414"/>
          <w:sz w:val="24"/>
        </w:rPr>
        <w:t>"That's okay. You have my number. Call me," Judy replied.</w:t>
      </w:r>
    </w:p>
    <w:p>
      <w:r>
        <w:rPr>
          <w:rFonts w:ascii="IM Fell English" w:hAnsi="IM Fell English"/>
          <w:color w:val="141414"/>
          <w:sz w:val="24"/>
        </w:rPr>
        <w:t>"I've got to go," Judy said. "I'm supposed to cover a friend's shift for a couple of hours tonight so she can attend her son's ballgame."</w:t>
      </w:r>
    </w:p>
    <w:p>
      <w:r>
        <w:rPr>
          <w:rFonts w:ascii="IM Fell English" w:hAnsi="IM Fell English"/>
          <w:color w:val="141414"/>
          <w:sz w:val="24"/>
        </w:rPr>
        <w:t>Martha worked her way through the throng until she returned to her sister and mother.</w:t>
      </w:r>
    </w:p>
    <w:p>
      <w:r>
        <w:rPr>
          <w:rFonts w:ascii="IM Fell English" w:hAnsi="IM Fell English"/>
          <w:color w:val="141414"/>
          <w:sz w:val="24"/>
        </w:rPr>
        <w:t>She continued to shake hands and smile until the muscles in her face ached. She caught herself glancing at her watch every few minutes.</w:t>
      </w:r>
    </w:p>
    <w:p>
      <w:r>
        <w:rPr>
          <w:rFonts w:ascii="IM Fell English" w:hAnsi="IM Fell English"/>
          <w:i/>
          <w:color w:val="141414"/>
          <w:sz w:val="24"/>
        </w:rPr>
        <w:t>So, this is what eternity feels like.</w:t>
      </w:r>
    </w:p>
    <w:p>
      <w:r>
        <w:rPr>
          <w:rFonts w:ascii="IM Fell English" w:hAnsi="IM Fell English"/>
          <w:color w:val="141414"/>
          <w:sz w:val="24"/>
        </w:rPr>
        <w:t>Early in the evening, she tried to focus on each person who approached, offering sympathy. Many of the condolences were tinged with contempt for Jamal Richards; some even voiced hopes for the death penalty. Discussing the death penalty at a funeral struck her as strange.</w:t>
      </w:r>
    </w:p>
    <w:p>
      <w:r>
        <w:rPr>
          <w:rFonts w:ascii="IM Fell English" w:hAnsi="IM Fell English"/>
          <w:color w:val="141414"/>
          <w:sz w:val="24"/>
        </w:rPr>
        <w:t>By the end of the evening, her response to each person had become a simple, "Thank you for your sympathy."</w:t>
      </w:r>
    </w:p>
    <w:p>
      <w:r>
        <w:rPr>
          <w:rFonts w:ascii="IM Fell English" w:hAnsi="IM Fell English"/>
          <w:color w:val="141414"/>
          <w:sz w:val="24"/>
        </w:rPr>
        <w:t>After the evening concluded, Martha called Judy. They agreed to meet at McDonald's for a late snack. Before heading out, she picked up Scruff and settled him in her room.</w:t>
      </w:r>
    </w:p>
    <w:p>
      <w:r>
        <w:rPr>
          <w:rFonts w:ascii="IM Fell English" w:hAnsi="IM Fell English"/>
          <w:color w:val="141414"/>
          <w:sz w:val="24"/>
        </w:rPr>
        <w:t>When her salad arrived, Martha scarfed it down as if she hadn't eaten in a week.</w:t>
      </w:r>
    </w:p>
    <w:p>
      <w:r>
        <w:rPr>
          <w:rFonts w:ascii="IM Fell English" w:hAnsi="IM Fell English"/>
          <w:color w:val="141414"/>
          <w:sz w:val="24"/>
        </w:rPr>
        <w:t>"You must be hungry," Judy said, with a mixture of amazement and amusement.</w:t>
      </w:r>
    </w:p>
    <w:p>
      <w:r>
        <w:rPr>
          <w:rFonts w:ascii="IM Fell English" w:hAnsi="IM Fell English"/>
          <w:color w:val="141414"/>
          <w:sz w:val="24"/>
        </w:rPr>
        <w:t>"I must have been hungrier than I thought," Martha replied.</w:t>
      </w:r>
    </w:p>
    <w:p>
      <w:r>
        <w:rPr>
          <w:rFonts w:ascii="IM Fell English" w:hAnsi="IM Fell English"/>
          <w:color w:val="141414"/>
          <w:sz w:val="24"/>
        </w:rPr>
        <w:t>Once Martha finished her meal, they both ordered decaffeinated coffee.</w:t>
      </w:r>
    </w:p>
    <w:p>
      <w:r>
        <w:rPr>
          <w:rFonts w:ascii="IM Fell English" w:hAnsi="IM Fell English"/>
          <w:color w:val="141414"/>
          <w:sz w:val="24"/>
        </w:rPr>
        <w:t>"I can't imagine how you feel, losing your father," Judy said. "And now you have to wait for the trial of that animal who murdered him. How do you do it?"</w:t>
      </w:r>
    </w:p>
    <w:p>
      <w:r>
        <w:rPr>
          <w:rFonts w:ascii="IM Fell English" w:hAnsi="IM Fell English"/>
          <w:color w:val="141414"/>
          <w:sz w:val="24"/>
        </w:rPr>
        <w:t>"How do I do what?" Martha questioned.</w:t>
      </w:r>
    </w:p>
    <w:p>
      <w:r>
        <w:rPr>
          <w:rFonts w:ascii="IM Fell English" w:hAnsi="IM Fell English"/>
          <w:color w:val="141414"/>
          <w:sz w:val="24"/>
        </w:rPr>
        <w:t>"How do you stay so calm? I'd be a basket case," Judy said.</w:t>
      </w:r>
    </w:p>
    <w:p>
      <w:r>
        <w:rPr>
          <w:rFonts w:ascii="IM Fell English" w:hAnsi="IM Fell English"/>
          <w:color w:val="141414"/>
          <w:sz w:val="24"/>
        </w:rPr>
        <w:t>"I never thought about it," Martha replied. "It's just what happened, and I suppose I have to live with it."</w:t>
      </w:r>
    </w:p>
    <w:p>
      <w:r>
        <w:rPr>
          <w:rFonts w:ascii="IM Fell English" w:hAnsi="IM Fell English"/>
          <w:color w:val="141414"/>
          <w:sz w:val="24"/>
        </w:rPr>
        <w:t>They shifted to a lighter subject, discussing their friends from school. Martha was shocked to learn that the freckled girl with bright red curly hair who had sat behind her in science class was now a vice president at a large computer company.</w:t>
      </w:r>
    </w:p>
    <w:p>
      <w:r>
        <w:rPr>
          <w:rFonts w:ascii="IM Fell English" w:hAnsi="IM Fell English"/>
          <w:color w:val="141414"/>
          <w:sz w:val="24"/>
        </w:rPr>
        <w:t>The class geek, now a class hero—what a laugh! And Billy Davidson, the chubby, short boy from English class, was now a world-renowned writer. She had, in fact, read several of his books, unaware that "William David"—whose last book had sold over a million copies—was actually Billy.</w:t>
      </w:r>
    </w:p>
    <w:p>
      <w:r>
        <w:rPr>
          <w:rFonts w:ascii="IM Fell English" w:hAnsi="IM Fell English"/>
          <w:color w:val="141414"/>
          <w:sz w:val="24"/>
        </w:rPr>
        <w:t>It was midnight when she and Judy finally said goodnight and parted ways, heading home.</w:t>
      </w:r>
    </w:p>
    <w:p>
      <w:r>
        <w:rPr>
          <w:rFonts w:ascii="IM Fell English" w:hAnsi="IM Fell English"/>
          <w:color w:val="141414"/>
          <w:sz w:val="24"/>
        </w:rPr>
        <w:t>After a long evening, Martha was happy to return to her motel room. With Scruff curled up at her feet, she fell asleep.</w:t>
      </w:r>
    </w:p>
    <w:p>
      <w:pPr>
        <w:pStyle w:val="Heading1"/>
        <w:jc w:val="center"/>
      </w:pPr>
      <w:r>
        <w:rPr>
          <w:rFonts w:ascii="IM Fell English" w:hAnsi="IM Fell English"/>
          <w:color w:val="0D0D0D"/>
        </w:rPr>
        <w:t>Chapter 4</w:t>
      </w:r>
    </w:p>
    <w:p>
      <w:r>
        <w:rPr>
          <w:rFonts w:ascii="IM Fell English" w:hAnsi="IM Fell English"/>
          <w:color w:val="141414"/>
          <w:sz w:val="24"/>
        </w:rPr>
        <w:t>Martha waited with her mother and sister in a room filled with several unfamiliar people, alongside the familiar faces of Lt. Malroy and Ken Henderson.</w:t>
      </w:r>
    </w:p>
    <w:p>
      <w:r>
        <w:rPr>
          <w:rFonts w:ascii="IM Fell English" w:hAnsi="IM Fell English"/>
          <w:color w:val="141414"/>
          <w:sz w:val="24"/>
        </w:rPr>
        <w:t>A woman in uniform escorted them from the room, down a dark hall, to a small room with just enough chairs for the group. The room was entirely gray: the metal door, the cement floor, and the cinder block walls. Everywhere Martha looked, she encountered the bland, emotionless gray.</w:t>
      </w:r>
    </w:p>
    <w:p>
      <w:r>
        <w:rPr>
          <w:rFonts w:ascii="IM Fell English" w:hAnsi="IM Fell English"/>
          <w:color w:val="141414"/>
          <w:sz w:val="24"/>
        </w:rPr>
        <w:t>The only break in the monotony was the beige metal chairs and the black curtain behind the Plexiglas window, which dominated the center of the wall opposite the chairs. Above the Plexiglas window, a large round clock with unusually large hands showed five minutes to twelve.</w:t>
      </w:r>
    </w:p>
    <w:p>
      <w:r>
        <w:rPr>
          <w:rFonts w:ascii="IM Fell English" w:hAnsi="IM Fell English"/>
          <w:color w:val="141414"/>
          <w:sz w:val="24"/>
        </w:rPr>
        <w:t>Martha watched, transfixed, as the black curtain parted in the middle, revealing another room. The brilliant white walls stood in stark contrast to the dull gray. In the middle of the room stood a medical table. To her right, an open door revealed two guards entering and immediately preparing the table.</w:t>
      </w:r>
    </w:p>
    <w:p>
      <w:r>
        <w:rPr>
          <w:rFonts w:ascii="IM Fell English" w:hAnsi="IM Fell English"/>
          <w:color w:val="141414"/>
          <w:sz w:val="24"/>
        </w:rPr>
        <w:t>They released a lever, tipping the table forward until it was vertical. Only then did she notice the table also had extending arms.</w:t>
      </w:r>
    </w:p>
    <w:p>
      <w:r>
        <w:rPr>
          <w:rFonts w:ascii="IM Fell English" w:hAnsi="IM Fell English"/>
          <w:color w:val="141414"/>
          <w:sz w:val="24"/>
        </w:rPr>
        <w:t>Once the table was ready, the door opened again. A guard entered, leading a priest, followed by a young African American man. The guards worked together, fastening the restraints and securing the young man to the table. A man in a black suit read the charges aloud:</w:t>
      </w:r>
    </w:p>
    <w:p>
      <w:r>
        <w:rPr>
          <w:rFonts w:ascii="IM Fell English" w:hAnsi="IM Fell English"/>
          <w:color w:val="141414"/>
          <w:sz w:val="24"/>
        </w:rPr>
        <w:t>"A jury of your peers found you guilty of murder in the first degree." He then asked the young man if he had anything to say.</w:t>
      </w:r>
    </w:p>
    <w:p>
      <w:r>
        <w:rPr>
          <w:rFonts w:ascii="IM Fell English" w:hAnsi="IM Fell English"/>
          <w:color w:val="141414"/>
          <w:sz w:val="24"/>
        </w:rPr>
        <w:t>Martha saw the terror in his eyes as the reality of death overcame him. He cried uncontrollably.</w:t>
      </w:r>
    </w:p>
    <w:p>
      <w:r>
        <w:rPr>
          <w:rFonts w:ascii="IM Fell English" w:hAnsi="IM Fell English"/>
          <w:color w:val="141414"/>
          <w:sz w:val="24"/>
        </w:rPr>
        <w:t>"I didn't do this!" he cried, tears streaming down his face. "I'm innocent. I don't want to die!"</w:t>
      </w:r>
    </w:p>
    <w:p>
      <w:r>
        <w:rPr>
          <w:rFonts w:ascii="IM Fell English" w:hAnsi="IM Fell English"/>
          <w:color w:val="141414"/>
          <w:sz w:val="24"/>
        </w:rPr>
        <w:t xml:space="preserve">Those words echoed in Martha's ears, </w:t>
      </w:r>
      <w:r>
        <w:rPr>
          <w:rFonts w:ascii="IM Fell English" w:hAnsi="IM Fell English"/>
          <w:i/>
          <w:color w:val="141414"/>
          <w:sz w:val="24"/>
        </w:rPr>
        <w:t>"I didn't do this. I'm innocent. I don't want to die."</w:t>
      </w:r>
    </w:p>
    <w:p>
      <w:r>
        <w:rPr>
          <w:rFonts w:ascii="IM Fell English" w:hAnsi="IM Fell English"/>
          <w:color w:val="141414"/>
          <w:sz w:val="24"/>
        </w:rPr>
        <w:t>Her eyes snapped open. She was drenched in a cold sweat. It had been a nightmare. Martha turned on the light beside her bed, shaking, flushed, and nauseated. His look of terror was imprinted in her mind, and his voice continued to echo in the silence of her room.</w:t>
      </w:r>
    </w:p>
    <w:p>
      <w:r>
        <w:rPr>
          <w:rFonts w:ascii="IM Fell English" w:hAnsi="IM Fell English"/>
          <w:color w:val="141414"/>
          <w:sz w:val="24"/>
        </w:rPr>
        <w:t>It was 4:00 AM. She lay back down but couldn't sleep. The nightmare had been so vivid, so real. Around 5:30 that morning, she realized she'd need to find out what had happened to her father. She couldn't let her nightmare become a reality, no matter what Malroy wanted.</w:t>
      </w:r>
    </w:p>
    <w:p>
      <w:r>
        <w:rPr>
          <w:rFonts w:ascii="IM Fell English" w:hAnsi="IM Fell English"/>
          <w:color w:val="141414"/>
          <w:sz w:val="24"/>
        </w:rPr>
        <w:t>She took a notepad and pen from the motel's desk and began to develop a plan. First, she'd meet with the reporter who had written the article about Jamal Richards' arrest. Second, she'd try to visit Richards herself. Finally, she'd meet again with Ken Henderson for suggestions on how to proceed.</w:t>
      </w:r>
    </w:p>
    <w:p>
      <w:r>
        <w:rPr>
          <w:rFonts w:ascii="IM Fell English" w:hAnsi="IM Fell English"/>
          <w:color w:val="141414"/>
          <w:sz w:val="24"/>
        </w:rPr>
        <w:t>At 7:00 AM, she walked down to the Dinner Bell for breakfast. She was finishing her black coffee when Judy approached.</w:t>
      </w:r>
    </w:p>
    <w:p>
      <w:r>
        <w:rPr>
          <w:rFonts w:ascii="IM Fell English" w:hAnsi="IM Fell English"/>
          <w:color w:val="141414"/>
          <w:sz w:val="24"/>
        </w:rPr>
        <w:t>"Are you okay?" Judy asked.</w:t>
      </w:r>
    </w:p>
    <w:p>
      <w:r>
        <w:rPr>
          <w:rFonts w:ascii="IM Fell English" w:hAnsi="IM Fell English"/>
          <w:color w:val="141414"/>
          <w:sz w:val="24"/>
        </w:rPr>
        <w:t>"I had a dream last night that Jamal might be innocent," Martha replied.</w:t>
      </w:r>
    </w:p>
    <w:p>
      <w:r>
        <w:rPr>
          <w:rFonts w:ascii="IM Fell English" w:hAnsi="IM Fell English"/>
          <w:color w:val="141414"/>
          <w:sz w:val="24"/>
        </w:rPr>
        <w:t>Judy frowned and crossed her arms. "Why do you think Jamal is innocent? Just because of a dream? Be careful. The police think Jamal is guilty, and I'm sure they know what's best."</w:t>
      </w:r>
    </w:p>
    <w:p>
      <w:r>
        <w:rPr>
          <w:rFonts w:ascii="IM Fell English" w:hAnsi="IM Fell English"/>
          <w:color w:val="141414"/>
          <w:sz w:val="24"/>
        </w:rPr>
        <w:t>Martha explained that she wanted to ensure an innocent man didn't suffer, but Judy's mind was already made up about Jamal. She wouldn't budge. Martha realized that no amount of argument would change</w:t>
      </w:r>
    </w:p>
    <w:p>
      <w:r>
        <w:rPr>
          <w:rFonts w:ascii="IM Fell English" w:hAnsi="IM Fell English"/>
          <w:color w:val="141414"/>
          <w:sz w:val="24"/>
        </w:rPr>
        <w:t>Judy's mind. Knowing it would be pointless, she excused herself, paid her bill, and returned to her room.</w:t>
      </w:r>
    </w:p>
    <w:p>
      <w:r>
        <w:rPr>
          <w:rFonts w:ascii="IM Fell English" w:hAnsi="IM Fell English"/>
          <w:color w:val="141414"/>
          <w:sz w:val="24"/>
        </w:rPr>
        <w:t>She didn't have time to worry about Judy. She had a funeral to prepare for.</w:t>
      </w:r>
    </w:p>
    <w:p>
      <w:r>
        <w:rPr>
          <w:rFonts w:ascii="IM Fell English" w:hAnsi="IM Fell English"/>
          <w:color w:val="141414"/>
          <w:sz w:val="24"/>
        </w:rPr>
        <w:t>"Back to the kennel with you, fellow," Martha said to Scruff.</w:t>
      </w:r>
    </w:p>
    <w:p>
      <w:r>
        <w:rPr>
          <w:rFonts w:ascii="IM Fell English" w:hAnsi="IM Fell English"/>
          <w:color w:val="141414"/>
          <w:sz w:val="24"/>
        </w:rPr>
        <w:t>He started whining as soon as Martha turned into the driveway of Canine Heaven.</w:t>
      </w:r>
    </w:p>
    <w:p>
      <w:r>
        <w:rPr>
          <w:rFonts w:ascii="IM Fell English" w:hAnsi="IM Fell English"/>
          <w:color w:val="141414"/>
          <w:sz w:val="24"/>
        </w:rPr>
        <w:t>"Don't start," she said. "You know you can't come to the funeral."</w:t>
      </w:r>
    </w:p>
    <w:p>
      <w:pPr>
        <w:pStyle w:val="Heading1"/>
        <w:jc w:val="center"/>
      </w:pPr>
      <w:r>
        <w:rPr>
          <w:rFonts w:ascii="IM Fell English" w:hAnsi="IM Fell English"/>
          <w:color w:val="0D0D0D"/>
        </w:rPr>
        <w:t>Chapter 5</w:t>
      </w:r>
    </w:p>
    <w:p>
      <w:r>
        <w:rPr>
          <w:rFonts w:ascii="IM Fell English" w:hAnsi="IM Fell English"/>
          <w:color w:val="141414"/>
          <w:sz w:val="24"/>
        </w:rPr>
        <w:t>"Where have you been?" Ruth asked as Martha walked through the church door.</w:t>
      </w:r>
    </w:p>
    <w:p>
      <w:r>
        <w:rPr>
          <w:rFonts w:ascii="IM Fell English" w:hAnsi="IM Fell English"/>
          <w:color w:val="141414"/>
          <w:sz w:val="24"/>
        </w:rPr>
        <w:t>"I had to take care of Scruff," Martha replied.</w:t>
      </w:r>
    </w:p>
    <w:p>
      <w:r>
        <w:rPr>
          <w:rFonts w:ascii="IM Fell English" w:hAnsi="IM Fell English"/>
          <w:color w:val="141414"/>
          <w:sz w:val="24"/>
        </w:rPr>
        <w:t>Ruth hurried Martha to the front of the church, where Rev. Joy, Pastor Chris, and her sister were waiting.</w:t>
      </w:r>
    </w:p>
    <w:p>
      <w:r>
        <w:rPr>
          <w:rFonts w:ascii="IM Fell English" w:hAnsi="IM Fell English"/>
          <w:color w:val="141414"/>
          <w:sz w:val="24"/>
        </w:rPr>
        <w:t>"As I was telling your sister before you arrived, the funeral will take between fifty and sixty minutes," Rev. Joy said.</w:t>
      </w:r>
    </w:p>
    <w:p>
      <w:r>
        <w:rPr>
          <w:rFonts w:ascii="IM Fell English" w:hAnsi="IM Fell English"/>
          <w:color w:val="141414"/>
          <w:sz w:val="24"/>
        </w:rPr>
        <w:t>Martha sighed loudly.</w:t>
      </w:r>
    </w:p>
    <w:p>
      <w:r>
        <w:rPr>
          <w:rFonts w:ascii="IM Fell English" w:hAnsi="IM Fell English"/>
          <w:color w:val="141414"/>
          <w:sz w:val="24"/>
        </w:rPr>
        <w:t>"Too long?" he asked.</w:t>
      </w:r>
    </w:p>
    <w:p>
      <w:r>
        <w:rPr>
          <w:rFonts w:ascii="IM Fell English" w:hAnsi="IM Fell English"/>
          <w:color w:val="141414"/>
          <w:sz w:val="24"/>
        </w:rPr>
        <w:t>"No, I guess not," she answered.</w:t>
      </w:r>
    </w:p>
    <w:p>
      <w:r>
        <w:rPr>
          <w:rFonts w:ascii="IM Fell English" w:hAnsi="IM Fell English"/>
          <w:color w:val="141414"/>
          <w:sz w:val="24"/>
        </w:rPr>
        <w:t>Pastor Chris led the procession down the center aisle at precisely eleven o'clock. Behind him were Rev. Joy and the District</w:t>
      </w:r>
    </w:p>
    <w:p>
      <w:r>
        <w:rPr>
          <w:rFonts w:ascii="IM Fell English" w:hAnsi="IM Fell English"/>
          <w:color w:val="141414"/>
          <w:sz w:val="24"/>
        </w:rPr>
        <w:t>Superintendent, followed by Ruth, Mary, and Martha. Martha could feel the eyes of the people in the crowded church on her. She took a seat next to Mary. The silence was deafening as they waited.</w:t>
      </w:r>
    </w:p>
    <w:p>
      <w:r>
        <w:rPr>
          <w:rFonts w:ascii="IM Fell English" w:hAnsi="IM Fell English"/>
          <w:color w:val="141414"/>
          <w:sz w:val="24"/>
        </w:rPr>
        <w:t>Finally, Pastor Chris stepped up to the pulpit and began, just as Martha had heard her father begin funeral services many times.</w:t>
      </w:r>
    </w:p>
    <w:p>
      <w:r>
        <w:rPr>
          <w:rFonts w:ascii="IM Fell English" w:hAnsi="IM Fell English"/>
          <w:color w:val="141414"/>
          <w:sz w:val="24"/>
        </w:rPr>
        <w:t>"Dying Christ has destroyed our death, and rising Christ has restored our life..."</w:t>
      </w:r>
    </w:p>
    <w:p>
      <w:r>
        <w:rPr>
          <w:rFonts w:ascii="IM Fell English" w:hAnsi="IM Fell English"/>
          <w:color w:val="141414"/>
          <w:sz w:val="24"/>
        </w:rPr>
        <w:t>After a brief greeting, Pastor Chris read her father's eulogy. As Chris read each parish's name aloud, Martha remembered its unique story. In Marystown, she and Mary were born. In Columbus, her mother and father had a rough time; her father was often out late, smoothing ruffled feathers in the congregation. Then they moved to Brownsville. Things seemed to settle there, and Dad was home most nights. The church in Brownsville was more open to change.</w:t>
      </w:r>
    </w:p>
    <w:p>
      <w:r>
        <w:rPr>
          <w:rFonts w:ascii="IM Fell English" w:hAnsi="IM Fell English"/>
          <w:color w:val="141414"/>
          <w:sz w:val="24"/>
        </w:rPr>
        <w:t>Rev. Joy began the sermon, taking his text from Psalm 23. He had been a family friend for years and had attended seminary with her father. He shared some humorous stories about her father's dating life during seminary and how Dad always went for the "bad girl" types until Ruth made him settle down.</w:t>
      </w:r>
    </w:p>
    <w:p>
      <w:r>
        <w:rPr>
          <w:rFonts w:ascii="IM Fell English" w:hAnsi="IM Fell English"/>
          <w:color w:val="141414"/>
          <w:sz w:val="24"/>
        </w:rPr>
        <w:t>After the sermon, the choir sang two memorable songs, with Sister Lewis sobbing through both. Fifty-five minutes later, the funeral was over, and Martha felt relief as Pastor Chris closed with prayer.</w:t>
      </w:r>
    </w:p>
    <w:p>
      <w:r>
        <w:rPr>
          <w:rFonts w:ascii="IM Fell English" w:hAnsi="IM Fell English"/>
          <w:color w:val="141414"/>
          <w:sz w:val="24"/>
        </w:rPr>
        <w:t>Ruth, Mary, and Martha left the church and rode to the Brownsville Memorial Gardens in the black limousine. The graveside service was thankfully brief.</w:t>
      </w:r>
    </w:p>
    <w:p>
      <w:r>
        <w:rPr>
          <w:rFonts w:ascii="IM Fell English" w:hAnsi="IM Fell English"/>
          <w:color w:val="141414"/>
          <w:sz w:val="24"/>
        </w:rPr>
        <w:t>They all returned to the church for a meal provided by the congregation. It reminded Martha of what her father always said:</w:t>
      </w:r>
    </w:p>
    <w:p>
      <w:r>
        <w:rPr>
          <w:rFonts w:ascii="IM Fell English" w:hAnsi="IM Fell English"/>
          <w:color w:val="141414"/>
          <w:sz w:val="24"/>
        </w:rPr>
        <w:t>"After you die, they're going to put you in a box, put the box in the ground, and then everyone will go back to the church and eat potato salad." She scooped a heap of potato salad onto her plate and whispered, "Dad, you were right."</w:t>
      </w:r>
    </w:p>
    <w:p>
      <w:r>
        <w:rPr>
          <w:rFonts w:ascii="IM Fell English" w:hAnsi="IM Fell English"/>
          <w:color w:val="141414"/>
          <w:sz w:val="24"/>
        </w:rPr>
        <w:t>Senator Rick Phillips was one of the first people to approach her at lunch. "Jamal Richards will get what he has coming," he said.</w:t>
      </w:r>
    </w:p>
    <w:p>
      <w:r>
        <w:rPr>
          <w:rFonts w:ascii="IM Fell English" w:hAnsi="IM Fell English"/>
          <w:color w:val="141414"/>
          <w:sz w:val="24"/>
        </w:rPr>
        <w:t>"Why do you think he did it?" Martha asked.</w:t>
      </w:r>
    </w:p>
    <w:p>
      <w:r>
        <w:rPr>
          <w:rFonts w:ascii="IM Fell English" w:hAnsi="IM Fell English"/>
          <w:color w:val="141414"/>
          <w:sz w:val="24"/>
        </w:rPr>
        <w:t>"Who else could've? His fingerprints were all over the house," Rick replied.</w:t>
      </w:r>
    </w:p>
    <w:p>
      <w:r>
        <w:rPr>
          <w:rFonts w:ascii="IM Fell English" w:hAnsi="IM Fell English"/>
          <w:color w:val="141414"/>
          <w:sz w:val="24"/>
        </w:rPr>
        <w:t>"Who told you that?" Martha asked.</w:t>
      </w:r>
    </w:p>
    <w:p>
      <w:r>
        <w:rPr>
          <w:rFonts w:ascii="IM Fell English" w:hAnsi="IM Fell English"/>
          <w:color w:val="141414"/>
          <w:sz w:val="24"/>
        </w:rPr>
        <w:t>"Well, Daniel Malroy has been my friend for years. The case came up during our coffee meeting last week, and he assured me they had the right man. That's good enough for me."</w:t>
      </w:r>
    </w:p>
    <w:p>
      <w:r>
        <w:rPr>
          <w:rFonts w:ascii="IM Fell English" w:hAnsi="IM Fell English"/>
          <w:color w:val="141414"/>
          <w:sz w:val="24"/>
        </w:rPr>
        <w:t>"If they're sure," Martha said.</w:t>
      </w:r>
    </w:p>
    <w:p>
      <w:r>
        <w:rPr>
          <w:rFonts w:ascii="IM Fell English" w:hAnsi="IM Fell English"/>
          <w:color w:val="141414"/>
          <w:sz w:val="24"/>
        </w:rPr>
        <w:t>As a small group gathered around, Rick added, "As a leader in the community, I want to assure you, I will not rest until they sentence Jamal Richards for this appalling act." Rick was a politician through and through.</w:t>
      </w:r>
    </w:p>
    <w:p>
      <w:r>
        <w:rPr>
          <w:rFonts w:ascii="IM Fell English" w:hAnsi="IM Fell English"/>
          <w:color w:val="141414"/>
          <w:sz w:val="24"/>
        </w:rPr>
        <w:t>"Martha, can you come over here? I have someone I want you to meet," Ruth called out.</w:t>
      </w:r>
    </w:p>
    <w:p>
      <w:r>
        <w:rPr>
          <w:rFonts w:ascii="IM Fell English" w:hAnsi="IM Fell English"/>
          <w:color w:val="141414"/>
          <w:sz w:val="24"/>
        </w:rPr>
        <w:t>Mercifully, Martha excused herself and retreated to her mother's side. It was late when she picked up Scruff.</w:t>
      </w:r>
    </w:p>
    <w:p>
      <w:r>
        <w:rPr>
          <w:rFonts w:ascii="IM Fell English" w:hAnsi="IM Fell English"/>
          <w:color w:val="141414"/>
          <w:sz w:val="24"/>
        </w:rPr>
        <w:t>"Believe me, you didn't miss a thing, Scruff," Martha said as he jumped into the front passenger seat.</w:t>
      </w:r>
    </w:p>
    <w:p>
      <w:r>
        <w:rPr>
          <w:rFonts w:ascii="IM Fell English" w:hAnsi="IM Fell English"/>
          <w:color w:val="141414"/>
          <w:sz w:val="24"/>
        </w:rPr>
        <w:t>She returned to the motel, slipped into her pajamas, fed Scruff, and turned on a movie. Before the first commercial break, her eyes drifted shut.</w:t>
      </w:r>
    </w:p>
    <w:p>
      <w:pPr>
        <w:pStyle w:val="Heading1"/>
        <w:jc w:val="center"/>
      </w:pPr>
    </w:p>
    <w:p>
      <w:pPr>
        <w:pStyle w:val="Heading2"/>
        <w:jc w:val="center"/>
      </w:pPr>
      <w:r>
        <w:rPr>
          <w:rFonts w:ascii="IM Fell English" w:hAnsi="IM Fell English"/>
          <w:color w:val="0D0D0D"/>
        </w:rPr>
        <w:t>Chapter 6</w:t>
      </w:r>
    </w:p>
    <w:p>
      <w:r>
        <w:rPr>
          <w:rFonts w:ascii="IM Fell English" w:hAnsi="IM Fell English"/>
          <w:color w:val="141414"/>
          <w:sz w:val="24"/>
        </w:rPr>
        <w:t>Martha couldn't shake the dream, even after the funeral. That morning, she returned to Mary's apartment. Mary was already up and dressed in bright pink—a radiant pink flowered blouse, light pink shorts, and a pink scarf holding her hair back, despite it still being December.</w:t>
      </w:r>
    </w:p>
    <w:p>
      <w:r>
        <w:rPr>
          <w:rFonts w:ascii="IM Fell English" w:hAnsi="IM Fell English"/>
          <w:color w:val="141414"/>
          <w:sz w:val="24"/>
        </w:rPr>
        <w:t>"Is the pink for cancer awareness?" Martha asked.</w:t>
      </w:r>
    </w:p>
    <w:p>
      <w:r>
        <w:rPr>
          <w:rFonts w:ascii="IM Fell English" w:hAnsi="IM Fell English"/>
          <w:color w:val="141414"/>
          <w:sz w:val="24"/>
        </w:rPr>
        <w:t>"Just felt like pink, no real reason," Mary replied. "Want a cup of coffee?"</w:t>
      </w:r>
    </w:p>
    <w:p>
      <w:r>
        <w:rPr>
          <w:rFonts w:ascii="IM Fell English" w:hAnsi="IM Fell English"/>
          <w:color w:val="141414"/>
          <w:sz w:val="24"/>
        </w:rPr>
        <w:t>"If there's any left," Martha said.</w:t>
      </w:r>
    </w:p>
    <w:p>
      <w:r>
        <w:rPr>
          <w:rFonts w:ascii="IM Fell English" w:hAnsi="IM Fell English"/>
          <w:color w:val="141414"/>
          <w:sz w:val="24"/>
        </w:rPr>
        <w:t>They entered the kitchen, and Martha poured herself a large mug of the dark brew.</w:t>
      </w:r>
    </w:p>
    <w:p>
      <w:r>
        <w:rPr>
          <w:rFonts w:ascii="IM Fell English" w:hAnsi="IM Fell English"/>
          <w:color w:val="141414"/>
          <w:sz w:val="24"/>
        </w:rPr>
        <w:t>"How do you feel about Dad's murder?" Martha began.</w:t>
      </w:r>
    </w:p>
    <w:p>
      <w:r>
        <w:rPr>
          <w:rFonts w:ascii="IM Fell English" w:hAnsi="IM Fell English"/>
          <w:color w:val="141414"/>
          <w:sz w:val="24"/>
        </w:rPr>
        <w:t>"Well, I hate it," Mary said. "Why do you ask?"</w:t>
      </w:r>
    </w:p>
    <w:p>
      <w:r>
        <w:rPr>
          <w:rFonts w:ascii="IM Fell English" w:hAnsi="IM Fell English"/>
          <w:color w:val="141414"/>
          <w:sz w:val="24"/>
        </w:rPr>
        <w:t>"What if Jamal is innocent?" Martha asked.</w:t>
      </w:r>
    </w:p>
    <w:p>
      <w:r>
        <w:rPr>
          <w:rFonts w:ascii="IM Fell English" w:hAnsi="IM Fell English"/>
          <w:color w:val="141414"/>
          <w:sz w:val="24"/>
        </w:rPr>
        <w:t>Ruth appeared in the doorway. "Innocent? Never!" she declared.</w:t>
      </w:r>
    </w:p>
    <w:p>
      <w:r>
        <w:rPr>
          <w:rFonts w:ascii="IM Fell English" w:hAnsi="IM Fell English"/>
          <w:color w:val="141414"/>
          <w:sz w:val="24"/>
        </w:rPr>
        <w:t>"How do you know, Mom?" Martha replied.</w:t>
      </w:r>
    </w:p>
    <w:p>
      <w:r>
        <w:rPr>
          <w:rFonts w:ascii="IM Fell English" w:hAnsi="IM Fell English"/>
          <w:color w:val="141414"/>
          <w:sz w:val="24"/>
        </w:rPr>
        <w:t>"The police said so," Ruth answered. "And I just know."</w:t>
      </w:r>
    </w:p>
    <w:p>
      <w:r>
        <w:rPr>
          <w:rFonts w:ascii="IM Fell English" w:hAnsi="IM Fell English"/>
          <w:color w:val="141414"/>
          <w:sz w:val="24"/>
        </w:rPr>
        <w:t>"But what if the police are wrong?" Martha asked.</w:t>
      </w:r>
    </w:p>
    <w:p>
      <w:r>
        <w:rPr>
          <w:rFonts w:ascii="IM Fell English" w:hAnsi="IM Fell English"/>
          <w:color w:val="141414"/>
          <w:sz w:val="24"/>
        </w:rPr>
        <w:t>"I suppose it's possible," Mary said.</w:t>
      </w:r>
    </w:p>
    <w:p>
      <w:r>
        <w:rPr>
          <w:rFonts w:ascii="IM Fell English" w:hAnsi="IM Fell English"/>
          <w:color w:val="141414"/>
          <w:sz w:val="24"/>
        </w:rPr>
        <w:t>"Why did you bring this up?" Ruth asked.</w:t>
      </w:r>
    </w:p>
    <w:p>
      <w:r>
        <w:rPr>
          <w:rFonts w:ascii="IM Fell English" w:hAnsi="IM Fell English"/>
          <w:color w:val="141414"/>
          <w:sz w:val="24"/>
        </w:rPr>
        <w:t>Martha explained her dream and fears that an innocent man might be in prison.</w:t>
      </w:r>
    </w:p>
    <w:p>
      <w:r>
        <w:rPr>
          <w:rFonts w:ascii="IM Fell English" w:hAnsi="IM Fell English"/>
          <w:color w:val="141414"/>
          <w:sz w:val="24"/>
        </w:rPr>
        <w:t>"Because of a dream?" Ruth chided.</w:t>
      </w:r>
    </w:p>
    <w:p>
      <w:r>
        <w:rPr>
          <w:rFonts w:ascii="IM Fell English" w:hAnsi="IM Fell English"/>
          <w:color w:val="141414"/>
          <w:sz w:val="24"/>
        </w:rPr>
        <w:t>"Well, yes, and just a feeling, I guess," Martha confessed. "I just want to be sure."</w:t>
      </w:r>
    </w:p>
    <w:p>
      <w:r>
        <w:rPr>
          <w:rFonts w:ascii="IM Fell English" w:hAnsi="IM Fell English"/>
          <w:color w:val="141414"/>
          <w:sz w:val="24"/>
        </w:rPr>
        <w:t>"How can you be sure?" Mary asked.</w:t>
      </w:r>
    </w:p>
    <w:p>
      <w:r>
        <w:rPr>
          <w:rFonts w:ascii="IM Fell English" w:hAnsi="IM Fell English"/>
          <w:color w:val="141414"/>
          <w:sz w:val="24"/>
        </w:rPr>
        <w:t>"I guess I need to find out for myself," Martha said.</w:t>
      </w:r>
    </w:p>
    <w:p>
      <w:r>
        <w:rPr>
          <w:rFonts w:ascii="IM Fell English" w:hAnsi="IM Fell English"/>
          <w:color w:val="141414"/>
          <w:sz w:val="24"/>
        </w:rPr>
        <w:t>Mary smiled. "Playing detective? Count me in."</w:t>
      </w:r>
    </w:p>
    <w:p>
      <w:r>
        <w:rPr>
          <w:rFonts w:ascii="IM Fell English" w:hAnsi="IM Fell English"/>
          <w:color w:val="141414"/>
          <w:sz w:val="24"/>
        </w:rPr>
        <w:t>"Not a detective, just some conversations to see how we feel," Martha said.</w:t>
      </w:r>
    </w:p>
    <w:p>
      <w:r>
        <w:rPr>
          <w:rFonts w:ascii="IM Fell English" w:hAnsi="IM Fell English"/>
          <w:color w:val="141414"/>
          <w:sz w:val="24"/>
        </w:rPr>
        <w:t>Ruth sat down. "Waste of time."</w:t>
      </w:r>
    </w:p>
    <w:p>
      <w:r>
        <w:rPr>
          <w:rFonts w:ascii="IM Fell English" w:hAnsi="IM Fell English"/>
          <w:color w:val="141414"/>
          <w:sz w:val="24"/>
        </w:rPr>
        <w:t>"Well, it's our time to waste, right, Martie?" Mary said.</w:t>
      </w:r>
    </w:p>
    <w:p>
      <w:r>
        <w:rPr>
          <w:rFonts w:ascii="IM Fell English" w:hAnsi="IM Fell English"/>
          <w:color w:val="141414"/>
          <w:sz w:val="24"/>
        </w:rPr>
        <w:t>"You're right, sis. If we want to spend our time this way, that's our choice," Martha agreed.</w:t>
      </w:r>
    </w:p>
    <w:p>
      <w:r>
        <w:rPr>
          <w:rFonts w:ascii="IM Fell English" w:hAnsi="IM Fell English"/>
          <w:color w:val="141414"/>
          <w:sz w:val="24"/>
        </w:rPr>
        <w:t>Ruth's face turned red, and she stomped out of the kitchen.</w:t>
      </w:r>
    </w:p>
    <w:p>
      <w:r>
        <w:rPr>
          <w:rFonts w:ascii="IM Fell English" w:hAnsi="IM Fell English"/>
          <w:color w:val="141414"/>
          <w:sz w:val="24"/>
        </w:rPr>
        <w:t>"So, where do we start?" Mary asked.</w:t>
      </w:r>
    </w:p>
    <w:p>
      <w:r>
        <w:rPr>
          <w:rFonts w:ascii="IM Fell English" w:hAnsi="IM Fell English"/>
          <w:color w:val="141414"/>
          <w:sz w:val="24"/>
        </w:rPr>
        <w:t>Martha, unsure where to begin, shrugged. She was no detective—she was a librarian.</w:t>
      </w:r>
    </w:p>
    <w:p>
      <w:r>
        <w:rPr>
          <w:rFonts w:ascii="IM Fell English" w:hAnsi="IM Fell English"/>
          <w:color w:val="141414"/>
          <w:sz w:val="24"/>
        </w:rPr>
        <w:t>"This calls for a trip to the library," Martha said.</w:t>
      </w:r>
    </w:p>
    <w:p>
      <w:r>
        <w:rPr>
          <w:rFonts w:ascii="IM Fell English" w:hAnsi="IM Fell English"/>
          <w:color w:val="141414"/>
          <w:sz w:val="24"/>
        </w:rPr>
        <w:t>Upon entering the library, the attendant turned toward them. "We're only open until three because of our Christmas Party."</w:t>
      </w:r>
    </w:p>
    <w:p>
      <w:r>
        <w:rPr>
          <w:rFonts w:ascii="IM Fell English" w:hAnsi="IM Fell English"/>
          <w:color w:val="141414"/>
          <w:sz w:val="24"/>
        </w:rPr>
        <w:t>Martha cringed. Her mother would expect them to attend Christmas Eve services, and the idea of singing carols felt immoral—celebrating so soon after her father's death.</w:t>
      </w:r>
    </w:p>
    <w:p>
      <w:r>
        <w:rPr>
          <w:rFonts w:ascii="IM Fell English" w:hAnsi="IM Fell English"/>
          <w:color w:val="141414"/>
          <w:sz w:val="24"/>
        </w:rPr>
        <w:t>She paused, taking in the library's familiar solace. While some found restoration in an ocean, mountains, or a camping trip, Martha always found it in an excellent book. To escape from her life for a few hours was restorative.</w:t>
      </w:r>
    </w:p>
    <w:p>
      <w:r>
        <w:rPr>
          <w:rFonts w:ascii="IM Fell English" w:hAnsi="IM Fell English"/>
          <w:color w:val="141414"/>
          <w:sz w:val="24"/>
        </w:rPr>
        <w:t>"We could start with the newspaper reporter who wrote the story," Martha suggested.</w:t>
      </w:r>
    </w:p>
    <w:p>
      <w:r>
        <w:rPr>
          <w:rFonts w:ascii="IM Fell English" w:hAnsi="IM Fell English"/>
          <w:color w:val="141414"/>
          <w:sz w:val="24"/>
        </w:rPr>
        <w:t>She browsed the newspapers, quickly finding the Saturday edition with the article about Jamal Richards. She noted the byline: Sherry Porter. Martha then perused past issues, observing Porter's consistent competence as a journalist—a refreshing change from the usual hacks.</w:t>
      </w:r>
    </w:p>
    <w:p>
      <w:r>
        <w:rPr>
          <w:rFonts w:ascii="IM Fell English" w:hAnsi="IM Fell English"/>
          <w:color w:val="141414"/>
          <w:sz w:val="24"/>
        </w:rPr>
        <w:t xml:space="preserve">A quick check of the phone book gave her the number for the </w:t>
      </w:r>
      <w:r>
        <w:rPr>
          <w:rFonts w:ascii="IM Fell English" w:hAnsi="IM Fell English"/>
          <w:i/>
          <w:color w:val="141414"/>
          <w:sz w:val="24"/>
        </w:rPr>
        <w:t>Brownsville Herald</w:t>
      </w:r>
      <w:r>
        <w:rPr>
          <w:rFonts w:ascii="IM Fell English" w:hAnsi="IM Fell English"/>
          <w:color w:val="141414"/>
          <w:sz w:val="24"/>
        </w:rPr>
        <w:t>. After a brief call, they had an appointment to meet Sherry Porter for a luncheon meeting the day after Christmas.</w:t>
      </w:r>
    </w:p>
    <w:p>
      <w:r>
        <w:rPr>
          <w:rFonts w:ascii="IM Fell English" w:hAnsi="IM Fell English"/>
          <w:color w:val="141414"/>
          <w:sz w:val="24"/>
        </w:rPr>
        <w:t>They agreed not to attend the Christmas Eve service. It was too soon.</w:t>
      </w:r>
    </w:p>
    <w:p>
      <w:r>
        <w:rPr>
          <w:rFonts w:ascii="IM Fell English" w:hAnsi="IM Fell English"/>
          <w:color w:val="141414"/>
          <w:sz w:val="24"/>
        </w:rPr>
        <w:t>Ruth opened her Bible and read, "In those days, a decree went out from Caesar Augustus that all the world..." Her voice broke, and she burst into tears.</w:t>
      </w:r>
    </w:p>
    <w:p>
      <w:r>
        <w:rPr>
          <w:rFonts w:ascii="IM Fell English" w:hAnsi="IM Fell English"/>
          <w:color w:val="141414"/>
          <w:sz w:val="24"/>
        </w:rPr>
        <w:t>Martha took the Bible from her and closed it. "Maybe next year we'll be ready..."</w:t>
      </w:r>
    </w:p>
    <w:p>
      <w:r>
        <w:rPr>
          <w:rFonts w:ascii="IM Fell English" w:hAnsi="IM Fell English"/>
          <w:color w:val="141414"/>
          <w:sz w:val="24"/>
        </w:rPr>
        <w:t>They didn't gather around the tree. It remained at their family home, a place too painful to revisit. Christmas Eve and Christmas Day came and went, but it didn't feel like Christmas this year.</w:t>
      </w:r>
    </w:p>
    <w:p>
      <w:pPr>
        <w:pStyle w:val="Heading1"/>
        <w:jc w:val="center"/>
      </w:pPr>
      <w:r>
        <w:rPr>
          <w:rFonts w:ascii="IM Fell English" w:hAnsi="IM Fell English"/>
          <w:color w:val="0D0D0D"/>
        </w:rPr>
        <w:t>Chapter 7</w:t>
      </w:r>
    </w:p>
    <w:p>
      <w:r>
        <w:rPr>
          <w:rFonts w:ascii="IM Fell English" w:hAnsi="IM Fell English"/>
          <w:color w:val="141414"/>
          <w:sz w:val="24"/>
        </w:rPr>
        <w:t xml:space="preserve">The coffee shop Sherry suggested was just a block from the </w:t>
      </w:r>
      <w:r>
        <w:rPr>
          <w:rFonts w:ascii="IM Fell English" w:hAnsi="IM Fell English"/>
          <w:i/>
          <w:color w:val="141414"/>
          <w:sz w:val="24"/>
        </w:rPr>
        <w:t>Herald's</w:t>
      </w:r>
      <w:r>
        <w:rPr>
          <w:rFonts w:ascii="IM Fell English" w:hAnsi="IM Fell English"/>
          <w:color w:val="141414"/>
          <w:sz w:val="24"/>
        </w:rPr>
        <w:t xml:space="preserve"> office. Martha arrived twenty minutes before their scheduled meeting. There was no mistaking Sherry when she walked in. She was five-foot-ten with shoulder-length brown hair, and wore a two-piece blue business suit that tastefully accentuated her figure. She entered the coffee shop like the owner, stopped inside the door, and surveyed the crowd. She marched purposefully over to Martha's booth and sat down.</w:t>
      </w:r>
    </w:p>
    <w:p>
      <w:r>
        <w:rPr>
          <w:rFonts w:ascii="IM Fell English" w:hAnsi="IM Fell English"/>
          <w:color w:val="141414"/>
          <w:sz w:val="24"/>
        </w:rPr>
        <w:t>In those few seconds, Martha decided this was the woman she wanted to emulate. Sherry Porter exuded authority, magnetism, and charisma. Martha could easily picture Sherry barking orders at other reporters, expecting them to follow without question. Sherry was a no-nonsense type: get in there and get the job done. Martha, however, saw herself as anything but authoritative. She was a librarian, for God's sake—who would ever jump when she barked?</w:t>
      </w:r>
    </w:p>
    <w:p>
      <w:r>
        <w:rPr>
          <w:rFonts w:ascii="IM Fell English" w:hAnsi="IM Fell English"/>
          <w:color w:val="141414"/>
          <w:sz w:val="24"/>
        </w:rPr>
        <w:t>Nervously, Martha began, "Ms. Porter, thank you for agreeing to meet with me on such short notice." As she spoke, knots formed in her stomach, making her question why she was even there.</w:t>
      </w:r>
    </w:p>
    <w:p>
      <w:r>
        <w:rPr>
          <w:rFonts w:ascii="IM Fell English" w:hAnsi="IM Fell English"/>
          <w:color w:val="141414"/>
          <w:sz w:val="24"/>
        </w:rPr>
        <w:t>"Just call me Sherry," she said, pulling a thin file from her black leather briefcase and placing it on the table before them. "I brought copies of everything we have on file regarding your father's murder, along with the notes from my interview with Jamal. I think this is what you were looking for." She placed her hand authoritatively on the folder.</w:t>
      </w:r>
    </w:p>
    <w:p>
      <w:r>
        <w:rPr>
          <w:rFonts w:ascii="IM Fell English" w:hAnsi="IM Fell English"/>
          <w:color w:val="141414"/>
          <w:sz w:val="24"/>
        </w:rPr>
        <w:t>"You can have it if you agree to let me know what you find out," Sherry added.</w:t>
      </w:r>
    </w:p>
    <w:p>
      <w:r>
        <w:rPr>
          <w:rFonts w:ascii="IM Fell English" w:hAnsi="IM Fell English"/>
          <w:color w:val="141414"/>
          <w:sz w:val="24"/>
        </w:rPr>
        <w:t>"What makes you think we're going to find anything out?" Martha asked.</w:t>
      </w:r>
    </w:p>
    <w:p>
      <w:r>
        <w:rPr>
          <w:rFonts w:ascii="IM Fell English" w:hAnsi="IM Fell English"/>
          <w:color w:val="141414"/>
          <w:sz w:val="24"/>
        </w:rPr>
        <w:t>"Why else would you have asked to see me if you weren't looking into this matter?" Sherry asked. "Do we have an agreement?" Martha hesitated, then gave a reluctant shrug.</w:t>
      </w:r>
    </w:p>
    <w:p>
      <w:r>
        <w:rPr>
          <w:rFonts w:ascii="IM Fell English" w:hAnsi="IM Fell English"/>
          <w:color w:val="141414"/>
          <w:sz w:val="24"/>
        </w:rPr>
        <w:t xml:space="preserve">Sherry slid the file across the table toward Martha. "Inside, you'll find copies of all the notes the other reporter took at the time of the murder and the stories we ran in the </w:t>
      </w:r>
      <w:r>
        <w:rPr>
          <w:rFonts w:ascii="IM Fell English" w:hAnsi="IM Fell English"/>
          <w:i/>
          <w:color w:val="141414"/>
          <w:sz w:val="24"/>
        </w:rPr>
        <w:t>Herald</w:t>
      </w:r>
      <w:r>
        <w:rPr>
          <w:rFonts w:ascii="IM Fell English" w:hAnsi="IM Fell English"/>
          <w:color w:val="141414"/>
          <w:sz w:val="24"/>
        </w:rPr>
        <w:t>."</w:t>
      </w:r>
    </w:p>
    <w:p>
      <w:r>
        <w:rPr>
          <w:rFonts w:ascii="IM Fell English" w:hAnsi="IM Fell English"/>
          <w:color w:val="141414"/>
          <w:sz w:val="24"/>
        </w:rPr>
        <w:t>Martha placed her hand on the file, hesitating before opening it. When she finally did, the first thing she saw was a photo of her father, lying in a pool of blood on the floor of his study. A lump formed in her gut and rose to her throat. She swallowed repeatedly, fighting back tears. Her eyes remained fixed on the image: her father, once so full of life, now sprawled lifelessly on the floor, frozen in time.</w:t>
      </w:r>
    </w:p>
    <w:p>
      <w:r>
        <w:rPr>
          <w:rFonts w:ascii="IM Fell English" w:hAnsi="IM Fell English"/>
          <w:color w:val="141414"/>
          <w:sz w:val="24"/>
        </w:rPr>
        <w:t>Files from his cabinet littered the floor, their contents flung haphazardly around his body. She desperately wanted to look away, to divert her gaze, but the picture held her captive.</w:t>
      </w:r>
    </w:p>
    <w:p>
      <w:r>
        <w:rPr>
          <w:rFonts w:ascii="IM Fell English" w:hAnsi="IM Fell English"/>
          <w:color w:val="141414"/>
          <w:sz w:val="24"/>
        </w:rPr>
        <w:t>Sherry sat silently and respectfully, waiting. Martha finally looked up from the photo, meeting Sherry's eyes.</w:t>
      </w:r>
    </w:p>
    <w:p>
      <w:r>
        <w:rPr>
          <w:rFonts w:ascii="IM Fell English" w:hAnsi="IM Fell English"/>
          <w:color w:val="141414"/>
          <w:sz w:val="24"/>
        </w:rPr>
        <w:t>"You interviewed Jamal. What do you think about him?" Martha asked.</w:t>
      </w:r>
    </w:p>
    <w:p>
      <w:r>
        <w:rPr>
          <w:rFonts w:ascii="IM Fell English" w:hAnsi="IM Fell English"/>
          <w:color w:val="141414"/>
          <w:sz w:val="24"/>
        </w:rPr>
        <w:t>"What do I think?" Sherry replied.</w:t>
      </w:r>
    </w:p>
    <w:p>
      <w:r>
        <w:rPr>
          <w:rFonts w:ascii="IM Fell English" w:hAnsi="IM Fell English"/>
          <w:color w:val="141414"/>
          <w:sz w:val="24"/>
        </w:rPr>
        <w:t>"Do you think he did it?" Martha pressed.</w:t>
      </w:r>
    </w:p>
    <w:p>
      <w:r>
        <w:rPr>
          <w:rFonts w:ascii="IM Fell English" w:hAnsi="IM Fell English"/>
          <w:color w:val="141414"/>
          <w:sz w:val="24"/>
        </w:rPr>
        <w:t>"He claims he's innocent, but I don't know," Sherry said.</w:t>
      </w:r>
    </w:p>
    <w:p>
      <w:r>
        <w:rPr>
          <w:rFonts w:ascii="IM Fell English" w:hAnsi="IM Fell English"/>
          <w:color w:val="141414"/>
          <w:sz w:val="24"/>
        </w:rPr>
        <w:t>"If you were me, what would you do?" Martha asked, hoping for guidance.</w:t>
      </w:r>
    </w:p>
    <w:p>
      <w:r>
        <w:rPr>
          <w:rFonts w:ascii="IM Fell English" w:hAnsi="IM Fell English"/>
          <w:color w:val="141414"/>
          <w:sz w:val="24"/>
        </w:rPr>
        <w:t xml:space="preserve">"If I were you, I'd want to know for certain if he was guilty. If it </w:t>
      </w:r>
      <w:r>
        <w:rPr>
          <w:rFonts w:ascii="IM Fell English" w:hAnsi="IM Fell English"/>
          <w:b/>
          <w:color w:val="141414"/>
          <w:sz w:val="24"/>
        </w:rPr>
        <w:t>were</w:t>
      </w:r>
      <w:r>
        <w:rPr>
          <w:rFonts w:ascii="IM Fell English" w:hAnsi="IM Fell English"/>
          <w:color w:val="141414"/>
          <w:sz w:val="24"/>
        </w:rPr>
        <w:t xml:space="preserve"> my father, I'd talk to him myself. That's just what I'd do," Sherry answered.</w:t>
      </w:r>
    </w:p>
    <w:p>
      <w:r>
        <w:rPr>
          <w:rFonts w:ascii="IM Fell English" w:hAnsi="IM Fell English"/>
          <w:color w:val="141414"/>
          <w:sz w:val="24"/>
        </w:rPr>
        <w:t>Sherry drained her glass of Diet Coke and stood. "I hope what we've discussed helps you do the right thing. I just wish I knew what the right thing was. If you need my help, you know where to find me. Remember our deal."</w:t>
      </w:r>
    </w:p>
    <w:p>
      <w:r>
        <w:rPr>
          <w:rFonts w:ascii="IM Fell English" w:hAnsi="IM Fell English"/>
          <w:color w:val="141414"/>
          <w:sz w:val="24"/>
        </w:rPr>
        <w:t>As much as Martha dreaded the prospect, it was now clear she couldn't put her fears to rest until she met Jamal Richards face-to-face. Sherry had hit the nail on the head—it was the only right thing to do. But how could she get in to see him? Help could only come from one place: the lead officer in this case.</w:t>
      </w:r>
    </w:p>
    <w:p>
      <w:r>
        <w:rPr>
          <w:rFonts w:ascii="IM Fell English" w:hAnsi="IM Fell English"/>
          <w:color w:val="141414"/>
          <w:sz w:val="24"/>
        </w:rPr>
        <w:t>Somehow, she had to convince Detective Malroy to arrange a visit for her. She didn't look forward to meeting Malroy again, especially after their last contentious meeting.</w:t>
      </w:r>
    </w:p>
    <w:p>
      <w:r>
        <w:rPr>
          <w:rFonts w:ascii="IM Fell English" w:hAnsi="IM Fell English"/>
          <w:color w:val="141414"/>
          <w:sz w:val="24"/>
        </w:rPr>
        <w:t>Martha decided to visit Malroy's office in person.</w:t>
      </w:r>
    </w:p>
    <w:p>
      <w:r>
        <w:rPr>
          <w:rFonts w:ascii="IM Fell English" w:hAnsi="IM Fell English"/>
          <w:color w:val="141414"/>
          <w:sz w:val="24"/>
        </w:rPr>
        <w:t>She drove to his office and waited.</w:t>
      </w:r>
    </w:p>
    <w:p>
      <w:r>
        <w:rPr>
          <w:rFonts w:ascii="IM Fell English" w:hAnsi="IM Fell English"/>
          <w:color w:val="141414"/>
          <w:sz w:val="24"/>
        </w:rPr>
        <w:t>"Mrs. Thomas, how may I help you?" he asked.</w:t>
      </w:r>
    </w:p>
    <w:p>
      <w:r>
        <w:rPr>
          <w:rFonts w:ascii="IM Fell English" w:hAnsi="IM Fell English"/>
          <w:color w:val="141414"/>
          <w:sz w:val="24"/>
        </w:rPr>
        <w:t>"I'd like to visit Jamal Richards," she replied.</w:t>
      </w:r>
    </w:p>
    <w:p>
      <w:r>
        <w:rPr>
          <w:rFonts w:ascii="IM Fell English" w:hAnsi="IM Fell English"/>
          <w:color w:val="141414"/>
          <w:sz w:val="24"/>
        </w:rPr>
        <w:t>His eyes grew cold and hard. "Why, may I ask?"</w:t>
      </w:r>
    </w:p>
    <w:p>
      <w:r>
        <w:rPr>
          <w:rFonts w:ascii="IM Fell English" w:hAnsi="IM Fell English"/>
          <w:color w:val="141414"/>
          <w:sz w:val="24"/>
        </w:rPr>
        <w:t>"I want to talk to him about my father's murder."</w:t>
      </w:r>
    </w:p>
    <w:p>
      <w:r>
        <w:rPr>
          <w:rFonts w:ascii="IM Fell English" w:hAnsi="IM Fell English"/>
          <w:color w:val="141414"/>
          <w:sz w:val="24"/>
        </w:rPr>
        <w:t>His nostrils flared. "What do you hope to learn?"</w:t>
      </w:r>
    </w:p>
    <w:p>
      <w:r>
        <w:rPr>
          <w:rFonts w:ascii="IM Fell English" w:hAnsi="IM Fell English"/>
          <w:color w:val="141414"/>
          <w:sz w:val="24"/>
        </w:rPr>
        <w:t>"I just need to confirm his guilt."</w:t>
      </w:r>
    </w:p>
    <w:p>
      <w:r>
        <w:rPr>
          <w:rFonts w:ascii="IM Fell English" w:hAnsi="IM Fell English"/>
          <w:color w:val="141414"/>
          <w:sz w:val="24"/>
        </w:rPr>
        <w:t>"I don't think so," he said.</w:t>
      </w:r>
    </w:p>
    <w:p>
      <w:r>
        <w:rPr>
          <w:rFonts w:ascii="IM Fell English" w:hAnsi="IM Fell English"/>
          <w:color w:val="141414"/>
          <w:sz w:val="24"/>
        </w:rPr>
        <w:t xml:space="preserve">"Sherry Porter, the reporter for the </w:t>
      </w:r>
      <w:r>
        <w:rPr>
          <w:rFonts w:ascii="IM Fell English" w:hAnsi="IM Fell English"/>
          <w:i/>
          <w:color w:val="141414"/>
          <w:sz w:val="24"/>
        </w:rPr>
        <w:t>Herald</w:t>
      </w:r>
      <w:r>
        <w:rPr>
          <w:rFonts w:ascii="IM Fell English" w:hAnsi="IM Fell English"/>
          <w:color w:val="141414"/>
          <w:sz w:val="24"/>
        </w:rPr>
        <w:t>, might be interested in investigating a police cover-up—a frame-up. I can see the headlines now," Martha said.</w:t>
      </w:r>
    </w:p>
    <w:p>
      <w:r>
        <w:rPr>
          <w:rFonts w:ascii="IM Fell English" w:hAnsi="IM Fell English"/>
          <w:color w:val="141414"/>
          <w:sz w:val="24"/>
        </w:rPr>
        <w:t>She could see his muscles tightening, the glare in his eyes, and the crimson flush creeping up his neck. He was silent for a moment.</w:t>
      </w:r>
    </w:p>
    <w:p>
      <w:r>
        <w:rPr>
          <w:rFonts w:ascii="IM Fell English" w:hAnsi="IM Fell English"/>
          <w:color w:val="141414"/>
          <w:sz w:val="24"/>
        </w:rPr>
        <w:t>"I'll see what I can do," he said gravely.</w:t>
      </w:r>
    </w:p>
    <w:p>
      <w:r>
        <w:rPr>
          <w:rFonts w:ascii="IM Fell English" w:hAnsi="IM Fell English"/>
          <w:color w:val="141414"/>
          <w:sz w:val="24"/>
        </w:rPr>
        <w:t>After a pause, he spoke through clenched teeth. "Okay, you can see him. I'll make the call today. Give me a number where I can reach you."</w:t>
      </w:r>
    </w:p>
    <w:p>
      <w:r>
        <w:rPr>
          <w:rFonts w:ascii="IM Fell English" w:hAnsi="IM Fell English"/>
          <w:color w:val="141414"/>
          <w:sz w:val="24"/>
        </w:rPr>
        <w:t>She jotted down her number and quickly left the room.</w:t>
      </w:r>
    </w:p>
    <w:p>
      <w:r>
        <w:rPr>
          <w:rFonts w:ascii="IM Fell English" w:hAnsi="IM Fell English"/>
          <w:color w:val="141414"/>
          <w:sz w:val="24"/>
        </w:rPr>
        <w:t>About an hour later, her phone rang. It was Malroy. He didn't wait for her greeting. "The prison expects you at ten tomorrow morning. Don't be late," he snapped, then hung up.</w:t>
      </w:r>
    </w:p>
    <w:p>
      <w:r>
        <w:rPr>
          <w:rFonts w:ascii="IM Fell English" w:hAnsi="IM Fell English"/>
          <w:color w:val="141414"/>
          <w:sz w:val="24"/>
        </w:rPr>
        <w:t>Was that anger she heard in his voice? Or fear?</w:t>
      </w:r>
    </w:p>
    <w:p>
      <w:pPr>
        <w:pStyle w:val="Heading1"/>
        <w:jc w:val="center"/>
      </w:pPr>
      <w:r>
        <w:rPr>
          <w:rFonts w:ascii="IM Fell English" w:hAnsi="IM Fell English"/>
          <w:color w:val="0D0D0D"/>
        </w:rPr>
        <w:t>Chapter 8</w:t>
      </w:r>
    </w:p>
    <w:p>
      <w:r>
        <w:rPr>
          <w:rFonts w:ascii="IM Fell English" w:hAnsi="IM Fell English"/>
          <w:color w:val="141414"/>
          <w:sz w:val="24"/>
        </w:rPr>
        <w:t>Martha woke the following day to find her Camaro covered in three inches of fresh, white powder from the overnight snow. She searched her car in vain for an ice scraper—she'd never needed one back in San Antonio. She glanced at her watch—time was slipping away. She grabbed the jewel case from a CD she'd bought the night before. After removing the CD and placing it on the passenger seat, she used the case to scrape away the snow and ice from the windshield.</w:t>
      </w:r>
    </w:p>
    <w:p>
      <w:r>
        <w:rPr>
          <w:rFonts w:ascii="IM Fell English" w:hAnsi="IM Fell English"/>
          <w:color w:val="141414"/>
          <w:sz w:val="24"/>
        </w:rPr>
        <w:t>The makeshift tool worked well until she began clearing the rear windows. As she scraped the driver's side rear window with the jewel case, it gave way with a sharp crack of plastic. It shattered into pieces and fell into the snow at her feet.</w:t>
      </w:r>
    </w:p>
    <w:p>
      <w:r>
        <w:rPr>
          <w:rFonts w:ascii="IM Fell English" w:hAnsi="IM Fell English"/>
          <w:color w:val="141414"/>
          <w:sz w:val="24"/>
        </w:rPr>
        <w:t>She surveyed her work. The front and rear windows were clear, but her side vision was still limited. Climbing into the car, she started for the highway. The radio reported that the snow would continue to fall, and the area was under a level-two snow emergency.</w:t>
      </w:r>
    </w:p>
    <w:p>
      <w:r>
        <w:rPr>
          <w:rFonts w:ascii="IM Fell English" w:hAnsi="IM Fell English"/>
          <w:color w:val="141414"/>
          <w:sz w:val="24"/>
        </w:rPr>
        <w:t>The announcer repeated, "If you don't have to be on the roads, this is a good day to stay home."</w:t>
      </w:r>
    </w:p>
    <w:p>
      <w:r>
        <w:rPr>
          <w:rFonts w:ascii="IM Fell English" w:hAnsi="IM Fell English"/>
          <w:color w:val="141414"/>
          <w:sz w:val="24"/>
        </w:rPr>
        <w:t>She spotted a convenience store and service station, where she purchased a combination ice scraper and snow brush. Once her car was clean, she noticed the snowplows had cleared the highway, allowing her to make good time. She drove at fifty miles an hour until she reached the turnoff leading to the prison. The next ten miles were treacherous; the back road hadn't been plowed, forcing her to drive slowly and follow the path left by a four-wheel-drive vehicle.</w:t>
      </w:r>
    </w:p>
    <w:p>
      <w:r>
        <w:rPr>
          <w:rFonts w:ascii="IM Fell English" w:hAnsi="IM Fell English"/>
          <w:color w:val="141414"/>
          <w:sz w:val="24"/>
        </w:rPr>
        <w:t>Martha pulled into the prison parking lot at 10:00 AM, later than she had hoped. She entered the main door, where a uniformed guard met her.</w:t>
      </w:r>
    </w:p>
    <w:p>
      <w:r>
        <w:rPr>
          <w:rFonts w:ascii="IM Fell English" w:hAnsi="IM Fell English"/>
          <w:color w:val="141414"/>
          <w:sz w:val="24"/>
        </w:rPr>
        <w:t>"Name and reason for your visit today?" he asked.</w:t>
      </w:r>
    </w:p>
    <w:p>
      <w:r>
        <w:rPr>
          <w:rFonts w:ascii="IM Fell English" w:hAnsi="IM Fell English"/>
          <w:color w:val="141414"/>
          <w:sz w:val="24"/>
        </w:rPr>
        <w:t>"Martha Thomas," she replied.</w:t>
      </w:r>
    </w:p>
    <w:p>
      <w:r>
        <w:rPr>
          <w:rFonts w:ascii="IM Fell English" w:hAnsi="IM Fell English"/>
          <w:color w:val="141414"/>
          <w:sz w:val="24"/>
        </w:rPr>
        <w:t>He scanned the pages on his clipboard, then said, "Yes, Miss Thomas, we have you right here. Please wait here."</w:t>
      </w:r>
    </w:p>
    <w:p>
      <w:r>
        <w:rPr>
          <w:rFonts w:ascii="IM Fell English" w:hAnsi="IM Fell English"/>
          <w:color w:val="141414"/>
          <w:sz w:val="24"/>
        </w:rPr>
        <w:t>He disappeared through a gray metal door and returned with a husky female guard a few minutes later.</w:t>
      </w:r>
    </w:p>
    <w:p>
      <w:r>
        <w:rPr>
          <w:rFonts w:ascii="IM Fell English" w:hAnsi="IM Fell English"/>
          <w:color w:val="141414"/>
          <w:sz w:val="24"/>
        </w:rPr>
        <w:t>"Miss Thomas, please follow me," the female guard said curtly.</w:t>
      </w:r>
    </w:p>
    <w:p>
      <w:r>
        <w:rPr>
          <w:rFonts w:ascii="IM Fell English" w:hAnsi="IM Fell English"/>
          <w:color w:val="141414"/>
          <w:sz w:val="24"/>
        </w:rPr>
        <w:t>They passed through another gray metal door, down a hall, and into a windowless room with a small table in its center.</w:t>
      </w:r>
    </w:p>
    <w:p>
      <w:r>
        <w:rPr>
          <w:rFonts w:ascii="IM Fell English" w:hAnsi="IM Fell English"/>
          <w:color w:val="141414"/>
          <w:sz w:val="24"/>
        </w:rPr>
        <w:t>The female guard stated, "Miss Thomas, our records show you're here to see Jamal Richards. Inmate Richards is in Maximum Security. A complete search is required before your visit. Do you consent?"</w:t>
      </w:r>
    </w:p>
    <w:p>
      <w:r>
        <w:rPr>
          <w:rFonts w:ascii="IM Fell English" w:hAnsi="IM Fell English"/>
          <w:color w:val="141414"/>
          <w:sz w:val="24"/>
        </w:rPr>
        <w:t xml:space="preserve">Martha hesitated. </w:t>
      </w:r>
      <w:r>
        <w:rPr>
          <w:rFonts w:ascii="IM Fell English" w:hAnsi="IM Fell English"/>
          <w:i/>
          <w:color w:val="141414"/>
          <w:sz w:val="24"/>
        </w:rPr>
        <w:t>What's a complete search?</w:t>
      </w:r>
    </w:p>
    <w:p>
      <w:r>
        <w:rPr>
          <w:rFonts w:ascii="IM Fell English" w:hAnsi="IM Fell English"/>
          <w:color w:val="141414"/>
          <w:sz w:val="24"/>
        </w:rPr>
        <w:t>"I guess so," she replied.</w:t>
      </w:r>
    </w:p>
    <w:p>
      <w:r>
        <w:rPr>
          <w:rFonts w:ascii="IM Fell English" w:hAnsi="IM Fell English"/>
          <w:color w:val="141414"/>
          <w:sz w:val="24"/>
        </w:rPr>
        <w:t>The female guard handed Martha consent forms for the search, instructing her to sign her full name in three places and initial in two.</w:t>
      </w:r>
    </w:p>
    <w:p>
      <w:r>
        <w:rPr>
          <w:rFonts w:ascii="IM Fell English" w:hAnsi="IM Fell English"/>
          <w:color w:val="141414"/>
          <w:sz w:val="24"/>
        </w:rPr>
        <w:t>After Martha signed, the guard walked to the door, glanced back, and said, "Part of the search requires you to remove all your clothing except your bra and panties. Just place your clothes on the table. I'll be back shortly with a witness for your protection. Please undress."</w:t>
      </w:r>
    </w:p>
    <w:p>
      <w:r>
        <w:rPr>
          <w:rFonts w:ascii="IM Fell English" w:hAnsi="IM Fell English"/>
          <w:color w:val="141414"/>
          <w:sz w:val="24"/>
        </w:rPr>
        <w:t>Martha complied, placing her clothes on the table. Forty-five minutes passed before the female guard returned, accompanied by the male guard she had met earlier. Embarrassed, Martha tried to cover herself with her arms.</w:t>
      </w:r>
    </w:p>
    <w:p>
      <w:r>
        <w:rPr>
          <w:rFonts w:ascii="IM Fell English" w:hAnsi="IM Fell English"/>
          <w:color w:val="141414"/>
          <w:sz w:val="24"/>
        </w:rPr>
        <w:t>The female guard said, "I'm sorry, but all our female guards are unavailable. He's just here as a witness for your protection."</w:t>
      </w:r>
    </w:p>
    <w:p>
      <w:r>
        <w:rPr>
          <w:rFonts w:ascii="IM Fell English" w:hAnsi="IM Fell English"/>
          <w:color w:val="141414"/>
          <w:sz w:val="24"/>
        </w:rPr>
        <w:t>Without waiting for Martha to respond, the female guard instructed, "Face the door and extend your arms straight out from your sides, and we can get this over."</w:t>
      </w:r>
    </w:p>
    <w:p>
      <w:r>
        <w:rPr>
          <w:rFonts w:ascii="IM Fell English" w:hAnsi="IM Fell English"/>
          <w:color w:val="141414"/>
          <w:sz w:val="24"/>
        </w:rPr>
        <w:t>Martha turned to face the door, arms outstretched, and waited. The female guard roughly squeezed each of Martha's breasts, continuing for several seconds longer than Martha felt was necessary. Her fingers then moved down Martha's body, rubbing her panties, front and back. Martha's humiliation turned to anger. After a few more moments, the female guard said, "She's clean." The male guard left the room.</w:t>
      </w:r>
    </w:p>
    <w:p>
      <w:r>
        <w:rPr>
          <w:rFonts w:ascii="IM Fell English" w:hAnsi="IM Fell English"/>
          <w:color w:val="141414"/>
          <w:sz w:val="24"/>
        </w:rPr>
        <w:t>The female guard then inspected each article of clothing. Once finished, she said, "You may get dressed now," and watched as Martha redressed.</w:t>
      </w:r>
    </w:p>
    <w:p>
      <w:r>
        <w:rPr>
          <w:rFonts w:ascii="IM Fell English" w:hAnsi="IM Fell English"/>
          <w:color w:val="141414"/>
          <w:sz w:val="24"/>
        </w:rPr>
        <w:t>The female guard led her down the hallway. As they walked, they passed a room where ten guards—half male and half female—were drinking coffee and talking. The female guard glanced back at Martha and said, "They were unavailable; they're on break."</w:t>
      </w:r>
    </w:p>
    <w:p>
      <w:r>
        <w:rPr>
          <w:rFonts w:ascii="IM Fell English" w:hAnsi="IM Fell English"/>
          <w:color w:val="141414"/>
          <w:sz w:val="24"/>
        </w:rPr>
        <w:t>They approached an old wooden door topped with a large, frosted, beveled glass window. In gold lettering, the word "Warden" was centered in the window. The female guard knocked and waited to be invited in. A voice from inside said, "You may enter."</w:t>
      </w:r>
    </w:p>
    <w:p>
      <w:r>
        <w:rPr>
          <w:rFonts w:ascii="IM Fell English" w:hAnsi="IM Fell English"/>
          <w:color w:val="141414"/>
          <w:sz w:val="24"/>
        </w:rPr>
        <w:t>The female guard entered, approached a large oak desk, and said, "Sir, Ms. Thomas is here to see Inmate Richards." On the desk sat a matching oak and brass nameplate: "Warden Gallinger."</w:t>
      </w:r>
    </w:p>
    <w:p>
      <w:r>
        <w:rPr>
          <w:rFonts w:ascii="IM Fell English" w:hAnsi="IM Fell English"/>
          <w:color w:val="141414"/>
          <w:sz w:val="24"/>
        </w:rPr>
        <w:t>Warden Gallinger was a balding man in his late fifties, wearing a brown three-piece suit, a white starched shirt, and a brown striped tie. "Ms. Thomas, we've been expecting you. My good friend, Detective Malroy, called and said you'd be coming. He asked us to extend every courtesy to you. His exact words were, 'Make this a visit Ms. Thomas will never forget.' I'm glad the snow didn't stop you this morning."</w:t>
      </w:r>
    </w:p>
    <w:p>
      <w:r>
        <w:rPr>
          <w:rFonts w:ascii="IM Fell English" w:hAnsi="IM Fell English"/>
          <w:color w:val="141414"/>
          <w:sz w:val="24"/>
        </w:rPr>
        <w:t>Now it all made sense—the strip search, the body probing, the male guard present as a witness when female guards were just around the corner. Malroy was behind it. He'd do anything to stop her from seeing Richards.</w:t>
      </w:r>
    </w:p>
    <w:p>
      <w:r>
        <w:rPr>
          <w:rFonts w:ascii="IM Fell English" w:hAnsi="IM Fell English"/>
          <w:color w:val="141414"/>
          <w:sz w:val="24"/>
        </w:rPr>
        <w:t>"Officer Collier will be glad to take you to see Inmate Richards. You'll have fifteen minutes with him. Make the most of your time," Gallinger said.</w:t>
      </w:r>
    </w:p>
    <w:p>
      <w:r>
        <w:rPr>
          <w:rFonts w:ascii="IM Fell English" w:hAnsi="IM Fell English"/>
          <w:color w:val="141414"/>
          <w:sz w:val="24"/>
        </w:rPr>
        <w:t>He then turned to an officer. "Officer Collier, will you escort Ms. Thomas to visitor room number ten?"</w:t>
      </w:r>
    </w:p>
    <w:p>
      <w:r>
        <w:rPr>
          <w:rFonts w:ascii="IM Fell English" w:hAnsi="IM Fell English"/>
          <w:color w:val="141414"/>
          <w:sz w:val="24"/>
        </w:rPr>
        <w:t xml:space="preserve">Collier led Martha deeper into the prison. They walked for what felt like miles until they reached another metal door. Collier opened the door and waited for Martha to enter. Nothing could've prepared her for what she saw. She had expected the clean-cut, fresh-faced young African American man from the picture in the </w:t>
      </w:r>
      <w:r>
        <w:rPr>
          <w:rFonts w:ascii="IM Fell English" w:hAnsi="IM Fell English"/>
          <w:i/>
          <w:color w:val="141414"/>
          <w:sz w:val="24"/>
        </w:rPr>
        <w:t>Brownsville Herald</w:t>
      </w:r>
      <w:r>
        <w:rPr>
          <w:rFonts w:ascii="IM Fell English" w:hAnsi="IM Fell English"/>
          <w:color w:val="141414"/>
          <w:sz w:val="24"/>
        </w:rPr>
        <w:t>, a man who looked around eighteen.</w:t>
      </w:r>
    </w:p>
    <w:p>
      <w:r>
        <w:rPr>
          <w:rFonts w:ascii="IM Fell English" w:hAnsi="IM Fell English"/>
          <w:color w:val="141414"/>
          <w:sz w:val="24"/>
        </w:rPr>
        <w:t>Instead, the man sitting in the chair bolted to the floor was in his early twenties, with shoulder-length dreadlocks peeking out under a bright red and white bandanna.</w:t>
      </w:r>
    </w:p>
    <w:p>
      <w:r>
        <w:rPr>
          <w:rFonts w:ascii="IM Fell English" w:hAnsi="IM Fell English"/>
          <w:color w:val="141414"/>
          <w:sz w:val="24"/>
        </w:rPr>
        <w:t>He wore an unbuttoned blue prison shirt, exposing a white V-neck T-shirt. His sleeves were rolled up, a pack of smokes tucked into the left one. Jamal looked more like a gang member than the person she had seen in the paper.</w:t>
      </w:r>
    </w:p>
    <w:p>
      <w:r>
        <w:rPr>
          <w:rFonts w:ascii="IM Fell English" w:hAnsi="IM Fell English"/>
          <w:color w:val="141414"/>
          <w:sz w:val="24"/>
        </w:rPr>
        <w:t>Martha entered the room, followed by Officer Collier.</w:t>
      </w:r>
    </w:p>
    <w:p>
      <w:r>
        <w:rPr>
          <w:rFonts w:ascii="IM Fell English" w:hAnsi="IM Fell English"/>
          <w:color w:val="141414"/>
          <w:sz w:val="24"/>
        </w:rPr>
        <w:t>"So, who are you, and why did you want to see me?" Jamal Richards asked.</w:t>
      </w:r>
    </w:p>
    <w:p>
      <w:r>
        <w:rPr>
          <w:rFonts w:ascii="IM Fell English" w:hAnsi="IM Fell English"/>
          <w:color w:val="141414"/>
          <w:sz w:val="24"/>
        </w:rPr>
        <w:t>Martha sat in the chair across from him and extended her hand to shake his. He merely stared, his hand remaining flat on the table.</w:t>
      </w:r>
    </w:p>
    <w:p>
      <w:r>
        <w:rPr>
          <w:rFonts w:ascii="IM Fell English" w:hAnsi="IM Fell English"/>
          <w:color w:val="141414"/>
          <w:sz w:val="24"/>
        </w:rPr>
        <w:t>Officer Collier stepped forward and commanded, "No contact. Ms. Thomas, there will be no physical contact with the inmate."</w:t>
      </w:r>
    </w:p>
    <w:p>
      <w:r>
        <w:rPr>
          <w:rFonts w:ascii="IM Fell English" w:hAnsi="IM Fell English"/>
          <w:color w:val="141414"/>
          <w:sz w:val="24"/>
        </w:rPr>
        <w:t>"Ms. Thomas," Jamal began, "You're related to—"</w:t>
      </w:r>
    </w:p>
    <w:p>
      <w:r>
        <w:rPr>
          <w:rFonts w:ascii="IM Fell English" w:hAnsi="IM Fell English"/>
          <w:color w:val="141414"/>
          <w:sz w:val="24"/>
        </w:rPr>
        <w:t>"I'm his daughter," Martha answered.</w:t>
      </w:r>
    </w:p>
    <w:p>
      <w:r>
        <w:rPr>
          <w:rFonts w:ascii="IM Fell English" w:hAnsi="IM Fell English"/>
          <w:color w:val="141414"/>
          <w:sz w:val="24"/>
        </w:rPr>
        <w:t>Jamal leaned forward, causing Collier to tense.</w:t>
      </w:r>
    </w:p>
    <w:p>
      <w:r>
        <w:rPr>
          <w:rFonts w:ascii="IM Fell English" w:hAnsi="IM Fell English"/>
          <w:color w:val="141414"/>
          <w:sz w:val="24"/>
        </w:rPr>
        <w:t>"Look, lady," he said firmly, "I didn't kill your father. No one believes me, but I didn't do it."</w:t>
      </w:r>
    </w:p>
    <w:p>
      <w:r>
        <w:rPr>
          <w:rFonts w:ascii="IM Fell English" w:hAnsi="IM Fell English"/>
          <w:color w:val="141414"/>
          <w:sz w:val="24"/>
        </w:rPr>
        <w:t>She looked into his eyes, sensing his sincerity. She needed to gather as much information as possible within her fifteen minutes.</w:t>
      </w:r>
    </w:p>
    <w:p>
      <w:r>
        <w:rPr>
          <w:rFonts w:ascii="IM Fell English" w:hAnsi="IM Fell English"/>
          <w:color w:val="141414"/>
          <w:sz w:val="24"/>
        </w:rPr>
        <w:t>"If you didn't do it, how did your fingerprints end up in our house?" she asked.</w:t>
      </w:r>
    </w:p>
    <w:p>
      <w:r>
        <w:rPr>
          <w:rFonts w:ascii="IM Fell English" w:hAnsi="IM Fell English"/>
          <w:color w:val="141414"/>
          <w:sz w:val="24"/>
        </w:rPr>
        <w:t>Jamal paused before responding. "Why do you care? Everyone's already convinced I'm guilty. What difference does it make?"</w:t>
      </w:r>
    </w:p>
    <w:p>
      <w:r>
        <w:rPr>
          <w:rFonts w:ascii="IM Fell English" w:hAnsi="IM Fell English"/>
          <w:color w:val="141414"/>
          <w:sz w:val="24"/>
        </w:rPr>
        <w:t>She leaned in. "Honestly, I'm not sure. But what do you have to lose by telling me what happened that afternoon? Start at the beginning."</w:t>
      </w:r>
    </w:p>
    <w:p>
      <w:r>
        <w:rPr>
          <w:rFonts w:ascii="IM Fell English" w:hAnsi="IM Fell English"/>
          <w:color w:val="141414"/>
          <w:sz w:val="24"/>
        </w:rPr>
        <w:t>Jamal considered this, then began.</w:t>
      </w:r>
    </w:p>
    <w:p>
      <w:r>
        <w:rPr>
          <w:rFonts w:ascii="IM Fell English" w:hAnsi="IM Fell English"/>
          <w:color w:val="141414"/>
          <w:sz w:val="24"/>
        </w:rPr>
        <w:t>"I'd been looking for a chance to get away since hearing my mom was in the hospital in Columbus. That morning, I was working outside, clearing snow from the back parking lot, under the watch of Palmer, a guard here. He started to feel sick with the flu, said he was about to throw up, and then ran to the restroom. That was my opportunity. I jumped over the fence between the parking lot and the railroad tracks. I followed the tracks north. A couple of hours later, I reached your father's house. I entered the property through the backyard, and he let me inside. He gave me some clothes and money, and then I left."</w:t>
      </w:r>
    </w:p>
    <w:p>
      <w:r>
        <w:rPr>
          <w:rFonts w:ascii="IM Fell English" w:hAnsi="IM Fell English"/>
          <w:color w:val="141414"/>
          <w:sz w:val="24"/>
        </w:rPr>
        <w:t>Martha listened intently, observing every expression and mannerism as Jamal spoke, trying to decide whether he was lying or telling the truth.</w:t>
      </w:r>
    </w:p>
    <w:p>
      <w:r>
        <w:rPr>
          <w:rFonts w:ascii="IM Fell English" w:hAnsi="IM Fell English"/>
          <w:color w:val="141414"/>
          <w:sz w:val="24"/>
        </w:rPr>
        <w:t>She was also mentally constructing a timeline of events. When he finished, she said, "I'm not sure if I should believe you."</w:t>
      </w:r>
    </w:p>
    <w:p>
      <w:r>
        <w:rPr>
          <w:rFonts w:ascii="IM Fell English" w:hAnsi="IM Fell English"/>
          <w:color w:val="141414"/>
          <w:sz w:val="24"/>
        </w:rPr>
        <w:t>"Look, lady," Jamal insisted, "I didn't kill anyone. I'm telling the truth. I couldn't kill him, I wouldn't – any more than you could."</w:t>
      </w:r>
    </w:p>
    <w:p>
      <w:r>
        <w:rPr>
          <w:rFonts w:ascii="IM Fell English" w:hAnsi="IM Fell English"/>
          <w:color w:val="141414"/>
          <w:sz w:val="24"/>
        </w:rPr>
        <w:t>"What do you mean?" she asked.</w:t>
      </w:r>
    </w:p>
    <w:p>
      <w:r>
        <w:rPr>
          <w:rFonts w:ascii="IM Fell English" w:hAnsi="IM Fell English"/>
          <w:color w:val="141414"/>
          <w:sz w:val="24"/>
        </w:rPr>
        <w:t>"Never mind," Jamal muttered, looking away.</w:t>
      </w:r>
    </w:p>
    <w:p>
      <w:r>
        <w:rPr>
          <w:rFonts w:ascii="IM Fell English" w:hAnsi="IM Fell English"/>
          <w:color w:val="141414"/>
          <w:sz w:val="24"/>
        </w:rPr>
        <w:t>At that moment, Officer Collier stepped into the</w:t>
      </w:r>
    </w:p>
    <w:p>
      <w:r>
        <w:rPr>
          <w:rFonts w:ascii="IM Fell English" w:hAnsi="IM Fell English"/>
          <w:color w:val="141414"/>
          <w:sz w:val="24"/>
        </w:rPr>
        <w:t>room. "Ms. Thomas, your time is up," he said. It hadn't been fifteen minutes yet, but Martha decided not to argue.</w:t>
      </w:r>
    </w:p>
    <w:p>
      <w:r>
        <w:rPr>
          <w:rFonts w:ascii="IM Fell English" w:hAnsi="IM Fell English"/>
          <w:color w:val="141414"/>
          <w:sz w:val="24"/>
        </w:rPr>
        <w:t>She might need to revisit Jamal, so she didn't want to burn any bridges. She stood, thanked Jamal for his time, and followed Collier through the maze of hallways until they reached the door leading back outside. She didn't breathe easily until she was safely in her car.</w:t>
      </w:r>
    </w:p>
    <w:p>
      <w:r>
        <w:rPr>
          <w:rFonts w:ascii="IM Fell English" w:hAnsi="IM Fell English"/>
          <w:color w:val="141414"/>
          <w:sz w:val="24"/>
        </w:rPr>
        <w:t xml:space="preserve">Martha began the treacherous ten-mile drive back to the highway, sighing in relief only when she finally turned onto the main road. She believed Jamal, but she knew the only way to convince Detective Malroy of his innocence was to find the actual killer. The thought of facing a murderer sent a chill down her spine. This wasn't </w:t>
      </w:r>
      <w:r>
        <w:rPr>
          <w:rFonts w:ascii="IM Fell English" w:hAnsi="IM Fell English"/>
          <w:i/>
          <w:color w:val="141414"/>
          <w:sz w:val="24"/>
        </w:rPr>
        <w:t>Matlock</w:t>
      </w:r>
      <w:r>
        <w:rPr>
          <w:rFonts w:ascii="IM Fell English" w:hAnsi="IM Fell English"/>
          <w:color w:val="141414"/>
          <w:sz w:val="24"/>
        </w:rPr>
        <w:t xml:space="preserve"> or </w:t>
      </w:r>
      <w:r>
        <w:rPr>
          <w:rFonts w:ascii="IM Fell English" w:hAnsi="IM Fell English"/>
          <w:i/>
          <w:color w:val="141414"/>
          <w:sz w:val="24"/>
        </w:rPr>
        <w:t>CSI</w:t>
      </w:r>
      <w:r>
        <w:rPr>
          <w:rFonts w:ascii="IM Fell English" w:hAnsi="IM Fell English"/>
          <w:color w:val="141414"/>
          <w:sz w:val="24"/>
        </w:rPr>
        <w:t>. No television screen separated her from the danger. But she couldn't let an innocent man suffer, even if he looked like a member of a gang.</w:t>
      </w:r>
    </w:p>
    <w:p>
      <w:r>
        <w:rPr>
          <w:rFonts w:ascii="IM Fell English" w:hAnsi="IM Fell English"/>
          <w:color w:val="141414"/>
          <w:sz w:val="24"/>
        </w:rPr>
        <w:t>Her training was as a librarian, not a crime specialist. What could she do? The answer came to her: the library. She drove straight to the Brownsville</w:t>
      </w:r>
    </w:p>
    <w:p>
      <w:r>
        <w:rPr>
          <w:rFonts w:ascii="IM Fell English" w:hAnsi="IM Fell English"/>
          <w:color w:val="141414"/>
          <w:sz w:val="24"/>
        </w:rPr>
        <w:t>Library, walked to the first open computer terminal, and began her search. In the dialog box, she typed "CRIMINAL INVESTIGATION." She watched small squares scroll across the bottom of the screen as the system processed thousands of resources to find relevant information. In seconds, it displayed ten texts.</w:t>
      </w:r>
    </w:p>
    <w:p>
      <w:r>
        <w:rPr>
          <w:rFonts w:ascii="IM Fell English" w:hAnsi="IM Fell English"/>
          <w:color w:val="141414"/>
          <w:sz w:val="24"/>
        </w:rPr>
        <w:t xml:space="preserve">She jotted down the titles of two books and quickly determined they were on the second floor. She climbed the stairs and grabbed the first book listed: </w:t>
      </w:r>
      <w:r>
        <w:rPr>
          <w:rFonts w:ascii="IM Fell English" w:hAnsi="IM Fell English"/>
          <w:i/>
          <w:color w:val="141414"/>
          <w:sz w:val="24"/>
        </w:rPr>
        <w:t>Follow the Clues: Go Along with the Police from Investigation to Court</w:t>
      </w:r>
      <w:r>
        <w:rPr>
          <w:rFonts w:ascii="IM Fell English" w:hAnsi="IM Fell English"/>
          <w:color w:val="141414"/>
          <w:sz w:val="24"/>
        </w:rPr>
        <w:t>. This one seemed promising.</w:t>
      </w:r>
    </w:p>
    <w:p>
      <w:r>
        <w:rPr>
          <w:rFonts w:ascii="IM Fell English" w:hAnsi="IM Fell English"/>
          <w:color w:val="141414"/>
          <w:sz w:val="24"/>
        </w:rPr>
        <w:t xml:space="preserve">She then picked up the second book, </w:t>
      </w:r>
      <w:r>
        <w:rPr>
          <w:rFonts w:ascii="IM Fell English" w:hAnsi="IM Fell English"/>
          <w:i/>
          <w:color w:val="141414"/>
          <w:sz w:val="24"/>
        </w:rPr>
        <w:t>Inside the Criminal Mind</w:t>
      </w:r>
      <w:r>
        <w:rPr>
          <w:rFonts w:ascii="IM Fell English" w:hAnsi="IM Fell English"/>
          <w:color w:val="141414"/>
          <w:sz w:val="24"/>
        </w:rPr>
        <w:t>. As she turned the book over, she froze. There, staring back at her from the dust cover, was the face of Detective Malroy. A younger Malroy, with a fuller head of hair, but it was unmistakably him. She had never imagined finding his image in a book about criminal investigation. When Ken had said Malroy could write a book on the subject, he hadn't been joking.</w:t>
      </w:r>
    </w:p>
    <w:p>
      <w:r>
        <w:rPr>
          <w:rFonts w:ascii="IM Fell English" w:hAnsi="IM Fell English"/>
          <w:color w:val="141414"/>
          <w:sz w:val="24"/>
        </w:rPr>
        <w:t>Here it was—over three hundred pages proving Malroy was a crime scene expert. This raised the question: why was he working in a small town like Brownsville? The back cover revealed he had been a professor of Criminal Justice at the University of Cincinnati.</w:t>
      </w:r>
    </w:p>
    <w:p>
      <w:r>
        <w:rPr>
          <w:rFonts w:ascii="IM Fell English" w:hAnsi="IM Fell English"/>
          <w:color w:val="141414"/>
          <w:sz w:val="24"/>
        </w:rPr>
        <w:t>She checked out both books and returned to her motel room, where she spent the rest of the evening poring over them and taking notes.</w:t>
      </w:r>
    </w:p>
    <w:p>
      <w:r>
        <w:rPr>
          <w:rFonts w:ascii="IM Fell English" w:hAnsi="IM Fell English"/>
          <w:color w:val="141414"/>
          <w:sz w:val="24"/>
        </w:rPr>
        <w:t>"Scruff, I hate to say this, but Malroy knows his stuff. His step-by-step field guide is outstanding. He's also a talented author and a great communicator. So why is he here in Brownsville and not teaching at UC? We have to find out, Scruff."</w:t>
      </w:r>
    </w:p>
    <w:p>
      <w:r>
        <w:rPr>
          <w:rFonts w:ascii="IM Fell English" w:hAnsi="IM Fell English"/>
          <w:color w:val="141414"/>
          <w:sz w:val="24"/>
        </w:rPr>
        <w:t xml:space="preserve">The following day, she dressed and started for Mary's apartment. </w:t>
      </w:r>
      <w:r>
        <w:rPr>
          <w:rFonts w:ascii="IM Fell English" w:hAnsi="IM Fell English"/>
          <w:i/>
          <w:color w:val="141414"/>
          <w:sz w:val="24"/>
        </w:rPr>
        <w:t>Freezing rain. Just what she needed this morning.</w:t>
      </w:r>
    </w:p>
    <w:p>
      <w:r>
        <w:rPr>
          <w:rFonts w:ascii="IM Fell English" w:hAnsi="IM Fell English"/>
          <w:color w:val="141414"/>
          <w:sz w:val="24"/>
        </w:rPr>
        <w:t>Carefully pulling out onto the highway, she pressed the gas pedal, and the Camaro slid.</w:t>
      </w:r>
    </w:p>
    <w:p>
      <w:r>
        <w:rPr>
          <w:rFonts w:ascii="IM Fell English" w:hAnsi="IM Fell English"/>
          <w:color w:val="141414"/>
          <w:sz w:val="24"/>
        </w:rPr>
        <w:t>"Better take it easy, Scruff," she said as she accelerated slowly.</w:t>
      </w:r>
    </w:p>
    <w:p>
      <w:r>
        <w:rPr>
          <w:rFonts w:ascii="IM Fell English" w:hAnsi="IM Fell English"/>
          <w:color w:val="141414"/>
          <w:sz w:val="24"/>
        </w:rPr>
        <w:t>A black SUV approached from behind and passed. She slowed further to give it space. As it drew alongside, the SUV swerved and slammed into her front bumper.</w:t>
      </w:r>
    </w:p>
    <w:p>
      <w:r>
        <w:rPr>
          <w:rFonts w:ascii="IM Fell English" w:hAnsi="IM Fell English"/>
          <w:color w:val="141414"/>
          <w:sz w:val="24"/>
        </w:rPr>
        <w:t>She heard the sickening sound of metal against metal, followed by the crunch of gravel as the tires bit into the side of the road. She fought the steering wheel, struggling to keep the car on course. The SUV pulled back into its lane. It must have hit black ice and lost control.</w:t>
      </w:r>
    </w:p>
    <w:p>
      <w:r>
        <w:rPr>
          <w:rFonts w:ascii="IM Fell English" w:hAnsi="IM Fell English"/>
          <w:color w:val="141414"/>
          <w:sz w:val="24"/>
        </w:rPr>
        <w:t>But then it swerved into her again—harder this time. She tried to steady the car, but the SUV was too powerful. She felt the car lose control and veer off the road.</w:t>
      </w:r>
    </w:p>
    <w:p>
      <w:r>
        <w:rPr>
          <w:rFonts w:ascii="IM Fell English" w:hAnsi="IM Fell English"/>
          <w:color w:val="141414"/>
          <w:sz w:val="24"/>
        </w:rPr>
        <w:t>She was thrown violently, her head slamming against the interior. The car finally stopped against a giant oak tree. A branch broke through the windshield, shredding the passenger seat.</w:t>
      </w:r>
    </w:p>
    <w:p>
      <w:r>
        <w:rPr>
          <w:rFonts w:ascii="IM Fell English" w:hAnsi="IM Fell English"/>
          <w:color w:val="141414"/>
          <w:sz w:val="24"/>
        </w:rPr>
        <w:t>"Scruff!"</w:t>
      </w:r>
    </w:p>
    <w:p>
      <w:r>
        <w:rPr>
          <w:rFonts w:ascii="IM Fell English" w:hAnsi="IM Fell English"/>
          <w:color w:val="141414"/>
          <w:sz w:val="24"/>
        </w:rPr>
        <w:t>She tried to wipe sweat from her face, only to find her hand covered in blood. She felt everything closing in as dizziness overwhelmed her.</w:t>
      </w:r>
    </w:p>
    <w:p>
      <w:r>
        <w:rPr>
          <w:rFonts w:ascii="IM Fell English" w:hAnsi="IM Fell English"/>
          <w:color w:val="141414"/>
          <w:sz w:val="24"/>
        </w:rPr>
        <w:t>"Scruff!"</w:t>
      </w:r>
    </w:p>
    <w:p>
      <w:r>
        <w:rPr>
          <w:rFonts w:ascii="IM Fell English" w:hAnsi="IM Fell English"/>
          <w:color w:val="141414"/>
          <w:sz w:val="24"/>
        </w:rPr>
        <w:t>"Are you all right, my dear?" Ruth's trembling voice cut through the fog. "Wake up, dear. I can't lose you too."</w:t>
      </w:r>
    </w:p>
    <w:p>
      <w:r>
        <w:rPr>
          <w:rFonts w:ascii="IM Fell English" w:hAnsi="IM Fell English"/>
          <w:color w:val="141414"/>
          <w:sz w:val="24"/>
        </w:rPr>
        <w:t>Her eyes slid open at the sound of her mother's voice.</w:t>
      </w:r>
    </w:p>
    <w:p>
      <w:r>
        <w:rPr>
          <w:rFonts w:ascii="IM Fell English" w:hAnsi="IM Fell English"/>
          <w:color w:val="141414"/>
          <w:sz w:val="24"/>
        </w:rPr>
        <w:t>She saw blue walls and a television set mounted high. She turned slightly and saw windows looking out onto a parking lot.</w:t>
      </w:r>
    </w:p>
    <w:p>
      <w:r>
        <w:rPr>
          <w:rFonts w:ascii="IM Fell English" w:hAnsi="IM Fell English"/>
          <w:color w:val="141414"/>
          <w:sz w:val="24"/>
        </w:rPr>
        <w:t>"Where am I?" Martha asked weakly.</w:t>
      </w:r>
    </w:p>
    <w:p>
      <w:r>
        <w:rPr>
          <w:rFonts w:ascii="IM Fell English" w:hAnsi="IM Fell English"/>
          <w:color w:val="141414"/>
          <w:sz w:val="24"/>
        </w:rPr>
        <w:t>"Oh, you're all right. You're in the hospital," Ruth said, relieved.</w:t>
      </w:r>
    </w:p>
    <w:p>
      <w:r>
        <w:rPr>
          <w:rFonts w:ascii="IM Fell English" w:hAnsi="IM Fell English"/>
          <w:color w:val="141414"/>
          <w:sz w:val="24"/>
        </w:rPr>
        <w:t>"Hospital? But why?" Martha asked, confused.</w:t>
      </w:r>
    </w:p>
    <w:p>
      <w:r>
        <w:rPr>
          <w:rFonts w:ascii="IM Fell English" w:hAnsi="IM Fell English"/>
          <w:color w:val="141414"/>
          <w:sz w:val="24"/>
        </w:rPr>
        <w:t>Her mind cleared, and she looked up to see Officer Ken Henderson, in full uniform, standing at the foot of her bed.</w:t>
      </w:r>
    </w:p>
    <w:p>
      <w:r>
        <w:rPr>
          <w:rFonts w:ascii="IM Fell English" w:hAnsi="IM Fell English"/>
          <w:color w:val="141414"/>
          <w:sz w:val="24"/>
        </w:rPr>
        <w:t>Mary squeezed her hand.</w:t>
      </w:r>
    </w:p>
    <w:p>
      <w:r>
        <w:rPr>
          <w:rFonts w:ascii="IM Fell English" w:hAnsi="IM Fell English"/>
          <w:color w:val="141414"/>
          <w:sz w:val="24"/>
        </w:rPr>
        <w:t>"Hey, Martie, are you okay?" Mary asked, her voice full of concern.</w:t>
      </w:r>
    </w:p>
    <w:p>
      <w:r>
        <w:rPr>
          <w:rFonts w:ascii="IM Fell English" w:hAnsi="IM Fell English"/>
          <w:color w:val="141414"/>
          <w:sz w:val="24"/>
        </w:rPr>
        <w:t>"I... I think so," Martha replied.</w:t>
      </w:r>
    </w:p>
    <w:p>
      <w:r>
        <w:rPr>
          <w:rFonts w:ascii="IM Fell English" w:hAnsi="IM Fell English"/>
          <w:color w:val="141414"/>
          <w:sz w:val="24"/>
        </w:rPr>
        <w:t>"Our investigation has concluded that you were in an accident with a hit-and-run driver, Ms. Thomas," Ken said, glancing at an aluminum clipboard. "Someone slid on the ice, side-swiped you, and then you lost control, going off an embankment."</w:t>
      </w:r>
    </w:p>
    <w:p>
      <w:r>
        <w:rPr>
          <w:rFonts w:ascii="IM Fell English" w:hAnsi="IM Fell English"/>
          <w:color w:val="141414"/>
          <w:sz w:val="24"/>
        </w:rPr>
        <w:t>"Oh, Scruff! What happened to him?" Martha asked, hating how attached she'd become to the mutt.</w:t>
      </w:r>
    </w:p>
    <w:p>
      <w:r>
        <w:rPr>
          <w:rFonts w:ascii="IM Fell English" w:hAnsi="IM Fell English"/>
          <w:color w:val="141414"/>
          <w:sz w:val="24"/>
        </w:rPr>
        <w:t>"He's fine," Ruth said, reassuringly touching Martha's shoulder.</w:t>
      </w:r>
    </w:p>
    <w:p>
      <w:r>
        <w:rPr>
          <w:rFonts w:ascii="IM Fell English" w:hAnsi="IM Fell English"/>
          <w:color w:val="141414"/>
          <w:sz w:val="24"/>
        </w:rPr>
        <w:t>"We have him at the apartment."</w:t>
      </w:r>
    </w:p>
    <w:p>
      <w:r>
        <w:rPr>
          <w:rFonts w:ascii="IM Fell English" w:hAnsi="IM Fell English"/>
          <w:color w:val="141414"/>
          <w:sz w:val="24"/>
        </w:rPr>
        <w:t>"He'd hidden on the car's floorboard. When we removed the branch, he was curled up and whimpering, with a few minor scratches, but otherwise in good health," Ken added.</w:t>
      </w:r>
    </w:p>
    <w:p>
      <w:r>
        <w:rPr>
          <w:rFonts w:ascii="IM Fell English" w:hAnsi="IM Fell English"/>
          <w:color w:val="141414"/>
          <w:sz w:val="24"/>
        </w:rPr>
        <w:t>"Martie, what happened?" Mary repeated, her voice frantic.</w:t>
      </w:r>
    </w:p>
    <w:p>
      <w:r>
        <w:rPr>
          <w:rFonts w:ascii="IM Fell English" w:hAnsi="IM Fell English"/>
          <w:color w:val="141414"/>
          <w:sz w:val="24"/>
        </w:rPr>
        <w:t>Martha glanced up at her sister, then at Ken. "I was driving toward your apartment when a big black truck, like a Tahoe, tried to pass me. Then, out of nowhere, it came over on me..."</w:t>
      </w:r>
    </w:p>
    <w:p>
      <w:r>
        <w:rPr>
          <w:rFonts w:ascii="IM Fell English" w:hAnsi="IM Fell English"/>
          <w:color w:val="141414"/>
          <w:sz w:val="24"/>
        </w:rPr>
        <w:t>"That's when we believe he lost control the first time," Ken said.</w:t>
      </w:r>
    </w:p>
    <w:p>
      <w:r>
        <w:rPr>
          <w:rFonts w:ascii="IM Fell English" w:hAnsi="IM Fell English"/>
          <w:color w:val="141414"/>
          <w:sz w:val="24"/>
        </w:rPr>
        <w:t>"Then he seemed to correct, but he came back over on me."</w:t>
      </w:r>
    </w:p>
    <w:p>
      <w:r>
        <w:rPr>
          <w:rFonts w:ascii="IM Fell English" w:hAnsi="IM Fell English"/>
          <w:color w:val="141414"/>
          <w:sz w:val="24"/>
        </w:rPr>
        <w:t>"And that's when he lost control the second time," Ken interjected.</w:t>
      </w:r>
    </w:p>
    <w:p>
      <w:r>
        <w:rPr>
          <w:rFonts w:ascii="IM Fell English" w:hAnsi="IM Fell English"/>
          <w:color w:val="141414"/>
          <w:sz w:val="24"/>
        </w:rPr>
        <w:t>"Mom, would you go find a nurse and see if I can have something to eat?" Martha asked, changing the subject.</w:t>
      </w:r>
    </w:p>
    <w:p>
      <w:r>
        <w:rPr>
          <w:rFonts w:ascii="IM Fell English" w:hAnsi="IM Fell English"/>
          <w:color w:val="141414"/>
          <w:sz w:val="24"/>
        </w:rPr>
        <w:t>"Sure, dear," Ruth said, leaving the room.</w:t>
      </w:r>
    </w:p>
    <w:p>
      <w:r>
        <w:rPr>
          <w:rFonts w:ascii="IM Fell English" w:hAnsi="IM Fell English"/>
          <w:color w:val="141414"/>
          <w:sz w:val="24"/>
        </w:rPr>
        <w:t>Once Martha was sure her mother was out of earshot, she said, "This didn't feel like an accident."</w:t>
      </w:r>
    </w:p>
    <w:p>
      <w:r>
        <w:rPr>
          <w:rFonts w:ascii="IM Fell English" w:hAnsi="IM Fell English"/>
          <w:color w:val="141414"/>
          <w:sz w:val="24"/>
        </w:rPr>
        <w:t>"What do you mean?" Ken asked.</w:t>
      </w:r>
    </w:p>
    <w:p>
      <w:r>
        <w:rPr>
          <w:rFonts w:ascii="IM Fell English" w:hAnsi="IM Fell English"/>
          <w:color w:val="141414"/>
          <w:sz w:val="24"/>
        </w:rPr>
        <w:t>"He hit me on purpose," Martha said, her tone serious.</w:t>
      </w:r>
    </w:p>
    <w:p>
      <w:r>
        <w:rPr>
          <w:rFonts w:ascii="IM Fell English" w:hAnsi="IM Fell English"/>
          <w:color w:val="141414"/>
          <w:sz w:val="24"/>
        </w:rPr>
        <w:t>"What makes you say that?" Ken asked.</w:t>
      </w:r>
    </w:p>
    <w:p>
      <w:r>
        <w:rPr>
          <w:rFonts w:ascii="IM Fell English" w:hAnsi="IM Fell English"/>
          <w:color w:val="141414"/>
          <w:sz w:val="24"/>
        </w:rPr>
        <w:t>"He was waiting for me. I saw him in the motel parking lot but thought little of it. Then, when he came up beside me, he looked right at me and smiled."</w:t>
      </w:r>
    </w:p>
    <w:p>
      <w:r>
        <w:rPr>
          <w:rFonts w:ascii="IM Fell English" w:hAnsi="IM Fell English"/>
          <w:color w:val="141414"/>
          <w:sz w:val="24"/>
        </w:rPr>
        <w:t>"He smiled?" Ken asked, surprised.</w:t>
      </w:r>
    </w:p>
    <w:p>
      <w:r>
        <w:rPr>
          <w:rFonts w:ascii="IM Fell English" w:hAnsi="IM Fell English"/>
          <w:color w:val="141414"/>
          <w:sz w:val="24"/>
        </w:rPr>
        <w:t>"I thought he was flirting, but then he turned the wheel and drove straight into my car. At first, I considered he might have lost control, as you suggested, but there was no ice on the road. It was deliberate."</w:t>
      </w:r>
    </w:p>
    <w:p>
      <w:r>
        <w:rPr>
          <w:rFonts w:ascii="IM Fell English" w:hAnsi="IM Fell English"/>
          <w:color w:val="141414"/>
          <w:sz w:val="24"/>
        </w:rPr>
        <w:t>"Well," Ken said, "that changes everything. Can you think of any reason someone would do this to you?"</w:t>
      </w:r>
    </w:p>
    <w:p>
      <w:r>
        <w:rPr>
          <w:rFonts w:ascii="IM Fell English" w:hAnsi="IM Fell English"/>
          <w:color w:val="141414"/>
          <w:sz w:val="24"/>
        </w:rPr>
        <w:t>Mary stood there, her mouth hanging open, saying nothing. Ruth returned with a nurse.</w:t>
      </w:r>
    </w:p>
    <w:p>
      <w:r>
        <w:rPr>
          <w:rFonts w:ascii="IM Fell English" w:hAnsi="IM Fell English"/>
          <w:color w:val="141414"/>
          <w:sz w:val="24"/>
        </w:rPr>
        <w:t>"Can we talk later?" Martha said to Ken. "I'm feeling exhausted now."</w:t>
      </w:r>
    </w:p>
    <w:p>
      <w:r>
        <w:rPr>
          <w:rFonts w:ascii="IM Fell English" w:hAnsi="IM Fell English"/>
          <w:color w:val="141414"/>
          <w:sz w:val="24"/>
        </w:rPr>
        <w:t>"Sure," he said. "I'll check in tomorrow morning."</w:t>
      </w:r>
    </w:p>
    <w:p>
      <w:r>
        <w:rPr>
          <w:rFonts w:ascii="IM Fell English" w:hAnsi="IM Fell English"/>
          <w:color w:val="141414"/>
          <w:sz w:val="24"/>
        </w:rPr>
        <w:t>"Great," Martha said, turning toward the nurse. "Could I have a little snack before my nap?"</w:t>
      </w:r>
    </w:p>
    <w:p>
      <w:r>
        <w:rPr>
          <w:rFonts w:ascii="IM Fell English" w:hAnsi="IM Fell English"/>
          <w:color w:val="141414"/>
          <w:sz w:val="24"/>
        </w:rPr>
        <w:t>"Well, it's just past lunchtime. How about I get you one of our lunches?" the nurse said, exiting the room before Martha could reply.</w:t>
      </w:r>
    </w:p>
    <w:p>
      <w:r>
        <w:rPr>
          <w:rFonts w:ascii="IM Fell English" w:hAnsi="IM Fell English"/>
          <w:color w:val="141414"/>
          <w:sz w:val="24"/>
        </w:rPr>
        <w:t>Martha convinced Ruth and Mary to go home and rest, as they both looked frazzled.</w:t>
      </w:r>
    </w:p>
    <w:p>
      <w:r>
        <w:rPr>
          <w:rFonts w:ascii="IM Fell English" w:hAnsi="IM Fell English"/>
          <w:color w:val="141414"/>
          <w:sz w:val="24"/>
        </w:rPr>
        <w:t>"Here you go, DAR-Lynn," the nurse said, setting the brown hospital tray on Martha's table.</w:t>
      </w:r>
    </w:p>
    <w:p>
      <w:r>
        <w:rPr>
          <w:rFonts w:ascii="IM Fell English" w:hAnsi="IM Fell English"/>
          <w:color w:val="141414"/>
          <w:sz w:val="24"/>
        </w:rPr>
        <w:t>Hospitals must get a discount on these trays; they seemed to use them everywhere, from Columbus to Texas. Different hospitals, same trays. Hopefully, the food would be different.</w:t>
      </w:r>
    </w:p>
    <w:p>
      <w:r>
        <w:rPr>
          <w:rFonts w:ascii="IM Fell English" w:hAnsi="IM Fell English"/>
          <w:color w:val="141414"/>
          <w:sz w:val="24"/>
        </w:rPr>
        <w:t>The bland fare: no salt, no sugar, no taste.</w:t>
      </w:r>
    </w:p>
    <w:p>
      <w:r>
        <w:rPr>
          <w:rFonts w:ascii="IM Fell English" w:hAnsi="IM Fell English"/>
          <w:color w:val="141414"/>
          <w:sz w:val="24"/>
        </w:rPr>
        <w:t>After lunch, she lay there, questioning again why she was so determined to find the truth. No one else seemed to care. Malroy and Henderson were happy that Jamal was guilty. Ruth certainly didn't want her following up on Jamal, growing angry every time Martha mentioned his name. Sweet and innocent, Mary didn't care one way or the other; she was just along for the ride.</w:t>
      </w:r>
    </w:p>
    <w:p>
      <w:r>
        <w:rPr>
          <w:rFonts w:ascii="IM Fell English" w:hAnsi="IM Fell English"/>
          <w:color w:val="141414"/>
          <w:sz w:val="24"/>
        </w:rPr>
        <w:t>About an hour later, the nurse returned for the tray.</w:t>
      </w:r>
    </w:p>
    <w:p>
      <w:r>
        <w:rPr>
          <w:rFonts w:ascii="IM Fell English" w:hAnsi="IM Fell English"/>
          <w:color w:val="141414"/>
          <w:sz w:val="24"/>
        </w:rPr>
        <w:t>"Are we all finished, DAR-Lynn?" she asked, picking it up and leaving the room.</w:t>
      </w:r>
    </w:p>
    <w:p>
      <w:r>
        <w:rPr>
          <w:rFonts w:ascii="IM Fell English" w:hAnsi="IM Fell English"/>
          <w:color w:val="141414"/>
          <w:sz w:val="24"/>
        </w:rPr>
        <w:t>Around 6:00 PM, the door opened, and a short Arab man walked in.</w:t>
      </w:r>
    </w:p>
    <w:p>
      <w:r>
        <w:rPr>
          <w:rFonts w:ascii="IM Fell English" w:hAnsi="IM Fell English"/>
          <w:color w:val="141414"/>
          <w:sz w:val="24"/>
        </w:rPr>
        <w:t>"Hi, my name is Husam Abdil. I'm your doctor. You had a nasty accident. We had to fix your head and stop the bleeding."</w:t>
      </w:r>
    </w:p>
    <w:p>
      <w:r>
        <w:rPr>
          <w:rFonts w:ascii="IM Fell English" w:hAnsi="IM Fell English"/>
          <w:color w:val="141414"/>
          <w:sz w:val="24"/>
        </w:rPr>
        <w:t>"Can I go home now?" Martha asked.</w:t>
      </w:r>
    </w:p>
    <w:p>
      <w:r>
        <w:rPr>
          <w:rFonts w:ascii="IM Fell English" w:hAnsi="IM Fell English"/>
          <w:color w:val="141414"/>
          <w:sz w:val="24"/>
        </w:rPr>
        <w:t>"No, we want you to stay overnight for observation. If all goes well, you'll go home tomorrow," he replied.</w:t>
      </w:r>
    </w:p>
    <w:p>
      <w:r>
        <w:rPr>
          <w:rFonts w:ascii="IM Fell English" w:hAnsi="IM Fell English"/>
          <w:color w:val="141414"/>
          <w:sz w:val="24"/>
        </w:rPr>
        <w:t>With that, he left the room.</w:t>
      </w:r>
    </w:p>
    <w:p>
      <w:r>
        <w:rPr>
          <w:rFonts w:ascii="IM Fell English" w:hAnsi="IM Fell English"/>
          <w:color w:val="141414"/>
          <w:sz w:val="24"/>
        </w:rPr>
        <w:t>Martha closed her eyes. It had been a long day, and she was ready for sleep.</w:t>
      </w:r>
    </w:p>
    <w:p>
      <w:pPr>
        <w:pStyle w:val="Heading1"/>
        <w:jc w:val="center"/>
      </w:pPr>
      <w:r>
        <w:rPr>
          <w:rFonts w:ascii="IM Fell English" w:hAnsi="IM Fell English"/>
          <w:color w:val="0D0D0D"/>
        </w:rPr>
        <w:t>Chapter 9</w:t>
      </w:r>
    </w:p>
    <w:p>
      <w:r>
        <w:rPr>
          <w:rFonts w:ascii="IM Fell English" w:hAnsi="IM Fell English"/>
          <w:color w:val="141414"/>
          <w:sz w:val="24"/>
        </w:rPr>
        <w:t>"Wake up," said a male voice.</w:t>
      </w:r>
    </w:p>
    <w:p>
      <w:r>
        <w:rPr>
          <w:rFonts w:ascii="IM Fell English" w:hAnsi="IM Fell English"/>
          <w:color w:val="141414"/>
          <w:sz w:val="24"/>
        </w:rPr>
        <w:t>She opened her eyes, expecting to see Ken, but it was a male nurse wearing a surgical mask.</w:t>
      </w:r>
    </w:p>
    <w:p>
      <w:r>
        <w:rPr>
          <w:rFonts w:ascii="IM Fell English" w:hAnsi="IM Fell English"/>
          <w:color w:val="141414"/>
          <w:sz w:val="24"/>
        </w:rPr>
        <w:t>"I came to give you something to help you sleep."</w:t>
      </w:r>
    </w:p>
    <w:p>
      <w:r>
        <w:rPr>
          <w:rFonts w:ascii="IM Fell English" w:hAnsi="IM Fell English"/>
          <w:color w:val="141414"/>
          <w:sz w:val="24"/>
        </w:rPr>
        <w:t>"But I was asleep," Martha protested.</w:t>
      </w:r>
    </w:p>
    <w:p>
      <w:r>
        <w:rPr>
          <w:rFonts w:ascii="IM Fell English" w:hAnsi="IM Fell English"/>
          <w:color w:val="141414"/>
          <w:sz w:val="24"/>
        </w:rPr>
        <w:t>The nurse injected a clear liquid into her IV.</w:t>
      </w:r>
    </w:p>
    <w:p>
      <w:r>
        <w:rPr>
          <w:rFonts w:ascii="IM Fell English" w:hAnsi="IM Fell English"/>
          <w:color w:val="141414"/>
          <w:sz w:val="24"/>
        </w:rPr>
        <w:t>"Smart girls stay home and keep their noses out of things that don't concern them," the nurse said, lowering his mask. Martha recognized him: he was the man who had run her off the road.</w:t>
      </w:r>
    </w:p>
    <w:p>
      <w:r>
        <w:rPr>
          <w:rFonts w:ascii="IM Fell English" w:hAnsi="IM Fell English"/>
          <w:color w:val="141414"/>
          <w:sz w:val="24"/>
        </w:rPr>
        <w:t xml:space="preserve">"Now you sleep. Because you </w:t>
      </w:r>
      <w:r>
        <w:rPr>
          <w:rFonts w:ascii="IM Fell English" w:hAnsi="IM Fell English"/>
          <w:i/>
          <w:color w:val="141414"/>
          <w:sz w:val="24"/>
        </w:rPr>
        <w:t>will</w:t>
      </w:r>
      <w:r>
        <w:rPr>
          <w:rFonts w:ascii="IM Fell English" w:hAnsi="IM Fell English"/>
          <w:color w:val="141414"/>
          <w:sz w:val="24"/>
        </w:rPr>
        <w:t xml:space="preserve"> wake up... this time." Martha felt the sedative take over.</w:t>
      </w:r>
    </w:p>
    <w:p>
      <w:r>
        <w:rPr>
          <w:rFonts w:ascii="IM Fell English" w:hAnsi="IM Fell English"/>
          <w:color w:val="141414"/>
          <w:sz w:val="24"/>
        </w:rPr>
        <w:t>"You don't want us to come back. If we can get to you here, we can get to you anywhere."</w:t>
      </w:r>
    </w:p>
    <w:p>
      <w:r>
        <w:rPr>
          <w:rFonts w:ascii="IM Fell English" w:hAnsi="IM Fell English"/>
          <w:color w:val="141414"/>
          <w:sz w:val="24"/>
        </w:rPr>
        <w:t>He stood there, petting her head like a helpless animal as she drifted to sleep, unable to resist.</w:t>
      </w:r>
    </w:p>
    <w:p>
      <w:r>
        <w:rPr>
          <w:rFonts w:ascii="IM Fell English" w:hAnsi="IM Fell English"/>
          <w:color w:val="141414"/>
          <w:sz w:val="24"/>
        </w:rPr>
        <w:t>"Good girl, now stay that way."</w:t>
      </w:r>
    </w:p>
    <w:p>
      <w:r>
        <w:rPr>
          <w:rFonts w:ascii="IM Fell English" w:hAnsi="IM Fell English"/>
          <w:color w:val="141414"/>
          <w:sz w:val="24"/>
        </w:rPr>
        <w:t>Waking from her deep sleep, Martha called Ken. When he arrived, she told him about her nocturnal visitor.</w:t>
      </w:r>
    </w:p>
    <w:p>
      <w:r>
        <w:rPr>
          <w:rFonts w:ascii="IM Fell English" w:hAnsi="IM Fell English"/>
          <w:color w:val="141414"/>
          <w:sz w:val="24"/>
        </w:rPr>
        <w:t>"Are you sure that's what he said?" Ken asked.</w:t>
      </w:r>
    </w:p>
    <w:p>
      <w:r>
        <w:rPr>
          <w:rFonts w:ascii="IM Fell English" w:hAnsi="IM Fell English"/>
          <w:color w:val="141414"/>
          <w:sz w:val="24"/>
        </w:rPr>
        <w:t>"Yes, those are the words I remember."</w:t>
      </w:r>
    </w:p>
    <w:p>
      <w:r>
        <w:rPr>
          <w:rFonts w:ascii="IM Fell English" w:hAnsi="IM Fell English"/>
          <w:color w:val="141414"/>
          <w:sz w:val="24"/>
        </w:rPr>
        <w:t>"Let me talk to the head nurse. We need to find this man."</w:t>
      </w:r>
    </w:p>
    <w:p>
      <w:r>
        <w:rPr>
          <w:rFonts w:ascii="IM Fell English" w:hAnsi="IM Fell English"/>
          <w:color w:val="141414"/>
          <w:sz w:val="24"/>
        </w:rPr>
        <w:t>Ken left the room and returned a few moments later, followed by the head nurse. Ken looked at the head nurse. "Repeat what you told me," he instructed.</w:t>
      </w:r>
    </w:p>
    <w:p>
      <w:r>
        <w:rPr>
          <w:rFonts w:ascii="IM Fell English" w:hAnsi="IM Fell English"/>
          <w:color w:val="141414"/>
          <w:sz w:val="24"/>
        </w:rPr>
        <w:t>"I'm sorry, Ma'am, but we don't have any male nurses here."</w:t>
      </w:r>
    </w:p>
    <w:p>
      <w:r>
        <w:rPr>
          <w:rFonts w:ascii="IM Fell English" w:hAnsi="IM Fell English"/>
          <w:color w:val="141414"/>
          <w:sz w:val="24"/>
        </w:rPr>
        <w:t>"On this floor?" Martha asked.</w:t>
      </w:r>
    </w:p>
    <w:p>
      <w:r>
        <w:rPr>
          <w:rFonts w:ascii="IM Fell English" w:hAnsi="IM Fell English"/>
          <w:color w:val="141414"/>
          <w:sz w:val="24"/>
        </w:rPr>
        <w:t>"No, this hospital doesn't employ male nurses at all."</w:t>
      </w:r>
    </w:p>
    <w:p>
      <w:r>
        <w:rPr>
          <w:rFonts w:ascii="IM Fell English" w:hAnsi="IM Fell English"/>
          <w:color w:val="141414"/>
          <w:sz w:val="24"/>
        </w:rPr>
        <w:t>"Thank you. You can go now," Ken said.</w:t>
      </w:r>
    </w:p>
    <w:p>
      <w:r>
        <w:rPr>
          <w:rFonts w:ascii="IM Fell English" w:hAnsi="IM Fell English"/>
          <w:color w:val="141414"/>
          <w:sz w:val="24"/>
        </w:rPr>
        <w:t>"Sorry, dear," the head nurse said, turning towards the door.</w:t>
      </w:r>
    </w:p>
    <w:p>
      <w:r>
        <w:rPr>
          <w:rFonts w:ascii="IM Fell English" w:hAnsi="IM Fell English"/>
          <w:color w:val="141414"/>
          <w:sz w:val="24"/>
        </w:rPr>
        <w:t>"Wait a moment. Do you have video cameras in the hallways?" Martha asked.</w:t>
      </w:r>
    </w:p>
    <w:p>
      <w:r>
        <w:rPr>
          <w:rFonts w:ascii="IM Fell English" w:hAnsi="IM Fell English"/>
          <w:color w:val="141414"/>
          <w:sz w:val="24"/>
        </w:rPr>
        <w:t>"Yes, they're recorded in our security department," the head nurse replied.</w:t>
      </w:r>
    </w:p>
    <w:p>
      <w:r>
        <w:rPr>
          <w:rFonts w:ascii="IM Fell English" w:hAnsi="IM Fell English"/>
          <w:color w:val="141414"/>
          <w:sz w:val="24"/>
        </w:rPr>
        <w:t>"Great. We need to see that video," Martha said, sitting up in the bed.</w:t>
      </w:r>
    </w:p>
    <w:p>
      <w:r>
        <w:rPr>
          <w:rFonts w:ascii="IM Fell English" w:hAnsi="IM Fell English"/>
          <w:color w:val="141414"/>
          <w:sz w:val="24"/>
        </w:rPr>
        <w:t>"Just a moment, young lady. You're a patient, so you'll stay right there until Doctor Abdil releases you," the head nurse admonished.</w:t>
      </w:r>
    </w:p>
    <w:p>
      <w:r>
        <w:rPr>
          <w:rFonts w:ascii="IM Fell English" w:hAnsi="IM Fell English"/>
          <w:color w:val="141414"/>
          <w:sz w:val="24"/>
        </w:rPr>
        <w:t>"I'll check it out. You stay right here in bed. If I find anything, I'll come tell you," Ken said.</w:t>
      </w:r>
    </w:p>
    <w:p>
      <w:r>
        <w:rPr>
          <w:rFonts w:ascii="IM Fell English" w:hAnsi="IM Fell English"/>
          <w:color w:val="141414"/>
          <w:sz w:val="24"/>
        </w:rPr>
        <w:t>As he opened the door, he glanced back at her and winked. "Here's looking at you, kid."</w:t>
      </w:r>
    </w:p>
    <w:p>
      <w:r>
        <w:rPr>
          <w:rFonts w:ascii="IM Fell English" w:hAnsi="IM Fell English"/>
          <w:color w:val="141414"/>
          <w:sz w:val="24"/>
        </w:rPr>
        <w:t>Who was this man? What did he want? And why did he say "we"?</w:t>
      </w:r>
    </w:p>
    <w:p>
      <w:r>
        <w:rPr>
          <w:rFonts w:ascii="IM Fell English" w:hAnsi="IM Fell English"/>
          <w:color w:val="141414"/>
          <w:sz w:val="24"/>
        </w:rPr>
        <w:t>The word "we" echoed in her mind.</w:t>
      </w:r>
    </w:p>
    <w:p>
      <w:r>
        <w:rPr>
          <w:rFonts w:ascii="IM Fell English" w:hAnsi="IM Fell English"/>
          <w:color w:val="141414"/>
          <w:sz w:val="24"/>
        </w:rPr>
        <w:t>Ken was gone for about half an hour. "He's on video. Unfortunately, it may not do us much good. He must have known the placement of the cameras. He avoided all but one. On that camera, he kept his head down, so we never saw his face," Ken explained.</w:t>
      </w:r>
    </w:p>
    <w:p>
      <w:r>
        <w:rPr>
          <w:rFonts w:ascii="IM Fell English" w:hAnsi="IM Fell English"/>
          <w:color w:val="141414"/>
          <w:sz w:val="24"/>
        </w:rPr>
        <w:t>"So, we have nothing," Martha said.</w:t>
      </w:r>
    </w:p>
    <w:p>
      <w:r>
        <w:rPr>
          <w:rFonts w:ascii="IM Fell English" w:hAnsi="IM Fell English"/>
          <w:color w:val="141414"/>
          <w:sz w:val="24"/>
        </w:rPr>
        <w:t>"Maybe not. I'll have a copy of the video sent to the station, and we'll forward it to the State Police to see if they can get anything from it," Ken replied.</w:t>
      </w:r>
    </w:p>
    <w:p>
      <w:r>
        <w:rPr>
          <w:rFonts w:ascii="IM Fell English" w:hAnsi="IM Fell English"/>
          <w:color w:val="141414"/>
          <w:sz w:val="24"/>
        </w:rPr>
        <w:t>"I want out of here. I don't feel safe," Martha said.</w:t>
      </w:r>
    </w:p>
    <w:p>
      <w:r>
        <w:rPr>
          <w:rFonts w:ascii="IM Fell English" w:hAnsi="IM Fell English"/>
          <w:color w:val="141414"/>
          <w:sz w:val="24"/>
        </w:rPr>
        <w:t>"Is that the same IV you had last night?" Ken asked.</w:t>
      </w:r>
    </w:p>
    <w:p>
      <w:r>
        <w:rPr>
          <w:rFonts w:ascii="IM Fell English" w:hAnsi="IM Fell English"/>
          <w:color w:val="141414"/>
          <w:sz w:val="24"/>
        </w:rPr>
        <w:t>"Yes, they haven't changed it. Why?"</w:t>
      </w:r>
    </w:p>
    <w:p>
      <w:r>
        <w:rPr>
          <w:rFonts w:ascii="IM Fell English" w:hAnsi="IM Fell English"/>
          <w:color w:val="141414"/>
          <w:sz w:val="24"/>
        </w:rPr>
        <w:t>"I want to send it to the lab to determine what he injected into you," Ken stated.</w:t>
      </w:r>
    </w:p>
    <w:p>
      <w:r>
        <w:rPr>
          <w:rFonts w:ascii="IM Fell English" w:hAnsi="IM Fell English"/>
          <w:color w:val="141414"/>
          <w:sz w:val="24"/>
        </w:rPr>
        <w:t>"I'm sure the nurse can help with that," Martha said.</w:t>
      </w:r>
    </w:p>
    <w:p>
      <w:r>
        <w:rPr>
          <w:rFonts w:ascii="IM Fell English" w:hAnsi="IM Fell English"/>
          <w:color w:val="141414"/>
          <w:sz w:val="24"/>
        </w:rPr>
        <w:t>She felt safe with Ken around, attributing it to his being a police officer—or at least, that's what she told herself.</w:t>
      </w:r>
    </w:p>
    <w:p>
      <w:r>
        <w:rPr>
          <w:rFonts w:ascii="IM Fell English" w:hAnsi="IM Fell English"/>
          <w:color w:val="141414"/>
          <w:sz w:val="24"/>
        </w:rPr>
        <w:t>The head nurse returned with Ken. "The doctor said you won't need this anymore," she said, pulling the needle from Martha's arm.</w:t>
      </w:r>
    </w:p>
    <w:p>
      <w:r>
        <w:rPr>
          <w:rFonts w:ascii="IM Fell English" w:hAnsi="IM Fell English"/>
          <w:color w:val="141414"/>
          <w:sz w:val="24"/>
        </w:rPr>
        <w:t>Ken placed the IV line in a brown paper bag, folding down the top.</w:t>
      </w:r>
    </w:p>
    <w:p>
      <w:r>
        <w:rPr>
          <w:rFonts w:ascii="IM Fell English" w:hAnsi="IM Fell English"/>
          <w:color w:val="141414"/>
          <w:sz w:val="24"/>
        </w:rPr>
        <w:t>"This is going to the lab later today," Ken said.</w:t>
      </w:r>
    </w:p>
    <w:p>
      <w:r>
        <w:rPr>
          <w:rFonts w:ascii="IM Fell English" w:hAnsi="IM Fell English"/>
          <w:color w:val="141414"/>
          <w:sz w:val="24"/>
        </w:rPr>
        <w:t>"I hope to get out of here this morning," Martha said.</w:t>
      </w:r>
    </w:p>
    <w:p>
      <w:r>
        <w:rPr>
          <w:rFonts w:ascii="IM Fell English" w:hAnsi="IM Fell English"/>
          <w:color w:val="141414"/>
          <w:sz w:val="24"/>
        </w:rPr>
        <w:t>Around noon, Doctor Abdil entered her room. "You can go home now. You no longer need to stay in the hospital, so I'll sign you out," he said.</w:t>
      </w:r>
    </w:p>
    <w:p>
      <w:r>
        <w:rPr>
          <w:rFonts w:ascii="IM Fell English" w:hAnsi="IM Fell English"/>
          <w:color w:val="141414"/>
          <w:sz w:val="24"/>
        </w:rPr>
        <w:t>"Thank you. I'll call for a ride," Martha said.</w:t>
      </w:r>
    </w:p>
    <w:p>
      <w:r>
        <w:rPr>
          <w:rFonts w:ascii="IM Fell English" w:hAnsi="IM Fell English"/>
          <w:color w:val="141414"/>
          <w:sz w:val="24"/>
        </w:rPr>
        <w:t>Ruth and Mary arrived about thirty minutes later.</w:t>
      </w:r>
    </w:p>
    <w:p>
      <w:r>
        <w:rPr>
          <w:rFonts w:ascii="IM Fell English" w:hAnsi="IM Fell English"/>
          <w:color w:val="141414"/>
          <w:sz w:val="24"/>
        </w:rPr>
        <w:t>"Here's your wheelchair, Ms. Thomas," the head nurse said, wheeling it in.</w:t>
      </w:r>
    </w:p>
    <w:p>
      <w:r>
        <w:rPr>
          <w:rFonts w:ascii="IM Fell English" w:hAnsi="IM Fell English"/>
          <w:color w:val="141414"/>
          <w:sz w:val="24"/>
        </w:rPr>
        <w:t>"I don't need a wheelchair. I can walk out on my own," Martha said.</w:t>
      </w:r>
    </w:p>
    <w:p>
      <w:r>
        <w:rPr>
          <w:rFonts w:ascii="IM Fell English" w:hAnsi="IM Fell English"/>
          <w:color w:val="141414"/>
          <w:sz w:val="24"/>
        </w:rPr>
        <w:t>"I'm sorry, but it's hospital policy," the nurse replied.</w:t>
      </w:r>
    </w:p>
    <w:p>
      <w:r>
        <w:rPr>
          <w:rFonts w:ascii="IM Fell English" w:hAnsi="IM Fell English"/>
          <w:color w:val="141414"/>
          <w:sz w:val="24"/>
        </w:rPr>
        <w:t>"Where do I need to go to pick her up?" Mary asked.</w:t>
      </w:r>
    </w:p>
    <w:p>
      <w:r>
        <w:rPr>
          <w:rFonts w:ascii="IM Fell English" w:hAnsi="IM Fell English"/>
          <w:color w:val="141414"/>
          <w:sz w:val="24"/>
        </w:rPr>
        <w:t>"Just pull up under the overhang in front. We'll be there in a few minutes," the nurse said.</w:t>
      </w:r>
    </w:p>
    <w:p>
      <w:r>
        <w:rPr>
          <w:rFonts w:ascii="IM Fell English" w:hAnsi="IM Fell English"/>
          <w:color w:val="141414"/>
          <w:sz w:val="24"/>
        </w:rPr>
        <w:t>Mary left to get the car.</w:t>
      </w:r>
    </w:p>
    <w:p>
      <w:r>
        <w:rPr>
          <w:rFonts w:ascii="IM Fell English" w:hAnsi="IM Fell English"/>
          <w:color w:val="141414"/>
          <w:sz w:val="24"/>
        </w:rPr>
        <w:t>Ruth and the head nurse escorted Martha to the door.</w:t>
      </w:r>
    </w:p>
    <w:p>
      <w:r>
        <w:rPr>
          <w:rFonts w:ascii="IM Fell English" w:hAnsi="IM Fell English"/>
          <w:color w:val="141414"/>
          <w:sz w:val="24"/>
        </w:rPr>
        <w:t>"Now, be careful. We don't want you back with us," the nurse said.</w:t>
      </w:r>
    </w:p>
    <w:p>
      <w:r>
        <w:rPr>
          <w:rFonts w:ascii="IM Fell English" w:hAnsi="IM Fell English"/>
          <w:color w:val="141414"/>
          <w:sz w:val="24"/>
        </w:rPr>
        <w:t>Martha sat down in the passenger seat of Mary's car.</w:t>
      </w:r>
    </w:p>
    <w:p>
      <w:r>
        <w:rPr>
          <w:rFonts w:ascii="IM Fell English" w:hAnsi="IM Fell English"/>
          <w:color w:val="141414"/>
          <w:sz w:val="24"/>
        </w:rPr>
        <w:t>"Please take me home," Martha said.</w:t>
      </w:r>
    </w:p>
    <w:p>
      <w:r>
        <w:rPr>
          <w:rFonts w:ascii="IM Fell English" w:hAnsi="IM Fell English"/>
          <w:color w:val="141414"/>
          <w:sz w:val="24"/>
        </w:rPr>
        <w:t>"How about going to my apartment instead?" Mary said, laughing.</w:t>
      </w:r>
    </w:p>
    <w:p>
      <w:r>
        <w:rPr>
          <w:rFonts w:ascii="IM Fell English" w:hAnsi="IM Fell English"/>
          <w:color w:val="141414"/>
          <w:sz w:val="24"/>
        </w:rPr>
        <w:t>"Texas is too far away," Martha replied.</w:t>
      </w:r>
    </w:p>
    <w:p>
      <w:r>
        <w:rPr>
          <w:rFonts w:ascii="IM Fell English" w:hAnsi="IM Fell English"/>
          <w:color w:val="141414"/>
          <w:sz w:val="24"/>
        </w:rPr>
        <w:t>When they arrived at the apartment, Mary and Martha retreated to the kitchen. Ruth changed into her housecoat and lay on the sofa for a nap.</w:t>
      </w:r>
    </w:p>
    <w:p>
      <w:r>
        <w:rPr>
          <w:rFonts w:ascii="IM Fell English" w:hAnsi="IM Fell English"/>
          <w:color w:val="141414"/>
          <w:sz w:val="24"/>
        </w:rPr>
        <w:t>"I'll make a pot of coffee, then we need to talk," Mary said.</w:t>
      </w:r>
    </w:p>
    <w:p>
      <w:r>
        <w:rPr>
          <w:rFonts w:ascii="IM Fell English" w:hAnsi="IM Fell English"/>
          <w:color w:val="141414"/>
          <w:sz w:val="24"/>
        </w:rPr>
        <w:t>"Okay."</w:t>
      </w:r>
    </w:p>
    <w:p>
      <w:r>
        <w:rPr>
          <w:rFonts w:ascii="IM Fell English" w:hAnsi="IM Fell English"/>
          <w:color w:val="141414"/>
          <w:sz w:val="24"/>
        </w:rPr>
        <w:t>"Alright," Mary said, glancing into the living room to see their mother, Ruth, sleeping soundly. "Tell me what happened last night."</w:t>
      </w:r>
    </w:p>
    <w:p>
      <w:r>
        <w:rPr>
          <w:rFonts w:ascii="IM Fell English" w:hAnsi="IM Fell English"/>
          <w:color w:val="141414"/>
          <w:sz w:val="24"/>
        </w:rPr>
        <w:t>Martha recounted the events of her visit last night.</w:t>
      </w:r>
    </w:p>
    <w:p>
      <w:r>
        <w:rPr>
          <w:rFonts w:ascii="IM Fell English" w:hAnsi="IM Fell English"/>
          <w:color w:val="141414"/>
          <w:sz w:val="24"/>
        </w:rPr>
        <w:t>"What're you going to do, Martie?"</w:t>
      </w:r>
    </w:p>
    <w:p>
      <w:r>
        <w:rPr>
          <w:rFonts w:ascii="IM Fell English" w:hAnsi="IM Fell English"/>
          <w:color w:val="141414"/>
          <w:sz w:val="24"/>
        </w:rPr>
        <w:t>"I don't know, but it appears we've ruffled some feathers," Martha said.</w:t>
      </w:r>
    </w:p>
    <w:p>
      <w:r>
        <w:rPr>
          <w:rFonts w:ascii="IM Fell English" w:hAnsi="IM Fell English"/>
          <w:color w:val="141414"/>
          <w:sz w:val="24"/>
        </w:rPr>
        <w:t>"This could be dangerous," Mary said. "Are you sure it's worth it?"</w:t>
      </w:r>
    </w:p>
    <w:p>
      <w:r>
        <w:rPr>
          <w:rFonts w:ascii="IM Fell English" w:hAnsi="IM Fell English"/>
          <w:color w:val="141414"/>
          <w:sz w:val="24"/>
        </w:rPr>
        <w:t>"If something wasn't wrong, I don't think they'd be after me, whoever 'they' may be," Martha said.</w:t>
      </w:r>
    </w:p>
    <w:p>
      <w:r>
        <w:rPr>
          <w:rFonts w:ascii="IM Fell English" w:hAnsi="IM Fell English"/>
          <w:color w:val="141414"/>
          <w:sz w:val="24"/>
        </w:rPr>
        <w:t>"But, Sis, you could end up dead," Mary said. "Both of us could end up dead."</w:t>
      </w:r>
    </w:p>
    <w:p>
      <w:r>
        <w:rPr>
          <w:rFonts w:ascii="IM Fell English" w:hAnsi="IM Fell English"/>
          <w:color w:val="141414"/>
          <w:sz w:val="24"/>
        </w:rPr>
        <w:t>"I know, but what choice do we have?" Martha said.</w:t>
      </w:r>
    </w:p>
    <w:p>
      <w:r>
        <w:rPr>
          <w:rFonts w:ascii="IM Fell English" w:hAnsi="IM Fell English"/>
          <w:color w:val="141414"/>
          <w:sz w:val="24"/>
        </w:rPr>
        <w:t>"We could just forget it," Mary said.</w:t>
      </w:r>
    </w:p>
    <w:p>
      <w:r>
        <w:rPr>
          <w:rFonts w:ascii="IM Fell English" w:hAnsi="IM Fell English"/>
          <w:color w:val="141414"/>
          <w:sz w:val="24"/>
        </w:rPr>
        <w:t>"I couldn't live with myself if an innocent man went to prison because I did nothing."</w:t>
      </w:r>
    </w:p>
    <w:p>
      <w:r>
        <w:rPr>
          <w:rFonts w:ascii="IM Fell English" w:hAnsi="IM Fell English"/>
          <w:color w:val="141414"/>
          <w:sz w:val="24"/>
        </w:rPr>
        <w:t>"I guess you're right," Mary agreed. "But Mom won't like this.""I know, but what else can I do?" Martha said.</w:t>
      </w:r>
    </w:p>
    <w:p>
      <w:r>
        <w:rPr>
          <w:rFonts w:ascii="IM Fell English" w:hAnsi="IM Fell English"/>
          <w:color w:val="141414"/>
          <w:sz w:val="24"/>
        </w:rPr>
        <w:t>"Are you going to keep going?" Ruth said from the other room.</w:t>
      </w:r>
    </w:p>
    <w:p>
      <w:r>
        <w:rPr>
          <w:rFonts w:ascii="IM Fell English" w:hAnsi="IM Fell English"/>
          <w:color w:val="141414"/>
          <w:sz w:val="24"/>
        </w:rPr>
        <w:t>"We thought you were asleep," Mary said.</w:t>
      </w:r>
    </w:p>
    <w:p>
      <w:r>
        <w:rPr>
          <w:rFonts w:ascii="IM Fell English" w:hAnsi="IM Fell English"/>
          <w:color w:val="141414"/>
          <w:sz w:val="24"/>
        </w:rPr>
        <w:t>"I beg you, don't continue. This won't end well," Ruth said.</w:t>
      </w:r>
    </w:p>
    <w:p>
      <w:r>
        <w:rPr>
          <w:rFonts w:ascii="IM Fell English" w:hAnsi="IM Fell English"/>
          <w:color w:val="141414"/>
          <w:sz w:val="24"/>
        </w:rPr>
        <w:t>"But, Mom, we have to," Martha said.</w:t>
      </w:r>
    </w:p>
    <w:p>
      <w:r>
        <w:rPr>
          <w:rFonts w:ascii="IM Fell English" w:hAnsi="IM Fell English"/>
          <w:color w:val="141414"/>
          <w:sz w:val="24"/>
        </w:rPr>
        <w:t>"You're going to regret it, I promise. Just let it go," Ruth said.</w:t>
      </w:r>
    </w:p>
    <w:p>
      <w:r>
        <w:rPr>
          <w:rFonts w:ascii="IM Fell English" w:hAnsi="IM Fell English"/>
          <w:color w:val="141414"/>
          <w:sz w:val="24"/>
        </w:rPr>
        <w:t>"I can't," Martha said.</w:t>
      </w:r>
    </w:p>
    <w:p>
      <w:r>
        <w:rPr>
          <w:rFonts w:ascii="IM Fell English" w:hAnsi="IM Fell English"/>
          <w:color w:val="141414"/>
          <w:sz w:val="24"/>
        </w:rPr>
        <w:t>"Remember, I warned you that you could find something that will break your heart," Ruth said.</w:t>
      </w:r>
    </w:p>
    <w:p>
      <w:r>
        <w:rPr>
          <w:rFonts w:ascii="IM Fell English" w:hAnsi="IM Fell English"/>
          <w:color w:val="141414"/>
          <w:sz w:val="24"/>
        </w:rPr>
        <w:t>"Wherever it leads, I have to know the truth," Martha said.</w:t>
      </w:r>
    </w:p>
    <w:p>
      <w:r>
        <w:rPr>
          <w:rFonts w:ascii="IM Fell English" w:hAnsi="IM Fell English"/>
          <w:color w:val="141414"/>
          <w:sz w:val="24"/>
        </w:rPr>
        <w:t>Ruth rolled back over.</w:t>
      </w:r>
    </w:p>
    <w:p>
      <w:pPr>
        <w:pStyle w:val="Heading1"/>
        <w:jc w:val="center"/>
      </w:pPr>
      <w:r>
        <w:rPr>
          <w:rFonts w:ascii="IM Fell English" w:hAnsi="IM Fell English"/>
          <w:color w:val="0D0D0D"/>
        </w:rPr>
        <w:t>Chapter 10</w:t>
      </w:r>
    </w:p>
    <w:p>
      <w:r>
        <w:rPr>
          <w:rFonts w:ascii="IM Fell English" w:hAnsi="IM Fell English"/>
          <w:color w:val="141414"/>
          <w:sz w:val="24"/>
        </w:rPr>
        <w:t>Martha and Mary discussed their approach over several cups of coffee.</w:t>
      </w:r>
    </w:p>
    <w:p>
      <w:r>
        <w:rPr>
          <w:rFonts w:ascii="IM Fell English" w:hAnsi="IM Fell English"/>
          <w:color w:val="141414"/>
          <w:sz w:val="24"/>
        </w:rPr>
        <w:t>"First, we need to go through Dad's stuff—look at his calendar and see if we can get into his computer," Martha said.</w:t>
      </w:r>
    </w:p>
    <w:p>
      <w:r>
        <w:rPr>
          <w:rFonts w:ascii="IM Fell English" w:hAnsi="IM Fell English"/>
          <w:color w:val="141414"/>
          <w:sz w:val="24"/>
        </w:rPr>
        <w:t>"I don't know, sis. That feels wrong, like we're invading his space."</w:t>
      </w:r>
    </w:p>
    <w:p>
      <w:r>
        <w:rPr>
          <w:rFonts w:ascii="IM Fell English" w:hAnsi="IM Fell English"/>
          <w:color w:val="141414"/>
          <w:sz w:val="24"/>
        </w:rPr>
        <w:t>"How else can we find out what this is all about? We have to do something."</w:t>
      </w:r>
    </w:p>
    <w:p>
      <w:r>
        <w:rPr>
          <w:rFonts w:ascii="IM Fell English" w:hAnsi="IM Fell English"/>
          <w:color w:val="141414"/>
          <w:sz w:val="24"/>
        </w:rPr>
        <w:t>"I know, but looking at his calendar, his computer—his personal life—it just feels wrong. Like we're being bad," Mary said.</w:t>
      </w:r>
    </w:p>
    <w:p>
      <w:r>
        <w:rPr>
          <w:rFonts w:ascii="IM Fell English" w:hAnsi="IM Fell English"/>
          <w:color w:val="141414"/>
          <w:sz w:val="24"/>
        </w:rPr>
        <w:t>Martha smiled. "But I thought you enjoyed being bad."</w:t>
      </w:r>
    </w:p>
    <w:p>
      <w:r>
        <w:rPr>
          <w:rFonts w:ascii="IM Fell English" w:hAnsi="IM Fell English"/>
          <w:color w:val="141414"/>
          <w:sz w:val="24"/>
        </w:rPr>
        <w:t>"I do, most of the time."</w:t>
      </w:r>
    </w:p>
    <w:p>
      <w:r>
        <w:rPr>
          <w:rFonts w:ascii="IM Fell English" w:hAnsi="IM Fell English"/>
          <w:color w:val="141414"/>
          <w:sz w:val="24"/>
        </w:rPr>
        <w:t>"That settles it. Let's see what we can find out in Dad's study," Martha said.</w:t>
      </w:r>
    </w:p>
    <w:p>
      <w:r>
        <w:rPr>
          <w:rFonts w:ascii="IM Fell English" w:hAnsi="IM Fell English"/>
          <w:color w:val="141414"/>
          <w:sz w:val="24"/>
        </w:rPr>
        <w:t>Their father's study was across town, in the home they'd shared. As they opened the old oak door to the study, a dried bloodstain in the center of the room caught their eye. They stood and stared for a moment before entering. This had been their father's sanctuary. Three black metal filing cabinets lined the back wall. In front of them sat an old, well-worn, second-hand desk their dad had picked up at an auction years ago.</w:t>
      </w:r>
    </w:p>
    <w:p>
      <w:r>
        <w:rPr>
          <w:rFonts w:ascii="IM Fell English" w:hAnsi="IM Fell English"/>
          <w:color w:val="141414"/>
          <w:sz w:val="24"/>
        </w:rPr>
        <w:t>He'd been so proud of that desk. "Got it for a steal," he'd tell everyone. "That desk holds all my secrets," he'd say with a sly smile to visitors.</w:t>
      </w:r>
    </w:p>
    <w:p>
      <w:r>
        <w:rPr>
          <w:rFonts w:ascii="IM Fell English" w:hAnsi="IM Fell English"/>
          <w:color w:val="141414"/>
          <w:sz w:val="24"/>
        </w:rPr>
        <w:t>On the back wall hung framed jerseys from Johnny Bench and Pete Rose, alongside a baseball signed by the Big Red Machine—their father's pride and joy. In the center of the desk sat a new HP computer.</w:t>
      </w:r>
    </w:p>
    <w:p>
      <w:r>
        <w:rPr>
          <w:rFonts w:ascii="IM Fell English" w:hAnsi="IM Fell English"/>
          <w:color w:val="141414"/>
          <w:sz w:val="24"/>
        </w:rPr>
        <w:t>"This is as good a place to start as any," Martha said, pushing the power button. The computer hummed, and a screen popped up, asking for a password.</w:t>
      </w:r>
    </w:p>
    <w:p>
      <w:r>
        <w:rPr>
          <w:rFonts w:ascii="IM Fell English" w:hAnsi="IM Fell English"/>
          <w:color w:val="141414"/>
          <w:sz w:val="24"/>
        </w:rPr>
        <w:t>"What do you think it might be?" Martha asked Mary.</w:t>
      </w:r>
    </w:p>
    <w:p>
      <w:r>
        <w:rPr>
          <w:rFonts w:ascii="IM Fell English" w:hAnsi="IM Fell English"/>
          <w:color w:val="141414"/>
          <w:sz w:val="24"/>
        </w:rPr>
        <w:t>"Try his birth date—just the four-digit month and day," Mary suggested.</w:t>
      </w:r>
    </w:p>
    <w:p>
      <w:r>
        <w:rPr>
          <w:rFonts w:ascii="IM Fell English" w:hAnsi="IM Fell English"/>
          <w:color w:val="141414"/>
          <w:sz w:val="24"/>
        </w:rPr>
        <w:t>Martha typed in 0205 and pressed enter.</w:t>
      </w:r>
    </w:p>
    <w:p>
      <w:r>
        <w:rPr>
          <w:rFonts w:ascii="IM Fell English" w:hAnsi="IM Fell English"/>
          <w:color w:val="141414"/>
          <w:sz w:val="24"/>
        </w:rPr>
        <w:t>The computer hummed and opened to the desktop.</w:t>
      </w:r>
    </w:p>
    <w:p>
      <w:r>
        <w:rPr>
          <w:rFonts w:ascii="IM Fell English" w:hAnsi="IM Fell English"/>
          <w:color w:val="141414"/>
          <w:sz w:val="24"/>
        </w:rPr>
        <w:t>"Where do we go now?" Mary asked, peering over Martha's shoulder and leaning forward to focus on the screen.</w:t>
      </w:r>
    </w:p>
    <w:p>
      <w:r>
        <w:rPr>
          <w:rFonts w:ascii="IM Fell English" w:hAnsi="IM Fell English"/>
          <w:color w:val="141414"/>
          <w:sz w:val="24"/>
        </w:rPr>
        <w:t>"I guess we need to find his calendar."</w:t>
      </w:r>
    </w:p>
    <w:p>
      <w:r>
        <w:rPr>
          <w:rFonts w:ascii="IM Fell English" w:hAnsi="IM Fell English"/>
          <w:color w:val="141414"/>
          <w:sz w:val="24"/>
        </w:rPr>
        <w:t>After a few more keystrokes, a calendar appeared.</w:t>
      </w:r>
    </w:p>
    <w:p>
      <w:r>
        <w:rPr>
          <w:rFonts w:ascii="IM Fell English" w:hAnsi="IM Fell English"/>
          <w:color w:val="141414"/>
          <w:sz w:val="24"/>
        </w:rPr>
        <w:t>"It looks like Dad had only a few appointments in the weeks before his death," Martha said. "He had a meeting every Thursday evening with someone, but there were no names or details." She paused. "And he was scheduled to meet R. Phillip, with 'one week' noted next to the entry."</w:t>
      </w:r>
    </w:p>
    <w:p>
      <w:r>
        <w:rPr>
          <w:rFonts w:ascii="IM Fell English" w:hAnsi="IM Fell English"/>
          <w:color w:val="141414"/>
          <w:sz w:val="24"/>
        </w:rPr>
        <w:t>"And who or what is Bubbles?" Mary asked. "He's been meeting with Bubbles every Saturday at 2:00 for six weeks."</w:t>
      </w:r>
    </w:p>
    <w:p>
      <w:r>
        <w:rPr>
          <w:rFonts w:ascii="IM Fell English" w:hAnsi="IM Fell English"/>
          <w:color w:val="141414"/>
          <w:sz w:val="24"/>
        </w:rPr>
        <w:t>"This isn't much help, but I want to make some notes anyway," Martha said, pulling a stack of Post-it Notes from the top desk drawer. She wrote "Thursday evening" and "Bubbles," circling the latter. "I think this might be important."</w:t>
      </w:r>
    </w:p>
    <w:p>
      <w:r>
        <w:rPr>
          <w:rFonts w:ascii="IM Fell English" w:hAnsi="IM Fell English"/>
          <w:color w:val="141414"/>
          <w:sz w:val="24"/>
        </w:rPr>
        <w:t>As she opened the drawer to put the pad back, she saw her father's checkbook.</w:t>
      </w:r>
    </w:p>
    <w:p>
      <w:r>
        <w:rPr>
          <w:rFonts w:ascii="IM Fell English" w:hAnsi="IM Fell English"/>
          <w:color w:val="141414"/>
          <w:sz w:val="24"/>
        </w:rPr>
        <w:t>"It's worth a look," Martha said.</w:t>
      </w:r>
    </w:p>
    <w:p>
      <w:r>
        <w:rPr>
          <w:rFonts w:ascii="IM Fell English" w:hAnsi="IM Fell English"/>
          <w:color w:val="141414"/>
          <w:sz w:val="24"/>
        </w:rPr>
        <w:t>"Should we? That's private," Mary said.</w:t>
      </w:r>
    </w:p>
    <w:p>
      <w:r>
        <w:rPr>
          <w:rFonts w:ascii="IM Fell English" w:hAnsi="IM Fell English"/>
          <w:color w:val="141414"/>
          <w:sz w:val="24"/>
        </w:rPr>
        <w:t>Martha opened the checkbook and flipped to the register. She read the names of the recipients: utility companies, the local grocery store, and, of course, the church—nothing unusual. But then, there was a name they didn't expect: Sarah Richards. She received a check for three hundred dollars every two weeks.</w:t>
      </w:r>
    </w:p>
    <w:p>
      <w:r>
        <w:rPr>
          <w:rFonts w:ascii="IM Fell English" w:hAnsi="IM Fell English"/>
          <w:color w:val="141414"/>
          <w:sz w:val="24"/>
        </w:rPr>
        <w:t>"Do you see this?" Martha asked.</w:t>
      </w:r>
    </w:p>
    <w:p>
      <w:r>
        <w:rPr>
          <w:rFonts w:ascii="IM Fell English" w:hAnsi="IM Fell English"/>
          <w:color w:val="141414"/>
          <w:sz w:val="24"/>
        </w:rPr>
        <w:t>"Yeah, but who is Sarah Richards?" Mary said.</w:t>
      </w:r>
    </w:p>
    <w:p>
      <w:r>
        <w:rPr>
          <w:rFonts w:ascii="IM Fell English" w:hAnsi="IM Fell English"/>
          <w:color w:val="141414"/>
          <w:sz w:val="24"/>
        </w:rPr>
        <w:t>"Is she related to Jamal? If so, how?" Martha said, raising her eyebrows.</w:t>
      </w:r>
    </w:p>
    <w:p>
      <w:r>
        <w:rPr>
          <w:rFonts w:ascii="IM Fell English" w:hAnsi="IM Fell English"/>
          <w:color w:val="141414"/>
          <w:sz w:val="24"/>
        </w:rPr>
        <w:t>"The better question is why Dad was sending her money," Mary said, slamming her fist on the desk. "And how long has this been going on?"</w:t>
      </w:r>
    </w:p>
    <w:p>
      <w:r>
        <w:rPr>
          <w:rFonts w:ascii="IM Fell English" w:hAnsi="IM Fell English"/>
          <w:color w:val="141414"/>
          <w:sz w:val="24"/>
        </w:rPr>
        <w:t>Martha pulled the Post-it note from her pocket and wrote in large capital letters: "Sarah Richards."</w:t>
      </w:r>
    </w:p>
    <w:p>
      <w:r>
        <w:rPr>
          <w:rFonts w:ascii="IM Fell English" w:hAnsi="IM Fell English"/>
          <w:color w:val="141414"/>
          <w:sz w:val="24"/>
        </w:rPr>
        <w:t>"Should we ask Mom about her?" Martha asked.</w:t>
      </w:r>
    </w:p>
    <w:p>
      <w:r>
        <w:rPr>
          <w:rFonts w:ascii="IM Fell English" w:hAnsi="IM Fell English"/>
          <w:color w:val="141414"/>
          <w:sz w:val="24"/>
        </w:rPr>
        <w:t>"I'm not sticking my hand into that hornet's nest. You can," Mary said.</w:t>
      </w:r>
    </w:p>
    <w:p>
      <w:r>
        <w:rPr>
          <w:rFonts w:ascii="IM Fell English" w:hAnsi="IM Fell English"/>
          <w:color w:val="141414"/>
          <w:sz w:val="24"/>
        </w:rPr>
        <w:t>"If we don't ask Mom, we need to ask Sarah herself," Martha said.</w:t>
      </w:r>
    </w:p>
    <w:p>
      <w:r>
        <w:rPr>
          <w:rFonts w:ascii="IM Fell English" w:hAnsi="IM Fell English"/>
          <w:color w:val="141414"/>
          <w:sz w:val="24"/>
        </w:rPr>
        <w:t>"But first, I want to make a call," Martha added.</w:t>
      </w:r>
    </w:p>
    <w:p>
      <w:r>
        <w:rPr>
          <w:rFonts w:ascii="IM Fell English" w:hAnsi="IM Fell English"/>
          <w:color w:val="141414"/>
          <w:sz w:val="24"/>
        </w:rPr>
        <w:t>Martha dug around in her purse and pulled out Malroy's card.</w:t>
      </w:r>
    </w:p>
    <w:p>
      <w:r>
        <w:rPr>
          <w:rFonts w:ascii="IM Fell English" w:hAnsi="IM Fell English"/>
          <w:color w:val="141414"/>
          <w:sz w:val="24"/>
        </w:rPr>
        <w:t>"You're not calling him, are you?" Mary said.</w:t>
      </w:r>
    </w:p>
    <w:p>
      <w:r>
        <w:rPr>
          <w:rFonts w:ascii="IM Fell English" w:hAnsi="IM Fell English"/>
          <w:color w:val="141414"/>
          <w:sz w:val="24"/>
        </w:rPr>
        <w:t>Martha silently dialed her iPhone.</w:t>
      </w:r>
    </w:p>
    <w:p>
      <w:r>
        <w:rPr>
          <w:rFonts w:ascii="IM Fell English" w:hAnsi="IM Fell English"/>
          <w:color w:val="141414"/>
          <w:sz w:val="24"/>
        </w:rPr>
        <w:t>"How can I help you?" came the cheerful, Southern voice on the other end.</w:t>
      </w:r>
    </w:p>
    <w:p>
      <w:r>
        <w:rPr>
          <w:rFonts w:ascii="IM Fell English" w:hAnsi="IM Fell English"/>
          <w:color w:val="141414"/>
          <w:sz w:val="24"/>
        </w:rPr>
        <w:t>"May I speak to Officer Ken Henderson?" she asked.</w:t>
      </w:r>
    </w:p>
    <w:p>
      <w:r>
        <w:rPr>
          <w:rFonts w:ascii="IM Fell English" w:hAnsi="IM Fell English"/>
          <w:color w:val="141414"/>
          <w:sz w:val="24"/>
        </w:rPr>
        <w:t>Mary smiled and nodded. "Good call," she whispered in her sister's ear.</w:t>
      </w:r>
    </w:p>
    <w:p>
      <w:r>
        <w:rPr>
          <w:rFonts w:ascii="IM Fell English" w:hAnsi="IM Fell English"/>
          <w:color w:val="141414"/>
          <w:sz w:val="24"/>
        </w:rPr>
        <w:t>"Officer Ken Henderson speaking. Who am I speaking with?" came the voice on the other end.</w:t>
      </w:r>
    </w:p>
    <w:p>
      <w:r>
        <w:rPr>
          <w:rFonts w:ascii="IM Fell English" w:hAnsi="IM Fell English"/>
          <w:color w:val="141414"/>
          <w:sz w:val="24"/>
        </w:rPr>
        <w:t>"This is Martha Thomas. I was wondering if you could check something for me."</w:t>
      </w:r>
    </w:p>
    <w:p>
      <w:r>
        <w:rPr>
          <w:rFonts w:ascii="IM Fell English" w:hAnsi="IM Fell English"/>
          <w:color w:val="141414"/>
          <w:sz w:val="24"/>
        </w:rPr>
        <w:t>"I'll help you if I can."</w:t>
      </w:r>
    </w:p>
    <w:p>
      <w:r>
        <w:rPr>
          <w:rFonts w:ascii="IM Fell English" w:hAnsi="IM Fell English"/>
          <w:color w:val="141414"/>
          <w:sz w:val="24"/>
        </w:rPr>
        <w:t>"Can you check Jamal's record and see if there's any mention of Sarah Richards?"</w:t>
      </w:r>
    </w:p>
    <w:p>
      <w:r>
        <w:rPr>
          <w:rFonts w:ascii="IM Fell English" w:hAnsi="IM Fell English"/>
          <w:color w:val="141414"/>
          <w:sz w:val="24"/>
        </w:rPr>
        <w:t>"I don't have to check. Sarah is Jamal's mother."</w:t>
      </w:r>
    </w:p>
    <w:p>
      <w:r>
        <w:rPr>
          <w:rFonts w:ascii="IM Fell English" w:hAnsi="IM Fell English"/>
          <w:color w:val="141414"/>
          <w:sz w:val="24"/>
        </w:rPr>
        <w:t>There was silence on the line.</w:t>
      </w:r>
    </w:p>
    <w:p>
      <w:r>
        <w:rPr>
          <w:rFonts w:ascii="IM Fell English" w:hAnsi="IM Fell English"/>
          <w:color w:val="141414"/>
          <w:sz w:val="24"/>
        </w:rPr>
        <w:t>"Are you there?" Ken asked.</w:t>
      </w:r>
    </w:p>
    <w:p>
      <w:r>
        <w:rPr>
          <w:rFonts w:ascii="IM Fell English" w:hAnsi="IM Fell English"/>
          <w:color w:val="141414"/>
          <w:sz w:val="24"/>
        </w:rPr>
        <w:t>"Yes, I'm just processing what you just said," Martha replied. "While I have you on the phone, have the lab results come back regarding your injection? Did they confirm he injected you with morphine?"</w:t>
      </w:r>
    </w:p>
    <w:p>
      <w:r>
        <w:rPr>
          <w:rFonts w:ascii="IM Fell English" w:hAnsi="IM Fell English"/>
          <w:color w:val="141414"/>
          <w:sz w:val="24"/>
        </w:rPr>
        <w:t>"Morphine?" Ken's voice tightened.</w:t>
      </w:r>
    </w:p>
    <w:p>
      <w:r>
        <w:rPr>
          <w:rFonts w:ascii="IM Fell English" w:hAnsi="IM Fell English"/>
          <w:color w:val="141414"/>
          <w:sz w:val="24"/>
        </w:rPr>
        <w:t>"Yes," Martha confirmed. "That's what the lab confirmed. So, be careful from now on. This is serious."</w:t>
      </w:r>
    </w:p>
    <w:p>
      <w:r>
        <w:rPr>
          <w:rFonts w:ascii="IM Fell English" w:hAnsi="IM Fell English"/>
          <w:color w:val="141414"/>
          <w:sz w:val="24"/>
        </w:rPr>
        <w:t>"Can you get me a number for Sarah?" Martha asked.</w:t>
      </w:r>
    </w:p>
    <w:p>
      <w:r>
        <w:rPr>
          <w:rFonts w:ascii="IM Fell English" w:hAnsi="IM Fell English"/>
          <w:color w:val="141414"/>
          <w:sz w:val="24"/>
        </w:rPr>
        <w:t>"Why?"</w:t>
      </w:r>
    </w:p>
    <w:p>
      <w:r>
        <w:rPr>
          <w:rFonts w:ascii="IM Fell English" w:hAnsi="IM Fell English"/>
          <w:color w:val="141414"/>
          <w:sz w:val="24"/>
        </w:rPr>
        <w:t>"I'll let you know if I find anything out, I promise," Martha said.</w:t>
      </w:r>
    </w:p>
    <w:p>
      <w:r>
        <w:rPr>
          <w:rFonts w:ascii="IM Fell English" w:hAnsi="IM Fell English"/>
          <w:color w:val="141414"/>
          <w:sz w:val="24"/>
        </w:rPr>
        <w:t>"Hold on a moment," Ken said.</w:t>
      </w:r>
    </w:p>
    <w:p>
      <w:r>
        <w:rPr>
          <w:rFonts w:ascii="IM Fell English" w:hAnsi="IM Fell English"/>
          <w:color w:val="141414"/>
          <w:sz w:val="24"/>
        </w:rPr>
        <w:t>He returned a few minutes later with the number. Martha dialed the number and put the phone on speaker.</w:t>
      </w:r>
    </w:p>
    <w:p>
      <w:r>
        <w:rPr>
          <w:rFonts w:ascii="IM Fell English" w:hAnsi="IM Fell English"/>
          <w:color w:val="141414"/>
          <w:sz w:val="24"/>
        </w:rPr>
        <w:t>"Sarah Richards," came the voice on the other end.</w:t>
      </w:r>
    </w:p>
    <w:p>
      <w:r>
        <w:rPr>
          <w:rFonts w:ascii="IM Fell English" w:hAnsi="IM Fell English"/>
          <w:color w:val="141414"/>
          <w:sz w:val="24"/>
        </w:rPr>
        <w:t>"Hi, my name is Martha Thomas. I was hoping we could meet soon."</w:t>
      </w:r>
    </w:p>
    <w:p>
      <w:r>
        <w:rPr>
          <w:rFonts w:ascii="IM Fell English" w:hAnsi="IM Fell English"/>
          <w:color w:val="141414"/>
          <w:sz w:val="24"/>
        </w:rPr>
        <w:t>"Ask her about the money," Mary whispered in her ear.</w:t>
      </w:r>
    </w:p>
    <w:p>
      <w:r>
        <w:rPr>
          <w:rFonts w:ascii="IM Fell English" w:hAnsi="IM Fell English"/>
          <w:color w:val="141414"/>
          <w:sz w:val="24"/>
        </w:rPr>
        <w:t>"My sister and I have some questions for you."</w:t>
      </w:r>
    </w:p>
    <w:p>
      <w:r>
        <w:rPr>
          <w:rFonts w:ascii="IM Fell English" w:hAnsi="IM Fell English"/>
          <w:color w:val="141414"/>
          <w:sz w:val="24"/>
        </w:rPr>
        <w:t>There was a long sigh on the other end. "I've been expecting your call. Would you like to come here, or would you prefer I come to you?"</w:t>
      </w:r>
    </w:p>
    <w:p>
      <w:r>
        <w:rPr>
          <w:rFonts w:ascii="IM Fell English" w:hAnsi="IM Fell English"/>
          <w:color w:val="141414"/>
          <w:sz w:val="24"/>
        </w:rPr>
        <w:t>They agreed to meet at Sarah's home, and she gave them her address on the northeast side of Columbus.</w:t>
      </w:r>
    </w:p>
    <w:p>
      <w:r>
        <w:rPr>
          <w:rFonts w:ascii="IM Fell English" w:hAnsi="IM Fell English"/>
          <w:color w:val="141414"/>
          <w:sz w:val="24"/>
        </w:rPr>
        <w:t>Martha and Mary piled into the rental car and drove.</w:t>
      </w:r>
    </w:p>
    <w:p>
      <w:r>
        <w:rPr>
          <w:rFonts w:ascii="IM Fell English" w:hAnsi="IM Fell English"/>
          <w:color w:val="141414"/>
          <w:sz w:val="24"/>
        </w:rPr>
        <w:t>"What do you think she's like?" Mary asked.</w:t>
      </w:r>
    </w:p>
    <w:p>
      <w:r>
        <w:rPr>
          <w:rFonts w:ascii="IM Fell English" w:hAnsi="IM Fell English"/>
          <w:color w:val="141414"/>
          <w:sz w:val="24"/>
        </w:rPr>
        <w:t>"I don't know."</w:t>
      </w:r>
    </w:p>
    <w:p>
      <w:r>
        <w:rPr>
          <w:rFonts w:ascii="IM Fell English" w:hAnsi="IM Fell English"/>
          <w:color w:val="141414"/>
          <w:sz w:val="24"/>
        </w:rPr>
        <w:t>"Well, do you think she's beautiful or an old hag?"</w:t>
      </w:r>
    </w:p>
    <w:p>
      <w:r>
        <w:rPr>
          <w:rFonts w:ascii="IM Fell English" w:hAnsi="IM Fell English"/>
          <w:color w:val="141414"/>
          <w:sz w:val="24"/>
        </w:rPr>
        <w:t>"I don't know."</w:t>
      </w:r>
    </w:p>
    <w:p>
      <w:r>
        <w:rPr>
          <w:rFonts w:ascii="IM Fell English" w:hAnsi="IM Fell English"/>
          <w:color w:val="141414"/>
          <w:sz w:val="24"/>
        </w:rPr>
        <w:t>"I hope she's ugly, like the Wicked Witch."</w:t>
      </w:r>
    </w:p>
    <w:p>
      <w:r>
        <w:rPr>
          <w:rFonts w:ascii="IM Fell English" w:hAnsi="IM Fell English"/>
          <w:color w:val="141414"/>
          <w:sz w:val="24"/>
        </w:rPr>
        <w:t>"Or maybe like Broom-Hilda," Martha said. "You know, the green witch with a wart on her nose." They both laughed.</w:t>
      </w:r>
    </w:p>
    <w:p>
      <w:r>
        <w:rPr>
          <w:rFonts w:ascii="IM Fell English" w:hAnsi="IM Fell English"/>
          <w:color w:val="141414"/>
          <w:sz w:val="24"/>
        </w:rPr>
        <w:t>"She might greet us with, 'I'll get you and your little dog too,'" Mary said.</w:t>
      </w:r>
    </w:p>
    <w:p>
      <w:r>
        <w:rPr>
          <w:rFonts w:ascii="IM Fell English" w:hAnsi="IM Fell English"/>
          <w:color w:val="141414"/>
          <w:sz w:val="24"/>
        </w:rPr>
        <w:t>Scruff, who had been sleeping in the backseat, whined.</w:t>
      </w:r>
    </w:p>
    <w:p>
      <w:r>
        <w:rPr>
          <w:rFonts w:ascii="IM Fell English" w:hAnsi="IM Fell English"/>
          <w:color w:val="141414"/>
          <w:sz w:val="24"/>
        </w:rPr>
        <w:t>"Don't worry, fella, I won't let the mean, old, green witch get you," Martha said.</w:t>
      </w:r>
    </w:p>
    <w:p>
      <w:r>
        <w:rPr>
          <w:rFonts w:ascii="IM Fell English" w:hAnsi="IM Fell English"/>
          <w:color w:val="141414"/>
          <w:sz w:val="24"/>
        </w:rPr>
        <w:t>They continued on to Columbus, talking and laughing along the way.</w:t>
      </w:r>
    </w:p>
    <w:p>
      <w:r>
        <w:rPr>
          <w:rFonts w:ascii="IM Fell English" w:hAnsi="IM Fell English"/>
          <w:color w:val="141414"/>
          <w:sz w:val="24"/>
        </w:rPr>
        <w:t>They crept down the road, staring at mailboxes and scanning for the number.</w:t>
      </w:r>
    </w:p>
    <w:p>
      <w:r>
        <w:rPr>
          <w:rFonts w:ascii="IM Fell English" w:hAnsi="IM Fell English"/>
          <w:color w:val="141414"/>
          <w:sz w:val="24"/>
        </w:rPr>
        <w:t>"There it is: 2801 Overcourt Drive," Mary said.</w:t>
      </w:r>
    </w:p>
    <w:p>
      <w:r>
        <w:rPr>
          <w:rFonts w:ascii="IM Fell English" w:hAnsi="IM Fell English"/>
          <w:color w:val="141414"/>
          <w:sz w:val="24"/>
        </w:rPr>
        <w:t>It was a nice, one-story home in a middle-class neighborhood. Though the grass needed mowing and the hedges needed trimming, it still looked like a pleasant place to live.</w:t>
      </w:r>
    </w:p>
    <w:p>
      <w:r>
        <w:rPr>
          <w:rFonts w:ascii="IM Fell English" w:hAnsi="IM Fell English"/>
          <w:color w:val="141414"/>
          <w:sz w:val="24"/>
        </w:rPr>
        <w:t>"What are you going to say?" Mary asked.</w:t>
      </w:r>
    </w:p>
    <w:p>
      <w:r>
        <w:rPr>
          <w:rFonts w:ascii="IM Fell English" w:hAnsi="IM Fell English"/>
          <w:color w:val="141414"/>
          <w:sz w:val="24"/>
        </w:rPr>
        <w:t>"I think I'll start with 'Hello,'" Martha answered.</w:t>
      </w:r>
    </w:p>
    <w:p>
      <w:r>
        <w:rPr>
          <w:rFonts w:ascii="IM Fell English" w:hAnsi="IM Fell English"/>
          <w:color w:val="141414"/>
          <w:sz w:val="24"/>
        </w:rPr>
        <w:t>They rang the doorbell, and Sarah answered.</w:t>
      </w:r>
    </w:p>
    <w:p>
      <w:r>
        <w:rPr>
          <w:rFonts w:ascii="IM Fell English" w:hAnsi="IM Fell English"/>
          <w:color w:val="141414"/>
          <w:sz w:val="24"/>
        </w:rPr>
        <w:t>She was no Broom-Hilda. Her caramel skin glowed with health, and her facial features were nearly perfect. Beautiful, curly brunette hair flowed over her shoulders. There was no other way to put it: Sarah was stunning.</w:t>
      </w:r>
    </w:p>
    <w:p>
      <w:r>
        <w:rPr>
          <w:rFonts w:ascii="IM Fell English" w:hAnsi="IM Fell English"/>
          <w:color w:val="141414"/>
          <w:sz w:val="24"/>
        </w:rPr>
        <w:t>"Would you like to come in?" Sarah asked politely.</w:t>
      </w:r>
    </w:p>
    <w:p>
      <w:r>
        <w:rPr>
          <w:rFonts w:ascii="IM Fell English" w:hAnsi="IM Fell English"/>
          <w:color w:val="141414"/>
          <w:sz w:val="24"/>
        </w:rPr>
        <w:t>She invited them into a large, mint-colored room with hardwood floors. The furnishings were elegant but simple and lived-in.</w:t>
      </w:r>
    </w:p>
    <w:p>
      <w:r>
        <w:rPr>
          <w:rFonts w:ascii="IM Fell English" w:hAnsi="IM Fell English"/>
          <w:color w:val="141414"/>
          <w:sz w:val="24"/>
        </w:rPr>
        <w:t>"I'm sure you have many questions for me," Sarah began. "But first, how about some tea or coffee?"</w:t>
      </w:r>
    </w:p>
    <w:p>
      <w:r>
        <w:rPr>
          <w:rFonts w:ascii="IM Fell English" w:hAnsi="IM Fell English"/>
          <w:i/>
          <w:color w:val="141414"/>
          <w:sz w:val="24"/>
        </w:rPr>
        <w:t>She was friendly,</w:t>
      </w:r>
      <w:r>
        <w:rPr>
          <w:rFonts w:ascii="IM Fell English" w:hAnsi="IM Fell English"/>
          <w:color w:val="141414"/>
          <w:sz w:val="24"/>
        </w:rPr>
        <w:t xml:space="preserve"> Martha thought. </w:t>
      </w:r>
      <w:r>
        <w:rPr>
          <w:rFonts w:ascii="IM Fell English" w:hAnsi="IM Fell English"/>
          <w:i/>
          <w:color w:val="141414"/>
          <w:sz w:val="24"/>
        </w:rPr>
        <w:t>Too nice.</w:t>
      </w:r>
    </w:p>
    <w:p>
      <w:r>
        <w:rPr>
          <w:rFonts w:ascii="IM Fell English" w:hAnsi="IM Fell English"/>
          <w:color w:val="141414"/>
          <w:sz w:val="24"/>
        </w:rPr>
        <w:t>Sarah returned moments later with coffee for everyone.</w:t>
      </w:r>
    </w:p>
    <w:p>
      <w:r>
        <w:rPr>
          <w:rFonts w:ascii="IM Fell English" w:hAnsi="IM Fell English"/>
          <w:color w:val="141414"/>
          <w:sz w:val="24"/>
        </w:rPr>
        <w:t>"So, what would you like to know?" she asked, setting the serving tray on the glass-topped coffee table and offering them each a cup.</w:t>
      </w:r>
    </w:p>
    <w:p>
      <w:r>
        <w:rPr>
          <w:rFonts w:ascii="IM Fell English" w:hAnsi="IM Fell English"/>
          <w:color w:val="141414"/>
          <w:sz w:val="24"/>
        </w:rPr>
        <w:t>"Oh, do either of you need cream or sugar?"</w:t>
      </w:r>
    </w:p>
    <w:p>
      <w:r>
        <w:rPr>
          <w:rFonts w:ascii="IM Fell English" w:hAnsi="IM Fell English"/>
          <w:color w:val="141414"/>
          <w:sz w:val="24"/>
        </w:rPr>
        <w:t>"I could use a little of both," Mary said.</w:t>
      </w:r>
    </w:p>
    <w:p>
      <w:r>
        <w:rPr>
          <w:rFonts w:ascii="IM Fell English" w:hAnsi="IM Fell English"/>
          <w:color w:val="141414"/>
          <w:sz w:val="24"/>
        </w:rPr>
        <w:t>Sarah returned from the kitchen with a creamer and sugar set that matched the cups.</w:t>
      </w:r>
    </w:p>
    <w:p>
      <w:r>
        <w:rPr>
          <w:rFonts w:ascii="IM Fell English" w:hAnsi="IM Fell English"/>
          <w:color w:val="141414"/>
          <w:sz w:val="24"/>
        </w:rPr>
        <w:t>"Well, how can I help you?" Sarah asked sweetly.</w:t>
      </w:r>
    </w:p>
    <w:p>
      <w:r>
        <w:rPr>
          <w:rFonts w:ascii="IM Fell English" w:hAnsi="IM Fell English"/>
          <w:color w:val="141414"/>
          <w:sz w:val="24"/>
        </w:rPr>
        <w:t>Martha wanted to hate this woman, but she was making it impossible.</w:t>
      </w:r>
    </w:p>
    <w:p>
      <w:r>
        <w:rPr>
          <w:rFonts w:ascii="IM Fell English" w:hAnsi="IM Fell English"/>
          <w:color w:val="141414"/>
          <w:sz w:val="24"/>
        </w:rPr>
        <w:t>"Tell us about your relationship with our father," Martha said.</w:t>
      </w:r>
    </w:p>
    <w:p>
      <w:r>
        <w:rPr>
          <w:rFonts w:ascii="IM Fell English" w:hAnsi="IM Fell English"/>
          <w:color w:val="141414"/>
          <w:sz w:val="24"/>
        </w:rPr>
        <w:t>Sarah sat down and sighed.</w:t>
      </w:r>
    </w:p>
    <w:p>
      <w:r>
        <w:rPr>
          <w:rFonts w:ascii="IM Fell English" w:hAnsi="IM Fell English"/>
          <w:color w:val="141414"/>
          <w:sz w:val="24"/>
        </w:rPr>
        <w:t>"Yeah, and why did he send you money?" Mary added.</w:t>
      </w:r>
    </w:p>
    <w:p>
      <w:r>
        <w:rPr>
          <w:rFonts w:ascii="IM Fell English" w:hAnsi="IM Fell English"/>
          <w:color w:val="141414"/>
          <w:sz w:val="24"/>
        </w:rPr>
        <w:t>"It all started more than 20 years ago. Your father was the pastor of a church here in Columbus. My husband, Marvin, died in a motorcycle accident, and your father agreed to do the funeral for me since I had no money. He was so kind and caring."</w:t>
      </w:r>
    </w:p>
    <w:p>
      <w:r>
        <w:rPr>
          <w:rFonts w:ascii="IM Fell English" w:hAnsi="IM Fell English"/>
          <w:color w:val="141414"/>
          <w:sz w:val="24"/>
        </w:rPr>
        <w:t>"We know he was kind and caring. What about the money?" Mary pressed.</w:t>
      </w:r>
    </w:p>
    <w:p>
      <w:r>
        <w:rPr>
          <w:rFonts w:ascii="IM Fell English" w:hAnsi="IM Fell English"/>
          <w:color w:val="141414"/>
          <w:sz w:val="24"/>
        </w:rPr>
        <w:t>"I'm getting there. We were in his study at the church when I broke down weeping. He sat down beside me to comfort me. I fell onto his shoulder. He put his arm around me... then."</w:t>
      </w:r>
    </w:p>
    <w:p>
      <w:r>
        <w:rPr>
          <w:rFonts w:ascii="IM Fell English" w:hAnsi="IM Fell English"/>
          <w:color w:val="141414"/>
          <w:sz w:val="24"/>
        </w:rPr>
        <w:t>"Then what?" Mary asked.</w:t>
      </w:r>
    </w:p>
    <w:p>
      <w:r>
        <w:rPr>
          <w:rFonts w:ascii="IM Fell English" w:hAnsi="IM Fell English"/>
          <w:color w:val="141414"/>
          <w:sz w:val="24"/>
        </w:rPr>
        <w:t>Martha had already figured it out.</w:t>
      </w:r>
    </w:p>
    <w:p>
      <w:r>
        <w:rPr>
          <w:rFonts w:ascii="IM Fell English" w:hAnsi="IM Fell English"/>
          <w:color w:val="141414"/>
          <w:sz w:val="24"/>
        </w:rPr>
        <w:t>"I knew it was wrong, and so did he, but we just couldn't stop.</w:t>
      </w:r>
    </w:p>
    <w:p>
      <w:r>
        <w:rPr>
          <w:rFonts w:ascii="IM Fell English" w:hAnsi="IM Fell English"/>
          <w:color w:val="141414"/>
          <w:sz w:val="24"/>
        </w:rPr>
        <w:t>Holding turned into kissing, then petting, then... well, you know."</w:t>
      </w:r>
    </w:p>
    <w:p>
      <w:r>
        <w:rPr>
          <w:rFonts w:ascii="IM Fell English" w:hAnsi="IM Fell English"/>
          <w:color w:val="141414"/>
          <w:sz w:val="24"/>
        </w:rPr>
        <w:t>"No, we don't know," Mary said.</w:t>
      </w:r>
    </w:p>
    <w:p>
      <w:r>
        <w:rPr>
          <w:rFonts w:ascii="IM Fell English" w:hAnsi="IM Fell English"/>
          <w:color w:val="141414"/>
          <w:sz w:val="24"/>
        </w:rPr>
        <w:t>"It went all the way to sex," Sarah</w:t>
      </w:r>
    </w:p>
    <w:p>
      <w:r>
        <w:rPr>
          <w:rFonts w:ascii="IM Fell English" w:hAnsi="IM Fell English"/>
          <w:color w:val="141414"/>
          <w:sz w:val="24"/>
        </w:rPr>
        <w:t>said, her face flushing. She then smiled faintly. "No, dear, we didn't just have sex. We made love."</w:t>
      </w:r>
    </w:p>
    <w:p>
      <w:r>
        <w:rPr>
          <w:rFonts w:ascii="IM Fell English" w:hAnsi="IM Fell English"/>
          <w:color w:val="141414"/>
          <w:sz w:val="24"/>
        </w:rPr>
        <w:t>Mary gagged and ran out the front door. "I think I'm going to be sick."</w:t>
      </w:r>
    </w:p>
    <w:p>
      <w:r>
        <w:rPr>
          <w:rFonts w:ascii="IM Fell English" w:hAnsi="IM Fell English"/>
          <w:color w:val="141414"/>
          <w:sz w:val="24"/>
        </w:rPr>
        <w:t>"I need to be with my sister," Martha said, following her.</w:t>
      </w:r>
    </w:p>
    <w:p>
      <w:r>
        <w:rPr>
          <w:rFonts w:ascii="IM Fell English" w:hAnsi="IM Fell English"/>
          <w:color w:val="141414"/>
          <w:sz w:val="24"/>
        </w:rPr>
        <w:t>Martha held Mary on the front porch. As they both cried, Martha realized for the first time her father was not perfect. He made big, serious mistakes. After they composed themselves, they returned to Sarah.</w:t>
      </w:r>
    </w:p>
    <w:p>
      <w:r>
        <w:rPr>
          <w:rFonts w:ascii="IM Fell English" w:hAnsi="IM Fell English"/>
          <w:color w:val="141414"/>
          <w:sz w:val="24"/>
        </w:rPr>
        <w:t>"So, how long did this affair go on?" Martha asked.</w:t>
      </w:r>
    </w:p>
    <w:p>
      <w:r>
        <w:rPr>
          <w:rFonts w:ascii="IM Fell English" w:hAnsi="IM Fell English"/>
          <w:color w:val="141414"/>
          <w:sz w:val="24"/>
        </w:rPr>
        <w:t>"Until you moved to Brownsville. He told me he couldn't do it anymore. He wanted to repair his marriage."</w:t>
      </w:r>
    </w:p>
    <w:p>
      <w:r>
        <w:rPr>
          <w:rFonts w:ascii="IM Fell English" w:hAnsi="IM Fell English"/>
          <w:color w:val="141414"/>
          <w:sz w:val="24"/>
        </w:rPr>
        <w:t>"So, why did Dad continue to send you money?" Mary asked.</w:t>
      </w:r>
    </w:p>
    <w:p>
      <w:r>
        <w:rPr>
          <w:rFonts w:ascii="IM Fell English" w:hAnsi="IM Fell English"/>
          <w:color w:val="141414"/>
          <w:sz w:val="24"/>
        </w:rPr>
        <w:t>"I told your father he didn't have to do it. I'm a vice president in a law firm, making good money, but he insisted. He said it was for Jamal."</w:t>
      </w:r>
    </w:p>
    <w:p>
      <w:r>
        <w:rPr>
          <w:rFonts w:ascii="IM Fell English" w:hAnsi="IM Fell English"/>
          <w:color w:val="141414"/>
          <w:sz w:val="24"/>
        </w:rPr>
        <w:t>"Why did he send money to Jamal?" Mary asked.</w:t>
      </w:r>
    </w:p>
    <w:p>
      <w:r>
        <w:rPr>
          <w:rFonts w:ascii="IM Fell English" w:hAnsi="IM Fell English"/>
          <w:color w:val="141414"/>
          <w:sz w:val="24"/>
        </w:rPr>
        <w:t>"Because Jamal is his son, right?" Martha said.</w:t>
      </w:r>
    </w:p>
    <w:p>
      <w:r>
        <w:rPr>
          <w:rFonts w:ascii="IM Fell English" w:hAnsi="IM Fell English"/>
          <w:color w:val="141414"/>
          <w:sz w:val="24"/>
        </w:rPr>
        <w:t>"That's right. Jamal was our child. Your father visited every Thursday to be with him."</w:t>
      </w:r>
    </w:p>
    <w:p>
      <w:r>
        <w:rPr>
          <w:rFonts w:ascii="IM Fell English" w:hAnsi="IM Fell English"/>
          <w:color w:val="141414"/>
          <w:sz w:val="24"/>
        </w:rPr>
        <w:t>"And you?"</w:t>
      </w:r>
    </w:p>
    <w:p>
      <w:r>
        <w:rPr>
          <w:rFonts w:ascii="IM Fell English" w:hAnsi="IM Fell English"/>
          <w:color w:val="141414"/>
          <w:sz w:val="24"/>
        </w:rPr>
        <w:t>"To visit, yes, nothing more. After he moved to Brownsville, we've never been... intimate."</w:t>
      </w:r>
    </w:p>
    <w:p>
      <w:r>
        <w:rPr>
          <w:rFonts w:ascii="IM Fell English" w:hAnsi="IM Fell English"/>
          <w:color w:val="141414"/>
          <w:sz w:val="24"/>
        </w:rPr>
        <w:t>"So, wait a minute. Jamal is Dad's son? That means he's..."</w:t>
      </w:r>
    </w:p>
    <w:p>
      <w:r>
        <w:rPr>
          <w:rFonts w:ascii="IM Fell English" w:hAnsi="IM Fell English"/>
          <w:color w:val="141414"/>
          <w:sz w:val="24"/>
        </w:rPr>
        <w:t>"Yes, Jamal is your half-brother," Sarah affirmed.</w:t>
      </w:r>
    </w:p>
    <w:p>
      <w:r>
        <w:rPr>
          <w:rFonts w:ascii="IM Fell English" w:hAnsi="IM Fell English"/>
          <w:color w:val="141414"/>
          <w:sz w:val="24"/>
        </w:rPr>
        <w:t>Mary looked at Martha, her mouth agape, eyes wide, and eyebrows arched.</w:t>
      </w:r>
    </w:p>
    <w:p>
      <w:r>
        <w:rPr>
          <w:rFonts w:ascii="IM Fell English" w:hAnsi="IM Fell English"/>
          <w:color w:val="141414"/>
          <w:sz w:val="24"/>
        </w:rPr>
        <w:t>"We have a brother?" Mary asked.</w:t>
      </w:r>
    </w:p>
    <w:p>
      <w:r>
        <w:rPr>
          <w:rFonts w:ascii="IM Fell English" w:hAnsi="IM Fell English"/>
          <w:color w:val="141414"/>
          <w:sz w:val="24"/>
        </w:rPr>
        <w:t>"A half-brother," Sarah answered.</w:t>
      </w:r>
    </w:p>
    <w:p>
      <w:r>
        <w:rPr>
          <w:rFonts w:ascii="IM Fell English" w:hAnsi="IM Fell English"/>
          <w:color w:val="141414"/>
          <w:sz w:val="24"/>
        </w:rPr>
        <w:t>"So, Jamal was at your father's house because Jerry was his father. He didn't go there to kill him; he was in trouble and sought his father's help," Sarah said.</w:t>
      </w:r>
    </w:p>
    <w:p>
      <w:r>
        <w:rPr>
          <w:rFonts w:ascii="IM Fell English" w:hAnsi="IM Fell English"/>
          <w:color w:val="141414"/>
          <w:sz w:val="24"/>
        </w:rPr>
        <w:t>"Why didn't he tell the police about it?" Martha asked.</w:t>
      </w:r>
    </w:p>
    <w:p>
      <w:r>
        <w:rPr>
          <w:rFonts w:ascii="IM Fell English" w:hAnsi="IM Fell English"/>
          <w:color w:val="141414"/>
          <w:sz w:val="24"/>
        </w:rPr>
        <w:t>"Because no one knew Jerry was Jamal's father, he didn't want to hurt you or your mother."</w:t>
      </w:r>
    </w:p>
    <w:p>
      <w:r>
        <w:rPr>
          <w:rFonts w:ascii="IM Fell English" w:hAnsi="IM Fell English"/>
          <w:color w:val="141414"/>
          <w:sz w:val="24"/>
        </w:rPr>
        <w:t>"But he could end up in prison for life," Martha said.</w:t>
      </w:r>
    </w:p>
    <w:p>
      <w:r>
        <w:rPr>
          <w:rFonts w:ascii="IM Fell English" w:hAnsi="IM Fell English"/>
          <w:color w:val="141414"/>
          <w:sz w:val="24"/>
        </w:rPr>
        <w:t>"He'll do it if it spares you and your family embarrassment in the community where you grew up," Sarah said.</w:t>
      </w:r>
    </w:p>
    <w:p>
      <w:r>
        <w:rPr>
          <w:rFonts w:ascii="IM Fell English" w:hAnsi="IM Fell English"/>
          <w:color w:val="141414"/>
          <w:sz w:val="24"/>
        </w:rPr>
        <w:t>"But now, it has to come out. He can't go to prison for something he didn't do," Martha said.</w:t>
      </w:r>
    </w:p>
    <w:p>
      <w:r>
        <w:rPr>
          <w:rFonts w:ascii="IM Fell English" w:hAnsi="IM Fell English"/>
          <w:color w:val="141414"/>
          <w:sz w:val="24"/>
        </w:rPr>
        <w:t>Sarah's face, which had shone earlier, now became gloomy.</w:t>
      </w:r>
    </w:p>
    <w:p>
      <w:r>
        <w:rPr>
          <w:rFonts w:ascii="IM Fell English" w:hAnsi="IM Fell English"/>
          <w:color w:val="141414"/>
          <w:sz w:val="24"/>
        </w:rPr>
        <w:t>"Will you please talk to him? Talk some sense into him. That place isn't good for him. He just told me on the phone that three guys jumped him; he's in the hospital."</w:t>
      </w:r>
    </w:p>
    <w:p>
      <w:r>
        <w:rPr>
          <w:rFonts w:ascii="IM Fell English" w:hAnsi="IM Fell English"/>
          <w:color w:val="141414"/>
          <w:sz w:val="24"/>
        </w:rPr>
        <w:t>"Sure," Martha said, preparing to leave, her mind still racing with a thousand questions. The drive home was silent for the first thirty minutes.</w:t>
      </w:r>
    </w:p>
    <w:p>
      <w:r>
        <w:rPr>
          <w:rFonts w:ascii="IM Fell English" w:hAnsi="IM Fell English"/>
          <w:color w:val="141414"/>
          <w:sz w:val="24"/>
        </w:rPr>
        <w:t>Mary said, "Wow, I never expected that."</w:t>
      </w:r>
    </w:p>
    <w:p>
      <w:r>
        <w:rPr>
          <w:rFonts w:ascii="IM Fell English" w:hAnsi="IM Fell English"/>
          <w:color w:val="141414"/>
          <w:sz w:val="24"/>
        </w:rPr>
        <w:t>"I always felt Dad was hiding something, but this..." Martha said.</w:t>
      </w:r>
    </w:p>
    <w:p>
      <w:r>
        <w:rPr>
          <w:rFonts w:ascii="IM Fell English" w:hAnsi="IM Fell English"/>
          <w:color w:val="141414"/>
          <w:sz w:val="24"/>
        </w:rPr>
        <w:t>"He was a cad, but he had good taste," Mary said. "Sarah is a looker."</w:t>
      </w:r>
    </w:p>
    <w:p>
      <w:r>
        <w:rPr>
          <w:rFonts w:ascii="IM Fell English" w:hAnsi="IM Fell English"/>
          <w:color w:val="141414"/>
          <w:sz w:val="24"/>
        </w:rPr>
        <w:t>Martha knew she'd have to see Malroy and arrange another visit with Jamal.</w:t>
      </w:r>
    </w:p>
    <w:p>
      <w:r>
        <w:rPr>
          <w:rFonts w:ascii="IM Fell English" w:hAnsi="IM Fell English"/>
          <w:color w:val="141414"/>
          <w:sz w:val="24"/>
        </w:rPr>
        <w:t>The words Jamal had said suddenly made sense: "I could no more kill him than you could."</w:t>
      </w:r>
    </w:p>
    <w:p>
      <w:r>
        <w:rPr>
          <w:rFonts w:ascii="IM Fell English" w:hAnsi="IM Fell English"/>
          <w:color w:val="141414"/>
          <w:sz w:val="24"/>
        </w:rPr>
        <w:t>Jerry was Jamal's father. She was certain now that Jamal hadn't killed Jerry, but how to prove it?</w:t>
      </w:r>
    </w:p>
    <w:p>
      <w:r>
        <w:rPr>
          <w:rFonts w:ascii="IM Fell English" w:hAnsi="IM Fell English"/>
          <w:color w:val="141414"/>
          <w:sz w:val="24"/>
        </w:rPr>
        <w:t>She didn't want to, but she called Malroy as soon as they were home.</w:t>
      </w:r>
    </w:p>
    <w:p>
      <w:r>
        <w:rPr>
          <w:rFonts w:ascii="IM Fell English" w:hAnsi="IM Fell English"/>
          <w:color w:val="141414"/>
          <w:sz w:val="24"/>
        </w:rPr>
        <w:t>"Detective Malroy here. Who am I talking to?"</w:t>
      </w:r>
    </w:p>
    <w:p>
      <w:r>
        <w:rPr>
          <w:rFonts w:ascii="IM Fell English" w:hAnsi="IM Fell English"/>
          <w:color w:val="141414"/>
          <w:sz w:val="24"/>
        </w:rPr>
        <w:t>"This is Martha Thomas."</w:t>
      </w:r>
    </w:p>
    <w:p>
      <w:r>
        <w:rPr>
          <w:rFonts w:ascii="IM Fell English" w:hAnsi="IM Fell English"/>
          <w:color w:val="141414"/>
          <w:sz w:val="24"/>
        </w:rPr>
        <w:t>"Well, little lady, what can I do to help you?"</w:t>
      </w:r>
    </w:p>
    <w:p>
      <w:r>
        <w:rPr>
          <w:rFonts w:ascii="IM Fell English" w:hAnsi="IM Fell English"/>
          <w:color w:val="141414"/>
          <w:sz w:val="24"/>
        </w:rPr>
        <w:t>"I'd like to visit Jamal again. I know you said—"</w:t>
      </w:r>
    </w:p>
    <w:p>
      <w:r>
        <w:rPr>
          <w:rFonts w:ascii="IM Fell English" w:hAnsi="IM Fell English"/>
          <w:color w:val="141414"/>
          <w:sz w:val="24"/>
        </w:rPr>
        <w:t>"No problem. Would you like to go tomorrow? What time would be good for you?"</w:t>
      </w:r>
    </w:p>
    <w:p>
      <w:r>
        <w:rPr>
          <w:rFonts w:ascii="IM Fell English" w:hAnsi="IM Fell English"/>
          <w:color w:val="141414"/>
          <w:sz w:val="24"/>
        </w:rPr>
        <w:t>"What did you say?"</w:t>
      </w:r>
    </w:p>
    <w:p>
      <w:r>
        <w:rPr>
          <w:rFonts w:ascii="IM Fell English" w:hAnsi="IM Fell English"/>
          <w:color w:val="141414"/>
          <w:sz w:val="24"/>
        </w:rPr>
        <w:t>"No problem. What time is good for you?"</w:t>
      </w:r>
    </w:p>
    <w:p>
      <w:r>
        <w:rPr>
          <w:rFonts w:ascii="IM Fell English" w:hAnsi="IM Fell English"/>
          <w:color w:val="141414"/>
          <w:sz w:val="24"/>
        </w:rPr>
        <w:t>"Ten?" Martha asked.</w:t>
      </w:r>
    </w:p>
    <w:p>
      <w:r>
        <w:rPr>
          <w:rFonts w:ascii="IM Fell English" w:hAnsi="IM Fell English"/>
          <w:color w:val="141414"/>
          <w:sz w:val="24"/>
        </w:rPr>
        <w:t>"Great, I'll call and set it up. Anything else I can do for you?"</w:t>
      </w:r>
    </w:p>
    <w:p>
      <w:r>
        <w:rPr>
          <w:rFonts w:ascii="IM Fell English" w:hAnsi="IM Fell English"/>
          <w:color w:val="141414"/>
          <w:sz w:val="24"/>
        </w:rPr>
        <w:t>"No, not that I can think of."</w:t>
      </w:r>
    </w:p>
    <w:p>
      <w:r>
        <w:rPr>
          <w:rFonts w:ascii="IM Fell English" w:hAnsi="IM Fell English"/>
          <w:color w:val="141414"/>
          <w:sz w:val="24"/>
        </w:rPr>
        <w:t>"Well, sweetie, never hesitate to call," Malroy said.</w:t>
      </w:r>
    </w:p>
    <w:p>
      <w:r>
        <w:rPr>
          <w:rFonts w:ascii="IM Fell English" w:hAnsi="IM Fell English"/>
          <w:color w:val="141414"/>
          <w:sz w:val="24"/>
        </w:rPr>
        <w:t>"Did you call?" Mary asked.</w:t>
      </w:r>
    </w:p>
    <w:p>
      <w:r>
        <w:rPr>
          <w:rFonts w:ascii="IM Fell English" w:hAnsi="IM Fell English"/>
          <w:color w:val="141414"/>
          <w:sz w:val="24"/>
        </w:rPr>
        <w:t>"Yes, and Malroy was... well, nice."</w:t>
      </w:r>
    </w:p>
    <w:p>
      <w:r>
        <w:rPr>
          <w:rFonts w:ascii="IM Fell English" w:hAnsi="IM Fell English"/>
          <w:color w:val="141414"/>
          <w:sz w:val="24"/>
        </w:rPr>
        <w:t>"Nice, Malroy? I didn't think he knew the meaning of the word," Mary said.</w:t>
      </w:r>
    </w:p>
    <w:p>
      <w:r>
        <w:rPr>
          <w:rFonts w:ascii="IM Fell English" w:hAnsi="IM Fell English"/>
          <w:color w:val="141414"/>
          <w:sz w:val="24"/>
        </w:rPr>
        <w:t>"He called me 'Little lady' and 'sweetie,'" Martha said.</w:t>
      </w:r>
    </w:p>
    <w:p>
      <w:r>
        <w:rPr>
          <w:rFonts w:ascii="IM Fell English" w:hAnsi="IM Fell English"/>
          <w:color w:val="141414"/>
          <w:sz w:val="24"/>
        </w:rPr>
        <w:t>"Malroy?" Mary said.</w:t>
      </w:r>
    </w:p>
    <w:p>
      <w:r>
        <w:rPr>
          <w:rFonts w:ascii="IM Fell English" w:hAnsi="IM Fell English"/>
          <w:color w:val="141414"/>
          <w:sz w:val="24"/>
        </w:rPr>
        <w:t>Martha and Mary drove through an early morning snowfall, less than an inch, but just enough to leave tire tracks. They drove to CCI, the Cedartown Correctional Institute.</w:t>
      </w:r>
    </w:p>
    <w:p>
      <w:r>
        <w:rPr>
          <w:rFonts w:ascii="IM Fell English" w:hAnsi="IM Fell English"/>
          <w:color w:val="141414"/>
          <w:sz w:val="24"/>
        </w:rPr>
        <w:t>"I'm not going into that place," Mary said.</w:t>
      </w:r>
    </w:p>
    <w:p>
      <w:r>
        <w:rPr>
          <w:rFonts w:ascii="IM Fell English" w:hAnsi="IM Fell English"/>
          <w:color w:val="141414"/>
          <w:sz w:val="24"/>
        </w:rPr>
        <w:t>"Why?" Martha asked.</w:t>
      </w:r>
    </w:p>
    <w:p>
      <w:r>
        <w:rPr>
          <w:rFonts w:ascii="IM Fell English" w:hAnsi="IM Fell English"/>
          <w:color w:val="141414"/>
          <w:sz w:val="24"/>
        </w:rPr>
        <w:t>"Prisons are scary places. I've watched prison movies. I'll never go into a place like that."</w:t>
      </w:r>
    </w:p>
    <w:p>
      <w:r>
        <w:rPr>
          <w:rFonts w:ascii="IM Fell English" w:hAnsi="IM Fell English"/>
          <w:color w:val="141414"/>
          <w:sz w:val="24"/>
        </w:rPr>
        <w:t>"We're just visiting."</w:t>
      </w:r>
    </w:p>
    <w:p>
      <w:r>
        <w:rPr>
          <w:rFonts w:ascii="IM Fell English" w:hAnsi="IM Fell English"/>
          <w:color w:val="141414"/>
          <w:sz w:val="24"/>
        </w:rPr>
        <w:t>"You're just visiting. I'm staying here in the car."</w:t>
      </w:r>
    </w:p>
    <w:p>
      <w:r>
        <w:rPr>
          <w:rFonts w:ascii="IM Fell English" w:hAnsi="IM Fell English"/>
          <w:color w:val="141414"/>
          <w:sz w:val="24"/>
        </w:rPr>
        <w:t>"May I help you?" the guard at the desk asked.</w:t>
      </w:r>
    </w:p>
    <w:p>
      <w:r>
        <w:rPr>
          <w:rFonts w:ascii="IM Fell English" w:hAnsi="IM Fell English"/>
          <w:color w:val="141414"/>
          <w:sz w:val="24"/>
        </w:rPr>
        <w:t>"I'm Martha Thomas."</w:t>
      </w:r>
    </w:p>
    <w:p>
      <w:r>
        <w:rPr>
          <w:rFonts w:ascii="IM Fell English" w:hAnsi="IM Fell English"/>
          <w:color w:val="141414"/>
          <w:sz w:val="24"/>
        </w:rPr>
        <w:t xml:space="preserve">"Ms. Thomas, we've been waiting for you." </w:t>
      </w:r>
      <w:r>
        <w:rPr>
          <w:rFonts w:ascii="IM Fell English" w:hAnsi="IM Fell English"/>
          <w:i/>
          <w:color w:val="141414"/>
          <w:sz w:val="24"/>
        </w:rPr>
        <w:t>Great, here comes the crucible.</w:t>
      </w:r>
    </w:p>
    <w:p>
      <w:r>
        <w:rPr>
          <w:rFonts w:ascii="IM Fell English" w:hAnsi="IM Fell English"/>
          <w:color w:val="141414"/>
          <w:sz w:val="24"/>
        </w:rPr>
        <w:t>"This way, Ms. Thomas. Warden Gallinger would like to talk to you."</w:t>
      </w:r>
    </w:p>
    <w:p>
      <w:r>
        <w:rPr>
          <w:rFonts w:ascii="IM Fell English" w:hAnsi="IM Fell English"/>
          <w:color w:val="141414"/>
          <w:sz w:val="24"/>
        </w:rPr>
        <w:t>Instead of the usual maze, this time she made only one turn and was in front of the Warden's office.</w:t>
      </w:r>
    </w:p>
    <w:p>
      <w:r>
        <w:rPr>
          <w:rFonts w:ascii="IM Fell English" w:hAnsi="IM Fell English"/>
          <w:color w:val="141414"/>
          <w:sz w:val="24"/>
        </w:rPr>
        <w:t>"Good morning, Ms. Thomas," Gallinger said, opening a file in front of him. "You're here to see Inmate Richards again."</w:t>
      </w:r>
    </w:p>
    <w:p>
      <w:r>
        <w:rPr>
          <w:rFonts w:ascii="IM Fell English" w:hAnsi="IM Fell English"/>
          <w:color w:val="141414"/>
          <w:sz w:val="24"/>
        </w:rPr>
        <w:t>"I was told Inmate Richards had an accident following my last visit and is now in the infirmary. What happened?" Martha asked.</w:t>
      </w:r>
    </w:p>
    <w:p>
      <w:r>
        <w:rPr>
          <w:rFonts w:ascii="IM Fell English" w:hAnsi="IM Fell English"/>
          <w:color w:val="141414"/>
          <w:sz w:val="24"/>
        </w:rPr>
        <w:t>"He must have tripped and fallen down some stairs. Prison can be a dangerous place, Ms. Thomas."</w:t>
      </w:r>
    </w:p>
    <w:p>
      <w:r>
        <w:rPr>
          <w:rFonts w:ascii="IM Fell English" w:hAnsi="IM Fell English"/>
          <w:color w:val="141414"/>
          <w:sz w:val="24"/>
        </w:rPr>
        <w:t>"Is he okay?"</w:t>
      </w:r>
    </w:p>
    <w:p>
      <w:r>
        <w:rPr>
          <w:rFonts w:ascii="IM Fell English" w:hAnsi="IM Fell English"/>
          <w:color w:val="141414"/>
          <w:sz w:val="24"/>
        </w:rPr>
        <w:t>He stared at the file. "Yes, it appears he's doing fine, for now."</w:t>
      </w:r>
    </w:p>
    <w:p>
      <w:r>
        <w:rPr>
          <w:rFonts w:ascii="IM Fell English" w:hAnsi="IM Fell English"/>
          <w:color w:val="141414"/>
          <w:sz w:val="24"/>
        </w:rPr>
        <w:t>"Officer Collier, will you escort our guest to the infirmary?"</w:t>
      </w:r>
    </w:p>
    <w:p>
      <w:r>
        <w:rPr>
          <w:rFonts w:ascii="IM Fell English" w:hAnsi="IM Fell English"/>
          <w:color w:val="141414"/>
          <w:sz w:val="24"/>
        </w:rPr>
        <w:t>They left the office, and Collier led Martha through the massive complex of buildings to a building marked 'INFIRMARY.'</w:t>
      </w:r>
    </w:p>
    <w:p>
      <w:r>
        <w:rPr>
          <w:rFonts w:ascii="IM Fell English" w:hAnsi="IM Fell English"/>
          <w:color w:val="141414"/>
          <w:sz w:val="24"/>
        </w:rPr>
        <w:t>Collier opened the door and led the way down a spotlessly clean, narrow hallway to a large white door with a stenciled sign: 'Ward 3.' Inside, six beds lined the walls, three on one side and three on the other.</w:t>
      </w:r>
    </w:p>
    <w:p>
      <w:r>
        <w:rPr>
          <w:rFonts w:ascii="IM Fell English" w:hAnsi="IM Fell English"/>
          <w:color w:val="141414"/>
          <w:sz w:val="24"/>
        </w:rPr>
        <w:t>Jamal lay in the middle bed on the right. His head was bandaged, his left arm was in a cast, and his right leg was elevated.</w:t>
      </w:r>
    </w:p>
    <w:p>
      <w:r>
        <w:rPr>
          <w:rFonts w:ascii="IM Fell English" w:hAnsi="IM Fell English"/>
          <w:color w:val="141414"/>
          <w:sz w:val="24"/>
        </w:rPr>
        <w:t>Martha's eyes widened, and her jaw dropped. "What happened to you?"</w:t>
      </w:r>
    </w:p>
    <w:p>
      <w:r>
        <w:rPr>
          <w:rFonts w:ascii="IM Fell English" w:hAnsi="IM Fell English"/>
          <w:color w:val="141414"/>
          <w:sz w:val="24"/>
        </w:rPr>
        <w:t>Jamal smiled at the guard. "I fell down the stairs... the same day you visited me."</w:t>
      </w:r>
    </w:p>
    <w:p>
      <w:r>
        <w:rPr>
          <w:rFonts w:ascii="IM Fell English" w:hAnsi="IM Fell English"/>
          <w:i/>
          <w:color w:val="141414"/>
          <w:sz w:val="24"/>
        </w:rPr>
        <w:t>I caused this.</w:t>
      </w:r>
    </w:p>
    <w:p>
      <w:r>
        <w:rPr>
          <w:rFonts w:ascii="IM Fell English" w:hAnsi="IM Fell English"/>
          <w:color w:val="141414"/>
          <w:sz w:val="24"/>
        </w:rPr>
        <w:t>"What do you want?" Martha asked.</w:t>
      </w:r>
    </w:p>
    <w:p>
      <w:r>
        <w:rPr>
          <w:rFonts w:ascii="IM Fell English" w:hAnsi="IM Fell English"/>
          <w:color w:val="141414"/>
          <w:sz w:val="24"/>
        </w:rPr>
        <w:t>"I spoke to your mother," she replied.</w:t>
      </w:r>
    </w:p>
    <w:p>
      <w:r>
        <w:rPr>
          <w:rFonts w:ascii="IM Fell English" w:hAnsi="IM Fell English"/>
          <w:color w:val="141414"/>
          <w:sz w:val="24"/>
        </w:rPr>
        <w:t>"I know, she told me."</w:t>
      </w:r>
    </w:p>
    <w:p>
      <w:r>
        <w:rPr>
          <w:rFonts w:ascii="IM Fell English" w:hAnsi="IM Fell English"/>
          <w:color w:val="141414"/>
          <w:sz w:val="24"/>
        </w:rPr>
        <w:t>"So?" she asked.</w:t>
      </w:r>
    </w:p>
    <w:p>
      <w:r>
        <w:rPr>
          <w:rFonts w:ascii="IM Fell English" w:hAnsi="IM Fell English"/>
          <w:color w:val="141414"/>
          <w:sz w:val="24"/>
        </w:rPr>
        <w:t>"So what? Now you know we share a father. What difference does that make?"</w:t>
      </w:r>
    </w:p>
    <w:p>
      <w:r>
        <w:rPr>
          <w:rFonts w:ascii="IM Fell English" w:hAnsi="IM Fell English"/>
          <w:color w:val="141414"/>
          <w:sz w:val="24"/>
        </w:rPr>
        <w:t>"Did you do it?"</w:t>
      </w:r>
    </w:p>
    <w:p>
      <w:r>
        <w:rPr>
          <w:rFonts w:ascii="IM Fell English" w:hAnsi="IM Fell English"/>
          <w:color w:val="141414"/>
          <w:sz w:val="24"/>
        </w:rPr>
        <w:t>"My answer is still no!"</w:t>
      </w:r>
    </w:p>
    <w:p>
      <w:r>
        <w:rPr>
          <w:rFonts w:ascii="IM Fell English" w:hAnsi="IM Fell English"/>
          <w:color w:val="141414"/>
          <w:sz w:val="24"/>
        </w:rPr>
        <w:t>"So why won't you talk to me?"</w:t>
      </w:r>
    </w:p>
    <w:p>
      <w:r>
        <w:rPr>
          <w:rFonts w:ascii="IM Fell English" w:hAnsi="IM Fell English"/>
          <w:color w:val="141414"/>
          <w:sz w:val="24"/>
        </w:rPr>
        <w:t>He pointed to his cast and leg. "Duh."</w:t>
      </w:r>
    </w:p>
    <w:p>
      <w:r>
        <w:rPr>
          <w:rFonts w:ascii="IM Fell English" w:hAnsi="IM Fell English"/>
          <w:color w:val="141414"/>
          <w:sz w:val="24"/>
        </w:rPr>
        <w:t>"Someone did this because you talked to me," Martha said.</w:t>
      </w:r>
    </w:p>
    <w:p>
      <w:r>
        <w:rPr>
          <w:rFonts w:ascii="IM Fell English" w:hAnsi="IM Fell English"/>
          <w:color w:val="141414"/>
          <w:sz w:val="24"/>
        </w:rPr>
        <w:t>"No, I fell down the stairs, like I said. Just leave. It would be better if you didn't come back."</w:t>
      </w:r>
    </w:p>
    <w:p>
      <w:r>
        <w:rPr>
          <w:rFonts w:ascii="IM Fell English" w:hAnsi="IM Fell English"/>
          <w:color w:val="141414"/>
          <w:sz w:val="24"/>
        </w:rPr>
        <w:t>"I think this visit is over," Jamal said to the guard.</w:t>
      </w:r>
    </w:p>
    <w:p>
      <w:r>
        <w:rPr>
          <w:rFonts w:ascii="IM Fell English" w:hAnsi="IM Fell English"/>
          <w:color w:val="141414"/>
          <w:sz w:val="24"/>
        </w:rPr>
        <w:t>Martha returned to the car, her mind consumed with worry.</w:t>
      </w:r>
    </w:p>
    <w:p>
      <w:r>
        <w:rPr>
          <w:rFonts w:ascii="IM Fell English" w:hAnsi="IM Fell English"/>
          <w:color w:val="141414"/>
          <w:sz w:val="24"/>
        </w:rPr>
        <w:t>"Mary, what are you doing?" Martha asked.</w:t>
      </w:r>
    </w:p>
    <w:p>
      <w:r>
        <w:rPr>
          <w:rFonts w:ascii="IM Fell English" w:hAnsi="IM Fell English"/>
          <w:color w:val="141414"/>
          <w:sz w:val="24"/>
        </w:rPr>
        <w:t>Mary had kicked off her shoes, propped her foot on the dash, and was painting her toenails bright purple.</w:t>
      </w:r>
    </w:p>
    <w:p>
      <w:r>
        <w:rPr>
          <w:rFonts w:ascii="IM Fell English" w:hAnsi="IM Fell English"/>
          <w:color w:val="141414"/>
          <w:sz w:val="24"/>
        </w:rPr>
        <w:t>"Just painting my toenails to match the streaks in my hair."</w:t>
      </w:r>
    </w:p>
    <w:p>
      <w:r>
        <w:rPr>
          <w:rFonts w:ascii="IM Fell English" w:hAnsi="IM Fell English"/>
          <w:color w:val="141414"/>
          <w:sz w:val="24"/>
        </w:rPr>
        <w:t>"You don't have purple streaks."</w:t>
      </w:r>
    </w:p>
    <w:p>
      <w:r>
        <w:rPr>
          <w:rFonts w:ascii="IM Fell English" w:hAnsi="IM Fell English"/>
          <w:color w:val="141414"/>
          <w:sz w:val="24"/>
        </w:rPr>
        <w:t>"Not yet," Mary said, laughing.</w:t>
      </w:r>
    </w:p>
    <w:p>
      <w:r>
        <w:rPr>
          <w:rFonts w:ascii="IM Fell English" w:hAnsi="IM Fell English"/>
          <w:color w:val="141414"/>
          <w:sz w:val="24"/>
        </w:rPr>
        <w:t>"Well?" Mary prompted.</w:t>
      </w:r>
    </w:p>
    <w:p>
      <w:r>
        <w:rPr>
          <w:rFonts w:ascii="IM Fell English" w:hAnsi="IM Fell English"/>
          <w:color w:val="141414"/>
          <w:sz w:val="24"/>
        </w:rPr>
        <w:t>"Well, what?"</w:t>
      </w:r>
    </w:p>
    <w:p>
      <w:r>
        <w:rPr>
          <w:rFonts w:ascii="IM Fell English" w:hAnsi="IM Fell English"/>
          <w:color w:val="141414"/>
          <w:sz w:val="24"/>
        </w:rPr>
        <w:t>"What did he say about him being our brother? It still makes my skin crawl."</w:t>
      </w:r>
    </w:p>
    <w:p>
      <w:r>
        <w:rPr>
          <w:rFonts w:ascii="IM Fell English" w:hAnsi="IM Fell English"/>
          <w:color w:val="141414"/>
          <w:sz w:val="24"/>
        </w:rPr>
        <w:t>"He admitted he was Dad's son."</w:t>
      </w:r>
    </w:p>
    <w:p>
      <w:r>
        <w:rPr>
          <w:rFonts w:ascii="IM Fell English" w:hAnsi="IM Fell English"/>
          <w:color w:val="141414"/>
          <w:sz w:val="24"/>
        </w:rPr>
        <w:t>"Duh, what else did he say?" Mary asked.</w:t>
      </w:r>
    </w:p>
    <w:p>
      <w:r>
        <w:rPr>
          <w:rFonts w:ascii="IM Fell English" w:hAnsi="IM Fell English"/>
          <w:color w:val="141414"/>
          <w:sz w:val="24"/>
        </w:rPr>
        <w:t>"Nothing. The guard was listening. Someone beat him up after my last visit."</w:t>
      </w:r>
    </w:p>
    <w:p>
      <w:r>
        <w:rPr>
          <w:rFonts w:ascii="IM Fell English" w:hAnsi="IM Fell English"/>
          <w:color w:val="141414"/>
          <w:sz w:val="24"/>
        </w:rPr>
        <w:t>"Maybe we should forget this. Perhaps it's for the best. If he's not guilty, the courts will find out," Mary said.</w:t>
      </w:r>
    </w:p>
    <w:p>
      <w:r>
        <w:rPr>
          <w:rFonts w:ascii="IM Fell English" w:hAnsi="IM Fell English"/>
          <w:color w:val="141414"/>
          <w:sz w:val="24"/>
        </w:rPr>
        <w:t>"I read an article about a man who spent twenty years behind bars for a crime he didn't commit."</w:t>
      </w:r>
    </w:p>
    <w:p>
      <w:r>
        <w:rPr>
          <w:rFonts w:ascii="IM Fell English" w:hAnsi="IM Fell English"/>
          <w:color w:val="141414"/>
          <w:sz w:val="24"/>
        </w:rPr>
        <w:t>"Twenty years? That's a long time, but what can you do? What can we do?"</w:t>
      </w:r>
    </w:p>
    <w:p>
      <w:r>
        <w:rPr>
          <w:rFonts w:ascii="IM Fell English" w:hAnsi="IM Fell English"/>
          <w:color w:val="141414"/>
          <w:sz w:val="24"/>
        </w:rPr>
        <w:t>"I don't know, but I'm going to find out," Martha said. "I don't want Jamal to spend twenty years in prison if he's innocent."</w:t>
      </w:r>
    </w:p>
    <w:p>
      <w:r>
        <w:rPr>
          <w:rFonts w:ascii="IM Fell English" w:hAnsi="IM Fell English"/>
          <w:color w:val="141414"/>
          <w:sz w:val="24"/>
        </w:rPr>
        <w:t>"Can we stop by the drugstore? I need to pick something up," Mary said.</w:t>
      </w:r>
    </w:p>
    <w:p>
      <w:r>
        <w:rPr>
          <w:rFonts w:ascii="IM Fell English" w:hAnsi="IM Fell English"/>
          <w:color w:val="141414"/>
          <w:sz w:val="24"/>
        </w:rPr>
        <w:t>Mary came out with three candy bars and a box of purple hair color.</w:t>
      </w:r>
    </w:p>
    <w:p>
      <w:r>
        <w:rPr>
          <w:rFonts w:ascii="IM Fell English" w:hAnsi="IM Fell English"/>
          <w:color w:val="141414"/>
          <w:sz w:val="24"/>
        </w:rPr>
        <w:t>Martha knew she had to do something, but what? She didn't solve crimes; she read about them. But what had she read? The best approach, she realized, was to go back to the beginning.</w:t>
      </w:r>
    </w:p>
    <w:p>
      <w:r>
        <w:rPr>
          <w:rFonts w:ascii="IM Fell English" w:hAnsi="IM Fell English"/>
          <w:color w:val="141414"/>
          <w:sz w:val="24"/>
        </w:rPr>
        <w:t>She dug around in her purse until she found the Post-it note she'd made in her father's study.</w:t>
      </w:r>
    </w:p>
    <w:p>
      <w:r>
        <w:rPr>
          <w:rFonts w:ascii="IM Fell English" w:hAnsi="IM Fell English"/>
          <w:color w:val="141414"/>
          <w:sz w:val="24"/>
        </w:rPr>
        <w:t>As she reread it, she tried to remember when she had heard her father use the name 'Bubbles.' Was it the name of a person, a place, a thing? 'Bubbles' had to have some meaning.</w:t>
      </w:r>
    </w:p>
    <w:p>
      <w:r>
        <w:rPr>
          <w:rFonts w:ascii="IM Fell English" w:hAnsi="IM Fell English"/>
          <w:color w:val="141414"/>
          <w:sz w:val="24"/>
        </w:rPr>
        <w:t>She then turned her attention to the second note: R. Phillips.</w:t>
      </w:r>
    </w:p>
    <w:p>
      <w:r>
        <w:rPr>
          <w:rFonts w:ascii="IM Fell English" w:hAnsi="IM Fell English"/>
          <w:color w:val="141414"/>
          <w:sz w:val="24"/>
        </w:rPr>
        <w:t>She pulled her phone from her handbag and typed his name into a web search.</w:t>
      </w:r>
    </w:p>
    <w:p>
      <w:r>
        <w:rPr>
          <w:rFonts w:ascii="IM Fell English" w:hAnsi="IM Fell English"/>
          <w:color w:val="141414"/>
          <w:sz w:val="24"/>
        </w:rPr>
        <w:t>She dialed the number.</w:t>
      </w:r>
    </w:p>
    <w:p>
      <w:r>
        <w:rPr>
          <w:rFonts w:ascii="IM Fell English" w:hAnsi="IM Fell English"/>
          <w:color w:val="141414"/>
          <w:sz w:val="24"/>
        </w:rPr>
        <w:t>"Senator Rick Phillips' office, how may I direct your call?" said a highly professional voice.</w:t>
      </w:r>
    </w:p>
    <w:p>
      <w:r>
        <w:rPr>
          <w:rFonts w:ascii="IM Fell English" w:hAnsi="IM Fell English"/>
          <w:color w:val="141414"/>
          <w:sz w:val="24"/>
        </w:rPr>
        <w:t>"My name is Martha Thomas, and I'd like to speak with Senator Phillips."</w:t>
      </w:r>
    </w:p>
    <w:p>
      <w:r>
        <w:rPr>
          <w:rFonts w:ascii="IM Fell English" w:hAnsi="IM Fell English"/>
          <w:color w:val="141414"/>
          <w:sz w:val="24"/>
        </w:rPr>
        <w:t>"Ms. Thomas, let me check and see if Senator Phillips is available."</w:t>
      </w:r>
    </w:p>
    <w:p>
      <w:r>
        <w:rPr>
          <w:rFonts w:ascii="IM Fell English" w:hAnsi="IM Fell English"/>
          <w:color w:val="141414"/>
          <w:sz w:val="24"/>
        </w:rPr>
        <w:t>"Senator Phillips here, how can I help you?"</w:t>
      </w:r>
    </w:p>
    <w:p>
      <w:r>
        <w:rPr>
          <w:rFonts w:ascii="IM Fell English" w:hAnsi="IM Fell English"/>
          <w:color w:val="141414"/>
          <w:sz w:val="24"/>
        </w:rPr>
        <w:t>"Senator Phillips, this is Martha Thomas. I was wondering if I could get an appointment to see you. I have something I'd like to discuss with you."</w:t>
      </w:r>
    </w:p>
    <w:p>
      <w:r>
        <w:rPr>
          <w:rFonts w:ascii="IM Fell English" w:hAnsi="IM Fell English"/>
          <w:color w:val="141414"/>
          <w:sz w:val="24"/>
        </w:rPr>
        <w:t>"Sure, Martha, we've known each other for years. You don't need to call me Senator. I'll always be Rick to you. Would today at 4 o'clock work for you?"</w:t>
      </w:r>
    </w:p>
    <w:p>
      <w:r>
        <w:rPr>
          <w:rFonts w:ascii="IM Fell English" w:hAnsi="IM Fell English"/>
          <w:color w:val="141414"/>
          <w:sz w:val="24"/>
        </w:rPr>
        <w:t>"Yes, 4 o'clock would be great."</w:t>
      </w:r>
    </w:p>
    <w:p>
      <w:r>
        <w:rPr>
          <w:rFonts w:ascii="IM Fell English" w:hAnsi="IM Fell English"/>
          <w:color w:val="141414"/>
          <w:sz w:val="24"/>
        </w:rPr>
        <w:t>She drove to her sister's apartment, where she found Mary wearing a neon purple blouse, purple shorts, and now sporting purple streaks in her strawberry-blond hair.</w:t>
      </w:r>
    </w:p>
    <w:p>
      <w:r>
        <w:rPr>
          <w:rFonts w:ascii="IM Fell English" w:hAnsi="IM Fell English"/>
          <w:color w:val="141414"/>
          <w:sz w:val="24"/>
        </w:rPr>
        <w:t>"Well, what do you think?"</w:t>
      </w:r>
    </w:p>
    <w:p>
      <w:r>
        <w:rPr>
          <w:rFonts w:ascii="IM Fell English" w:hAnsi="IM Fell English"/>
          <w:color w:val="141414"/>
          <w:sz w:val="24"/>
        </w:rPr>
        <w:t>"Mary, it looks different."</w:t>
      </w:r>
    </w:p>
    <w:p>
      <w:r>
        <w:rPr>
          <w:rFonts w:ascii="IM Fell English" w:hAnsi="IM Fell English"/>
          <w:color w:val="141414"/>
          <w:sz w:val="24"/>
        </w:rPr>
        <w:t>"I told you I was going to do it."</w:t>
      </w:r>
    </w:p>
    <w:p>
      <w:r>
        <w:rPr>
          <w:rFonts w:ascii="IM Fell English" w:hAnsi="IM Fell English"/>
          <w:color w:val="141414"/>
          <w:sz w:val="24"/>
        </w:rPr>
        <w:t>"I know. I guess I didn't expect it to be so drastic. Bright purple?"</w:t>
      </w:r>
    </w:p>
    <w:p>
      <w:r>
        <w:rPr>
          <w:rFonts w:ascii="IM Fell English" w:hAnsi="IM Fell English"/>
          <w:color w:val="141414"/>
          <w:sz w:val="24"/>
        </w:rPr>
        <w:t>"I know! Don't you just love it?"</w:t>
      </w:r>
    </w:p>
    <w:p>
      <w:r>
        <w:rPr>
          <w:rFonts w:ascii="IM Fell English" w:hAnsi="IM Fell English"/>
          <w:color w:val="141414"/>
          <w:sz w:val="24"/>
        </w:rPr>
        <w:t>Martha wrinkled her brow and pursed her lips. "Like I said, it is different."</w:t>
      </w:r>
    </w:p>
    <w:p>
      <w:r>
        <w:rPr>
          <w:rFonts w:ascii="IM Fell English" w:hAnsi="IM Fell English"/>
          <w:color w:val="141414"/>
          <w:sz w:val="24"/>
        </w:rPr>
        <w:t>Martha and Mary drove toward Columbus.</w:t>
      </w:r>
    </w:p>
    <w:p>
      <w:r>
        <w:rPr>
          <w:rFonts w:ascii="IM Fell English" w:hAnsi="IM Fell English"/>
          <w:color w:val="141414"/>
          <w:sz w:val="24"/>
        </w:rPr>
        <w:t>"Do you remember Dad ever using the word 'Bubbles'?" Martha asked.</w:t>
      </w:r>
    </w:p>
    <w:p>
      <w:r>
        <w:rPr>
          <w:rFonts w:ascii="IM Fell English" w:hAnsi="IM Fell English"/>
          <w:color w:val="141414"/>
          <w:sz w:val="24"/>
        </w:rPr>
        <w:t>"I've been thinking about it. It seems he used that as a nickname for someone, but I can't remember who," Mary replied.</w:t>
      </w:r>
    </w:p>
    <w:p>
      <w:r>
        <w:rPr>
          <w:rFonts w:ascii="IM Fell English" w:hAnsi="IM Fell English"/>
          <w:color w:val="141414"/>
          <w:sz w:val="24"/>
        </w:rPr>
        <w:t>"I remember he had nicknames for all of us," Martha</w:t>
      </w:r>
    </w:p>
    <w:p>
      <w:r>
        <w:rPr>
          <w:rFonts w:ascii="IM Fell English" w:hAnsi="IM Fell English"/>
          <w:color w:val="141414"/>
          <w:sz w:val="24"/>
        </w:rPr>
        <w:t>said, searching her memory. She recalled the nickname but couldn't place for whom it was intended.</w:t>
      </w:r>
    </w:p>
    <w:p>
      <w:r>
        <w:rPr>
          <w:rFonts w:ascii="IM Fell English" w:hAnsi="IM Fell English"/>
          <w:color w:val="141414"/>
          <w:sz w:val="24"/>
        </w:rPr>
        <w:t>They arrived at Rick Phillips' office building, a massive skyscraper on High Street in downtown Columbus, the very heart of the business district.</w:t>
      </w:r>
    </w:p>
    <w:p>
      <w:r>
        <w:rPr>
          <w:rFonts w:ascii="IM Fell English" w:hAnsi="IM Fell English"/>
          <w:color w:val="141414"/>
          <w:sz w:val="24"/>
        </w:rPr>
        <w:t>They rode the elevator to the penthouse suite.</w:t>
      </w:r>
    </w:p>
    <w:p>
      <w:r>
        <w:rPr>
          <w:rFonts w:ascii="IM Fell English" w:hAnsi="IM Fell English"/>
          <w:color w:val="141414"/>
          <w:sz w:val="24"/>
        </w:rPr>
        <w:t>The receptionist ushered them into his lavish office, lined with cherry bookcases. A huge, overstuffed sofa and chairs sat on one side, and a massive cherry desk dominated the center of the room.</w:t>
      </w:r>
    </w:p>
    <w:p>
      <w:r>
        <w:rPr>
          <w:rFonts w:ascii="IM Fell English" w:hAnsi="IM Fell English"/>
          <w:color w:val="141414"/>
          <w:sz w:val="24"/>
        </w:rPr>
        <w:t>This was impressive—not bad for a former mayor of Brownsville. Rick sat behind the desk, smiling that fake politician's smile.</w:t>
      </w:r>
    </w:p>
    <w:p>
      <w:r>
        <w:rPr>
          <w:rFonts w:ascii="IM Fell English" w:hAnsi="IM Fell English"/>
          <w:color w:val="141414"/>
          <w:sz w:val="24"/>
        </w:rPr>
        <w:t>"How can I help you, ladies?" he asked.</w:t>
      </w:r>
    </w:p>
    <w:p>
      <w:r>
        <w:rPr>
          <w:rFonts w:ascii="IM Fell English" w:hAnsi="IM Fell English"/>
          <w:color w:val="141414"/>
          <w:sz w:val="24"/>
        </w:rPr>
        <w:t>"We don't want to take a lot of your time. We know you're a remarkably busy man, but we have a question about an appointment Dad had with you two weeks ago.</w:t>
      </w:r>
    </w:p>
    <w:p>
      <w:r>
        <w:rPr>
          <w:rFonts w:ascii="IM Fell English" w:hAnsi="IM Fell English"/>
          <w:color w:val="141414"/>
          <w:sz w:val="24"/>
        </w:rPr>
        <w:t>Can you tell us what it was about?" Martha asked.</w:t>
      </w:r>
    </w:p>
    <w:p>
      <w:r>
        <w:rPr>
          <w:rFonts w:ascii="IM Fell English" w:hAnsi="IM Fell English"/>
          <w:color w:val="141414"/>
          <w:sz w:val="24"/>
        </w:rPr>
        <w:t>"Let me see," he said, turning to his computer and typing for a few seconds. "Yes, your father and I were talking about the reception for Judy's wedding. He wanted to make sure we had the caterer lined up."</w:t>
      </w:r>
    </w:p>
    <w:p>
      <w:r>
        <w:rPr>
          <w:rFonts w:ascii="IM Fell English" w:hAnsi="IM Fell English"/>
          <w:color w:val="141414"/>
          <w:sz w:val="24"/>
        </w:rPr>
        <w:t>"Why did he write 'one week' beside your name?" Martha asked.</w:t>
      </w:r>
    </w:p>
    <w:p>
      <w:r>
        <w:rPr>
          <w:rFonts w:ascii="IM Fell English" w:hAnsi="IM Fell English"/>
          <w:color w:val="141414"/>
          <w:sz w:val="24"/>
        </w:rPr>
        <w:t>"He said he'd like me to call him in one week to give him the caterer's name for his files, which I did."</w:t>
      </w:r>
    </w:p>
    <w:p>
      <w:r>
        <w:rPr>
          <w:rFonts w:ascii="IM Fell English" w:hAnsi="IM Fell English"/>
          <w:color w:val="141414"/>
          <w:sz w:val="24"/>
        </w:rPr>
        <w:t>"Well, I think that will do it," Mary said.</w:t>
      </w:r>
    </w:p>
    <w:p>
      <w:r>
        <w:rPr>
          <w:rFonts w:ascii="IM Fell English" w:hAnsi="IM Fell English"/>
          <w:color w:val="141414"/>
          <w:sz w:val="24"/>
        </w:rPr>
        <w:t>Martha was reluctant to leave, but Mary insisted.</w:t>
      </w:r>
    </w:p>
    <w:p>
      <w:r>
        <w:rPr>
          <w:rFonts w:ascii="IM Fell English" w:hAnsi="IM Fell English"/>
          <w:color w:val="141414"/>
          <w:sz w:val="24"/>
        </w:rPr>
        <w:t>Once back in the car, Martha said, "He was lying."</w:t>
      </w:r>
    </w:p>
    <w:p>
      <w:r>
        <w:rPr>
          <w:rFonts w:ascii="IM Fell English" w:hAnsi="IM Fell English"/>
          <w:color w:val="141414"/>
          <w:sz w:val="24"/>
        </w:rPr>
        <w:t>"Why do you say that?" Mary asked.</w:t>
      </w:r>
    </w:p>
    <w:p>
      <w:r>
        <w:rPr>
          <w:rFonts w:ascii="IM Fell English" w:hAnsi="IM Fell English"/>
          <w:color w:val="141414"/>
          <w:sz w:val="24"/>
        </w:rPr>
        <w:t>"Dad never cared about caterers or receptions. He always said, 'The church is my concern; after you leave is your concern,' remember?"</w:t>
      </w:r>
    </w:p>
    <w:p>
      <w:r>
        <w:rPr>
          <w:rFonts w:ascii="IM Fell English" w:hAnsi="IM Fell English"/>
          <w:color w:val="141414"/>
          <w:sz w:val="24"/>
        </w:rPr>
        <w:t>"Now that you mention it, why would he lie?"</w:t>
      </w:r>
    </w:p>
    <w:p>
      <w:r>
        <w:rPr>
          <w:rFonts w:ascii="IM Fell English" w:hAnsi="IM Fell English"/>
          <w:color w:val="141414"/>
          <w:sz w:val="24"/>
        </w:rPr>
        <w:t>"Why indeed?"</w:t>
      </w:r>
    </w:p>
    <w:p>
      <w:r>
        <w:rPr>
          <w:rFonts w:ascii="IM Fell English" w:hAnsi="IM Fell English"/>
          <w:color w:val="141414"/>
          <w:sz w:val="24"/>
        </w:rPr>
        <w:t>While driving home, Martha's phone rang.</w:t>
      </w:r>
    </w:p>
    <w:p>
      <w:r>
        <w:rPr>
          <w:rFonts w:ascii="IM Fell English" w:hAnsi="IM Fell English"/>
          <w:color w:val="141414"/>
          <w:sz w:val="24"/>
        </w:rPr>
        <w:t>"Hello."</w:t>
      </w:r>
    </w:p>
    <w:p>
      <w:r>
        <w:rPr>
          <w:rFonts w:ascii="IM Fell English" w:hAnsi="IM Fell English"/>
          <w:color w:val="141414"/>
          <w:sz w:val="24"/>
        </w:rPr>
        <w:t>"Martha, this is Judy Phillips. Are you busy?"</w:t>
      </w:r>
    </w:p>
    <w:p>
      <w:r>
        <w:rPr>
          <w:rFonts w:ascii="IM Fell English" w:hAnsi="IM Fell English"/>
          <w:color w:val="141414"/>
          <w:sz w:val="24"/>
        </w:rPr>
        <w:t>"I'm driving. What can I do for you?"</w:t>
      </w:r>
    </w:p>
    <w:p>
      <w:r>
        <w:rPr>
          <w:rFonts w:ascii="IM Fell English" w:hAnsi="IM Fell English"/>
          <w:color w:val="141414"/>
          <w:sz w:val="24"/>
        </w:rPr>
        <w:t>"Do you remember me telling you about Billy Davidson, the writer? We're getting together at his place, and the old high school gang will be there. I wondered if you and your sister might like to join us."</w:t>
      </w:r>
    </w:p>
    <w:p>
      <w:r>
        <w:rPr>
          <w:rFonts w:ascii="IM Fell English" w:hAnsi="IM Fell English"/>
          <w:color w:val="141414"/>
          <w:sz w:val="24"/>
        </w:rPr>
        <w:t>"When and where?"</w:t>
      </w:r>
    </w:p>
    <w:p>
      <w:r>
        <w:rPr>
          <w:rFonts w:ascii="IM Fell English" w:hAnsi="IM Fell English"/>
          <w:color w:val="141414"/>
          <w:sz w:val="24"/>
        </w:rPr>
        <w:t>"I'll call you with all the info later tonight. Toodles!"</w:t>
      </w:r>
    </w:p>
    <w:p>
      <w:r>
        <w:rPr>
          <w:rFonts w:ascii="IM Fell English" w:hAnsi="IM Fell English"/>
          <w:color w:val="141414"/>
          <w:sz w:val="24"/>
        </w:rPr>
        <w:t>"I'll wait for your call."</w:t>
      </w:r>
    </w:p>
    <w:p>
      <w:r>
        <w:rPr>
          <w:rFonts w:ascii="IM Fell English" w:hAnsi="IM Fell English"/>
          <w:color w:val="141414"/>
          <w:sz w:val="24"/>
        </w:rPr>
        <w:t>Martha hung up and said, "Mary, that was Judy Phillips."</w:t>
      </w:r>
    </w:p>
    <w:p>
      <w:r>
        <w:rPr>
          <w:rFonts w:ascii="IM Fell English" w:hAnsi="IM Fell English"/>
          <w:color w:val="141414"/>
          <w:sz w:val="24"/>
        </w:rPr>
        <w:t>"You mean the Senator's daughter?"</w:t>
      </w:r>
    </w:p>
    <w:p>
      <w:r>
        <w:rPr>
          <w:rFonts w:ascii="IM Fell English" w:hAnsi="IM Fell English"/>
          <w:color w:val="141414"/>
          <w:sz w:val="24"/>
        </w:rPr>
        <w:t>"Yes, it just seems strange she'd call now."</w:t>
      </w:r>
    </w:p>
    <w:p>
      <w:r>
        <w:rPr>
          <w:rFonts w:ascii="IM Fell English" w:hAnsi="IM Fell English"/>
          <w:color w:val="141414"/>
          <w:sz w:val="24"/>
        </w:rPr>
        <w:t>"What did she want?" Mary asked.</w:t>
      </w:r>
    </w:p>
    <w:p>
      <w:r>
        <w:rPr>
          <w:rFonts w:ascii="IM Fell English" w:hAnsi="IM Fell English"/>
          <w:color w:val="141414"/>
          <w:sz w:val="24"/>
        </w:rPr>
        <w:t>"She wanted to invite us to a get-together with our old high school gang."</w:t>
      </w:r>
    </w:p>
    <w:p>
      <w:r>
        <w:rPr>
          <w:rFonts w:ascii="IM Fell English" w:hAnsi="IM Fell English"/>
          <w:color w:val="141414"/>
          <w:sz w:val="24"/>
        </w:rPr>
        <w:t>"Wow, when?"</w:t>
      </w:r>
    </w:p>
    <w:p>
      <w:r>
        <w:rPr>
          <w:rFonts w:ascii="IM Fell English" w:hAnsi="IM Fell English"/>
          <w:color w:val="141414"/>
          <w:sz w:val="24"/>
        </w:rPr>
        <w:t>"She's going to call me," Martha said.</w:t>
      </w:r>
    </w:p>
    <w:p>
      <w:r>
        <w:rPr>
          <w:rFonts w:ascii="IM Fell English" w:hAnsi="IM Fell English"/>
          <w:color w:val="141414"/>
          <w:sz w:val="24"/>
        </w:rPr>
        <w:t>"I can't wait. It's been years since I've seen them," Mary said.</w:t>
      </w:r>
    </w:p>
    <w:p>
      <w:r>
        <w:rPr>
          <w:rFonts w:ascii="IM Fell English" w:hAnsi="IM Fell English"/>
          <w:color w:val="141414"/>
          <w:sz w:val="24"/>
        </w:rPr>
        <w:t>"Were you ever invited to anything like this before?" Martha asked.</w:t>
      </w:r>
    </w:p>
    <w:p>
      <w:r>
        <w:rPr>
          <w:rFonts w:ascii="IM Fell English" w:hAnsi="IM Fell English"/>
          <w:color w:val="141414"/>
          <w:sz w:val="24"/>
        </w:rPr>
        <w:t>"Never, this is so cool!"</w:t>
      </w:r>
    </w:p>
    <w:p>
      <w:r>
        <w:rPr>
          <w:rFonts w:ascii="IM Fell English" w:hAnsi="IM Fell English"/>
          <w:color w:val="141414"/>
          <w:sz w:val="24"/>
        </w:rPr>
        <w:t>"Never. But minutes after our visit to the Senator, we get this call?" Martha said.</w:t>
      </w:r>
    </w:p>
    <w:p>
      <w:r>
        <w:rPr>
          <w:rFonts w:ascii="IM Fell English" w:hAnsi="IM Fell English"/>
          <w:color w:val="141414"/>
          <w:sz w:val="24"/>
        </w:rPr>
        <w:t>"Yes, I guess! But I'll look outstanding! What should I wear? Look at me, asking you! You never make a bold statement, but this calls for boldness—the bolder, the better."</w:t>
      </w:r>
    </w:p>
    <w:p>
      <w:r>
        <w:rPr>
          <w:rFonts w:ascii="IM Fell English" w:hAnsi="IM Fell English"/>
          <w:color w:val="141414"/>
          <w:sz w:val="24"/>
        </w:rPr>
        <w:t>The bolder, the better. What could that mean? Martha was afraid of Mary going "bolder." Mary had no restraint button.</w:t>
      </w:r>
    </w:p>
    <w:p>
      <w:r>
        <w:rPr>
          <w:rFonts w:ascii="IM Fell English" w:hAnsi="IM Fell English"/>
          <w:color w:val="141414"/>
          <w:sz w:val="24"/>
        </w:rPr>
        <w:t>That evening, Judy called back. She invited Mary and Martha to</w:t>
      </w:r>
    </w:p>
    <w:p>
      <w:r>
        <w:rPr>
          <w:rFonts w:ascii="IM Fell English" w:hAnsi="IM Fell English"/>
          <w:color w:val="141414"/>
          <w:sz w:val="24"/>
        </w:rPr>
        <w:t>Billy's home that Saturday for a party with the old gang. She gave Martha the time and the address.</w:t>
      </w:r>
    </w:p>
    <w:p>
      <w:r>
        <w:rPr>
          <w:rFonts w:ascii="IM Fell English" w:hAnsi="IM Fell English"/>
          <w:color w:val="141414"/>
          <w:sz w:val="24"/>
        </w:rPr>
        <w:t>There would be lots of food and all the beer they could drink, she promised. Martha agreed to attend, even though she was a one-beer gal.</w:t>
      </w:r>
    </w:p>
    <w:p>
      <w:r>
        <w:rPr>
          <w:rFonts w:ascii="IM Fell English" w:hAnsi="IM Fell English"/>
          <w:color w:val="141414"/>
          <w:sz w:val="24"/>
        </w:rPr>
        <w:t>Why a party? Why now? Did it have anything to do with her recent visit to her father's office? What was this all about? Could she trust Judy?</w:t>
      </w:r>
    </w:p>
    <w:p>
      <w:pPr>
        <w:pStyle w:val="Heading1"/>
        <w:jc w:val="center"/>
      </w:pPr>
      <w:r>
        <w:rPr>
          <w:rFonts w:ascii="IM Fell English" w:hAnsi="IM Fell English"/>
          <w:color w:val="0D0D0D"/>
        </w:rPr>
        <w:t>Chapter 11</w:t>
      </w:r>
    </w:p>
    <w:p>
      <w:r>
        <w:rPr>
          <w:rFonts w:ascii="IM Fell English" w:hAnsi="IM Fell English"/>
          <w:color w:val="141414"/>
          <w:sz w:val="24"/>
        </w:rPr>
        <w:t>Martha and Mary arrived at Billy's house—if it could even be called a house. From the road, it looked more like a mansion, something out of Hollywood, not Brownsville.</w:t>
      </w:r>
    </w:p>
    <w:p>
      <w:r>
        <w:rPr>
          <w:rFonts w:ascii="IM Fell English" w:hAnsi="IM Fell English"/>
          <w:color w:val="141414"/>
          <w:sz w:val="24"/>
        </w:rPr>
        <w:t>As they pulled in, a valet stood waiting to take their keys. Martha hesitated, feeling embarrassed as she handed over the keys to her new rental.</w:t>
      </w:r>
    </w:p>
    <w:p>
      <w:r>
        <w:rPr>
          <w:rFonts w:ascii="IM Fell English" w:hAnsi="IM Fell English"/>
          <w:color w:val="141414"/>
          <w:sz w:val="24"/>
        </w:rPr>
        <w:t>"Oh, cool, a parker guy," Mary said, clearly impressed.</w:t>
      </w:r>
    </w:p>
    <w:p>
      <w:r>
        <w:rPr>
          <w:rFonts w:ascii="IM Fell English" w:hAnsi="IM Fell English"/>
          <w:color w:val="141414"/>
          <w:sz w:val="24"/>
        </w:rPr>
        <w:t>"A valet," Martha whispered, correcting her sister.</w:t>
      </w:r>
    </w:p>
    <w:p>
      <w:r>
        <w:rPr>
          <w:rFonts w:ascii="IM Fell English" w:hAnsi="IM Fell English"/>
          <w:color w:val="141414"/>
          <w:sz w:val="24"/>
        </w:rPr>
        <w:t>A man in starched jeans and with a muscular build approached them. "Ladies, if you'll follow me," he said.</w:t>
      </w:r>
    </w:p>
    <w:p>
      <w:r>
        <w:rPr>
          <w:rFonts w:ascii="IM Fell English" w:hAnsi="IM Fell English"/>
          <w:color w:val="141414"/>
          <w:sz w:val="24"/>
        </w:rPr>
        <w:t>He led them up a well-maintained walkway to a large oak door, opened by a young woman in a maid's uniform.</w:t>
      </w:r>
    </w:p>
    <w:p>
      <w:r>
        <w:rPr>
          <w:rFonts w:ascii="IM Fell English" w:hAnsi="IM Fell English"/>
          <w:color w:val="141414"/>
          <w:sz w:val="24"/>
        </w:rPr>
        <w:t>The inside was as grand as the outside.</w:t>
      </w:r>
    </w:p>
    <w:p>
      <w:r>
        <w:rPr>
          <w:rFonts w:ascii="IM Fell English" w:hAnsi="IM Fell English"/>
          <w:color w:val="141414"/>
          <w:sz w:val="24"/>
        </w:rPr>
        <w:t>A young, fit man broke away from a group gathered in the dining area and headed straight toward them.</w:t>
      </w:r>
    </w:p>
    <w:p>
      <w:r>
        <w:rPr>
          <w:rFonts w:ascii="IM Fell English" w:hAnsi="IM Fell English"/>
          <w:color w:val="141414"/>
          <w:sz w:val="24"/>
        </w:rPr>
        <w:t>"Do you remember me?" he asked.</w:t>
      </w:r>
    </w:p>
    <w:p>
      <w:r>
        <w:rPr>
          <w:rFonts w:ascii="IM Fell English" w:hAnsi="IM Fell English"/>
          <w:color w:val="141414"/>
          <w:sz w:val="24"/>
        </w:rPr>
        <w:t>"I don't think so," Martha replied.</w:t>
      </w:r>
    </w:p>
    <w:p>
      <w:r>
        <w:rPr>
          <w:rFonts w:ascii="IM Fell English" w:hAnsi="IM Fell English"/>
          <w:color w:val="141414"/>
          <w:sz w:val="24"/>
        </w:rPr>
        <w:t>"I'm Billy Davidson."</w:t>
      </w:r>
    </w:p>
    <w:p>
      <w:r>
        <w:rPr>
          <w:rFonts w:ascii="IM Fell English" w:hAnsi="IM Fell English"/>
          <w:color w:val="141414"/>
          <w:sz w:val="24"/>
        </w:rPr>
        <w:t>"Billy? The last time I saw you, you were..."</w:t>
      </w:r>
    </w:p>
    <w:p>
      <w:r>
        <w:rPr>
          <w:rFonts w:ascii="IM Fell English" w:hAnsi="IM Fell English"/>
          <w:color w:val="141414"/>
          <w:sz w:val="24"/>
        </w:rPr>
        <w:t>"I know," he interrupted. "I wore glasses, was short, and chubby..."</w:t>
      </w:r>
    </w:p>
    <w:p>
      <w:r>
        <w:rPr>
          <w:rFonts w:ascii="IM Fell English" w:hAnsi="IM Fell English"/>
          <w:color w:val="141414"/>
          <w:sz w:val="24"/>
        </w:rPr>
        <w:t>"I wouldn't say chubby," Martha said, recalling the boy who was always in the library reading.</w:t>
      </w:r>
    </w:p>
    <w:p>
      <w:r>
        <w:rPr>
          <w:rFonts w:ascii="IM Fell English" w:hAnsi="IM Fell English"/>
          <w:color w:val="141414"/>
          <w:sz w:val="24"/>
        </w:rPr>
        <w:t>"It's okay," Billy said with a grin. "After college, I lost weight and had LASIK."</w:t>
      </w:r>
    </w:p>
    <w:p>
      <w:r>
        <w:rPr>
          <w:rFonts w:ascii="IM Fell English" w:hAnsi="IM Fell English"/>
          <w:color w:val="141414"/>
          <w:sz w:val="24"/>
        </w:rPr>
        <w:t>"I did too—or at least the LASIK," Martha said with a smile.</w:t>
      </w:r>
    </w:p>
    <w:p>
      <w:r>
        <w:rPr>
          <w:rFonts w:ascii="IM Fell English" w:hAnsi="IM Fell English"/>
          <w:color w:val="141414"/>
          <w:sz w:val="24"/>
        </w:rPr>
        <w:t>Billy and Martha began walking together, leaving Mary to find her way.</w:t>
      </w:r>
    </w:p>
    <w:p>
      <w:r>
        <w:rPr>
          <w:rFonts w:ascii="IM Fell English" w:hAnsi="IM Fell English"/>
          <w:color w:val="141414"/>
          <w:sz w:val="24"/>
        </w:rPr>
        <w:t>"So, you're the famous William Davidson. I think I've read all your books," Martha said.</w:t>
      </w:r>
    </w:p>
    <w:p>
      <w:r>
        <w:rPr>
          <w:rFonts w:ascii="IM Fell English" w:hAnsi="IM Fell English"/>
          <w:color w:val="141414"/>
          <w:sz w:val="24"/>
        </w:rPr>
        <w:t>"Oh, I hope not," Billy replied with a chuckle. "My first few books were disasters. While learning the craft, I had to give them away just to build a readership. But enough about me—what about you?"</w:t>
      </w:r>
    </w:p>
    <w:p>
      <w:r>
        <w:rPr>
          <w:rFonts w:ascii="IM Fell English" w:hAnsi="IM Fell English"/>
          <w:color w:val="141414"/>
          <w:sz w:val="24"/>
        </w:rPr>
        <w:t>"I became a librarian."</w:t>
      </w:r>
    </w:p>
    <w:p>
      <w:r>
        <w:rPr>
          <w:rFonts w:ascii="IM Fell English" w:hAnsi="IM Fell English"/>
          <w:color w:val="141414"/>
          <w:sz w:val="24"/>
        </w:rPr>
        <w:t>"You always loved books; you were always reading," Billy said.</w:t>
      </w:r>
    </w:p>
    <w:p>
      <w:r>
        <w:rPr>
          <w:rFonts w:ascii="IM Fell English" w:hAnsi="IM Fell English"/>
          <w:color w:val="141414"/>
          <w:sz w:val="24"/>
        </w:rPr>
        <w:t>"Maybe I read too much," Martha admitted.</w:t>
      </w:r>
    </w:p>
    <w:p>
      <w:r>
        <w:rPr>
          <w:rFonts w:ascii="IM Fell English" w:hAnsi="IM Fell English"/>
          <w:color w:val="141414"/>
          <w:sz w:val="24"/>
        </w:rPr>
        <w:t>"Never say that to a writer," Billy teased. "We make our living off people who read too much." They both laughed.</w:t>
      </w:r>
    </w:p>
    <w:p>
      <w:r>
        <w:rPr>
          <w:rFonts w:ascii="IM Fell English" w:hAnsi="IM Fell English"/>
          <w:color w:val="141414"/>
          <w:sz w:val="24"/>
        </w:rPr>
        <w:t>"Where are you living now?" Billy asked.</w:t>
      </w:r>
    </w:p>
    <w:p>
      <w:r>
        <w:rPr>
          <w:rFonts w:ascii="IM Fell English" w:hAnsi="IM Fell English"/>
          <w:color w:val="141414"/>
          <w:sz w:val="24"/>
        </w:rPr>
        <w:t>"I have a one-bedroom apartment in San Antonio."</w:t>
      </w:r>
    </w:p>
    <w:p>
      <w:r>
        <w:rPr>
          <w:rFonts w:ascii="IM Fell English" w:hAnsi="IM Fell English"/>
          <w:color w:val="141414"/>
          <w:sz w:val="24"/>
        </w:rPr>
        <w:t>"Do you like it there?"</w:t>
      </w:r>
    </w:p>
    <w:p>
      <w:r>
        <w:rPr>
          <w:rFonts w:ascii="IM Fell English" w:hAnsi="IM Fell English"/>
          <w:color w:val="141414"/>
          <w:sz w:val="24"/>
        </w:rPr>
        <w:t>"It's okay—no winters like you have around here," Martha replied.</w:t>
      </w:r>
    </w:p>
    <w:p>
      <w:r>
        <w:rPr>
          <w:rFonts w:ascii="IM Fell English" w:hAnsi="IM Fell English"/>
          <w:color w:val="141414"/>
          <w:sz w:val="24"/>
        </w:rPr>
        <w:t>Just then, a few other guests came around the corner.</w:t>
      </w:r>
    </w:p>
    <w:p>
      <w:r>
        <w:rPr>
          <w:rFonts w:ascii="IM Fell English" w:hAnsi="IM Fell English"/>
          <w:color w:val="141414"/>
          <w:sz w:val="24"/>
        </w:rPr>
        <w:t>Billy stood up. "I need to play host, but let's catch up before you leave."</w:t>
      </w:r>
    </w:p>
    <w:p>
      <w:r>
        <w:rPr>
          <w:rFonts w:ascii="IM Fell English" w:hAnsi="IM Fell English"/>
          <w:color w:val="141414"/>
          <w:sz w:val="24"/>
        </w:rPr>
        <w:t>Judy came over and sat beside Martha.</w:t>
      </w:r>
    </w:p>
    <w:p>
      <w:r>
        <w:rPr>
          <w:rFonts w:ascii="IM Fell English" w:hAnsi="IM Fell English"/>
          <w:color w:val="141414"/>
          <w:sz w:val="24"/>
        </w:rPr>
        <w:t>"Isn't he dreamy?" Judy asked.</w:t>
      </w:r>
    </w:p>
    <w:p>
      <w:r>
        <w:rPr>
          <w:rFonts w:ascii="IM Fell English" w:hAnsi="IM Fell English"/>
          <w:color w:val="141414"/>
          <w:sz w:val="24"/>
        </w:rPr>
        <w:t>"Who?" Martha replied.</w:t>
      </w:r>
    </w:p>
    <w:p>
      <w:r>
        <w:rPr>
          <w:rFonts w:ascii="IM Fell English" w:hAnsi="IM Fell English"/>
          <w:color w:val="141414"/>
          <w:sz w:val="24"/>
        </w:rPr>
        <w:t>"Billy, of course."</w:t>
      </w:r>
    </w:p>
    <w:p>
      <w:r>
        <w:rPr>
          <w:rFonts w:ascii="IM Fell English" w:hAnsi="IM Fell English"/>
          <w:color w:val="141414"/>
          <w:sz w:val="24"/>
        </w:rPr>
        <w:t>"I guess so," Martha said, glancing at him and catching his eye.</w:t>
      </w:r>
    </w:p>
    <w:p>
      <w:r>
        <w:rPr>
          <w:rFonts w:ascii="IM Fell English" w:hAnsi="IM Fell English"/>
          <w:color w:val="141414"/>
          <w:sz w:val="24"/>
        </w:rPr>
        <w:t>"I've never seen him do that before," Judy said.</w:t>
      </w:r>
    </w:p>
    <w:p>
      <w:r>
        <w:rPr>
          <w:rFonts w:ascii="IM Fell English" w:hAnsi="IM Fell English"/>
          <w:color w:val="141414"/>
          <w:sz w:val="24"/>
        </w:rPr>
        <w:t>"Do what?"</w:t>
      </w:r>
    </w:p>
    <w:p>
      <w:r>
        <w:rPr>
          <w:rFonts w:ascii="IM Fell English" w:hAnsi="IM Fell English"/>
          <w:color w:val="141414"/>
          <w:sz w:val="24"/>
        </w:rPr>
        <w:t>"Leave everyone else to talk only to one person, like he did with you," Judy said, smiling knowingly.</w:t>
      </w:r>
    </w:p>
    <w:p>
      <w:r>
        <w:rPr>
          <w:rFonts w:ascii="IM Fell English" w:hAnsi="IM Fell English"/>
          <w:color w:val="141414"/>
          <w:sz w:val="24"/>
        </w:rPr>
        <w:t>"Oh, Judy, really?" Martha said, shaking her head.</w:t>
      </w:r>
    </w:p>
    <w:p>
      <w:r>
        <w:rPr>
          <w:rFonts w:ascii="IM Fell English" w:hAnsi="IM Fell English"/>
          <w:color w:val="141414"/>
          <w:sz w:val="24"/>
        </w:rPr>
        <w:t>"No, seriously. He doesn't do that with anyone," Judy insisted.</w:t>
      </w:r>
    </w:p>
    <w:p>
      <w:r>
        <w:rPr>
          <w:rFonts w:ascii="IM Fell English" w:hAnsi="IM Fell English"/>
          <w:color w:val="141414"/>
          <w:sz w:val="24"/>
        </w:rPr>
        <w:t>During the meal, Billy made sure Martha sat beside him.</w:t>
      </w:r>
    </w:p>
    <w:p>
      <w:r>
        <w:rPr>
          <w:rFonts w:ascii="IM Fell English" w:hAnsi="IM Fell English"/>
          <w:color w:val="141414"/>
          <w:sz w:val="24"/>
        </w:rPr>
        <w:t>Between bites of hamburger, Martha asked, "How did you start writing?"</w:t>
      </w:r>
    </w:p>
    <w:p>
      <w:r>
        <w:rPr>
          <w:rFonts w:ascii="IM Fell English" w:hAnsi="IM Fell English"/>
          <w:color w:val="141414"/>
          <w:sz w:val="24"/>
        </w:rPr>
        <w:t>"Your father played a significant role," Billy replied.</w:t>
      </w:r>
    </w:p>
    <w:p>
      <w:r>
        <w:rPr>
          <w:rFonts w:ascii="IM Fell English" w:hAnsi="IM Fell English"/>
          <w:color w:val="141414"/>
          <w:sz w:val="24"/>
        </w:rPr>
        <w:t>"My dad? Really?"</w:t>
      </w:r>
    </w:p>
    <w:p>
      <w:r>
        <w:rPr>
          <w:rFonts w:ascii="IM Fell English" w:hAnsi="IM Fell English"/>
          <w:color w:val="141414"/>
          <w:sz w:val="24"/>
        </w:rPr>
        <w:t>"I asked him to read my first story, and he said he liked it. Then he started calling me 'Graphy.'"</w:t>
      </w:r>
    </w:p>
    <w:p>
      <w:r>
        <w:rPr>
          <w:rFonts w:ascii="IM Fell English" w:hAnsi="IM Fell English"/>
          <w:color w:val="141414"/>
          <w:sz w:val="24"/>
        </w:rPr>
        <w:t>"I remember that! But why 'Graphy?'"</w:t>
      </w:r>
    </w:p>
    <w:p>
      <w:r>
        <w:rPr>
          <w:rFonts w:ascii="IM Fell English" w:hAnsi="IM Fell English"/>
          <w:color w:val="141414"/>
          <w:sz w:val="24"/>
        </w:rPr>
        <w:t>"He said it was from the Greek word for 'writer.' Every time he called me that, it encouraged me to keep going," Billy explained.</w:t>
      </w:r>
    </w:p>
    <w:p>
      <w:r>
        <w:rPr>
          <w:rFonts w:ascii="IM Fell English" w:hAnsi="IM Fell English"/>
          <w:color w:val="141414"/>
          <w:sz w:val="24"/>
        </w:rPr>
        <w:t>"That's cool," Martha said. "So, did you send him any royalties?" she joked.</w:t>
      </w:r>
    </w:p>
    <w:p>
      <w:r>
        <w:rPr>
          <w:rFonts w:ascii="IM Fell English" w:hAnsi="IM Fell English"/>
          <w:color w:val="141414"/>
          <w:sz w:val="24"/>
        </w:rPr>
        <w:t>"He encouraged me, but I had to do all the writing," Billy said with a laugh.</w:t>
      </w:r>
    </w:p>
    <w:p>
      <w:r>
        <w:rPr>
          <w:rFonts w:ascii="IM Fell English" w:hAnsi="IM Fell English"/>
          <w:color w:val="141414"/>
          <w:sz w:val="24"/>
        </w:rPr>
        <w:t>"Can I ask you something?" Billy asked.</w:t>
      </w:r>
    </w:p>
    <w:p>
      <w:r>
        <w:rPr>
          <w:rFonts w:ascii="IM Fell English" w:hAnsi="IM Fell English"/>
          <w:color w:val="141414"/>
          <w:sz w:val="24"/>
        </w:rPr>
        <w:t>"Sure."</w:t>
      </w:r>
    </w:p>
    <w:p>
      <w:r>
        <w:rPr>
          <w:rFonts w:ascii="IM Fell English" w:hAnsi="IM Fell English"/>
          <w:color w:val="141414"/>
          <w:sz w:val="24"/>
        </w:rPr>
        <w:t>"Why did your dad call you 'Red?' You don't have red hair or wear red clothes. I never understood it."</w:t>
      </w:r>
    </w:p>
    <w:p>
      <w:r>
        <w:rPr>
          <w:rFonts w:ascii="IM Fell English" w:hAnsi="IM Fell English"/>
          <w:color w:val="141414"/>
          <w:sz w:val="24"/>
        </w:rPr>
        <w:t>"Oh, he wasn't calling me 'Red.' He was calling me 'Read'—R-E-A-D. Whenever someone mentioned a book, I'd always say, 'Oh, yes, I've read that.'"</w:t>
      </w:r>
    </w:p>
    <w:p>
      <w:r>
        <w:rPr>
          <w:rFonts w:ascii="IM Fell English" w:hAnsi="IM Fell English"/>
          <w:color w:val="141414"/>
          <w:sz w:val="24"/>
        </w:rPr>
        <w:t>"So, it was 'read,' not 'the color red,'" Billy said, laughing.</w:t>
      </w:r>
    </w:p>
    <w:p>
      <w:r>
        <w:rPr>
          <w:rFonts w:ascii="IM Fell English" w:hAnsi="IM Fell English"/>
          <w:color w:val="141414"/>
          <w:sz w:val="24"/>
        </w:rPr>
        <w:t>"Exactly."</w:t>
      </w:r>
    </w:p>
    <w:p>
      <w:r>
        <w:rPr>
          <w:rFonts w:ascii="IM Fell English" w:hAnsi="IM Fell English"/>
          <w:color w:val="141414"/>
          <w:sz w:val="24"/>
        </w:rPr>
        <w:t>"He had nicknames for all of us," Billy said. "I remember hanging out at your house every weekend. Your mom would always feed us breakfast."</w:t>
      </w:r>
    </w:p>
    <w:p>
      <w:r>
        <w:rPr>
          <w:rFonts w:ascii="IM Fell English" w:hAnsi="IM Fell English"/>
          <w:color w:val="141414"/>
          <w:sz w:val="24"/>
        </w:rPr>
        <w:t>They both said in unison, "Blueberry pancakes."</w:t>
      </w:r>
    </w:p>
    <w:p>
      <w:r>
        <w:rPr>
          <w:rFonts w:ascii="IM Fell English" w:hAnsi="IM Fell English"/>
          <w:color w:val="141414"/>
          <w:sz w:val="24"/>
        </w:rPr>
        <w:t>Billy licked his lips. "I must have eaten hundreds of those over the years."</w:t>
      </w:r>
    </w:p>
    <w:p>
      <w:r>
        <w:rPr>
          <w:rFonts w:ascii="IM Fell English" w:hAnsi="IM Fell English"/>
          <w:color w:val="141414"/>
          <w:sz w:val="24"/>
        </w:rPr>
        <w:t xml:space="preserve">Other guests joined them, and the conversation soon turned nostalgic. "Remember when your dad took us to see </w:t>
      </w:r>
      <w:r>
        <w:rPr>
          <w:rFonts w:ascii="IM Fell English" w:hAnsi="IM Fell English"/>
          <w:i/>
          <w:color w:val="141414"/>
          <w:sz w:val="24"/>
        </w:rPr>
        <w:t>Shrek 2</w:t>
      </w:r>
      <w:r>
        <w:rPr>
          <w:rFonts w:ascii="IM Fell English" w:hAnsi="IM Fell English"/>
          <w:color w:val="141414"/>
          <w:sz w:val="24"/>
        </w:rPr>
        <w:t>?" Judy said to Martha.</w:t>
      </w:r>
    </w:p>
    <w:p>
      <w:r>
        <w:rPr>
          <w:rFonts w:ascii="IM Fell English" w:hAnsi="IM Fell English"/>
          <w:color w:val="141414"/>
          <w:sz w:val="24"/>
        </w:rPr>
        <w:t>"Wow, that's not sensitive at all," Betty Jean interjected.</w:t>
      </w:r>
    </w:p>
    <w:p>
      <w:r>
        <w:rPr>
          <w:rFonts w:ascii="IM Fell English" w:hAnsi="IM Fell English"/>
          <w:color w:val="141414"/>
          <w:sz w:val="24"/>
        </w:rPr>
        <w:t>Judy bit her lip. "I'm sorry."</w:t>
      </w:r>
    </w:p>
    <w:p>
      <w:r>
        <w:rPr>
          <w:rFonts w:ascii="IM Fell English" w:hAnsi="IM Fell English"/>
          <w:color w:val="141414"/>
          <w:sz w:val="24"/>
        </w:rPr>
        <w:t>"It's fine," Martha said. "I'd rather focus on the wonderful memories."</w:t>
      </w:r>
    </w:p>
    <w:p>
      <w:r>
        <w:rPr>
          <w:rFonts w:ascii="IM Fell English" w:hAnsi="IM Fell English"/>
          <w:color w:val="141414"/>
          <w:sz w:val="24"/>
        </w:rPr>
        <w:t>"Like making pizza after the movie?" Billy said.</w:t>
      </w:r>
    </w:p>
    <w:p>
      <w:r>
        <w:rPr>
          <w:rFonts w:ascii="IM Fell English" w:hAnsi="IM Fell English"/>
          <w:color w:val="141414"/>
          <w:sz w:val="24"/>
        </w:rPr>
        <w:t>"The kitchen was a disaster!" Judy said, laughing.</w:t>
      </w:r>
    </w:p>
    <w:p>
      <w:r>
        <w:rPr>
          <w:rFonts w:ascii="IM Fell English" w:hAnsi="IM Fell English"/>
          <w:color w:val="141414"/>
          <w:sz w:val="24"/>
        </w:rPr>
        <w:t>"That was the only time I played Frisbee with a pizza," Betty Jean added.</w:t>
      </w:r>
    </w:p>
    <w:p>
      <w:r>
        <w:rPr>
          <w:rFonts w:ascii="IM Fell English" w:hAnsi="IM Fell English"/>
          <w:color w:val="141414"/>
          <w:sz w:val="24"/>
        </w:rPr>
        <w:t>"They were so burned, even the pepperoni didn't come off when we threw them," Billy joked.</w:t>
      </w:r>
    </w:p>
    <w:p>
      <w:r>
        <w:rPr>
          <w:rFonts w:ascii="IM Fell English" w:hAnsi="IM Fell English"/>
          <w:color w:val="141414"/>
          <w:sz w:val="24"/>
        </w:rPr>
        <w:t>"Your dad was amazing," Betty Jean said as she grabbed another beer.</w:t>
      </w:r>
    </w:p>
    <w:p>
      <w:r>
        <w:rPr>
          <w:rFonts w:ascii="IM Fell English" w:hAnsi="IM Fell English"/>
          <w:color w:val="141414"/>
          <w:sz w:val="24"/>
        </w:rPr>
        <w:t>"Do you remember the nicknames he gave us?" Mary asked.</w:t>
      </w:r>
    </w:p>
    <w:p>
      <w:r>
        <w:rPr>
          <w:rFonts w:ascii="IM Fell English" w:hAnsi="IM Fell English"/>
          <w:color w:val="141414"/>
          <w:sz w:val="24"/>
        </w:rPr>
        <w:t>"Mine was Graphy," Billy said.</w:t>
      </w:r>
    </w:p>
    <w:p>
      <w:r>
        <w:rPr>
          <w:rFonts w:ascii="IM Fell English" w:hAnsi="IM Fell English"/>
          <w:color w:val="141414"/>
          <w:sz w:val="24"/>
        </w:rPr>
        <w:t>"He called me Marilyn," Betty Jean said, striking a pose. "I looked her up later. She was the bomb."</w:t>
      </w:r>
    </w:p>
    <w:p>
      <w:r>
        <w:rPr>
          <w:rFonts w:ascii="IM Fell English" w:hAnsi="IM Fell English"/>
          <w:color w:val="141414"/>
          <w:sz w:val="24"/>
        </w:rPr>
        <w:t>"He called me 'Princess,'" Mary said proudly.</w:t>
      </w:r>
    </w:p>
    <w:p>
      <w:r>
        <w:rPr>
          <w:rFonts w:ascii="IM Fell English" w:hAnsi="IM Fell English"/>
          <w:color w:val="141414"/>
          <w:sz w:val="24"/>
        </w:rPr>
        <w:t>"And he called me 'Bubbles,'" Judy said. "He said I had bubbly cheeks."</w:t>
      </w:r>
    </w:p>
    <w:p>
      <w:r>
        <w:rPr>
          <w:rFonts w:ascii="IM Fell English" w:hAnsi="IM Fell English"/>
          <w:color w:val="141414"/>
          <w:sz w:val="24"/>
        </w:rPr>
        <w:t>Martha and Mary exchanged incredulous looks.</w:t>
      </w:r>
    </w:p>
    <w:p>
      <w:r>
        <w:rPr>
          <w:rFonts w:ascii="IM Fell English" w:hAnsi="IM Fell English"/>
          <w:color w:val="141414"/>
          <w:sz w:val="24"/>
        </w:rPr>
        <w:t>"He called you 'Bubbles'?" Martha asked.</w:t>
      </w:r>
    </w:p>
    <w:p>
      <w:r>
        <w:rPr>
          <w:rFonts w:ascii="IM Fell English" w:hAnsi="IM Fell English"/>
          <w:color w:val="141414"/>
          <w:sz w:val="24"/>
        </w:rPr>
        <w:t>"Yes! It wasn't a big deal. He had nicknames for everyone," Judy said.</w:t>
      </w:r>
    </w:p>
    <w:p>
      <w:r>
        <w:rPr>
          <w:rFonts w:ascii="IM Fell English" w:hAnsi="IM Fell English"/>
          <w:color w:val="141414"/>
          <w:sz w:val="24"/>
        </w:rPr>
        <w:t>"Remember our trip to King's Kingdom Amusement Park?" Betty Jean said.</w:t>
      </w:r>
    </w:p>
    <w:p>
      <w:r>
        <w:rPr>
          <w:rFonts w:ascii="IM Fell English" w:hAnsi="IM Fell English"/>
          <w:color w:val="141414"/>
          <w:sz w:val="24"/>
        </w:rPr>
        <w:t>"Those lunch meat sandwiches tasted so good after a whole day on the rides," Billy added.</w:t>
      </w:r>
    </w:p>
    <w:p>
      <w:r>
        <w:rPr>
          <w:rFonts w:ascii="IM Fell English" w:hAnsi="IM Fell English"/>
          <w:color w:val="141414"/>
          <w:sz w:val="24"/>
        </w:rPr>
        <w:t>They talked and laughed for hours, but Martha didn't mention the appointments on her father's calendar.</w:t>
      </w:r>
    </w:p>
    <w:p>
      <w:r>
        <w:rPr>
          <w:rFonts w:ascii="IM Fell English" w:hAnsi="IM Fell English"/>
          <w:color w:val="141414"/>
          <w:sz w:val="24"/>
        </w:rPr>
        <w:t>As they were getting ready to leave, Billy pulled Martha aside.</w:t>
      </w:r>
    </w:p>
    <w:p>
      <w:r>
        <w:rPr>
          <w:rFonts w:ascii="IM Fell English" w:hAnsi="IM Fell English"/>
          <w:color w:val="141414"/>
          <w:sz w:val="24"/>
        </w:rPr>
        <w:t>"Can I see you again soon?" he asked.</w:t>
      </w:r>
    </w:p>
    <w:p>
      <w:r>
        <w:rPr>
          <w:rFonts w:ascii="IM Fell English" w:hAnsi="IM Fell English"/>
          <w:color w:val="141414"/>
          <w:sz w:val="24"/>
        </w:rPr>
        <w:t>"Yes. When?"</w:t>
      </w:r>
    </w:p>
    <w:p>
      <w:r>
        <w:rPr>
          <w:rFonts w:ascii="IM Fell English" w:hAnsi="IM Fell English"/>
          <w:color w:val="141414"/>
          <w:sz w:val="24"/>
        </w:rPr>
        <w:t>"Tomorrow. Are you free?"</w:t>
      </w:r>
    </w:p>
    <w:p>
      <w:r>
        <w:rPr>
          <w:rFonts w:ascii="IM Fell English" w:hAnsi="IM Fell English"/>
          <w:color w:val="141414"/>
          <w:sz w:val="24"/>
        </w:rPr>
        <w:t>"Sure. Is lunch good?"</w:t>
      </w:r>
    </w:p>
    <w:p>
      <w:r>
        <w:rPr>
          <w:rFonts w:ascii="IM Fell English" w:hAnsi="IM Fell English"/>
          <w:color w:val="141414"/>
          <w:sz w:val="24"/>
        </w:rPr>
        <w:t>"Perfect."</w:t>
      </w:r>
    </w:p>
    <w:p>
      <w:pPr>
        <w:pStyle w:val="Heading1"/>
        <w:jc w:val="center"/>
      </w:pPr>
      <w:r>
        <w:rPr>
          <w:rFonts w:ascii="IM Fell English" w:hAnsi="IM Fell English"/>
          <w:color w:val="0D0D0D"/>
        </w:rPr>
        <w:t>Chapter 12</w:t>
      </w:r>
    </w:p>
    <w:p>
      <w:r>
        <w:rPr>
          <w:rFonts w:ascii="IM Fell English" w:hAnsi="IM Fell English"/>
          <w:color w:val="141414"/>
          <w:sz w:val="24"/>
        </w:rPr>
        <w:t>Martha woke at 6:30 a.m., dressed in her running clothes, and hurried to the in-house gym. Running always helped her think, and she had much on her mind: Was her dad meeting with Judy? If so, why? Why had Ron Phillips lied to them? And what did Billy want?</w:t>
      </w:r>
    </w:p>
    <w:p>
      <w:r>
        <w:rPr>
          <w:rFonts w:ascii="IM Fell English" w:hAnsi="IM Fell English"/>
          <w:color w:val="141414"/>
          <w:sz w:val="24"/>
        </w:rPr>
        <w:t>She had looked up the Bistro on Broadway after Billy called. It was far more upscale than the all-you-can-eat buffets she usually frequented.</w:t>
      </w:r>
    </w:p>
    <w:p>
      <w:r>
        <w:rPr>
          <w:rFonts w:ascii="IM Fell English" w:hAnsi="IM Fell English"/>
          <w:color w:val="141414"/>
          <w:sz w:val="24"/>
        </w:rPr>
        <w:t>These thoughts swirled in her mind as she ran her usual 5K.</w:t>
      </w:r>
    </w:p>
    <w:p>
      <w:r>
        <w:rPr>
          <w:rFonts w:ascii="IM Fell English" w:hAnsi="IM Fell English"/>
          <w:color w:val="141414"/>
          <w:sz w:val="24"/>
        </w:rPr>
        <w:t>When she arrived at the Dinner Bell, cars filled the parking lot, and customers were already waiting in line. Judy waved at her from the kitchen door, looking frazzled. Her eyes were bloodshot, and she seemed hungover.</w:t>
      </w:r>
    </w:p>
    <w:p>
      <w:r>
        <w:rPr>
          <w:rFonts w:ascii="IM Fell English" w:hAnsi="IM Fell English"/>
          <w:color w:val="141414"/>
          <w:sz w:val="24"/>
        </w:rPr>
        <w:t>"Take a seat anywhere," Judy called out. "I'll be with you as soon as I can."</w:t>
      </w:r>
    </w:p>
    <w:p>
      <w:r>
        <w:rPr>
          <w:rFonts w:ascii="IM Fell English" w:hAnsi="IM Fell English"/>
          <w:color w:val="141414"/>
          <w:sz w:val="24"/>
        </w:rPr>
        <w:t>Judy moved like a machine, darting from table to table, taking orders, refilling coffee cups, and dropping off menus.</w:t>
      </w:r>
    </w:p>
    <w:p>
      <w:r>
        <w:rPr>
          <w:rFonts w:ascii="IM Fell English" w:hAnsi="IM Fell English"/>
          <w:color w:val="141414"/>
          <w:sz w:val="24"/>
        </w:rPr>
        <w:t>"What can I get you?" she asked hurriedly when she reached Martha's table.</w:t>
      </w:r>
    </w:p>
    <w:p>
      <w:r>
        <w:rPr>
          <w:rFonts w:ascii="IM Fell English" w:hAnsi="IM Fell English"/>
          <w:color w:val="141414"/>
          <w:sz w:val="24"/>
        </w:rPr>
        <w:t>"I'll have the fruit plate and coffee with cream. But I need to talk to you," Martha said.</w:t>
      </w:r>
    </w:p>
    <w:p>
      <w:r>
        <w:rPr>
          <w:rFonts w:ascii="IM Fell English" w:hAnsi="IM Fell English"/>
          <w:color w:val="141414"/>
          <w:sz w:val="24"/>
        </w:rPr>
        <w:t>"It'll have to wait until after the rush," Judy replied, glancing at the packed tables and the line of customers outside.</w:t>
      </w:r>
    </w:p>
    <w:p>
      <w:r>
        <w:rPr>
          <w:rFonts w:ascii="IM Fell English" w:hAnsi="IM Fell English"/>
          <w:color w:val="141414"/>
          <w:sz w:val="24"/>
        </w:rPr>
        <w:t>Martha nibbled at her fruit and sipped her coffee while she waited. When Judy finally sat across from her, she looked exhausted. Her shaggy blonde hair was barely contained by a headband, and her flushed face sparkled with sweat.</w:t>
      </w:r>
    </w:p>
    <w:p>
      <w:r>
        <w:rPr>
          <w:rFonts w:ascii="IM Fell English" w:hAnsi="IM Fell English"/>
          <w:color w:val="141414"/>
          <w:sz w:val="24"/>
        </w:rPr>
        <w:t>"I've been working here for three years, and that was the busiest morning we've ever had," Judy said, brushing an escaped strand of hair from her face. "What do you need to talk about?"</w:t>
      </w:r>
    </w:p>
    <w:p>
      <w:r>
        <w:rPr>
          <w:rFonts w:ascii="IM Fell English" w:hAnsi="IM Fell English"/>
          <w:color w:val="141414"/>
          <w:sz w:val="24"/>
        </w:rPr>
        <w:t>Martha hesitated, sensing Judy's weariness but knowing she needed answers. "At the party last night, you said Dad's nickname for you was Bubbles."</w:t>
      </w:r>
    </w:p>
    <w:p>
      <w:r>
        <w:rPr>
          <w:rFonts w:ascii="IM Fell English" w:hAnsi="IM Fell English"/>
          <w:color w:val="141414"/>
          <w:sz w:val="24"/>
        </w:rPr>
        <w:t>"Yeah. So?"</w:t>
      </w:r>
    </w:p>
    <w:p>
      <w:r>
        <w:rPr>
          <w:rFonts w:ascii="IM Fell English" w:hAnsi="IM Fell English"/>
          <w:color w:val="141414"/>
          <w:sz w:val="24"/>
        </w:rPr>
        <w:t>"Were you meeting with my father every week?"</w:t>
      </w:r>
    </w:p>
    <w:p>
      <w:r>
        <w:rPr>
          <w:rFonts w:ascii="IM Fell English" w:hAnsi="IM Fell English"/>
          <w:color w:val="141414"/>
          <w:sz w:val="24"/>
        </w:rPr>
        <w:t>Judy crossed her arms and leaned back, her voice low. "Why are you interrogating me?"</w:t>
      </w:r>
    </w:p>
    <w:p>
      <w:r>
        <w:rPr>
          <w:rFonts w:ascii="IM Fell English" w:hAnsi="IM Fell English"/>
          <w:color w:val="141414"/>
          <w:sz w:val="24"/>
        </w:rPr>
        <w:t>"Interrogating? I'm just asking a simple question."</w:t>
      </w:r>
    </w:p>
    <w:p>
      <w:r>
        <w:rPr>
          <w:rFonts w:ascii="IM Fell English" w:hAnsi="IM Fell English"/>
          <w:color w:val="141414"/>
          <w:sz w:val="24"/>
        </w:rPr>
        <w:t>"It feels like an interrogation," Judy said, defensively.</w:t>
      </w:r>
    </w:p>
    <w:p>
      <w:r>
        <w:rPr>
          <w:rFonts w:ascii="IM Fell English" w:hAnsi="IM Fell English"/>
          <w:color w:val="141414"/>
          <w:sz w:val="24"/>
        </w:rPr>
        <w:t>"Please, just answer the question."</w:t>
      </w:r>
    </w:p>
    <w:p>
      <w:r>
        <w:rPr>
          <w:rFonts w:ascii="IM Fell English" w:hAnsi="IM Fell English"/>
          <w:color w:val="141414"/>
          <w:sz w:val="24"/>
        </w:rPr>
        <w:t>"Yes," Judy snapped. "Marriage counseling. I'm getting married. Is that all?"</w:t>
      </w:r>
    </w:p>
    <w:p>
      <w:r>
        <w:rPr>
          <w:rFonts w:ascii="IM Fell English" w:hAnsi="IM Fell English"/>
          <w:color w:val="141414"/>
          <w:sz w:val="24"/>
        </w:rPr>
        <w:t>"For now," Martha said with a faint smile. "I'm sorry if I upset you."</w:t>
      </w:r>
    </w:p>
    <w:p>
      <w:r>
        <w:rPr>
          <w:rFonts w:ascii="IM Fell English" w:hAnsi="IM Fell English"/>
          <w:color w:val="141414"/>
          <w:sz w:val="24"/>
        </w:rPr>
        <w:t>"Right," Judy muttered as she stood up and walked away.</w:t>
      </w:r>
    </w:p>
    <w:p>
      <w:r>
        <w:rPr>
          <w:rFonts w:ascii="IM Fell English" w:hAnsi="IM Fell English"/>
          <w:color w:val="141414"/>
          <w:sz w:val="24"/>
        </w:rPr>
        <w:t>Martha left the Dinner Bell around 9 a.m., her mind still buzzing with questions. Her GPS indicated it would take an hour and a half to get to the Bistro on Broadway, given the current traffic. Realizing none of her outfits felt appropriate, she stopped at the mall to shop for something suitable.</w:t>
      </w:r>
    </w:p>
    <w:p>
      <w:r>
        <w:rPr>
          <w:rFonts w:ascii="IM Fell English" w:hAnsi="IM Fell English"/>
          <w:color w:val="141414"/>
          <w:sz w:val="24"/>
        </w:rPr>
        <w:t>After trying several options, she settled on baby blue slacks, a light blue top, and a knit vest. She arrived at the Bistro fifteen minutes early and sat in her car, observing the patrons. Most were dressed in formal business attire. Her nerves eased slightly when Billy arrived wearing beige Dockers and a golf shirt.</w:t>
      </w:r>
    </w:p>
    <w:p>
      <w:r>
        <w:rPr>
          <w:rFonts w:ascii="IM Fell English" w:hAnsi="IM Fell English"/>
          <w:color w:val="141414"/>
          <w:sz w:val="24"/>
        </w:rPr>
        <w:t>The maître d' greeted Billy warmly. "Mr. Davidson, welcome back. We have your table ready."</w:t>
      </w:r>
    </w:p>
    <w:p>
      <w:r>
        <w:rPr>
          <w:rFonts w:ascii="IM Fell English" w:hAnsi="IM Fell English"/>
          <w:color w:val="141414"/>
          <w:sz w:val="24"/>
        </w:rPr>
        <w:t>As they sat, a server arrived almost immediately.</w:t>
      </w:r>
    </w:p>
    <w:p>
      <w:r>
        <w:rPr>
          <w:rFonts w:ascii="IM Fell English" w:hAnsi="IM Fell English"/>
          <w:color w:val="141414"/>
          <w:sz w:val="24"/>
        </w:rPr>
        <w:t>"It's wonderful to see you again, Mr. Davidson. What can I get for you today?"</w:t>
      </w:r>
    </w:p>
    <w:p>
      <w:r>
        <w:rPr>
          <w:rFonts w:ascii="IM Fell English" w:hAnsi="IM Fell English"/>
          <w:color w:val="141414"/>
          <w:sz w:val="24"/>
        </w:rPr>
        <w:t>Billy ordered a ribeye steak, medium well, with a baked potato and salad. The server turned to Martha and offered, "Might I suggest our blackened salmon? It pairs wonderfully with our steamed asparagus and signature salad."</w:t>
      </w:r>
    </w:p>
    <w:p>
      <w:r>
        <w:rPr>
          <w:rFonts w:ascii="IM Fell English" w:hAnsi="IM Fell English"/>
          <w:color w:val="141414"/>
          <w:sz w:val="24"/>
        </w:rPr>
        <w:t>"That sounds perfect," Martha agreed.</w:t>
      </w:r>
    </w:p>
    <w:p>
      <w:r>
        <w:rPr>
          <w:rFonts w:ascii="IM Fell English" w:hAnsi="IM Fell English"/>
          <w:color w:val="141414"/>
          <w:sz w:val="24"/>
        </w:rPr>
        <w:t>The food was served on fine china with sterling silver utensils. Even the powder room impressed Martha, with a female attendant offering embroidered towels.</w:t>
      </w:r>
    </w:p>
    <w:p>
      <w:r>
        <w:rPr>
          <w:rFonts w:ascii="IM Fell English" w:hAnsi="IM Fell English"/>
          <w:color w:val="141414"/>
          <w:sz w:val="24"/>
        </w:rPr>
        <w:t>Returning to the table, she found Billy waiting patiently. "I didn't tell you everything on Friday," Billy said.</w:t>
      </w:r>
    </w:p>
    <w:p>
      <w:r>
        <w:rPr>
          <w:rFonts w:ascii="IM Fell English" w:hAnsi="IM Fell English"/>
          <w:color w:val="141414"/>
          <w:sz w:val="24"/>
        </w:rPr>
        <w:t>"What do you mean?"</w:t>
      </w:r>
    </w:p>
    <w:p>
      <w:r>
        <w:rPr>
          <w:rFonts w:ascii="IM Fell English" w:hAnsi="IM Fell English"/>
          <w:color w:val="141414"/>
          <w:sz w:val="24"/>
        </w:rPr>
        <w:t>"I told you how your father inspired me to write," Billy continued, "but I didn't mention how close we'd become recently. He became a sounding board for me, someone I could bounce story ideas off."</w:t>
      </w:r>
    </w:p>
    <w:p>
      <w:r>
        <w:rPr>
          <w:rFonts w:ascii="IM Fell English" w:hAnsi="IM Fell English"/>
          <w:color w:val="141414"/>
          <w:sz w:val="24"/>
        </w:rPr>
        <w:t>"That's... surprising," Martha said.</w:t>
      </w:r>
    </w:p>
    <w:p>
      <w:r>
        <w:rPr>
          <w:rFonts w:ascii="IM Fell English" w:hAnsi="IM Fell English"/>
          <w:color w:val="141414"/>
          <w:sz w:val="24"/>
        </w:rPr>
        <w:t>Billy explained he'd discovered his talent for writing during a creative writing course at MIT. They laughed, reminiscing about high school days—water balloon fights at the parsonage and bike rides through the neighborhood.</w:t>
      </w:r>
    </w:p>
    <w:p>
      <w:r>
        <w:rPr>
          <w:rFonts w:ascii="IM Fell English" w:hAnsi="IM Fell English"/>
          <w:color w:val="141414"/>
          <w:sz w:val="24"/>
        </w:rPr>
        <w:t>"Can I ask you something?" Billy said. "Did you know I had a crush on you in high school?"</w:t>
      </w:r>
    </w:p>
    <w:p>
      <w:r>
        <w:rPr>
          <w:rFonts w:ascii="IM Fell English" w:hAnsi="IM Fell English"/>
          <w:color w:val="141414"/>
          <w:sz w:val="24"/>
        </w:rPr>
        <w:t>"On me?" Martha asked, startled.</w:t>
      </w:r>
    </w:p>
    <w:p>
      <w:r>
        <w:rPr>
          <w:rFonts w:ascii="IM Fell English" w:hAnsi="IM Fell English"/>
          <w:color w:val="141414"/>
          <w:sz w:val="24"/>
        </w:rPr>
        <w:t>"You were my dream girl," he said, sheepishly.</w:t>
      </w:r>
    </w:p>
    <w:p>
      <w:r>
        <w:rPr>
          <w:rFonts w:ascii="IM Fell English" w:hAnsi="IM Fell English"/>
          <w:color w:val="141414"/>
          <w:sz w:val="24"/>
        </w:rPr>
        <w:t>Before Martha could respond, her phone rang. She eagerly answered, grateful for the interruption.</w:t>
      </w:r>
    </w:p>
    <w:p>
      <w:r>
        <w:rPr>
          <w:rFonts w:ascii="IM Fell English" w:hAnsi="IM Fell English"/>
          <w:color w:val="141414"/>
          <w:sz w:val="24"/>
        </w:rPr>
        <w:t>"Is Mary with you?" Ruth's panicked voice asked.</w:t>
      </w:r>
    </w:p>
    <w:p>
      <w:r>
        <w:rPr>
          <w:rFonts w:ascii="IM Fell English" w:hAnsi="IM Fell English"/>
          <w:color w:val="141414"/>
          <w:sz w:val="24"/>
        </w:rPr>
        <w:t>"No, I'm in Columbus, having lunch with Billy Davidson."</w:t>
      </w:r>
    </w:p>
    <w:p>
      <w:r>
        <w:rPr>
          <w:rFonts w:ascii="IM Fell English" w:hAnsi="IM Fell English"/>
          <w:color w:val="141414"/>
          <w:sz w:val="24"/>
        </w:rPr>
        <w:t>"She's gone!"</w:t>
      </w:r>
    </w:p>
    <w:p>
      <w:r>
        <w:rPr>
          <w:rFonts w:ascii="IM Fell English" w:hAnsi="IM Fell English"/>
          <w:color w:val="141414"/>
          <w:sz w:val="24"/>
        </w:rPr>
        <w:t>"What?"</w:t>
      </w:r>
    </w:p>
    <w:p>
      <w:r>
        <w:rPr>
          <w:rFonts w:ascii="IM Fell English" w:hAnsi="IM Fell English"/>
          <w:color w:val="141414"/>
          <w:sz w:val="24"/>
        </w:rPr>
        <w:t>"She went to the gym this morning, but now she's missing. I've tried calling her phone, but she's not answering. She's never without it."</w:t>
      </w:r>
    </w:p>
    <w:p>
      <w:r>
        <w:rPr>
          <w:rFonts w:ascii="IM Fell English" w:hAnsi="IM Fell English"/>
          <w:color w:val="141414"/>
          <w:sz w:val="24"/>
        </w:rPr>
        <w:t>"I'll head back right away."</w:t>
      </w:r>
    </w:p>
    <w:p>
      <w:r>
        <w:rPr>
          <w:rFonts w:ascii="IM Fell English" w:hAnsi="IM Fell English"/>
          <w:color w:val="141414"/>
          <w:sz w:val="24"/>
        </w:rPr>
        <w:t>Hearing this, Billy asked, "What's wrong?"</w:t>
      </w:r>
    </w:p>
    <w:p>
      <w:r>
        <w:rPr>
          <w:rFonts w:ascii="IM Fell English" w:hAnsi="IM Fell English"/>
          <w:color w:val="141414"/>
          <w:sz w:val="24"/>
        </w:rPr>
        <w:t>"My sister is missing," Martha said, her voice trembling.</w:t>
      </w:r>
    </w:p>
    <w:p>
      <w:r>
        <w:rPr>
          <w:rFonts w:ascii="IM Fell English" w:hAnsi="IM Fell English"/>
          <w:color w:val="141414"/>
          <w:sz w:val="24"/>
        </w:rPr>
        <w:t>"I'll see what I can do."</w:t>
      </w:r>
    </w:p>
    <w:p>
      <w:r>
        <w:rPr>
          <w:rFonts w:ascii="IM Fell English" w:hAnsi="IM Fell English"/>
          <w:color w:val="141414"/>
          <w:sz w:val="24"/>
        </w:rPr>
        <w:t>Billy made a few quick calls then ushered Martha into a helicopter waiting at the Columbus airport.</w:t>
      </w:r>
    </w:p>
    <w:p>
      <w:r>
        <w:rPr>
          <w:rFonts w:ascii="IM Fell English" w:hAnsi="IM Fell English"/>
          <w:color w:val="141414"/>
          <w:sz w:val="24"/>
        </w:rPr>
        <w:t>As they flew toward Brownsville, Martha's phone rang again.</w:t>
      </w:r>
    </w:p>
    <w:p>
      <w:r>
        <w:rPr>
          <w:rFonts w:ascii="IM Fell English" w:hAnsi="IM Fell English"/>
          <w:color w:val="141414"/>
          <w:sz w:val="24"/>
        </w:rPr>
        <w:t>Hoping it was Mary, she answered.</w:t>
      </w:r>
    </w:p>
    <w:p>
      <w:r>
        <w:rPr>
          <w:rFonts w:ascii="IM Fell English" w:hAnsi="IM Fell English"/>
          <w:color w:val="141414"/>
          <w:sz w:val="24"/>
        </w:rPr>
        <w:t>"I warned you to let it go!" a distorted voice snarled before the line went dead.</w:t>
      </w:r>
    </w:p>
    <w:p>
      <w:r>
        <w:rPr>
          <w:rFonts w:ascii="IM Fell English" w:hAnsi="IM Fell English"/>
          <w:color w:val="141414"/>
          <w:sz w:val="24"/>
        </w:rPr>
        <w:t>The phone slipped from Martha's trembling fingers, and the color drained from her face.</w:t>
      </w:r>
    </w:p>
    <w:p>
      <w:pPr>
        <w:pStyle w:val="Heading1"/>
        <w:jc w:val="center"/>
      </w:pPr>
      <w:r>
        <w:rPr>
          <w:rFonts w:ascii="IM Fell English" w:hAnsi="IM Fell English"/>
          <w:color w:val="0D0D0D"/>
        </w:rPr>
        <w:t>Chapter 13</w:t>
      </w:r>
    </w:p>
    <w:p>
      <w:r>
        <w:rPr>
          <w:rFonts w:ascii="IM Fell English" w:hAnsi="IM Fell English"/>
          <w:color w:val="141414"/>
          <w:sz w:val="24"/>
        </w:rPr>
        <w:t>Martha trembled, staring at the phone on the ground. Billy moved closer, wrapping his arms around her. She collapsed into his embrace, sobbing uncontrollably. He held her tightly, letting her cry until she regained some composure.</w:t>
      </w:r>
    </w:p>
    <w:p>
      <w:r>
        <w:rPr>
          <w:rFonts w:ascii="IM Fell English" w:hAnsi="IM Fell English"/>
          <w:color w:val="141414"/>
          <w:sz w:val="24"/>
        </w:rPr>
        <w:t>"My phone," she whispered, her voice shaky.</w:t>
      </w:r>
    </w:p>
    <w:p>
      <w:r>
        <w:rPr>
          <w:rFonts w:ascii="IM Fell English" w:hAnsi="IM Fell English"/>
          <w:color w:val="141414"/>
          <w:sz w:val="24"/>
        </w:rPr>
        <w:t>Billy picked it up, handed it back to her, and asked gently, "What happened? What did they say?"</w:t>
      </w:r>
    </w:p>
    <w:p>
      <w:r>
        <w:rPr>
          <w:rFonts w:ascii="IM Fell English" w:hAnsi="IM Fell English"/>
          <w:color w:val="141414"/>
          <w:sz w:val="24"/>
        </w:rPr>
        <w:t>She buried her face into his shoulder, her words muffled by tears.</w:t>
      </w:r>
    </w:p>
    <w:p>
      <w:r>
        <w:rPr>
          <w:rFonts w:ascii="IM Fell English" w:hAnsi="IM Fell English"/>
          <w:color w:val="141414"/>
          <w:sz w:val="24"/>
        </w:rPr>
        <w:t>"The voice said... I was warned."</w:t>
      </w:r>
    </w:p>
    <w:p>
      <w:r>
        <w:rPr>
          <w:rFonts w:ascii="IM Fell English" w:hAnsi="IM Fell English"/>
          <w:color w:val="141414"/>
          <w:sz w:val="24"/>
        </w:rPr>
        <w:t>Billy's expression hardened. "I think it's time we call the police."</w:t>
      </w:r>
    </w:p>
    <w:p>
      <w:r>
        <w:rPr>
          <w:rFonts w:ascii="IM Fell English" w:hAnsi="IM Fell English"/>
          <w:color w:val="141414"/>
          <w:sz w:val="24"/>
        </w:rPr>
        <w:t>He retrieved his own phone and dialed 9-1-1. Minutes later, Detective Malroy and Officer Henderson arrived.</w:t>
      </w:r>
    </w:p>
    <w:p>
      <w:r>
        <w:rPr>
          <w:rFonts w:ascii="IM Fell English" w:hAnsi="IM Fell English"/>
          <w:color w:val="141414"/>
          <w:sz w:val="24"/>
        </w:rPr>
        <w:t>Billy, still supporting Martha, turned to greet them.</w:t>
      </w:r>
    </w:p>
    <w:p>
      <w:r>
        <w:rPr>
          <w:rFonts w:ascii="IM Fell English" w:hAnsi="IM Fell English"/>
          <w:color w:val="141414"/>
          <w:sz w:val="24"/>
        </w:rPr>
        <w:t>"Who are you, sir?" Malroy asked, taking out his notebook.</w:t>
      </w:r>
    </w:p>
    <w:p>
      <w:r>
        <w:rPr>
          <w:rFonts w:ascii="IM Fell English" w:hAnsi="IM Fell English"/>
          <w:color w:val="141414"/>
          <w:sz w:val="24"/>
        </w:rPr>
        <w:t>"Billy Davidson. I'm a friend of Martha's from high school."</w:t>
      </w:r>
    </w:p>
    <w:p>
      <w:r>
        <w:rPr>
          <w:rFonts w:ascii="IM Fell English" w:hAnsi="IM Fell English"/>
          <w:color w:val="141414"/>
          <w:sz w:val="24"/>
        </w:rPr>
        <w:t>Henderson then turned to Martha, his voice laced with concern. "Martha, can you tell us what's going on?"</w:t>
      </w:r>
    </w:p>
    <w:p>
      <w:r>
        <w:rPr>
          <w:rFonts w:ascii="IM Fell English" w:hAnsi="IM Fell English"/>
          <w:color w:val="141414"/>
          <w:sz w:val="24"/>
        </w:rPr>
        <w:t>Martha wiped her tear-streaked face and recounted the threatening call she'd received as they disembarked from the helicopter.</w:t>
      </w:r>
    </w:p>
    <w:p>
      <w:r>
        <w:rPr>
          <w:rFonts w:ascii="IM Fell English" w:hAnsi="IM Fell English"/>
          <w:color w:val="141414"/>
          <w:sz w:val="24"/>
        </w:rPr>
        <w:t>Malroy frowned. "Are you sure your sister is missing? Maybe she's just out with friends." His dismissive tone made Martha tense.</w:t>
      </w:r>
    </w:p>
    <w:p>
      <w:r>
        <w:rPr>
          <w:rFonts w:ascii="IM Fell English" w:hAnsi="IM Fell English"/>
          <w:color w:val="141414"/>
          <w:sz w:val="24"/>
        </w:rPr>
        <w:t>"She's never without her phone!" Martha insisted, her voice rising.</w:t>
      </w:r>
    </w:p>
    <w:p>
      <w:r>
        <w:rPr>
          <w:rFonts w:ascii="IM Fell English" w:hAnsi="IM Fell English"/>
          <w:color w:val="141414"/>
          <w:sz w:val="24"/>
        </w:rPr>
        <w:t>"If she doesn't turn up by morning, come to the station to file a report," Malroy said nonchalantly, closing his notebook and walking back to his car.</w:t>
      </w:r>
    </w:p>
    <w:p>
      <w:r>
        <w:rPr>
          <w:rFonts w:ascii="IM Fell English" w:hAnsi="IM Fell English"/>
          <w:color w:val="141414"/>
          <w:sz w:val="24"/>
        </w:rPr>
        <w:t>Martha watched him leave, her frustration mounting.</w:t>
      </w:r>
    </w:p>
    <w:p>
      <w:r>
        <w:rPr>
          <w:rFonts w:ascii="IM Fell English" w:hAnsi="IM Fell English"/>
          <w:color w:val="141414"/>
          <w:sz w:val="24"/>
        </w:rPr>
        <w:t>Billy placed a comforting hand on her shoulder. "What do you want to do now?"</w:t>
      </w:r>
    </w:p>
    <w:p>
      <w:r>
        <w:rPr>
          <w:rFonts w:ascii="IM Fell English" w:hAnsi="IM Fell English"/>
          <w:color w:val="141414"/>
          <w:sz w:val="24"/>
        </w:rPr>
        <w:t>"I need to see my mom," Martha replied.</w:t>
      </w:r>
    </w:p>
    <w:p>
      <w:r>
        <w:rPr>
          <w:rFonts w:ascii="IM Fell English" w:hAnsi="IM Fell English"/>
          <w:color w:val="141414"/>
          <w:sz w:val="24"/>
        </w:rPr>
        <w:t>"Let me drive you," Billy offered. "If you're okay with it, I'd like to stay until we find Mary."</w:t>
      </w:r>
    </w:p>
    <w:p>
      <w:r>
        <w:rPr>
          <w:rFonts w:ascii="IM Fell English" w:hAnsi="IM Fell English"/>
          <w:color w:val="141414"/>
          <w:sz w:val="24"/>
        </w:rPr>
        <w:t>Martha nodded. "I'd appreciate that."</w:t>
      </w:r>
    </w:p>
    <w:p>
      <w:r>
        <w:rPr>
          <w:rFonts w:ascii="IM Fell English" w:hAnsi="IM Fell English"/>
          <w:color w:val="141414"/>
          <w:sz w:val="24"/>
        </w:rPr>
        <w:t>Billy rented a car, and they drove to Ruth's house. Martha's mother was pacing near the door when they arrived.</w:t>
      </w:r>
    </w:p>
    <w:p>
      <w:r>
        <w:rPr>
          <w:rFonts w:ascii="IM Fell English" w:hAnsi="IM Fell English"/>
          <w:color w:val="141414"/>
          <w:sz w:val="24"/>
        </w:rPr>
        <w:t>"Have you heard anything? Is Mary all right?" Ruth asked, her voice trembling.</w:t>
      </w:r>
    </w:p>
    <w:p>
      <w:r>
        <w:rPr>
          <w:rFonts w:ascii="IM Fell English" w:hAnsi="IM Fell English"/>
          <w:color w:val="141414"/>
          <w:sz w:val="24"/>
        </w:rPr>
        <w:t>Martha hugged her mother. "Tell me again exactly what happened."</w:t>
      </w:r>
    </w:p>
    <w:p>
      <w:r>
        <w:rPr>
          <w:rFonts w:ascii="IM Fell English" w:hAnsi="IM Fell English"/>
          <w:color w:val="141414"/>
          <w:sz w:val="24"/>
        </w:rPr>
        <w:t xml:space="preserve">Ruth explained that Mary had gone to the </w:t>
      </w:r>
      <w:r>
        <w:rPr>
          <w:rFonts w:ascii="IM Fell English" w:hAnsi="IM Fell English"/>
          <w:i/>
          <w:color w:val="141414"/>
          <w:sz w:val="24"/>
        </w:rPr>
        <w:t>Fit for You</w:t>
      </w:r>
      <w:r>
        <w:rPr>
          <w:rFonts w:ascii="IM Fell English" w:hAnsi="IM Fell English"/>
          <w:color w:val="141414"/>
          <w:sz w:val="24"/>
        </w:rPr>
        <w:t xml:space="preserve"> gym that morning but hadn't been seen or heard from since.</w:t>
      </w:r>
    </w:p>
    <w:p>
      <w:r>
        <w:rPr>
          <w:rFonts w:ascii="IM Fell English" w:hAnsi="IM Fell English"/>
          <w:color w:val="141414"/>
          <w:sz w:val="24"/>
        </w:rPr>
        <w:t>"We should check the gym first," Martha decided.</w:t>
      </w:r>
    </w:p>
    <w:p>
      <w:r>
        <w:rPr>
          <w:rFonts w:ascii="IM Fell English" w:hAnsi="IM Fell English"/>
          <w:color w:val="141414"/>
          <w:sz w:val="24"/>
        </w:rPr>
        <w:t xml:space="preserve">At the gym, they found Mary's car in the parking lot. On the driver's seat was a 3x5 card with the chilling message: </w:t>
      </w:r>
      <w:r>
        <w:rPr>
          <w:rFonts w:ascii="IM Fell English" w:hAnsi="IM Fell English"/>
          <w:i/>
          <w:color w:val="141414"/>
          <w:sz w:val="24"/>
        </w:rPr>
        <w:t>I warned you.</w:t>
      </w:r>
    </w:p>
    <w:p>
      <w:r>
        <w:rPr>
          <w:rFonts w:ascii="IM Fell English" w:hAnsi="IM Fell English"/>
          <w:color w:val="141414"/>
          <w:sz w:val="24"/>
        </w:rPr>
        <w:t>Martha froze, her blood running cold.</w:t>
      </w:r>
    </w:p>
    <w:p>
      <w:r>
        <w:rPr>
          <w:rFonts w:ascii="IM Fell English" w:hAnsi="IM Fell English"/>
          <w:color w:val="141414"/>
          <w:sz w:val="24"/>
        </w:rPr>
        <w:t>"Don't touch anything," Billy instructed. "The police will need to collect fingerprints."</w:t>
      </w:r>
    </w:p>
    <w:p>
      <w:r>
        <w:rPr>
          <w:rFonts w:ascii="IM Fell English" w:hAnsi="IM Fell English"/>
          <w:color w:val="141414"/>
          <w:sz w:val="24"/>
        </w:rPr>
        <w:t>When the police arrived, Malroy was no longer dismissive.</w:t>
      </w:r>
    </w:p>
    <w:p>
      <w:r>
        <w:rPr>
          <w:rFonts w:ascii="IM Fell English" w:hAnsi="IM Fell English"/>
          <w:color w:val="141414"/>
          <w:sz w:val="24"/>
        </w:rPr>
        <w:t>"Ken, interview everyone who saw her," Malroy ordered. "I want to know her every move, every person she talked to."</w:t>
      </w:r>
    </w:p>
    <w:p>
      <w:r>
        <w:rPr>
          <w:rFonts w:ascii="IM Fell English" w:hAnsi="IM Fell English"/>
          <w:color w:val="141414"/>
          <w:sz w:val="24"/>
        </w:rPr>
        <w:t>Officer Henderson headed to the front desk, while Martha and Billy followed.</w:t>
      </w:r>
    </w:p>
    <w:p>
      <w:r>
        <w:rPr>
          <w:rFonts w:ascii="IM Fell English" w:hAnsi="IM Fell English"/>
          <w:color w:val="141414"/>
          <w:sz w:val="24"/>
        </w:rPr>
        <w:t>Interviews revealed Mary had walked on the track and taken a swimming lesson.</w:t>
      </w:r>
    </w:p>
    <w:p>
      <w:r>
        <w:rPr>
          <w:rFonts w:ascii="IM Fell English" w:hAnsi="IM Fell English"/>
          <w:color w:val="141414"/>
          <w:sz w:val="24"/>
        </w:rPr>
        <w:t>"She seemed her usual self," the swim instructor noted.</w:t>
      </w:r>
    </w:p>
    <w:p>
      <w:r>
        <w:rPr>
          <w:rFonts w:ascii="IM Fell English" w:hAnsi="IM Fell English"/>
          <w:color w:val="141414"/>
          <w:sz w:val="24"/>
        </w:rPr>
        <w:t>"What did she do afterward?" Ken asked.</w:t>
      </w:r>
    </w:p>
    <w:p>
      <w:r>
        <w:rPr>
          <w:rFonts w:ascii="IM Fell English" w:hAnsi="IM Fell English"/>
          <w:color w:val="141414"/>
          <w:sz w:val="24"/>
        </w:rPr>
        <w:t>"She likely showered like the others," the instructor replied. "Mrs. Phillips—the senator's wife—was also here with her daughter,</w:t>
      </w:r>
    </w:p>
    <w:p>
      <w:r>
        <w:rPr>
          <w:rFonts w:ascii="IM Fell English" w:hAnsi="IM Fell English"/>
          <w:color w:val="141414"/>
          <w:sz w:val="24"/>
        </w:rPr>
        <w:t>Jacqueline. That was unusual."</w:t>
      </w:r>
    </w:p>
    <w:p>
      <w:r>
        <w:rPr>
          <w:rFonts w:ascii="IM Fell English" w:hAnsi="IM Fell English"/>
          <w:color w:val="141414"/>
          <w:sz w:val="24"/>
        </w:rPr>
        <w:t>Despite thorough questioning, no substantial leads emerged.</w:t>
      </w:r>
    </w:p>
    <w:p>
      <w:r>
        <w:rPr>
          <w:rFonts w:ascii="IM Fell English" w:hAnsi="IM Fell English"/>
          <w:color w:val="141414"/>
          <w:sz w:val="24"/>
        </w:rPr>
        <w:t>Billy drove Martha back to Mary's apartment, where they waited with Ruth.</w:t>
      </w:r>
    </w:p>
    <w:p>
      <w:r>
        <w:rPr>
          <w:rFonts w:ascii="IM Fell English" w:hAnsi="IM Fell English"/>
          <w:color w:val="141414"/>
          <w:sz w:val="24"/>
        </w:rPr>
        <w:t>"Do you mind if I stay the night?" Billy asked hesitantly.</w:t>
      </w:r>
    </w:p>
    <w:p>
      <w:r>
        <w:rPr>
          <w:rFonts w:ascii="IM Fell English" w:hAnsi="IM Fell English"/>
          <w:color w:val="141414"/>
          <w:sz w:val="24"/>
        </w:rPr>
        <w:t>Martha blinked in surprise. "Stay the night? I hope I didn't give the wrong impression—"</w:t>
      </w:r>
    </w:p>
    <w:p>
      <w:r>
        <w:rPr>
          <w:rFonts w:ascii="IM Fell English" w:hAnsi="IM Fell English"/>
          <w:color w:val="141414"/>
          <w:sz w:val="24"/>
        </w:rPr>
        <w:t>"No, not like that. I'll sleep on the couch. I just want to be here in case there's news."</w:t>
      </w:r>
    </w:p>
    <w:p>
      <w:r>
        <w:rPr>
          <w:rFonts w:ascii="IM Fell English" w:hAnsi="IM Fell English"/>
          <w:color w:val="141414"/>
          <w:sz w:val="24"/>
        </w:rPr>
        <w:t>She relaxed. "I'd like that. Thank you."</w:t>
      </w:r>
    </w:p>
    <w:p>
      <w:r>
        <w:rPr>
          <w:rFonts w:ascii="IM Fell English" w:hAnsi="IM Fell English"/>
          <w:color w:val="141414"/>
          <w:sz w:val="24"/>
        </w:rPr>
        <w:t>Billy ordered dinner, and the three spent the night in the kitchen, drinking coffee and anxiously waiting for updates.</w:t>
      </w:r>
    </w:p>
    <w:p>
      <w:r>
        <w:rPr>
          <w:rFonts w:ascii="IM Fell English" w:hAnsi="IM Fell English"/>
          <w:color w:val="141414"/>
          <w:sz w:val="24"/>
        </w:rPr>
        <w:t>At 8:00 a.m., the doorbell rang. Officer Henderson stood there, looking tired but resolute.</w:t>
      </w:r>
    </w:p>
    <w:p>
      <w:r>
        <w:rPr>
          <w:rFonts w:ascii="IM Fell English" w:hAnsi="IM Fell English"/>
          <w:color w:val="141414"/>
          <w:sz w:val="24"/>
        </w:rPr>
        <w:t>"Are you still here?" he asked Billy.</w:t>
      </w:r>
    </w:p>
    <w:p>
      <w:r>
        <w:rPr>
          <w:rFonts w:ascii="IM Fell English" w:hAnsi="IM Fell English"/>
          <w:color w:val="141414"/>
          <w:sz w:val="24"/>
        </w:rPr>
        <w:t>"Yes," Billy replied firmly. "I'm here for Martha."</w:t>
      </w:r>
    </w:p>
    <w:p>
      <w:r>
        <w:rPr>
          <w:rFonts w:ascii="IM Fell English" w:hAnsi="IM Fell English"/>
          <w:color w:val="141414"/>
          <w:sz w:val="24"/>
        </w:rPr>
        <w:t>Ken turned to Martha. "I stayed late interviewing everyone at the gym. One man mentioned seeing a large black SUV with a bearded driver circling the lot as if waiting for someone."</w:t>
      </w:r>
    </w:p>
    <w:p>
      <w:r>
        <w:rPr>
          <w:rFonts w:ascii="IM Fell English" w:hAnsi="IM Fell English"/>
          <w:color w:val="141414"/>
          <w:sz w:val="24"/>
        </w:rPr>
        <w:t>"A bearded man?" Martha repeated.</w:t>
      </w:r>
    </w:p>
    <w:p>
      <w:r>
        <w:rPr>
          <w:rFonts w:ascii="IM Fell English" w:hAnsi="IM Fell English"/>
          <w:color w:val="141414"/>
          <w:sz w:val="24"/>
        </w:rPr>
        <w:t>Ken nodded. "We checked the CCTV footage, but mud obscured the license plates. Nobody recognized the driver. It's another dead end for now."</w:t>
      </w:r>
    </w:p>
    <w:p>
      <w:r>
        <w:rPr>
          <w:rFonts w:ascii="IM Fell English" w:hAnsi="IM Fell English"/>
          <w:color w:val="141414"/>
          <w:sz w:val="24"/>
        </w:rPr>
        <w:t>Martha slumped in her chair, despair creeping in.</w:t>
      </w:r>
    </w:p>
    <w:p>
      <w:r>
        <w:rPr>
          <w:rFonts w:ascii="IM Fell English" w:hAnsi="IM Fell English"/>
          <w:color w:val="141414"/>
          <w:sz w:val="24"/>
        </w:rPr>
        <w:t>An hour later, her phone rang. She snatched it up, hoping for good news.</w:t>
      </w:r>
    </w:p>
    <w:p>
      <w:r>
        <w:rPr>
          <w:rFonts w:ascii="IM Fell English" w:hAnsi="IM Fell English"/>
          <w:color w:val="141414"/>
          <w:sz w:val="24"/>
        </w:rPr>
        <w:t>"We found her," Ken announced.</w:t>
      </w:r>
    </w:p>
    <w:p>
      <w:r>
        <w:rPr>
          <w:rFonts w:ascii="IM Fell English" w:hAnsi="IM Fell English"/>
          <w:color w:val="141414"/>
          <w:sz w:val="24"/>
        </w:rPr>
        <w:t>Martha gasped. "Is she all right?"</w:t>
      </w:r>
    </w:p>
    <w:p>
      <w:r>
        <w:rPr>
          <w:rFonts w:ascii="IM Fell English" w:hAnsi="IM Fell English"/>
          <w:color w:val="141414"/>
          <w:sz w:val="24"/>
        </w:rPr>
        <w:t>"We think so," Ken said cautiously.</w:t>
      </w:r>
    </w:p>
    <w:p>
      <w:r>
        <w:rPr>
          <w:rFonts w:ascii="IM Fell English" w:hAnsi="IM Fell English"/>
          <w:color w:val="141414"/>
          <w:sz w:val="24"/>
        </w:rPr>
        <w:t xml:space="preserve">"What do you mean </w:t>
      </w:r>
      <w:r>
        <w:rPr>
          <w:rFonts w:ascii="IM Fell English" w:hAnsi="IM Fell English"/>
          <w:i/>
          <w:color w:val="141414"/>
          <w:sz w:val="24"/>
        </w:rPr>
        <w:t>think</w:t>
      </w:r>
      <w:r>
        <w:rPr>
          <w:rFonts w:ascii="IM Fell English" w:hAnsi="IM Fell English"/>
          <w:color w:val="141414"/>
          <w:sz w:val="24"/>
        </w:rPr>
        <w:t>?"</w:t>
      </w:r>
    </w:p>
    <w:p>
      <w:r>
        <w:rPr>
          <w:rFonts w:ascii="IM Fell English" w:hAnsi="IM Fell English"/>
          <w:color w:val="141414"/>
          <w:sz w:val="24"/>
        </w:rPr>
        <w:t>"She was found on Brickman Road, wearing only her underwear and a winter coat. She's at the hospital now, being checked out."</w:t>
      </w:r>
    </w:p>
    <w:p>
      <w:r>
        <w:rPr>
          <w:rFonts w:ascii="IM Fell English" w:hAnsi="IM Fell English"/>
          <w:color w:val="141414"/>
          <w:sz w:val="24"/>
        </w:rPr>
        <w:t>"She's alive?" Martha whispered, her knees threatening to give way.</w:t>
      </w:r>
    </w:p>
    <w:p>
      <w:r>
        <w:rPr>
          <w:rFonts w:ascii="IM Fell English" w:hAnsi="IM Fell English"/>
          <w:color w:val="141414"/>
          <w:sz w:val="24"/>
        </w:rPr>
        <w:t>"Yes," Ken confirmed.</w:t>
      </w:r>
    </w:p>
    <w:p>
      <w:r>
        <w:rPr>
          <w:rFonts w:ascii="IM Fell English" w:hAnsi="IM Fell English"/>
          <w:color w:val="141414"/>
          <w:sz w:val="24"/>
        </w:rPr>
        <w:t>Martha relayed the news to Ruth and Billy, her voice filled with relief. Though Mary had been found, a storm of questions and fears lingered.</w:t>
      </w:r>
    </w:p>
    <w:p>
      <w:pPr>
        <w:pStyle w:val="Heading1"/>
        <w:jc w:val="center"/>
      </w:pPr>
      <w:r>
        <w:rPr>
          <w:rFonts w:ascii="IM Fell English" w:hAnsi="IM Fell English"/>
          <w:color w:val="0D0D0D"/>
        </w:rPr>
        <w:t>Chapter 14</w:t>
      </w:r>
    </w:p>
    <w:p>
      <w:r>
        <w:rPr>
          <w:rFonts w:ascii="IM Fell English" w:hAnsi="IM Fell English"/>
          <w:color w:val="141414"/>
          <w:sz w:val="24"/>
        </w:rPr>
        <w:t>Martha felt helpless as she stepped into the hospital room and saw Mary curled up in a fetal position, whimpering softly.</w:t>
      </w:r>
    </w:p>
    <w:p>
      <w:r>
        <w:rPr>
          <w:rFonts w:ascii="IM Fell English" w:hAnsi="IM Fell English"/>
          <w:color w:val="141414"/>
          <w:sz w:val="24"/>
        </w:rPr>
        <w:t>"Mary," Martha whispered.</w:t>
      </w:r>
    </w:p>
    <w:p>
      <w:r>
        <w:rPr>
          <w:rFonts w:ascii="IM Fell English" w:hAnsi="IM Fell English"/>
          <w:color w:val="141414"/>
          <w:sz w:val="24"/>
        </w:rPr>
        <w:t>"Martha, it was terrible," Mary said, trembling.</w:t>
      </w:r>
    </w:p>
    <w:p>
      <w:r>
        <w:rPr>
          <w:rFonts w:ascii="IM Fell English" w:hAnsi="IM Fell English"/>
          <w:color w:val="141414"/>
          <w:sz w:val="24"/>
        </w:rPr>
        <w:t>"How are you, darling? You know we'll get through this," Ruth said, gently placing her hand on Mary's shoulder. Mary flinched at her mother's touch.</w:t>
      </w:r>
    </w:p>
    <w:p>
      <w:r>
        <w:rPr>
          <w:rFonts w:ascii="IM Fell English" w:hAnsi="IM Fell English"/>
          <w:color w:val="141414"/>
          <w:sz w:val="24"/>
        </w:rPr>
        <w:t>Mary told her sister, "It was the bearded man."</w:t>
      </w:r>
    </w:p>
    <w:p>
      <w:r>
        <w:rPr>
          <w:rFonts w:ascii="IM Fell English" w:hAnsi="IM Fell English"/>
          <w:color w:val="141414"/>
          <w:sz w:val="24"/>
        </w:rPr>
        <w:t>"You think it's the same one who came after me?" Martha asked.</w:t>
      </w:r>
    </w:p>
    <w:p>
      <w:r>
        <w:rPr>
          <w:rFonts w:ascii="IM Fell English" w:hAnsi="IM Fell English"/>
          <w:color w:val="141414"/>
          <w:sz w:val="24"/>
        </w:rPr>
        <w:t>Before Mary could answer, a familiar voice interrupted, "Can you tell me what happened?" Everyone turned toward the door, where Ken Henderson stood in full uniform.</w:t>
      </w:r>
    </w:p>
    <w:p>
      <w:r>
        <w:rPr>
          <w:rFonts w:ascii="IM Fell English" w:hAnsi="IM Fell English"/>
          <w:color w:val="141414"/>
          <w:sz w:val="24"/>
        </w:rPr>
        <w:t>Mary looked at Martha for reassurance, and her sister gave her a nod.</w:t>
      </w:r>
    </w:p>
    <w:p>
      <w:r>
        <w:rPr>
          <w:rFonts w:ascii="IM Fell English" w:hAnsi="IM Fell English"/>
          <w:color w:val="141414"/>
          <w:sz w:val="24"/>
        </w:rPr>
        <w:t>"I finished swimming at the gym and was walking to my car when I felt a hand from behind me, covering my face," Mary began.</w:t>
      </w:r>
    </w:p>
    <w:p>
      <w:r>
        <w:rPr>
          <w:rFonts w:ascii="IM Fell English" w:hAnsi="IM Fell English"/>
          <w:color w:val="141414"/>
          <w:sz w:val="24"/>
        </w:rPr>
        <w:t>"Did you see anyone?" Ken asked.</w:t>
      </w:r>
    </w:p>
    <w:p>
      <w:r>
        <w:rPr>
          <w:rFonts w:ascii="IM Fell English" w:hAnsi="IM Fell English"/>
          <w:color w:val="141414"/>
          <w:sz w:val="24"/>
        </w:rPr>
        <w:t>"Not at first. I felt something cold across my mouth, and everything went dark."</w:t>
      </w:r>
    </w:p>
    <w:p>
      <w:r>
        <w:rPr>
          <w:rFonts w:ascii="IM Fell English" w:hAnsi="IM Fell English"/>
          <w:color w:val="141414"/>
          <w:sz w:val="24"/>
        </w:rPr>
        <w:t>"I overheard you say it was the bearded man," Ken pressed.</w:t>
      </w:r>
    </w:p>
    <w:p>
      <w:r>
        <w:rPr>
          <w:rFonts w:ascii="IM Fell English" w:hAnsi="IM Fell English"/>
          <w:color w:val="141414"/>
          <w:sz w:val="24"/>
        </w:rPr>
        <w:t>"That was when he let me go. He didn't even try to hide his face," Mary said.</w:t>
      </w:r>
    </w:p>
    <w:p>
      <w:r>
        <w:rPr>
          <w:rFonts w:ascii="IM Fell English" w:hAnsi="IM Fell English"/>
          <w:color w:val="141414"/>
          <w:sz w:val="24"/>
        </w:rPr>
        <w:t>"You think he wanted you to see him?" Ken asked.</w:t>
      </w:r>
    </w:p>
    <w:p>
      <w:r>
        <w:rPr>
          <w:rFonts w:ascii="IM Fell English" w:hAnsi="IM Fell English"/>
          <w:color w:val="141414"/>
          <w:sz w:val="24"/>
        </w:rPr>
        <w:t>"I guess so. He looked straight into my face. I couldn't forget it if I tried."</w:t>
      </w:r>
    </w:p>
    <w:p>
      <w:r>
        <w:rPr>
          <w:rFonts w:ascii="IM Fell English" w:hAnsi="IM Fell English"/>
          <w:color w:val="141414"/>
          <w:sz w:val="24"/>
        </w:rPr>
        <w:t>"Could you work with an artist to describe his appearance?" Ken asked.</w:t>
      </w:r>
    </w:p>
    <w:p>
      <w:r>
        <w:rPr>
          <w:rFonts w:ascii="IM Fell English" w:hAnsi="IM Fell English"/>
          <w:color w:val="141414"/>
          <w:sz w:val="24"/>
        </w:rPr>
        <w:t>"I can do better than that," Mary said, flipping over the hospital menu, revealing a detailed sketch of the man on the back.</w:t>
      </w:r>
    </w:p>
    <w:p>
      <w:r>
        <w:rPr>
          <w:rFonts w:ascii="IM Fell English" w:hAnsi="IM Fell English"/>
          <w:color w:val="141414"/>
          <w:sz w:val="24"/>
        </w:rPr>
        <w:t>Ken stared at the drawing in amazement.</w:t>
      </w:r>
    </w:p>
    <w:p>
      <w:r>
        <w:rPr>
          <w:rFonts w:ascii="IM Fell English" w:hAnsi="IM Fell English"/>
          <w:color w:val="141414"/>
          <w:sz w:val="24"/>
        </w:rPr>
        <w:t>"Mary's quite the artist," Martha commented.</w:t>
      </w:r>
    </w:p>
    <w:p>
      <w:r>
        <w:rPr>
          <w:rFonts w:ascii="IM Fell English" w:hAnsi="IM Fell English"/>
          <w:color w:val="141414"/>
          <w:sz w:val="24"/>
        </w:rPr>
        <w:t>"This is him?" Ken asked, glancing between the drawing and Martha.</w:t>
      </w:r>
    </w:p>
    <w:p>
      <w:r>
        <w:rPr>
          <w:rFonts w:ascii="IM Fell English" w:hAnsi="IM Fell English"/>
          <w:color w:val="141414"/>
          <w:sz w:val="24"/>
        </w:rPr>
        <w:t>"That's the same man who ran me off the road," Martha confirmed. "I'd swear it's also the one who showed up in my hospital room that night."</w:t>
      </w:r>
    </w:p>
    <w:p>
      <w:r>
        <w:rPr>
          <w:rFonts w:ascii="IM Fell English" w:hAnsi="IM Fell English"/>
          <w:color w:val="141414"/>
          <w:sz w:val="24"/>
        </w:rPr>
        <w:t>"Well, at least we have something to go on now," Ken said, carefully folding the drawing. He hesitated, then gestured for Martha to follow him into the hallway as he turned to leave.</w:t>
      </w:r>
    </w:p>
    <w:p>
      <w:r>
        <w:rPr>
          <w:rFonts w:ascii="IM Fell English" w:hAnsi="IM Fell English"/>
          <w:color w:val="141414"/>
          <w:sz w:val="24"/>
        </w:rPr>
        <w:t>Once alone, Ken lowered his voice. "I don't know what's really going on, but</w:t>
      </w:r>
    </w:p>
    <w:p>
      <w:r>
        <w:rPr>
          <w:rFonts w:ascii="IM Fell English" w:hAnsi="IM Fell English"/>
          <w:color w:val="141414"/>
          <w:sz w:val="24"/>
        </w:rPr>
        <w:t>Malroy isn't taking any of this seriously." He pulled a jump drive from his pocket. "I've copied all the files we have on your father's death. There's something off about this case, but I can't quite put my finger on it."</w:t>
      </w:r>
    </w:p>
    <w:p>
      <w:r>
        <w:rPr>
          <w:rFonts w:ascii="IM Fell English" w:hAnsi="IM Fell English"/>
          <w:color w:val="141414"/>
          <w:sz w:val="24"/>
        </w:rPr>
        <w:t>Martha reached for the jump drive, but Ken tucked it back into his pocket. "I'll need to hold onto this for now. These are official documents, so can we meet later to go over them?"</w:t>
      </w:r>
    </w:p>
    <w:p>
      <w:r>
        <w:rPr>
          <w:rFonts w:ascii="IM Fell English" w:hAnsi="IM Fell English"/>
          <w:color w:val="141414"/>
          <w:sz w:val="24"/>
        </w:rPr>
        <w:t>"Call me. I need to take care of Mary first," Martha replied.</w:t>
      </w:r>
    </w:p>
    <w:p>
      <w:r>
        <w:rPr>
          <w:rFonts w:ascii="IM Fell English" w:hAnsi="IM Fell English"/>
          <w:color w:val="141414"/>
          <w:sz w:val="24"/>
        </w:rPr>
        <w:t>As Ken walked away, Martha saw the doctor emerge from Mary's room. She approached him hesitantly.</w:t>
      </w:r>
    </w:p>
    <w:p>
      <w:r>
        <w:rPr>
          <w:rFonts w:ascii="IM Fell English" w:hAnsi="IM Fell English"/>
          <w:color w:val="141414"/>
          <w:sz w:val="24"/>
        </w:rPr>
        <w:t>"Doctor, I need to ask you about Mary," Martha began.</w:t>
      </w:r>
    </w:p>
    <w:p>
      <w:r>
        <w:rPr>
          <w:rFonts w:ascii="IM Fell English" w:hAnsi="IM Fell English"/>
          <w:color w:val="141414"/>
          <w:sz w:val="24"/>
        </w:rPr>
        <w:t>"I'm sorry, madam, but I can only discuss her case with her or her immediate family," the doctor replied.</w:t>
      </w:r>
    </w:p>
    <w:p>
      <w:r>
        <w:rPr>
          <w:rFonts w:ascii="IM Fell English" w:hAnsi="IM Fell English"/>
          <w:color w:val="141414"/>
          <w:sz w:val="24"/>
        </w:rPr>
        <w:t>"I'm her twin sister," Martha clarified. "I have a delicate question I can't ask in front of her. Was Mary... interfered with sexually?"</w:t>
      </w:r>
    </w:p>
    <w:p>
      <w:r>
        <w:rPr>
          <w:rFonts w:ascii="IM Fell English" w:hAnsi="IM Fell English"/>
          <w:color w:val="141414"/>
          <w:sz w:val="24"/>
        </w:rPr>
        <w:t>The doctor's expression softened. "We're conducting tests to determine that. If you could help prepare her for the possibility, it would make things easier on her."</w:t>
      </w:r>
    </w:p>
    <w:p>
      <w:r>
        <w:rPr>
          <w:rFonts w:ascii="IM Fell English" w:hAnsi="IM Fell English"/>
          <w:color w:val="141414"/>
          <w:sz w:val="24"/>
        </w:rPr>
        <w:t>Martha returned to Mary's room, unsure of how to broach the subject.</w:t>
      </w:r>
    </w:p>
    <w:p>
      <w:r>
        <w:rPr>
          <w:rFonts w:ascii="IM Fell English" w:hAnsi="IM Fell English"/>
          <w:color w:val="141414"/>
          <w:sz w:val="24"/>
        </w:rPr>
        <w:t>"Billy, could you take Mom for a cup of coffee?" she asked.</w:t>
      </w:r>
    </w:p>
    <w:p>
      <w:r>
        <w:rPr>
          <w:rFonts w:ascii="IM Fell English" w:hAnsi="IM Fell English"/>
          <w:color w:val="141414"/>
          <w:sz w:val="24"/>
        </w:rPr>
        <w:t>"Of course. Ruth, let's go," Billy said, gently guiding Ruth out of the room.</w:t>
      </w:r>
    </w:p>
    <w:p>
      <w:r>
        <w:rPr>
          <w:rFonts w:ascii="IM Fell English" w:hAnsi="IM Fell English"/>
          <w:color w:val="141414"/>
          <w:sz w:val="24"/>
        </w:rPr>
        <w:t>As soon as they left, Mary asked, "What's going on?"</w:t>
      </w:r>
    </w:p>
    <w:p>
      <w:r>
        <w:rPr>
          <w:rFonts w:ascii="IM Fell English" w:hAnsi="IM Fell English"/>
          <w:color w:val="141414"/>
          <w:sz w:val="24"/>
        </w:rPr>
        <w:t>Martha explained the upcoming test. Mary's face crumpled, her eyes welling with tears. "I hadn't even considered that possibility, but I guess I need to know."</w:t>
      </w:r>
    </w:p>
    <w:p>
      <w:r>
        <w:rPr>
          <w:rFonts w:ascii="IM Fell English" w:hAnsi="IM Fell English"/>
          <w:color w:val="141414"/>
          <w:sz w:val="24"/>
        </w:rPr>
        <w:t>Martha stayed with Mary throughout the process. After what felt like an eternity, the nurse returned, leaned down, and whispered something to Mary. Relief flooded Mary's face.</w:t>
      </w:r>
    </w:p>
    <w:p>
      <w:r>
        <w:rPr>
          <w:rFonts w:ascii="IM Fell English" w:hAnsi="IM Fell English"/>
          <w:color w:val="141414"/>
          <w:sz w:val="24"/>
        </w:rPr>
        <w:t>"There's nothing to worry about," she said, smiling for the first time all day.</w:t>
      </w:r>
    </w:p>
    <w:p>
      <w:r>
        <w:rPr>
          <w:rFonts w:ascii="IM Fell English" w:hAnsi="IM Fell English"/>
          <w:color w:val="141414"/>
          <w:sz w:val="24"/>
        </w:rPr>
        <w:t>The next morning, Martha drove Mary home after she was discharged. "I'm ready to give this up before someone gets hurt," Martha said.</w:t>
      </w:r>
    </w:p>
    <w:p>
      <w:r>
        <w:rPr>
          <w:rFonts w:ascii="IM Fell English" w:hAnsi="IM Fell English"/>
          <w:color w:val="141414"/>
          <w:sz w:val="24"/>
        </w:rPr>
        <w:t>"Don't," Mary replied. "I want to find out who's responsible."</w:t>
      </w:r>
    </w:p>
    <w:p>
      <w:r>
        <w:rPr>
          <w:rFonts w:ascii="IM Fell English" w:hAnsi="IM Fell English"/>
          <w:color w:val="141414"/>
          <w:sz w:val="24"/>
        </w:rPr>
        <w:t>"After all you've been through?" Martha asked, incredulous.</w:t>
      </w:r>
    </w:p>
    <w:p>
      <w:r>
        <w:rPr>
          <w:rFonts w:ascii="IM Fell English" w:hAnsi="IM Fell English"/>
          <w:color w:val="141414"/>
          <w:sz w:val="24"/>
        </w:rPr>
        <w:t>"Especially after all I've been through. He can't get away with this," Mary said firmly.</w:t>
      </w:r>
    </w:p>
    <w:p>
      <w:r>
        <w:rPr>
          <w:rFonts w:ascii="IM Fell English" w:hAnsi="IM Fell English"/>
          <w:color w:val="141414"/>
          <w:sz w:val="24"/>
        </w:rPr>
        <w:t>Later that day, Ken met them at a diner to discuss the jump drive.</w:t>
      </w:r>
    </w:p>
    <w:p>
      <w:r>
        <w:rPr>
          <w:rFonts w:ascii="IM Fell English" w:hAnsi="IM Fell English"/>
          <w:color w:val="141414"/>
          <w:sz w:val="24"/>
        </w:rPr>
        <w:t>"This has all the files on your father's death—witness statements, photos, interviews," Ken explained.</w:t>
      </w:r>
    </w:p>
    <w:p>
      <w:r>
        <w:rPr>
          <w:rFonts w:ascii="IM Fell English" w:hAnsi="IM Fell English"/>
          <w:color w:val="141414"/>
          <w:sz w:val="24"/>
        </w:rPr>
        <w:t>When their server arrived, Ken pocketed the drive. "Do you have a computer and printer we can use?" he asked.</w:t>
      </w:r>
    </w:p>
    <w:p>
      <w:r>
        <w:rPr>
          <w:rFonts w:ascii="IM Fell English" w:hAnsi="IM Fell English"/>
          <w:color w:val="141414"/>
          <w:sz w:val="24"/>
        </w:rPr>
        <w:t>"We can use the ones in my father's study," Martha replied, her voice echoing her sister's resolve—they weren't giving</w:t>
      </w:r>
      <w:r>
        <w:rPr>
          <w:rFonts w:ascii="IM Fell English" w:hAnsi="IM Fell English"/>
          <w:b/>
          <w:color w:val="141414"/>
          <w:sz w:val="24"/>
        </w:rPr>
        <w:t>up</w:t>
      </w:r>
      <w:r>
        <w:rPr>
          <w:rFonts w:ascii="IM Fell English" w:hAnsi="IM Fell English"/>
          <w:color w:val="141414"/>
          <w:sz w:val="24"/>
        </w:rPr>
        <w:t xml:space="preserve"> until they uncovered the truth.</w:t>
      </w:r>
    </w:p>
    <w:p>
      <w:pPr>
        <w:pStyle w:val="Heading1"/>
        <w:jc w:val="center"/>
      </w:pPr>
      <w:r>
        <w:rPr>
          <w:rFonts w:ascii="IM Fell English" w:hAnsi="IM Fell English"/>
          <w:color w:val="0D0D0D"/>
        </w:rPr>
        <w:t>Chapter 15</w:t>
      </w:r>
    </w:p>
    <w:p>
      <w:r>
        <w:rPr>
          <w:rFonts w:ascii="IM Fell English" w:hAnsi="IM Fell English"/>
          <w:color w:val="141414"/>
          <w:sz w:val="24"/>
        </w:rPr>
        <w:t>They arrived at Pastor Thomas's study shortly after six.</w:t>
      </w:r>
    </w:p>
    <w:p>
      <w:r>
        <w:rPr>
          <w:rFonts w:ascii="IM Fell English" w:hAnsi="IM Fell English"/>
          <w:color w:val="141414"/>
          <w:sz w:val="24"/>
        </w:rPr>
        <w:t>"So, you're here?" Ken said, looking at Billy.</w:t>
      </w:r>
    </w:p>
    <w:p>
      <w:r>
        <w:rPr>
          <w:rFonts w:ascii="IM Fell English" w:hAnsi="IM Fell English"/>
          <w:color w:val="141414"/>
          <w:sz w:val="24"/>
        </w:rPr>
        <w:t>"Mary and Martha asked me to come," Billy replied.</w:t>
      </w:r>
    </w:p>
    <w:p>
      <w:r>
        <w:rPr>
          <w:rFonts w:ascii="IM Fell English" w:hAnsi="IM Fell English"/>
          <w:color w:val="141414"/>
          <w:sz w:val="24"/>
        </w:rPr>
        <w:t>"The more, the merrier, I guess," Ken said unconvincingly.</w:t>
      </w:r>
    </w:p>
    <w:p>
      <w:r>
        <w:rPr>
          <w:rFonts w:ascii="IM Fell English" w:hAnsi="IM Fell English"/>
          <w:color w:val="141414"/>
          <w:sz w:val="24"/>
        </w:rPr>
        <w:t>They all gathered around the computer. Ken inserted the jump drive, and the first file appeared on the screen.</w:t>
      </w:r>
    </w:p>
    <w:p>
      <w:r>
        <w:rPr>
          <w:rFonts w:ascii="IM Fell English" w:hAnsi="IM Fell English"/>
          <w:color w:val="141414"/>
          <w:sz w:val="24"/>
        </w:rPr>
        <w:t>"This will take too long. There are over a hundred pages here," Martha said.</w:t>
      </w:r>
    </w:p>
    <w:p>
      <w:r>
        <w:rPr>
          <w:rFonts w:ascii="IM Fell English" w:hAnsi="IM Fell English"/>
          <w:color w:val="141414"/>
          <w:sz w:val="24"/>
        </w:rPr>
        <w:t>"Is there a way to speed this up?" she asked.</w:t>
      </w:r>
    </w:p>
    <w:p>
      <w:r>
        <w:rPr>
          <w:rFonts w:ascii="IM Fell English" w:hAnsi="IM Fell English"/>
          <w:color w:val="141414"/>
          <w:sz w:val="24"/>
        </w:rPr>
        <w:t>"We could print all the files and divide them among us," Billy suggested.</w:t>
      </w:r>
    </w:p>
    <w:p>
      <w:r>
        <w:rPr>
          <w:rFonts w:ascii="IM Fell English" w:hAnsi="IM Fell English"/>
          <w:color w:val="141414"/>
          <w:sz w:val="24"/>
        </w:rPr>
        <w:t>"These are official documents," Ken cautioned. "I'm not sure that's a good idea if they ever get out."</w:t>
      </w:r>
    </w:p>
    <w:p>
      <w:r>
        <w:rPr>
          <w:rFonts w:ascii="IM Fell English" w:hAnsi="IM Fell English"/>
          <w:color w:val="141414"/>
          <w:sz w:val="24"/>
        </w:rPr>
        <w:t>"None of us will say anything about it," Mary assured him.</w:t>
      </w:r>
    </w:p>
    <w:p>
      <w:r>
        <w:rPr>
          <w:rFonts w:ascii="IM Fell English" w:hAnsi="IM Fell English"/>
          <w:color w:val="141414"/>
          <w:sz w:val="24"/>
        </w:rPr>
        <w:t>"If they stay here in this office, and we destroy them afterward," Martha added.</w:t>
      </w:r>
    </w:p>
    <w:p>
      <w:r>
        <w:rPr>
          <w:rFonts w:ascii="IM Fell English" w:hAnsi="IM Fell English"/>
          <w:color w:val="141414"/>
          <w:sz w:val="24"/>
        </w:rPr>
        <w:t>"Agreed," Ken said.</w:t>
      </w:r>
    </w:p>
    <w:p>
      <w:r>
        <w:rPr>
          <w:rFonts w:ascii="IM Fell English" w:hAnsi="IM Fell English"/>
          <w:color w:val="141414"/>
          <w:sz w:val="24"/>
        </w:rPr>
        <w:t>Martha hit the print button, and the HP printer hummed to life, churning out page after page of documents. Each person took a stack to read.</w:t>
      </w:r>
    </w:p>
    <w:p>
      <w:r>
        <w:rPr>
          <w:rFonts w:ascii="IM Fell English" w:hAnsi="IM Fell English"/>
          <w:color w:val="141414"/>
          <w:sz w:val="24"/>
        </w:rPr>
        <w:t>"What the heck are we looking for?" Mary asked.</w:t>
      </w:r>
    </w:p>
    <w:p>
      <w:r>
        <w:rPr>
          <w:rFonts w:ascii="IM Fell English" w:hAnsi="IM Fell English"/>
          <w:color w:val="141414"/>
          <w:sz w:val="24"/>
        </w:rPr>
        <w:t>"Anything that seems off," Ken said.</w:t>
      </w:r>
    </w:p>
    <w:p>
      <w:r>
        <w:rPr>
          <w:rFonts w:ascii="IM Fell English" w:hAnsi="IM Fell English"/>
          <w:color w:val="141414"/>
          <w:sz w:val="24"/>
        </w:rPr>
        <w:t>Martha picked up her mother's witness report. She skimmed through it, searching for anything unusual, though she wasn't sure what that might be.</w:t>
      </w:r>
    </w:p>
    <w:p>
      <w:r>
        <w:rPr>
          <w:rFonts w:ascii="IM Fell English" w:hAnsi="IM Fell English"/>
          <w:color w:val="141414"/>
          <w:sz w:val="24"/>
        </w:rPr>
        <w:t>After about ten minutes, Billy spoke up. "Who's D.J.?"</w:t>
      </w:r>
    </w:p>
    <w:p>
      <w:r>
        <w:rPr>
          <w:rFonts w:ascii="IM Fell English" w:hAnsi="IM Fell English"/>
          <w:color w:val="141414"/>
          <w:sz w:val="24"/>
        </w:rPr>
        <w:t>"D.J.?" Ken asked. "What do you mean?"</w:t>
      </w:r>
    </w:p>
    <w:p>
      <w:r>
        <w:rPr>
          <w:rFonts w:ascii="IM Fell English" w:hAnsi="IM Fell English"/>
          <w:color w:val="141414"/>
          <w:sz w:val="24"/>
        </w:rPr>
        <w:t>"Jamal's statement says he was with D.J. at the time of the murder," Billy explained.</w:t>
      </w:r>
    </w:p>
    <w:p>
      <w:r>
        <w:rPr>
          <w:rFonts w:ascii="IM Fell English" w:hAnsi="IM Fell English"/>
          <w:color w:val="141414"/>
          <w:sz w:val="24"/>
        </w:rPr>
        <w:t>"D.J. who?" Mary asked.</w:t>
      </w:r>
    </w:p>
    <w:p>
      <w:r>
        <w:rPr>
          <w:rFonts w:ascii="IM Fell English" w:hAnsi="IM Fell English"/>
          <w:color w:val="141414"/>
          <w:sz w:val="24"/>
        </w:rPr>
        <w:t>"D.J. Richards, his cousin," Billy clarified.</w:t>
      </w:r>
    </w:p>
    <w:p>
      <w:r>
        <w:rPr>
          <w:rFonts w:ascii="IM Fell English" w:hAnsi="IM Fell English"/>
          <w:color w:val="141414"/>
          <w:sz w:val="24"/>
        </w:rPr>
        <w:t>"Have you ever heard Malroy mention a D.J. Richards?" Martha asked Ken.</w:t>
      </w:r>
    </w:p>
    <w:p>
      <w:r>
        <w:rPr>
          <w:rFonts w:ascii="IM Fell English" w:hAnsi="IM Fell English"/>
          <w:color w:val="141414"/>
          <w:sz w:val="24"/>
        </w:rPr>
        <w:t>"No, Malroy hasn't let us anywhere near this investigation. But I don't recall that name ever coming up," Ken replied.</w:t>
      </w:r>
    </w:p>
    <w:p>
      <w:r>
        <w:rPr>
          <w:rFonts w:ascii="IM Fell English" w:hAnsi="IM Fell English"/>
          <w:color w:val="141414"/>
          <w:sz w:val="24"/>
        </w:rPr>
        <w:t>"This report says D.J. lives in Columbus," Billy said.</w:t>
      </w:r>
    </w:p>
    <w:p>
      <w:r>
        <w:rPr>
          <w:rFonts w:ascii="IM Fell English" w:hAnsi="IM Fell English"/>
          <w:color w:val="141414"/>
          <w:sz w:val="24"/>
        </w:rPr>
        <w:t>"Do you think the police will try to find him?" Mary asked.</w:t>
      </w:r>
    </w:p>
    <w:p>
      <w:r>
        <w:rPr>
          <w:rFonts w:ascii="IM Fell English" w:hAnsi="IM Fell English"/>
          <w:color w:val="141414"/>
          <w:sz w:val="24"/>
        </w:rPr>
        <w:t>"Malroy has no plans to find anyone else. The investigation is over for him; Jamal is guilty," Ken said.</w:t>
      </w:r>
    </w:p>
    <w:p>
      <w:r>
        <w:rPr>
          <w:rFonts w:ascii="IM Fell English" w:hAnsi="IM Fell English"/>
          <w:color w:val="141414"/>
          <w:sz w:val="24"/>
        </w:rPr>
        <w:t>"If Malroy won't find him, we have to," Martha said. "Jamal's life depends on it."</w:t>
      </w:r>
    </w:p>
    <w:p>
      <w:r>
        <w:rPr>
          <w:rFonts w:ascii="IM Fell English" w:hAnsi="IM Fell English"/>
          <w:color w:val="141414"/>
          <w:sz w:val="24"/>
        </w:rPr>
        <w:t>"What else could Malroy have overlooked?" Mary wondered aloud, sifting through another file.</w:t>
      </w:r>
    </w:p>
    <w:p>
      <w:r>
        <w:rPr>
          <w:rFonts w:ascii="IM Fell English" w:hAnsi="IM Fell English"/>
          <w:color w:val="141414"/>
          <w:sz w:val="24"/>
        </w:rPr>
        <w:t>Once they finished reading, they shredded all the documents. Then, they went to the Dinner Bell to discuss their findings.</w:t>
      </w:r>
    </w:p>
    <w:p>
      <w:r>
        <w:rPr>
          <w:rFonts w:ascii="IM Fell English" w:hAnsi="IM Fell English"/>
          <w:color w:val="141414"/>
          <w:sz w:val="24"/>
        </w:rPr>
        <w:t>Judy approached their table. "What'll you have?"</w:t>
      </w:r>
    </w:p>
    <w:p>
      <w:r>
        <w:rPr>
          <w:rFonts w:ascii="IM Fell English" w:hAnsi="IM Fell English"/>
          <w:color w:val="141414"/>
          <w:sz w:val="24"/>
        </w:rPr>
        <w:t>"Coffee, hot and black," Billy said.</w:t>
      </w:r>
    </w:p>
    <w:p>
      <w:r>
        <w:rPr>
          <w:rFonts w:ascii="IM Fell English" w:hAnsi="IM Fell English"/>
          <w:color w:val="141414"/>
          <w:sz w:val="24"/>
        </w:rPr>
        <w:t>"I'll have coffee with cream," Martha said.</w:t>
      </w:r>
    </w:p>
    <w:p>
      <w:r>
        <w:rPr>
          <w:rFonts w:ascii="IM Fell English" w:hAnsi="IM Fell English"/>
          <w:color w:val="141414"/>
          <w:sz w:val="24"/>
        </w:rPr>
        <w:t>"Diet Coke for me," Mary added. "Gotta watch my figure."</w:t>
      </w:r>
    </w:p>
    <w:p>
      <w:r>
        <w:rPr>
          <w:rFonts w:ascii="IM Fell English" w:hAnsi="IM Fell English"/>
          <w:color w:val="141414"/>
          <w:sz w:val="24"/>
        </w:rPr>
        <w:t>Martha marveled at her sister's strength. Just hours ago, Mary had been in a hospital bed, unsure of her future.</w:t>
      </w:r>
    </w:p>
    <w:p>
      <w:r>
        <w:rPr>
          <w:rFonts w:ascii="IM Fell English" w:hAnsi="IM Fell English"/>
          <w:color w:val="141414"/>
          <w:sz w:val="24"/>
        </w:rPr>
        <w:t>"So, where do we start?" Martha asked.</w:t>
      </w:r>
    </w:p>
    <w:p>
      <w:r>
        <w:rPr>
          <w:rFonts w:ascii="IM Fell English" w:hAnsi="IM Fell English"/>
          <w:color w:val="141414"/>
          <w:sz w:val="24"/>
        </w:rPr>
        <w:t>"D.J.'s name could be a game changer," Billy said.</w:t>
      </w:r>
    </w:p>
    <w:p>
      <w:r>
        <w:rPr>
          <w:rFonts w:ascii="IM Fell English" w:hAnsi="IM Fell English"/>
          <w:color w:val="141414"/>
          <w:sz w:val="24"/>
        </w:rPr>
        <w:t>"Don't get your hopes up," Ken warned. "Malroy is a thorough officer. If he didn't follow up, there's probably a reason."</w:t>
      </w:r>
    </w:p>
    <w:p>
      <w:r>
        <w:rPr>
          <w:rFonts w:ascii="IM Fell English" w:hAnsi="IM Fell English"/>
          <w:color w:val="141414"/>
          <w:sz w:val="24"/>
        </w:rPr>
        <w:t>"Yeah, like railroading Jamal," Mary muttered.</w:t>
      </w:r>
    </w:p>
    <w:p>
      <w:r>
        <w:rPr>
          <w:rFonts w:ascii="IM Fell English" w:hAnsi="IM Fell English"/>
          <w:color w:val="141414"/>
          <w:sz w:val="24"/>
        </w:rPr>
        <w:t>"But why?" Martha asked.</w:t>
      </w:r>
    </w:p>
    <w:p>
      <w:r>
        <w:rPr>
          <w:rFonts w:ascii="IM Fell English" w:hAnsi="IM Fell English"/>
          <w:color w:val="141414"/>
          <w:sz w:val="24"/>
        </w:rPr>
        <w:t>Judy returned with their drinks. "What're you all talking about?"</w:t>
      </w:r>
    </w:p>
    <w:p>
      <w:r>
        <w:rPr>
          <w:rFonts w:ascii="IM Fell English" w:hAnsi="IM Fell English"/>
          <w:color w:val="141414"/>
          <w:sz w:val="24"/>
        </w:rPr>
        <w:t>"We're investigating Dad's murder," Mary said with a smile.</w:t>
      </w:r>
    </w:p>
    <w:p>
      <w:r>
        <w:rPr>
          <w:rFonts w:ascii="IM Fell English" w:hAnsi="IM Fell English"/>
          <w:color w:val="141414"/>
          <w:sz w:val="24"/>
        </w:rPr>
        <w:t>"Didn't the police already do that?" Judy asked, glancing at Ken.</w:t>
      </w:r>
    </w:p>
    <w:p>
      <w:r>
        <w:rPr>
          <w:rFonts w:ascii="IM Fell English" w:hAnsi="IM Fell English"/>
          <w:color w:val="141414"/>
          <w:sz w:val="24"/>
        </w:rPr>
        <w:t>"This is unofficial—just friends tossing around 'what ifs,'" Ken explained.</w:t>
      </w:r>
    </w:p>
    <w:p>
      <w:r>
        <w:rPr>
          <w:rFonts w:ascii="IM Fell English" w:hAnsi="IM Fell English"/>
          <w:color w:val="141414"/>
          <w:sz w:val="24"/>
        </w:rPr>
        <w:t>"Well, I'm not busy right now. I'll play along," Judy said, pulling up a chair.</w:t>
      </w:r>
    </w:p>
    <w:p>
      <w:r>
        <w:rPr>
          <w:rFonts w:ascii="IM Fell English" w:hAnsi="IM Fell English"/>
          <w:color w:val="141414"/>
          <w:sz w:val="24"/>
        </w:rPr>
        <w:t>"What if Jamal is innocent?" Martha posed.</w:t>
      </w:r>
    </w:p>
    <w:p>
      <w:r>
        <w:rPr>
          <w:rFonts w:ascii="IM Fell English" w:hAnsi="IM Fell English"/>
          <w:color w:val="141414"/>
          <w:sz w:val="24"/>
        </w:rPr>
        <w:t>"What if the sun doesn't rise tomorrow?" Judy quipped. "Okay, what if he's innocent? Who else could've done it?"</w:t>
      </w:r>
    </w:p>
    <w:p>
      <w:r>
        <w:rPr>
          <w:rFonts w:ascii="IM Fell English" w:hAnsi="IM Fell English"/>
          <w:color w:val="141414"/>
          <w:sz w:val="24"/>
        </w:rPr>
        <w:t>"That's what we're trying to figure out. Did anyone at your church hate our dad?"</w:t>
      </w:r>
    </w:p>
    <w:p>
      <w:r>
        <w:rPr>
          <w:rFonts w:ascii="IM Fell English" w:hAnsi="IM Fell English"/>
          <w:color w:val="141414"/>
          <w:sz w:val="24"/>
        </w:rPr>
        <w:t>"Hate him? No. Dislike him? Sure," Judy said.</w:t>
      </w:r>
    </w:p>
    <w:p>
      <w:r>
        <w:rPr>
          <w:rFonts w:ascii="IM Fell English" w:hAnsi="IM Fell English"/>
          <w:color w:val="141414"/>
          <w:sz w:val="24"/>
        </w:rPr>
        <w:t>"Who?" Martha pressed.</w:t>
      </w:r>
    </w:p>
    <w:p>
      <w:r>
        <w:rPr>
          <w:rFonts w:ascii="IM Fell English" w:hAnsi="IM Fell English"/>
          <w:color w:val="141414"/>
          <w:sz w:val="24"/>
        </w:rPr>
        <w:t>"Brother Martin, for one. He was head of the trustees when your dad nixed the new building campaign. Martin had already hired an architect with his own money and lined up a construction company, convinced the project was a done deal. When your dad said no, he blew a fuse."</w:t>
      </w:r>
    </w:p>
    <w:p>
      <w:r>
        <w:rPr>
          <w:rFonts w:ascii="IM Fell English" w:hAnsi="IM Fell English"/>
          <w:color w:val="141414"/>
          <w:sz w:val="24"/>
        </w:rPr>
        <w:t>"No one would kill over that, would they?" Martha asked.</w:t>
      </w:r>
    </w:p>
    <w:p>
      <w:r>
        <w:rPr>
          <w:rFonts w:ascii="IM Fell English" w:hAnsi="IM Fell English"/>
          <w:color w:val="141414"/>
          <w:sz w:val="24"/>
        </w:rPr>
        <w:t>"Martin supposedly lost $50,000 on that deal and much respect in his professional circle. He stormed out of that meeting, punched a hole in the wall, and left the church entirely," Judy said.</w:t>
      </w:r>
    </w:p>
    <w:p>
      <w:r>
        <w:rPr>
          <w:rFonts w:ascii="IM Fell English" w:hAnsi="IM Fell English"/>
          <w:color w:val="141414"/>
          <w:sz w:val="24"/>
        </w:rPr>
        <w:t>"That's serious anger. People have killed for less," Ken observed.</w:t>
      </w:r>
    </w:p>
    <w:p>
      <w:r>
        <w:rPr>
          <w:rFonts w:ascii="IM Fell English" w:hAnsi="IM Fell English"/>
          <w:color w:val="141414"/>
          <w:sz w:val="24"/>
        </w:rPr>
        <w:t>"Then there's Sister Lewis," Judy said.</w:t>
      </w:r>
    </w:p>
    <w:p>
      <w:r>
        <w:rPr>
          <w:rFonts w:ascii="IM Fell English" w:hAnsi="IM Fell English"/>
          <w:color w:val="141414"/>
          <w:sz w:val="24"/>
        </w:rPr>
        <w:t>Mary laughed. "Sister Lewis? The harmless old gossip?"</w:t>
      </w:r>
    </w:p>
    <w:p>
      <w:r>
        <w:rPr>
          <w:rFonts w:ascii="IM Fell English" w:hAnsi="IM Fell English"/>
          <w:color w:val="141414"/>
          <w:sz w:val="24"/>
        </w:rPr>
        <w:t>"She might seem harmless, but she's got a mean streak. She blamed your dad for canceling the Christmas Bazaar. That event was her pride and joy a few years ago."</w:t>
      </w:r>
    </w:p>
    <w:p>
      <w:r>
        <w:rPr>
          <w:rFonts w:ascii="IM Fell English" w:hAnsi="IM Fell English"/>
          <w:color w:val="141414"/>
          <w:sz w:val="24"/>
        </w:rPr>
        <w:t>"The Christmas Bazaar, really?" Martha said.</w:t>
      </w:r>
    </w:p>
    <w:p>
      <w:r>
        <w:rPr>
          <w:rFonts w:ascii="IM Fell English" w:hAnsi="IM Fell English"/>
          <w:color w:val="141414"/>
          <w:sz w:val="24"/>
        </w:rPr>
        <w:t>"Sister Lewis had been in charge of the bazaar for forty years. When it got canceled, she swore revenge. She was livid—her face turned crimson, and she threatened to 'make him pay.'"</w:t>
      </w:r>
    </w:p>
    <w:p>
      <w:r>
        <w:rPr>
          <w:rFonts w:ascii="IM Fell English" w:hAnsi="IM Fell English"/>
          <w:color w:val="141414"/>
          <w:sz w:val="24"/>
        </w:rPr>
        <w:t>Ken chimed in. "Sister Lewis isn't as harmless as she looks. Last year, she fired a shotgun at her neighbor for stepping onto her property to retrieve his dog."</w:t>
      </w:r>
    </w:p>
    <w:p>
      <w:r>
        <w:rPr>
          <w:rFonts w:ascii="IM Fell English" w:hAnsi="IM Fell English"/>
          <w:color w:val="141414"/>
          <w:sz w:val="24"/>
        </w:rPr>
        <w:t>"Wow," Billy said, shaking his head. "I'm safer staying out of church.</w:t>
      </w:r>
    </w:p>
    <w:p>
      <w:r>
        <w:rPr>
          <w:rFonts w:ascii="IM Fell English" w:hAnsi="IM Fell English"/>
          <w:color w:val="141414"/>
          <w:sz w:val="24"/>
        </w:rPr>
        <w:t>This place sounds dangerous!"</w:t>
      </w:r>
    </w:p>
    <w:p>
      <w:r>
        <w:rPr>
          <w:rFonts w:ascii="IM Fell English" w:hAnsi="IM Fell English"/>
          <w:color w:val="141414"/>
          <w:sz w:val="24"/>
        </w:rPr>
        <w:t>"No, it's just that churches are made up of people, and people are flawed," Mary said.</w:t>
      </w:r>
    </w:p>
    <w:p>
      <w:r>
        <w:rPr>
          <w:rFonts w:ascii="IM Fell English" w:hAnsi="IM Fell English"/>
          <w:color w:val="141414"/>
          <w:sz w:val="24"/>
        </w:rPr>
        <w:t>"Exactly. It looks squeaky clean from the outside, but on the inside..." Martha trailed off.</w:t>
      </w:r>
    </w:p>
    <w:p>
      <w:r>
        <w:rPr>
          <w:rFonts w:ascii="IM Fell English" w:hAnsi="IM Fell English"/>
          <w:color w:val="141414"/>
          <w:sz w:val="24"/>
        </w:rPr>
        <w:t>"Was there anyone else?" Martha asked Judy.</w:t>
      </w:r>
    </w:p>
    <w:p>
      <w:r>
        <w:rPr>
          <w:rFonts w:ascii="IM Fell English" w:hAnsi="IM Fell English"/>
          <w:color w:val="141414"/>
          <w:sz w:val="24"/>
        </w:rPr>
        <w:t>"Not that I can think of, but those two had the biggest issues with your dad," Judy said.</w:t>
      </w:r>
    </w:p>
    <w:p>
      <w:r>
        <w:rPr>
          <w:rFonts w:ascii="IM Fell English" w:hAnsi="IM Fell English"/>
          <w:color w:val="141414"/>
          <w:sz w:val="24"/>
        </w:rPr>
        <w:t>A young couple with two kids entered the diner, and Judy excused herself to serve them.</w:t>
      </w:r>
    </w:p>
    <w:p>
      <w:r>
        <w:rPr>
          <w:rFonts w:ascii="IM Fell English" w:hAnsi="IM Fell English"/>
          <w:color w:val="141414"/>
          <w:sz w:val="24"/>
        </w:rPr>
        <w:t>"How do we find D.J.?" Martha asked the group.</w:t>
      </w:r>
    </w:p>
    <w:p>
      <w:r>
        <w:rPr>
          <w:rFonts w:ascii="IM Fell English" w:hAnsi="IM Fell English"/>
          <w:color w:val="141414"/>
          <w:sz w:val="24"/>
        </w:rPr>
        <w:t>"Maybe you could visit Jamal and ask where D.J. lives," Billy suggested.</w:t>
      </w:r>
    </w:p>
    <w:p>
      <w:r>
        <w:rPr>
          <w:rFonts w:ascii="IM Fell English" w:hAnsi="IM Fell English"/>
          <w:color w:val="141414"/>
          <w:sz w:val="24"/>
        </w:rPr>
        <w:t>Ken shook his head. "Malroy will know something's up. He gets a report every time you visit Jamal."</w:t>
      </w:r>
    </w:p>
    <w:p>
      <w:r>
        <w:rPr>
          <w:rFonts w:ascii="IM Fell English" w:hAnsi="IM Fell English"/>
          <w:color w:val="141414"/>
          <w:sz w:val="24"/>
        </w:rPr>
        <w:t>Martha froze. "He gets a report? Is that how the bearded man knows my every move?"</w:t>
      </w:r>
    </w:p>
    <w:p>
      <w:pPr>
        <w:pStyle w:val="Heading1"/>
        <w:jc w:val="center"/>
      </w:pPr>
      <w:r>
        <w:rPr>
          <w:rFonts w:ascii="IM Fell English" w:hAnsi="IM Fell English"/>
          <w:color w:val="0D0D0D"/>
        </w:rPr>
        <w:t>Chapter 16</w:t>
      </w:r>
    </w:p>
    <w:p>
      <w:r>
        <w:rPr>
          <w:rFonts w:ascii="IM Fell English" w:hAnsi="IM Fell English"/>
          <w:color w:val="141414"/>
          <w:sz w:val="24"/>
        </w:rPr>
        <w:t>Ken arrived at the office at 7:00 sharp. Always early, he entered the break room and asked, "Is the coffee ready?"</w:t>
      </w:r>
    </w:p>
    <w:p>
      <w:r>
        <w:rPr>
          <w:rFonts w:ascii="IM Fell English" w:hAnsi="IM Fell English"/>
          <w:color w:val="141414"/>
          <w:sz w:val="24"/>
        </w:rPr>
        <w:t>"Would y'all like a cup? I was just going to refill mine," Candy said.</w:t>
      </w:r>
    </w:p>
    <w:p>
      <w:r>
        <w:rPr>
          <w:rFonts w:ascii="IM Fell English" w:hAnsi="IM Fell English"/>
          <w:color w:val="141414"/>
          <w:sz w:val="24"/>
        </w:rPr>
        <w:t>Candy had worked as a receptionist for the last three years and was itching to enter the field. Malroy had blocked her attempts at every turn.</w:t>
      </w:r>
    </w:p>
    <w:p>
      <w:r>
        <w:rPr>
          <w:rFonts w:ascii="IM Fell English" w:hAnsi="IM Fell English"/>
          <w:color w:val="141414"/>
          <w:sz w:val="24"/>
        </w:rPr>
        <w:t>"This isn't women's work," he often said behind her back.</w:t>
      </w:r>
    </w:p>
    <w:p>
      <w:r>
        <w:rPr>
          <w:rFonts w:ascii="IM Fell English" w:hAnsi="IM Fell English"/>
          <w:color w:val="141414"/>
          <w:sz w:val="24"/>
        </w:rPr>
        <w:t>Ken thought it was unfair to keep someone with her skills and enthusiasm on the sidelines. She'd make a great asset to the force. If he were in charge, she'd be out there.</w:t>
      </w:r>
    </w:p>
    <w:p>
      <w:r>
        <w:rPr>
          <w:rFonts w:ascii="IM Fell English" w:hAnsi="IM Fell English"/>
          <w:color w:val="141414"/>
          <w:sz w:val="24"/>
        </w:rPr>
        <w:t>Candy poked her head around the corner. "Cream or sugar?" she asked.</w:t>
      </w:r>
    </w:p>
    <w:p>
      <w:r>
        <w:rPr>
          <w:rFonts w:ascii="IM Fell English" w:hAnsi="IM Fell English"/>
          <w:color w:val="141414"/>
          <w:sz w:val="24"/>
        </w:rPr>
        <w:t>"Normally, yes, but I think I'd better go with black today," Ken replied.</w:t>
      </w:r>
    </w:p>
    <w:p>
      <w:r>
        <w:rPr>
          <w:rFonts w:ascii="IM Fell English" w:hAnsi="IM Fell English"/>
          <w:color w:val="141414"/>
          <w:sz w:val="24"/>
        </w:rPr>
        <w:t>"Not a problem," Candy said, setting the cups down on the table with a smile. "You know what they say, 'Once you go black, you always go back.'"</w:t>
      </w:r>
    </w:p>
    <w:p>
      <w:r>
        <w:rPr>
          <w:rFonts w:ascii="IM Fell English" w:hAnsi="IM Fell English"/>
          <w:color w:val="141414"/>
          <w:sz w:val="24"/>
        </w:rPr>
        <w:t>"</w:t>
      </w:r>
    </w:p>
    <w:p>
      <w:r>
        <w:rPr>
          <w:rFonts w:ascii="IM Fell English" w:hAnsi="IM Fell English"/>
          <w:color w:val="141414"/>
          <w:sz w:val="24"/>
        </w:rPr>
        <w:t>What're y'all working on?" Candy asked.</w:t>
      </w:r>
    </w:p>
    <w:p>
      <w:r>
        <w:rPr>
          <w:rFonts w:ascii="IM Fell English" w:hAnsi="IM Fell English"/>
          <w:color w:val="141414"/>
          <w:sz w:val="24"/>
        </w:rPr>
        <w:t>Malroy, red-faced, his fists balled and shaking, threw the door open so hard it slammed into the wall.</w:t>
      </w:r>
    </w:p>
    <w:p>
      <w:r>
        <w:rPr>
          <w:rFonts w:ascii="IM Fell English" w:hAnsi="IM Fell English"/>
          <w:color w:val="141414"/>
          <w:sz w:val="24"/>
        </w:rPr>
        <w:t>"Hen-der-son!" he yelled.</w:t>
      </w:r>
    </w:p>
    <w:p>
      <w:r>
        <w:rPr>
          <w:rFonts w:ascii="IM Fell English" w:hAnsi="IM Fell English"/>
          <w:color w:val="141414"/>
          <w:sz w:val="24"/>
        </w:rPr>
        <w:t>"I think I'm being summoned," Ken whispered.</w:t>
      </w:r>
    </w:p>
    <w:p>
      <w:r>
        <w:rPr>
          <w:rFonts w:ascii="IM Fell English" w:hAnsi="IM Fell English"/>
          <w:color w:val="141414"/>
          <w:sz w:val="24"/>
        </w:rPr>
        <w:t>"Good luck," Candy whispered.</w:t>
      </w:r>
    </w:p>
    <w:p>
      <w:r>
        <w:rPr>
          <w:rFonts w:ascii="IM Fell English" w:hAnsi="IM Fell English"/>
          <w:color w:val="141414"/>
          <w:sz w:val="24"/>
        </w:rPr>
        <w:t>"Yes, sir," Ken said.</w:t>
      </w:r>
    </w:p>
    <w:p>
      <w:r>
        <w:rPr>
          <w:rFonts w:ascii="IM Fell English" w:hAnsi="IM Fell English"/>
          <w:color w:val="141414"/>
          <w:sz w:val="24"/>
        </w:rPr>
        <w:t>"My office, now!" Malroy commanded.</w:t>
      </w:r>
    </w:p>
    <w:p>
      <w:r>
        <w:rPr>
          <w:rFonts w:ascii="IM Fell English" w:hAnsi="IM Fell English"/>
          <w:color w:val="141414"/>
          <w:sz w:val="24"/>
        </w:rPr>
        <w:t>Malroy slammed the office door. "What the hell do you think you're doing?"</w:t>
      </w:r>
    </w:p>
    <w:p>
      <w:r>
        <w:rPr>
          <w:rFonts w:ascii="IM Fell English" w:hAnsi="IM Fell English"/>
          <w:color w:val="141414"/>
          <w:sz w:val="24"/>
        </w:rPr>
        <w:t>"Doing?" Ken asked.</w:t>
      </w:r>
    </w:p>
    <w:p>
      <w:r>
        <w:rPr>
          <w:rFonts w:ascii="IM Fell English" w:hAnsi="IM Fell English"/>
          <w:color w:val="141414"/>
          <w:sz w:val="24"/>
        </w:rPr>
        <w:t>"Why the hell are you sniffing around the Thompsons' case?" Malroy demanded.</w:t>
      </w:r>
    </w:p>
    <w:p>
      <w:r>
        <w:rPr>
          <w:rFonts w:ascii="IM Fell English" w:hAnsi="IM Fell English"/>
          <w:color w:val="141414"/>
          <w:sz w:val="24"/>
        </w:rPr>
        <w:t>"Sniffing?" Ken repeated.</w:t>
      </w:r>
    </w:p>
    <w:p>
      <w:r>
        <w:rPr>
          <w:rFonts w:ascii="IM Fell English" w:hAnsi="IM Fell English"/>
          <w:color w:val="141414"/>
          <w:sz w:val="24"/>
        </w:rPr>
        <w:t>"Yes, my computer is set up to send me an email if anyone opens one of my files."</w:t>
      </w:r>
    </w:p>
    <w:p>
      <w:r>
        <w:rPr>
          <w:rFonts w:ascii="IM Fell English" w:hAnsi="IM Fell English"/>
          <w:color w:val="141414"/>
          <w:sz w:val="24"/>
        </w:rPr>
        <w:t>"I think I know what this is about," Ken said, "but if you look, I opened all of your files for the last two months."</w:t>
      </w:r>
    </w:p>
    <w:p>
      <w:r>
        <w:rPr>
          <w:rFonts w:ascii="IM Fell English" w:hAnsi="IM Fell English"/>
          <w:color w:val="141414"/>
          <w:sz w:val="24"/>
        </w:rPr>
        <w:t>"All my files?" Malroy asked, incredulous.</w:t>
      </w:r>
    </w:p>
    <w:p>
      <w:r>
        <w:rPr>
          <w:rFonts w:ascii="IM Fell English" w:hAnsi="IM Fell English"/>
          <w:color w:val="141414"/>
          <w:sz w:val="24"/>
        </w:rPr>
        <w:t>"It's a project I'm working on with the chief," Ken explained. "I'm developing a program that allows officers to record all information directly in the field."</w:t>
      </w:r>
    </w:p>
    <w:p>
      <w:r>
        <w:rPr>
          <w:rFonts w:ascii="IM Fell English" w:hAnsi="IM Fell English"/>
          <w:color w:val="141414"/>
          <w:sz w:val="24"/>
        </w:rPr>
        <w:t>Malroy sat down at his desk. "What for?" he asked.</w:t>
      </w:r>
    </w:p>
    <w:p>
      <w:r>
        <w:rPr>
          <w:rFonts w:ascii="IM Fell English" w:hAnsi="IM Fell English"/>
          <w:color w:val="141414"/>
          <w:sz w:val="24"/>
        </w:rPr>
        <w:t>"The idea is that an officer could open their smartphone and fill out forms directly at the crime scene or accident site," Ken explained.</w:t>
      </w:r>
    </w:p>
    <w:p>
      <w:r>
        <w:rPr>
          <w:rFonts w:ascii="IM Fell English" w:hAnsi="IM Fell English"/>
          <w:color w:val="141414"/>
          <w:sz w:val="24"/>
        </w:rPr>
        <w:t>"What is wrong with the way we do it now?" Malroy challenged.</w:t>
      </w:r>
    </w:p>
    <w:p>
      <w:r>
        <w:rPr>
          <w:rFonts w:ascii="IM Fell English" w:hAnsi="IM Fell English"/>
          <w:color w:val="141414"/>
          <w:sz w:val="24"/>
        </w:rPr>
        <w:t>"Currently, we fill out paperwork upon returning to the station, relying on memory and notes from the scene. With this new system, an officer can interview a subject, record the interview digitally, and attach it to a file for immediate cloud upload."</w:t>
      </w:r>
    </w:p>
    <w:p>
      <w:r>
        <w:rPr>
          <w:rFonts w:ascii="IM Fell English" w:hAnsi="IM Fell English"/>
          <w:color w:val="141414"/>
          <w:sz w:val="24"/>
        </w:rPr>
        <w:t>"Digital, I should have guessed."</w:t>
      </w:r>
    </w:p>
    <w:p>
      <w:r>
        <w:rPr>
          <w:rFonts w:ascii="IM Fell English" w:hAnsi="IM Fell English"/>
          <w:color w:val="141414"/>
          <w:sz w:val="24"/>
        </w:rPr>
        <w:t>Ken opened the door to the office, turning to leave. "If you have questions, take them up with the chief. This is her project. Now, may I finish my coffee?" he asked.</w:t>
      </w:r>
    </w:p>
    <w:p>
      <w:r>
        <w:rPr>
          <w:rFonts w:ascii="IM Fell English" w:hAnsi="IM Fell English"/>
          <w:color w:val="141414"/>
          <w:sz w:val="24"/>
        </w:rPr>
        <w:t>"Her project, I should have guessed."</w:t>
      </w:r>
    </w:p>
    <w:p>
      <w:r>
        <w:rPr>
          <w:rFonts w:ascii="IM Fell English" w:hAnsi="IM Fell English"/>
          <w:color w:val="141414"/>
          <w:sz w:val="24"/>
        </w:rPr>
        <w:t>Ken breathed a sigh of relief as he left the office. He hoped that satisfied Malroy. Malroy was unhappy because the council had overlooked him for the chief's position and brought in an outsider—a woman.</w:t>
      </w:r>
    </w:p>
    <w:p>
      <w:r>
        <w:rPr>
          <w:rFonts w:ascii="IM Fell English" w:hAnsi="IM Fell English"/>
          <w:color w:val="141414"/>
          <w:sz w:val="24"/>
        </w:rPr>
        <w:t>Ken drove his cruiser to Highway 872 and parked along the side of the road. This was a pleasant spot to watch for traffic coming in and out of the city. Malroy's defensiveness was evident. He wondered what else Malroy didn't want anyone to see in the file.</w:t>
      </w:r>
    </w:p>
    <w:p>
      <w:r>
        <w:rPr>
          <w:rFonts w:ascii="IM Fell English" w:hAnsi="IM Fell English"/>
          <w:color w:val="141414"/>
          <w:sz w:val="24"/>
        </w:rPr>
        <w:t>He opened his laptop, inserted the jump drive, and read the files individually.</w:t>
      </w:r>
    </w:p>
    <w:p>
      <w:r>
        <w:rPr>
          <w:rFonts w:ascii="IM Fell English" w:hAnsi="IM Fell English"/>
          <w:color w:val="141414"/>
          <w:sz w:val="24"/>
        </w:rPr>
        <w:t>He carefully scanned through Jamal Richard's file. Even though D.J. could provide Jamal with an alibi, Malroy had done nothing to find D.J.</w:t>
      </w:r>
    </w:p>
    <w:p>
      <w:r>
        <w:rPr>
          <w:rFonts w:ascii="IM Fell English" w:hAnsi="IM Fell English"/>
          <w:color w:val="141414"/>
          <w:sz w:val="24"/>
        </w:rPr>
        <w:t>He discovered Jamal's fingerprints were found only in the kitchen and study, not in the bedroom where the clothing and money had disappeared. This was a huge red flag Malroy should have detected. The next form on the screen was the hardest to explain. It indicated Malroy had charged him with breaking and entering. Yet, there were no signs of forced entry anywhere in the house; no doors or windows had been disturbed.</w:t>
      </w:r>
    </w:p>
    <w:p>
      <w:r>
        <w:rPr>
          <w:rFonts w:ascii="IM Fell English" w:hAnsi="IM Fell English"/>
          <w:color w:val="141414"/>
          <w:sz w:val="24"/>
        </w:rPr>
        <w:t>What is Malroy playing at? He's a good cop, knows the procedure, yet this case is a mess. No seasoned officer could've overlooked this much. What is his motive?</w:t>
      </w:r>
    </w:p>
    <w:p>
      <w:r>
        <w:rPr>
          <w:rFonts w:ascii="IM Fell English" w:hAnsi="IM Fell English"/>
          <w:color w:val="141414"/>
          <w:sz w:val="24"/>
        </w:rPr>
        <w:t xml:space="preserve">A jet-black Mustang sped by. Ken looked at the radar: 83 in a 55. He flipped on his lights. </w:t>
      </w:r>
      <w:r>
        <w:rPr>
          <w:rFonts w:ascii="IM Fell English" w:hAnsi="IM Fell English"/>
          <w:i/>
          <w:color w:val="141414"/>
          <w:sz w:val="24"/>
        </w:rPr>
        <w:t>Not on my watch.</w:t>
      </w:r>
      <w:r>
        <w:rPr>
          <w:rFonts w:ascii="IM Fell English" w:hAnsi="IM Fell English"/>
          <w:color w:val="141414"/>
          <w:sz w:val="24"/>
        </w:rPr>
        <w:t xml:space="preserve"> The speed limit is the law, and the law is for everyone. After the stop—a kid returning home from college—he keyed in Martha's phone number.</w:t>
      </w:r>
    </w:p>
    <w:p>
      <w:r>
        <w:rPr>
          <w:rFonts w:ascii="IM Fell English" w:hAnsi="IM Fell English"/>
          <w:color w:val="141414"/>
          <w:sz w:val="24"/>
        </w:rPr>
        <w:t>Two rings later, she picked up.</w:t>
      </w:r>
    </w:p>
    <w:p>
      <w:r>
        <w:rPr>
          <w:rFonts w:ascii="IM Fell English" w:hAnsi="IM Fell English"/>
          <w:color w:val="141414"/>
          <w:sz w:val="24"/>
        </w:rPr>
        <w:t>"Martha Thomas, how may I help you?"</w:t>
      </w:r>
    </w:p>
    <w:p>
      <w:r>
        <w:rPr>
          <w:rFonts w:ascii="IM Fell English" w:hAnsi="IM Fell English"/>
          <w:color w:val="141414"/>
          <w:sz w:val="24"/>
        </w:rPr>
        <w:t>"It's Ken. Can we meet this evening? I've found more anomalies in your father's case."</w:t>
      </w:r>
    </w:p>
    <w:p>
      <w:r>
        <w:rPr>
          <w:rFonts w:ascii="IM Fell English" w:hAnsi="IM Fell English"/>
          <w:color w:val="141414"/>
          <w:sz w:val="24"/>
        </w:rPr>
        <w:t>"What?"</w:t>
      </w:r>
    </w:p>
    <w:p>
      <w:r>
        <w:rPr>
          <w:rFonts w:ascii="IM Fell English" w:hAnsi="IM Fell English"/>
          <w:color w:val="141414"/>
          <w:sz w:val="24"/>
        </w:rPr>
        <w:t>"Can we talk about it this evening?" Ken asked."I'm at work,"Martha replied. "We can meet at the Dinner Bell if you like?"</w:t>
      </w:r>
    </w:p>
    <w:p>
      <w:r>
        <w:rPr>
          <w:rFonts w:ascii="IM Fell English" w:hAnsi="IM Fell English"/>
          <w:color w:val="141414"/>
          <w:sz w:val="24"/>
        </w:rPr>
        <w:t>"Six for dinner," Ken said.</w:t>
      </w:r>
    </w:p>
    <w:p>
      <w:r>
        <w:rPr>
          <w:rFonts w:ascii="IM Fell English" w:hAnsi="IM Fell English"/>
          <w:color w:val="141414"/>
          <w:sz w:val="24"/>
        </w:rPr>
        <w:t>Ken moved his car to the other end of town. The same Mustang came speeding back the other way.</w:t>
      </w:r>
    </w:p>
    <w:p>
      <w:r>
        <w:rPr>
          <w:rFonts w:ascii="IM Fell English" w:hAnsi="IM Fell English"/>
          <w:i/>
          <w:color w:val="141414"/>
          <w:sz w:val="24"/>
        </w:rPr>
        <w:t>Two tickets in one day? Can you say 'suspension'?</w:t>
      </w:r>
      <w:r>
        <w:rPr>
          <w:rFonts w:ascii="IM Fell English" w:hAnsi="IM Fell English"/>
          <w:color w:val="141414"/>
          <w:sz w:val="24"/>
        </w:rPr>
        <w:t xml:space="preserve"> The early dinner crowd was thinning as Martha came through the door.</w:t>
      </w:r>
    </w:p>
    <w:p>
      <w:r>
        <w:rPr>
          <w:rFonts w:ascii="IM Fell English" w:hAnsi="IM Fell English"/>
          <w:color w:val="141414"/>
          <w:sz w:val="24"/>
        </w:rPr>
        <w:t>Judy saw her. "Table for one?" she asked.</w:t>
      </w:r>
    </w:p>
    <w:p>
      <w:r>
        <w:rPr>
          <w:rFonts w:ascii="IM Fell English" w:hAnsi="IM Fell English"/>
          <w:color w:val="141414"/>
          <w:sz w:val="24"/>
        </w:rPr>
        <w:t>"No, there will be two. Ken will join me."</w:t>
      </w:r>
    </w:p>
    <w:p>
      <w:r>
        <w:rPr>
          <w:rFonts w:ascii="IM Fell English" w:hAnsi="IM Fell English"/>
          <w:color w:val="141414"/>
          <w:sz w:val="24"/>
        </w:rPr>
        <w:t>"I see," Judy said, beaming.</w:t>
      </w:r>
    </w:p>
    <w:p>
      <w:r>
        <w:rPr>
          <w:rFonts w:ascii="IM Fell English" w:hAnsi="IM Fell English"/>
          <w:color w:val="141414"/>
          <w:sz w:val="24"/>
        </w:rPr>
        <w:t>"No, nothing like that. We're just going to talk."</w:t>
      </w:r>
    </w:p>
    <w:p>
      <w:r>
        <w:rPr>
          <w:rFonts w:ascii="IM Fell English" w:hAnsi="IM Fell English"/>
          <w:color w:val="141414"/>
          <w:sz w:val="24"/>
        </w:rPr>
        <w:t>Judy, smiling, said, "That is how it started for me. And now look, I'm getting married."</w:t>
      </w:r>
    </w:p>
    <w:p>
      <w:r>
        <w:rPr>
          <w:rFonts w:ascii="IM Fell English" w:hAnsi="IM Fell English"/>
          <w:color w:val="141414"/>
          <w:sz w:val="24"/>
        </w:rPr>
        <w:t>"Coffee, if you don't mind," Martha said, trying to change the subject.</w:t>
      </w:r>
    </w:p>
    <w:p>
      <w:r>
        <w:rPr>
          <w:rFonts w:ascii="IM Fell English" w:hAnsi="IM Fell English"/>
          <w:color w:val="141414"/>
          <w:sz w:val="24"/>
        </w:rPr>
        <w:t>Judy turned toward the kitchen, softly singing, "Here comes the bride, here comes the bride..."</w:t>
      </w:r>
    </w:p>
    <w:p>
      <w:r>
        <w:rPr>
          <w:rFonts w:ascii="IM Fell English" w:hAnsi="IM Fell English"/>
          <w:i/>
          <w:color w:val="141414"/>
          <w:sz w:val="24"/>
        </w:rPr>
        <w:t>Not me, not again,</w:t>
      </w:r>
      <w:r>
        <w:rPr>
          <w:rFonts w:ascii="IM Fell English" w:hAnsi="IM Fell English"/>
          <w:color w:val="141414"/>
          <w:sz w:val="24"/>
        </w:rPr>
        <w:t xml:space="preserve"> Martha thought. Ken sat down at six on the dot.</w:t>
      </w:r>
    </w:p>
    <w:p>
      <w:r>
        <w:rPr>
          <w:rFonts w:ascii="IM Fell English" w:hAnsi="IM Fell English"/>
          <w:color w:val="141414"/>
          <w:sz w:val="24"/>
        </w:rPr>
        <w:t>"Have you ordered yet?" Ken asked. "I'm starving; I think I could eat a horse."Martha read the menu and looked up. "No, a horse isn't on the menu." They both laughed.</w:t>
      </w:r>
    </w:p>
    <w:p>
      <w:r>
        <w:rPr>
          <w:rFonts w:ascii="IM Fell English" w:hAnsi="IM Fell English"/>
          <w:color w:val="141414"/>
          <w:sz w:val="24"/>
        </w:rPr>
        <w:t>"Are your hands trembling, Ken?" Martha asked. "I thought I was the only one nervous."</w:t>
      </w:r>
    </w:p>
    <w:p>
      <w:r>
        <w:rPr>
          <w:rFonts w:ascii="IM Fell English" w:hAnsi="IM Fell English"/>
          <w:color w:val="141414"/>
          <w:sz w:val="24"/>
        </w:rPr>
        <w:t>Once Ken had devoured his steak and half of his baked potato, he asked, "How was your day?"</w:t>
      </w:r>
    </w:p>
    <w:p>
      <w:r>
        <w:rPr>
          <w:rFonts w:ascii="IM Fell English" w:hAnsi="IM Fell English"/>
          <w:color w:val="141414"/>
          <w:sz w:val="24"/>
        </w:rPr>
        <w:t>"Busy," Martha replied. "How about yours?"</w:t>
      </w:r>
    </w:p>
    <w:p>
      <w:r>
        <w:rPr>
          <w:rFonts w:ascii="IM Fell English" w:hAnsi="IM Fell English"/>
          <w:color w:val="141414"/>
          <w:sz w:val="24"/>
        </w:rPr>
        <w:t>He told her about the speed demon in the Mustang.</w:t>
      </w:r>
    </w:p>
    <w:p>
      <w:r>
        <w:rPr>
          <w:rFonts w:ascii="IM Fell English" w:hAnsi="IM Fell English"/>
          <w:color w:val="141414"/>
          <w:sz w:val="24"/>
        </w:rPr>
        <w:t>"Changing the subject," Ken said, "Malroy is aware I was in his files."</w:t>
      </w:r>
    </w:p>
    <w:p>
      <w:r>
        <w:rPr>
          <w:rFonts w:ascii="IM Fell English" w:hAnsi="IM Fell English"/>
          <w:color w:val="141414"/>
          <w:sz w:val="24"/>
        </w:rPr>
        <w:t>Martha took a sip of her coffee. "How did that go?"</w:t>
      </w:r>
    </w:p>
    <w:p>
      <w:r>
        <w:rPr>
          <w:rFonts w:ascii="IM Fell English" w:hAnsi="IM Fell English"/>
          <w:color w:val="141414"/>
          <w:sz w:val="24"/>
        </w:rPr>
        <w:t>"Not good. He was furious this morning. He accused me of spying on his case."</w:t>
      </w:r>
    </w:p>
    <w:p>
      <w:r>
        <w:rPr>
          <w:rFonts w:ascii="IM Fell English" w:hAnsi="IM Fell English"/>
          <w:color w:val="141414"/>
          <w:sz w:val="24"/>
        </w:rPr>
        <w:t>"What did you say?"</w:t>
      </w:r>
    </w:p>
    <w:p>
      <w:r>
        <w:rPr>
          <w:rFonts w:ascii="IM Fell English" w:hAnsi="IM Fell English"/>
          <w:color w:val="141414"/>
          <w:sz w:val="24"/>
        </w:rPr>
        <w:t>"I told him I copied the files for a project I'm working on with the Chief."</w:t>
      </w:r>
    </w:p>
    <w:p>
      <w:r>
        <w:rPr>
          <w:rFonts w:ascii="IM Fell English" w:hAnsi="IM Fell English"/>
          <w:color w:val="141414"/>
          <w:sz w:val="24"/>
        </w:rPr>
        <w:t>"Did he believe you?"</w:t>
      </w:r>
    </w:p>
    <w:p>
      <w:r>
        <w:rPr>
          <w:rFonts w:ascii="IM Fell English" w:hAnsi="IM Fell English"/>
          <w:color w:val="141414"/>
          <w:sz w:val="24"/>
        </w:rPr>
        <w:t>"I don't know, but it got him off my back for now."</w:t>
      </w:r>
    </w:p>
    <w:p>
      <w:r>
        <w:rPr>
          <w:rFonts w:ascii="IM Fell English" w:hAnsi="IM Fell English"/>
          <w:color w:val="141414"/>
          <w:sz w:val="24"/>
        </w:rPr>
        <w:t>"Hey, can I ask you a question, Martha?" Judy asked from behind her.</w:t>
      </w:r>
    </w:p>
    <w:p>
      <w:r>
        <w:rPr>
          <w:rFonts w:ascii="IM Fell English" w:hAnsi="IM Fell English"/>
          <w:color w:val="141414"/>
          <w:sz w:val="24"/>
        </w:rPr>
        <w:t>"Sure," Martha replied.</w:t>
      </w:r>
    </w:p>
    <w:p>
      <w:r>
        <w:rPr>
          <w:rFonts w:ascii="IM Fell English" w:hAnsi="IM Fell English"/>
          <w:color w:val="141414"/>
          <w:sz w:val="24"/>
        </w:rPr>
        <w:t>"We've been friends for a long time, right?"</w:t>
      </w:r>
    </w:p>
    <w:p>
      <w:r>
        <w:rPr>
          <w:rFonts w:ascii="IM Fell English" w:hAnsi="IM Fell English"/>
          <w:color w:val="141414"/>
          <w:sz w:val="24"/>
        </w:rPr>
        <w:t>"Since I moved to Brownsville," Martha said.</w:t>
      </w:r>
    </w:p>
    <w:p>
      <w:r>
        <w:rPr>
          <w:rFonts w:ascii="IM Fell English" w:hAnsi="IM Fell English"/>
          <w:color w:val="141414"/>
          <w:sz w:val="24"/>
        </w:rPr>
        <w:t>"Best buds in high school?" Judy pressed.</w:t>
      </w:r>
    </w:p>
    <w:p>
      <w:r>
        <w:rPr>
          <w:rFonts w:ascii="IM Fell English" w:hAnsi="IM Fell English"/>
          <w:color w:val="141414"/>
          <w:sz w:val="24"/>
        </w:rPr>
        <w:t>Martha was not sure where this line was going, but it couldn't be good.</w:t>
      </w:r>
    </w:p>
    <w:p>
      <w:r>
        <w:rPr>
          <w:rFonts w:ascii="IM Fell English" w:hAnsi="IM Fell English"/>
          <w:color w:val="141414"/>
          <w:sz w:val="24"/>
        </w:rPr>
        <w:t>"I was wondering if you would be one of my bridesmaids? I'll understand if you say no, but I would like you to consider it."</w:t>
      </w:r>
    </w:p>
    <w:p>
      <w:r>
        <w:rPr>
          <w:rFonts w:ascii="IM Fell English" w:hAnsi="IM Fell English"/>
          <w:color w:val="141414"/>
          <w:sz w:val="24"/>
        </w:rPr>
        <w:t>"It would be my honor," Martha said.</w:t>
      </w:r>
    </w:p>
    <w:p>
      <w:r>
        <w:rPr>
          <w:rFonts w:ascii="IM Fell English" w:hAnsi="IM Fell English"/>
          <w:color w:val="141414"/>
          <w:sz w:val="24"/>
        </w:rPr>
        <w:t>"Great, I'll give you the name of the dress shop for the bridesmaid dresses. Unlike some, I won't have an ugly dress. I've chosen a peach dress with hoop skirts. You will love it."</w:t>
      </w:r>
    </w:p>
    <w:p>
      <w:r>
        <w:rPr>
          <w:rFonts w:ascii="IM Fell English" w:hAnsi="IM Fell English"/>
          <w:color w:val="141414"/>
          <w:sz w:val="24"/>
        </w:rPr>
        <w:t>Martha smiled, the word "peach" bringing to mind a children's book title she'd recently seen: "Martha the Giant Peach."</w:t>
      </w:r>
    </w:p>
    <w:p>
      <w:r>
        <w:rPr>
          <w:rFonts w:ascii="IM Fell English" w:hAnsi="IM Fell English"/>
          <w:color w:val="141414"/>
          <w:sz w:val="24"/>
        </w:rPr>
        <w:t>After Judy left the table, Ken continued, "I made two major discoveries today. First, Jamal's fingerprints were found only in the study and kitchen, not throughout the entire house."</w:t>
      </w:r>
    </w:p>
    <w:p>
      <w:pPr>
        <w:pStyle w:val="Heading1"/>
        <w:jc w:val="center"/>
      </w:pPr>
      <w:r>
        <w:rPr>
          <w:rFonts w:ascii="IM Fell English" w:hAnsi="IM Fell English"/>
          <w:color w:val="0D0D0D"/>
        </w:rPr>
        <w:t>Chapter 17</w:t>
      </w:r>
    </w:p>
    <w:p>
      <w:r>
        <w:rPr>
          <w:rFonts w:ascii="IM Fell English" w:hAnsi="IM Fell English"/>
          <w:color w:val="141414"/>
          <w:sz w:val="24"/>
        </w:rPr>
        <w:t>"There was no sign of breaking and entering at your home," Ken stated.</w:t>
      </w:r>
    </w:p>
    <w:p>
      <w:r>
        <w:rPr>
          <w:rFonts w:ascii="IM Fell English" w:hAnsi="IM Fell English"/>
          <w:color w:val="141414"/>
          <w:sz w:val="24"/>
        </w:rPr>
        <w:t>"Could Malroy have missed those?" she asked.</w:t>
      </w:r>
    </w:p>
    <w:p>
      <w:r>
        <w:rPr>
          <w:rFonts w:ascii="IM Fell English" w:hAnsi="IM Fell English"/>
          <w:color w:val="141414"/>
          <w:sz w:val="24"/>
        </w:rPr>
        <w:t>"Not Malroy. Even a rookie would have caught it."</w:t>
      </w:r>
    </w:p>
    <w:p>
      <w:r>
        <w:rPr>
          <w:rFonts w:ascii="IM Fell English" w:hAnsi="IM Fell English"/>
          <w:color w:val="141414"/>
          <w:sz w:val="24"/>
        </w:rPr>
        <w:t>"And that means?" she said.</w:t>
      </w:r>
    </w:p>
    <w:p>
      <w:r>
        <w:rPr>
          <w:rFonts w:ascii="IM Fell English" w:hAnsi="IM Fell English"/>
          <w:color w:val="141414"/>
          <w:sz w:val="24"/>
        </w:rPr>
        <w:t>"Jamal didn't break in and steal the money and clothes. He couldn't have, or his prints would have been in the bedroom."</w:t>
      </w:r>
    </w:p>
    <w:p>
      <w:r>
        <w:rPr>
          <w:rFonts w:ascii="IM Fell English" w:hAnsi="IM Fell English"/>
          <w:color w:val="141414"/>
          <w:sz w:val="24"/>
        </w:rPr>
        <w:t>"I see."</w:t>
      </w:r>
    </w:p>
    <w:p>
      <w:r>
        <w:rPr>
          <w:rFonts w:ascii="IM Fell English" w:hAnsi="IM Fell English"/>
          <w:color w:val="141414"/>
          <w:sz w:val="24"/>
        </w:rPr>
        <w:t>"Because there was no break-in, it implies your father knew his killer. He opened the door to his murderer."</w:t>
      </w:r>
    </w:p>
    <w:p>
      <w:r>
        <w:rPr>
          <w:rFonts w:ascii="IM Fell English" w:hAnsi="IM Fell English"/>
          <w:color w:val="141414"/>
          <w:sz w:val="24"/>
        </w:rPr>
        <w:t>"That changes things," she said.</w:t>
      </w:r>
    </w:p>
    <w:p>
      <w:r>
        <w:rPr>
          <w:rFonts w:ascii="IM Fell English" w:hAnsi="IM Fell English"/>
          <w:color w:val="141414"/>
          <w:sz w:val="24"/>
        </w:rPr>
        <w:t>"Now, other suspects include Brother Martin and Sister Lewis," Ken continued. "He knew both of them. Who else could've done it?"</w:t>
      </w:r>
    </w:p>
    <w:p>
      <w:r>
        <w:rPr>
          <w:rFonts w:ascii="IM Fell English" w:hAnsi="IM Fell English"/>
          <w:color w:val="141414"/>
          <w:sz w:val="24"/>
        </w:rPr>
        <w:t>"I think it is time to get everyone back together. We need to chart our course."</w:t>
      </w:r>
    </w:p>
    <w:p>
      <w:r>
        <w:rPr>
          <w:rFonts w:ascii="IM Fell English" w:hAnsi="IM Fell English"/>
          <w:color w:val="141414"/>
          <w:sz w:val="24"/>
        </w:rPr>
        <w:t>"Everyone?"</w:t>
      </w:r>
    </w:p>
    <w:p>
      <w:r>
        <w:rPr>
          <w:rFonts w:ascii="IM Fell English" w:hAnsi="IM Fell English"/>
          <w:color w:val="141414"/>
          <w:sz w:val="24"/>
        </w:rPr>
        <w:t>"Yes, everyone, including Billy," Ken confirmed.</w:t>
      </w:r>
    </w:p>
    <w:p>
      <w:r>
        <w:rPr>
          <w:rFonts w:ascii="IM Fell English" w:hAnsi="IM Fell English"/>
          <w:color w:val="141414"/>
          <w:sz w:val="24"/>
        </w:rPr>
        <w:t>"If you say so."</w:t>
      </w:r>
    </w:p>
    <w:p>
      <w:r>
        <w:rPr>
          <w:rFonts w:ascii="IM Fell English" w:hAnsi="IM Fell English"/>
          <w:color w:val="141414"/>
          <w:sz w:val="24"/>
        </w:rPr>
        <w:t>Later that evening, after dessert, Judy brought them the bill. As she placed a handwritten note in front of Martha, she said, "Here's the number and address of the dress designer. She'll wait for your call."</w:t>
      </w:r>
    </w:p>
    <w:p>
      <w:r>
        <w:rPr>
          <w:rFonts w:ascii="IM Fell English" w:hAnsi="IM Fell English"/>
          <w:color w:val="141414"/>
          <w:sz w:val="24"/>
        </w:rPr>
        <w:t>Martha had forgotten about the wedding and the dress.</w:t>
      </w:r>
    </w:p>
    <w:p>
      <w:r>
        <w:rPr>
          <w:rFonts w:ascii="IM Fell English" w:hAnsi="IM Fell English"/>
          <w:color w:val="141414"/>
          <w:sz w:val="24"/>
        </w:rPr>
        <w:t>The group gathered again at The Dinner Bell. Martha, Mary, Billy, and Ken sat around a circular booth at the back of the restaurant.</w:t>
      </w:r>
    </w:p>
    <w:p>
      <w:r>
        <w:rPr>
          <w:rFonts w:ascii="IM Fell English" w:hAnsi="IM Fell English"/>
          <w:color w:val="141414"/>
          <w:sz w:val="24"/>
        </w:rPr>
        <w:t>"What'll you all have?" Judy asked.</w:t>
      </w:r>
    </w:p>
    <w:p>
      <w:r>
        <w:rPr>
          <w:rFonts w:ascii="IM Fell English" w:hAnsi="IM Fell English"/>
          <w:color w:val="141414"/>
          <w:sz w:val="24"/>
        </w:rPr>
        <w:t>After Judy returned to the kitchen, Martha said, "I think it would help to hear what Ken has discovered. Ken?"</w:t>
      </w:r>
    </w:p>
    <w:p>
      <w:r>
        <w:rPr>
          <w:rFonts w:ascii="IM Fell English" w:hAnsi="IM Fell English"/>
          <w:color w:val="141414"/>
          <w:sz w:val="24"/>
        </w:rPr>
        <w:t>Ken explained the three problems with the investigation: the lack of follow-up on D.J., the absence of fingerprints in the bedroom, and the fact that there had been no break-in.</w:t>
      </w:r>
    </w:p>
    <w:p>
      <w:r>
        <w:rPr>
          <w:rFonts w:ascii="IM Fell English" w:hAnsi="IM Fell English"/>
          <w:color w:val="141414"/>
          <w:sz w:val="24"/>
        </w:rPr>
        <w:t>"That means Rev. Thomas let his killer in," Billy said slowly.</w:t>
      </w:r>
    </w:p>
    <w:p>
      <w:r>
        <w:rPr>
          <w:rFonts w:ascii="IM Fell English" w:hAnsi="IM Fell English"/>
          <w:color w:val="141414"/>
          <w:sz w:val="24"/>
        </w:rPr>
        <w:t>"He had to trust him or her," Ken said.</w:t>
      </w:r>
    </w:p>
    <w:p>
      <w:r>
        <w:rPr>
          <w:rFonts w:ascii="IM Fell English" w:hAnsi="IM Fell English"/>
          <w:color w:val="141414"/>
          <w:sz w:val="24"/>
        </w:rPr>
        <w:t>"You can see how this information changes things," Martha said.</w:t>
      </w:r>
    </w:p>
    <w:p>
      <w:r>
        <w:rPr>
          <w:rFonts w:ascii="IM Fell English" w:hAnsi="IM Fell English"/>
          <w:color w:val="141414"/>
          <w:sz w:val="24"/>
        </w:rPr>
        <w:t>"What changes things?" Judy asked as she handed out the drinks.</w:t>
      </w:r>
    </w:p>
    <w:p>
      <w:r>
        <w:rPr>
          <w:rFonts w:ascii="IM Fell English" w:hAnsi="IM Fell English"/>
          <w:color w:val="141414"/>
          <w:sz w:val="24"/>
        </w:rPr>
        <w:t>Martha hadn't noticed her return.</w:t>
      </w:r>
    </w:p>
    <w:p>
      <w:r>
        <w:rPr>
          <w:rFonts w:ascii="IM Fell English" w:hAnsi="IM Fell English"/>
          <w:color w:val="141414"/>
          <w:sz w:val="24"/>
        </w:rPr>
        <w:t>"We were just talking—"</w:t>
      </w:r>
    </w:p>
    <w:p>
      <w:r>
        <w:rPr>
          <w:rFonts w:ascii="IM Fell English" w:hAnsi="IM Fell English"/>
          <w:color w:val="141414"/>
          <w:sz w:val="24"/>
        </w:rPr>
        <w:t>"About Dad's killer," Mary said.</w:t>
      </w:r>
    </w:p>
    <w:p>
      <w:r>
        <w:rPr>
          <w:rFonts w:ascii="IM Fell English" w:hAnsi="IM Fell English"/>
          <w:color w:val="141414"/>
          <w:sz w:val="24"/>
        </w:rPr>
        <w:t>"How exciting. Can I join in?" Judy asked.</w:t>
      </w:r>
    </w:p>
    <w:p>
      <w:r>
        <w:rPr>
          <w:rFonts w:ascii="IM Fell English" w:hAnsi="IM Fell English"/>
          <w:color w:val="141414"/>
          <w:sz w:val="24"/>
        </w:rPr>
        <w:t>Everyone looked at Martha.</w:t>
      </w:r>
    </w:p>
    <w:p>
      <w:r>
        <w:rPr>
          <w:rFonts w:ascii="IM Fell English" w:hAnsi="IM Fell English"/>
          <w:color w:val="141414"/>
          <w:sz w:val="24"/>
        </w:rPr>
        <w:t>"I guess if you promise not to discuss what we're doing with anyone," Martha said.</w:t>
      </w:r>
    </w:p>
    <w:p>
      <w:r>
        <w:rPr>
          <w:rFonts w:ascii="IM Fell English" w:hAnsi="IM Fell English"/>
          <w:color w:val="141414"/>
          <w:sz w:val="24"/>
        </w:rPr>
        <w:t>"Sure," Judy said.</w:t>
      </w:r>
    </w:p>
    <w:p>
      <w:r>
        <w:rPr>
          <w:rFonts w:ascii="IM Fell English" w:hAnsi="IM Fell English"/>
          <w:color w:val="141414"/>
          <w:sz w:val="24"/>
        </w:rPr>
        <w:t>Martha opened her mouth to say something but stopped herself. Could she trust Judy? The rest of the group didn't seem to share her concern.</w:t>
      </w:r>
    </w:p>
    <w:p>
      <w:r>
        <w:rPr>
          <w:rFonts w:ascii="IM Fell English" w:hAnsi="IM Fell English"/>
          <w:color w:val="141414"/>
          <w:sz w:val="24"/>
        </w:rPr>
        <w:t>Would Judy keep her mouth shut? She'd need to wait and see.</w:t>
      </w:r>
    </w:p>
    <w:p>
      <w:r>
        <w:rPr>
          <w:rFonts w:ascii="IM Fell English" w:hAnsi="IM Fell English"/>
          <w:color w:val="141414"/>
          <w:sz w:val="24"/>
        </w:rPr>
        <w:t>"I just need to clock out. I'll be right back," Judy said. "Now, don't talk about anything important until I get back." The group waited, resuming their conversation after Judy returned.</w:t>
      </w:r>
    </w:p>
    <w:p>
      <w:r>
        <w:rPr>
          <w:rFonts w:ascii="IM Fell English" w:hAnsi="IM Fell English"/>
          <w:color w:val="141414"/>
          <w:sz w:val="24"/>
        </w:rPr>
        <w:t>Mary brought Judy up to date on the facts.</w:t>
      </w:r>
    </w:p>
    <w:p>
      <w:r>
        <w:rPr>
          <w:rFonts w:ascii="IM Fell English" w:hAnsi="IM Fell English"/>
          <w:color w:val="141414"/>
          <w:sz w:val="24"/>
        </w:rPr>
        <w:t>"We need a plan," Martha said.</w:t>
      </w:r>
    </w:p>
    <w:p>
      <w:r>
        <w:rPr>
          <w:rFonts w:ascii="IM Fell English" w:hAnsi="IM Fell English"/>
          <w:color w:val="141414"/>
          <w:sz w:val="24"/>
        </w:rPr>
        <w:t>"What kind of plan?" Judy asked.</w:t>
      </w:r>
    </w:p>
    <w:p>
      <w:r>
        <w:rPr>
          <w:rFonts w:ascii="IM Fell English" w:hAnsi="IM Fell English"/>
          <w:color w:val="141414"/>
          <w:sz w:val="24"/>
        </w:rPr>
        <w:t>"First, we need to help Jamal by finding D.J.," Ken said.</w:t>
      </w:r>
    </w:p>
    <w:p>
      <w:r>
        <w:rPr>
          <w:rFonts w:ascii="IM Fell English" w:hAnsi="IM Fell English"/>
          <w:color w:val="141414"/>
          <w:sz w:val="24"/>
        </w:rPr>
        <w:t>"Then we should find out about Sister Lewis and Brother Martin," Billy suggested.</w:t>
      </w:r>
    </w:p>
    <w:p>
      <w:r>
        <w:rPr>
          <w:rFonts w:ascii="IM Fell English" w:hAnsi="IM Fell English"/>
          <w:color w:val="141414"/>
          <w:sz w:val="24"/>
        </w:rPr>
        <w:t>"We can't ask Jamal if Malroy will find out. Who else can help us find him?" Mary asked.</w:t>
      </w:r>
    </w:p>
    <w:p>
      <w:r>
        <w:rPr>
          <w:rFonts w:ascii="IM Fell English" w:hAnsi="IM Fell English"/>
          <w:color w:val="141414"/>
          <w:sz w:val="24"/>
        </w:rPr>
        <w:t>"We could talk to Sarah. She might have a line on him," Martha said.</w:t>
      </w:r>
    </w:p>
    <w:p>
      <w:r>
        <w:rPr>
          <w:rFonts w:ascii="IM Fell English" w:hAnsi="IM Fell English"/>
          <w:color w:val="141414"/>
          <w:sz w:val="24"/>
        </w:rPr>
        <w:t>"Who's free to go with me to Columbus tomorrow?" Martha asked.</w:t>
      </w:r>
    </w:p>
    <w:p>
      <w:r>
        <w:rPr>
          <w:rFonts w:ascii="IM Fell English" w:hAnsi="IM Fell English"/>
          <w:color w:val="141414"/>
          <w:sz w:val="24"/>
        </w:rPr>
        <w:t>"Not me. I have a lunch meeting with my editor," Billy said.</w:t>
      </w:r>
    </w:p>
    <w:p>
      <w:r>
        <w:rPr>
          <w:rFonts w:ascii="IM Fell English" w:hAnsi="IM Fell English"/>
          <w:color w:val="141414"/>
          <w:sz w:val="24"/>
        </w:rPr>
        <w:t>"Me neither. I'm working," Mary said.</w:t>
      </w:r>
    </w:p>
    <w:p>
      <w:r>
        <w:rPr>
          <w:rFonts w:ascii="IM Fell English" w:hAnsi="IM Fell English"/>
          <w:color w:val="141414"/>
          <w:sz w:val="24"/>
        </w:rPr>
        <w:t>Ken coughed. "I'm free. I have sick days on the books, and I feel a cold coming on."</w:t>
      </w:r>
    </w:p>
    <w:p>
      <w:r>
        <w:rPr>
          <w:rFonts w:ascii="IM Fell English" w:hAnsi="IM Fell English"/>
          <w:color w:val="141414"/>
          <w:sz w:val="24"/>
        </w:rPr>
        <w:t xml:space="preserve">Everyone but Billy laughed. He turned away from Ken, then glared at him over his shoulder. </w:t>
      </w:r>
      <w:r>
        <w:rPr>
          <w:rFonts w:ascii="IM Fell English" w:hAnsi="IM Fell English"/>
          <w:i/>
          <w:color w:val="141414"/>
          <w:sz w:val="24"/>
        </w:rPr>
        <w:t>So childish.</w:t>
      </w:r>
    </w:p>
    <w:p>
      <w:r>
        <w:rPr>
          <w:rFonts w:ascii="IM Fell English" w:hAnsi="IM Fell English"/>
          <w:i/>
          <w:color w:val="141414"/>
          <w:sz w:val="24"/>
        </w:rPr>
        <w:t>Great. I was hoping to spend some time alone with Ken. The trip to Columbus will give us time to talk. I wonder how he really feels about Malroy.</w:t>
      </w:r>
    </w:p>
    <w:p>
      <w:r>
        <w:rPr>
          <w:rFonts w:ascii="IM Fell English" w:hAnsi="IM Fell English"/>
          <w:color w:val="141414"/>
          <w:sz w:val="24"/>
        </w:rPr>
        <w:t>"Ken and I will check on D.J.," Martha said. "Who can interview Brother Martin?"</w:t>
      </w:r>
    </w:p>
    <w:p>
      <w:r>
        <w:rPr>
          <w:rFonts w:ascii="IM Fell English" w:hAnsi="IM Fell English"/>
          <w:color w:val="141414"/>
          <w:sz w:val="24"/>
        </w:rPr>
        <w:t>"Me, me, let me!" Judy said.</w:t>
      </w:r>
    </w:p>
    <w:p>
      <w:r>
        <w:rPr>
          <w:rFonts w:ascii="IM Fell English" w:hAnsi="IM Fell English"/>
          <w:color w:val="141414"/>
          <w:sz w:val="24"/>
        </w:rPr>
        <w:t>"Billy, can you go with Judy after your meeting with your editor?" Martha asked.</w:t>
      </w:r>
    </w:p>
    <w:p>
      <w:r>
        <w:rPr>
          <w:rFonts w:ascii="IM Fell English" w:hAnsi="IM Fell English"/>
          <w:color w:val="141414"/>
          <w:sz w:val="24"/>
        </w:rPr>
        <w:t>"Yes," Billy said.</w:t>
      </w:r>
    </w:p>
    <w:p>
      <w:r>
        <w:rPr>
          <w:rFonts w:ascii="IM Fell English" w:hAnsi="IM Fell English"/>
          <w:color w:val="141414"/>
          <w:sz w:val="24"/>
        </w:rPr>
        <w:t>"I can check on Sister Lewis after work," Mary said.</w:t>
      </w:r>
    </w:p>
    <w:p>
      <w:r>
        <w:rPr>
          <w:rFonts w:ascii="IM Fell English" w:hAnsi="IM Fell English"/>
          <w:color w:val="141414"/>
          <w:sz w:val="24"/>
        </w:rPr>
        <w:t>"If it's later in the afternoon, I could go with you," Billy said.</w:t>
      </w:r>
    </w:p>
    <w:p>
      <w:r>
        <w:rPr>
          <w:rFonts w:ascii="IM Fell English" w:hAnsi="IM Fell English"/>
          <w:color w:val="141414"/>
          <w:sz w:val="24"/>
        </w:rPr>
        <w:t>"Let's agree to meet back here tomorrow night and report to the group," Martha said.</w:t>
      </w:r>
    </w:p>
    <w:p>
      <w:r>
        <w:rPr>
          <w:rFonts w:ascii="IM Fell English" w:hAnsi="IM Fell English"/>
          <w:color w:val="141414"/>
          <w:sz w:val="24"/>
        </w:rPr>
        <w:t>"Oh, do we have a name for our group?" Judy asked.</w:t>
      </w:r>
    </w:p>
    <w:p>
      <w:r>
        <w:rPr>
          <w:rFonts w:ascii="IM Fell English" w:hAnsi="IM Fell English"/>
          <w:color w:val="141414"/>
          <w:sz w:val="24"/>
        </w:rPr>
        <w:t>"We're just searching for the truth," Martha said.</w:t>
      </w:r>
    </w:p>
    <w:p>
      <w:r>
        <w:rPr>
          <w:rFonts w:ascii="IM Fell English" w:hAnsi="IM Fell English"/>
          <w:color w:val="141414"/>
          <w:sz w:val="24"/>
        </w:rPr>
        <w:t>"How about 'The Truth Seekers'?" Billy suggested.</w:t>
      </w:r>
    </w:p>
    <w:p>
      <w:r>
        <w:rPr>
          <w:rFonts w:ascii="IM Fell English" w:hAnsi="IM Fell English"/>
          <w:color w:val="141414"/>
          <w:sz w:val="24"/>
        </w:rPr>
        <w:t>Everyone nodded in agreement, except Ken.</w:t>
      </w:r>
    </w:p>
    <w:p>
      <w:r>
        <w:rPr>
          <w:rFonts w:ascii="IM Fell English" w:hAnsi="IM Fell English"/>
          <w:color w:val="141414"/>
          <w:sz w:val="24"/>
        </w:rPr>
        <w:t>"So, we agree: 'The Truth Seekers' will meet back here tomorrow at six, ready to report," Martha said, closing the meeting.</w:t>
      </w:r>
    </w:p>
    <w:p>
      <w:r>
        <w:rPr>
          <w:rFonts w:ascii="IM Fell English" w:hAnsi="IM Fell English"/>
          <w:color w:val="141414"/>
          <w:sz w:val="24"/>
        </w:rPr>
        <w:t>Martha returned to the motel and took Scruff for a walk.</w:t>
      </w:r>
    </w:p>
    <w:p>
      <w:r>
        <w:rPr>
          <w:rFonts w:ascii="IM Fell English" w:hAnsi="IM Fell English"/>
          <w:color w:val="141414"/>
          <w:sz w:val="24"/>
        </w:rPr>
        <w:t>"Ken and I are going to spend tomorrow together. Great, huh?" she said to the dog as he sniffed for a spot. "Hurry, I want to make sure I get plenty of sleep tonight so I can be in top form."</w:t>
      </w:r>
    </w:p>
    <w:p>
      <w:pPr>
        <w:pStyle w:val="Heading1"/>
        <w:jc w:val="center"/>
      </w:pPr>
      <w:r>
        <w:rPr>
          <w:rFonts w:ascii="IM Fell English" w:hAnsi="IM Fell English"/>
          <w:color w:val="0D0D0D"/>
        </w:rPr>
        <w:t>Chapter 18</w:t>
      </w:r>
    </w:p>
    <w:p>
      <w:r>
        <w:rPr>
          <w:rFonts w:ascii="IM Fell English" w:hAnsi="IM Fell English"/>
          <w:color w:val="141414"/>
          <w:sz w:val="24"/>
        </w:rPr>
        <w:t>"Can we take the Camaro?" Ken asked as he stepped from his Chevy.</w:t>
      </w:r>
    </w:p>
    <w:p>
      <w:r>
        <w:rPr>
          <w:rFonts w:ascii="IM Fell English" w:hAnsi="IM Fell English"/>
          <w:color w:val="141414"/>
          <w:sz w:val="24"/>
        </w:rPr>
        <w:t>Throwing him the keys, Martha said, "So, you want to drive?"</w:t>
      </w:r>
    </w:p>
    <w:p>
      <w:r>
        <w:rPr>
          <w:rFonts w:ascii="IM Fell English" w:hAnsi="IM Fell English"/>
          <w:color w:val="141414"/>
          <w:sz w:val="24"/>
        </w:rPr>
        <w:t>"I've always wanted to drive one of these."</w:t>
      </w:r>
    </w:p>
    <w:p>
      <w:r>
        <w:rPr>
          <w:rFonts w:ascii="IM Fell English" w:hAnsi="IM Fell English"/>
          <w:color w:val="141414"/>
          <w:sz w:val="24"/>
        </w:rPr>
        <w:t>"It handles like a dream."</w:t>
      </w:r>
    </w:p>
    <w:p>
      <w:r>
        <w:rPr>
          <w:rFonts w:ascii="IM Fell English" w:hAnsi="IM Fell English"/>
          <w:color w:val="141414"/>
          <w:sz w:val="24"/>
        </w:rPr>
        <w:t>"This is your second one, right?"</w:t>
      </w:r>
    </w:p>
    <w:p>
      <w:r>
        <w:rPr>
          <w:rFonts w:ascii="IM Fell English" w:hAnsi="IM Fell English"/>
          <w:color w:val="141414"/>
          <w:sz w:val="24"/>
        </w:rPr>
        <w:t>"They totaled the first one. Thank goodness for insurance."</w:t>
      </w:r>
    </w:p>
    <w:p>
      <w:r>
        <w:rPr>
          <w:rFonts w:ascii="IM Fell English" w:hAnsi="IM Fell English"/>
          <w:color w:val="141414"/>
          <w:sz w:val="24"/>
        </w:rPr>
        <w:t>Ken wheeled onto the highway and took it up to 80 mph. "Sweet! This car holds the road and takes curves like a dream," he said.</w:t>
      </w:r>
    </w:p>
    <w:p>
      <w:r>
        <w:rPr>
          <w:rFonts w:ascii="IM Fell English" w:hAnsi="IM Fell English"/>
          <w:color w:val="141414"/>
          <w:sz w:val="24"/>
        </w:rPr>
        <w:t>Martha smiled. "I think you might be in love."</w:t>
      </w:r>
    </w:p>
    <w:p>
      <w:r>
        <w:rPr>
          <w:rFonts w:ascii="IM Fell English" w:hAnsi="IM Fell English"/>
          <w:color w:val="141414"/>
          <w:sz w:val="24"/>
        </w:rPr>
        <w:t>"You might be right," he said, passing a semi.</w:t>
      </w:r>
    </w:p>
    <w:p>
      <w:r>
        <w:rPr>
          <w:rFonts w:ascii="IM Fell English" w:hAnsi="IM Fell English"/>
          <w:color w:val="141414"/>
          <w:sz w:val="24"/>
        </w:rPr>
        <w:t>"There's the sign for Bloomberg. Time to slow her down," Ken said.</w:t>
      </w:r>
    </w:p>
    <w:p>
      <w:r>
        <w:rPr>
          <w:rFonts w:ascii="IM Fell English" w:hAnsi="IM Fell English"/>
          <w:color w:val="141414"/>
          <w:sz w:val="24"/>
        </w:rPr>
        <w:t>"Bloomberg?"</w:t>
      </w:r>
    </w:p>
    <w:p>
      <w:r>
        <w:rPr>
          <w:rFonts w:ascii="IM Fell English" w:hAnsi="IM Fell English"/>
          <w:color w:val="141414"/>
          <w:sz w:val="24"/>
        </w:rPr>
        <w:t>"Yes, they issue more speeding citations in this little berg in a month than our town does in a year. It's their primary source of income."</w:t>
      </w:r>
    </w:p>
    <w:p>
      <w:r>
        <w:rPr>
          <w:rFonts w:ascii="IM Fell English" w:hAnsi="IM Fell English"/>
          <w:color w:val="141414"/>
          <w:sz w:val="24"/>
        </w:rPr>
        <w:t>Just inside the village limits, a police car sat hidden behind a billboard.</w:t>
      </w:r>
    </w:p>
    <w:p>
      <w:r>
        <w:rPr>
          <w:rFonts w:ascii="IM Fell English" w:hAnsi="IM Fell English"/>
          <w:color w:val="141414"/>
          <w:sz w:val="24"/>
        </w:rPr>
        <w:t>"Can I ask you something?" Ken asked.</w:t>
      </w:r>
    </w:p>
    <w:p>
      <w:r>
        <w:rPr>
          <w:rFonts w:ascii="IM Fell English" w:hAnsi="IM Fell English"/>
          <w:color w:val="141414"/>
          <w:sz w:val="24"/>
        </w:rPr>
        <w:t>"Okay."</w:t>
      </w:r>
    </w:p>
    <w:p>
      <w:r>
        <w:rPr>
          <w:rFonts w:ascii="IM Fell English" w:hAnsi="IM Fell English"/>
          <w:color w:val="141414"/>
          <w:sz w:val="24"/>
        </w:rPr>
        <w:t>"You know I like you, right?"</w:t>
      </w:r>
    </w:p>
    <w:p>
      <w:r>
        <w:rPr>
          <w:rFonts w:ascii="IM Fell English" w:hAnsi="IM Fell English"/>
          <w:color w:val="141414"/>
          <w:sz w:val="24"/>
        </w:rPr>
        <w:t>"I like you too."</w:t>
      </w:r>
    </w:p>
    <w:p>
      <w:r>
        <w:rPr>
          <w:rFonts w:ascii="IM Fell English" w:hAnsi="IM Fell English"/>
          <w:color w:val="141414"/>
          <w:sz w:val="24"/>
        </w:rPr>
        <w:t xml:space="preserve">"I don't mean 'like.' I mean, I </w:t>
      </w:r>
      <w:r>
        <w:rPr>
          <w:rFonts w:ascii="IM Fell English" w:hAnsi="IM Fell English"/>
          <w:i/>
          <w:color w:val="141414"/>
          <w:sz w:val="24"/>
        </w:rPr>
        <w:t>like</w:t>
      </w:r>
      <w:r>
        <w:rPr>
          <w:rFonts w:ascii="IM Fell English" w:hAnsi="IM Fell English"/>
          <w:color w:val="141414"/>
          <w:sz w:val="24"/>
        </w:rPr>
        <w:t xml:space="preserve"> you. I think I'm blowing this. Well, I've gone this far. Do you really like me?"</w:t>
      </w:r>
    </w:p>
    <w:p>
      <w:r>
        <w:rPr>
          <w:rFonts w:ascii="IM Fell English" w:hAnsi="IM Fell English"/>
          <w:color w:val="141414"/>
          <w:sz w:val="24"/>
        </w:rPr>
        <w:t>"Ken, you're a great friend, and maybe, after we find out what happened to my father, you'll become more than a friend. But for now, we need to focus on what we're doing here in Columbus. I'll tell you when I'm ready to be more than friends. Is that okay?"</w:t>
      </w:r>
    </w:p>
    <w:p>
      <w:r>
        <w:rPr>
          <w:rFonts w:ascii="IM Fell English" w:hAnsi="IM Fell English"/>
          <w:color w:val="141414"/>
          <w:sz w:val="24"/>
        </w:rPr>
        <w:t>"So, I have a chance?"</w:t>
      </w:r>
    </w:p>
    <w:p>
      <w:r>
        <w:rPr>
          <w:rFonts w:ascii="IM Fell English" w:hAnsi="IM Fell English"/>
          <w:color w:val="141414"/>
          <w:sz w:val="24"/>
        </w:rPr>
        <w:t>"You have more than a chance."</w:t>
      </w:r>
    </w:p>
    <w:p>
      <w:r>
        <w:rPr>
          <w:rFonts w:ascii="IM Fell English" w:hAnsi="IM Fell English"/>
          <w:i/>
          <w:color w:val="141414"/>
          <w:sz w:val="24"/>
        </w:rPr>
        <w:t>This is awkward. I need to change the subject,</w:t>
      </w:r>
      <w:r>
        <w:rPr>
          <w:rFonts w:ascii="IM Fell English" w:hAnsi="IM Fell English"/>
          <w:color w:val="141414"/>
          <w:sz w:val="24"/>
        </w:rPr>
        <w:t xml:space="preserve"> Martha thought.</w:t>
      </w:r>
    </w:p>
    <w:p>
      <w:r>
        <w:rPr>
          <w:rFonts w:ascii="IM Fell English" w:hAnsi="IM Fell English"/>
          <w:color w:val="141414"/>
          <w:sz w:val="24"/>
        </w:rPr>
        <w:t>"Have you decided what you're going to do about Malroy?"</w:t>
      </w:r>
    </w:p>
    <w:p>
      <w:r>
        <w:rPr>
          <w:rFonts w:ascii="IM Fell English" w:hAnsi="IM Fell English"/>
          <w:color w:val="141414"/>
          <w:sz w:val="24"/>
        </w:rPr>
        <w:t>"I was hoping to get some advice from you."</w:t>
      </w:r>
    </w:p>
    <w:p>
      <w:r>
        <w:rPr>
          <w:rFonts w:ascii="IM Fell English" w:hAnsi="IM Fell English"/>
          <w:color w:val="141414"/>
          <w:sz w:val="24"/>
        </w:rPr>
        <w:t>"I'm not sure I can advise you on a matter like this, but I can listen," Martha said.</w:t>
      </w:r>
    </w:p>
    <w:p>
      <w:r>
        <w:rPr>
          <w:rFonts w:ascii="IM Fell English" w:hAnsi="IM Fell English"/>
          <w:color w:val="141414"/>
          <w:sz w:val="24"/>
        </w:rPr>
        <w:t>"If Malroy has purposefully misled the D.A. and knows there are witnesses who can prove Jamal is innocent, I'll need to take it to the Chief," Ken said.</w:t>
      </w:r>
    </w:p>
    <w:p>
      <w:r>
        <w:rPr>
          <w:rFonts w:ascii="IM Fell English" w:hAnsi="IM Fell English"/>
          <w:color w:val="141414"/>
          <w:sz w:val="24"/>
        </w:rPr>
        <w:t>"What kind of proof will you need?"</w:t>
      </w:r>
    </w:p>
    <w:p>
      <w:r>
        <w:rPr>
          <w:rFonts w:ascii="IM Fell English" w:hAnsi="IM Fell English"/>
          <w:color w:val="141414"/>
          <w:sz w:val="24"/>
        </w:rPr>
        <w:t>"I hope to get some today. I'll take down D.J.'s statement. That, combined with the other issues in this case, should be enough for the</w:t>
      </w:r>
    </w:p>
    <w:p>
      <w:r>
        <w:rPr>
          <w:rFonts w:ascii="IM Fell English" w:hAnsi="IM Fell English"/>
          <w:color w:val="141414"/>
          <w:sz w:val="24"/>
        </w:rPr>
        <w:t>Chief."</w:t>
      </w:r>
    </w:p>
    <w:p>
      <w:r>
        <w:rPr>
          <w:rFonts w:ascii="IM Fell English" w:hAnsi="IM Fell English"/>
          <w:color w:val="141414"/>
          <w:sz w:val="24"/>
        </w:rPr>
        <w:t>"What'll happen to Malroy?"</w:t>
      </w:r>
    </w:p>
    <w:p>
      <w:r>
        <w:rPr>
          <w:rFonts w:ascii="IM Fell English" w:hAnsi="IM Fell English"/>
          <w:color w:val="141414"/>
          <w:sz w:val="24"/>
        </w:rPr>
        <w:t>"I don't know."</w:t>
      </w:r>
    </w:p>
    <w:p>
      <w:r>
        <w:rPr>
          <w:rFonts w:ascii="IM Fell English" w:hAnsi="IM Fell English"/>
          <w:color w:val="141414"/>
          <w:sz w:val="24"/>
        </w:rPr>
        <w:t>The car was silent for the rest of the trip.</w:t>
      </w:r>
    </w:p>
    <w:p>
      <w:r>
        <w:rPr>
          <w:rFonts w:ascii="IM Fell English" w:hAnsi="IM Fell English"/>
          <w:color w:val="141414"/>
          <w:sz w:val="24"/>
        </w:rPr>
        <w:t>As they pulled up to Sarah Richards's home, Martha said, "Maybe I should take the lead, since she knows me already."</w:t>
      </w:r>
    </w:p>
    <w:p>
      <w:r>
        <w:rPr>
          <w:rFonts w:ascii="IM Fell English" w:hAnsi="IM Fell English"/>
          <w:color w:val="141414"/>
          <w:sz w:val="24"/>
        </w:rPr>
        <w:t>"Smart move."</w:t>
      </w:r>
    </w:p>
    <w:p>
      <w:r>
        <w:rPr>
          <w:rFonts w:ascii="IM Fell English" w:hAnsi="IM Fell English"/>
          <w:color w:val="141414"/>
          <w:sz w:val="24"/>
        </w:rPr>
        <w:t>"Can I get you two something? Water or iced tea?" Sarah asked.</w:t>
      </w:r>
    </w:p>
    <w:p>
      <w:r>
        <w:rPr>
          <w:rFonts w:ascii="IM Fell English" w:hAnsi="IM Fell English"/>
          <w:color w:val="141414"/>
          <w:sz w:val="24"/>
        </w:rPr>
        <w:t>"Iced tea would be nice," Martha said.</w:t>
      </w:r>
    </w:p>
    <w:p>
      <w:r>
        <w:rPr>
          <w:rFonts w:ascii="IM Fell English" w:hAnsi="IM Fell English"/>
          <w:color w:val="141414"/>
          <w:sz w:val="24"/>
        </w:rPr>
        <w:t>"Same for me," Ken said.</w:t>
      </w:r>
    </w:p>
    <w:p>
      <w:r>
        <w:rPr>
          <w:rFonts w:ascii="IM Fell English" w:hAnsi="IM Fell English"/>
          <w:color w:val="141414"/>
          <w:sz w:val="24"/>
        </w:rPr>
        <w:t>Sarah handed them the glasses. "Now, why did you want to see me?</w:t>
      </w:r>
    </w:p>
    <w:p>
      <w:r>
        <w:rPr>
          <w:rFonts w:ascii="IM Fell English" w:hAnsi="IM Fell English"/>
          <w:color w:val="141414"/>
          <w:sz w:val="24"/>
        </w:rPr>
        <w:t>You sounded so mysterious on the phone."</w:t>
      </w:r>
    </w:p>
    <w:p>
      <w:r>
        <w:rPr>
          <w:rFonts w:ascii="IM Fell English" w:hAnsi="IM Fell English"/>
          <w:color w:val="141414"/>
          <w:sz w:val="24"/>
        </w:rPr>
        <w:t>"Sarah, have you talked to Jamal lately?"</w:t>
      </w:r>
    </w:p>
    <w:p>
      <w:r>
        <w:rPr>
          <w:rFonts w:ascii="IM Fell English" w:hAnsi="IM Fell English"/>
          <w:color w:val="141414"/>
          <w:sz w:val="24"/>
        </w:rPr>
        <w:t>"He called yesterday. He's out of the hospital and healing. I can't wait for him to get out of that place. It's pure evil."</w:t>
      </w:r>
    </w:p>
    <w:p>
      <w:r>
        <w:rPr>
          <w:rFonts w:ascii="IM Fell English" w:hAnsi="IM Fell English"/>
          <w:color w:val="141414"/>
          <w:sz w:val="24"/>
        </w:rPr>
        <w:t>"That's what Ken and I want to talk to you about—how to help him get out."</w:t>
      </w:r>
    </w:p>
    <w:p>
      <w:r>
        <w:rPr>
          <w:rFonts w:ascii="IM Fell English" w:hAnsi="IM Fell English"/>
          <w:color w:val="141414"/>
          <w:sz w:val="24"/>
        </w:rPr>
        <w:t>"How can you do that?"</w:t>
      </w:r>
    </w:p>
    <w:p>
      <w:r>
        <w:rPr>
          <w:rFonts w:ascii="IM Fell English" w:hAnsi="IM Fell English"/>
          <w:color w:val="141414"/>
          <w:sz w:val="24"/>
        </w:rPr>
        <w:t>"If we could find D.J., his cousin, and interview him, it might help your son."</w:t>
      </w:r>
    </w:p>
    <w:p>
      <w:r>
        <w:rPr>
          <w:rFonts w:ascii="IM Fell English" w:hAnsi="IM Fell English"/>
          <w:color w:val="141414"/>
          <w:sz w:val="24"/>
        </w:rPr>
        <w:t>"D.J.? I haven't seen him in weeks. He and Jamal would hang out at Balls to You. It's a bar and billiard club on Main Street. That's all I know. I hope it helps."</w:t>
      </w:r>
    </w:p>
    <w:p>
      <w:r>
        <w:rPr>
          <w:rFonts w:ascii="IM Fell English" w:hAnsi="IM Fell English"/>
          <w:color w:val="141414"/>
          <w:sz w:val="24"/>
        </w:rPr>
        <w:t>"When we leave here, we'll see if we can find him."</w:t>
      </w:r>
    </w:p>
    <w:p>
      <w:r>
        <w:rPr>
          <w:rFonts w:ascii="IM Fell English" w:hAnsi="IM Fell English"/>
          <w:color w:val="141414"/>
          <w:sz w:val="24"/>
        </w:rPr>
        <w:t>Sarah took a sip of her tea. "But you two may not want to go down there. It's a pretty rough crowd, and they're all Black." They finished their tea and rose to leave.</w:t>
      </w:r>
    </w:p>
    <w:p>
      <w:r>
        <w:rPr>
          <w:rFonts w:ascii="IM Fell English" w:hAnsi="IM Fell English"/>
          <w:color w:val="141414"/>
          <w:sz w:val="24"/>
        </w:rPr>
        <w:t>"Remember what I said about Balls to You. It's not a safe place for you two."</w:t>
      </w:r>
    </w:p>
    <w:p>
      <w:pPr>
        <w:pStyle w:val="Heading1"/>
        <w:jc w:val="center"/>
      </w:pPr>
      <w:r>
        <w:rPr>
          <w:rFonts w:ascii="IM Fell English" w:hAnsi="IM Fell English"/>
          <w:color w:val="0D0D0D"/>
        </w:rPr>
        <w:t>Chapter 19</w:t>
      </w:r>
    </w:p>
    <w:p>
      <w:r>
        <w:rPr>
          <w:rFonts w:ascii="IM Fell English" w:hAnsi="IM Fell English"/>
          <w:color w:val="141414"/>
          <w:sz w:val="24"/>
        </w:rPr>
        <w:t xml:space="preserve">Ken and Martha drove to the pool hall. The weathered, paint-peeling sign read </w:t>
      </w:r>
      <w:r>
        <w:rPr>
          <w:rFonts w:ascii="IM Fell English" w:hAnsi="IM Fell English"/>
          <w:b/>
          <w:color w:val="141414"/>
          <w:sz w:val="24"/>
        </w:rPr>
        <w:t>"Balls to You."</w:t>
      </w:r>
      <w:r>
        <w:rPr>
          <w:rFonts w:ascii="IM Fell English" w:hAnsi="IM Fell English"/>
          <w:color w:val="141414"/>
          <w:sz w:val="24"/>
        </w:rPr>
        <w:t xml:space="preserve"> The letter </w:t>
      </w:r>
      <w:r>
        <w:rPr>
          <w:rFonts w:ascii="IM Fell English" w:hAnsi="IM Fell English"/>
          <w:b/>
          <w:color w:val="141414"/>
          <w:sz w:val="24"/>
        </w:rPr>
        <w:t>B</w:t>
      </w:r>
      <w:r>
        <w:rPr>
          <w:rFonts w:ascii="IM Fell English" w:hAnsi="IM Fell English"/>
          <w:color w:val="141414"/>
          <w:sz w:val="24"/>
        </w:rPr>
        <w:t xml:space="preserve"> was formed by two stacked billiard balls, with a pool cue on the left completing the shape.</w:t>
      </w:r>
    </w:p>
    <w:p>
      <w:r>
        <w:rPr>
          <w:rFonts w:ascii="IM Fell English" w:hAnsi="IM Fell English"/>
          <w:color w:val="141414"/>
          <w:sz w:val="24"/>
        </w:rPr>
        <w:t>They parked and headed for the door.</w:t>
      </w:r>
    </w:p>
    <w:p>
      <w:r>
        <w:rPr>
          <w:rFonts w:ascii="IM Fell English" w:hAnsi="IM Fell English"/>
          <w:color w:val="141414"/>
          <w:sz w:val="24"/>
        </w:rPr>
        <w:t>Was that a black Tahoe she just saw parked on the next block? She was probably being too suspicious. There must be hundreds—no, thousands—of black SUVs in Columbus.</w:t>
      </w:r>
    </w:p>
    <w:p>
      <w:r>
        <w:rPr>
          <w:rFonts w:ascii="IM Fell English" w:hAnsi="IM Fell English"/>
          <w:color w:val="141414"/>
          <w:sz w:val="24"/>
        </w:rPr>
        <w:t>Ken walked up to the bartender. "Can you help me out?"</w:t>
      </w:r>
    </w:p>
    <w:p>
      <w:r>
        <w:rPr>
          <w:rFonts w:ascii="IM Fell English" w:hAnsi="IM Fell English"/>
          <w:color w:val="141414"/>
          <w:sz w:val="24"/>
        </w:rPr>
        <w:t>"No."</w:t>
      </w:r>
    </w:p>
    <w:p>
      <w:r>
        <w:rPr>
          <w:rFonts w:ascii="IM Fell English" w:hAnsi="IM Fell English"/>
          <w:color w:val="141414"/>
          <w:sz w:val="24"/>
        </w:rPr>
        <w:t>"We're looking for D.J. Richards. Have you seen him?"</w:t>
      </w:r>
    </w:p>
    <w:p>
      <w:r>
        <w:rPr>
          <w:rFonts w:ascii="IM Fell English" w:hAnsi="IM Fell English"/>
          <w:color w:val="141414"/>
          <w:sz w:val="24"/>
        </w:rPr>
        <w:t>"D.J. who? Never heard of him."</w:t>
      </w:r>
    </w:p>
    <w:p>
      <w:r>
        <w:rPr>
          <w:rFonts w:ascii="IM Fell English" w:hAnsi="IM Fell English"/>
          <w:color w:val="141414"/>
          <w:sz w:val="24"/>
        </w:rPr>
        <w:t>"His aunt said he often comes here," Martha said.</w:t>
      </w:r>
    </w:p>
    <w:p>
      <w:r>
        <w:rPr>
          <w:rFonts w:ascii="IM Fell English" w:hAnsi="IM Fell English"/>
          <w:color w:val="141414"/>
          <w:sz w:val="24"/>
        </w:rPr>
        <w:t>"Don't know him, never heard of him, and besides, I'd never help a pig."</w:t>
      </w:r>
    </w:p>
    <w:p>
      <w:r>
        <w:rPr>
          <w:rFonts w:ascii="IM Fell English" w:hAnsi="IM Fell English"/>
          <w:color w:val="141414"/>
          <w:sz w:val="24"/>
        </w:rPr>
        <w:t>"What makes you think I'm a cop?"</w:t>
      </w:r>
    </w:p>
    <w:p>
      <w:r>
        <w:rPr>
          <w:rFonts w:ascii="IM Fell English" w:hAnsi="IM Fell English"/>
          <w:color w:val="141414"/>
          <w:sz w:val="24"/>
        </w:rPr>
        <w:t>"You cops are all alike. You're a cop, right?"</w:t>
      </w:r>
    </w:p>
    <w:p>
      <w:r>
        <w:rPr>
          <w:rFonts w:ascii="IM Fell English" w:hAnsi="IM Fell English"/>
          <w:color w:val="141414"/>
          <w:sz w:val="24"/>
        </w:rPr>
        <w:t>"I'm not a police officer. Will you help me?" Martha asked.</w:t>
      </w:r>
    </w:p>
    <w:p>
      <w:r>
        <w:rPr>
          <w:rFonts w:ascii="IM Fell English" w:hAnsi="IM Fell English"/>
          <w:color w:val="141414"/>
          <w:sz w:val="24"/>
        </w:rPr>
        <w:t>The bartender turned away and wiped down the bar. "I don't help pigs or the friends of pigs."</w:t>
      </w:r>
    </w:p>
    <w:p>
      <w:r>
        <w:rPr>
          <w:rFonts w:ascii="IM Fell English" w:hAnsi="IM Fell English"/>
          <w:color w:val="141414"/>
          <w:sz w:val="24"/>
        </w:rPr>
        <w:t>A young, muscular Black man with a pool cue in his right hand walked toward them. "It's okay, Big Dave. If my aunt sent them, they check out."</w:t>
      </w:r>
    </w:p>
    <w:p>
      <w:r>
        <w:rPr>
          <w:rFonts w:ascii="IM Fell English" w:hAnsi="IM Fell English"/>
          <w:color w:val="141414"/>
          <w:sz w:val="24"/>
        </w:rPr>
        <w:t>"Are you D.J.?" Martha asked.</w:t>
      </w:r>
    </w:p>
    <w:p>
      <w:r>
        <w:rPr>
          <w:rFonts w:ascii="IM Fell English" w:hAnsi="IM Fell English"/>
          <w:color w:val="141414"/>
          <w:sz w:val="24"/>
        </w:rPr>
        <w:t>"Yes. What's this all about?"</w:t>
      </w:r>
    </w:p>
    <w:p>
      <w:r>
        <w:rPr>
          <w:rFonts w:ascii="IM Fell English" w:hAnsi="IM Fell English"/>
          <w:color w:val="141414"/>
          <w:sz w:val="24"/>
        </w:rPr>
        <w:t>"We want to talk to you about Jamal," Martha said.</w:t>
      </w:r>
    </w:p>
    <w:p>
      <w:r>
        <w:rPr>
          <w:rFonts w:ascii="IM Fell English" w:hAnsi="IM Fell English"/>
          <w:color w:val="141414"/>
          <w:sz w:val="24"/>
        </w:rPr>
        <w:t>"How is he?"</w:t>
      </w:r>
    </w:p>
    <w:p>
      <w:r>
        <w:rPr>
          <w:rFonts w:ascii="IM Fell English" w:hAnsi="IM Fell English"/>
          <w:color w:val="141414"/>
          <w:sz w:val="24"/>
        </w:rPr>
        <w:t>"Not well. They're going to try him for murder," Martha said.</w:t>
      </w:r>
    </w:p>
    <w:p>
      <w:r>
        <w:rPr>
          <w:rFonts w:ascii="IM Fell English" w:hAnsi="IM Fell English"/>
          <w:color w:val="141414"/>
          <w:sz w:val="24"/>
        </w:rPr>
        <w:t>"Murder? I was told that was settled. When I spoke to the detective, he said they dropped it."</w:t>
      </w:r>
    </w:p>
    <w:p>
      <w:r>
        <w:rPr>
          <w:rFonts w:ascii="IM Fell English" w:hAnsi="IM Fell English"/>
          <w:color w:val="141414"/>
          <w:sz w:val="24"/>
        </w:rPr>
        <w:t>"What?" Ken asked.</w:t>
      </w:r>
    </w:p>
    <w:p>
      <w:r>
        <w:rPr>
          <w:rFonts w:ascii="IM Fell English" w:hAnsi="IM Fell English"/>
          <w:color w:val="141414"/>
          <w:sz w:val="24"/>
        </w:rPr>
        <w:t>"He said I wouldn't need to testify or anything."</w:t>
      </w:r>
    </w:p>
    <w:p>
      <w:r>
        <w:rPr>
          <w:rFonts w:ascii="IM Fell English" w:hAnsi="IM Fell English"/>
          <w:color w:val="141414"/>
          <w:sz w:val="24"/>
        </w:rPr>
        <w:t>"When did you talk to him?" Ken asked.</w:t>
      </w:r>
    </w:p>
    <w:p>
      <w:r>
        <w:rPr>
          <w:rFonts w:ascii="IM Fell English" w:hAnsi="IM Fell English"/>
          <w:color w:val="141414"/>
          <w:sz w:val="24"/>
        </w:rPr>
        <w:t>"Last week. I called him because I hadn't heard anything, and he said everything had worked out. That's true, isn't it?"</w:t>
      </w:r>
    </w:p>
    <w:p>
      <w:r>
        <w:rPr>
          <w:rFonts w:ascii="IM Fell English" w:hAnsi="IM Fell English"/>
          <w:color w:val="141414"/>
          <w:sz w:val="24"/>
        </w:rPr>
        <w:t>"I'm afraid he lied to you. Jamal is awaiting trial," Ken said.</w:t>
      </w:r>
    </w:p>
    <w:p>
      <w:r>
        <w:rPr>
          <w:rFonts w:ascii="IM Fell English" w:hAnsi="IM Fell English"/>
          <w:color w:val="141414"/>
          <w:sz w:val="24"/>
        </w:rPr>
        <w:t>"What a piece of crap. He was going to let me sit here while they locked my best cousin away for life. What a shit."</w:t>
      </w:r>
    </w:p>
    <w:p>
      <w:r>
        <w:rPr>
          <w:rFonts w:ascii="IM Fell English" w:hAnsi="IM Fell English"/>
          <w:color w:val="141414"/>
          <w:sz w:val="24"/>
        </w:rPr>
        <w:t>"Now that we've found you, maybe we can get this straightened out," Martha said.</w:t>
      </w:r>
    </w:p>
    <w:p>
      <w:r>
        <w:rPr>
          <w:rFonts w:ascii="IM Fell English" w:hAnsi="IM Fell English"/>
          <w:color w:val="141414"/>
          <w:sz w:val="24"/>
        </w:rPr>
        <w:t>"I'll do anything I can."</w:t>
      </w:r>
    </w:p>
    <w:p>
      <w:r>
        <w:rPr>
          <w:rFonts w:ascii="IM Fell English" w:hAnsi="IM Fell English"/>
          <w:color w:val="141414"/>
          <w:sz w:val="24"/>
        </w:rPr>
        <w:t>Ken opened a little black notebook. "Can you tell us about your movements on the afternoon of December 12?"</w:t>
      </w:r>
    </w:p>
    <w:p>
      <w:r>
        <w:rPr>
          <w:rFonts w:ascii="IM Fell English" w:hAnsi="IM Fell English"/>
          <w:color w:val="141414"/>
          <w:sz w:val="24"/>
        </w:rPr>
        <w:t>"Damn, you're a cop."</w:t>
      </w:r>
    </w:p>
    <w:p>
      <w:r>
        <w:rPr>
          <w:rFonts w:ascii="IM Fell English" w:hAnsi="IM Fell English"/>
          <w:color w:val="141414"/>
          <w:sz w:val="24"/>
        </w:rPr>
        <w:t>D.J. leaned back in his chair and yelled, "Big Dave, you nailed it. He's a cop."</w:t>
      </w:r>
    </w:p>
    <w:p>
      <w:r>
        <w:rPr>
          <w:rFonts w:ascii="IM Fell English" w:hAnsi="IM Fell English"/>
          <w:color w:val="141414"/>
          <w:sz w:val="24"/>
        </w:rPr>
        <w:t>"I can always tell," Big Dave said, smiling.</w:t>
      </w:r>
    </w:p>
    <w:p>
      <w:r>
        <w:rPr>
          <w:rFonts w:ascii="IM Fell English" w:hAnsi="IM Fell English"/>
          <w:color w:val="141414"/>
          <w:sz w:val="24"/>
        </w:rPr>
        <w:t>D.J. leaned his chair forward and faced Ken. "Jamal and I went to the hospital to see his mom. She had surgery that day, but wasn't in her room.</w:t>
      </w:r>
    </w:p>
    <w:p>
      <w:r>
        <w:rPr>
          <w:rFonts w:ascii="IM Fell English" w:hAnsi="IM Fell English"/>
          <w:color w:val="141414"/>
          <w:sz w:val="24"/>
        </w:rPr>
        <w:t>Jamal even flirted with the nurse, you know?"</w:t>
      </w:r>
    </w:p>
    <w:p>
      <w:r>
        <w:rPr>
          <w:rFonts w:ascii="IM Fell English" w:hAnsi="IM Fell English"/>
          <w:color w:val="141414"/>
          <w:sz w:val="24"/>
        </w:rPr>
        <w:t>"Tell us everything. It might help Jamal," Martha said.</w:t>
      </w:r>
    </w:p>
    <w:p>
      <w:r>
        <w:rPr>
          <w:rFonts w:ascii="IM Fell English" w:hAnsi="IM Fell English"/>
          <w:color w:val="141414"/>
          <w:sz w:val="24"/>
        </w:rPr>
        <w:t>"Okay. He was doing his thing with this nurse. I don't know her name, but she had big bo—well, you know."</w:t>
      </w:r>
    </w:p>
    <w:p>
      <w:r>
        <w:rPr>
          <w:rFonts w:ascii="IM Fell English" w:hAnsi="IM Fell English"/>
          <w:color w:val="141414"/>
          <w:sz w:val="24"/>
        </w:rPr>
        <w:t>"Anything else you remember about her, besides her bra size?" Martha asked.</w:t>
      </w:r>
    </w:p>
    <w:p>
      <w:r>
        <w:rPr>
          <w:rFonts w:ascii="IM Fell English" w:hAnsi="IM Fell English"/>
          <w:color w:val="141414"/>
          <w:sz w:val="24"/>
        </w:rPr>
        <w:t>"Sorry. She had long crimson hair. I remember because Jamal joked she was already on fire for him."</w:t>
      </w:r>
    </w:p>
    <w:p>
      <w:r>
        <w:rPr>
          <w:rFonts w:ascii="IM Fell English" w:hAnsi="IM Fell English"/>
          <w:color w:val="141414"/>
          <w:sz w:val="24"/>
        </w:rPr>
        <w:t>"Did you go anywhere else?" Ken asked.</w:t>
      </w:r>
    </w:p>
    <w:p>
      <w:r>
        <w:rPr>
          <w:rFonts w:ascii="IM Fell English" w:hAnsi="IM Fell English"/>
          <w:color w:val="141414"/>
          <w:sz w:val="24"/>
        </w:rPr>
        <w:t>"Yeah, we went to Hotdog Heaven," D.J. said.</w:t>
      </w:r>
    </w:p>
    <w:p>
      <w:r>
        <w:rPr>
          <w:rFonts w:ascii="IM Fell English" w:hAnsi="IM Fell English"/>
          <w:color w:val="141414"/>
          <w:sz w:val="24"/>
        </w:rPr>
        <w:t>"What's that?" Ken asked.</w:t>
      </w:r>
    </w:p>
    <w:p>
      <w:r>
        <w:rPr>
          <w:rFonts w:ascii="IM Fell English" w:hAnsi="IM Fell English"/>
          <w:color w:val="141414"/>
          <w:sz w:val="24"/>
        </w:rPr>
        <w:t>"It's a hotdog place—the best in Columbus. They're deep-fried."</w:t>
      </w:r>
    </w:p>
    <w:p>
      <w:r>
        <w:rPr>
          <w:rFonts w:ascii="IM Fell English" w:hAnsi="IM Fell English"/>
          <w:color w:val="141414"/>
          <w:sz w:val="24"/>
        </w:rPr>
        <w:t>"Did you see anyone while you were there?"</w:t>
      </w:r>
    </w:p>
    <w:p>
      <w:r>
        <w:rPr>
          <w:rFonts w:ascii="IM Fell English" w:hAnsi="IM Fell English"/>
          <w:color w:val="141414"/>
          <w:sz w:val="24"/>
        </w:rPr>
        <w:t>"The waitress was hitting on both of us. She bent really low when she placed our hotdogs on the table, giving us a clear view down her top. She had little to show, but she offered a peek anyway."</w:t>
      </w:r>
    </w:p>
    <w:p>
      <w:r>
        <w:rPr>
          <w:rFonts w:ascii="IM Fell English" w:hAnsi="IM Fell English"/>
          <w:color w:val="141414"/>
          <w:sz w:val="24"/>
        </w:rPr>
        <w:t>"Do you think she'll remember you?"</w:t>
      </w:r>
    </w:p>
    <w:p>
      <w:r>
        <w:rPr>
          <w:rFonts w:ascii="IM Fell English" w:hAnsi="IM Fell English"/>
          <w:color w:val="141414"/>
          <w:sz w:val="24"/>
        </w:rPr>
        <w:t>D.J. pulled out his wallet. "She gave both of us her number."</w:t>
      </w:r>
    </w:p>
    <w:p>
      <w:r>
        <w:rPr>
          <w:rFonts w:ascii="IM Fell English" w:hAnsi="IM Fell English"/>
          <w:color w:val="141414"/>
          <w:sz w:val="24"/>
        </w:rPr>
        <w:t>"Would you be willing to go with us to the hospital to see if we can find that nurse? Her testimony could save Jamal," Martha said.</w:t>
      </w:r>
    </w:p>
    <w:p>
      <w:r>
        <w:rPr>
          <w:rFonts w:ascii="IM Fell English" w:hAnsi="IM Fell English"/>
          <w:color w:val="141414"/>
          <w:sz w:val="24"/>
        </w:rPr>
        <w:t>"Hell, yeah!"</w:t>
      </w:r>
    </w:p>
    <w:p>
      <w:r>
        <w:rPr>
          <w:rFonts w:ascii="IM Fell English" w:hAnsi="IM Fell English"/>
          <w:color w:val="141414"/>
          <w:sz w:val="24"/>
        </w:rPr>
        <w:t>"Big Dave, I'm leaving. Keep my spot warm for me." They walked out the door together.</w:t>
      </w:r>
    </w:p>
    <w:p>
      <w:r>
        <w:rPr>
          <w:rFonts w:ascii="IM Fell English" w:hAnsi="IM Fell English"/>
          <w:color w:val="141414"/>
          <w:sz w:val="24"/>
        </w:rPr>
        <w:t>"Do you mind riding in my car? It's the black Camaro," Martha said.</w:t>
      </w:r>
    </w:p>
    <w:p>
      <w:r>
        <w:rPr>
          <w:rFonts w:ascii="IM Fell English" w:hAnsi="IM Fell English"/>
          <w:color w:val="141414"/>
          <w:sz w:val="24"/>
        </w:rPr>
        <w:t>D.J. walked around the car. "Damn, girl, that's the real shit. You own it?"</w:t>
      </w:r>
    </w:p>
    <w:p>
      <w:r>
        <w:rPr>
          <w:rFonts w:ascii="IM Fell English" w:hAnsi="IM Fell English"/>
          <w:color w:val="141414"/>
          <w:sz w:val="24"/>
        </w:rPr>
        <w:t>"Rental," she said.</w:t>
      </w:r>
    </w:p>
    <w:p>
      <w:r>
        <w:rPr>
          <w:rFonts w:ascii="IM Fell English" w:hAnsi="IM Fell English"/>
          <w:color w:val="141414"/>
          <w:sz w:val="24"/>
        </w:rPr>
        <w:t>The sound of two shots echoed off the surrounding buildings. D.J. crumpled to the ground.</w:t>
      </w:r>
    </w:p>
    <w:p>
      <w:r>
        <w:rPr>
          <w:rFonts w:ascii="IM Fell English" w:hAnsi="IM Fell English"/>
          <w:color w:val="141414"/>
          <w:sz w:val="24"/>
        </w:rPr>
        <w:t>Ken pulled a snub-nosed Smith &amp; Wesson from his ankle holster and took cover behind the car.</w:t>
      </w:r>
    </w:p>
    <w:p>
      <w:r>
        <w:rPr>
          <w:rFonts w:ascii="IM Fell English" w:hAnsi="IM Fell English"/>
          <w:color w:val="141414"/>
          <w:sz w:val="24"/>
        </w:rPr>
        <w:t>A black SUV squealed its tires and sped down the road. Ken fired once, shattering the SUV's back glass. It turned a corner and was gone.</w:t>
      </w:r>
    </w:p>
    <w:p>
      <w:r>
        <w:rPr>
          <w:rFonts w:ascii="IM Fell English" w:hAnsi="IM Fell English"/>
          <w:color w:val="141414"/>
          <w:sz w:val="24"/>
        </w:rPr>
        <w:t>Martha stood over D.J., watching him bleed out. She knew that with his life draining, Jamal's only hope was slipping away.</w:t>
      </w:r>
    </w:p>
    <w:p>
      <w:r>
        <w:rPr>
          <w:rFonts w:ascii="IM Fell English" w:hAnsi="IM Fell English"/>
          <w:color w:val="141414"/>
          <w:sz w:val="24"/>
        </w:rPr>
        <w:t>Ken called 9-1-1. They spent the rest of the afternoon in interviews with the Columbus police and filling out forms. They were told they'd need to return if the gang members were caught.</w:t>
      </w:r>
    </w:p>
    <w:p>
      <w:r>
        <w:rPr>
          <w:rFonts w:ascii="IM Fell English" w:hAnsi="IM Fell English"/>
          <w:color w:val="141414"/>
          <w:sz w:val="24"/>
        </w:rPr>
        <w:t>"That was no gang member," Martha told Ken.</w:t>
      </w:r>
    </w:p>
    <w:p>
      <w:r>
        <w:rPr>
          <w:rFonts w:ascii="IM Fell English" w:hAnsi="IM Fell English"/>
          <w:color w:val="141414"/>
          <w:sz w:val="24"/>
        </w:rPr>
        <w:t>"I know, but they don't seem to believe us," Ken said.</w:t>
      </w:r>
    </w:p>
    <w:p>
      <w:r>
        <w:rPr>
          <w:rFonts w:ascii="IM Fell English" w:hAnsi="IM Fell English"/>
          <w:color w:val="141414"/>
          <w:sz w:val="24"/>
        </w:rPr>
        <w:t>"What else could happen?"</w:t>
      </w:r>
    </w:p>
    <w:p>
      <w:r>
        <w:rPr>
          <w:rFonts w:ascii="IM Fell English" w:hAnsi="IM Fell English"/>
          <w:color w:val="141414"/>
          <w:sz w:val="24"/>
        </w:rPr>
        <w:t>The drive back to Brownsville was silent.</w:t>
      </w:r>
    </w:p>
    <w:p>
      <w:pPr>
        <w:pStyle w:val="Heading1"/>
        <w:jc w:val="center"/>
      </w:pPr>
      <w:r>
        <w:rPr>
          <w:rFonts w:ascii="IM Fell English" w:hAnsi="IM Fell English"/>
          <w:color w:val="0D0D0D"/>
        </w:rPr>
        <w:t>Chapter 20</w:t>
      </w:r>
    </w:p>
    <w:p>
      <w:r>
        <w:rPr>
          <w:rFonts w:ascii="IM Fell English" w:hAnsi="IM Fell English"/>
          <w:color w:val="141414"/>
          <w:sz w:val="24"/>
        </w:rPr>
        <w:t>Martha and Ken arrived back at The Dinner Bell at 5:30. Just as they sat down at a table, Ken's phone rang.</w:t>
      </w:r>
    </w:p>
    <w:p>
      <w:r>
        <w:rPr>
          <w:rFonts w:ascii="IM Fell English" w:hAnsi="IM Fell English"/>
          <w:color w:val="141414"/>
          <w:sz w:val="24"/>
        </w:rPr>
        <w:t>Ken glanced at the screen. "I need to take this," he said.</w:t>
      </w:r>
    </w:p>
    <w:p>
      <w:r>
        <w:rPr>
          <w:rFonts w:ascii="IM Fell English" w:hAnsi="IM Fell English"/>
          <w:color w:val="141414"/>
          <w:sz w:val="24"/>
        </w:rPr>
        <w:t>He excused himself and stepped outside, pressing the phone to his ear. A few minutes later, Mary and Billy walked in together.</w:t>
      </w:r>
    </w:p>
    <w:p>
      <w:r>
        <w:rPr>
          <w:rFonts w:ascii="IM Fell English" w:hAnsi="IM Fell English"/>
          <w:color w:val="141414"/>
          <w:sz w:val="24"/>
        </w:rPr>
        <w:t>Judy appeared from the kitchen. "I'm taking my break now," she announced, joining the others.</w:t>
      </w:r>
    </w:p>
    <w:p>
      <w:r>
        <w:rPr>
          <w:rFonts w:ascii="IM Fell English" w:hAnsi="IM Fell English"/>
          <w:color w:val="141414"/>
          <w:sz w:val="24"/>
        </w:rPr>
        <w:t>They all gathered around Martha.</w:t>
      </w:r>
    </w:p>
    <w:p>
      <w:r>
        <w:rPr>
          <w:rFonts w:ascii="IM Fell English" w:hAnsi="IM Fell English"/>
          <w:color w:val="141414"/>
          <w:sz w:val="24"/>
        </w:rPr>
        <w:t>"D.J. is dead," she said.</w:t>
      </w:r>
    </w:p>
    <w:p>
      <w:r>
        <w:rPr>
          <w:rFonts w:ascii="IM Fell English" w:hAnsi="IM Fell English"/>
          <w:color w:val="141414"/>
          <w:sz w:val="24"/>
        </w:rPr>
        <w:t>"What?" Billy exclaimed.</w:t>
      </w:r>
    </w:p>
    <w:p>
      <w:r>
        <w:rPr>
          <w:rFonts w:ascii="IM Fell English" w:hAnsi="IM Fell English"/>
          <w:color w:val="141414"/>
          <w:sz w:val="24"/>
        </w:rPr>
        <w:t>"It was horrible. Someone shot him—right there, on the street, in front of us."</w:t>
      </w:r>
    </w:p>
    <w:p>
      <w:r>
        <w:rPr>
          <w:rFonts w:ascii="IM Fell English" w:hAnsi="IM Fell English"/>
          <w:color w:val="141414"/>
          <w:sz w:val="24"/>
        </w:rPr>
        <w:t>"Shot?" Mary repeated in shock.</w:t>
      </w:r>
    </w:p>
    <w:p>
      <w:r>
        <w:rPr>
          <w:rFonts w:ascii="IM Fell English" w:hAnsi="IM Fell English"/>
          <w:color w:val="141414"/>
          <w:sz w:val="24"/>
        </w:rPr>
        <w:t>Just joining them, Judy looked around. "What did I miss?"</w:t>
      </w:r>
    </w:p>
    <w:p>
      <w:r>
        <w:rPr>
          <w:rFonts w:ascii="IM Fell English" w:hAnsi="IM Fell English"/>
          <w:color w:val="141414"/>
          <w:sz w:val="24"/>
        </w:rPr>
        <w:t>"D.J. is dead," Mary said. "Martha was just telling us."</w:t>
      </w:r>
    </w:p>
    <w:p>
      <w:r>
        <w:rPr>
          <w:rFonts w:ascii="IM Fell English" w:hAnsi="IM Fell English"/>
          <w:color w:val="141414"/>
          <w:sz w:val="24"/>
        </w:rPr>
        <w:t>"Someone shot him," Billy added.</w:t>
      </w:r>
    </w:p>
    <w:p>
      <w:r>
        <w:rPr>
          <w:rFonts w:ascii="IM Fell English" w:hAnsi="IM Fell English"/>
          <w:color w:val="141414"/>
          <w:sz w:val="24"/>
        </w:rPr>
        <w:t>The table grew silent.</w:t>
      </w:r>
    </w:p>
    <w:p>
      <w:r>
        <w:rPr>
          <w:rFonts w:ascii="IM Fell English" w:hAnsi="IM Fell English"/>
          <w:color w:val="141414"/>
          <w:sz w:val="24"/>
        </w:rPr>
        <w:t>Martha, her hands shaking, took a sip of her tea. "Without D.J., our only hope of helping Jamal now is to find the actual killer."</w:t>
      </w:r>
    </w:p>
    <w:p>
      <w:r>
        <w:rPr>
          <w:rFonts w:ascii="IM Fell English" w:hAnsi="IM Fell English"/>
          <w:color w:val="141414"/>
          <w:sz w:val="24"/>
        </w:rPr>
        <w:t>"Are you sure he's innocent?" Judy asked. "My mom and dad said—"</w:t>
      </w:r>
    </w:p>
    <w:p>
      <w:r>
        <w:rPr>
          <w:rFonts w:ascii="IM Fell English" w:hAnsi="IM Fell English"/>
          <w:color w:val="141414"/>
          <w:sz w:val="24"/>
        </w:rPr>
        <w:t>"Why else would someone kill D.J., if not to shut him up?" Billy interrupted.</w:t>
      </w:r>
    </w:p>
    <w:p>
      <w:r>
        <w:rPr>
          <w:rFonts w:ascii="IM Fell English" w:hAnsi="IM Fell English"/>
          <w:color w:val="141414"/>
          <w:sz w:val="24"/>
        </w:rPr>
        <w:t>Martha pulled herself together. "We need to find the killer. So, what did you find out?"</w:t>
      </w:r>
    </w:p>
    <w:p>
      <w:r>
        <w:rPr>
          <w:rFonts w:ascii="IM Fell English" w:hAnsi="IM Fell English"/>
          <w:color w:val="141414"/>
          <w:sz w:val="24"/>
        </w:rPr>
        <w:t>Judy spoke first. "Old Brother Martin is rude. When we told him we wanted to talk about Jerry Thomas, he yelled at us to get off his porch and out of his yard. Billy tried to reason with him, but he just screamed awful things about your dad before slamming the door in our faces. I told my mom how mean he was—"</w:t>
      </w:r>
    </w:p>
    <w:p>
      <w:r>
        <w:rPr>
          <w:rFonts w:ascii="IM Fell English" w:hAnsi="IM Fell English"/>
          <w:color w:val="141414"/>
          <w:sz w:val="24"/>
        </w:rPr>
        <w:t>"Did you tell her anything else?"</w:t>
      </w:r>
    </w:p>
    <w:p>
      <w:r>
        <w:rPr>
          <w:rFonts w:ascii="IM Fell English" w:hAnsi="IM Fell English"/>
          <w:color w:val="141414"/>
          <w:sz w:val="24"/>
        </w:rPr>
        <w:t>"I might have... My mom and sister always ask about my day. I'm sorry. I won't do it again. I forgot my promise."</w:t>
      </w:r>
    </w:p>
    <w:p>
      <w:r>
        <w:rPr>
          <w:rFonts w:ascii="IM Fell English" w:hAnsi="IM Fell English"/>
          <w:color w:val="141414"/>
          <w:sz w:val="24"/>
        </w:rPr>
        <w:t>Martha frowned. She feared she couldn't trust Judy; this was proof. From now on, she would have to be careful about what she shared with her.</w:t>
      </w:r>
    </w:p>
    <w:p>
      <w:r>
        <w:rPr>
          <w:rFonts w:ascii="IM Fell English" w:hAnsi="IM Fell English"/>
          <w:color w:val="141414"/>
          <w:sz w:val="24"/>
        </w:rPr>
        <w:t>"Okay, but no more leaks. What about Sister Lewis?"</w:t>
      </w:r>
    </w:p>
    <w:p>
      <w:r>
        <w:rPr>
          <w:rFonts w:ascii="IM Fell English" w:hAnsi="IM Fell English"/>
          <w:color w:val="141414"/>
          <w:sz w:val="24"/>
        </w:rPr>
        <w:t>"She was funny," Billy said. "I'm trying to work our conversation into my next book."</w:t>
      </w:r>
    </w:p>
    <w:p>
      <w:r>
        <w:rPr>
          <w:rFonts w:ascii="IM Fell English" w:hAnsi="IM Fell English"/>
          <w:color w:val="141414"/>
          <w:sz w:val="24"/>
        </w:rPr>
        <w:t>Martha turned toward Billy. "Funny how?"</w:t>
      </w:r>
    </w:p>
    <w:p>
      <w:r>
        <w:rPr>
          <w:rFonts w:ascii="IM Fell English" w:hAnsi="IM Fell English"/>
          <w:color w:val="141414"/>
          <w:sz w:val="24"/>
        </w:rPr>
        <w:t>"She was as pleasant as could be. Invited us in, offered us sweet Southern iced tea—'made the right way.' Then she asked why we were there. I said, 'We'd like to talk to you about the day Rev. Thomas died.'"</w:t>
      </w:r>
    </w:p>
    <w:p>
      <w:r>
        <w:rPr>
          <w:rFonts w:ascii="IM Fell English" w:hAnsi="IM Fell English"/>
          <w:color w:val="141414"/>
          <w:sz w:val="24"/>
        </w:rPr>
        <w:t>Judy nudged Billy. "Tell them carefully and exactly what she said."</w:t>
      </w:r>
    </w:p>
    <w:p>
      <w:r>
        <w:rPr>
          <w:rFonts w:ascii="IM Fell English" w:hAnsi="IM Fell English"/>
          <w:color w:val="141414"/>
          <w:sz w:val="24"/>
        </w:rPr>
        <w:t>Martha cringed at Judy's phrasing.</w:t>
      </w:r>
    </w:p>
    <w:p>
      <w:r>
        <w:rPr>
          <w:rFonts w:ascii="IM Fell English" w:hAnsi="IM Fell English"/>
          <w:i/>
          <w:color w:val="141414"/>
          <w:sz w:val="24"/>
        </w:rPr>
        <w:t>To tell them, not to carefully and exactly tell them,</w:t>
      </w:r>
      <w:r>
        <w:rPr>
          <w:rFonts w:ascii="IM Fell English" w:hAnsi="IM Fell English"/>
          <w:color w:val="141414"/>
          <w:sz w:val="24"/>
        </w:rPr>
        <w:t xml:space="preserve"> she thought.</w:t>
      </w:r>
    </w:p>
    <w:p>
      <w:r>
        <w:rPr>
          <w:rFonts w:ascii="IM Fell English" w:hAnsi="IM Fell English"/>
          <w:color w:val="141414"/>
          <w:sz w:val="24"/>
        </w:rPr>
        <w:t>But she forced herself to set aside her mental grammar book and listen.</w:t>
      </w:r>
    </w:p>
    <w:p>
      <w:r>
        <w:rPr>
          <w:rFonts w:ascii="IM Fell English" w:hAnsi="IM Fell English"/>
          <w:color w:val="141414"/>
          <w:sz w:val="24"/>
        </w:rPr>
        <w:t>Billy continued. "She looked at me with a giant smile and said, 'So I'm a suspect? How exciting.' Then she turned to me and added, 'Someone told me you girls were becoming detectives—like Scooby-Doo. Do you have your own Mystery Machine?'"</w:t>
      </w:r>
    </w:p>
    <w:p>
      <w:r>
        <w:rPr>
          <w:rFonts w:ascii="IM Fell English" w:hAnsi="IM Fell English"/>
          <w:color w:val="141414"/>
          <w:sz w:val="24"/>
        </w:rPr>
        <w:t>Judy added, "Then she left the room and came back with a double-barreled shotgun. 'Would you like to look at it, maybe smell it, like they do on TV, to see if I've fired it?' she asked."</w:t>
      </w:r>
    </w:p>
    <w:p>
      <w:r>
        <w:rPr>
          <w:rFonts w:ascii="IM Fell English" w:hAnsi="IM Fell English"/>
          <w:color w:val="141414"/>
          <w:sz w:val="24"/>
        </w:rPr>
        <w:t>Billy nodded. "I asked her, 'Do you have any handguns?' 'Darn, I don't own one of those. All I have is Old Betsy here,' she said."</w:t>
      </w:r>
    </w:p>
    <w:p>
      <w:r>
        <w:rPr>
          <w:rFonts w:ascii="IM Fell English" w:hAnsi="IM Fell English"/>
          <w:color w:val="141414"/>
          <w:sz w:val="24"/>
        </w:rPr>
        <w:t>Billy chuckled. "Then she invited us to the backyard to watch her shoot it. I said yes. It was a hoot watching that enormous woman load and fire a 12-gauge. She's not a bad shot." Everyone at the table laughed.</w:t>
      </w:r>
    </w:p>
    <w:p>
      <w:r>
        <w:rPr>
          <w:rFonts w:ascii="IM Fell English" w:hAnsi="IM Fell English"/>
          <w:color w:val="141414"/>
          <w:sz w:val="24"/>
        </w:rPr>
        <w:t>Ken returned and sat down. "What've we gotten ourselves into?"</w:t>
      </w:r>
    </w:p>
    <w:p>
      <w:r>
        <w:rPr>
          <w:rFonts w:ascii="IM Fell English" w:hAnsi="IM Fell English"/>
          <w:color w:val="141414"/>
          <w:sz w:val="24"/>
        </w:rPr>
        <w:t>"The phone call?" Martha asked.</w:t>
      </w:r>
    </w:p>
    <w:p>
      <w:r>
        <w:rPr>
          <w:rFonts w:ascii="IM Fell English" w:hAnsi="IM Fell English"/>
          <w:color w:val="141414"/>
          <w:sz w:val="24"/>
        </w:rPr>
        <w:t>"It was the police in Columbus. They found the SUV with the broken back window."</w:t>
      </w:r>
    </w:p>
    <w:p>
      <w:r>
        <w:rPr>
          <w:rFonts w:ascii="IM Fell English" w:hAnsi="IM Fell English"/>
          <w:color w:val="141414"/>
          <w:sz w:val="24"/>
        </w:rPr>
        <w:t>"And?" Martha pressed.</w:t>
      </w:r>
    </w:p>
    <w:p>
      <w:r>
        <w:rPr>
          <w:rFonts w:ascii="IM Fell English" w:hAnsi="IM Fell English"/>
          <w:color w:val="141414"/>
          <w:sz w:val="24"/>
        </w:rPr>
        <w:t>"Someone wiped it down, but they could lift a print from the seat adjuster."</w:t>
      </w:r>
    </w:p>
    <w:p>
      <w:r>
        <w:rPr>
          <w:rFonts w:ascii="IM Fell English" w:hAnsi="IM Fell English"/>
          <w:color w:val="141414"/>
          <w:sz w:val="24"/>
        </w:rPr>
        <w:t>"So, we can find out who was driving?" Billy asked.</w:t>
      </w:r>
    </w:p>
    <w:p>
      <w:r>
        <w:rPr>
          <w:rFonts w:ascii="IM Fell English" w:hAnsi="IM Fell English"/>
          <w:color w:val="141414"/>
          <w:sz w:val="24"/>
        </w:rPr>
        <w:t>"Yes and no."</w:t>
      </w:r>
    </w:p>
    <w:p>
      <w:r>
        <w:rPr>
          <w:rFonts w:ascii="IM Fell English" w:hAnsi="IM Fell English"/>
          <w:color w:val="141414"/>
          <w:sz w:val="24"/>
        </w:rPr>
        <w:t>"Yes and no?" Martha frowned. "Either we can or we can't."</w:t>
      </w:r>
    </w:p>
    <w:p>
      <w:r>
        <w:rPr>
          <w:rFonts w:ascii="IM Fell English" w:hAnsi="IM Fell English"/>
          <w:i/>
          <w:color w:val="141414"/>
          <w:sz w:val="24"/>
        </w:rPr>
        <w:t>I abhor that answer</w:t>
      </w:r>
      <w:r>
        <w:rPr>
          <w:rFonts w:ascii="IM Fell English" w:hAnsi="IM Fell English"/>
          <w:color w:val="141414"/>
          <w:sz w:val="24"/>
        </w:rPr>
        <w:t>, she thought.</w:t>
      </w:r>
    </w:p>
    <w:p>
      <w:r>
        <w:rPr>
          <w:rFonts w:ascii="IM Fell English" w:hAnsi="IM Fell English"/>
          <w:color w:val="141414"/>
          <w:sz w:val="24"/>
        </w:rPr>
        <w:t>"They identified him," Ken said. "But here's the catch—he was reported dead in Iraq over ten years ago." Silence fell over the group.</w:t>
      </w:r>
    </w:p>
    <w:p>
      <w:r>
        <w:rPr>
          <w:rFonts w:ascii="IM Fell English" w:hAnsi="IM Fell English"/>
          <w:color w:val="141414"/>
          <w:sz w:val="24"/>
        </w:rPr>
        <w:t>Finally, Mary asked, "Dead how?"</w:t>
      </w:r>
    </w:p>
    <w:p>
      <w:r>
        <w:rPr>
          <w:rFonts w:ascii="IM Fell English" w:hAnsi="IM Fell English"/>
          <w:color w:val="141414"/>
          <w:sz w:val="24"/>
        </w:rPr>
        <w:t>"According to Army Special Forces, he died in Iraq when an IED blew up the truck he was driving," Ken explained.</w:t>
      </w:r>
    </w:p>
    <w:p>
      <w:r>
        <w:rPr>
          <w:rFonts w:ascii="IM Fell English" w:hAnsi="IM Fell English"/>
          <w:color w:val="141414"/>
          <w:sz w:val="24"/>
        </w:rPr>
        <w:t>"How is that possible? He was in Columbus today," Martha said.</w:t>
      </w:r>
    </w:p>
    <w:p>
      <w:r>
        <w:rPr>
          <w:rFonts w:ascii="IM Fell English" w:hAnsi="IM Fell English"/>
          <w:color w:val="141414"/>
          <w:sz w:val="24"/>
        </w:rPr>
        <w:t>"I think he might be a spook—CIA or something. Maybe they faked his death."</w:t>
      </w:r>
    </w:p>
    <w:p>
      <w:r>
        <w:rPr>
          <w:rFonts w:ascii="IM Fell English" w:hAnsi="IM Fell English"/>
          <w:color w:val="141414"/>
          <w:sz w:val="24"/>
        </w:rPr>
        <w:t>The table went quiet again.</w:t>
      </w:r>
    </w:p>
    <w:p>
      <w:r>
        <w:rPr>
          <w:rFonts w:ascii="IM Fell English" w:hAnsi="IM Fell English"/>
          <w:color w:val="141414"/>
          <w:sz w:val="24"/>
        </w:rPr>
        <w:t>After a long pause, Martha asked, "So what do we do now?"</w:t>
      </w:r>
    </w:p>
    <w:p>
      <w:r>
        <w:rPr>
          <w:rFonts w:ascii="IM Fell English" w:hAnsi="IM Fell English"/>
          <w:color w:val="141414"/>
          <w:sz w:val="24"/>
        </w:rPr>
        <w:t xml:space="preserve">"I don't know about them, but </w:t>
      </w:r>
      <w:r>
        <w:rPr>
          <w:rFonts w:ascii="IM Fell English" w:hAnsi="IM Fell English"/>
          <w:i/>
          <w:color w:val="141414"/>
          <w:sz w:val="24"/>
        </w:rPr>
        <w:t>you</w:t>
      </w:r>
      <w:r>
        <w:rPr>
          <w:rFonts w:ascii="IM Fell English" w:hAnsi="IM Fell English"/>
          <w:color w:val="141414"/>
          <w:sz w:val="24"/>
        </w:rPr>
        <w:t xml:space="preserve"> and </w:t>
      </w:r>
      <w:r>
        <w:rPr>
          <w:rFonts w:ascii="IM Fell English" w:hAnsi="IM Fell English"/>
          <w:i/>
          <w:color w:val="141414"/>
          <w:sz w:val="24"/>
        </w:rPr>
        <w:t>I</w:t>
      </w:r>
      <w:r>
        <w:rPr>
          <w:rFonts w:ascii="IM Fell English" w:hAnsi="IM Fell English"/>
          <w:color w:val="141414"/>
          <w:sz w:val="24"/>
        </w:rPr>
        <w:t xml:space="preserve"> are going back to Columbus," Ken said. "We're meeting the chief of detectives on Monday at 10:00 a.m. Believe me, they're taking this seriously now."</w:t>
      </w:r>
    </w:p>
    <w:p>
      <w:r>
        <w:rPr>
          <w:rFonts w:ascii="IM Fell English" w:hAnsi="IM Fell English"/>
          <w:color w:val="141414"/>
          <w:sz w:val="24"/>
        </w:rPr>
        <w:t>"While we're there, let's find the nurse and the other girl," Martha said.</w:t>
      </w:r>
    </w:p>
    <w:p>
      <w:r>
        <w:rPr>
          <w:rFonts w:ascii="IM Fell English" w:hAnsi="IM Fell English"/>
          <w:color w:val="141414"/>
          <w:sz w:val="24"/>
        </w:rPr>
        <w:t>"Nurse and other girl?" Billy asked.</w:t>
      </w:r>
    </w:p>
    <w:p>
      <w:r>
        <w:rPr>
          <w:rFonts w:ascii="IM Fell English" w:hAnsi="IM Fell English"/>
          <w:color w:val="141414"/>
          <w:sz w:val="24"/>
        </w:rPr>
        <w:t>"There's a nurse at a Columbus hospital who can prove Jamal wasn't here the afternoon of Dad's murder, and a girl from a hot-dog stand can alibi him as well."</w:t>
      </w:r>
    </w:p>
    <w:p>
      <w:r>
        <w:rPr>
          <w:rFonts w:ascii="IM Fell English" w:hAnsi="IM Fell English"/>
          <w:color w:val="141414"/>
          <w:sz w:val="24"/>
        </w:rPr>
        <w:t>"What're their names?" Judy asked.</w:t>
      </w:r>
    </w:p>
    <w:p>
      <w:r>
        <w:rPr>
          <w:rFonts w:ascii="IM Fell English" w:hAnsi="IM Fell English"/>
          <w:color w:val="141414"/>
          <w:sz w:val="24"/>
        </w:rPr>
        <w:t>"I have the hot-dog girl's number, but we only have a description of the nurse," Ken said.</w:t>
      </w:r>
    </w:p>
    <w:p>
      <w:r>
        <w:rPr>
          <w:rFonts w:ascii="IM Fell English" w:hAnsi="IM Fell English"/>
          <w:color w:val="141414"/>
          <w:sz w:val="24"/>
        </w:rPr>
        <w:t>Judy frowned. "How do you plan to find a nurse in Columbus based on a description? What do you know about her?"</w:t>
      </w:r>
    </w:p>
    <w:p>
      <w:r>
        <w:rPr>
          <w:rFonts w:ascii="IM Fell English" w:hAnsi="IM Fell English"/>
          <w:color w:val="141414"/>
          <w:sz w:val="24"/>
        </w:rPr>
        <w:t xml:space="preserve">"We know where she works. She has long red hair and is... well, </w:t>
      </w:r>
      <w:r>
        <w:rPr>
          <w:rFonts w:ascii="IM Fell English" w:hAnsi="IM Fell English"/>
          <w:i/>
          <w:color w:val="141414"/>
          <w:sz w:val="24"/>
        </w:rPr>
        <w:t>blessed</w:t>
      </w:r>
      <w:r>
        <w:rPr>
          <w:rFonts w:ascii="IM Fell English" w:hAnsi="IM Fell English"/>
          <w:color w:val="141414"/>
          <w:sz w:val="24"/>
        </w:rPr>
        <w:t>," Ken said, glancing around the table.</w:t>
      </w:r>
    </w:p>
    <w:p>
      <w:r>
        <w:rPr>
          <w:rFonts w:ascii="IM Fell English" w:hAnsi="IM Fell English"/>
          <w:color w:val="141414"/>
          <w:sz w:val="24"/>
        </w:rPr>
        <w:t>"Blessed?" Judy raised an eyebrow.</w:t>
      </w:r>
    </w:p>
    <w:p>
      <w:r>
        <w:rPr>
          <w:rFonts w:ascii="IM Fell English" w:hAnsi="IM Fell English"/>
          <w:color w:val="141414"/>
          <w:sz w:val="24"/>
        </w:rPr>
        <w:t>"She has big breasts," Martha said flatly.</w:t>
      </w:r>
    </w:p>
    <w:p>
      <w:r>
        <w:rPr>
          <w:rFonts w:ascii="IM Fell English" w:hAnsi="IM Fell English"/>
          <w:color w:val="141414"/>
          <w:sz w:val="24"/>
        </w:rPr>
        <w:t>Judy sighed. "Great. You're looking for a hot, redheaded nurse with big tits. Sounds more like a porno video."</w:t>
      </w:r>
    </w:p>
    <w:p>
      <w:r>
        <w:rPr>
          <w:rFonts w:ascii="IM Fell English" w:hAnsi="IM Fell English"/>
          <w:color w:val="141414"/>
          <w:sz w:val="24"/>
        </w:rPr>
        <w:t>Everyone chuckled softly.</w:t>
      </w:r>
    </w:p>
    <w:p>
      <w:r>
        <w:rPr>
          <w:rFonts w:ascii="IM Fell English" w:hAnsi="IM Fell English"/>
          <w:color w:val="141414"/>
          <w:sz w:val="24"/>
        </w:rPr>
        <w:t xml:space="preserve">Martha was sure everyone was wondering the same thing Ken had earlier: </w:t>
      </w:r>
      <w:r>
        <w:rPr>
          <w:rFonts w:ascii="IM Fell English" w:hAnsi="IM Fell English"/>
          <w:i/>
          <w:color w:val="141414"/>
          <w:sz w:val="24"/>
        </w:rPr>
        <w:t>What've we gotten ourselves into?</w:t>
      </w:r>
    </w:p>
    <w:p>
      <w:r>
        <w:rPr>
          <w:rFonts w:ascii="IM Fell English" w:hAnsi="IM Fell English"/>
          <w:color w:val="141414"/>
          <w:sz w:val="24"/>
        </w:rPr>
        <w:t>Ken and Martha arrived at the Columbus Police Station at 9:45. The duty sergeant led them into Detective Bedale's office.</w:t>
      </w:r>
    </w:p>
    <w:p>
      <w:r>
        <w:rPr>
          <w:rFonts w:ascii="IM Fell English" w:hAnsi="IM Fell English"/>
          <w:color w:val="141414"/>
          <w:sz w:val="24"/>
        </w:rPr>
        <w:t>"Tell me everything, start at the very beginning," Bedale said.</w:t>
      </w:r>
    </w:p>
    <w:p>
      <w:r>
        <w:rPr>
          <w:rFonts w:ascii="IM Fell English" w:hAnsi="IM Fell English"/>
          <w:color w:val="141414"/>
          <w:sz w:val="24"/>
        </w:rPr>
        <w:t>Martha told him about her father's murder.</w:t>
      </w:r>
    </w:p>
    <w:p>
      <w:r>
        <w:rPr>
          <w:rFonts w:ascii="IM Fell English" w:hAnsi="IM Fell English"/>
          <w:color w:val="141414"/>
          <w:sz w:val="24"/>
        </w:rPr>
        <w:t>"Wait a moment," Bedale said, checking a file. "I thought I remembered reading about a Tahoe stolen from the long-term parking lot on the same day as the murder. Please go on."</w:t>
      </w:r>
    </w:p>
    <w:p>
      <w:r>
        <w:rPr>
          <w:rFonts w:ascii="IM Fell English" w:hAnsi="IM Fell English"/>
          <w:color w:val="141414"/>
          <w:sz w:val="24"/>
        </w:rPr>
        <w:t>Ken then explained Martha's accident, Mary's abduction, and what happened to D.J., pointing out everything Malroy had missed in his investigation.</w:t>
      </w:r>
    </w:p>
    <w:p>
      <w:r>
        <w:rPr>
          <w:rFonts w:ascii="IM Fell English" w:hAnsi="IM Fell English"/>
          <w:color w:val="141414"/>
          <w:sz w:val="24"/>
        </w:rPr>
        <w:t>Bedale leaned back in his chair. "I hate to piss on your bonfire, but Malroy is a complete asshole and doesn't understand police procedure."</w:t>
      </w:r>
    </w:p>
    <w:p>
      <w:r>
        <w:rPr>
          <w:rFonts w:ascii="IM Fell English" w:hAnsi="IM Fell English"/>
          <w:color w:val="141414"/>
          <w:sz w:val="24"/>
        </w:rPr>
        <w:t>"Unfortunately, that isn't the case," Ken said.</w:t>
      </w:r>
    </w:p>
    <w:p>
      <w:r>
        <w:rPr>
          <w:rFonts w:ascii="IM Fell English" w:hAnsi="IM Fell English"/>
          <w:color w:val="141414"/>
          <w:sz w:val="24"/>
        </w:rPr>
        <w:t>"Then he's bent."</w:t>
      </w:r>
    </w:p>
    <w:p>
      <w:r>
        <w:rPr>
          <w:rFonts w:ascii="IM Fell English" w:hAnsi="IM Fell English"/>
          <w:color w:val="141414"/>
          <w:sz w:val="24"/>
        </w:rPr>
        <w:t>"That's my fear, which is sad because he's always seemed a model officer," Ken said.</w:t>
      </w:r>
    </w:p>
    <w:p>
      <w:r>
        <w:rPr>
          <w:rFonts w:ascii="IM Fell English" w:hAnsi="IM Fell English"/>
          <w:color w:val="141414"/>
          <w:sz w:val="24"/>
        </w:rPr>
        <w:t>"That's the way it always is. No one suspects anything until it comes out. I had a partner who was bad, but I don't know," Bedale said.</w:t>
      </w:r>
    </w:p>
    <w:p>
      <w:r>
        <w:rPr>
          <w:rFonts w:ascii="IM Fell English" w:hAnsi="IM Fell English"/>
          <w:color w:val="141414"/>
          <w:sz w:val="24"/>
        </w:rPr>
        <w:t>They both fell silent, and the only sound Martha could hear was the office noise outside the door.</w:t>
      </w:r>
    </w:p>
    <w:p>
      <w:r>
        <w:rPr>
          <w:rFonts w:ascii="IM Fell English" w:hAnsi="IM Fell English"/>
          <w:color w:val="141414"/>
          <w:sz w:val="24"/>
        </w:rPr>
        <w:t>After what felt like an eternity to her, Bedale spoke. "We need to keep Malroy out of the loop, just in case."</w:t>
      </w:r>
    </w:p>
    <w:p>
      <w:r>
        <w:rPr>
          <w:rFonts w:ascii="IM Fell English" w:hAnsi="IM Fell English"/>
          <w:color w:val="141414"/>
          <w:sz w:val="24"/>
        </w:rPr>
        <w:t>"I agree," Ken said.</w:t>
      </w:r>
    </w:p>
    <w:p>
      <w:r>
        <w:rPr>
          <w:rFonts w:ascii="IM Fell English" w:hAnsi="IM Fell English"/>
          <w:color w:val="141414"/>
          <w:sz w:val="24"/>
        </w:rPr>
        <w:t>"Now, what're you going to do?" Bedale asked.</w:t>
      </w:r>
    </w:p>
    <w:p>
      <w:r>
        <w:rPr>
          <w:rFonts w:ascii="IM Fell English" w:hAnsi="IM Fell English"/>
          <w:color w:val="141414"/>
          <w:sz w:val="24"/>
        </w:rPr>
        <w:t>"We're going to find the nurse and the girl from the hot dog place," Martha said.</w:t>
      </w:r>
    </w:p>
    <w:p>
      <w:r>
        <w:rPr>
          <w:rFonts w:ascii="IM Fell English" w:hAnsi="IM Fell English"/>
          <w:color w:val="141414"/>
          <w:sz w:val="24"/>
        </w:rPr>
        <w:t>"I wish I could assign an officer to help, but we're down two men because of budget cuts," Bedale said.</w:t>
      </w:r>
    </w:p>
    <w:p>
      <w:r>
        <w:rPr>
          <w:rFonts w:ascii="IM Fell English" w:hAnsi="IM Fell English"/>
          <w:color w:val="141414"/>
          <w:sz w:val="24"/>
        </w:rPr>
        <w:t>"I think we'll be okay. I'm carrying," Ken said.</w:t>
      </w:r>
    </w:p>
    <w:p>
      <w:r>
        <w:rPr>
          <w:rFonts w:ascii="IM Fell English" w:hAnsi="IM Fell English"/>
          <w:color w:val="141414"/>
          <w:sz w:val="24"/>
        </w:rPr>
        <w:t>"What about you, Ms.?" Bedale asked.</w:t>
      </w:r>
    </w:p>
    <w:p>
      <w:r>
        <w:rPr>
          <w:rFonts w:ascii="IM Fell English" w:hAnsi="IM Fell English"/>
          <w:color w:val="141414"/>
          <w:sz w:val="24"/>
        </w:rPr>
        <w:t>"What about me?"</w:t>
      </w:r>
    </w:p>
    <w:p>
      <w:r>
        <w:rPr>
          <w:rFonts w:ascii="IM Fell English" w:hAnsi="IM Fell English"/>
          <w:color w:val="141414"/>
          <w:sz w:val="24"/>
        </w:rPr>
        <w:t>"Are you also carrying?"</w:t>
      </w:r>
    </w:p>
    <w:p>
      <w:r>
        <w:rPr>
          <w:rFonts w:ascii="IM Fell English" w:hAnsi="IM Fell English"/>
          <w:color w:val="141414"/>
          <w:sz w:val="24"/>
        </w:rPr>
        <w:t>"No, I've never... never needed to."</w:t>
      </w:r>
    </w:p>
    <w:p>
      <w:r>
        <w:rPr>
          <w:rFonts w:ascii="IM Fell English" w:hAnsi="IM Fell English"/>
          <w:color w:val="141414"/>
          <w:sz w:val="24"/>
        </w:rPr>
        <w:t>"I believe you may have the need now, if you don't mind me saying so."</w:t>
      </w:r>
    </w:p>
    <w:p>
      <w:r>
        <w:rPr>
          <w:rFonts w:ascii="IM Fell English" w:hAnsi="IM Fell English"/>
          <w:color w:val="141414"/>
          <w:sz w:val="24"/>
        </w:rPr>
        <w:t>"What a great idea," Ken said. "I wish I had thought of it."</w:t>
      </w:r>
    </w:p>
    <w:p>
      <w:r>
        <w:rPr>
          <w:rFonts w:ascii="IM Fell English" w:hAnsi="IM Fell English"/>
          <w:color w:val="141414"/>
          <w:sz w:val="24"/>
        </w:rPr>
        <w:t>I never thought of myself as a pistol-packing mama, but it might not be a bad idea. Someone might try to kill me again. I might even suggest it to Mary. No, Mary with a gun is a scary thought.</w:t>
      </w:r>
    </w:p>
    <w:p>
      <w:r>
        <w:rPr>
          <w:rFonts w:ascii="IM Fell English" w:hAnsi="IM Fell English"/>
          <w:color w:val="141414"/>
          <w:sz w:val="24"/>
        </w:rPr>
        <w:t>"If what you said is true, you're dealing with a killer who has already killed twice. One more won't worry him," Bedale said.</w:t>
      </w:r>
    </w:p>
    <w:p>
      <w:r>
        <w:rPr>
          <w:rFonts w:ascii="IM Fell English" w:hAnsi="IM Fell English"/>
          <w:color w:val="141414"/>
          <w:sz w:val="24"/>
        </w:rPr>
        <w:t>"Or her," Martha added.</w:t>
      </w:r>
    </w:p>
    <w:p>
      <w:r>
        <w:rPr>
          <w:rFonts w:ascii="IM Fell English" w:hAnsi="IM Fell English"/>
          <w:color w:val="141414"/>
          <w:sz w:val="24"/>
        </w:rPr>
        <w:t>"Do you have any suspects?"</w:t>
      </w:r>
    </w:p>
    <w:p>
      <w:r>
        <w:rPr>
          <w:rFonts w:ascii="IM Fell English" w:hAnsi="IM Fell English"/>
          <w:color w:val="141414"/>
          <w:sz w:val="24"/>
        </w:rPr>
        <w:t>"Just the bearded man," Ken said.</w:t>
      </w:r>
    </w:p>
    <w:p>
      <w:r>
        <w:rPr>
          <w:rFonts w:ascii="IM Fell English" w:hAnsi="IM Fell English"/>
          <w:color w:val="141414"/>
          <w:sz w:val="24"/>
        </w:rPr>
        <w:t>"Harley Frank," Bedale said. "That's his name, for what good it will do you."</w:t>
      </w:r>
    </w:p>
    <w:p>
      <w:r>
        <w:rPr>
          <w:rFonts w:ascii="IM Fell English" w:hAnsi="IM Fell English"/>
          <w:color w:val="141414"/>
          <w:sz w:val="24"/>
        </w:rPr>
        <w:t>"We're on our way to the hospital to find the nurse," Martha said.</w:t>
      </w:r>
    </w:p>
    <w:p>
      <w:r>
        <w:rPr>
          <w:rFonts w:ascii="IM Fell English" w:hAnsi="IM Fell English"/>
          <w:color w:val="141414"/>
          <w:sz w:val="24"/>
        </w:rPr>
        <w:t>"I'm going to see what I can find out about this Harley Frank," Bedale said. "Call me and let me know what you find out."</w:t>
      </w:r>
    </w:p>
    <w:p>
      <w:r>
        <w:rPr>
          <w:rFonts w:ascii="IM Fell English" w:hAnsi="IM Fell English"/>
          <w:color w:val="141414"/>
          <w:sz w:val="24"/>
        </w:rPr>
        <w:t>"Will do, and you call us if you learn anything," Ken said.</w:t>
      </w:r>
    </w:p>
    <w:p>
      <w:r>
        <w:rPr>
          <w:rFonts w:ascii="IM Fell English" w:hAnsi="IM Fell English"/>
          <w:color w:val="141414"/>
          <w:sz w:val="24"/>
        </w:rPr>
        <w:t>Bedale led them to the door. "Ma'am, think seriously about what I said about the firearm."</w:t>
      </w:r>
    </w:p>
    <w:p>
      <w:r>
        <w:rPr>
          <w:rFonts w:ascii="IM Fell English" w:hAnsi="IM Fell English"/>
          <w:color w:val="141414"/>
          <w:sz w:val="24"/>
        </w:rPr>
        <w:t>They drove to Greater Columbus Hospital. It was an older facility, but well maintained—fresh paint on the walls and colored lines on the floors to aid navigation: yellow for surgery, red for the ER, blue for patients' rooms. They rode the elevator to the eleventh floor, the one Sarah had mentioned.</w:t>
      </w:r>
    </w:p>
    <w:p>
      <w:r>
        <w:rPr>
          <w:rFonts w:ascii="IM Fell English" w:hAnsi="IM Fell English"/>
          <w:color w:val="141414"/>
          <w:sz w:val="24"/>
        </w:rPr>
        <w:t>When the elevator doors opened, they faced the nurse's station. It was easy to pick out the nurse from D.J.'s description. She was 5'10", with long red hair, and, true to D.J.'s description, at least a D-cup. She wore a uniform designed to let the boys out to breathe. Martha looked over at Ken; his eyes were as enormous as saucers—a boy in a candy store.</w:t>
      </w:r>
    </w:p>
    <w:p>
      <w:r>
        <w:rPr>
          <w:rFonts w:ascii="IM Fell English" w:hAnsi="IM Fell English"/>
          <w:color w:val="141414"/>
          <w:sz w:val="24"/>
        </w:rPr>
        <w:t>She tapped him on the shoulder. "Really?"</w:t>
      </w:r>
    </w:p>
    <w:p>
      <w:r>
        <w:rPr>
          <w:rFonts w:ascii="IM Fell English" w:hAnsi="IM Fell English"/>
          <w:color w:val="141414"/>
          <w:sz w:val="24"/>
        </w:rPr>
        <w:t>He shook his head slightly and followed her out of the elevator.</w:t>
      </w:r>
    </w:p>
    <w:p>
      <w:r>
        <w:rPr>
          <w:rFonts w:ascii="IM Fell English" w:hAnsi="IM Fell English"/>
          <w:color w:val="141414"/>
          <w:sz w:val="24"/>
        </w:rPr>
        <w:t>"May we speak to you?" Martha asked the nurse.</w:t>
      </w:r>
    </w:p>
    <w:p>
      <w:r>
        <w:rPr>
          <w:rFonts w:ascii="IM Fell English" w:hAnsi="IM Fell English"/>
          <w:color w:val="141414"/>
          <w:sz w:val="24"/>
        </w:rPr>
        <w:t>The nurse turned to Martha. "Sure thing."</w:t>
      </w:r>
    </w:p>
    <w:p>
      <w:r>
        <w:rPr>
          <w:rFonts w:ascii="IM Fell English" w:hAnsi="IM Fell English"/>
          <w:color w:val="141414"/>
          <w:sz w:val="24"/>
        </w:rPr>
        <w:t>Martha pointed to a waiting area. "Over here, maybe?"</w:t>
      </w:r>
    </w:p>
    <w:p>
      <w:r>
        <w:rPr>
          <w:rFonts w:ascii="IM Fell English" w:hAnsi="IM Fell English"/>
          <w:color w:val="141414"/>
          <w:sz w:val="24"/>
        </w:rPr>
        <w:t>"One sec," the nurse said. She turned and spoke to the other nurses at the station.</w:t>
      </w:r>
    </w:p>
    <w:p>
      <w:r>
        <w:rPr>
          <w:rFonts w:ascii="IM Fell English" w:hAnsi="IM Fell English"/>
          <w:color w:val="141414"/>
          <w:sz w:val="24"/>
        </w:rPr>
        <w:t>When she walked out from behind the counter, it became clear she enjoyed displaying her figure. Her uniform was somewhere between a micro-mini and something decent, leaning heavily toward the former.</w:t>
      </w:r>
    </w:p>
    <w:p>
      <w:r>
        <w:rPr>
          <w:rFonts w:ascii="IM Fell English" w:hAnsi="IM Fell English"/>
          <w:color w:val="141414"/>
          <w:sz w:val="24"/>
        </w:rPr>
        <w:t>Her eyes locked on Ken's as she walked over and sat down in an overstuffed chair. "What can I do for you, sweets?"</w:t>
      </w:r>
    </w:p>
    <w:p>
      <w:r>
        <w:rPr>
          <w:rFonts w:ascii="IM Fell English" w:hAnsi="IM Fell English"/>
          <w:color w:val="141414"/>
          <w:sz w:val="24"/>
        </w:rPr>
        <w:t>"We'd like to ask you about a young man who was here to visit his mother a few weeks ago," Martha said.</w:t>
      </w:r>
    </w:p>
    <w:p>
      <w:r>
        <w:rPr>
          <w:rFonts w:ascii="IM Fell English" w:hAnsi="IM Fell English"/>
          <w:color w:val="141414"/>
          <w:sz w:val="24"/>
        </w:rPr>
        <w:t>"I see. We have so many people coming through here. I'm not sure I can remember one specific person, but I'll try," the nurse said.</w:t>
      </w:r>
    </w:p>
    <w:p>
      <w:r>
        <w:rPr>
          <w:rFonts w:ascii="IM Fell English" w:hAnsi="IM Fell English"/>
          <w:color w:val="141414"/>
          <w:sz w:val="24"/>
        </w:rPr>
        <w:t>Ken took out his phone. "Do you mind if I record this?"</w:t>
      </w:r>
    </w:p>
    <w:p>
      <w:r>
        <w:rPr>
          <w:rFonts w:ascii="IM Fell English" w:hAnsi="IM Fell English"/>
          <w:color w:val="141414"/>
          <w:sz w:val="24"/>
        </w:rPr>
        <w:t>"Sure, record away."</w:t>
      </w:r>
    </w:p>
    <w:p>
      <w:r>
        <w:rPr>
          <w:rFonts w:ascii="IM Fell English" w:hAnsi="IM Fell English"/>
          <w:color w:val="141414"/>
          <w:sz w:val="24"/>
        </w:rPr>
        <w:t>"First, what is your name?" Ken asked.</w:t>
      </w:r>
    </w:p>
    <w:p>
      <w:r>
        <w:rPr>
          <w:rFonts w:ascii="IM Fell English" w:hAnsi="IM Fell English"/>
          <w:color w:val="141414"/>
          <w:sz w:val="24"/>
        </w:rPr>
        <w:t>"Trista, Trista Johnson. That's T-R-I-S-T-A. Do you need my address and phone number?" she said, winking at Ken, who smiled back.</w:t>
      </w:r>
    </w:p>
    <w:p>
      <w:r>
        <w:rPr>
          <w:rFonts w:ascii="IM Fell English" w:hAnsi="IM Fell English"/>
          <w:color w:val="141414"/>
          <w:sz w:val="24"/>
        </w:rPr>
        <w:t>"I think all we need is your name for now," Martha said.</w:t>
      </w:r>
    </w:p>
    <w:p>
      <w:r>
        <w:rPr>
          <w:rFonts w:ascii="IM Fell English" w:hAnsi="IM Fell English"/>
          <w:color w:val="141414"/>
          <w:sz w:val="24"/>
        </w:rPr>
        <w:t>"Do you have a picture or anything?" Trista asked.</w:t>
      </w:r>
    </w:p>
    <w:p>
      <w:r>
        <w:rPr>
          <w:rFonts w:ascii="IM Fell English" w:hAnsi="IM Fell English"/>
          <w:color w:val="141414"/>
          <w:sz w:val="24"/>
        </w:rPr>
        <w:t>Martha pulled up the picture Sarah had sent her the night before.</w:t>
      </w:r>
    </w:p>
    <w:p>
      <w:r>
        <w:rPr>
          <w:rFonts w:ascii="IM Fell English" w:hAnsi="IM Fell English"/>
          <w:color w:val="141414"/>
          <w:sz w:val="24"/>
        </w:rPr>
        <w:t>"Sure, I remember him. He came to see his mother, who'd had surgery. He and his friend couldn't see her because she was out of her room."</w:t>
      </w:r>
    </w:p>
    <w:p>
      <w:r>
        <w:rPr>
          <w:rFonts w:ascii="IM Fell English" w:hAnsi="IM Fell English"/>
          <w:color w:val="141414"/>
          <w:sz w:val="24"/>
        </w:rPr>
        <w:t>"You're sure it was him?" Ken asked.</w:t>
      </w:r>
    </w:p>
    <w:p>
      <w:r>
        <w:rPr>
          <w:rFonts w:ascii="IM Fell English" w:hAnsi="IM Fell English"/>
          <w:color w:val="141414"/>
          <w:sz w:val="24"/>
        </w:rPr>
        <w:t>"Yes, he was smoking hot. I tried to get a date with him."</w:t>
      </w:r>
    </w:p>
    <w:p>
      <w:r>
        <w:rPr>
          <w:rFonts w:ascii="IM Fell English" w:hAnsi="IM Fell English"/>
          <w:color w:val="141414"/>
          <w:sz w:val="24"/>
        </w:rPr>
        <w:t>"Do you remember what day and time you saw him?" Ken asked.</w:t>
      </w:r>
    </w:p>
    <w:p>
      <w:r>
        <w:rPr>
          <w:rFonts w:ascii="IM Fell English" w:hAnsi="IM Fell English"/>
          <w:color w:val="141414"/>
          <w:sz w:val="24"/>
        </w:rPr>
        <w:t>"Let me check my phone. Here it is—Wednesday, December 12, at 1:30 PM. I took a picture of him and his friend."</w:t>
      </w:r>
    </w:p>
    <w:p>
      <w:r>
        <w:rPr>
          <w:rFonts w:ascii="IM Fell English" w:hAnsi="IM Fell English"/>
          <w:color w:val="141414"/>
          <w:sz w:val="24"/>
        </w:rPr>
        <w:t>"Thank you, I believe that's all we need for now," Martha said.</w:t>
      </w:r>
    </w:p>
    <w:p>
      <w:r>
        <w:rPr>
          <w:rFonts w:ascii="IM Fell English" w:hAnsi="IM Fell English"/>
          <w:color w:val="141414"/>
          <w:sz w:val="24"/>
        </w:rPr>
        <w:t>"Are you sure you don't need my number or address?" Trista asked Ken.</w:t>
      </w:r>
    </w:p>
    <w:p>
      <w:r>
        <w:rPr>
          <w:rFonts w:ascii="IM Fell English" w:hAnsi="IM Fell English"/>
          <w:color w:val="141414"/>
          <w:sz w:val="24"/>
        </w:rPr>
        <w:t>Martha stood up. "This will be fine."</w:t>
      </w:r>
    </w:p>
    <w:p>
      <w:r>
        <w:rPr>
          <w:rFonts w:ascii="IM Fell English" w:hAnsi="IM Fell English"/>
          <w:color w:val="141414"/>
          <w:sz w:val="24"/>
        </w:rPr>
        <w:t>Ken said, "Yes, please provide your contact information in case we need to contact you later."</w:t>
      </w:r>
    </w:p>
    <w:p>
      <w:r>
        <w:rPr>
          <w:rFonts w:ascii="IM Fell English" w:hAnsi="IM Fell English"/>
          <w:color w:val="141414"/>
          <w:sz w:val="24"/>
        </w:rPr>
        <w:t>Martha glared at him.</w:t>
      </w:r>
    </w:p>
    <w:p>
      <w:r>
        <w:rPr>
          <w:rFonts w:ascii="IM Fell English" w:hAnsi="IM Fell English"/>
          <w:color w:val="141414"/>
          <w:sz w:val="24"/>
        </w:rPr>
        <w:t>Once back in the elevator, Martha asked, "Did you get an eyeful?"</w:t>
      </w:r>
    </w:p>
    <w:p>
      <w:r>
        <w:rPr>
          <w:rFonts w:ascii="IM Fell English" w:hAnsi="IM Fell English"/>
          <w:color w:val="141414"/>
          <w:sz w:val="24"/>
        </w:rPr>
        <w:t>"Eyeful?"</w:t>
      </w:r>
    </w:p>
    <w:p>
      <w:r>
        <w:rPr>
          <w:rFonts w:ascii="IM Fell English" w:hAnsi="IM Fell English"/>
          <w:color w:val="141414"/>
          <w:sz w:val="24"/>
        </w:rPr>
        <w:t>"Don't tell me you weren't looking at her."</w:t>
      </w:r>
    </w:p>
    <w:p>
      <w:r>
        <w:rPr>
          <w:rFonts w:ascii="IM Fell English" w:hAnsi="IM Fell English"/>
          <w:color w:val="141414"/>
          <w:sz w:val="24"/>
        </w:rPr>
        <w:t>"It is only polite to look at someone who is speaking to you."</w:t>
      </w:r>
    </w:p>
    <w:p>
      <w:r>
        <w:rPr>
          <w:rFonts w:ascii="IM Fell English" w:hAnsi="IM Fell English"/>
          <w:color w:val="141414"/>
          <w:sz w:val="24"/>
        </w:rPr>
        <w:t>"But you don't have to drool."</w:t>
      </w:r>
    </w:p>
    <w:p>
      <w:r>
        <w:rPr>
          <w:rFonts w:ascii="IM Fell English" w:hAnsi="IM Fell English"/>
          <w:color w:val="141414"/>
          <w:sz w:val="24"/>
        </w:rPr>
        <w:t>"I didn't drool."</w:t>
      </w:r>
    </w:p>
    <w:p>
      <w:r>
        <w:rPr>
          <w:rFonts w:ascii="IM Fell English" w:hAnsi="IM Fell English"/>
          <w:color w:val="141414"/>
          <w:sz w:val="24"/>
        </w:rPr>
        <w:t>"Well, don't be so polite to her."</w:t>
      </w:r>
    </w:p>
    <w:p>
      <w:r>
        <w:rPr>
          <w:rFonts w:ascii="IM Fell English" w:hAnsi="IM Fell English"/>
          <w:color w:val="141414"/>
          <w:sz w:val="24"/>
        </w:rPr>
        <w:t>The drive over to Hot Dog Heaven was silent. Sitting in the car, they called the number Ken had.</w:t>
      </w:r>
    </w:p>
    <w:p>
      <w:r>
        <w:rPr>
          <w:rFonts w:ascii="IM Fell English" w:hAnsi="IM Fell English"/>
          <w:color w:val="141414"/>
          <w:sz w:val="24"/>
        </w:rPr>
        <w:t>"Hello, Kali here."</w:t>
      </w:r>
    </w:p>
    <w:p>
      <w:r>
        <w:rPr>
          <w:rFonts w:ascii="IM Fell English" w:hAnsi="IM Fell English"/>
          <w:color w:val="141414"/>
          <w:sz w:val="24"/>
        </w:rPr>
        <w:t>"Hello, my name is Ken Henderson. I'm a police officer and would like to talk to you. Are you at work now?"</w:t>
      </w:r>
    </w:p>
    <w:p>
      <w:r>
        <w:rPr>
          <w:rFonts w:ascii="IM Fell English" w:hAnsi="IM Fell English"/>
          <w:color w:val="141414"/>
          <w:sz w:val="24"/>
        </w:rPr>
        <w:t>"Yes, what is this about?"</w:t>
      </w:r>
    </w:p>
    <w:p>
      <w:r>
        <w:rPr>
          <w:rFonts w:ascii="IM Fell English" w:hAnsi="IM Fell English"/>
          <w:color w:val="141414"/>
          <w:sz w:val="24"/>
        </w:rPr>
        <w:t>"I'll be there in a moment. We can discuss it then."</w:t>
      </w:r>
    </w:p>
    <w:p>
      <w:r>
        <w:rPr>
          <w:rFonts w:ascii="IM Fell English" w:hAnsi="IM Fell English"/>
          <w:color w:val="141414"/>
          <w:sz w:val="24"/>
        </w:rPr>
        <w:t>He hung up his phone. "She's there."</w:t>
      </w:r>
    </w:p>
    <w:p>
      <w:r>
        <w:rPr>
          <w:rFonts w:ascii="IM Fell English" w:hAnsi="IM Fell English"/>
          <w:color w:val="141414"/>
          <w:sz w:val="24"/>
        </w:rPr>
        <w:t>When they entered, they saw a teenager with her father.</w:t>
      </w:r>
    </w:p>
    <w:p>
      <w:r>
        <w:rPr>
          <w:rFonts w:ascii="IM Fell English" w:hAnsi="IM Fell English"/>
          <w:color w:val="141414"/>
          <w:sz w:val="24"/>
        </w:rPr>
        <w:t>Ken approached them. "May I talk to you for a moment, Kali?"</w:t>
      </w:r>
    </w:p>
    <w:p>
      <w:r>
        <w:rPr>
          <w:rFonts w:ascii="IM Fell English" w:hAnsi="IM Fell English"/>
          <w:color w:val="141414"/>
          <w:sz w:val="24"/>
        </w:rPr>
        <w:t>"You the police?" her father asked.</w:t>
      </w:r>
    </w:p>
    <w:p>
      <w:r>
        <w:rPr>
          <w:rFonts w:ascii="IM Fell English" w:hAnsi="IM Fell English"/>
          <w:color w:val="141414"/>
          <w:sz w:val="24"/>
        </w:rPr>
        <w:t>"Yes."</w:t>
      </w:r>
    </w:p>
    <w:p>
      <w:r>
        <w:rPr>
          <w:rFonts w:ascii="IM Fell English" w:hAnsi="IM Fell English"/>
          <w:color w:val="141414"/>
          <w:sz w:val="24"/>
        </w:rPr>
        <w:t>"Can I see your badge?" Ken flashed his badge. "You don't talk to my daughter. Go now."</w:t>
      </w:r>
    </w:p>
    <w:p>
      <w:r>
        <w:rPr>
          <w:rFonts w:ascii="IM Fell English" w:hAnsi="IM Fell English"/>
          <w:color w:val="141414"/>
          <w:sz w:val="24"/>
        </w:rPr>
        <w:t>"I just need a moment of her time. If I leave, I'll be back with uniformed officers, and that will disrupt your customers. There's no need for that."</w:t>
      </w:r>
    </w:p>
    <w:p>
      <w:r>
        <w:rPr>
          <w:rFonts w:ascii="IM Fell English" w:hAnsi="IM Fell English"/>
          <w:color w:val="141414"/>
          <w:sz w:val="24"/>
        </w:rPr>
        <w:t>Her father conceded, "You can talk for just a minute."</w:t>
      </w:r>
    </w:p>
    <w:p>
      <w:r>
        <w:rPr>
          <w:rFonts w:ascii="IM Fell English" w:hAnsi="IM Fell English"/>
          <w:color w:val="141414"/>
          <w:sz w:val="24"/>
        </w:rPr>
        <w:t>"Yes," Ken said, "and you can stay here."</w:t>
      </w:r>
    </w:p>
    <w:p>
      <w:r>
        <w:rPr>
          <w:rFonts w:ascii="IM Fell English" w:hAnsi="IM Fell English"/>
          <w:color w:val="141414"/>
          <w:sz w:val="24"/>
        </w:rPr>
        <w:t>Her father looked at his daughter. "You can talk."</w:t>
      </w:r>
    </w:p>
    <w:p>
      <w:r>
        <w:rPr>
          <w:rFonts w:ascii="IM Fell English" w:hAnsi="IM Fell English"/>
          <w:color w:val="141414"/>
          <w:sz w:val="24"/>
        </w:rPr>
        <w:t>"I want to record this. I can send you a copy," Ken said to the father.</w:t>
      </w:r>
    </w:p>
    <w:p>
      <w:r>
        <w:rPr>
          <w:rFonts w:ascii="IM Fell English" w:hAnsi="IM Fell English"/>
          <w:color w:val="141414"/>
          <w:sz w:val="24"/>
        </w:rPr>
        <w:t>Her father nodded. "She can talk now."</w:t>
      </w:r>
    </w:p>
    <w:p>
      <w:r>
        <w:rPr>
          <w:rFonts w:ascii="IM Fell English" w:hAnsi="IM Fell English"/>
          <w:color w:val="141414"/>
          <w:sz w:val="24"/>
        </w:rPr>
        <w:t>Martha dug her phone out of her purse and showed Kali Jamal's picture. "Do you remember seeing this man here on December 12 in the afternoon?"</w:t>
      </w:r>
    </w:p>
    <w:p>
      <w:r>
        <w:rPr>
          <w:rFonts w:ascii="IM Fell English" w:hAnsi="IM Fell English"/>
          <w:color w:val="141414"/>
          <w:sz w:val="24"/>
        </w:rPr>
        <w:t>Kali looked at her father, who nodded. "He was here with a friend."</w:t>
      </w:r>
    </w:p>
    <w:p>
      <w:r>
        <w:rPr>
          <w:rFonts w:ascii="IM Fell English" w:hAnsi="IM Fell English"/>
          <w:color w:val="141414"/>
          <w:sz w:val="24"/>
        </w:rPr>
        <w:t>"You flirted with him?" her father asked.</w:t>
      </w:r>
    </w:p>
    <w:p>
      <w:r>
        <w:rPr>
          <w:rFonts w:ascii="IM Fell English" w:hAnsi="IM Fell English"/>
          <w:color w:val="141414"/>
          <w:sz w:val="24"/>
        </w:rPr>
        <w:t>"No, Papa."</w:t>
      </w:r>
    </w:p>
    <w:p>
      <w:r>
        <w:rPr>
          <w:rFonts w:ascii="IM Fell English" w:hAnsi="IM Fell English"/>
          <w:color w:val="141414"/>
          <w:sz w:val="24"/>
        </w:rPr>
        <w:t>Ken stood up. "Can you show me how you make deep-fried hot dogs? I've never heard of such a thing."</w:t>
      </w:r>
    </w:p>
    <w:p>
      <w:r>
        <w:rPr>
          <w:rFonts w:ascii="IM Fell English" w:hAnsi="IM Fell English"/>
          <w:color w:val="141414"/>
          <w:sz w:val="24"/>
        </w:rPr>
        <w:t>Kali's father agreed and, gesturing animatedly, walked with Ken toward the kitchen.</w:t>
      </w:r>
    </w:p>
    <w:p>
      <w:r>
        <w:rPr>
          <w:rFonts w:ascii="IM Fell English" w:hAnsi="IM Fell English"/>
          <w:color w:val="141414"/>
          <w:sz w:val="24"/>
        </w:rPr>
        <w:t>Martha leaned in. "We're alone now, Kali. You need to tell me the truth."</w:t>
      </w:r>
    </w:p>
    <w:p>
      <w:r>
        <w:rPr>
          <w:rFonts w:ascii="IM Fell English" w:hAnsi="IM Fell English"/>
          <w:color w:val="141414"/>
          <w:sz w:val="24"/>
        </w:rPr>
        <w:t>"I did flirt with them, but I was too young for them, I think."</w:t>
      </w:r>
    </w:p>
    <w:p>
      <w:r>
        <w:rPr>
          <w:rFonts w:ascii="IM Fell English" w:hAnsi="IM Fell English"/>
          <w:color w:val="141414"/>
          <w:sz w:val="24"/>
        </w:rPr>
        <w:t>Martha pressed, "You're sure they were here?"</w:t>
      </w:r>
    </w:p>
    <w:p>
      <w:r>
        <w:rPr>
          <w:rFonts w:ascii="IM Fell English" w:hAnsi="IM Fell English"/>
          <w:color w:val="141414"/>
          <w:sz w:val="24"/>
        </w:rPr>
        <w:t>"I gave them both my number, and I don't do that a lot."</w:t>
      </w:r>
    </w:p>
    <w:p>
      <w:r>
        <w:rPr>
          <w:rFonts w:ascii="IM Fell English" w:hAnsi="IM Fell English"/>
          <w:color w:val="141414"/>
          <w:sz w:val="24"/>
        </w:rPr>
        <w:t>Martha said, "Thank you for the honesty."</w:t>
      </w:r>
    </w:p>
    <w:p>
      <w:r>
        <w:rPr>
          <w:rFonts w:ascii="IM Fell English" w:hAnsi="IM Fell English"/>
          <w:color w:val="141414"/>
          <w:sz w:val="24"/>
        </w:rPr>
        <w:t>"I think we will have two of those deep-fried hot dogs," Ken said as he returned to the table with Kali's father.</w:t>
      </w:r>
    </w:p>
    <w:p>
      <w:r>
        <w:rPr>
          <w:rFonts w:ascii="IM Fell English" w:hAnsi="IM Fell English"/>
          <w:color w:val="141414"/>
          <w:sz w:val="24"/>
        </w:rPr>
        <w:t>"Kali, you put in the order. These are on the house," Kali's father said.</w:t>
      </w:r>
    </w:p>
    <w:p>
      <w:r>
        <w:rPr>
          <w:rFonts w:ascii="IM Fell English" w:hAnsi="IM Fell English"/>
          <w:color w:val="141414"/>
          <w:sz w:val="24"/>
        </w:rPr>
        <w:t>Back in the Camaro, Ken said, "Two and a half hours."</w:t>
      </w:r>
    </w:p>
    <w:p>
      <w:r>
        <w:rPr>
          <w:rFonts w:ascii="IM Fell English" w:hAnsi="IM Fell English"/>
          <w:color w:val="141414"/>
          <w:sz w:val="24"/>
        </w:rPr>
        <w:t>"What?"</w:t>
      </w:r>
    </w:p>
    <w:p>
      <w:r>
        <w:rPr>
          <w:rFonts w:ascii="IM Fell English" w:hAnsi="IM Fell English"/>
          <w:color w:val="141414"/>
          <w:sz w:val="24"/>
        </w:rPr>
        <w:t>"It took us two and a half hours to prove that Jamal couldn't have murdered your father."</w:t>
      </w:r>
    </w:p>
    <w:p>
      <w:r>
        <w:rPr>
          <w:rFonts w:ascii="IM Fell English" w:hAnsi="IM Fell English"/>
          <w:color w:val="141414"/>
          <w:sz w:val="24"/>
        </w:rPr>
        <w:t>"Yes," Martha said. "So?"</w:t>
      </w:r>
    </w:p>
    <w:p>
      <w:r>
        <w:rPr>
          <w:rFonts w:ascii="IM Fell English" w:hAnsi="IM Fell English"/>
          <w:color w:val="141414"/>
          <w:sz w:val="24"/>
        </w:rPr>
        <w:t>"Malroy was going to let that poor boy spend the rest of his life in prison, even though we'd proven his innocence in just two and a half hours."</w:t>
      </w:r>
    </w:p>
    <w:p>
      <w:r>
        <w:rPr>
          <w:rFonts w:ascii="IM Fell English" w:hAnsi="IM Fell English"/>
          <w:color w:val="141414"/>
          <w:sz w:val="24"/>
        </w:rPr>
        <w:t>"That doesn't look good for Malroy."</w:t>
      </w:r>
    </w:p>
    <w:p>
      <w:r>
        <w:rPr>
          <w:rFonts w:ascii="IM Fell English" w:hAnsi="IM Fell English"/>
          <w:color w:val="141414"/>
          <w:sz w:val="24"/>
        </w:rPr>
        <w:t>"I think he's bent, like Bedale said," Ken said. "What a waste."</w:t>
      </w:r>
    </w:p>
    <w:p>
      <w:r>
        <w:rPr>
          <w:rFonts w:ascii="IM Fell English" w:hAnsi="IM Fell English"/>
          <w:color w:val="141414"/>
          <w:sz w:val="24"/>
        </w:rPr>
        <w:t>"What now?" Martha asked.</w:t>
      </w:r>
    </w:p>
    <w:p>
      <w:r>
        <w:rPr>
          <w:rFonts w:ascii="IM Fell English" w:hAnsi="IM Fell English"/>
          <w:color w:val="141414"/>
          <w:sz w:val="24"/>
        </w:rPr>
        <w:t>"I guess I'll take this proof to the Chief."</w:t>
      </w:r>
    </w:p>
    <w:p>
      <w:r>
        <w:rPr>
          <w:rFonts w:ascii="IM Fell English" w:hAnsi="IM Fell English"/>
          <w:color w:val="141414"/>
          <w:sz w:val="24"/>
        </w:rPr>
        <w:t>"Do you want me to go with you for support?"</w:t>
      </w:r>
    </w:p>
    <w:p>
      <w:r>
        <w:rPr>
          <w:rFonts w:ascii="IM Fell English" w:hAnsi="IM Fell English"/>
          <w:color w:val="141414"/>
          <w:sz w:val="24"/>
        </w:rPr>
        <w:t>"That would be great," Ken said. "I'll need all the support I can get."</w:t>
      </w:r>
    </w:p>
    <w:p>
      <w:r>
        <w:rPr>
          <w:rFonts w:ascii="IM Fell English" w:hAnsi="IM Fell English"/>
          <w:color w:val="141414"/>
          <w:sz w:val="24"/>
        </w:rPr>
        <w:t>Ken turned the car off the highway.</w:t>
      </w:r>
    </w:p>
    <w:p>
      <w:r>
        <w:rPr>
          <w:rFonts w:ascii="IM Fell English" w:hAnsi="IM Fell English"/>
          <w:color w:val="141414"/>
          <w:sz w:val="24"/>
        </w:rPr>
        <w:t>"Where are we going?" Martha asked.</w:t>
      </w:r>
    </w:p>
    <w:p>
      <w:r>
        <w:rPr>
          <w:rFonts w:ascii="IM Fell English" w:hAnsi="IM Fell English"/>
          <w:color w:val="141414"/>
          <w:sz w:val="24"/>
        </w:rPr>
        <w:t>"A surprise."</w:t>
      </w:r>
    </w:p>
    <w:p>
      <w:r>
        <w:rPr>
          <w:rFonts w:ascii="IM Fell English" w:hAnsi="IM Fell English"/>
          <w:color w:val="141414"/>
          <w:sz w:val="24"/>
        </w:rPr>
        <w:t>They pulled into the Bare Arms Gun Shop and Range.</w:t>
      </w:r>
    </w:p>
    <w:p>
      <w:r>
        <w:rPr>
          <w:rFonts w:ascii="IM Fell English" w:hAnsi="IM Fell English"/>
          <w:color w:val="141414"/>
          <w:sz w:val="24"/>
        </w:rPr>
        <w:t>"Are you serious?" Martha asked.</w:t>
      </w:r>
    </w:p>
    <w:p>
      <w:r>
        <w:rPr>
          <w:rFonts w:ascii="IM Fell English" w:hAnsi="IM Fell English"/>
          <w:color w:val="141414"/>
          <w:sz w:val="24"/>
        </w:rPr>
        <w:t>"As a heart attack."</w:t>
      </w:r>
    </w:p>
    <w:p>
      <w:r>
        <w:rPr>
          <w:rFonts w:ascii="IM Fell English" w:hAnsi="IM Fell English"/>
          <w:color w:val="141414"/>
          <w:sz w:val="24"/>
        </w:rPr>
        <w:t>"I'm game."</w:t>
      </w:r>
    </w:p>
    <w:p>
      <w:r>
        <w:rPr>
          <w:rFonts w:ascii="IM Fell English" w:hAnsi="IM Fell English"/>
          <w:color w:val="141414"/>
          <w:sz w:val="24"/>
        </w:rPr>
        <w:t>Customers crowded around, examining handguns in glass cases, along with various targets and accessories.</w:t>
      </w:r>
    </w:p>
    <w:p>
      <w:r>
        <w:rPr>
          <w:rFonts w:ascii="IM Fell English" w:hAnsi="IM Fell English"/>
          <w:color w:val="141414"/>
          <w:sz w:val="24"/>
        </w:rPr>
        <w:t>"Do you have a range open?" Ken asked.</w:t>
      </w:r>
    </w:p>
    <w:p>
      <w:r>
        <w:rPr>
          <w:rFonts w:ascii="IM Fell English" w:hAnsi="IM Fell English"/>
          <w:color w:val="141414"/>
          <w:sz w:val="24"/>
        </w:rPr>
        <w:t>"Rifle or handgun?" the attendant asked.</w:t>
      </w:r>
    </w:p>
    <w:p>
      <w:r>
        <w:rPr>
          <w:rFonts w:ascii="IM Fell English" w:hAnsi="IM Fell English"/>
          <w:color w:val="141414"/>
          <w:sz w:val="24"/>
        </w:rPr>
        <w:t>"Handgun."</w:t>
      </w:r>
    </w:p>
    <w:p>
      <w:r>
        <w:rPr>
          <w:rFonts w:ascii="IM Fell English" w:hAnsi="IM Fell English"/>
          <w:color w:val="141414"/>
          <w:sz w:val="24"/>
        </w:rPr>
        <w:t>"This way."</w:t>
      </w:r>
    </w:p>
    <w:p>
      <w:r>
        <w:rPr>
          <w:rFonts w:ascii="IM Fell English" w:hAnsi="IM Fell English"/>
          <w:color w:val="141414"/>
          <w:sz w:val="24"/>
        </w:rPr>
        <w:t>The teenage boy led them to the range, where he instructed them to read the rules before handing them ear and eye protection.</w:t>
      </w:r>
    </w:p>
    <w:p>
      <w:r>
        <w:rPr>
          <w:rFonts w:ascii="IM Fell English" w:hAnsi="IM Fell English"/>
          <w:color w:val="141414"/>
          <w:sz w:val="24"/>
        </w:rPr>
        <w:t>Ken ushered Martha to the firing line, removed his S&amp;W .38 from his holster, and placed it on the shooting stand. He then explained to Martha how to hold, aim, and fire it.</w:t>
      </w:r>
    </w:p>
    <w:p>
      <w:r>
        <w:rPr>
          <w:rFonts w:ascii="IM Fell English" w:hAnsi="IM Fell English"/>
          <w:color w:val="141414"/>
          <w:sz w:val="24"/>
        </w:rPr>
        <w:t>"Would you like to try it?" Ken asked, pushing the button to send the remote target back twenty feet.</w:t>
      </w:r>
    </w:p>
    <w:p>
      <w:r>
        <w:rPr>
          <w:rFonts w:ascii="IM Fell English" w:hAnsi="IM Fell English"/>
          <w:color w:val="141414"/>
          <w:sz w:val="24"/>
        </w:rPr>
        <w:t>"Sure."</w:t>
      </w:r>
    </w:p>
    <w:p>
      <w:r>
        <w:rPr>
          <w:rFonts w:ascii="IM Fell English" w:hAnsi="IM Fell English"/>
          <w:color w:val="141414"/>
          <w:sz w:val="24"/>
        </w:rPr>
        <w:t>"Now, remember, expect a kick when you pull the trigger. It's not like on TV—it will jump."</w:t>
      </w:r>
    </w:p>
    <w:p>
      <w:r>
        <w:rPr>
          <w:rFonts w:ascii="IM Fell English" w:hAnsi="IM Fell English"/>
          <w:color w:val="141414"/>
          <w:sz w:val="24"/>
        </w:rPr>
        <w:t>Martha picked up the pistol, aimed, and fired three quick rounds, cleared the firearm, and placed it back on the shooting stand.</w:t>
      </w:r>
    </w:p>
    <w:p>
      <w:r>
        <w:rPr>
          <w:rFonts w:ascii="IM Fell English" w:hAnsi="IM Fell English"/>
          <w:color w:val="141414"/>
          <w:sz w:val="24"/>
        </w:rPr>
        <w:t>Ken's mouth dropped open as he pushed the button to retrieve the target. There were two holes in the heart and one in the center of the forehead.</w:t>
      </w:r>
    </w:p>
    <w:p>
      <w:r>
        <w:rPr>
          <w:rFonts w:ascii="IM Fell English" w:hAnsi="IM Fell English"/>
          <w:color w:val="141414"/>
          <w:sz w:val="24"/>
        </w:rPr>
        <w:t>Martha shrugged. "It pulls a little to the left, but it's a nice pistol."</w:t>
      </w:r>
    </w:p>
    <w:p>
      <w:r>
        <w:rPr>
          <w:rFonts w:ascii="IM Fell English" w:hAnsi="IM Fell English"/>
          <w:color w:val="141414"/>
          <w:sz w:val="24"/>
        </w:rPr>
        <w:t>"Why didn't you tell me you could shoot?" Ken asked.</w:t>
      </w:r>
    </w:p>
    <w:p>
      <w:r>
        <w:rPr>
          <w:rFonts w:ascii="IM Fell English" w:hAnsi="IM Fell English"/>
          <w:color w:val="141414"/>
          <w:sz w:val="24"/>
        </w:rPr>
        <w:t>"You never asked. What do you think there is to do in Texas? I go shooting with my friends every weekend."</w:t>
      </w:r>
    </w:p>
    <w:p>
      <w:r>
        <w:rPr>
          <w:rFonts w:ascii="IM Fell English" w:hAnsi="IM Fell English"/>
          <w:color w:val="141414"/>
          <w:sz w:val="24"/>
        </w:rPr>
        <w:t>"You're an excellent shot."</w:t>
      </w:r>
    </w:p>
    <w:p>
      <w:r>
        <w:rPr>
          <w:rFonts w:ascii="IM Fell English" w:hAnsi="IM Fell English"/>
          <w:color w:val="141414"/>
          <w:sz w:val="24"/>
        </w:rPr>
        <w:t>"I prefer my Glock at home," Martha added.</w:t>
      </w:r>
    </w:p>
    <w:p>
      <w:r>
        <w:rPr>
          <w:rFonts w:ascii="IM Fell English" w:hAnsi="IM Fell English"/>
          <w:color w:val="141414"/>
          <w:sz w:val="24"/>
        </w:rPr>
        <w:t>"Thus ends the lesson," Ken said.</w:t>
      </w:r>
    </w:p>
    <w:p>
      <w:r>
        <w:rPr>
          <w:rFonts w:ascii="IM Fell English" w:hAnsi="IM Fell English"/>
          <w:color w:val="141414"/>
          <w:sz w:val="24"/>
        </w:rPr>
        <w:t>After they arrived at Martha's motel, Ken opened his car's glove compartment and removed a Ruger LCP nine-millimeter. "I'd feel more comfortable if you were carrying," he said.</w:t>
      </w:r>
    </w:p>
    <w:p>
      <w:r>
        <w:rPr>
          <w:rFonts w:ascii="IM Fell English" w:hAnsi="IM Fell English"/>
          <w:color w:val="141414"/>
          <w:sz w:val="24"/>
        </w:rPr>
        <w:t>"No, I won't let them scare me into carrying a gun."</w:t>
      </w:r>
    </w:p>
    <w:p>
      <w:r>
        <w:rPr>
          <w:rFonts w:ascii="IM Fell English" w:hAnsi="IM Fell English"/>
          <w:color w:val="141414"/>
          <w:sz w:val="24"/>
        </w:rPr>
        <w:t>"Please reconsider."</w:t>
      </w:r>
    </w:p>
    <w:p>
      <w:r>
        <w:rPr>
          <w:rFonts w:ascii="IM Fell English" w:hAnsi="IM Fell English"/>
          <w:color w:val="141414"/>
          <w:sz w:val="24"/>
        </w:rPr>
        <w:t>"I'll think about it."</w:t>
      </w:r>
    </w:p>
    <w:p>
      <w:r>
        <w:rPr>
          <w:rFonts w:ascii="IM Fell English" w:hAnsi="IM Fell English"/>
          <w:color w:val="141414"/>
          <w:sz w:val="24"/>
        </w:rPr>
        <w:t>"I guess that will have to do."</w:t>
      </w:r>
    </w:p>
    <w:p>
      <w:pPr>
        <w:pStyle w:val="Heading1"/>
        <w:jc w:val="center"/>
      </w:pPr>
      <w:r>
        <w:rPr>
          <w:rFonts w:ascii="IM Fell English" w:hAnsi="IM Fell English"/>
          <w:color w:val="0D0D0D"/>
        </w:rPr>
        <w:t>Chapter 21</w:t>
      </w:r>
    </w:p>
    <w:p>
      <w:r>
        <w:rPr>
          <w:rFonts w:ascii="IM Fell English" w:hAnsi="IM Fell English"/>
          <w:color w:val="141414"/>
          <w:sz w:val="24"/>
        </w:rPr>
        <w:t>Ken and Martha arrived at The Dinner Bell at 6:00 p.m. They drove around the parking lot three times before finding an open spot. At the front door, two couples, one with children, were already waiting to be seated.</w:t>
      </w:r>
    </w:p>
    <w:p>
      <w:r>
        <w:rPr>
          <w:rFonts w:ascii="IM Fell English" w:hAnsi="IM Fell English"/>
          <w:color w:val="141414"/>
          <w:sz w:val="24"/>
        </w:rPr>
        <w:t>When the rest of their party showed up, Martha said, "I don't think this is a good place for our discussion."</w:t>
      </w:r>
    </w:p>
    <w:p>
      <w:r>
        <w:rPr>
          <w:rFonts w:ascii="IM Fell English" w:hAnsi="IM Fell English"/>
          <w:color w:val="141414"/>
          <w:sz w:val="24"/>
        </w:rPr>
        <w:t>"I agree. There may be some nosy parkers around here," Billy said.</w:t>
      </w:r>
    </w:p>
    <w:p>
      <w:r>
        <w:rPr>
          <w:rFonts w:ascii="IM Fell English" w:hAnsi="IM Fell English"/>
          <w:color w:val="141414"/>
          <w:sz w:val="24"/>
        </w:rPr>
        <w:t>"Where can we go?" Mary asked.</w:t>
      </w:r>
    </w:p>
    <w:p>
      <w:r>
        <w:rPr>
          <w:rFonts w:ascii="IM Fell English" w:hAnsi="IM Fell English"/>
          <w:color w:val="141414"/>
          <w:sz w:val="24"/>
        </w:rPr>
        <w:t>"We could go to my home," Martha said.</w:t>
      </w:r>
    </w:p>
    <w:p>
      <w:r>
        <w:rPr>
          <w:rFonts w:ascii="IM Fell English" w:hAnsi="IM Fell English"/>
          <w:color w:val="141414"/>
          <w:sz w:val="24"/>
        </w:rPr>
        <w:t>They arrived at Martha's home and gathered in the front room. Martha and Ken brought the others up to speed on what had happened in Columbus.</w:t>
      </w:r>
    </w:p>
    <w:p>
      <w:r>
        <w:rPr>
          <w:rFonts w:ascii="IM Fell English" w:hAnsi="IM Fell English"/>
          <w:i/>
          <w:color w:val="141414"/>
          <w:sz w:val="24"/>
        </w:rPr>
        <w:t>Thank God he didn't mention going to the gun range.</w:t>
      </w:r>
    </w:p>
    <w:p>
      <w:r>
        <w:rPr>
          <w:rFonts w:ascii="IM Fell English" w:hAnsi="IM Fell English"/>
          <w:color w:val="141414"/>
          <w:sz w:val="24"/>
        </w:rPr>
        <w:t>"So now we know Jamal is innocent," Billy said.</w:t>
      </w:r>
    </w:p>
    <w:p>
      <w:r>
        <w:rPr>
          <w:rFonts w:ascii="IM Fell English" w:hAnsi="IM Fell English"/>
          <w:color w:val="141414"/>
          <w:sz w:val="24"/>
        </w:rPr>
        <w:t>Mary came from the kitchen with canned soft drinks. "So where does that leave us?"</w:t>
      </w:r>
    </w:p>
    <w:p>
      <w:r>
        <w:rPr>
          <w:rFonts w:ascii="IM Fell English" w:hAnsi="IM Fell English"/>
          <w:color w:val="141414"/>
          <w:sz w:val="24"/>
        </w:rPr>
        <w:t>"We need to pursue the leads we have," Ken said.</w:t>
      </w:r>
    </w:p>
    <w:p>
      <w:r>
        <w:rPr>
          <w:rFonts w:ascii="IM Fell English" w:hAnsi="IM Fell English"/>
          <w:color w:val="141414"/>
          <w:sz w:val="24"/>
        </w:rPr>
        <w:t>Martha looked at Ken. "We also need to find out who Malroy is involved with and why. I'll get some paper from Dad's study so we can take notes."</w:t>
      </w:r>
    </w:p>
    <w:p>
      <w:r>
        <w:rPr>
          <w:rFonts w:ascii="IM Fell English" w:hAnsi="IM Fell English"/>
          <w:color w:val="141414"/>
          <w:sz w:val="24"/>
        </w:rPr>
        <w:t>Martha opened the study door and gave the bloodstain a wide berth.</w:t>
      </w:r>
    </w:p>
    <w:p>
      <w:r>
        <w:rPr>
          <w:rFonts w:ascii="IM Fell English" w:hAnsi="IM Fell English"/>
          <w:color w:val="141414"/>
          <w:sz w:val="24"/>
        </w:rPr>
        <w:t>She searched the desk for a notepad but found none. Opening a left-side drawer, she retrieved a notepad, from which a silver Cross pen rolled out. She picked up the pen and returned to the group.</w:t>
      </w:r>
    </w:p>
    <w:p>
      <w:r>
        <w:rPr>
          <w:rFonts w:ascii="IM Fell English" w:hAnsi="IM Fell English"/>
          <w:color w:val="141414"/>
          <w:sz w:val="24"/>
        </w:rPr>
        <w:t>Martha sat down, notepad and pen in hand. "Here we are. What should we do next?"</w:t>
      </w:r>
    </w:p>
    <w:p>
      <w:r>
        <w:rPr>
          <w:rFonts w:ascii="IM Fell English" w:hAnsi="IM Fell English"/>
          <w:color w:val="141414"/>
          <w:sz w:val="24"/>
        </w:rPr>
        <w:t>"We need to speak again to Brother Martin," Judy said.</w:t>
      </w:r>
    </w:p>
    <w:p>
      <w:r>
        <w:rPr>
          <w:rFonts w:ascii="IM Fell English" w:hAnsi="IM Fell English"/>
          <w:color w:val="141414"/>
          <w:sz w:val="24"/>
        </w:rPr>
        <w:t>Mary took a sip of her soda. "Martha and I can check on him."</w:t>
      </w:r>
    </w:p>
    <w:p>
      <w:r>
        <w:rPr>
          <w:rFonts w:ascii="IM Fell English" w:hAnsi="IM Fell English"/>
          <w:color w:val="141414"/>
          <w:sz w:val="24"/>
        </w:rPr>
        <w:t>Martha looked up. "Yes, Mary and I will do that."</w:t>
      </w:r>
    </w:p>
    <w:p>
      <w:r>
        <w:rPr>
          <w:rFonts w:ascii="IM Fell English" w:hAnsi="IM Fell English"/>
          <w:color w:val="141414"/>
          <w:sz w:val="24"/>
        </w:rPr>
        <w:t>"Has anyone performed a full forensic search of your father's computer?" Billy asked.</w:t>
      </w:r>
    </w:p>
    <w:p>
      <w:r>
        <w:rPr>
          <w:rFonts w:ascii="IM Fell English" w:hAnsi="IM Fell English"/>
          <w:color w:val="141414"/>
          <w:sz w:val="24"/>
        </w:rPr>
        <w:t>"The police haven't," Ken answered.</w:t>
      </w:r>
    </w:p>
    <w:p>
      <w:r>
        <w:rPr>
          <w:rFonts w:ascii="IM Fell English" w:hAnsi="IM Fell English"/>
          <w:color w:val="141414"/>
          <w:sz w:val="24"/>
        </w:rPr>
        <w:t>"Should we do that?" Martha asked.</w:t>
      </w:r>
    </w:p>
    <w:p>
      <w:r>
        <w:rPr>
          <w:rFonts w:ascii="IM Fell English" w:hAnsi="IM Fell English"/>
          <w:color w:val="141414"/>
          <w:sz w:val="24"/>
        </w:rPr>
        <w:t>"Yes, it could give us more information," Billy said. "Can we add this to the list?"</w:t>
      </w:r>
    </w:p>
    <w:p>
      <w:r>
        <w:rPr>
          <w:rFonts w:ascii="IM Fell English" w:hAnsi="IM Fell English"/>
          <w:color w:val="141414"/>
          <w:sz w:val="24"/>
        </w:rPr>
        <w:t>"I agree," Mary said.</w:t>
      </w:r>
    </w:p>
    <w:p>
      <w:r>
        <w:rPr>
          <w:rFonts w:ascii="IM Fell English" w:hAnsi="IM Fell English"/>
          <w:color w:val="141414"/>
          <w:sz w:val="24"/>
        </w:rPr>
        <w:t>"Can I go look at it now?" Billy asked.</w:t>
      </w:r>
    </w:p>
    <w:p>
      <w:r>
        <w:rPr>
          <w:rFonts w:ascii="IM Fell English" w:hAnsi="IM Fell English"/>
          <w:color w:val="141414"/>
          <w:sz w:val="24"/>
        </w:rPr>
        <w:t>Martha wrote on the corner of the pad, tore off the sheet, and handed it to Billy.</w:t>
      </w:r>
    </w:p>
    <w:p>
      <w:r>
        <w:rPr>
          <w:rFonts w:ascii="IM Fell English" w:hAnsi="IM Fell English"/>
          <w:color w:val="141414"/>
          <w:sz w:val="24"/>
        </w:rPr>
        <w:t>"Username and password." Billy disappeared into the study.</w:t>
      </w:r>
    </w:p>
    <w:p>
      <w:r>
        <w:rPr>
          <w:rFonts w:ascii="IM Fell English" w:hAnsi="IM Fell English"/>
          <w:color w:val="141414"/>
          <w:sz w:val="24"/>
        </w:rPr>
        <w:t>He came back ten minutes later. "I'm going to need some time to do this. Can I borrow a house key for a few days? Your dad had exceptional Reds stuff. Are those jerseys real?"</w:t>
      </w:r>
    </w:p>
    <w:p>
      <w:r>
        <w:rPr>
          <w:rFonts w:ascii="IM Fell English" w:hAnsi="IM Fell English"/>
          <w:color w:val="141414"/>
          <w:sz w:val="24"/>
        </w:rPr>
        <w:t>"Right down to the signatures," Martha said.</w:t>
      </w:r>
    </w:p>
    <w:p>
      <w:r>
        <w:rPr>
          <w:rFonts w:ascii="IM Fell English" w:hAnsi="IM Fell English"/>
          <w:color w:val="141414"/>
          <w:sz w:val="24"/>
        </w:rPr>
        <w:t>Ken and Billy went to the study. After they returned, Martha read from her notes, "Tomorrow, Mary and I will visit Brother Martin."</w:t>
      </w:r>
    </w:p>
    <w:p>
      <w:r>
        <w:rPr>
          <w:rFonts w:ascii="IM Fell English" w:hAnsi="IM Fell English"/>
          <w:color w:val="141414"/>
          <w:sz w:val="24"/>
        </w:rPr>
        <w:t>"Take a helmet with you. You may need it," Judy said.</w:t>
      </w:r>
    </w:p>
    <w:p>
      <w:r>
        <w:rPr>
          <w:rFonts w:ascii="IM Fell English" w:hAnsi="IM Fell English"/>
          <w:color w:val="141414"/>
          <w:sz w:val="24"/>
        </w:rPr>
        <w:t>"I'll see what I can do with the computer," Billy said.</w:t>
      </w:r>
    </w:p>
    <w:p>
      <w:r>
        <w:rPr>
          <w:rFonts w:ascii="IM Fell English" w:hAnsi="IM Fell English"/>
          <w:color w:val="141414"/>
          <w:sz w:val="24"/>
        </w:rPr>
        <w:t>Ken looked up. "I'll see what I can find out about Malroy."</w:t>
      </w:r>
    </w:p>
    <w:p>
      <w:r>
        <w:rPr>
          <w:rFonts w:ascii="IM Fell English" w:hAnsi="IM Fell English"/>
          <w:color w:val="141414"/>
          <w:sz w:val="24"/>
        </w:rPr>
        <w:t>Martha looked at Judy. "Can you make a complete list of everyone who had problems with my dad?"</w:t>
      </w:r>
    </w:p>
    <w:p>
      <w:r>
        <w:rPr>
          <w:rFonts w:ascii="IM Fell English" w:hAnsi="IM Fell English"/>
          <w:color w:val="141414"/>
          <w:sz w:val="24"/>
        </w:rPr>
        <w:t>"If Martin didn't do it, then who did?" Martha asked the group.</w:t>
      </w:r>
    </w:p>
    <w:p>
      <w:r>
        <w:rPr>
          <w:rFonts w:ascii="IM Fell English" w:hAnsi="IM Fell English"/>
          <w:color w:val="141414"/>
          <w:sz w:val="24"/>
        </w:rPr>
        <w:t>After the group broke up, Ken and Martha were alone.</w:t>
      </w:r>
    </w:p>
    <w:p>
      <w:r>
        <w:rPr>
          <w:rFonts w:ascii="IM Fell English" w:hAnsi="IM Fell English"/>
          <w:color w:val="141414"/>
          <w:sz w:val="24"/>
        </w:rPr>
        <w:t>"You know someone is going to need to check on Rick Phillips," Martha said.</w:t>
      </w:r>
    </w:p>
    <w:p>
      <w:r>
        <w:rPr>
          <w:rFonts w:ascii="IM Fell English" w:hAnsi="IM Fell English"/>
          <w:color w:val="141414"/>
          <w:sz w:val="24"/>
        </w:rPr>
        <w:t>"I know, but let's not tell Judy, at least not yet," Ken said. "Would you like to get a cup of coffee?"</w:t>
      </w:r>
    </w:p>
    <w:p>
      <w:r>
        <w:rPr>
          <w:rFonts w:ascii="IM Fell English" w:hAnsi="IM Fell English"/>
          <w:color w:val="141414"/>
          <w:sz w:val="24"/>
        </w:rPr>
        <w:t>"Sure, we could go to The Dinner Bell."</w:t>
      </w:r>
    </w:p>
    <w:p>
      <w:r>
        <w:rPr>
          <w:rFonts w:ascii="IM Fell English" w:hAnsi="IM Fell English"/>
          <w:color w:val="141414"/>
          <w:sz w:val="24"/>
        </w:rPr>
        <w:t>When they arrived at The Dinner Bell, the parking lot was almost empty. They parked at the front.</w:t>
      </w:r>
    </w:p>
    <w:p>
      <w:r>
        <w:rPr>
          <w:rFonts w:ascii="IM Fell English" w:hAnsi="IM Fell English"/>
          <w:color w:val="141414"/>
          <w:sz w:val="24"/>
        </w:rPr>
        <w:t>"What can I get for you two?" the server asked.</w:t>
      </w:r>
    </w:p>
    <w:p>
      <w:r>
        <w:rPr>
          <w:rFonts w:ascii="IM Fell English" w:hAnsi="IM Fell English"/>
          <w:color w:val="141414"/>
          <w:sz w:val="24"/>
        </w:rPr>
        <w:t>"Coffee for me," Ken said.</w:t>
      </w:r>
    </w:p>
    <w:p>
      <w:r>
        <w:rPr>
          <w:rFonts w:ascii="IM Fell English" w:hAnsi="IM Fell English"/>
          <w:color w:val="141414"/>
          <w:sz w:val="24"/>
        </w:rPr>
        <w:t>"Caffeine-free coffee for me," Martha said.</w:t>
      </w:r>
    </w:p>
    <w:p>
      <w:r>
        <w:rPr>
          <w:rFonts w:ascii="IM Fell English" w:hAnsi="IM Fell English"/>
          <w:color w:val="141414"/>
          <w:sz w:val="24"/>
        </w:rPr>
        <w:t>"Tell me about yourself," Ken said.</w:t>
      </w:r>
    </w:p>
    <w:p>
      <w:r>
        <w:rPr>
          <w:rFonts w:ascii="IM Fell English" w:hAnsi="IM Fell English"/>
          <w:color w:val="141414"/>
          <w:sz w:val="24"/>
        </w:rPr>
        <w:t>"Me? There isn't much to tell."</w:t>
      </w:r>
    </w:p>
    <w:p>
      <w:r>
        <w:rPr>
          <w:rFonts w:ascii="IM Fell English" w:hAnsi="IM Fell English"/>
          <w:color w:val="141414"/>
          <w:sz w:val="24"/>
        </w:rPr>
        <w:t>"Humor me."</w:t>
      </w:r>
    </w:p>
    <w:p>
      <w:r>
        <w:rPr>
          <w:rFonts w:ascii="IM Fell English" w:hAnsi="IM Fell English"/>
          <w:color w:val="141414"/>
          <w:sz w:val="24"/>
        </w:rPr>
        <w:t>"I grew up in a United Methodist pastor's home, so we moved frequently. We lived in Marystown, Columbus, and finally here."</w:t>
      </w:r>
    </w:p>
    <w:p>
      <w:r>
        <w:rPr>
          <w:rFonts w:ascii="IM Fell English" w:hAnsi="IM Fell English"/>
          <w:color w:val="141414"/>
          <w:sz w:val="24"/>
        </w:rPr>
        <w:t>"What made you want to work in a library?"</w:t>
      </w:r>
    </w:p>
    <w:p>
      <w:r>
        <w:rPr>
          <w:rFonts w:ascii="IM Fell English" w:hAnsi="IM Fell English"/>
          <w:color w:val="141414"/>
          <w:sz w:val="24"/>
        </w:rPr>
        <w:t>"My love of books."</w:t>
      </w:r>
    </w:p>
    <w:p>
      <w:r>
        <w:rPr>
          <w:rFonts w:ascii="IM Fell English" w:hAnsi="IM Fell English"/>
          <w:color w:val="141414"/>
          <w:sz w:val="24"/>
        </w:rPr>
        <w:t>"I never was much of a reader."</w:t>
      </w:r>
    </w:p>
    <w:p>
      <w:r>
        <w:rPr>
          <w:rFonts w:ascii="IM Fell English" w:hAnsi="IM Fell English"/>
          <w:color w:val="141414"/>
          <w:sz w:val="24"/>
        </w:rPr>
        <w:t>"Reading is the greatest way to learn and grow. There's no subject you cannot become an expert in if you read enough."</w:t>
      </w:r>
    </w:p>
    <w:p>
      <w:r>
        <w:rPr>
          <w:rFonts w:ascii="IM Fell English" w:hAnsi="IM Fell English"/>
          <w:color w:val="141414"/>
          <w:sz w:val="24"/>
        </w:rPr>
        <w:t>"Really?"</w:t>
      </w:r>
    </w:p>
    <w:p>
      <w:r>
        <w:rPr>
          <w:rFonts w:ascii="IM Fell English" w:hAnsi="IM Fell English"/>
          <w:color w:val="141414"/>
          <w:sz w:val="24"/>
        </w:rPr>
        <w:t>"If you read and study for one hour a day on any subject for ten years, you will be an expert in that field."</w:t>
      </w:r>
    </w:p>
    <w:p>
      <w:r>
        <w:rPr>
          <w:rFonts w:ascii="IM Fell English" w:hAnsi="IM Fell English"/>
          <w:color w:val="141414"/>
          <w:sz w:val="24"/>
        </w:rPr>
        <w:t>"You could become an expert investigator," Ken said.</w:t>
      </w:r>
    </w:p>
    <w:p>
      <w:r>
        <w:rPr>
          <w:rFonts w:ascii="IM Fell English" w:hAnsi="IM Fell English"/>
          <w:color w:val="141414"/>
          <w:sz w:val="24"/>
        </w:rPr>
        <w:t>"If I had ten years."</w:t>
      </w:r>
    </w:p>
    <w:p>
      <w:r>
        <w:rPr>
          <w:rFonts w:ascii="IM Fell English" w:hAnsi="IM Fell English"/>
          <w:color w:val="141414"/>
          <w:sz w:val="24"/>
        </w:rPr>
        <w:t>They parked in the motel's lot.</w:t>
      </w:r>
    </w:p>
    <w:p>
      <w:r>
        <w:rPr>
          <w:rFonts w:ascii="IM Fell English" w:hAnsi="IM Fell English"/>
          <w:color w:val="141414"/>
          <w:sz w:val="24"/>
        </w:rPr>
        <w:t>Ken escorted her to the door. "May I ask for a kiss on the cheek?"</w:t>
      </w:r>
    </w:p>
    <w:p>
      <w:r>
        <w:rPr>
          <w:rFonts w:ascii="IM Fell English" w:hAnsi="IM Fell English"/>
          <w:color w:val="141414"/>
          <w:sz w:val="24"/>
        </w:rPr>
        <w:t>"Not brave enough to go for the lips?" Martha asked.</w:t>
      </w:r>
    </w:p>
    <w:p>
      <w:r>
        <w:rPr>
          <w:rFonts w:ascii="IM Fell English" w:hAnsi="IM Fell English"/>
          <w:color w:val="141414"/>
          <w:sz w:val="24"/>
        </w:rPr>
        <w:t>He took her face softly in his hands and kissed her lightly on the lips.</w:t>
      </w:r>
    </w:p>
    <w:p>
      <w:r>
        <w:rPr>
          <w:rFonts w:ascii="IM Fell English" w:hAnsi="IM Fell English"/>
          <w:color w:val="141414"/>
          <w:sz w:val="24"/>
        </w:rPr>
        <w:t>She opened the door, looked back, and winked. "That was nice."</w:t>
      </w:r>
    </w:p>
    <w:p>
      <w:r>
        <w:rPr>
          <w:rFonts w:ascii="IM Fell English" w:hAnsi="IM Fell English"/>
          <w:color w:val="141414"/>
          <w:sz w:val="24"/>
        </w:rPr>
        <w:t>Martha came through the door to find Scruff waiting for his nighttime walk.</w:t>
      </w:r>
    </w:p>
    <w:p>
      <w:r>
        <w:rPr>
          <w:rFonts w:ascii="IM Fell English" w:hAnsi="IM Fell English"/>
          <w:color w:val="141414"/>
          <w:sz w:val="24"/>
        </w:rPr>
        <w:t>"Scruff, it was great. He kissed me. I know I told you I don't need a man in my life, but it might be nice."</w:t>
      </w:r>
    </w:p>
    <w:p>
      <w:r>
        <w:rPr>
          <w:rFonts w:ascii="IM Fell English" w:hAnsi="IM Fell English"/>
          <w:color w:val="141414"/>
          <w:sz w:val="24"/>
        </w:rPr>
        <w:t>Scruff took his evening walk while Martha kept talking about Ken.</w:t>
      </w:r>
    </w:p>
    <w:p>
      <w:r>
        <w:rPr>
          <w:rFonts w:ascii="IM Fell English" w:hAnsi="IM Fell English"/>
          <w:color w:val="141414"/>
          <w:sz w:val="24"/>
        </w:rPr>
        <w:t>Billy and Martha met at the Thomases' house. Billy turned on the computer.</w:t>
      </w:r>
    </w:p>
    <w:p>
      <w:r>
        <w:rPr>
          <w:rFonts w:ascii="IM Fell English" w:hAnsi="IM Fell English"/>
          <w:color w:val="141414"/>
          <w:sz w:val="24"/>
        </w:rPr>
        <w:t>He moved through the files. "Was your father a computer expert?" Billy asked.</w:t>
      </w:r>
    </w:p>
    <w:p>
      <w:r>
        <w:rPr>
          <w:rFonts w:ascii="IM Fell English" w:hAnsi="IM Fell English"/>
          <w:color w:val="141414"/>
          <w:sz w:val="24"/>
        </w:rPr>
        <w:t>Martha laughed. "Mom said his first computer belongs in the Smithsonian. He's had one ever since I can remember. Why?"</w:t>
      </w:r>
    </w:p>
    <w:p>
      <w:r>
        <w:rPr>
          <w:rFonts w:ascii="IM Fell English" w:hAnsi="IM Fell English"/>
          <w:color w:val="141414"/>
          <w:sz w:val="24"/>
        </w:rPr>
        <w:t>"He has created a hidden partition that is password-protected," Billy explained.</w:t>
      </w:r>
    </w:p>
    <w:p>
      <w:r>
        <w:rPr>
          <w:rFonts w:ascii="IM Fell English" w:hAnsi="IM Fell English"/>
          <w:color w:val="141414"/>
          <w:sz w:val="24"/>
        </w:rPr>
        <w:t>"What is a partition?" Martha asked.</w:t>
      </w:r>
    </w:p>
    <w:p>
      <w:r>
        <w:rPr>
          <w:rFonts w:ascii="IM Fell English" w:hAnsi="IM Fell English"/>
          <w:color w:val="141414"/>
          <w:sz w:val="24"/>
        </w:rPr>
        <w:t>"He's set aside a part of the hard drive that doesn't show up in a normal search," Billy replied.</w:t>
      </w:r>
    </w:p>
    <w:p>
      <w:r>
        <w:rPr>
          <w:rFonts w:ascii="IM Fell English" w:hAnsi="IM Fell English"/>
          <w:color w:val="141414"/>
          <w:sz w:val="24"/>
        </w:rPr>
        <w:t>"Can you open it?" Martha asked.</w:t>
      </w:r>
    </w:p>
    <w:p>
      <w:r>
        <w:rPr>
          <w:rFonts w:ascii="IM Fell English" w:hAnsi="IM Fell English"/>
          <w:color w:val="141414"/>
          <w:sz w:val="24"/>
        </w:rPr>
        <w:t>Billy's fingers sped over the keys. Line after line of numbers and letters appeared on the screen.</w:t>
      </w:r>
    </w:p>
    <w:p>
      <w:r>
        <w:rPr>
          <w:rFonts w:ascii="IM Fell English" w:hAnsi="IM Fell English"/>
          <w:color w:val="141414"/>
          <w:sz w:val="24"/>
        </w:rPr>
        <w:t>"Damn," Billy said.</w:t>
      </w:r>
    </w:p>
    <w:p>
      <w:r>
        <w:rPr>
          <w:rFonts w:ascii="IM Fell English" w:hAnsi="IM Fell English"/>
          <w:color w:val="141414"/>
          <w:sz w:val="24"/>
        </w:rPr>
        <w:t>Again, he entered the code and pressed enter.</w:t>
      </w:r>
    </w:p>
    <w:p>
      <w:r>
        <w:rPr>
          <w:rFonts w:ascii="IM Fell English" w:hAnsi="IM Fell English"/>
          <w:color w:val="141414"/>
          <w:sz w:val="24"/>
        </w:rPr>
        <w:t>"This isn't working," Billy said.</w:t>
      </w:r>
    </w:p>
    <w:p>
      <w:r>
        <w:rPr>
          <w:rFonts w:ascii="IM Fell English" w:hAnsi="IM Fell English"/>
          <w:color w:val="141414"/>
          <w:sz w:val="24"/>
        </w:rPr>
        <w:t>"Is it important?" Martha asked.</w:t>
      </w:r>
    </w:p>
    <w:p>
      <w:r>
        <w:rPr>
          <w:rFonts w:ascii="IM Fell English" w:hAnsi="IM Fell English"/>
          <w:color w:val="141414"/>
          <w:sz w:val="24"/>
        </w:rPr>
        <w:t>"It could be," Billy said.</w:t>
      </w:r>
    </w:p>
    <w:p>
      <w:r>
        <w:rPr>
          <w:rFonts w:ascii="IM Fell English" w:hAnsi="IM Fell English"/>
          <w:color w:val="141414"/>
          <w:sz w:val="24"/>
        </w:rPr>
        <w:t>"So, what do you need to do?" Martha asked.</w:t>
      </w:r>
    </w:p>
    <w:p>
      <w:r>
        <w:rPr>
          <w:rFonts w:ascii="IM Fell English" w:hAnsi="IM Fell English"/>
          <w:color w:val="141414"/>
          <w:sz w:val="24"/>
        </w:rPr>
        <w:t>"I'll need to have people who know more than I do look at it," Billy admitted.</w:t>
      </w:r>
    </w:p>
    <w:p>
      <w:r>
        <w:rPr>
          <w:rFonts w:ascii="IM Fell English" w:hAnsi="IM Fell English"/>
          <w:color w:val="141414"/>
          <w:sz w:val="24"/>
        </w:rPr>
        <w:t>Billy punched a number into his phone. "Billy here. I need you to crack a code for me on an HP desktop."</w:t>
      </w:r>
    </w:p>
    <w:p>
      <w:r>
        <w:rPr>
          <w:rFonts w:ascii="IM Fell English" w:hAnsi="IM Fell English"/>
          <w:color w:val="141414"/>
          <w:sz w:val="24"/>
        </w:rPr>
        <w:t>He listened for a moment. "I can link you in if the internet has enough bandwidth."</w:t>
      </w:r>
    </w:p>
    <w:p>
      <w:r>
        <w:rPr>
          <w:rFonts w:ascii="IM Fell English" w:hAnsi="IM Fell English"/>
          <w:color w:val="141414"/>
          <w:sz w:val="24"/>
        </w:rPr>
        <w:t>Martha glanced at her smartwatch. "I need to meet Mary. We're going over to see Brother Martin."</w:t>
      </w:r>
    </w:p>
    <w:p>
      <w:r>
        <w:rPr>
          <w:rFonts w:ascii="IM Fell English" w:hAnsi="IM Fell English"/>
          <w:color w:val="141414"/>
          <w:sz w:val="24"/>
        </w:rPr>
        <w:t>"I'll stay here and work on this," Billy said.</w:t>
      </w:r>
    </w:p>
    <w:p>
      <w:r>
        <w:rPr>
          <w:rFonts w:ascii="IM Fell English" w:hAnsi="IM Fell English"/>
          <w:color w:val="141414"/>
          <w:sz w:val="24"/>
        </w:rPr>
        <w:t>"I'll be back as soon as possible," Martha promised.</w:t>
      </w:r>
    </w:p>
    <w:p>
      <w:r>
        <w:rPr>
          <w:rFonts w:ascii="IM Fell English" w:hAnsi="IM Fell English"/>
          <w:color w:val="141414"/>
          <w:sz w:val="24"/>
        </w:rPr>
        <w:t>"Martha, do you mind if I make a ghost of your father's hard drive?" Billy asked.</w:t>
      </w:r>
    </w:p>
    <w:p>
      <w:r>
        <w:rPr>
          <w:rFonts w:ascii="IM Fell English" w:hAnsi="IM Fell English"/>
          <w:color w:val="141414"/>
          <w:sz w:val="24"/>
        </w:rPr>
        <w:t>"A ghost?" Martha echoed.</w:t>
      </w:r>
    </w:p>
    <w:p>
      <w:r>
        <w:rPr>
          <w:rFonts w:ascii="IM Fell English" w:hAnsi="IM Fell English"/>
          <w:color w:val="141414"/>
          <w:sz w:val="24"/>
        </w:rPr>
        <w:t>"An exact duplicate of the hard drive," Billy clarified.</w:t>
      </w:r>
    </w:p>
    <w:p>
      <w:r>
        <w:rPr>
          <w:rFonts w:ascii="IM Fell English" w:hAnsi="IM Fell English"/>
          <w:color w:val="141414"/>
          <w:sz w:val="24"/>
        </w:rPr>
        <w:t>"Yes, whatever," Martha replied.</w:t>
      </w:r>
    </w:p>
    <w:p>
      <w:pPr>
        <w:pStyle w:val="Heading1"/>
        <w:jc w:val="center"/>
      </w:pPr>
      <w:r>
        <w:rPr>
          <w:rFonts w:ascii="IM Fell English" w:hAnsi="IM Fell English"/>
          <w:color w:val="0D0D0D"/>
        </w:rPr>
        <w:t>Chapter 22</w:t>
      </w:r>
    </w:p>
    <w:p>
      <w:r>
        <w:rPr>
          <w:rFonts w:ascii="IM Fell English" w:hAnsi="IM Fell English"/>
          <w:color w:val="141414"/>
          <w:sz w:val="24"/>
        </w:rPr>
        <w:t xml:space="preserve">Mary and Martha turned into the Martins' driveway, passing the ten-foot pillars that stood sentry at the property entrance. Behind an eight-foot-high stone wall stood the massive home. Even in January, the front yard was an acre of perfectly manicured grass. </w:t>
      </w:r>
      <w:r>
        <w:rPr>
          <w:rFonts w:ascii="IM Fell English" w:hAnsi="IM Fell English"/>
          <w:i/>
          <w:color w:val="141414"/>
          <w:sz w:val="24"/>
        </w:rPr>
        <w:t>Who mows in the winter?</w:t>
      </w:r>
    </w:p>
    <w:p>
      <w:r>
        <w:rPr>
          <w:rFonts w:ascii="IM Fell English" w:hAnsi="IM Fell English"/>
          <w:color w:val="141414"/>
          <w:sz w:val="24"/>
        </w:rPr>
        <w:t>Martha recalled her father saying, "Brother Martin thinks he's richer than God."</w:t>
      </w:r>
    </w:p>
    <w:p>
      <w:r>
        <w:rPr>
          <w:rFonts w:ascii="IM Fell English" w:hAnsi="IM Fell English"/>
          <w:color w:val="141414"/>
          <w:sz w:val="24"/>
        </w:rPr>
        <w:t>As they followed the driveway, they passed an outdoor pool, larger than the one at the motel, now buttoned up for the winter months.</w:t>
      </w:r>
    </w:p>
    <w:p>
      <w:r>
        <w:rPr>
          <w:rFonts w:ascii="IM Fell English" w:hAnsi="IM Fell English"/>
          <w:color w:val="141414"/>
          <w:sz w:val="24"/>
        </w:rPr>
        <w:t>Martha parked by a new BMW. They rang the doorbell, and a young housekeeper answered.</w:t>
      </w:r>
    </w:p>
    <w:p>
      <w:r>
        <w:rPr>
          <w:rFonts w:ascii="IM Fell English" w:hAnsi="IM Fell English"/>
          <w:color w:val="141414"/>
          <w:sz w:val="24"/>
        </w:rPr>
        <w:t>"How may I help you?"</w:t>
      </w:r>
    </w:p>
    <w:p>
      <w:r>
        <w:rPr>
          <w:rFonts w:ascii="IM Fell English" w:hAnsi="IM Fell English"/>
          <w:color w:val="141414"/>
          <w:sz w:val="24"/>
        </w:rPr>
        <w:t>"We would like to see Mr. Martin," Martha said.</w:t>
      </w:r>
    </w:p>
    <w:p>
      <w:r>
        <w:rPr>
          <w:rFonts w:ascii="IM Fell English" w:hAnsi="IM Fell English"/>
          <w:color w:val="141414"/>
          <w:sz w:val="24"/>
        </w:rPr>
        <w:t>The housekeeper led them into a mega-sized front room adorned with Masonic items.</w:t>
      </w:r>
    </w:p>
    <w:p>
      <w:r>
        <w:rPr>
          <w:rFonts w:ascii="IM Fell English" w:hAnsi="IM Fell English"/>
          <w:color w:val="141414"/>
          <w:sz w:val="24"/>
        </w:rPr>
        <w:t>"Martha, Mary, it is so good to see you! Come in and sit down. Tell me, how is your mother doing? I miss seeing her. How are things at the church? Would you like a piece of apple pie? The cook just made one," Sister Martin gushed.</w:t>
      </w:r>
    </w:p>
    <w:p>
      <w:r>
        <w:rPr>
          <w:rFonts w:ascii="IM Fell English" w:hAnsi="IM Fell English"/>
          <w:color w:val="141414"/>
          <w:sz w:val="24"/>
        </w:rPr>
        <w:t>Brother Martin stood in the doorway. "Don't bother. They will not be staying that long."</w:t>
      </w:r>
    </w:p>
    <w:p>
      <w:r>
        <w:rPr>
          <w:rFonts w:ascii="IM Fell English" w:hAnsi="IM Fell English"/>
          <w:color w:val="141414"/>
          <w:sz w:val="24"/>
        </w:rPr>
        <w:t>Sister Martin crept back to her chair. "I'm sorry, dear, I didn't see you come in."</w:t>
      </w:r>
    </w:p>
    <w:p>
      <w:r>
        <w:rPr>
          <w:rFonts w:ascii="IM Fell English" w:hAnsi="IM Fell English"/>
          <w:color w:val="141414"/>
          <w:sz w:val="24"/>
        </w:rPr>
        <w:t>"My sources tell me you fancy yourselves Nancy Drews, so what do you want?"</w:t>
      </w:r>
    </w:p>
    <w:p>
      <w:r>
        <w:rPr>
          <w:rFonts w:ascii="IM Fell English" w:hAnsi="IM Fell English"/>
          <w:color w:val="141414"/>
          <w:sz w:val="24"/>
        </w:rPr>
        <w:t>"We would like to ask you about the day our father died," Martha said.</w:t>
      </w:r>
    </w:p>
    <w:p>
      <w:r>
        <w:rPr>
          <w:rFonts w:ascii="IM Fell English" w:hAnsi="IM Fell English"/>
          <w:color w:val="141414"/>
          <w:sz w:val="24"/>
        </w:rPr>
        <w:t>"Will no one rid me of this meddlesome priest?" he said.</w:t>
      </w:r>
    </w:p>
    <w:p>
      <w:r>
        <w:rPr>
          <w:rFonts w:ascii="IM Fell English" w:hAnsi="IM Fell English"/>
          <w:color w:val="141414"/>
          <w:sz w:val="24"/>
        </w:rPr>
        <w:t>"Dear, he was a Methodist minister, not a priest," his wife said.</w:t>
      </w:r>
    </w:p>
    <w:p>
      <w:r>
        <w:rPr>
          <w:rFonts w:ascii="IM Fell English" w:hAnsi="IM Fell English"/>
          <w:color w:val="141414"/>
          <w:sz w:val="24"/>
        </w:rPr>
        <w:t>His eyes narrowed, and he glared at his wife.</w:t>
      </w:r>
    </w:p>
    <w:p>
      <w:r>
        <w:rPr>
          <w:rFonts w:ascii="IM Fell English" w:hAnsi="IM Fell English"/>
          <w:color w:val="141414"/>
          <w:sz w:val="24"/>
        </w:rPr>
        <w:t>"What questions do you have?"</w:t>
      </w:r>
    </w:p>
    <w:p>
      <w:r>
        <w:rPr>
          <w:rFonts w:ascii="IM Fell English" w:hAnsi="IM Fell English"/>
          <w:color w:val="141414"/>
          <w:sz w:val="24"/>
        </w:rPr>
        <w:t>"First, where were you on the day he died?" Martha asked.</w:t>
      </w:r>
    </w:p>
    <w:p>
      <w:r>
        <w:rPr>
          <w:rFonts w:ascii="IM Fell English" w:hAnsi="IM Fell English"/>
          <w:color w:val="141414"/>
          <w:sz w:val="24"/>
        </w:rPr>
        <w:t xml:space="preserve">"Why should I answer any of your questions? You are not the police." Martha stared into his eyes. </w:t>
      </w:r>
      <w:r>
        <w:rPr>
          <w:rFonts w:ascii="IM Fell English" w:hAnsi="IM Fell English"/>
          <w:i/>
          <w:color w:val="141414"/>
          <w:sz w:val="24"/>
        </w:rPr>
        <w:t>Bluff—bullies collapse when confronted.</w:t>
      </w:r>
    </w:p>
    <w:p>
      <w:r>
        <w:rPr>
          <w:rFonts w:ascii="IM Fell English" w:hAnsi="IM Fell English"/>
          <w:color w:val="141414"/>
          <w:sz w:val="24"/>
        </w:rPr>
        <w:t>"The police could follow us," she said.</w:t>
      </w:r>
    </w:p>
    <w:p>
      <w:r>
        <w:rPr>
          <w:rFonts w:ascii="IM Fell English" w:hAnsi="IM Fell English"/>
          <w:color w:val="141414"/>
          <w:sz w:val="24"/>
        </w:rPr>
        <w:t>He laughed. "Not this police force. They know which side their bread is buttered on and who supplies the butter."</w:t>
      </w:r>
    </w:p>
    <w:p>
      <w:r>
        <w:rPr>
          <w:rFonts w:ascii="IM Fell English" w:hAnsi="IM Fell English"/>
          <w:color w:val="141414"/>
          <w:sz w:val="24"/>
        </w:rPr>
        <w:t>He opened his smartphone and checked his calendar. "Not that I need to explain myself, but I was visiting a lodge in Lancaster. There are twenty Masonic brothers willing to testify to that fact."</w:t>
      </w:r>
    </w:p>
    <w:p>
      <w:r>
        <w:rPr>
          <w:rFonts w:ascii="IM Fell English" w:hAnsi="IM Fell English"/>
          <w:color w:val="141414"/>
          <w:sz w:val="24"/>
        </w:rPr>
        <w:t>"Now that this is done and dusted, would you like that piece of pie?" his wife asked.</w:t>
      </w:r>
    </w:p>
    <w:p>
      <w:r>
        <w:rPr>
          <w:rFonts w:ascii="IM Fell English" w:hAnsi="IM Fell English"/>
          <w:color w:val="141414"/>
          <w:sz w:val="24"/>
        </w:rPr>
        <w:t>"I said no!" he shouted.</w:t>
      </w:r>
    </w:p>
    <w:p>
      <w:r>
        <w:rPr>
          <w:rFonts w:ascii="IM Fell English" w:hAnsi="IM Fell English"/>
          <w:color w:val="141414"/>
          <w:sz w:val="24"/>
        </w:rPr>
        <w:t>"Just curious. Why did you come to me?" he asked.</w:t>
      </w:r>
    </w:p>
    <w:p>
      <w:r>
        <w:rPr>
          <w:rFonts w:ascii="IM Fell English" w:hAnsi="IM Fell English"/>
          <w:color w:val="141414"/>
          <w:sz w:val="24"/>
        </w:rPr>
        <w:t>"We heard about your argument with Dad," Mary said.</w:t>
      </w:r>
    </w:p>
    <w:p>
      <w:r>
        <w:rPr>
          <w:rFonts w:ascii="IM Fell English" w:hAnsi="IM Fell English"/>
          <w:color w:val="141414"/>
          <w:sz w:val="24"/>
        </w:rPr>
        <w:t>"Oh, he may be your father, but because he was pig-headed, I lost a lot of money and some influential friends. Your dad was a real asshole."</w:t>
      </w:r>
    </w:p>
    <w:p>
      <w:r>
        <w:rPr>
          <w:rFonts w:ascii="IM Fell English" w:hAnsi="IM Fell English"/>
          <w:color w:val="141414"/>
          <w:sz w:val="24"/>
        </w:rPr>
        <w:t>"Herbert Mortimer! There's no call for that kind of language," his wife said.</w:t>
      </w:r>
    </w:p>
    <w:p>
      <w:r>
        <w:rPr>
          <w:rFonts w:ascii="IM Fell English" w:hAnsi="IM Fell English"/>
          <w:color w:val="141414"/>
          <w:sz w:val="24"/>
        </w:rPr>
        <w:t>He turned and stormed out of the room.</w:t>
      </w:r>
    </w:p>
    <w:p>
      <w:r>
        <w:rPr>
          <w:rFonts w:ascii="IM Fell English" w:hAnsi="IM Fell English"/>
          <w:color w:val="141414"/>
          <w:sz w:val="24"/>
        </w:rPr>
        <w:t>"Girls, I apologize for his behavior. His temper was the reason we left the church. He swore he'd never forgive your father as long as he had breath," his wife said.</w:t>
      </w:r>
    </w:p>
    <w:p>
      <w:r>
        <w:rPr>
          <w:rFonts w:ascii="IM Fell English" w:hAnsi="IM Fell English"/>
          <w:color w:val="141414"/>
          <w:sz w:val="24"/>
        </w:rPr>
        <w:t>"It isn't your fault," Mary said.</w:t>
      </w:r>
    </w:p>
    <w:p>
      <w:r>
        <w:rPr>
          <w:rFonts w:ascii="IM Fell English" w:hAnsi="IM Fell English"/>
          <w:color w:val="141414"/>
          <w:sz w:val="24"/>
        </w:rPr>
        <w:t>"Despite his outburst, it was great to see you both again."</w:t>
      </w:r>
    </w:p>
    <w:p>
      <w:r>
        <w:rPr>
          <w:rFonts w:ascii="IM Fell English" w:hAnsi="IM Fell English"/>
          <w:color w:val="141414"/>
          <w:sz w:val="24"/>
        </w:rPr>
        <w:t>"Maybe we could meet sometime without him," Martha suggested.</w:t>
      </w:r>
    </w:p>
    <w:p>
      <w:r>
        <w:rPr>
          <w:rFonts w:ascii="IM Fell English" w:hAnsi="IM Fell English"/>
          <w:color w:val="141414"/>
          <w:sz w:val="24"/>
        </w:rPr>
        <w:t>Mary led them to the door. "I could never do that."</w:t>
      </w:r>
    </w:p>
    <w:p>
      <w:r>
        <w:rPr>
          <w:rFonts w:ascii="IM Fell English" w:hAnsi="IM Fell English"/>
          <w:color w:val="141414"/>
          <w:sz w:val="24"/>
        </w:rPr>
        <w:t>As they drove away, Mary said, "He was wrong, you know. Dad was not a priest."</w:t>
      </w:r>
    </w:p>
    <w:p>
      <w:r>
        <w:rPr>
          <w:rFonts w:ascii="IM Fell English" w:hAnsi="IM Fell English"/>
          <w:color w:val="141414"/>
          <w:sz w:val="24"/>
        </w:rPr>
        <w:t>Martha looked at her and giggled, but instead of explaining England's history, she simply said, "I know."</w:t>
      </w:r>
    </w:p>
    <w:p>
      <w:r>
        <w:rPr>
          <w:rFonts w:ascii="IM Fell English" w:hAnsi="IM Fell English"/>
          <w:color w:val="141414"/>
          <w:sz w:val="24"/>
        </w:rPr>
        <w:t>But Martha's real question was: Did he hate her father enough to kill him or hire someone to do it? Had he, perhaps, hired the bearded man?</w:t>
      </w:r>
    </w:p>
    <w:p>
      <w:r>
        <w:rPr>
          <w:rFonts w:ascii="IM Fell English" w:hAnsi="IM Fell English"/>
          <w:color w:val="141414"/>
          <w:sz w:val="24"/>
        </w:rPr>
        <w:t>"I need to go home and take Mom to the store. She also asked for you to come to church tomorrow," Mary said.</w:t>
      </w:r>
    </w:p>
    <w:p>
      <w:r>
        <w:rPr>
          <w:rFonts w:ascii="IM Fell English" w:hAnsi="IM Fell English"/>
          <w:color w:val="141414"/>
          <w:sz w:val="24"/>
        </w:rPr>
        <w:t>Martha dropped Mary at the apartment and drove back to the house to make sure she had locked everything up. She pulled up outside the house and saw that Billy's car was still there.</w:t>
      </w:r>
    </w:p>
    <w:p>
      <w:r>
        <w:rPr>
          <w:rFonts w:ascii="IM Fell English" w:hAnsi="IM Fell English"/>
          <w:color w:val="141414"/>
          <w:sz w:val="24"/>
        </w:rPr>
        <w:t>She opened the door. "Now, who's a workaholic?"</w:t>
      </w:r>
    </w:p>
    <w:p>
      <w:r>
        <w:rPr>
          <w:rFonts w:ascii="IM Fell English" w:hAnsi="IM Fell English"/>
          <w:color w:val="141414"/>
          <w:sz w:val="24"/>
        </w:rPr>
        <w:t>Walking through the front room, she opened the door to the study.</w:t>
      </w:r>
    </w:p>
    <w:p>
      <w:r>
        <w:rPr>
          <w:rFonts w:ascii="IM Fell English" w:hAnsi="IM Fell English"/>
          <w:color w:val="141414"/>
          <w:sz w:val="24"/>
        </w:rPr>
        <w:t>Files were scattered on the floor, and filing cabinet drawers hung open.</w:t>
      </w:r>
    </w:p>
    <w:p>
      <w:r>
        <w:rPr>
          <w:rFonts w:ascii="IM Fell English" w:hAnsi="IM Fell English"/>
          <w:color w:val="141414"/>
          <w:sz w:val="24"/>
        </w:rPr>
        <w:t>"Billy!"</w:t>
      </w:r>
    </w:p>
    <w:p>
      <w:r>
        <w:rPr>
          <w:rFonts w:ascii="IM Fell English" w:hAnsi="IM Fell English"/>
          <w:color w:val="141414"/>
          <w:sz w:val="24"/>
        </w:rPr>
        <w:t>He was lying on the floor in a pool of blood. There was a gash in the back of his head. He was motionless.</w:t>
      </w:r>
    </w:p>
    <w:p>
      <w:r>
        <w:rPr>
          <w:rFonts w:ascii="IM Fell English" w:hAnsi="IM Fell English"/>
          <w:color w:val="141414"/>
          <w:sz w:val="24"/>
        </w:rPr>
        <w:t>She rushed to his side. "Billy, wake up, Billy!"</w:t>
      </w:r>
    </w:p>
    <w:p>
      <w:r>
        <w:rPr>
          <w:rFonts w:ascii="IM Fell English" w:hAnsi="IM Fell English"/>
          <w:color w:val="141414"/>
          <w:sz w:val="24"/>
        </w:rPr>
        <w:t>Nothing. No movement, no sound.</w:t>
      </w:r>
    </w:p>
    <w:p>
      <w:r>
        <w:rPr>
          <w:rFonts w:ascii="IM Fell English" w:hAnsi="IM Fell English"/>
          <w:color w:val="141414"/>
          <w:sz w:val="24"/>
        </w:rPr>
        <w:t>"Billy!"</w:t>
      </w:r>
    </w:p>
    <w:p>
      <w:r>
        <w:rPr>
          <w:rFonts w:ascii="IM Fell English" w:hAnsi="IM Fell English"/>
          <w:color w:val="141414"/>
          <w:sz w:val="24"/>
        </w:rPr>
        <w:t>Slowly, he opened his eyes. "What happened?"</w:t>
      </w:r>
    </w:p>
    <w:p>
      <w:r>
        <w:rPr>
          <w:rFonts w:ascii="IM Fell English" w:hAnsi="IM Fell English"/>
          <w:color w:val="141414"/>
          <w:sz w:val="24"/>
        </w:rPr>
        <w:t>"I don't know. I found you lying here," she said.</w:t>
      </w:r>
    </w:p>
    <w:p>
      <w:r>
        <w:rPr>
          <w:rFonts w:ascii="IM Fell English" w:hAnsi="IM Fell English"/>
          <w:color w:val="141414"/>
          <w:sz w:val="24"/>
        </w:rPr>
        <w:t>"I remember seeing a man with a beard lunge, then everything went dark," Billy said.</w:t>
      </w:r>
    </w:p>
    <w:p>
      <w:r>
        <w:rPr>
          <w:rFonts w:ascii="IM Fell English" w:hAnsi="IM Fell English"/>
          <w:color w:val="141414"/>
          <w:sz w:val="24"/>
        </w:rPr>
        <w:t>She helped him to his feet. Wrapping her arm around his waist, she began walking him toward the front door. He stumbled and fell into the front room. She struggled to get him back on his feet. They made it to the front yard, where Billy collapsed on the browning grass. The blood seeping from his head tinted the grass crimson.</w:t>
      </w:r>
    </w:p>
    <w:p>
      <w:r>
        <w:rPr>
          <w:rFonts w:ascii="IM Fell English" w:hAnsi="IM Fell English"/>
          <w:color w:val="141414"/>
          <w:sz w:val="24"/>
        </w:rPr>
        <w:t>She pulled her phone from her jeans pocket and dialed 911.</w:t>
      </w:r>
    </w:p>
    <w:p>
      <w:r>
        <w:rPr>
          <w:rFonts w:ascii="IM Fell English" w:hAnsi="IM Fell English"/>
          <w:color w:val="141414"/>
          <w:sz w:val="24"/>
        </w:rPr>
        <w:t>As she hung up, she heard a whoosh. She looked up from Billy's prone body and froze, seeing fire spread through her father's study. Tears streamed down her face as she watched the fire grow, consuming the front room.</w:t>
      </w:r>
    </w:p>
    <w:p>
      <w:r>
        <w:rPr>
          <w:rFonts w:ascii="IM Fell English" w:hAnsi="IM Fell English"/>
          <w:color w:val="141414"/>
          <w:sz w:val="24"/>
        </w:rPr>
        <w:t>Within moments, the fire engulfed the entire wooden structure. She felt helpless as the flames devoured the front room, the place where she had celebrated Christmas and where her father had taken her senior pictures on the staircase. The blaze consumed her bedroom, where she wrote in her journal. Her life was going up in smoke before her eyes.</w:t>
      </w:r>
    </w:p>
    <w:p>
      <w:r>
        <w:rPr>
          <w:rFonts w:ascii="IM Fell English" w:hAnsi="IM Fell English"/>
          <w:color w:val="141414"/>
          <w:sz w:val="24"/>
        </w:rPr>
        <w:t>She stood and watched as flames licked up the outside wall. Fire consumed the house like a famished bear devouring its prey. The heat and smoke pushed her away, stinging her eyes and stealing her breath. Yet the house pulled her in.</w:t>
      </w:r>
    </w:p>
    <w:p>
      <w:r>
        <w:rPr>
          <w:rFonts w:ascii="IM Fell English" w:hAnsi="IM Fell English"/>
          <w:color w:val="141414"/>
          <w:sz w:val="24"/>
        </w:rPr>
        <w:t>The police arrived and called for an ambulance and the fire department. By the time the fire trucks arrived, all they could do was prevent the fire from spreading to other homes. Her home was a total loss.</w:t>
      </w:r>
    </w:p>
    <w:p>
      <w:r>
        <w:rPr>
          <w:rFonts w:ascii="IM Fell English" w:hAnsi="IM Fell English"/>
          <w:color w:val="141414"/>
          <w:sz w:val="24"/>
        </w:rPr>
        <w:t>Billy was unconscious and rushed to the hospital. She followed the ambulance.</w:t>
      </w:r>
    </w:p>
    <w:p>
      <w:r>
        <w:rPr>
          <w:rFonts w:ascii="IM Fell English" w:hAnsi="IM Fell English"/>
          <w:color w:val="141414"/>
          <w:sz w:val="24"/>
        </w:rPr>
        <w:t>After breakfast in the hospital's cafe, Martha rode the elevator to Billy's floor. She opened his room's door and saw Betty Jean sitting by his bedside, holding his hand.</w:t>
      </w:r>
    </w:p>
    <w:p>
      <w:r>
        <w:rPr>
          <w:rFonts w:ascii="IM Fell English" w:hAnsi="IM Fell English"/>
          <w:color w:val="141414"/>
          <w:sz w:val="24"/>
        </w:rPr>
        <w:t>Betty Jean walked toward her. Martha opened her arms for a hug. Instead, Betty pulled back her hand, swung it hard, and slapped Martha across the face.</w:t>
      </w:r>
    </w:p>
    <w:p>
      <w:r>
        <w:rPr>
          <w:rFonts w:ascii="IM Fell English" w:hAnsi="IM Fell English"/>
          <w:color w:val="141414"/>
          <w:sz w:val="24"/>
        </w:rPr>
        <w:t>"You and your obsession almost cost him his life."</w:t>
      </w:r>
    </w:p>
    <w:p>
      <w:r>
        <w:rPr>
          <w:rFonts w:ascii="IM Fell English" w:hAnsi="IM Fell English"/>
          <w:color w:val="141414"/>
          <w:sz w:val="24"/>
        </w:rPr>
        <w:t>Pain spread across her face, and shock set in. Embarrassed, Martha turned and headed for the elevator. She returned to her car, sat there, and burst into tears. She started the car and drove. Half an hour later, she found herself sitting in front of the remains of her family home.</w:t>
      </w:r>
    </w:p>
    <w:p>
      <w:r>
        <w:rPr>
          <w:rFonts w:ascii="IM Fell English" w:hAnsi="IM Fell English"/>
          <w:color w:val="141414"/>
          <w:sz w:val="24"/>
        </w:rPr>
        <w:t>Smoke rose from the black and gray charred ruins. Firefighters were putting out flare-ups, and investigators were working their way through the mess.</w:t>
      </w:r>
    </w:p>
    <w:p>
      <w:r>
        <w:rPr>
          <w:rFonts w:ascii="IM Fell English" w:hAnsi="IM Fell English"/>
          <w:color w:val="141414"/>
          <w:sz w:val="24"/>
        </w:rPr>
        <w:t>Her mind replayed all the memories she had made in that home.</w:t>
      </w:r>
    </w:p>
    <w:p>
      <w:r>
        <w:rPr>
          <w:rFonts w:ascii="IM Fell English" w:hAnsi="IM Fell English"/>
          <w:color w:val="141414"/>
          <w:sz w:val="24"/>
        </w:rPr>
        <w:t>The fire department finished their work, packed up their truck, and left the site. She got out of her car and picked her way through the debris, stepping over the fragments of her life—not just her own, but those of her father, mother, and sister. She walked through what remained of her father's study. His files were reduced to ashes, and the computer was a blackened shell.</w:t>
      </w:r>
    </w:p>
    <w:p>
      <w:r>
        <w:rPr>
          <w:rFonts w:ascii="IM Fell English" w:hAnsi="IM Fell English"/>
          <w:color w:val="141414"/>
          <w:sz w:val="24"/>
        </w:rPr>
        <w:t>Maybe Betty Jean was right; it had become an obsession. She thought of all the people she had hurt. Mary had been kidnapped, D.J. was dead, and now Billy might die. It wasn't worth it. With the evidence they now had, Jamal would be freed. What more could she do? Leave it to the police. They were trained for this kind of investigation and would find out who the guilty parties were. She was finished. She wouldn't put anyone else in danger again.</w:t>
      </w:r>
    </w:p>
    <w:p>
      <w:r>
        <w:rPr>
          <w:rFonts w:ascii="IM Fell English" w:hAnsi="IM Fell English"/>
          <w:color w:val="141414"/>
          <w:sz w:val="24"/>
        </w:rPr>
        <w:t>Her phone rang. "Hello."</w:t>
      </w:r>
    </w:p>
    <w:p>
      <w:r>
        <w:rPr>
          <w:rFonts w:ascii="IM Fell English" w:hAnsi="IM Fell English"/>
          <w:color w:val="141414"/>
          <w:sz w:val="24"/>
        </w:rPr>
        <w:t>"Martha, are you okay?" Mary asked.</w:t>
      </w:r>
    </w:p>
    <w:p>
      <w:r>
        <w:rPr>
          <w:rFonts w:ascii="IM Fell English" w:hAnsi="IM Fell English"/>
          <w:i/>
          <w:color w:val="141414"/>
          <w:sz w:val="24"/>
        </w:rPr>
        <w:t>Had she heard about the fire, or about Billy?</w:t>
      </w:r>
    </w:p>
    <w:p>
      <w:r>
        <w:rPr>
          <w:rFonts w:ascii="IM Fell English" w:hAnsi="IM Fell English"/>
          <w:color w:val="141414"/>
          <w:sz w:val="24"/>
        </w:rPr>
        <w:t>"I'm okay, but I need to talk to you and Mom."</w:t>
      </w:r>
    </w:p>
    <w:p>
      <w:r>
        <w:rPr>
          <w:rFonts w:ascii="IM Fell English" w:hAnsi="IM Fell English"/>
          <w:color w:val="141414"/>
          <w:sz w:val="24"/>
        </w:rPr>
        <w:t>"Have you heard about Billy? He's in the hospital."</w:t>
      </w:r>
    </w:p>
    <w:p>
      <w:r>
        <w:rPr>
          <w:rFonts w:ascii="IM Fell English" w:hAnsi="IM Fell English"/>
          <w:color w:val="141414"/>
          <w:sz w:val="24"/>
        </w:rPr>
        <w:t>"I know, I was there," Martha said.</w:t>
      </w:r>
    </w:p>
    <w:p>
      <w:r>
        <w:rPr>
          <w:rFonts w:ascii="IM Fell English" w:hAnsi="IM Fell English"/>
          <w:color w:val="141414"/>
          <w:sz w:val="24"/>
        </w:rPr>
        <w:t>"You were? Where was that?"</w:t>
      </w:r>
    </w:p>
    <w:p>
      <w:r>
        <w:rPr>
          <w:rFonts w:ascii="IM Fell English" w:hAnsi="IM Fell English"/>
          <w:color w:val="141414"/>
          <w:sz w:val="24"/>
        </w:rPr>
        <w:t>"At our home."</w:t>
      </w:r>
    </w:p>
    <w:p>
      <w:r>
        <w:rPr>
          <w:rFonts w:ascii="IM Fell English" w:hAnsi="IM Fell English"/>
          <w:color w:val="141414"/>
          <w:sz w:val="24"/>
        </w:rPr>
        <w:t>"Oh. If you're near there, could you stop by and pick up Mom's green dress?"</w:t>
      </w:r>
    </w:p>
    <w:p>
      <w:r>
        <w:rPr>
          <w:rFonts w:ascii="IM Fell English" w:hAnsi="IM Fell English"/>
          <w:color w:val="141414"/>
          <w:sz w:val="24"/>
        </w:rPr>
        <w:t>"I need to talk to you both. I'll be at your apartment in a few minutes."</w:t>
      </w:r>
    </w:p>
    <w:p>
      <w:r>
        <w:rPr>
          <w:rFonts w:ascii="IM Fell English" w:hAnsi="IM Fell English"/>
          <w:i/>
          <w:color w:val="141414"/>
          <w:sz w:val="24"/>
        </w:rPr>
        <w:t>What would she say to her mother and sister? How could she explain what happened to their home and to Billy?</w:t>
      </w:r>
    </w:p>
    <w:p>
      <w:r>
        <w:rPr>
          <w:rFonts w:ascii="IM Fell English" w:hAnsi="IM Fell English"/>
          <w:color w:val="141414"/>
          <w:sz w:val="24"/>
        </w:rPr>
        <w:t>She drove to her sister's apartment.</w:t>
      </w:r>
    </w:p>
    <w:p>
      <w:r>
        <w:rPr>
          <w:rFonts w:ascii="IM Fell English" w:hAnsi="IM Fell English"/>
          <w:color w:val="141414"/>
          <w:sz w:val="24"/>
        </w:rPr>
        <w:t>Ruth and Mary were waiting for her.</w:t>
      </w:r>
    </w:p>
    <w:p>
      <w:r>
        <w:rPr>
          <w:rFonts w:ascii="IM Fell English" w:hAnsi="IM Fell English"/>
          <w:color w:val="141414"/>
          <w:sz w:val="24"/>
        </w:rPr>
        <w:t>"I don't know what you have heard," Martha said.</w:t>
      </w:r>
    </w:p>
    <w:p>
      <w:r>
        <w:rPr>
          <w:rFonts w:ascii="IM Fell English" w:hAnsi="IM Fell English"/>
          <w:color w:val="141414"/>
          <w:sz w:val="24"/>
        </w:rPr>
        <w:t>"We heard Billy is in the hospital. That's all we know. How is he?" Mary said.</w:t>
      </w:r>
    </w:p>
    <w:p>
      <w:r>
        <w:rPr>
          <w:rFonts w:ascii="IM Fell English" w:hAnsi="IM Fell English"/>
          <w:color w:val="141414"/>
          <w:sz w:val="24"/>
        </w:rPr>
        <w:t>"He's unconscious."</w:t>
      </w:r>
    </w:p>
    <w:p>
      <w:r>
        <w:rPr>
          <w:rFonts w:ascii="IM Fell English" w:hAnsi="IM Fell English"/>
          <w:color w:val="141414"/>
          <w:sz w:val="24"/>
        </w:rPr>
        <w:t>"What happened?" Ruth asked.</w:t>
      </w:r>
    </w:p>
    <w:p>
      <w:r>
        <w:rPr>
          <w:rFonts w:ascii="IM Fell English" w:hAnsi="IM Fell English"/>
          <w:color w:val="141414"/>
          <w:sz w:val="24"/>
        </w:rPr>
        <w:t>"The bearded man attacked him at our home," Martha said.</w:t>
      </w:r>
    </w:p>
    <w:p>
      <w:r>
        <w:rPr>
          <w:rFonts w:ascii="IM Fell English" w:hAnsi="IM Fell English"/>
          <w:color w:val="141414"/>
          <w:sz w:val="24"/>
        </w:rPr>
        <w:t>"In our home?" Ruth exclaimed.</w:t>
      </w:r>
    </w:p>
    <w:p>
      <w:r>
        <w:rPr>
          <w:rFonts w:ascii="IM Fell English" w:hAnsi="IM Fell English"/>
          <w:color w:val="141414"/>
          <w:sz w:val="24"/>
        </w:rPr>
        <w:t>"Yes, and I need to tell you something," Martha said.</w:t>
      </w:r>
    </w:p>
    <w:p>
      <w:r>
        <w:rPr>
          <w:rFonts w:ascii="IM Fell English" w:hAnsi="IM Fell English"/>
          <w:color w:val="141414"/>
          <w:sz w:val="24"/>
        </w:rPr>
        <w:t>Just then, Ruth's phone rang. She glanced at the screen. "I need to take this."</w:t>
      </w:r>
    </w:p>
    <w:p>
      <w:r>
        <w:rPr>
          <w:rFonts w:ascii="IM Fell English" w:hAnsi="IM Fell English"/>
          <w:color w:val="141414"/>
          <w:sz w:val="24"/>
        </w:rPr>
        <w:t>A moment later, Ruth exclaimed, "What!"</w:t>
      </w:r>
    </w:p>
    <w:p>
      <w:r>
        <w:rPr>
          <w:rFonts w:ascii="IM Fell English" w:hAnsi="IM Fell English"/>
          <w:color w:val="141414"/>
          <w:sz w:val="24"/>
        </w:rPr>
        <w:t>Ruth slammed the phone down. Her face reddened, her hand clenching into a fist.</w:t>
      </w:r>
    </w:p>
    <w:p>
      <w:r>
        <w:rPr>
          <w:rFonts w:ascii="IM Fell English" w:hAnsi="IM Fell English"/>
          <w:color w:val="141414"/>
          <w:sz w:val="24"/>
        </w:rPr>
        <w:t>"What happened to the house?" she demanded.</w:t>
      </w:r>
    </w:p>
    <w:p>
      <w:r>
        <w:rPr>
          <w:rFonts w:ascii="IM Fell English" w:hAnsi="IM Fell English"/>
          <w:color w:val="141414"/>
          <w:sz w:val="24"/>
        </w:rPr>
        <w:t>"That is what I came to talk to you about—"</w:t>
      </w:r>
    </w:p>
    <w:p>
      <w:r>
        <w:rPr>
          <w:rFonts w:ascii="IM Fell English" w:hAnsi="IM Fell English"/>
          <w:color w:val="141414"/>
          <w:sz w:val="24"/>
        </w:rPr>
        <w:t>"Get on with it," Ruth snapped. "The rumor is our house burned to the ground."</w:t>
      </w:r>
    </w:p>
    <w:p>
      <w:r>
        <w:rPr>
          <w:rFonts w:ascii="IM Fell English" w:hAnsi="IM Fell English"/>
          <w:color w:val="141414"/>
          <w:sz w:val="24"/>
        </w:rPr>
        <w:t>"The rumor is true," Martha confirmed.</w:t>
      </w:r>
    </w:p>
    <w:p>
      <w:r>
        <w:rPr>
          <w:rFonts w:ascii="IM Fell English" w:hAnsi="IM Fell English"/>
          <w:color w:val="141414"/>
          <w:sz w:val="24"/>
        </w:rPr>
        <w:t>"It had something to do with this quest of yours, I'll bet," Ruth accused.</w:t>
      </w:r>
    </w:p>
    <w:p>
      <w:r>
        <w:rPr>
          <w:rFonts w:ascii="IM Fell English" w:hAnsi="IM Fell English"/>
          <w:color w:val="141414"/>
          <w:sz w:val="24"/>
        </w:rPr>
        <w:t>"Mom, I'm so sorry. I never planned for this to get so out of hand."</w:t>
      </w:r>
    </w:p>
    <w:p>
      <w:r>
        <w:rPr>
          <w:rFonts w:ascii="IM Fell English" w:hAnsi="IM Fell English"/>
          <w:color w:val="141414"/>
          <w:sz w:val="24"/>
        </w:rPr>
        <w:t>Ruth's face whitened. She stumbled into a kitchen chair. "Is it all gone?"</w:t>
      </w:r>
    </w:p>
    <w:p>
      <w:r>
        <w:rPr>
          <w:rFonts w:ascii="IM Fell English" w:hAnsi="IM Fell English"/>
          <w:color w:val="141414"/>
          <w:sz w:val="24"/>
        </w:rPr>
        <w:t>"I'm afraid so."</w:t>
      </w:r>
    </w:p>
    <w:p>
      <w:r>
        <w:rPr>
          <w:rFonts w:ascii="IM Fell English" w:hAnsi="IM Fell English"/>
          <w:color w:val="141414"/>
          <w:sz w:val="24"/>
        </w:rPr>
        <w:t>"What am I going to do? What are we going to do?"</w:t>
      </w:r>
    </w:p>
    <w:p>
      <w:r>
        <w:rPr>
          <w:rFonts w:ascii="IM Fell English" w:hAnsi="IM Fell English"/>
          <w:color w:val="141414"/>
          <w:sz w:val="24"/>
        </w:rPr>
        <w:t>"You have insurance, right?" Martha asked.</w:t>
      </w:r>
    </w:p>
    <w:p>
      <w:r>
        <w:rPr>
          <w:rFonts w:ascii="IM Fell English" w:hAnsi="IM Fell English"/>
          <w:color w:val="141414"/>
          <w:sz w:val="24"/>
        </w:rPr>
        <w:t>Ruth moved toward the sofa and lay down. "Insurance?" she scoffed. "Insurance can't replace memories. A lifetime of them—pictures, gifts, keepsakes—all up in smoke."</w:t>
      </w:r>
    </w:p>
    <w:p>
      <w:r>
        <w:rPr>
          <w:rFonts w:ascii="IM Fell English" w:hAnsi="IM Fell English"/>
          <w:color w:val="141414"/>
          <w:sz w:val="24"/>
        </w:rPr>
        <w:t>Martha already felt terrible, and Ruth's despair only aggravated her own.</w:t>
      </w:r>
    </w:p>
    <w:p>
      <w:r>
        <w:rPr>
          <w:rFonts w:ascii="IM Fell English" w:hAnsi="IM Fell English"/>
          <w:color w:val="141414"/>
          <w:sz w:val="24"/>
        </w:rPr>
        <w:t>"I'd better go," Martha said.</w:t>
      </w:r>
    </w:p>
    <w:p>
      <w:r>
        <w:rPr>
          <w:rFonts w:ascii="IM Fell English" w:hAnsi="IM Fell English"/>
          <w:color w:val="141414"/>
          <w:sz w:val="24"/>
        </w:rPr>
        <w:t xml:space="preserve">Martha knew how their mother was. </w:t>
      </w:r>
      <w:r>
        <w:rPr>
          <w:rFonts w:ascii="IM Fell English" w:hAnsi="IM Fell English"/>
          <w:i/>
          <w:color w:val="141414"/>
          <w:sz w:val="24"/>
        </w:rPr>
        <w:t>You know how Mom is,</w:t>
      </w:r>
      <w:r>
        <w:rPr>
          <w:rFonts w:ascii="IM Fell English" w:hAnsi="IM Fell English"/>
          <w:color w:val="141414"/>
          <w:sz w:val="24"/>
        </w:rPr>
        <w:t xml:space="preserve"> she thought. And this time, there was no bringing back what had been lost.</w:t>
      </w:r>
    </w:p>
    <w:p>
      <w:r>
        <w:rPr>
          <w:rFonts w:ascii="IM Fell English" w:hAnsi="IM Fell English"/>
          <w:color w:val="141414"/>
          <w:sz w:val="24"/>
        </w:rPr>
        <w:t>Martha returned to the motel and dropped onto the bed, weeping.</w:t>
      </w:r>
    </w:p>
    <w:p>
      <w:r>
        <w:rPr>
          <w:rFonts w:ascii="IM Fell English" w:hAnsi="IM Fell English"/>
          <w:color w:val="141414"/>
          <w:sz w:val="24"/>
        </w:rPr>
        <w:t>Martha thought, "This was going nowhere. I had been threatened. Mary had been kidnapped. The house had burned, and now Billy might die."</w:t>
      </w:r>
    </w:p>
    <w:p>
      <w:r>
        <w:rPr>
          <w:rFonts w:ascii="IM Fell English" w:hAnsi="IM Fell English"/>
          <w:color w:val="141414"/>
          <w:sz w:val="24"/>
        </w:rPr>
        <w:t>She spoke aloud to Scruff, "I cannot keep going. I'm putting my family and friends at risk. Had I not arrived when I did, Billy would be dead, trapped in the burning house. The cost is too great."</w:t>
      </w:r>
    </w:p>
    <w:p>
      <w:r>
        <w:rPr>
          <w:rFonts w:ascii="IM Fell English" w:hAnsi="IM Fell English"/>
          <w:color w:val="141414"/>
          <w:sz w:val="24"/>
        </w:rPr>
        <w:t xml:space="preserve">" </w:t>
      </w:r>
      <w:r>
        <w:rPr>
          <w:rFonts w:ascii="IM Fell English" w:hAnsi="IM Fell English"/>
          <w:i/>
          <w:color w:val="141414"/>
          <w:sz w:val="24"/>
        </w:rPr>
        <w:t>Tomorrow</w:t>
      </w:r>
      <w:r>
        <w:rPr>
          <w:rFonts w:ascii="IM Fell English" w:hAnsi="IM Fell English"/>
          <w:color w:val="141414"/>
          <w:sz w:val="24"/>
        </w:rPr>
        <w:t>," she thought, "</w:t>
      </w:r>
      <w:r>
        <w:rPr>
          <w:rFonts w:ascii="IM Fell English" w:hAnsi="IM Fell English"/>
          <w:i/>
          <w:color w:val="141414"/>
          <w:sz w:val="24"/>
        </w:rPr>
        <w:t>I'll tell everyone it's over. Let the police do their jobs.</w:t>
      </w:r>
      <w:r>
        <w:rPr>
          <w:rFonts w:ascii="IM Fell English" w:hAnsi="IM Fell English"/>
          <w:color w:val="141414"/>
          <w:sz w:val="24"/>
        </w:rPr>
        <w:t>"</w:t>
      </w:r>
    </w:p>
    <w:p>
      <w:pPr>
        <w:pStyle w:val="Heading1"/>
        <w:jc w:val="center"/>
      </w:pPr>
    </w:p>
    <w:p>
      <w:pPr>
        <w:pStyle w:val="Heading3"/>
        <w:jc w:val="center"/>
      </w:pPr>
      <w:r>
        <w:rPr>
          <w:rFonts w:ascii="IM Fell English" w:hAnsi="IM Fell English"/>
          <w:color w:val="0D0D0D"/>
        </w:rPr>
        <w:t>Chapter 23</w:t>
      </w:r>
    </w:p>
    <w:p>
      <w:r>
        <w:rPr>
          <w:rFonts w:ascii="IM Fell English" w:hAnsi="IM Fell English"/>
          <w:color w:val="141414"/>
          <w:sz w:val="24"/>
        </w:rPr>
        <w:t>Martha pulled her car off the highway into the parking lot of the Dinner Bell. It was nearly empty except for a yellow Jeep and a black SUV.</w:t>
      </w:r>
    </w:p>
    <w:p>
      <w:r>
        <w:rPr>
          <w:rFonts w:ascii="IM Fell English" w:hAnsi="IM Fell English"/>
          <w:color w:val="141414"/>
          <w:sz w:val="24"/>
        </w:rPr>
        <w:t>She opened the door and looked around, breathing a sigh of relief. No bearded man.</w:t>
      </w:r>
    </w:p>
    <w:p>
      <w:r>
        <w:rPr>
          <w:rFonts w:ascii="IM Fell English" w:hAnsi="IM Fell English"/>
          <w:color w:val="141414"/>
          <w:sz w:val="24"/>
        </w:rPr>
        <w:t>Inside, a couple of teenagers—a boy and a girl—looked into each other's eyes and laughed. The booth Martha and her crew normally occupied was now filled by a young family.</w:t>
      </w:r>
    </w:p>
    <w:p>
      <w:r>
        <w:rPr>
          <w:rFonts w:ascii="IM Fell English" w:hAnsi="IM Fell English"/>
          <w:color w:val="141414"/>
          <w:sz w:val="24"/>
        </w:rPr>
        <w:t>The dad was busy helping his toddler daughter complete a connect-the-dots picture on the back of the menu with a pencil. The woman was struggling with an infant whose face was covered with mashed potatoes clinging to his blond hair, his arms waving wildly as he tested his lungs. She looked up to see Martha looking at them.</w:t>
      </w:r>
    </w:p>
    <w:p>
      <w:r>
        <w:rPr>
          <w:rFonts w:ascii="IM Fell English" w:hAnsi="IM Fell English"/>
          <w:color w:val="141414"/>
          <w:sz w:val="24"/>
        </w:rPr>
        <w:t>"He missed his nap," she said, her face turning red.</w:t>
      </w:r>
    </w:p>
    <w:p>
      <w:r>
        <w:rPr>
          <w:rFonts w:ascii="IM Fell English" w:hAnsi="IM Fell English"/>
          <w:color w:val="141414"/>
          <w:sz w:val="24"/>
        </w:rPr>
        <w:t>Martha walked past them, heading toward a booth on the other end of the building. "You have beautiful children."</w:t>
      </w:r>
    </w:p>
    <w:p>
      <w:r>
        <w:rPr>
          <w:rFonts w:ascii="IM Fell English" w:hAnsi="IM Fell English"/>
          <w:color w:val="141414"/>
          <w:sz w:val="24"/>
        </w:rPr>
        <w:t>"Thank you."</w:t>
      </w:r>
    </w:p>
    <w:p>
      <w:r>
        <w:rPr>
          <w:rFonts w:ascii="IM Fell English" w:hAnsi="IM Fell English"/>
          <w:color w:val="141414"/>
          <w:sz w:val="24"/>
        </w:rPr>
        <w:t>Martha watched the family drama unfold. The mother fought to clean up the screaming child with a wet napkin. The child was winning. The father looked up and smiled.</w:t>
      </w:r>
    </w:p>
    <w:p>
      <w:r>
        <w:rPr>
          <w:rFonts w:ascii="IM Fell English" w:hAnsi="IM Fell English"/>
          <w:color w:val="141414"/>
          <w:sz w:val="24"/>
        </w:rPr>
        <w:t>Several groups came into the restaurant. Would it be too crowded for conversation?</w:t>
      </w:r>
    </w:p>
    <w:p>
      <w:r>
        <w:rPr>
          <w:rFonts w:ascii="IM Fell English" w:hAnsi="IM Fell English"/>
          <w:i/>
          <w:color w:val="141414"/>
          <w:sz w:val="24"/>
        </w:rPr>
        <w:t>What kind of mother would I be at thirty years old? It might be time to find out.</w:t>
      </w:r>
    </w:p>
    <w:p>
      <w:r>
        <w:rPr>
          <w:rFonts w:ascii="IM Fell English" w:hAnsi="IM Fell English"/>
          <w:color w:val="141414"/>
          <w:sz w:val="24"/>
        </w:rPr>
        <w:t>By the time the family left, Judy and Mary entered through the front door. They looked at their normal spot, then looked around until they saw Martha in a different booth. Mary shrugged, and she and Judy walked toward Martha's booth.</w:t>
      </w:r>
    </w:p>
    <w:p>
      <w:r>
        <w:rPr>
          <w:rFonts w:ascii="IM Fell English" w:hAnsi="IM Fell English"/>
          <w:color w:val="141414"/>
          <w:sz w:val="24"/>
        </w:rPr>
        <w:t>As they sat down, a server lost her grip on a large silver serving tray, sending meatloaf, mashed potatoes, and beef stew crashing to the floor. Martha looked at it and thought it resembled a piece of modern art.</w:t>
      </w:r>
    </w:p>
    <w:p>
      <w:r>
        <w:rPr>
          <w:rFonts w:ascii="IM Fell English" w:hAnsi="IM Fell English"/>
          <w:color w:val="141414"/>
          <w:sz w:val="24"/>
        </w:rPr>
        <w:t>"She's new," said Judy.</w:t>
      </w:r>
    </w:p>
    <w:p>
      <w:r>
        <w:rPr>
          <w:rFonts w:ascii="IM Fell English" w:hAnsi="IM Fell English"/>
          <w:color w:val="141414"/>
          <w:sz w:val="24"/>
        </w:rPr>
        <w:t>The manager, a man in a white shirt and black pants wearing a silver badge, came flying through the kitchen's double swinging doors.</w:t>
      </w:r>
    </w:p>
    <w:p>
      <w:r>
        <w:rPr>
          <w:rFonts w:ascii="IM Fell English" w:hAnsi="IM Fell English"/>
          <w:color w:val="141414"/>
          <w:sz w:val="24"/>
        </w:rPr>
        <w:t>"What happened?" he said.</w:t>
      </w:r>
    </w:p>
    <w:p>
      <w:r>
        <w:rPr>
          <w:rFonts w:ascii="IM Fell English" w:hAnsi="IM Fell English"/>
          <w:color w:val="141414"/>
          <w:sz w:val="24"/>
        </w:rPr>
        <w:t>Judy ran over and helped with the cleanup. The manager returned to the kitchen and came back a few moments later with a mop and a bucket. Together, they cleaned. Ken came through the front door, started toward the booth, and gave a wide berth to the mess in the middle of the floor.</w:t>
      </w:r>
    </w:p>
    <w:p>
      <w:r>
        <w:rPr>
          <w:rFonts w:ascii="IM Fell English" w:hAnsi="IM Fell English"/>
          <w:color w:val="141414"/>
          <w:sz w:val="24"/>
        </w:rPr>
        <w:t>"What happened here?" Ken asked.</w:t>
      </w:r>
    </w:p>
    <w:p>
      <w:r>
        <w:rPr>
          <w:rFonts w:ascii="IM Fell English" w:hAnsi="IM Fell English"/>
          <w:color w:val="141414"/>
          <w:sz w:val="24"/>
        </w:rPr>
        <w:t>"It happens," Judy said, looking up from the floor.</w:t>
      </w:r>
    </w:p>
    <w:p>
      <w:r>
        <w:rPr>
          <w:rFonts w:ascii="IM Fell English" w:hAnsi="IM Fell English"/>
          <w:i/>
          <w:color w:val="141414"/>
          <w:sz w:val="24"/>
        </w:rPr>
        <w:t>What a team they have, working together for a common goal.</w:t>
      </w:r>
    </w:p>
    <w:p>
      <w:r>
        <w:rPr>
          <w:rFonts w:ascii="IM Fell English" w:hAnsi="IM Fell English"/>
          <w:color w:val="141414"/>
          <w:sz w:val="24"/>
        </w:rPr>
        <w:t>After the cleanup, Judy returned to the booth, followed by the rattled server.</w:t>
      </w:r>
    </w:p>
    <w:p>
      <w:r>
        <w:rPr>
          <w:rFonts w:ascii="IM Fell English" w:hAnsi="IM Fell English"/>
          <w:color w:val="141414"/>
          <w:sz w:val="24"/>
        </w:rPr>
        <w:t>The waitress stopped at the edge of the table. Trembling, she asked, "What can I get you?"</w:t>
      </w:r>
    </w:p>
    <w:p>
      <w:r>
        <w:rPr>
          <w:rFonts w:ascii="IM Fell English" w:hAnsi="IM Fell English"/>
          <w:color w:val="141414"/>
          <w:sz w:val="24"/>
        </w:rPr>
        <w:t>"Take a breath; it will be okay. I'll have a Diet Pepsi," Judy said.</w:t>
      </w:r>
    </w:p>
    <w:p>
      <w:r>
        <w:rPr>
          <w:rFonts w:ascii="IM Fell English" w:hAnsi="IM Fell English"/>
          <w:color w:val="141414"/>
          <w:sz w:val="24"/>
        </w:rPr>
        <w:t>The others placed their orders, and the waitress walked toward the double doors to the kitchen. Martha looked at the mess. It reminded her of this entire investigation.</w:t>
      </w:r>
    </w:p>
    <w:p>
      <w:r>
        <w:rPr>
          <w:rFonts w:ascii="IM Fell English" w:hAnsi="IM Fell English"/>
          <w:color w:val="141414"/>
          <w:sz w:val="24"/>
        </w:rPr>
        <w:t>Ken spoke first. "Malroy is up to something."</w:t>
      </w:r>
    </w:p>
    <w:p>
      <w:r>
        <w:rPr>
          <w:rFonts w:ascii="IM Fell English" w:hAnsi="IM Fell English"/>
          <w:color w:val="141414"/>
          <w:sz w:val="24"/>
        </w:rPr>
        <w:t>"What?" Mary asked.</w:t>
      </w:r>
    </w:p>
    <w:p>
      <w:r>
        <w:rPr>
          <w:rFonts w:ascii="IM Fell English" w:hAnsi="IM Fell English"/>
          <w:color w:val="141414"/>
          <w:sz w:val="24"/>
        </w:rPr>
        <w:t>"I don't know, but he's out doing interviews and building a fresh case. It's like he knows they will never convict Jamal," he said.</w:t>
      </w:r>
    </w:p>
    <w:p>
      <w:r>
        <w:rPr>
          <w:rFonts w:ascii="IM Fell English" w:hAnsi="IM Fell English"/>
          <w:color w:val="141414"/>
          <w:sz w:val="24"/>
        </w:rPr>
        <w:t>"Who is he going after?" Martha asked.</w:t>
      </w:r>
    </w:p>
    <w:p>
      <w:r>
        <w:rPr>
          <w:rFonts w:ascii="IM Fell English" w:hAnsi="IM Fell English"/>
          <w:color w:val="141414"/>
          <w:sz w:val="24"/>
        </w:rPr>
        <w:t>"I have no idea," he said.</w:t>
      </w:r>
    </w:p>
    <w:p>
      <w:r>
        <w:rPr>
          <w:rFonts w:ascii="IM Fell English" w:hAnsi="IM Fell English"/>
          <w:color w:val="141414"/>
          <w:sz w:val="24"/>
        </w:rPr>
        <w:t>"Maybe this is a helpful development," Martha said.</w:t>
      </w:r>
    </w:p>
    <w:p>
      <w:r>
        <w:rPr>
          <w:rFonts w:ascii="IM Fell English" w:hAnsi="IM Fell English"/>
          <w:color w:val="141414"/>
          <w:sz w:val="24"/>
        </w:rPr>
        <w:t>"What do you mean?" Judy asked.</w:t>
      </w:r>
    </w:p>
    <w:p>
      <w:r>
        <w:rPr>
          <w:rFonts w:ascii="IM Fell English" w:hAnsi="IM Fell English"/>
          <w:color w:val="141414"/>
          <w:sz w:val="24"/>
        </w:rPr>
        <w:t>"We're in over our heads," Martha said. "We need to leave it to the police."</w:t>
      </w:r>
    </w:p>
    <w:p>
      <w:r>
        <w:rPr>
          <w:rFonts w:ascii="IM Fell English" w:hAnsi="IM Fell English"/>
          <w:color w:val="141414"/>
          <w:sz w:val="24"/>
        </w:rPr>
        <w:t>"Can we trust them? Sorry, Ken, but..." Mary said.</w:t>
      </w:r>
    </w:p>
    <w:p>
      <w:r>
        <w:rPr>
          <w:rFonts w:ascii="IM Fell English" w:hAnsi="IM Fell English"/>
          <w:color w:val="141414"/>
          <w:sz w:val="24"/>
        </w:rPr>
        <w:t>"I understand. I feel the same way," Ken said.</w:t>
      </w:r>
    </w:p>
    <w:p>
      <w:r>
        <w:rPr>
          <w:rFonts w:ascii="IM Fell English" w:hAnsi="IM Fell English"/>
          <w:color w:val="141414"/>
          <w:sz w:val="24"/>
        </w:rPr>
        <w:t>"Why are we giving up?" Mary said.</w:t>
      </w:r>
    </w:p>
    <w:p>
      <w:r>
        <w:rPr>
          <w:rFonts w:ascii="IM Fell English" w:hAnsi="IM Fell English"/>
          <w:color w:val="141414"/>
          <w:sz w:val="24"/>
        </w:rPr>
        <w:t>"Think about it, Mary. They kidnapped you. Ken, your boss is angry with you. And poor Billy is in the hospital," Martha said.</w:t>
      </w:r>
    </w:p>
    <w:p>
      <w:r>
        <w:rPr>
          <w:rFonts w:ascii="IM Fell English" w:hAnsi="IM Fell English"/>
          <w:color w:val="141414"/>
          <w:sz w:val="24"/>
        </w:rPr>
        <w:t>"Billy is drifting in and out of consciousness right now. I went to see him today, and during a lucid moment, he asked to see you, Martha," Judy said.</w:t>
      </w:r>
    </w:p>
    <w:p>
      <w:r>
        <w:rPr>
          <w:rFonts w:ascii="IM Fell English" w:hAnsi="IM Fell English"/>
          <w:color w:val="141414"/>
          <w:sz w:val="24"/>
        </w:rPr>
        <w:t>"You need to go see him, no matter what Betty Jean wants," Mary said.</w:t>
      </w:r>
    </w:p>
    <w:p>
      <w:r>
        <w:rPr>
          <w:rFonts w:ascii="IM Fell English" w:hAnsi="IM Fell English"/>
          <w:color w:val="141414"/>
          <w:sz w:val="24"/>
        </w:rPr>
        <w:t>"I'll see Betty Jean tomorrow," Martha said, though she wasn't excited to deal with her again.</w:t>
      </w:r>
    </w:p>
    <w:p>
      <w:r>
        <w:rPr>
          <w:rFonts w:ascii="IM Fell English" w:hAnsi="IM Fell English"/>
          <w:color w:val="141414"/>
          <w:sz w:val="24"/>
        </w:rPr>
        <w:t>Ken sipped his tea. "Is there anything we can do to find your father's murderer? It just feels unfinished to me."</w:t>
      </w:r>
    </w:p>
    <w:p>
      <w:r>
        <w:rPr>
          <w:rFonts w:ascii="IM Fell English" w:hAnsi="IM Fell English"/>
          <w:color w:val="141414"/>
          <w:sz w:val="24"/>
        </w:rPr>
        <w:t>"Me too, but we're out of leads," Martha said. "We've exhausted every avenue. Besides, the house, Dad's files, and his computer are all gone."</w:t>
      </w:r>
    </w:p>
    <w:p>
      <w:r>
        <w:rPr>
          <w:rFonts w:ascii="IM Fell English" w:hAnsi="IM Fell English"/>
          <w:color w:val="141414"/>
          <w:sz w:val="24"/>
        </w:rPr>
        <w:t>"What about Brother Martin?" Judy asked.</w:t>
      </w:r>
    </w:p>
    <w:p>
      <w:r>
        <w:rPr>
          <w:rFonts w:ascii="IM Fell English" w:hAnsi="IM Fell English"/>
          <w:color w:val="141414"/>
          <w:sz w:val="24"/>
        </w:rPr>
        <w:t>"He was in Lancaster, like he said," Martha replied.</w:t>
      </w:r>
    </w:p>
    <w:p>
      <w:r>
        <w:rPr>
          <w:rFonts w:ascii="IM Fell English" w:hAnsi="IM Fell English"/>
          <w:color w:val="141414"/>
          <w:sz w:val="24"/>
        </w:rPr>
        <w:t>They agreed they had done all they could. They finished their drinks and went home.</w:t>
      </w:r>
    </w:p>
    <w:p>
      <w:r>
        <w:rPr>
          <w:rFonts w:ascii="IM Fell English" w:hAnsi="IM Fell English"/>
          <w:color w:val="141414"/>
          <w:sz w:val="24"/>
        </w:rPr>
        <w:t>Martha felt relief but also guilt. What would her father say about dropping it? She could hear him say, "If you start something, don't give it up."</w:t>
      </w:r>
    </w:p>
    <w:p>
      <w:r>
        <w:rPr>
          <w:rFonts w:ascii="IM Fell English" w:hAnsi="IM Fell English"/>
          <w:color w:val="141414"/>
          <w:sz w:val="24"/>
        </w:rPr>
        <w:t>Martha dropped into bed after taking Scruff for a walk.</w:t>
      </w:r>
    </w:p>
    <w:p>
      <w:r>
        <w:rPr>
          <w:rFonts w:ascii="IM Fell English" w:hAnsi="IM Fell English"/>
          <w:color w:val="141414"/>
          <w:sz w:val="24"/>
        </w:rPr>
        <w:t>"What a mess, Scruff, and there's nothing I can do about it."</w:t>
      </w:r>
    </w:p>
    <w:p>
      <w:pPr>
        <w:pStyle w:val="Heading1"/>
        <w:jc w:val="center"/>
      </w:pPr>
      <w:r>
        <w:rPr>
          <w:rFonts w:ascii="IM Fell English" w:hAnsi="IM Fell English"/>
          <w:color w:val="0D0D0D"/>
        </w:rPr>
        <w:t>Chapter 24</w:t>
      </w:r>
    </w:p>
    <w:p>
      <w:r>
        <w:rPr>
          <w:rFonts w:ascii="IM Fell English" w:hAnsi="IM Fell English"/>
          <w:color w:val="141414"/>
          <w:sz w:val="24"/>
        </w:rPr>
        <w:t>Martha woke the next morning, showered, and ran a 5K on the treadmill in her home gym.</w:t>
      </w:r>
    </w:p>
    <w:p>
      <w:r>
        <w:rPr>
          <w:rFonts w:ascii="IM Fell English" w:hAnsi="IM Fell English"/>
          <w:color w:val="141414"/>
          <w:sz w:val="24"/>
        </w:rPr>
        <w:t>Then she drove over to visit her mother and sister.</w:t>
      </w:r>
    </w:p>
    <w:p>
      <w:r>
        <w:rPr>
          <w:rFonts w:ascii="IM Fell English" w:hAnsi="IM Fell English"/>
          <w:color w:val="141414"/>
          <w:sz w:val="24"/>
        </w:rPr>
        <w:t>Mary opened the door and ran her fingers through her hair. "What time is it?"</w:t>
      </w:r>
    </w:p>
    <w:p>
      <w:r>
        <w:rPr>
          <w:rFonts w:ascii="IM Fell English" w:hAnsi="IM Fell English"/>
          <w:color w:val="141414"/>
          <w:sz w:val="24"/>
        </w:rPr>
        <w:t>Martha stepped inside. "Almost eight o'clock."</w:t>
      </w:r>
    </w:p>
    <w:p>
      <w:r>
        <w:rPr>
          <w:rFonts w:ascii="IM Fell English" w:hAnsi="IM Fell English"/>
          <w:color w:val="141414"/>
          <w:sz w:val="24"/>
        </w:rPr>
        <w:t>"Shit, woman, don't you ever sleep in?"</w:t>
      </w:r>
    </w:p>
    <w:p>
      <w:r>
        <w:rPr>
          <w:rFonts w:ascii="IM Fell English" w:hAnsi="IM Fell English"/>
          <w:color w:val="141414"/>
          <w:sz w:val="24"/>
        </w:rPr>
        <w:t>"I'll put some coffee on. Do you want a cup?" Martha said.</w:t>
      </w:r>
    </w:p>
    <w:p>
      <w:r>
        <w:rPr>
          <w:rFonts w:ascii="IM Fell English" w:hAnsi="IM Fell English"/>
          <w:color w:val="141414"/>
          <w:sz w:val="24"/>
        </w:rPr>
        <w:t>"I'll grab a cup with you in a minute."</w:t>
      </w:r>
    </w:p>
    <w:p>
      <w:r>
        <w:rPr>
          <w:rFonts w:ascii="IM Fell English" w:hAnsi="IM Fell English"/>
          <w:color w:val="141414"/>
          <w:sz w:val="24"/>
        </w:rPr>
        <w:t>Mary headed to the back of the apartment while Martha headed for the kitchen.</w:t>
      </w:r>
    </w:p>
    <w:p>
      <w:r>
        <w:rPr>
          <w:rFonts w:ascii="IM Fell English" w:hAnsi="IM Fell English"/>
          <w:color w:val="141414"/>
          <w:sz w:val="24"/>
        </w:rPr>
        <w:t xml:space="preserve">She found the coffee in the cabinet next to the refrigerator and put a pod in the Keurig. As she waited for the coffee to brew, she flipped on the television. A news show was on, and the reporter was discussing Jeff Bezos becoming the second man worth over one hundred billion dollars. </w:t>
      </w:r>
      <w:r>
        <w:rPr>
          <w:rFonts w:ascii="IM Fell English" w:hAnsi="IM Fell English"/>
          <w:i/>
          <w:color w:val="141414"/>
          <w:sz w:val="24"/>
        </w:rPr>
        <w:t>What could she do with that kind of money?</w:t>
      </w:r>
    </w:p>
    <w:p>
      <w:r>
        <w:rPr>
          <w:rFonts w:ascii="IM Fell English" w:hAnsi="IM Fell English"/>
          <w:i/>
          <w:color w:val="141414"/>
          <w:sz w:val="24"/>
        </w:rPr>
        <w:t>Still, she'd have to return to the job she hated in San Antonio.</w:t>
      </w:r>
    </w:p>
    <w:p>
      <w:r>
        <w:rPr>
          <w:rFonts w:ascii="IM Fell English" w:hAnsi="IM Fell English"/>
          <w:color w:val="141414"/>
          <w:sz w:val="24"/>
        </w:rPr>
        <w:t>"Coffee ready?" Mary asked from behind her.</w:t>
      </w:r>
    </w:p>
    <w:p>
      <w:r>
        <w:rPr>
          <w:rFonts w:ascii="IM Fell English" w:hAnsi="IM Fell English"/>
          <w:color w:val="141414"/>
          <w:sz w:val="24"/>
        </w:rPr>
        <w:t>"Almost. Do you want regular or a special blend?"</w:t>
      </w:r>
    </w:p>
    <w:p>
      <w:r>
        <w:rPr>
          <w:rFonts w:ascii="IM Fell English" w:hAnsi="IM Fell English"/>
          <w:color w:val="141414"/>
          <w:sz w:val="24"/>
        </w:rPr>
        <w:t>"I see you're using that new, fancy one you bought, not the old Mr. Coffee."</w:t>
      </w:r>
    </w:p>
    <w:p>
      <w:r>
        <w:rPr>
          <w:rFonts w:ascii="IM Fell English" w:hAnsi="IM Fell English"/>
          <w:color w:val="141414"/>
          <w:sz w:val="24"/>
        </w:rPr>
        <w:t>"Why would I buy it if we won't use it?"</w:t>
      </w:r>
    </w:p>
    <w:p>
      <w:r>
        <w:rPr>
          <w:rFonts w:ascii="IM Fell English" w:hAnsi="IM Fell English"/>
          <w:color w:val="141414"/>
          <w:sz w:val="24"/>
        </w:rPr>
        <w:t>"Okay, a cup of the chocolate coffee would be good this morning. Might wake me up."</w:t>
      </w:r>
    </w:p>
    <w:p>
      <w:r>
        <w:rPr>
          <w:rFonts w:ascii="IM Fell English" w:hAnsi="IM Fell English"/>
          <w:color w:val="141414"/>
          <w:sz w:val="24"/>
        </w:rPr>
        <w:t>"I see you finally came to your senses," Ruth said from the doorway.</w:t>
      </w:r>
    </w:p>
    <w:p>
      <w:r>
        <w:rPr>
          <w:rFonts w:ascii="IM Fell English" w:hAnsi="IM Fell English"/>
          <w:color w:val="141414"/>
          <w:sz w:val="24"/>
        </w:rPr>
        <w:t>Martha looked up from her cup of coffee. "What do you mean?"</w:t>
      </w:r>
    </w:p>
    <w:p>
      <w:r>
        <w:rPr>
          <w:rFonts w:ascii="IM Fell English" w:hAnsi="IM Fell English"/>
          <w:color w:val="141414"/>
          <w:sz w:val="24"/>
        </w:rPr>
        <w:t>"I mean, have you dropped your foolish investigation?"</w:t>
      </w:r>
    </w:p>
    <w:p>
      <w:r>
        <w:rPr>
          <w:rFonts w:ascii="IM Fell English" w:hAnsi="IM Fell English"/>
          <w:color w:val="141414"/>
          <w:sz w:val="24"/>
        </w:rPr>
        <w:t>"We've stopped, at least for now."</w:t>
      </w:r>
    </w:p>
    <w:p>
      <w:r>
        <w:rPr>
          <w:rFonts w:ascii="IM Fell English" w:hAnsi="IM Fell English"/>
          <w:color w:val="141414"/>
          <w:sz w:val="24"/>
        </w:rPr>
        <w:t>"I told you it would come to no good."</w:t>
      </w:r>
    </w:p>
    <w:p>
      <w:r>
        <w:rPr>
          <w:rFonts w:ascii="IM Fell English" w:hAnsi="IM Fell English"/>
          <w:color w:val="141414"/>
          <w:sz w:val="24"/>
        </w:rPr>
        <w:t>They were silent for a few minutes. Then a knock sounded at the door.</w:t>
      </w:r>
    </w:p>
    <w:p>
      <w:r>
        <w:rPr>
          <w:rFonts w:ascii="IM Fell English" w:hAnsi="IM Fell English"/>
          <w:color w:val="141414"/>
          <w:sz w:val="24"/>
        </w:rPr>
        <w:t>Mary walked toward the door. "Who could that be?"</w:t>
      </w:r>
    </w:p>
    <w:p>
      <w:r>
        <w:rPr>
          <w:rFonts w:ascii="IM Fell English" w:hAnsi="IM Fell English"/>
          <w:color w:val="141414"/>
          <w:sz w:val="24"/>
        </w:rPr>
        <w:t>Ruth and Martha stood behind her as Mary opened the front door.</w:t>
      </w:r>
    </w:p>
    <w:p>
      <w:r>
        <w:rPr>
          <w:rFonts w:ascii="IM Fell English" w:hAnsi="IM Fell English"/>
          <w:color w:val="141414"/>
          <w:sz w:val="24"/>
        </w:rPr>
        <w:t>"May we come in?" Malroy asked.</w:t>
      </w:r>
    </w:p>
    <w:p>
      <w:r>
        <w:rPr>
          <w:rFonts w:ascii="IM Fell English" w:hAnsi="IM Fell English"/>
          <w:color w:val="141414"/>
          <w:sz w:val="24"/>
        </w:rPr>
        <w:t>Mary stepped aside, and Malroy and Henderson entered.</w:t>
      </w:r>
    </w:p>
    <w:p>
      <w:r>
        <w:rPr>
          <w:rFonts w:ascii="IM Fell English" w:hAnsi="IM Fell English"/>
          <w:color w:val="141414"/>
          <w:sz w:val="24"/>
        </w:rPr>
        <w:t>"Has there been a development?" Martha asked.</w:t>
      </w:r>
    </w:p>
    <w:p>
      <w:r>
        <w:rPr>
          <w:rFonts w:ascii="IM Fell English" w:hAnsi="IM Fell English"/>
          <w:color w:val="141414"/>
          <w:sz w:val="24"/>
        </w:rPr>
        <w:t>Malroy walked toward Ruth. "You might say so."</w:t>
      </w:r>
    </w:p>
    <w:p>
      <w:r>
        <w:rPr>
          <w:rFonts w:ascii="IM Fell English" w:hAnsi="IM Fell English"/>
          <w:color w:val="141414"/>
          <w:sz w:val="24"/>
        </w:rPr>
        <w:t>He stopped directly in front of Ruth, pulled a card from his shirt pocket and read, "Ruth Thomas, I'm arresting you for the murder of your husband, Jerry Thomas. You have the right to remain silent. If you give up—"</w:t>
      </w:r>
    </w:p>
    <w:p>
      <w:r>
        <w:rPr>
          <w:rFonts w:ascii="IM Fell English" w:hAnsi="IM Fell English"/>
          <w:color w:val="141414"/>
          <w:sz w:val="24"/>
        </w:rPr>
        <w:t>"What the hell is going on?" Mary asked.</w:t>
      </w:r>
    </w:p>
    <w:p>
      <w:r>
        <w:rPr>
          <w:rFonts w:ascii="IM Fell English" w:hAnsi="IM Fell English"/>
          <w:color w:val="141414"/>
          <w:sz w:val="24"/>
        </w:rPr>
        <w:t>"Do your job," Malroy said to Henderson.</w:t>
      </w:r>
    </w:p>
    <w:p>
      <w:r>
        <w:rPr>
          <w:rFonts w:ascii="IM Fell English" w:hAnsi="IM Fell English"/>
          <w:color w:val="141414"/>
          <w:sz w:val="24"/>
        </w:rPr>
        <w:t>Henderson walked over to Mary. "Mary Thomas, I'm arresting you for conspiracy to commit murder—"</w:t>
      </w:r>
    </w:p>
    <w:p>
      <w:r>
        <w:rPr>
          <w:rFonts w:ascii="IM Fell English" w:hAnsi="IM Fell English"/>
          <w:color w:val="141414"/>
          <w:sz w:val="24"/>
        </w:rPr>
        <w:t>"Ken?" Martha whispered in disbelief.</w:t>
      </w:r>
    </w:p>
    <w:p>
      <w:r>
        <w:rPr>
          <w:rFonts w:ascii="IM Fell English" w:hAnsi="IM Fell English"/>
          <w:color w:val="141414"/>
          <w:sz w:val="24"/>
        </w:rPr>
        <w:t>"It's my job, nothing personal."</w:t>
      </w:r>
    </w:p>
    <w:p>
      <w:r>
        <w:rPr>
          <w:rFonts w:ascii="IM Fell English" w:hAnsi="IM Fell English"/>
          <w:color w:val="141414"/>
          <w:sz w:val="24"/>
        </w:rPr>
        <w:t>"Seems damn personal to me," Mary said.</w:t>
      </w:r>
    </w:p>
    <w:p>
      <w:r>
        <w:rPr>
          <w:rFonts w:ascii="IM Fell English" w:hAnsi="IM Fell English"/>
          <w:color w:val="141414"/>
          <w:sz w:val="24"/>
        </w:rPr>
        <w:t>Malroy smiled as he put the handcuffs on Ruth and finished his speech.</w:t>
      </w:r>
    </w:p>
    <w:p>
      <w:r>
        <w:rPr>
          <w:rFonts w:ascii="IM Fell English" w:hAnsi="IM Fell English"/>
          <w:color w:val="141414"/>
          <w:sz w:val="24"/>
        </w:rPr>
        <w:t>Ken, not smiling, cuffed Mary and led both women to the cruiser, placing them in the back seat.</w:t>
      </w:r>
    </w:p>
    <w:p>
      <w:r>
        <w:rPr>
          <w:rFonts w:ascii="IM Fell English" w:hAnsi="IM Fell English"/>
          <w:color w:val="141414"/>
          <w:sz w:val="24"/>
        </w:rPr>
        <w:t>Before Ruth got in, she turned to Martha. "I told you this would end badly."</w:t>
      </w:r>
    </w:p>
    <w:p>
      <w:r>
        <w:rPr>
          <w:rFonts w:ascii="IM Fell English" w:hAnsi="IM Fell English"/>
          <w:color w:val="141414"/>
          <w:sz w:val="24"/>
        </w:rPr>
        <w:t>"Is that a confession?" Malroy asked.</w:t>
      </w:r>
    </w:p>
    <w:p>
      <w:r>
        <w:rPr>
          <w:rFonts w:ascii="IM Fell English" w:hAnsi="IM Fell English"/>
          <w:color w:val="141414"/>
          <w:sz w:val="24"/>
        </w:rPr>
        <w:t>"No, just an an excited utterance," Martha said. "Now she's going to keep silent, aren't you?"</w:t>
      </w:r>
    </w:p>
    <w:p>
      <w:r>
        <w:rPr>
          <w:rFonts w:ascii="IM Fell English" w:hAnsi="IM Fell English"/>
          <w:color w:val="141414"/>
          <w:sz w:val="24"/>
        </w:rPr>
        <w:t xml:space="preserve">Malroy stared at Martha. Martha had learned about excited utterances from his book. </w:t>
      </w:r>
      <w:r>
        <w:rPr>
          <w:rFonts w:ascii="IM Fell English" w:hAnsi="IM Fell English"/>
          <w:i/>
          <w:color w:val="141414"/>
          <w:sz w:val="24"/>
        </w:rPr>
        <w:t>Thank you, Malroy</w:t>
      </w:r>
      <w:r>
        <w:rPr>
          <w:rFonts w:ascii="IM Fell English" w:hAnsi="IM Fell English"/>
          <w:color w:val="141414"/>
          <w:sz w:val="24"/>
        </w:rPr>
        <w:t>, he thought wryly.</w:t>
      </w:r>
    </w:p>
    <w:p>
      <w:r>
        <w:rPr>
          <w:rFonts w:ascii="IM Fell English" w:hAnsi="IM Fell English"/>
          <w:color w:val="141414"/>
          <w:sz w:val="24"/>
        </w:rPr>
        <w:t>Ruth nodded.</w:t>
      </w:r>
    </w:p>
    <w:p>
      <w:r>
        <w:rPr>
          <w:rFonts w:ascii="IM Fell English" w:hAnsi="IM Fell English"/>
          <w:color w:val="141414"/>
          <w:sz w:val="24"/>
        </w:rPr>
        <w:t>"I'll get a lawyer for you both this afternoon," Martha promised as Ken helped Ruth into the seat next to her daughter, Mary.</w:t>
      </w:r>
    </w:p>
    <w:p>
      <w:r>
        <w:rPr>
          <w:rFonts w:ascii="IM Fell English" w:hAnsi="IM Fell English"/>
          <w:color w:val="141414"/>
          <w:sz w:val="24"/>
        </w:rPr>
        <w:t xml:space="preserve">Martha waved at her mother and sister as they disappeared in the cruiser. She stood rooted to the spot. The car, her mother, her sister—all gone. She couldn't move. Was </w:t>
      </w:r>
      <w:r>
        <w:rPr>
          <w:rFonts w:ascii="IM Fell English" w:hAnsi="IM Fell English"/>
          <w:i/>
          <w:color w:val="141414"/>
          <w:sz w:val="24"/>
        </w:rPr>
        <w:t>she</w:t>
      </w:r>
      <w:r>
        <w:rPr>
          <w:rFonts w:ascii="IM Fell English" w:hAnsi="IM Fell English"/>
          <w:color w:val="141414"/>
          <w:sz w:val="24"/>
        </w:rPr>
        <w:t xml:space="preserve"> the cause of this? Tears streamed down her face.</w:t>
      </w:r>
    </w:p>
    <w:p>
      <w:r>
        <w:rPr>
          <w:rFonts w:ascii="IM Fell English" w:hAnsi="IM Fell English"/>
          <w:color w:val="141414"/>
          <w:sz w:val="24"/>
        </w:rPr>
        <w:t>She glanced at her Fitbit and noticed an hour had passed since the police left with Ruth and Mary.</w:t>
      </w:r>
    </w:p>
    <w:p>
      <w:r>
        <w:rPr>
          <w:rFonts w:ascii="IM Fell English" w:hAnsi="IM Fell English"/>
          <w:color w:val="141414"/>
          <w:sz w:val="24"/>
        </w:rPr>
        <w:t>She felt something rubbing against her legs and looked down to see Scruff circling them.</w:t>
      </w:r>
    </w:p>
    <w:p>
      <w:r>
        <w:rPr>
          <w:rFonts w:ascii="IM Fell English" w:hAnsi="IM Fell English"/>
          <w:color w:val="141414"/>
          <w:sz w:val="24"/>
        </w:rPr>
        <w:t>"What're we going to do now, boy?"</w:t>
      </w:r>
    </w:p>
    <w:p>
      <w:r>
        <w:rPr>
          <w:rFonts w:ascii="IM Fell English" w:hAnsi="IM Fell English"/>
          <w:color w:val="141414"/>
          <w:sz w:val="24"/>
        </w:rPr>
        <w:t>Her first task was to contact a lawyer. She took out her phone.</w:t>
      </w:r>
    </w:p>
    <w:p>
      <w:r>
        <w:rPr>
          <w:rFonts w:ascii="IM Fell English" w:hAnsi="IM Fell English"/>
          <w:color w:val="141414"/>
          <w:sz w:val="24"/>
        </w:rPr>
        <w:t>"Hey, Siri, give me the number of a criminal lawyer near here."</w:t>
      </w:r>
    </w:p>
    <w:p>
      <w:r>
        <w:rPr>
          <w:rFonts w:ascii="IM Fell English" w:hAnsi="IM Fell English"/>
          <w:i/>
          <w:color w:val="141414"/>
          <w:sz w:val="24"/>
        </w:rPr>
        <w:t>"I found Spital, Spital, and Bits Attorneys at Law. Would you like that one?"</w:t>
      </w:r>
    </w:p>
    <w:p>
      <w:r>
        <w:rPr>
          <w:rFonts w:ascii="IM Fell English" w:hAnsi="IM Fell English"/>
          <w:color w:val="141414"/>
          <w:sz w:val="24"/>
        </w:rPr>
        <w:t>"Yes."</w:t>
      </w:r>
    </w:p>
    <w:p>
      <w:r>
        <w:rPr>
          <w:rFonts w:ascii="IM Fell English" w:hAnsi="IM Fell English"/>
          <w:color w:val="141414"/>
          <w:sz w:val="24"/>
        </w:rPr>
        <w:t>An hour later, Martha was face to face with Farrell Spital, the senior partner of the firm.</w:t>
      </w:r>
    </w:p>
    <w:p>
      <w:r>
        <w:rPr>
          <w:rFonts w:ascii="IM Fell English" w:hAnsi="IM Fell English"/>
          <w:color w:val="141414"/>
          <w:sz w:val="24"/>
        </w:rPr>
        <w:t>He leaned forward, placed his arms on the desk, and stared at her. "Your name is?"</w:t>
      </w:r>
    </w:p>
    <w:p>
      <w:r>
        <w:rPr>
          <w:rFonts w:ascii="IM Fell English" w:hAnsi="IM Fell English"/>
          <w:color w:val="141414"/>
          <w:sz w:val="24"/>
        </w:rPr>
        <w:t>Martha also leaned toward him. "Martha Thomas."</w:t>
      </w:r>
    </w:p>
    <w:p>
      <w:r>
        <w:rPr>
          <w:rFonts w:ascii="IM Fell English" w:hAnsi="IM Fell English"/>
          <w:color w:val="141414"/>
          <w:sz w:val="24"/>
        </w:rPr>
        <w:t>"Thomas? Are you related to Jerry?"</w:t>
      </w:r>
    </w:p>
    <w:p>
      <w:r>
        <w:rPr>
          <w:rFonts w:ascii="IM Fell English" w:hAnsi="IM Fell English"/>
          <w:color w:val="141414"/>
          <w:sz w:val="24"/>
        </w:rPr>
        <w:t>"Did you know my father?"</w:t>
      </w:r>
    </w:p>
    <w:p>
      <w:r>
        <w:rPr>
          <w:rFonts w:ascii="IM Fell English" w:hAnsi="IM Fell English"/>
          <w:color w:val="141414"/>
          <w:sz w:val="24"/>
        </w:rPr>
        <w:t>"I've eaten lunch with him every Wednesday for the last several years. We're in the same Rotary Club. How's Ruth doing with all this?"</w:t>
      </w:r>
    </w:p>
    <w:p>
      <w:r>
        <w:rPr>
          <w:rFonts w:ascii="IM Fell English" w:hAnsi="IM Fell English"/>
          <w:color w:val="141414"/>
          <w:sz w:val="24"/>
        </w:rPr>
        <w:t>"That's why I'm here. The police arrested her and my twin sister, Mary, this morning for my dad's murder."</w:t>
      </w:r>
    </w:p>
    <w:p>
      <w:r>
        <w:rPr>
          <w:rFonts w:ascii="IM Fell English" w:hAnsi="IM Fell English"/>
          <w:color w:val="141414"/>
          <w:sz w:val="24"/>
        </w:rPr>
        <w:t>"Ruth? She wouldn't hurt anyone."</w:t>
      </w:r>
    </w:p>
    <w:p>
      <w:r>
        <w:rPr>
          <w:rFonts w:ascii="IM Fell English" w:hAnsi="IM Fell English"/>
          <w:color w:val="141414"/>
          <w:sz w:val="24"/>
        </w:rPr>
        <w:t>"Tell that to Detective Malroy."</w:t>
      </w:r>
    </w:p>
    <w:p>
      <w:r>
        <w:rPr>
          <w:rFonts w:ascii="IM Fell English" w:hAnsi="IM Fell English"/>
          <w:color w:val="141414"/>
          <w:sz w:val="24"/>
        </w:rPr>
        <w:t>"Daniel arrested her."</w:t>
      </w:r>
    </w:p>
    <w:p>
      <w:r>
        <w:rPr>
          <w:rFonts w:ascii="IM Fell English" w:hAnsi="IM Fell English"/>
          <w:color w:val="141414"/>
          <w:sz w:val="24"/>
        </w:rPr>
        <w:t>"You know him," Martha said, her heart sinking.</w:t>
      </w:r>
    </w:p>
    <w:p>
      <w:r>
        <w:rPr>
          <w:rFonts w:ascii="IM Fell English" w:hAnsi="IM Fell English"/>
          <w:color w:val="141414"/>
          <w:sz w:val="24"/>
        </w:rPr>
        <w:t>"He's in the Rotary Club as well."</w:t>
      </w:r>
    </w:p>
    <w:p>
      <w:r>
        <w:rPr>
          <w:rFonts w:ascii="IM Fell English" w:hAnsi="IM Fell English"/>
          <w:color w:val="141414"/>
          <w:sz w:val="24"/>
        </w:rPr>
        <w:t>"You need to talk to Daniel," Martha urged.</w:t>
      </w:r>
    </w:p>
    <w:p>
      <w:r>
        <w:rPr>
          <w:rFonts w:ascii="IM Fell English" w:hAnsi="IM Fell English"/>
          <w:color w:val="141414"/>
          <w:sz w:val="24"/>
        </w:rPr>
        <w:t>Spital pulled a legal pad from a desk drawer. "No, I need to talk to D.A. Furgeson. Would you mind if I step out for a few minutes and make a phone call?"</w:t>
      </w:r>
    </w:p>
    <w:p>
      <w:r>
        <w:rPr>
          <w:rFonts w:ascii="IM Fell English" w:hAnsi="IM Fell English"/>
          <w:color w:val="141414"/>
          <w:sz w:val="24"/>
        </w:rPr>
        <w:t>"No."</w:t>
      </w:r>
    </w:p>
    <w:p>
      <w:r>
        <w:rPr>
          <w:rFonts w:ascii="IM Fell English" w:hAnsi="IM Fell English"/>
          <w:color w:val="141414"/>
          <w:sz w:val="24"/>
        </w:rPr>
        <w:t>He left Martha alone in the large office. Unable to sit any longer, she walked over and examined the plaques on the wall.</w:t>
      </w:r>
    </w:p>
    <w:p>
      <w:r>
        <w:rPr>
          <w:rFonts w:ascii="IM Fell English" w:hAnsi="IM Fell English"/>
          <w:color w:val="141414"/>
          <w:sz w:val="24"/>
        </w:rPr>
        <w:t>Farrell Spital had earned his doctorate in Jurisprudence from Harvard. Among the plaques were two framed copies of the Harvard Law Review featuring articles by</w:t>
      </w:r>
    </w:p>
    <w:p>
      <w:r>
        <w:rPr>
          <w:rFonts w:ascii="IM Fell English" w:hAnsi="IM Fell English"/>
          <w:color w:val="141414"/>
          <w:sz w:val="24"/>
        </w:rPr>
        <w:t>In Spital's office, Martha noted a copy of his work, "Mitigating Cultural Bias in the Courtroom," which she wanted to read. The walls were adorned with numerous pictures of him alongside various Republican political figures, including one where he shook hands with former President George Bush.</w:t>
      </w:r>
    </w:p>
    <w:p>
      <w:r>
        <w:rPr>
          <w:rFonts w:ascii="IM Fell English" w:hAnsi="IM Fell English"/>
          <w:color w:val="141414"/>
          <w:sz w:val="24"/>
        </w:rPr>
        <w:t>Most prominently displayed, however, was an 8x10 photo of Spital enjoying a meal with the late Justice Clarence Thomas.</w:t>
      </w:r>
    </w:p>
    <w:p>
      <w:r>
        <w:rPr>
          <w:rFonts w:ascii="IM Fell English" w:hAnsi="IM Fell English"/>
          <w:color w:val="141414"/>
          <w:sz w:val="24"/>
        </w:rPr>
        <w:t>He came back 15 minutes later. "Furgy—I mean D.A. Furgeson—feels he has 'a slam dunk case against both your mother and sister.' I don't know if it's hubris or genuine confidence, but I fear it's the latter."</w:t>
      </w:r>
    </w:p>
    <w:p>
      <w:r>
        <w:rPr>
          <w:rFonts w:ascii="IM Fell English" w:hAnsi="IM Fell English"/>
          <w:color w:val="141414"/>
          <w:sz w:val="24"/>
        </w:rPr>
        <w:t>"Why?"</w:t>
      </w:r>
    </w:p>
    <w:p>
      <w:r>
        <w:rPr>
          <w:rFonts w:ascii="IM Fell English" w:hAnsi="IM Fell English"/>
          <w:color w:val="141414"/>
          <w:sz w:val="24"/>
        </w:rPr>
        <w:t>"He's going to the grand jury the day after tomorrow. He didn't get to be the D.A. by rushing ahead with weak cases. Furgeson said it was mostly circumstantial—"</w:t>
      </w:r>
    </w:p>
    <w:p>
      <w:r>
        <w:rPr>
          <w:rFonts w:ascii="IM Fell English" w:hAnsi="IM Fell English"/>
          <w:color w:val="141414"/>
          <w:sz w:val="24"/>
        </w:rPr>
        <w:t>"But you wrote an article about circumstantial evidence."</w:t>
      </w:r>
    </w:p>
    <w:p>
      <w:r>
        <w:rPr>
          <w:rFonts w:ascii="IM Fell English" w:hAnsi="IM Fell English"/>
          <w:color w:val="141414"/>
          <w:sz w:val="24"/>
        </w:rPr>
        <w:t>"Yes," Spital replied. "I wrote that circumstantial evidence isn't always reliable and requires careful interpretation, but several people are on death row because of it."</w:t>
      </w:r>
    </w:p>
    <w:p>
      <w:r>
        <w:rPr>
          <w:rFonts w:ascii="IM Fell English" w:hAnsi="IM Fell English"/>
          <w:color w:val="141414"/>
          <w:sz w:val="24"/>
        </w:rPr>
        <w:t>"What can we do?"</w:t>
      </w:r>
    </w:p>
    <w:p>
      <w:r>
        <w:rPr>
          <w:rFonts w:ascii="IM Fell English" w:hAnsi="IM Fell English"/>
          <w:color w:val="141414"/>
          <w:sz w:val="24"/>
        </w:rPr>
        <w:t>"First, I need to become Ruth and Mary's Attorney of Record. Pay me $100, sign the forms, and then I can represent them."</w:t>
      </w:r>
    </w:p>
    <w:p>
      <w:r>
        <w:rPr>
          <w:rFonts w:ascii="IM Fell English" w:hAnsi="IM Fell English"/>
          <w:color w:val="141414"/>
          <w:sz w:val="24"/>
        </w:rPr>
        <w:t>"Just a hundred dollars? I heard these kinds of cases can cost hundreds of thousands, even into the millions."</w:t>
      </w:r>
    </w:p>
    <w:p>
      <w:r>
        <w:rPr>
          <w:rFonts w:ascii="IM Fell English" w:hAnsi="IM Fell English"/>
          <w:color w:val="141414"/>
          <w:sz w:val="24"/>
        </w:rPr>
        <w:t>"This is going to be a pro bono case. Jerry helped me through a painful divorce; this is the least I can do for him."</w:t>
      </w:r>
    </w:p>
    <w:p>
      <w:r>
        <w:rPr>
          <w:rFonts w:ascii="IM Fell English" w:hAnsi="IM Fell English"/>
          <w:color w:val="141414"/>
          <w:sz w:val="24"/>
        </w:rPr>
        <w:t>He picked up his phone and pushed a button.</w:t>
      </w:r>
    </w:p>
    <w:p>
      <w:r>
        <w:rPr>
          <w:rFonts w:ascii="IM Fell English" w:hAnsi="IM Fell English"/>
          <w:color w:val="141414"/>
          <w:sz w:val="24"/>
        </w:rPr>
        <w:t>"Cindy, can you bring a client package for Ms. Thomas, who has just hired us to represent her mother and sister."</w:t>
      </w:r>
    </w:p>
    <w:p>
      <w:r>
        <w:rPr>
          <w:rFonts w:ascii="IM Fell English" w:hAnsi="IM Fell English"/>
          <w:color w:val="141414"/>
          <w:sz w:val="24"/>
        </w:rPr>
        <w:t>"Do you think I can get in to see my mom and sister?"</w:t>
      </w:r>
    </w:p>
    <w:p>
      <w:r>
        <w:rPr>
          <w:rFonts w:ascii="IM Fell English" w:hAnsi="IM Fell English"/>
          <w:color w:val="141414"/>
          <w:sz w:val="24"/>
        </w:rPr>
        <w:t>"If they're being charged with murder, I wouldn't be surprised if visitors aren't permitted," he said. "Is there something you want me to ask? I know I can get in."</w:t>
      </w:r>
    </w:p>
    <w:p>
      <w:r>
        <w:rPr>
          <w:rFonts w:ascii="IM Fell English" w:hAnsi="IM Fell English"/>
          <w:color w:val="141414"/>
          <w:sz w:val="24"/>
        </w:rPr>
        <w:t>"Just let them know I love them and check to see how they're doing."</w:t>
      </w:r>
    </w:p>
    <w:p>
      <w:r>
        <w:rPr>
          <w:rFonts w:ascii="IM Fell English" w:hAnsi="IM Fell English"/>
          <w:color w:val="141414"/>
          <w:sz w:val="24"/>
        </w:rPr>
        <w:t>"Okay, and I'll call you later today to let you know what I've discovered."</w:t>
      </w:r>
    </w:p>
    <w:p>
      <w:r>
        <w:rPr>
          <w:rFonts w:ascii="IM Fell English" w:hAnsi="IM Fell English"/>
          <w:color w:val="141414"/>
          <w:sz w:val="24"/>
        </w:rPr>
        <w:t>"So, I've done all I can?"</w:t>
      </w:r>
    </w:p>
    <w:p>
      <w:r>
        <w:rPr>
          <w:rFonts w:ascii="IM Fell English" w:hAnsi="IM Fell English"/>
          <w:color w:val="141414"/>
          <w:sz w:val="24"/>
        </w:rPr>
        <w:t>"Yes."</w:t>
      </w:r>
    </w:p>
    <w:p>
      <w:r>
        <w:rPr>
          <w:rFonts w:ascii="IM Fell English" w:hAnsi="IM Fell English"/>
          <w:color w:val="141414"/>
          <w:sz w:val="24"/>
        </w:rPr>
        <w:t>Martha, fearful about seeing Billy, especially after what had happened with Betty Jean, stayed in the car for a moment. Then, resolved, she rode up in the elevator. The doors opened, and Martha stood, scanning left and right for Betty Jean in the hallway. She crept toward Billy's room and opened the door.</w:t>
      </w:r>
    </w:p>
    <w:p>
      <w:r>
        <w:rPr>
          <w:rFonts w:ascii="IM Fell English" w:hAnsi="IM Fell English"/>
          <w:color w:val="141414"/>
          <w:sz w:val="24"/>
        </w:rPr>
        <w:t>Then, from behind her, she heard, "Martha? Martha, is that you?"</w:t>
      </w:r>
    </w:p>
    <w:p>
      <w:r>
        <w:rPr>
          <w:rFonts w:ascii="IM Fell English" w:hAnsi="IM Fell English"/>
          <w:color w:val="141414"/>
          <w:sz w:val="24"/>
        </w:rPr>
        <w:t>Martha turned around and saw Betty Jean rushing toward her. It was too late to run. She pulled her arms tightly against her body, her heart racing. Unsure what to expect, she closed her eyes tightly, fearing a stinging slap.</w:t>
      </w:r>
    </w:p>
    <w:p>
      <w:r>
        <w:rPr>
          <w:rFonts w:ascii="IM Fell English" w:hAnsi="IM Fell English"/>
          <w:color w:val="141414"/>
          <w:sz w:val="24"/>
        </w:rPr>
        <w:t>Betty Jean wrapped her arms around Martha, pulled her close, and whispered in her ear, "I'm so sorry. I overreacted. Can you ever forgive me?"</w:t>
      </w:r>
    </w:p>
    <w:p>
      <w:r>
        <w:rPr>
          <w:rFonts w:ascii="IM Fell English" w:hAnsi="IM Fell English"/>
          <w:color w:val="141414"/>
          <w:sz w:val="24"/>
        </w:rPr>
        <w:t>Betty Jean and Martha went into Billy's room. He was just waking up.</w:t>
      </w:r>
    </w:p>
    <w:p>
      <w:r>
        <w:rPr>
          <w:rFonts w:ascii="IM Fell English" w:hAnsi="IM Fell English"/>
          <w:color w:val="141414"/>
          <w:sz w:val="24"/>
        </w:rPr>
        <w:t>"How are you, Martha?" Billy asked.</w:t>
      </w:r>
    </w:p>
    <w:p>
      <w:r>
        <w:rPr>
          <w:rFonts w:ascii="IM Fell English" w:hAnsi="IM Fell English"/>
          <w:color w:val="141414"/>
          <w:sz w:val="24"/>
        </w:rPr>
        <w:t>"I'm doing well, but what about you?"</w:t>
      </w:r>
    </w:p>
    <w:p>
      <w:r>
        <w:rPr>
          <w:rFonts w:ascii="IM Fell English" w:hAnsi="IM Fell English"/>
          <w:color w:val="141414"/>
          <w:sz w:val="24"/>
        </w:rPr>
        <w:t>"The doctor said I'm doing well and should be out of here in the next twenty-four hours."</w:t>
      </w:r>
    </w:p>
    <w:p>
      <w:r>
        <w:rPr>
          <w:rFonts w:ascii="IM Fell English" w:hAnsi="IM Fell English"/>
          <w:color w:val="141414"/>
          <w:sz w:val="24"/>
        </w:rPr>
        <w:t>Martha looked over at Betty Jean, who added, "That's what we're expecting. He should be home by tomorrow."</w:t>
      </w:r>
    </w:p>
    <w:p>
      <w:r>
        <w:rPr>
          <w:rFonts w:ascii="IM Fell English" w:hAnsi="IM Fell English"/>
          <w:color w:val="141414"/>
          <w:sz w:val="24"/>
        </w:rPr>
        <w:t>Billy looked up at them, his eyes half-closed. "Do you mind if I get some sleep? I'm exhausted. The nurse gave me something to help me sleep."</w:t>
      </w:r>
    </w:p>
    <w:p>
      <w:r>
        <w:rPr>
          <w:rFonts w:ascii="IM Fell English" w:hAnsi="IM Fell English"/>
          <w:color w:val="141414"/>
          <w:sz w:val="24"/>
        </w:rPr>
        <w:t>His eyes closed, and he snored softly.</w:t>
      </w:r>
    </w:p>
    <w:p>
      <w:r>
        <w:rPr>
          <w:rFonts w:ascii="IM Fell English" w:hAnsi="IM Fell English"/>
          <w:color w:val="141414"/>
          <w:sz w:val="24"/>
        </w:rPr>
        <w:t>Betty Jean and Martha slipped out of the room. "How about I buy you a cup of coffee?" Martha offered.</w:t>
      </w:r>
    </w:p>
    <w:p>
      <w:r>
        <w:rPr>
          <w:rFonts w:ascii="IM Fell English" w:hAnsi="IM Fell English"/>
          <w:color w:val="141414"/>
          <w:sz w:val="24"/>
        </w:rPr>
        <w:t>"That would be wonderful," Betty Jean replied.</w:t>
      </w:r>
    </w:p>
    <w:p>
      <w:r>
        <w:rPr>
          <w:rFonts w:ascii="IM Fell English" w:hAnsi="IM Fell English"/>
          <w:color w:val="141414"/>
          <w:sz w:val="24"/>
        </w:rPr>
        <w:t>They went down to the cafeteria and settled at a table. Doctors and nurses sat around them, lost in conversation.</w:t>
      </w:r>
    </w:p>
    <w:p>
      <w:r>
        <w:rPr>
          <w:rFonts w:ascii="IM Fell English" w:hAnsi="IM Fell English"/>
          <w:color w:val="141414"/>
          <w:sz w:val="24"/>
        </w:rPr>
        <w:t>"How is Billy doing?" Martha asked.</w:t>
      </w:r>
    </w:p>
    <w:p>
      <w:r>
        <w:rPr>
          <w:rFonts w:ascii="IM Fell English" w:hAnsi="IM Fell English"/>
          <w:color w:val="141414"/>
          <w:sz w:val="24"/>
        </w:rPr>
        <w:t xml:space="preserve">"He's doing as well as can be expected," Betty Jean responded. "The doctor said he took quite a hit, but he seems to be recovering well. But enough about Billy—how are </w:t>
      </w:r>
      <w:r>
        <w:rPr>
          <w:rFonts w:ascii="IM Fell English" w:hAnsi="IM Fell English"/>
          <w:i/>
          <w:color w:val="141414"/>
          <w:sz w:val="24"/>
        </w:rPr>
        <w:t>you</w:t>
      </w:r>
      <w:r>
        <w:rPr>
          <w:rFonts w:ascii="IM Fell English" w:hAnsi="IM Fell English"/>
          <w:color w:val="141414"/>
          <w:sz w:val="24"/>
        </w:rPr>
        <w:t xml:space="preserve"> doing? I've heard about what happened to your mother and sister."</w:t>
      </w:r>
    </w:p>
    <w:p>
      <w:r>
        <w:rPr>
          <w:rFonts w:ascii="IM Fell English" w:hAnsi="IM Fell English"/>
          <w:color w:val="141414"/>
          <w:sz w:val="24"/>
        </w:rPr>
        <w:t>"Well, I'm doing as well as I can. Did you hear that Ken arrested them? How could he do such a thing to my family?"</w:t>
      </w:r>
    </w:p>
    <w:p>
      <w:r>
        <w:rPr>
          <w:rFonts w:ascii="IM Fell English" w:hAnsi="IM Fell English"/>
          <w:color w:val="141414"/>
          <w:sz w:val="24"/>
        </w:rPr>
        <w:t>Betty Jean looked at her. "Remember, he may have just been doing his job. It might not be personal. Give him the benefit of the doubt."</w:t>
      </w:r>
    </w:p>
    <w:p>
      <w:r>
        <w:rPr>
          <w:rFonts w:ascii="IM Fell English" w:hAnsi="IM Fell English"/>
          <w:color w:val="141414"/>
          <w:sz w:val="24"/>
        </w:rPr>
        <w:t>"I don't know if I can."</w:t>
      </w:r>
    </w:p>
    <w:p>
      <w:r>
        <w:rPr>
          <w:rFonts w:ascii="IM Fell English" w:hAnsi="IM Fell English"/>
          <w:color w:val="141414"/>
          <w:sz w:val="24"/>
        </w:rPr>
        <w:t>"He really likes you. Everyone sees it. I'm going to head back to</w:t>
      </w:r>
    </w:p>
    <w:p>
      <w:r>
        <w:rPr>
          <w:rFonts w:ascii="IM Fell English" w:hAnsi="IM Fell English"/>
          <w:color w:val="141414"/>
          <w:sz w:val="24"/>
        </w:rPr>
        <w:t>Billy's room now. Think about what I said."</w:t>
      </w:r>
    </w:p>
    <w:p>
      <w:r>
        <w:rPr>
          <w:rFonts w:ascii="IM Fell English" w:hAnsi="IM Fell English"/>
          <w:color w:val="141414"/>
          <w:sz w:val="24"/>
        </w:rPr>
        <w:t>Martha decided she owed it to Ken to at least listen to his explanation.</w:t>
      </w:r>
    </w:p>
    <w:p>
      <w:r>
        <w:rPr>
          <w:rFonts w:ascii="IM Fell English" w:hAnsi="IM Fell English"/>
          <w:color w:val="141414"/>
          <w:sz w:val="24"/>
        </w:rPr>
        <w:t>Later, Farrell called, saying he needed to see her.</w:t>
      </w:r>
    </w:p>
    <w:p>
      <w:pPr>
        <w:pStyle w:val="Heading1"/>
        <w:jc w:val="center"/>
      </w:pPr>
      <w:r>
        <w:rPr>
          <w:rFonts w:ascii="IM Fell English" w:hAnsi="IM Fell English"/>
          <w:color w:val="0D0D0D"/>
        </w:rPr>
        <w:t>Chapter 25</w:t>
      </w:r>
    </w:p>
    <w:p>
      <w:r>
        <w:rPr>
          <w:rFonts w:ascii="IM Fell English" w:hAnsi="IM Fell English"/>
          <w:color w:val="141414"/>
          <w:sz w:val="24"/>
        </w:rPr>
        <w:t>Farrell was waiting for her in the empty law office. What had seemed alive just hours ago was now dark and cold. He led her through the dim hallway to his brightly lit office.</w:t>
      </w:r>
    </w:p>
    <w:p>
      <w:r>
        <w:rPr>
          <w:rFonts w:ascii="IM Fell English" w:hAnsi="IM Fell English"/>
          <w:color w:val="141414"/>
          <w:sz w:val="24"/>
        </w:rPr>
        <w:t>He pulled a document from the top drawer of his desk and handed it to her. "We may have a problem. I just received the incomplete witness list from the D.A. Do you recognize any of the names on this list?"</w:t>
      </w:r>
    </w:p>
    <w:p>
      <w:r>
        <w:rPr>
          <w:rFonts w:ascii="IM Fell English" w:hAnsi="IM Fell English"/>
          <w:color w:val="141414"/>
          <w:sz w:val="24"/>
        </w:rPr>
        <w:t>She read over the names and addresses. "I know the first one, Mrs. Watson. She's lived next to us since we moved here."</w:t>
      </w:r>
    </w:p>
    <w:p>
      <w:r>
        <w:rPr>
          <w:rFonts w:ascii="IM Fell English" w:hAnsi="IM Fell English"/>
          <w:color w:val="141414"/>
          <w:sz w:val="24"/>
        </w:rPr>
        <w:t>"What about the others?"</w:t>
      </w:r>
    </w:p>
    <w:p>
      <w:r>
        <w:rPr>
          <w:rFonts w:ascii="IM Fell English" w:hAnsi="IM Fell English"/>
          <w:color w:val="141414"/>
          <w:sz w:val="24"/>
        </w:rPr>
        <w:t>"I don't know this Mr. Boday, but he lives on the same street as Sarah Richards."</w:t>
      </w:r>
    </w:p>
    <w:p>
      <w:r>
        <w:rPr>
          <w:rFonts w:ascii="IM Fell English" w:hAnsi="IM Fell English"/>
          <w:color w:val="141414"/>
          <w:sz w:val="24"/>
        </w:rPr>
        <w:t>"Who is Sarah Richards?"</w:t>
      </w:r>
    </w:p>
    <w:p>
      <w:r>
        <w:rPr>
          <w:rFonts w:ascii="IM Fell English" w:hAnsi="IM Fell English"/>
          <w:color w:val="141414"/>
          <w:sz w:val="24"/>
        </w:rPr>
        <w:t>"She's the woman my father had an affair with."</w:t>
      </w:r>
    </w:p>
    <w:p>
      <w:r>
        <w:rPr>
          <w:rFonts w:ascii="IM Fell English" w:hAnsi="IM Fell English"/>
          <w:color w:val="141414"/>
          <w:sz w:val="24"/>
        </w:rPr>
        <w:t>Farrell grabbed a legal pad and pen. "Holy shit. You'd better tell me everything—start from the beginning."</w:t>
      </w:r>
    </w:p>
    <w:p>
      <w:r>
        <w:rPr>
          <w:rFonts w:ascii="IM Fell English" w:hAnsi="IM Fell English"/>
          <w:color w:val="141414"/>
          <w:sz w:val="24"/>
        </w:rPr>
        <w:t>Martha told Farrell the full, tangled story.</w:t>
      </w:r>
    </w:p>
    <w:p>
      <w:r>
        <w:rPr>
          <w:rFonts w:ascii="IM Fell English" w:hAnsi="IM Fell English"/>
          <w:color w:val="141414"/>
          <w:sz w:val="24"/>
        </w:rPr>
        <w:t>"Damn. That complicates things," he muttered. "We need to find out what these people told the police. I hate surprises when I get to court."</w:t>
      </w:r>
    </w:p>
    <w:p>
      <w:r>
        <w:rPr>
          <w:rFonts w:ascii="IM Fell English" w:hAnsi="IM Fell English"/>
          <w:color w:val="141414"/>
          <w:sz w:val="24"/>
        </w:rPr>
        <w:t>"Surprises?"</w:t>
      </w:r>
    </w:p>
    <w:p>
      <w:r>
        <w:rPr>
          <w:rFonts w:ascii="IM Fell English" w:hAnsi="IM Fell English"/>
          <w:color w:val="141414"/>
          <w:sz w:val="24"/>
        </w:rPr>
        <w:t>"Yes. Like being lied to or only being told part of the story. I appreciate your honesty. That's the entire story, right?"</w:t>
      </w:r>
    </w:p>
    <w:p>
      <w:r>
        <w:rPr>
          <w:rFonts w:ascii="IM Fell English" w:hAnsi="IM Fell English"/>
          <w:color w:val="141414"/>
          <w:sz w:val="24"/>
        </w:rPr>
        <w:t>"Honestly, that's all I know."</w:t>
      </w:r>
    </w:p>
    <w:p>
      <w:r>
        <w:rPr>
          <w:rFonts w:ascii="IM Fell English" w:hAnsi="IM Fell English"/>
          <w:color w:val="141414"/>
          <w:sz w:val="24"/>
        </w:rPr>
        <w:t>"We could go talk to Mrs. Watson now if you have time," he suggested.</w:t>
      </w:r>
    </w:p>
    <w:p>
      <w:r>
        <w:rPr>
          <w:rFonts w:ascii="IM Fell English" w:hAnsi="IM Fell English"/>
          <w:color w:val="141414"/>
          <w:sz w:val="24"/>
        </w:rPr>
        <w:t>"Won't your wife be waiting for you for dinner?"</w:t>
      </w:r>
    </w:p>
    <w:p>
      <w:r>
        <w:rPr>
          <w:rFonts w:ascii="IM Fell English" w:hAnsi="IM Fell English"/>
          <w:color w:val="141414"/>
          <w:sz w:val="24"/>
        </w:rPr>
        <w:t>"I'll call her. She loves Jerry and Ruth—she'll understand."</w:t>
      </w:r>
    </w:p>
    <w:p>
      <w:r>
        <w:rPr>
          <w:rFonts w:ascii="IM Fell English" w:hAnsi="IM Fell English"/>
          <w:color w:val="141414"/>
          <w:sz w:val="24"/>
        </w:rPr>
        <w:t>Farrell made a quick call to his wife, then another to Mrs. Watson to confirm she was home. Soon after, they were on their way.</w:t>
      </w:r>
    </w:p>
    <w:p>
      <w:r>
        <w:rPr>
          <w:rFonts w:ascii="IM Fell English" w:hAnsi="IM Fell English"/>
          <w:color w:val="141414"/>
          <w:sz w:val="24"/>
        </w:rPr>
        <w:t>Mrs. Watson answered the door on the first ring. "Let me look at you, dear. You've grown up! I haven't seen you since you went off to university."</w:t>
      </w:r>
    </w:p>
    <w:p>
      <w:r>
        <w:rPr>
          <w:rFonts w:ascii="IM Fell English" w:hAnsi="IM Fell English"/>
          <w:color w:val="141414"/>
          <w:sz w:val="24"/>
        </w:rPr>
        <w:t>"Hi, Mrs. Watson. This is Mr. Farrell, and we have a few questions for you."</w:t>
      </w:r>
    </w:p>
    <w:p>
      <w:r>
        <w:rPr>
          <w:rFonts w:ascii="IM Fell English" w:hAnsi="IM Fell English"/>
          <w:color w:val="141414"/>
          <w:sz w:val="24"/>
        </w:rPr>
        <w:t>"Sure, come right in. Would you like a cup of tea? Maybe a biscuit?"</w:t>
      </w:r>
    </w:p>
    <w:p>
      <w:r>
        <w:rPr>
          <w:rFonts w:ascii="IM Fell English" w:hAnsi="IM Fell English"/>
          <w:color w:val="141414"/>
          <w:sz w:val="24"/>
        </w:rPr>
        <w:t>"Biscuit?" Farrell asked.</w:t>
      </w:r>
    </w:p>
    <w:p>
      <w:r>
        <w:rPr>
          <w:rFonts w:ascii="IM Fell English" w:hAnsi="IM Fell English"/>
          <w:color w:val="141414"/>
          <w:sz w:val="24"/>
        </w:rPr>
        <w:t>"A cookie," Martha clarified.</w:t>
      </w:r>
    </w:p>
    <w:p>
      <w:r>
        <w:rPr>
          <w:rFonts w:ascii="IM Fell English" w:hAnsi="IM Fell English"/>
          <w:color w:val="141414"/>
          <w:sz w:val="24"/>
        </w:rPr>
        <w:t>"That would be lovely," Martha said to Mrs. Watson.</w:t>
      </w:r>
    </w:p>
    <w:p>
      <w:r>
        <w:rPr>
          <w:rFonts w:ascii="IM Fell English" w:hAnsi="IM Fell English"/>
          <w:color w:val="141414"/>
          <w:sz w:val="24"/>
        </w:rPr>
        <w:t>After serving them tea and cookies, they settled into the front room. "I heard you were in the hospital," Mrs. Watson asked.</w:t>
      </w:r>
    </w:p>
    <w:p>
      <w:r>
        <w:rPr>
          <w:rFonts w:ascii="IM Fell English" w:hAnsi="IM Fell English"/>
          <w:color w:val="141414"/>
          <w:sz w:val="24"/>
        </w:rPr>
        <w:t>"It was nothing," Martha replied.</w:t>
      </w:r>
    </w:p>
    <w:p>
      <w:r>
        <w:rPr>
          <w:rFonts w:ascii="IM Fell English" w:hAnsi="IM Fell English"/>
          <w:color w:val="141414"/>
          <w:sz w:val="24"/>
        </w:rPr>
        <w:t>"About our questions," Farrell interjected.</w:t>
      </w:r>
    </w:p>
    <w:p>
      <w:r>
        <w:rPr>
          <w:rFonts w:ascii="IM Fell English" w:hAnsi="IM Fell English"/>
          <w:color w:val="141414"/>
          <w:sz w:val="24"/>
        </w:rPr>
        <w:t>"Don't get your knickers in a twist," Mrs. Watson chided. "I just need to catch up with one of my girls first."</w:t>
      </w:r>
    </w:p>
    <w:p>
      <w:r>
        <w:rPr>
          <w:rFonts w:ascii="IM Fell English" w:hAnsi="IM Fell English"/>
          <w:color w:val="141414"/>
          <w:sz w:val="24"/>
        </w:rPr>
        <w:t>"Mrs. Watson, can you tell us what you told the police?" Martha asked.</w:t>
      </w:r>
    </w:p>
    <w:p>
      <w:r>
        <w:rPr>
          <w:rFonts w:ascii="IM Fell English" w:hAnsi="IM Fell English"/>
          <w:color w:val="141414"/>
          <w:sz w:val="24"/>
        </w:rPr>
        <w:t>"Oh, that nice Bobby who came by? I told him I've lived next to your mum and dad for years, and I never once heard them row. They had the occasional squabble, but nothing serious. But two days before your dad died..."</w:t>
      </w:r>
    </w:p>
    <w:p>
      <w:r>
        <w:rPr>
          <w:rFonts w:ascii="IM Fell English" w:hAnsi="IM Fell English"/>
          <w:color w:val="141414"/>
          <w:sz w:val="24"/>
        </w:rPr>
        <w:t>"What happened two days before?" Martha prompted.</w:t>
      </w:r>
    </w:p>
    <w:p>
      <w:r>
        <w:rPr>
          <w:rFonts w:ascii="IM Fell English" w:hAnsi="IM Fell English"/>
          <w:color w:val="141414"/>
          <w:sz w:val="24"/>
        </w:rPr>
        <w:t>"It started as a squabble, you know, but then it turned into a full-on barney. And then—Bob's your uncle—he was dead."</w:t>
      </w:r>
    </w:p>
    <w:p>
      <w:r>
        <w:rPr>
          <w:rFonts w:ascii="IM Fell English" w:hAnsi="IM Fell English"/>
          <w:color w:val="141414"/>
          <w:sz w:val="24"/>
        </w:rPr>
        <w:t>"Could you hear what they were arguing about?"</w:t>
      </w:r>
    </w:p>
    <w:p>
      <w:r>
        <w:rPr>
          <w:rFonts w:ascii="IM Fell English" w:hAnsi="IM Fell English"/>
          <w:color w:val="141414"/>
          <w:sz w:val="24"/>
        </w:rPr>
        <w:t>"Oh, yes, dear, they were so loud I couldn't help but hear. Your dad said, 'It's over.' And your mum shouted back, 'I'll kill you and your b-i-t-c-h too.' I'm sorry, dear, but that's the truth."</w:t>
      </w:r>
    </w:p>
    <w:p>
      <w:r>
        <w:rPr>
          <w:rFonts w:ascii="IM Fell English" w:hAnsi="IM Fell English"/>
          <w:color w:val="141414"/>
          <w:sz w:val="24"/>
        </w:rPr>
        <w:t>"Thank you, Mrs. Watson. We needed to know," Martha said, her voice steady despite the shock.</w:t>
      </w:r>
    </w:p>
    <w:p>
      <w:r>
        <w:rPr>
          <w:rFonts w:ascii="IM Fell English" w:hAnsi="IM Fell English"/>
          <w:color w:val="141414"/>
          <w:sz w:val="24"/>
        </w:rPr>
        <w:t>"You poor dear. I wish I could've told you something else, but you asked for the truth."</w:t>
      </w:r>
    </w:p>
    <w:p>
      <w:r>
        <w:rPr>
          <w:rFonts w:ascii="IM Fell English" w:hAnsi="IM Fell English"/>
          <w:color w:val="141414"/>
          <w:sz w:val="24"/>
        </w:rPr>
        <w:t>"It's okay. You told the truth—that's all you can do."</w:t>
      </w:r>
    </w:p>
    <w:p>
      <w:r>
        <w:rPr>
          <w:rFonts w:ascii="IM Fell English" w:hAnsi="IM Fell English"/>
          <w:color w:val="141414"/>
          <w:sz w:val="24"/>
        </w:rPr>
        <w:t>Farrell started the car. "That's bad."</w:t>
      </w:r>
    </w:p>
    <w:p>
      <w:r>
        <w:rPr>
          <w:rFonts w:ascii="IM Fell English" w:hAnsi="IM Fell English"/>
          <w:color w:val="141414"/>
          <w:sz w:val="24"/>
        </w:rPr>
        <w:t>"I know. What do we do next?"</w:t>
      </w:r>
    </w:p>
    <w:p>
      <w:r>
        <w:rPr>
          <w:rFonts w:ascii="IM Fell English" w:hAnsi="IM Fell English"/>
          <w:color w:val="141414"/>
          <w:sz w:val="24"/>
        </w:rPr>
        <w:t>"We need to hear what Mr. Boday has to say. I'm in court for the next three days, so could you talk to him? It would be best to take someone with you as a witness, in case we need it later."</w:t>
      </w:r>
    </w:p>
    <w:p>
      <w:r>
        <w:rPr>
          <w:rFonts w:ascii="IM Fell English" w:hAnsi="IM Fell English"/>
          <w:color w:val="141414"/>
          <w:sz w:val="24"/>
        </w:rPr>
        <w:t>"I'll find someone and go tomorrow."</w:t>
      </w:r>
    </w:p>
    <w:p>
      <w:r>
        <w:rPr>
          <w:rFonts w:ascii="IM Fell English" w:hAnsi="IM Fell English"/>
          <w:color w:val="141414"/>
          <w:sz w:val="24"/>
        </w:rPr>
        <w:t>"I'll go home and write up this interview for the record, but I hope this never gets into the courtroom. Things could go south."</w:t>
      </w:r>
    </w:p>
    <w:p>
      <w:r>
        <w:rPr>
          <w:rFonts w:ascii="IM Fell English" w:hAnsi="IM Fell English"/>
          <w:color w:val="141414"/>
          <w:sz w:val="24"/>
        </w:rPr>
        <w:t>He drove her back to the office. She picked up her car and drove back to the motel.</w:t>
      </w:r>
    </w:p>
    <w:p>
      <w:r>
        <w:rPr>
          <w:rFonts w:ascii="IM Fell English" w:hAnsi="IM Fell English"/>
          <w:color w:val="141414"/>
          <w:sz w:val="24"/>
        </w:rPr>
        <w:t>As she pulled into the lot, she saw Ken waiting for her.</w:t>
      </w:r>
    </w:p>
    <w:p>
      <w:r>
        <w:rPr>
          <w:rFonts w:ascii="IM Fell English" w:hAnsi="IM Fell English"/>
          <w:color w:val="141414"/>
          <w:sz w:val="24"/>
        </w:rPr>
        <w:t>"What do you want?" she asked.</w:t>
      </w:r>
    </w:p>
    <w:p>
      <w:r>
        <w:rPr>
          <w:rFonts w:ascii="IM Fell English" w:hAnsi="IM Fell English"/>
          <w:color w:val="141414"/>
          <w:sz w:val="24"/>
        </w:rPr>
        <w:t>"I didn't know."</w:t>
      </w:r>
    </w:p>
    <w:p>
      <w:r>
        <w:rPr>
          <w:rFonts w:ascii="IM Fell English" w:hAnsi="IM Fell English"/>
          <w:color w:val="141414"/>
          <w:sz w:val="24"/>
        </w:rPr>
        <w:t>"What didn't you know? That they were investigating my mother and sister for murder? Or that you were going to arrest them?"</w:t>
      </w:r>
    </w:p>
    <w:p>
      <w:r>
        <w:rPr>
          <w:rFonts w:ascii="IM Fell English" w:hAnsi="IM Fell English"/>
          <w:color w:val="141414"/>
          <w:sz w:val="24"/>
        </w:rPr>
        <w:t>"I didn't know any of it."</w:t>
      </w:r>
    </w:p>
    <w:p>
      <w:r>
        <w:rPr>
          <w:rFonts w:ascii="IM Fell English" w:hAnsi="IM Fell English"/>
          <w:color w:val="141414"/>
          <w:sz w:val="24"/>
        </w:rPr>
        <w:t>"So, you just showed up at the house, and he said, 'Let's arrest someone today—how about Ruth and Mary?' Right?"</w:t>
      </w:r>
    </w:p>
    <w:p>
      <w:r>
        <w:rPr>
          <w:rFonts w:ascii="IM Fell English" w:hAnsi="IM Fell English"/>
          <w:color w:val="141414"/>
          <w:sz w:val="24"/>
        </w:rPr>
        <w:t>"Let me explain."</w:t>
      </w:r>
    </w:p>
    <w:p>
      <w:r>
        <w:rPr>
          <w:rFonts w:ascii="IM Fell English" w:hAnsi="IM Fell English"/>
          <w:color w:val="141414"/>
          <w:sz w:val="24"/>
        </w:rPr>
        <w:t xml:space="preserve">Martha paused, remembering Mary Jean's words: </w:t>
      </w:r>
      <w:r>
        <w:rPr>
          <w:rFonts w:ascii="IM Fell English" w:hAnsi="IM Fell English"/>
          <w:i/>
          <w:color w:val="141414"/>
          <w:sz w:val="24"/>
        </w:rPr>
        <w:t>...he may not have known it was coming.</w:t>
      </w:r>
    </w:p>
    <w:p>
      <w:r>
        <w:rPr>
          <w:rFonts w:ascii="IM Fell English" w:hAnsi="IM Fell English"/>
          <w:color w:val="141414"/>
          <w:sz w:val="24"/>
        </w:rPr>
        <w:t>"Okay."</w:t>
      </w:r>
    </w:p>
    <w:p>
      <w:r>
        <w:rPr>
          <w:rFonts w:ascii="IM Fell English" w:hAnsi="IM Fell English"/>
          <w:color w:val="141414"/>
          <w:sz w:val="24"/>
        </w:rPr>
        <w:t>"Malroy came up to me at the station and asked me to serve a warrant with him. Since we do this all the time, I didn't know the warrant was for your mother or sister until we pulled up in front of your house. He looked at me, smiled, and said, 'Let's go do our job.'"</w:t>
      </w:r>
    </w:p>
    <w:p>
      <w:r>
        <w:rPr>
          <w:rFonts w:ascii="IM Fell English" w:hAnsi="IM Fell English"/>
          <w:color w:val="141414"/>
          <w:sz w:val="24"/>
        </w:rPr>
        <w:t>"That was it? The first time you heard about it?"</w:t>
      </w:r>
    </w:p>
    <w:p>
      <w:r>
        <w:rPr>
          <w:rFonts w:ascii="IM Fell English" w:hAnsi="IM Fell English"/>
          <w:color w:val="141414"/>
          <w:sz w:val="24"/>
        </w:rPr>
        <w:t>"Yes. He opened his car door and walked up the stairs. Before we knocked, he said, 'I'll arrest Ruth for murder. You will arrest Mary for conspiracy to commit murder.' Then he knocked. And the rest... well, you know. I'm so sorry, Martha."</w:t>
      </w:r>
    </w:p>
    <w:p>
      <w:r>
        <w:rPr>
          <w:rFonts w:ascii="IM Fell English" w:hAnsi="IM Fell English"/>
          <w:color w:val="141414"/>
          <w:sz w:val="24"/>
        </w:rPr>
        <w:t>"So am I. But I can't blame you. You were just doing your job."</w:t>
      </w:r>
    </w:p>
    <w:p>
      <w:r>
        <w:rPr>
          <w:rFonts w:ascii="IM Fell English" w:hAnsi="IM Fell English"/>
          <w:color w:val="141414"/>
          <w:sz w:val="24"/>
        </w:rPr>
        <w:t>"If there's anything I can do..."</w:t>
      </w:r>
    </w:p>
    <w:p>
      <w:r>
        <w:rPr>
          <w:rFonts w:ascii="IM Fell English" w:hAnsi="IM Fell English"/>
          <w:color w:val="141414"/>
          <w:sz w:val="24"/>
        </w:rPr>
        <w:t>"Are you free tomorrow?"</w:t>
      </w:r>
    </w:p>
    <w:p>
      <w:r>
        <w:rPr>
          <w:rFonts w:ascii="IM Fell English" w:hAnsi="IM Fell English"/>
          <w:color w:val="141414"/>
          <w:sz w:val="24"/>
        </w:rPr>
        <w:t>Ken pulled into the motel parking lot at exactly 7:30 a.m. Martha was waiting, her Camaro running. As he climbed out of his car, she motioned toward the driver's seat. He slid behind the wheel. Pulling out of the lot, Ken asked, "Want to stop for coffee?"</w:t>
      </w:r>
    </w:p>
    <w:p>
      <w:r>
        <w:rPr>
          <w:rFonts w:ascii="IM Fell English" w:hAnsi="IM Fell English"/>
          <w:color w:val="141414"/>
          <w:sz w:val="24"/>
        </w:rPr>
        <w:t>They drove through the Golden Arches for coffee and got back on the road.</w:t>
      </w:r>
    </w:p>
    <w:p>
      <w:r>
        <w:rPr>
          <w:rFonts w:ascii="IM Fell English" w:hAnsi="IM Fell English"/>
          <w:color w:val="141414"/>
          <w:sz w:val="24"/>
        </w:rPr>
        <w:t>"How are things at work?" Martha asked.</w:t>
      </w:r>
    </w:p>
    <w:p>
      <w:r>
        <w:rPr>
          <w:rFonts w:ascii="IM Fell English" w:hAnsi="IM Fell English"/>
          <w:color w:val="141414"/>
          <w:sz w:val="24"/>
        </w:rPr>
        <w:t>"Tense."</w:t>
      </w:r>
    </w:p>
    <w:p>
      <w:r>
        <w:rPr>
          <w:rFonts w:ascii="IM Fell English" w:hAnsi="IM Fell English"/>
          <w:color w:val="141414"/>
          <w:sz w:val="24"/>
        </w:rPr>
        <w:t>"Why?"</w:t>
      </w:r>
    </w:p>
    <w:p>
      <w:r>
        <w:rPr>
          <w:rFonts w:ascii="IM Fell English" w:hAnsi="IM Fell English"/>
          <w:color w:val="141414"/>
          <w:sz w:val="24"/>
        </w:rPr>
        <w:t>"I turned in information about Malroy to the chief."</w:t>
      </w:r>
    </w:p>
    <w:p>
      <w:r>
        <w:rPr>
          <w:rFonts w:ascii="IM Fell English" w:hAnsi="IM Fell English"/>
          <w:color w:val="141414"/>
          <w:sz w:val="24"/>
        </w:rPr>
        <w:t>"Wow. What happened to him?"</w:t>
      </w:r>
    </w:p>
    <w:p>
      <w:r>
        <w:rPr>
          <w:rFonts w:ascii="IM Fell English" w:hAnsi="IM Fell English"/>
          <w:color w:val="141414"/>
          <w:sz w:val="24"/>
        </w:rPr>
        <w:t>"Nothing yet, but the chief told me it's just a matter of time."</w:t>
      </w:r>
    </w:p>
    <w:p>
      <w:r>
        <w:rPr>
          <w:rFonts w:ascii="IM Fell English" w:hAnsi="IM Fell English"/>
          <w:color w:val="141414"/>
          <w:sz w:val="24"/>
        </w:rPr>
        <w:t>"She agrees something's wrong?"</w:t>
      </w:r>
    </w:p>
    <w:p>
      <w:r>
        <w:rPr>
          <w:rFonts w:ascii="IM Fell English" w:hAnsi="IM Fell English"/>
          <w:color w:val="141414"/>
          <w:sz w:val="24"/>
        </w:rPr>
        <w:t>"She's doing her own investigation."</w:t>
      </w:r>
    </w:p>
    <w:p>
      <w:r>
        <w:rPr>
          <w:rFonts w:ascii="IM Fell English" w:hAnsi="IM Fell English"/>
          <w:color w:val="141414"/>
          <w:sz w:val="24"/>
        </w:rPr>
        <w:t>"How long will that take?"</w:t>
      </w:r>
    </w:p>
    <w:p>
      <w:r>
        <w:rPr>
          <w:rFonts w:ascii="IM Fell English" w:hAnsi="IM Fell English"/>
          <w:color w:val="141414"/>
          <w:sz w:val="24"/>
        </w:rPr>
        <w:t>"I don't know, but Malroy has been treating me differently since I copied his files."</w:t>
      </w:r>
    </w:p>
    <w:p>
      <w:r>
        <w:rPr>
          <w:rFonts w:ascii="IM Fell English" w:hAnsi="IM Fell English"/>
          <w:color w:val="141414"/>
          <w:sz w:val="24"/>
        </w:rPr>
        <w:t>"Do you think he knows you reported him?"</w:t>
      </w:r>
    </w:p>
    <w:p>
      <w:r>
        <w:rPr>
          <w:rFonts w:ascii="IM Fell English" w:hAnsi="IM Fell English"/>
          <w:color w:val="141414"/>
          <w:sz w:val="24"/>
        </w:rPr>
        <w:t>"He might."</w:t>
      </w:r>
    </w:p>
    <w:p>
      <w:r>
        <w:rPr>
          <w:rFonts w:ascii="IM Fell English" w:hAnsi="IM Fell English"/>
          <w:color w:val="141414"/>
          <w:sz w:val="24"/>
        </w:rPr>
        <w:t>"What could he do?"</w:t>
      </w:r>
    </w:p>
    <w:p>
      <w:r>
        <w:rPr>
          <w:rFonts w:ascii="IM Fell English" w:hAnsi="IM Fell English"/>
          <w:color w:val="141414"/>
          <w:sz w:val="24"/>
        </w:rPr>
        <w:t>"There's no telling."</w:t>
      </w:r>
    </w:p>
    <w:p>
      <w:r>
        <w:rPr>
          <w:rFonts w:ascii="IM Fell English" w:hAnsi="IM Fell English"/>
          <w:color w:val="141414"/>
          <w:sz w:val="24"/>
        </w:rPr>
        <w:t>They drove in silence for the rest of the trip.</w:t>
      </w:r>
    </w:p>
    <w:p>
      <w:r>
        <w:rPr>
          <w:rFonts w:ascii="IM Fell English" w:hAnsi="IM Fell English"/>
          <w:color w:val="141414"/>
          <w:sz w:val="24"/>
        </w:rPr>
        <w:t>"What address are we looking for?" Ken asked.</w:t>
      </w:r>
    </w:p>
    <w:p>
      <w:r>
        <w:rPr>
          <w:rFonts w:ascii="IM Fell English" w:hAnsi="IM Fell English"/>
          <w:color w:val="141414"/>
          <w:sz w:val="24"/>
        </w:rPr>
        <w:t>Martha consulted the paper Farrel had given her. "2800 Overcourt Drive."</w:t>
      </w:r>
    </w:p>
    <w:p>
      <w:r>
        <w:rPr>
          <w:rFonts w:ascii="IM Fell English" w:hAnsi="IM Fell English"/>
          <w:color w:val="141414"/>
          <w:sz w:val="24"/>
        </w:rPr>
        <w:t>They pulled to a stop in front of Charles Boday's house. From where she sat, Martha could see into Sarah Richards's front yard, directly across the street.</w:t>
      </w:r>
    </w:p>
    <w:p>
      <w:r>
        <w:rPr>
          <w:rFonts w:ascii="IM Fell English" w:hAnsi="IM Fell English"/>
          <w:color w:val="141414"/>
          <w:sz w:val="24"/>
        </w:rPr>
        <w:t>Martha and Ken walked to the front porch. Martha noticed a video doorbell system and pressed its button. A few seconds later, a voice answered.</w:t>
      </w:r>
    </w:p>
    <w:p>
      <w:r>
        <w:rPr>
          <w:rFonts w:ascii="IM Fell English" w:hAnsi="IM Fell English"/>
          <w:color w:val="141414"/>
          <w:sz w:val="24"/>
        </w:rPr>
        <w:t>"Be there in just a sec."</w:t>
      </w:r>
    </w:p>
    <w:p>
      <w:r>
        <w:rPr>
          <w:rFonts w:ascii="IM Fell English" w:hAnsi="IM Fell English"/>
          <w:color w:val="141414"/>
          <w:sz w:val="24"/>
        </w:rPr>
        <w:t>A moment later, Charles Boday opened the door. He looked to be in his mid-forties, anything but fit or trim, with a beer belly, a fleshy face, and a balding head.</w:t>
      </w:r>
    </w:p>
    <w:p>
      <w:r>
        <w:rPr>
          <w:rFonts w:ascii="IM Fell English" w:hAnsi="IM Fell English"/>
          <w:color w:val="141414"/>
          <w:sz w:val="24"/>
        </w:rPr>
        <w:t>"You must be the folks from Brownsville?"</w:t>
      </w:r>
    </w:p>
    <w:p>
      <w:r>
        <w:rPr>
          <w:rFonts w:ascii="IM Fell English" w:hAnsi="IM Fell English"/>
          <w:color w:val="141414"/>
          <w:sz w:val="24"/>
        </w:rPr>
        <w:t>"My name is Martha Thomas, and this is my friend Ken Henderson."</w:t>
      </w:r>
    </w:p>
    <w:p>
      <w:r>
        <w:rPr>
          <w:rFonts w:ascii="IM Fell English" w:hAnsi="IM Fell English"/>
          <w:color w:val="141414"/>
          <w:sz w:val="24"/>
        </w:rPr>
        <w:t>"Can I get you something to drink? A soda pop, maybe a beer?"</w:t>
      </w:r>
    </w:p>
    <w:p>
      <w:r>
        <w:rPr>
          <w:rFonts w:ascii="IM Fell English" w:hAnsi="IM Fell English"/>
          <w:color w:val="141414"/>
          <w:sz w:val="24"/>
        </w:rPr>
        <w:t>"We're just fine, Mr. Boday. We had coffee on the way up," Ken said.</w:t>
      </w:r>
    </w:p>
    <w:p>
      <w:r>
        <w:rPr>
          <w:rFonts w:ascii="IM Fell English" w:hAnsi="IM Fell English"/>
          <w:color w:val="141414"/>
          <w:sz w:val="24"/>
        </w:rPr>
        <w:t>"Well then, let's get right down to business," Charles said.</w:t>
      </w:r>
    </w:p>
    <w:p>
      <w:r>
        <w:rPr>
          <w:rFonts w:ascii="IM Fell English" w:hAnsi="IM Fell English"/>
          <w:color w:val="141414"/>
          <w:sz w:val="24"/>
        </w:rPr>
        <w:t>"Can you please tell us what you told the Brownsville police?" Martha asked.</w:t>
      </w:r>
    </w:p>
    <w:p>
      <w:r>
        <w:rPr>
          <w:rFonts w:ascii="IM Fell English" w:hAnsi="IM Fell English"/>
          <w:color w:val="141414"/>
          <w:sz w:val="24"/>
        </w:rPr>
        <w:t xml:space="preserve">"Well, sweetie, it was more about what I </w:t>
      </w:r>
      <w:r>
        <w:rPr>
          <w:rFonts w:ascii="IM Fell English" w:hAnsi="IM Fell English"/>
          <w:i/>
          <w:color w:val="141414"/>
          <w:sz w:val="24"/>
        </w:rPr>
        <w:t>showed</w:t>
      </w:r>
      <w:r>
        <w:rPr>
          <w:rFonts w:ascii="IM Fell English" w:hAnsi="IM Fell English"/>
          <w:color w:val="141414"/>
          <w:sz w:val="24"/>
        </w:rPr>
        <w:t xml:space="preserve"> them than what I said. I bet you'd like to see it too."</w:t>
      </w:r>
    </w:p>
    <w:p>
      <w:r>
        <w:rPr>
          <w:rFonts w:ascii="IM Fell English" w:hAnsi="IM Fell English"/>
          <w:color w:val="141414"/>
          <w:sz w:val="24"/>
        </w:rPr>
        <w:t>"If you don't mind," Martha said.</w:t>
      </w:r>
    </w:p>
    <w:p>
      <w:r>
        <w:rPr>
          <w:rFonts w:ascii="IM Fell English" w:hAnsi="IM Fell English"/>
          <w:color w:val="141414"/>
          <w:sz w:val="24"/>
        </w:rPr>
        <w:t>"Don't mind at all." He tapped a few keys on his keyboard, and suddenly, a massive 96-inch screen lit up. At first, it was just a view of Sarah Richards's house. Then, a car pulled up in front of it. Martha's heart sank. It was her sister's car, with her sister driving and her mother in the passenger seat.</w:t>
      </w:r>
    </w:p>
    <w:p>
      <w:r>
        <w:rPr>
          <w:rFonts w:ascii="IM Fell English" w:hAnsi="IM Fell English"/>
          <w:color w:val="141414"/>
          <w:sz w:val="24"/>
        </w:rPr>
        <w:t>"If you'll notice the date and time stamp, this was the same day your daddy died," Charles said. "But the best part is coming up."</w:t>
      </w:r>
    </w:p>
    <w:p>
      <w:r>
        <w:rPr>
          <w:rFonts w:ascii="IM Fell English" w:hAnsi="IM Fell English"/>
          <w:color w:val="141414"/>
          <w:sz w:val="24"/>
        </w:rPr>
        <w:t>Martha watched as her mother got out of the car, walked over to the vehicle parked in Sarah's driveway, and dragged a key across its paint.</w:t>
      </w:r>
    </w:p>
    <w:p>
      <w:r>
        <w:rPr>
          <w:rFonts w:ascii="IM Fell English" w:hAnsi="IM Fell English"/>
          <w:color w:val="141414"/>
          <w:sz w:val="24"/>
        </w:rPr>
        <w:t>The last shot on the enormous screen zoomed in on the car door. Scratched into the blue paint were the words:</w:t>
      </w:r>
    </w:p>
    <w:p>
      <w:r>
        <w:rPr>
          <w:rFonts w:ascii="IM Fell English" w:hAnsi="IM Fell English"/>
          <w:b/>
          <w:color w:val="141414"/>
          <w:sz w:val="24"/>
        </w:rPr>
        <w:t>DIE BITCH.</w:t>
      </w:r>
    </w:p>
    <w:p>
      <w:r>
        <w:rPr>
          <w:rFonts w:ascii="IM Fell English" w:hAnsi="IM Fell English"/>
          <w:color w:val="141414"/>
          <w:sz w:val="24"/>
        </w:rPr>
        <w:t>"She was short on words, but I think she got her point across," Charles said.</w:t>
      </w:r>
    </w:p>
    <w:p>
      <w:r>
        <w:rPr>
          <w:rFonts w:ascii="IM Fell English" w:hAnsi="IM Fell English"/>
          <w:color w:val="141414"/>
          <w:sz w:val="24"/>
        </w:rPr>
        <w:t>"Would it be possible for us to get a copy of this video?" Ken asked.</w:t>
      </w:r>
    </w:p>
    <w:p>
      <w:r>
        <w:rPr>
          <w:rFonts w:ascii="IM Fell English" w:hAnsi="IM Fell English"/>
          <w:color w:val="141414"/>
          <w:sz w:val="24"/>
        </w:rPr>
        <w:t>"Sure enough. I can send it to your email—for $100."</w:t>
      </w:r>
    </w:p>
    <w:p>
      <w:r>
        <w:rPr>
          <w:rFonts w:ascii="IM Fell English" w:hAnsi="IM Fell English"/>
          <w:color w:val="141414"/>
          <w:sz w:val="24"/>
        </w:rPr>
        <w:t>"$100?"</w:t>
      </w:r>
    </w:p>
    <w:p>
      <w:r>
        <w:rPr>
          <w:rFonts w:ascii="IM Fell English" w:hAnsi="IM Fell English"/>
          <w:color w:val="141414"/>
          <w:sz w:val="24"/>
        </w:rPr>
        <w:t>"Broadband up here is mighty expensive. Big town and all. Of course, you could just wait until you see it again in court."</w:t>
      </w:r>
    </w:p>
    <w:p>
      <w:r>
        <w:rPr>
          <w:rFonts w:ascii="IM Fell English" w:hAnsi="IM Fell English"/>
          <w:color w:val="141414"/>
          <w:sz w:val="24"/>
        </w:rPr>
        <w:t>"Will you take a check?" Ken asked.</w:t>
      </w:r>
    </w:p>
    <w:p>
      <w:r>
        <w:rPr>
          <w:rFonts w:ascii="IM Fell English" w:hAnsi="IM Fell English"/>
          <w:color w:val="141414"/>
          <w:sz w:val="24"/>
        </w:rPr>
        <w:t>"Cash is so much friendlier."</w:t>
      </w:r>
    </w:p>
    <w:p>
      <w:r>
        <w:rPr>
          <w:rFonts w:ascii="IM Fell English" w:hAnsi="IM Fell English"/>
          <w:color w:val="141414"/>
          <w:sz w:val="24"/>
        </w:rPr>
        <w:t>Martha dug through her purse and pulled out four twenties. Ken added another twenty from his wallet. They handed the cash to Charles.</w:t>
      </w:r>
    </w:p>
    <w:p>
      <w:r>
        <w:rPr>
          <w:rFonts w:ascii="IM Fell English" w:hAnsi="IM Fell English"/>
          <w:color w:val="141414"/>
          <w:sz w:val="24"/>
        </w:rPr>
        <w:t>"See? Nice and friendly."</w:t>
      </w:r>
    </w:p>
    <w:p>
      <w:r>
        <w:rPr>
          <w:rFonts w:ascii="IM Fell English" w:hAnsi="IM Fell English"/>
          <w:color w:val="141414"/>
          <w:sz w:val="24"/>
        </w:rPr>
        <w:t>Ken gave him his personal email address. Martha and Ken waited in the car until the video arrived as an attachment.</w:t>
      </w:r>
    </w:p>
    <w:p>
      <w:r>
        <w:rPr>
          <w:rFonts w:ascii="IM Fell English" w:hAnsi="IM Fell English"/>
          <w:color w:val="141414"/>
          <w:sz w:val="24"/>
        </w:rPr>
        <w:t>They drove to Burger Boss and ordered lunch.</w:t>
      </w:r>
    </w:p>
    <w:p>
      <w:r>
        <w:rPr>
          <w:rFonts w:ascii="IM Fell English" w:hAnsi="IM Fell English"/>
          <w:color w:val="141414"/>
          <w:sz w:val="24"/>
        </w:rPr>
        <w:t>Martha pulled out her phone and searched for "Charles Boday." Their meals arrived on blue plastic trays—burgers piled high with lettuce, tomatoes, and onions, with home fries on the side.</w:t>
      </w:r>
    </w:p>
    <w:p>
      <w:r>
        <w:rPr>
          <w:rFonts w:ascii="IM Fell English" w:hAnsi="IM Fell English"/>
          <w:color w:val="141414"/>
          <w:sz w:val="24"/>
        </w:rPr>
        <w:t xml:space="preserve">"Thank you for visiting Burger Boss, where </w:t>
      </w:r>
      <w:r>
        <w:rPr>
          <w:rFonts w:ascii="IM Fell English" w:hAnsi="IM Fell English"/>
          <w:i/>
          <w:color w:val="141414"/>
          <w:sz w:val="24"/>
        </w:rPr>
        <w:t>you're</w:t>
      </w:r>
      <w:r>
        <w:rPr>
          <w:rFonts w:ascii="IM Fell English" w:hAnsi="IM Fell English"/>
          <w:color w:val="141414"/>
          <w:sz w:val="24"/>
        </w:rPr>
        <w:t xml:space="preserve"> the boss," the server said before walking away.</w:t>
      </w:r>
    </w:p>
    <w:p>
      <w:r>
        <w:rPr>
          <w:rFonts w:ascii="IM Fell English" w:hAnsi="IM Fell English"/>
          <w:color w:val="141414"/>
          <w:sz w:val="24"/>
        </w:rPr>
        <w:t>"Here's something interesting," Martha said. "Phillip's campaign recently hired Boday as a consultant."</w:t>
      </w:r>
    </w:p>
    <w:p>
      <w:r>
        <w:rPr>
          <w:rFonts w:ascii="IM Fell English" w:hAnsi="IM Fell English"/>
          <w:color w:val="141414"/>
          <w:sz w:val="24"/>
        </w:rPr>
        <w:t>"Consultant?" Ken raised an eyebrow.</w:t>
      </w:r>
    </w:p>
    <w:p>
      <w:r>
        <w:rPr>
          <w:rFonts w:ascii="IM Fell English" w:hAnsi="IM Fell English"/>
          <w:color w:val="141414"/>
          <w:sz w:val="24"/>
        </w:rPr>
        <w:t>Martha swallowed a bite of her burger. "This is even more interesting. Until last year, he worked on an oil rig in the Gulf of Mexico."</w:t>
      </w:r>
    </w:p>
    <w:p>
      <w:r>
        <w:rPr>
          <w:rFonts w:ascii="IM Fell English" w:hAnsi="IM Fell English"/>
          <w:color w:val="141414"/>
          <w:sz w:val="24"/>
        </w:rPr>
        <w:t>"So, what kind of consultant is an oil rigger?"</w:t>
      </w:r>
    </w:p>
    <w:p>
      <w:r>
        <w:rPr>
          <w:rFonts w:ascii="IM Fell English" w:hAnsi="IM Fell English"/>
          <w:color w:val="141414"/>
          <w:sz w:val="24"/>
        </w:rPr>
        <w:t>Ken stared at his phone. "Something's not right about this video."</w:t>
      </w:r>
    </w:p>
    <w:p>
      <w:r>
        <w:rPr>
          <w:rFonts w:ascii="IM Fell English" w:hAnsi="IM Fell English"/>
          <w:color w:val="141414"/>
          <w:sz w:val="24"/>
        </w:rPr>
        <w:t>Martha adjusted her seat to see his screen better. "I know. I can hardly believe my mother would do such a thing."</w:t>
      </w:r>
    </w:p>
    <w:p>
      <w:r>
        <w:rPr>
          <w:rFonts w:ascii="IM Fell English" w:hAnsi="IM Fell English"/>
          <w:color w:val="141414"/>
          <w:sz w:val="24"/>
        </w:rPr>
        <w:t xml:space="preserve">"No, I mean something's </w:t>
      </w:r>
      <w:r>
        <w:rPr>
          <w:rFonts w:ascii="IM Fell English" w:hAnsi="IM Fell English"/>
          <w:i/>
          <w:color w:val="141414"/>
          <w:sz w:val="24"/>
        </w:rPr>
        <w:t>wrong</w:t>
      </w:r>
      <w:r>
        <w:rPr>
          <w:rFonts w:ascii="IM Fell English" w:hAnsi="IM Fell English"/>
          <w:color w:val="141414"/>
          <w:sz w:val="24"/>
        </w:rPr>
        <w:t xml:space="preserve"> with the video itself. But I can't put my finger on it."</w:t>
      </w:r>
    </w:p>
    <w:p>
      <w:r>
        <w:rPr>
          <w:rFonts w:ascii="IM Fell English" w:hAnsi="IM Fell English"/>
          <w:color w:val="141414"/>
          <w:sz w:val="24"/>
        </w:rPr>
        <w:t>Martha's phone vibrated on the table. She picked it up—Billy was calling.</w:t>
      </w:r>
    </w:p>
    <w:p>
      <w:r>
        <w:rPr>
          <w:rFonts w:ascii="IM Fell English" w:hAnsi="IM Fell English"/>
          <w:color w:val="141414"/>
          <w:sz w:val="24"/>
        </w:rPr>
        <w:t>"Martha, I need to see you as soon as possible. I think I've found something," Billy said.</w:t>
      </w:r>
    </w:p>
    <w:p>
      <w:r>
        <w:rPr>
          <w:rFonts w:ascii="IM Fell English" w:hAnsi="IM Fell English"/>
          <w:color w:val="141414"/>
          <w:sz w:val="24"/>
        </w:rPr>
        <w:t>"Ken and I are in Columbus, but we'll be back in town this evening.</w:t>
      </w:r>
    </w:p>
    <w:p>
      <w:r>
        <w:rPr>
          <w:rFonts w:ascii="IM Fell English" w:hAnsi="IM Fell English"/>
          <w:color w:val="141414"/>
          <w:sz w:val="24"/>
        </w:rPr>
        <w:t>Can we meet at the Dinner Bell at five?"</w:t>
      </w:r>
    </w:p>
    <w:p>
      <w:r>
        <w:rPr>
          <w:rFonts w:ascii="IM Fell English" w:hAnsi="IM Fell English"/>
          <w:color w:val="141414"/>
          <w:sz w:val="24"/>
        </w:rPr>
        <w:t>"Five would be great. I have a phone conference with my publisher, but it should be over by then."</w:t>
      </w:r>
    </w:p>
    <w:p>
      <w:r>
        <w:rPr>
          <w:rFonts w:ascii="IM Fell English" w:hAnsi="IM Fell English"/>
          <w:color w:val="141414"/>
          <w:sz w:val="24"/>
        </w:rPr>
        <w:t>She hung up and told Ken about the conversation.</w:t>
      </w:r>
    </w:p>
    <w:p>
      <w:r>
        <w:rPr>
          <w:rFonts w:ascii="IM Fell English" w:hAnsi="IM Fell English"/>
          <w:color w:val="141414"/>
          <w:sz w:val="24"/>
        </w:rPr>
        <w:t>"So, we're meeting him at five," Ken muttered, rolling his eyes.</w:t>
      </w:r>
    </w:p>
    <w:p>
      <w:r>
        <w:rPr>
          <w:rFonts w:ascii="IM Fell English" w:hAnsi="IM Fell English"/>
          <w:color w:val="141414"/>
          <w:sz w:val="24"/>
        </w:rPr>
        <w:t>Was that resentment or jealousy she saw in his expression?</w:t>
      </w:r>
    </w:p>
    <w:p>
      <w:pPr>
        <w:pStyle w:val="Heading1"/>
        <w:jc w:val="center"/>
      </w:pPr>
      <w:r>
        <w:rPr>
          <w:rFonts w:ascii="IM Fell English" w:hAnsi="IM Fell English"/>
          <w:color w:val="0D0D0D"/>
        </w:rPr>
        <w:t>Chapter 26</w:t>
      </w:r>
    </w:p>
    <w:p>
      <w:r>
        <w:rPr>
          <w:rFonts w:ascii="IM Fell English" w:hAnsi="IM Fell English"/>
          <w:color w:val="141414"/>
          <w:sz w:val="24"/>
        </w:rPr>
        <w:t>Billy was waiting at the Dinner Bell when they arrived at 5:00. Ken and Martha parked right in front of the main door.</w:t>
      </w:r>
    </w:p>
    <w:p>
      <w:r>
        <w:rPr>
          <w:rFonts w:ascii="IM Fell English" w:hAnsi="IM Fell English"/>
          <w:color w:val="141414"/>
          <w:sz w:val="24"/>
        </w:rPr>
        <w:t>Billy met them at the entrance. "Have you had a busy day?"</w:t>
      </w:r>
    </w:p>
    <w:p>
      <w:r>
        <w:rPr>
          <w:rFonts w:ascii="IM Fell English" w:hAnsi="IM Fell English"/>
          <w:color w:val="141414"/>
          <w:sz w:val="24"/>
        </w:rPr>
        <w:t>"Don't ask," Martha said.</w:t>
      </w:r>
    </w:p>
    <w:p>
      <w:r>
        <w:rPr>
          <w:rFonts w:ascii="IM Fell English" w:hAnsi="IM Fell English"/>
          <w:color w:val="141414"/>
          <w:sz w:val="24"/>
        </w:rPr>
        <w:t>Billy held the door open. "That bad?"</w:t>
      </w:r>
    </w:p>
    <w:p>
      <w:r>
        <w:rPr>
          <w:rFonts w:ascii="IM Fell English" w:hAnsi="IM Fell English"/>
          <w:color w:val="141414"/>
          <w:sz w:val="24"/>
        </w:rPr>
        <w:t>"Yes," Ken said. "We could use some good news."</w:t>
      </w:r>
    </w:p>
    <w:p>
      <w:r>
        <w:rPr>
          <w:rFonts w:ascii="IM Fell English" w:hAnsi="IM Fell English"/>
          <w:color w:val="141414"/>
          <w:sz w:val="24"/>
        </w:rPr>
        <w:t>"Our booth is open!" Judy yelled from the kitchen.</w:t>
      </w:r>
    </w:p>
    <w:p>
      <w:r>
        <w:rPr>
          <w:rFonts w:ascii="IM Fell English" w:hAnsi="IM Fell English"/>
          <w:color w:val="141414"/>
          <w:sz w:val="24"/>
        </w:rPr>
        <w:t>Billy slid into a booth. "I may have some."</w:t>
      </w:r>
    </w:p>
    <w:p>
      <w:r>
        <w:rPr>
          <w:rFonts w:ascii="IM Fell English" w:hAnsi="IM Fell English"/>
          <w:color w:val="141414"/>
          <w:sz w:val="24"/>
        </w:rPr>
        <w:t>Judy came over, brushing strands of hair from her brow and pulling her order pad from her apron. "What'll y'all have?"</w:t>
      </w:r>
    </w:p>
    <w:p>
      <w:r>
        <w:rPr>
          <w:rFonts w:ascii="IM Fell English" w:hAnsi="IM Fell English"/>
          <w:color w:val="141414"/>
          <w:sz w:val="24"/>
        </w:rPr>
        <w:t>Martha was still full from the Burger Boss meal. "Just coffee with cream for me."</w:t>
      </w:r>
    </w:p>
    <w:p>
      <w:r>
        <w:rPr>
          <w:rFonts w:ascii="IM Fell English" w:hAnsi="IM Fell English"/>
          <w:color w:val="141414"/>
          <w:sz w:val="24"/>
        </w:rPr>
        <w:t>"I want a steak, medium rare, with a salad and loaded baked potato," Ken said.</w:t>
      </w:r>
    </w:p>
    <w:p>
      <w:r>
        <w:rPr>
          <w:rFonts w:ascii="IM Fell English" w:hAnsi="IM Fell English"/>
          <w:color w:val="141414"/>
          <w:sz w:val="24"/>
        </w:rPr>
        <w:t>"A Cobb salad with a glass of water with lemon," Billy said, studying the menu.</w:t>
      </w:r>
    </w:p>
    <w:p>
      <w:r>
        <w:rPr>
          <w:rFonts w:ascii="IM Fell English" w:hAnsi="IM Fell English"/>
          <w:color w:val="141414"/>
          <w:sz w:val="24"/>
        </w:rPr>
        <w:t>Ken looked up. "Could I get green beans on the side?"</w:t>
      </w:r>
    </w:p>
    <w:p>
      <w:r>
        <w:rPr>
          <w:rFonts w:ascii="IM Fell English" w:hAnsi="IM Fell English"/>
          <w:i/>
          <w:color w:val="141414"/>
          <w:sz w:val="24"/>
        </w:rPr>
        <w:t>Where does he put it all?</w:t>
      </w:r>
    </w:p>
    <w:p>
      <w:r>
        <w:rPr>
          <w:rFonts w:ascii="IM Fell English" w:hAnsi="IM Fell English"/>
          <w:color w:val="141414"/>
          <w:sz w:val="24"/>
        </w:rPr>
        <w:t>Martha leaned forward in her seat. "What did you find out?"</w:t>
      </w:r>
    </w:p>
    <w:p>
      <w:r>
        <w:rPr>
          <w:rFonts w:ascii="IM Fell English" w:hAnsi="IM Fell English"/>
          <w:color w:val="141414"/>
          <w:sz w:val="24"/>
        </w:rPr>
        <w:t>Billy sat forward. "I was looking at the ghost—"</w:t>
      </w:r>
    </w:p>
    <w:p>
      <w:r>
        <w:rPr>
          <w:rFonts w:ascii="IM Fell English" w:hAnsi="IM Fell English"/>
          <w:color w:val="141414"/>
          <w:sz w:val="24"/>
        </w:rPr>
        <w:t>Ken's eyebrows raised. "Ghost?"</w:t>
      </w:r>
    </w:p>
    <w:p>
      <w:r>
        <w:rPr>
          <w:rFonts w:ascii="IM Fell English" w:hAnsi="IM Fell English"/>
          <w:color w:val="141414"/>
          <w:sz w:val="24"/>
        </w:rPr>
        <w:t>"Yes," Billy clarified, "an exact copy of my dad's</w:t>
      </w:r>
    </w:p>
    <w:p>
      <w:r>
        <w:rPr>
          <w:rFonts w:ascii="IM Fell English" w:hAnsi="IM Fell English"/>
          <w:color w:val="141414"/>
          <w:sz w:val="24"/>
        </w:rPr>
        <w:t>computer. As I examined the copy, I discovered a hidden partition on his hard drive."</w:t>
      </w:r>
    </w:p>
    <w:p>
      <w:r>
        <w:rPr>
          <w:rFonts w:ascii="IM Fell English" w:hAnsi="IM Fell English"/>
          <w:color w:val="141414"/>
          <w:sz w:val="24"/>
        </w:rPr>
        <w:t>"What is a partition?" Ken asked.</w:t>
      </w:r>
    </w:p>
    <w:p>
      <w:r>
        <w:rPr>
          <w:rFonts w:ascii="IM Fell English" w:hAnsi="IM Fell English"/>
          <w:color w:val="141414"/>
          <w:sz w:val="24"/>
        </w:rPr>
        <w:t>"It's a way to divide a hard drive into multiple sections," Billy said.</w:t>
      </w:r>
    </w:p>
    <w:p>
      <w:r>
        <w:rPr>
          <w:rFonts w:ascii="IM Fell English" w:hAnsi="IM Fell English"/>
          <w:color w:val="141414"/>
          <w:sz w:val="24"/>
        </w:rPr>
        <w:t>"So, how does that help us?" Martha asked.</w:t>
      </w:r>
    </w:p>
    <w:p>
      <w:r>
        <w:rPr>
          <w:rFonts w:ascii="IM Fell English" w:hAnsi="IM Fell English"/>
          <w:color w:val="141414"/>
          <w:sz w:val="24"/>
        </w:rPr>
        <w:t>"Your father put something he didn't want anyone else to see in a partition, and it looks like it contains audio files from your father's study," Billy said.</w:t>
      </w:r>
    </w:p>
    <w:p>
      <w:r>
        <w:rPr>
          <w:rFonts w:ascii="IM Fell English" w:hAnsi="IM Fell English"/>
          <w:color w:val="141414"/>
          <w:sz w:val="24"/>
        </w:rPr>
        <w:t>Ken leaned forward on his elbows. "He recorded his study?"</w:t>
      </w:r>
    </w:p>
    <w:p>
      <w:r>
        <w:rPr>
          <w:rFonts w:ascii="IM Fell English" w:hAnsi="IM Fell English"/>
          <w:color w:val="141414"/>
          <w:sz w:val="24"/>
        </w:rPr>
        <w:t>"Everything," Billy said.</w:t>
      </w:r>
    </w:p>
    <w:p>
      <w:r>
        <w:rPr>
          <w:rFonts w:ascii="IM Fell English" w:hAnsi="IM Fell English"/>
          <w:color w:val="141414"/>
          <w:sz w:val="24"/>
        </w:rPr>
        <w:t>"The murder?" Ken asked, a smile on his face.</w:t>
      </w:r>
    </w:p>
    <w:p>
      <w:r>
        <w:rPr>
          <w:rFonts w:ascii="IM Fell English" w:hAnsi="IM Fell English"/>
          <w:color w:val="141414"/>
          <w:sz w:val="24"/>
        </w:rPr>
        <w:t>"Here it is," Billy said, pulling a flash drive across the table.</w:t>
      </w:r>
    </w:p>
    <w:p>
      <w:r>
        <w:rPr>
          <w:rFonts w:ascii="IM Fell English" w:hAnsi="IM Fell English"/>
          <w:color w:val="141414"/>
          <w:sz w:val="24"/>
        </w:rPr>
        <w:t>Ken tapped the drive. "We might have the killer's voice right here."</w:t>
      </w:r>
    </w:p>
    <w:p>
      <w:r>
        <w:rPr>
          <w:rFonts w:ascii="IM Fell English" w:hAnsi="IM Fell English"/>
          <w:color w:val="141414"/>
          <w:sz w:val="24"/>
        </w:rPr>
        <w:t>"I don't know if we do," Billy admitted. "When I heard the gunshots, I stopped the recording. There may be voices, but I didn't listen for any."</w:t>
      </w:r>
    </w:p>
    <w:p>
      <w:r>
        <w:rPr>
          <w:rFonts w:ascii="IM Fell English" w:hAnsi="IM Fell English"/>
          <w:color w:val="141414"/>
          <w:sz w:val="24"/>
        </w:rPr>
        <w:t>"Did you find anything else?" Martha asked.</w:t>
      </w:r>
    </w:p>
    <w:p>
      <w:r>
        <w:rPr>
          <w:rFonts w:ascii="IM Fell English" w:hAnsi="IM Fell English"/>
          <w:color w:val="141414"/>
          <w:sz w:val="24"/>
        </w:rPr>
        <w:t>"Did you?" Judy interjected, holding everyone's order on a silver platter.</w:t>
      </w:r>
    </w:p>
    <w:p>
      <w:r>
        <w:rPr>
          <w:rFonts w:ascii="IM Fell English" w:hAnsi="IM Fell English"/>
          <w:color w:val="141414"/>
          <w:sz w:val="24"/>
        </w:rPr>
        <w:t>"Not yet, but there are hundreds, if not thousands, of files to go through," Billy answered.</w:t>
      </w:r>
    </w:p>
    <w:p>
      <w:r>
        <w:rPr>
          <w:rFonts w:ascii="IM Fell English" w:hAnsi="IM Fell English"/>
          <w:color w:val="141414"/>
          <w:sz w:val="24"/>
        </w:rPr>
        <w:t>Judy handed out the food, and Ken and Martha showed Billy and Judy the video from Boday.</w:t>
      </w:r>
    </w:p>
    <w:p>
      <w:r>
        <w:rPr>
          <w:rFonts w:ascii="IM Fell English" w:hAnsi="IM Fell English"/>
          <w:color w:val="141414"/>
          <w:sz w:val="24"/>
        </w:rPr>
        <w:t>Shaking her head, Judy said, "That is bad."</w:t>
      </w:r>
    </w:p>
    <w:p>
      <w:r>
        <w:rPr>
          <w:rFonts w:ascii="IM Fell English" w:hAnsi="IM Fell English"/>
          <w:color w:val="141414"/>
          <w:sz w:val="24"/>
        </w:rPr>
        <w:t>Martha looked at her. "We know."</w:t>
      </w:r>
    </w:p>
    <w:p>
      <w:r>
        <w:rPr>
          <w:rFonts w:ascii="IM Fell English" w:hAnsi="IM Fell English"/>
          <w:color w:val="141414"/>
          <w:sz w:val="24"/>
        </w:rPr>
        <w:t>Billy watched it a second time. "There's something off."</w:t>
      </w:r>
    </w:p>
    <w:p>
      <w:r>
        <w:rPr>
          <w:rFonts w:ascii="IM Fell English" w:hAnsi="IM Fell English"/>
          <w:color w:val="141414"/>
          <w:sz w:val="24"/>
        </w:rPr>
        <w:t>"I thought so too, but I couldn't put my finger on it," Ken said.</w:t>
      </w:r>
    </w:p>
    <w:p>
      <w:r>
        <w:rPr>
          <w:rFonts w:ascii="IM Fell English" w:hAnsi="IM Fell English"/>
          <w:color w:val="141414"/>
          <w:sz w:val="24"/>
        </w:rPr>
        <w:t>"I'm going to try to see my mother and sister and hear what they have to say," Martha said.</w:t>
      </w:r>
    </w:p>
    <w:p>
      <w:r>
        <w:rPr>
          <w:rFonts w:ascii="IM Fell English" w:hAnsi="IM Fell English"/>
          <w:color w:val="141414"/>
          <w:sz w:val="24"/>
        </w:rPr>
        <w:t xml:space="preserve">The conversation shifted to the upcoming game. </w:t>
      </w:r>
      <w:r>
        <w:rPr>
          <w:rFonts w:ascii="IM Fell English" w:hAnsi="IM Fell English"/>
          <w:i/>
          <w:color w:val="141414"/>
          <w:sz w:val="24"/>
        </w:rPr>
        <w:t>Thank God,</w:t>
      </w:r>
      <w:r>
        <w:rPr>
          <w:rFonts w:ascii="IM Fell English" w:hAnsi="IM Fell English"/>
          <w:color w:val="141414"/>
          <w:sz w:val="24"/>
        </w:rPr>
        <w:t xml:space="preserve"> Martha thought. She wasn't sure she could bear to talk any more about the murder, her mother, or her sister.</w:t>
      </w:r>
    </w:p>
    <w:p>
      <w:r>
        <w:rPr>
          <w:rFonts w:ascii="IM Fell English" w:hAnsi="IM Fell English"/>
          <w:color w:val="141414"/>
          <w:sz w:val="24"/>
        </w:rPr>
        <w:t>She returned to the motel, took Scruff for a walk, and then dropped into bed. No reading, no television—her mind couldn't absorb any more today.</w:t>
      </w:r>
    </w:p>
    <w:p>
      <w:r>
        <w:rPr>
          <w:rFonts w:ascii="IM Fell English" w:hAnsi="IM Fell English"/>
          <w:color w:val="141414"/>
          <w:sz w:val="24"/>
        </w:rPr>
        <w:t>Martha woke and headed down to the gym.</w:t>
      </w:r>
    </w:p>
    <w:p>
      <w:r>
        <w:rPr>
          <w:rFonts w:ascii="IM Fell English" w:hAnsi="IM Fell English"/>
          <w:i/>
          <w:color w:val="141414"/>
          <w:sz w:val="24"/>
        </w:rPr>
        <w:t>Great, no one else is here yet. Now, where is the remote for the television?</w:t>
      </w:r>
      <w:r>
        <w:rPr>
          <w:rFonts w:ascii="IM Fell English" w:hAnsi="IM Fell English"/>
          <w:color w:val="141414"/>
          <w:sz w:val="24"/>
        </w:rPr>
        <w:t xml:space="preserve"> She picked up the remote from the table beneath the wall-mounted TV, turned it on, and then walked to the nearest treadmill to start walking as she watched.</w:t>
      </w:r>
    </w:p>
    <w:p>
      <w:r>
        <w:rPr>
          <w:rFonts w:ascii="IM Fell English" w:hAnsi="IM Fell English"/>
          <w:i/>
          <w:color w:val="141414"/>
          <w:sz w:val="24"/>
        </w:rPr>
        <w:t>5k will be good for this morning,</w:t>
      </w:r>
      <w:r>
        <w:rPr>
          <w:rFonts w:ascii="IM Fell English" w:hAnsi="IM Fell English"/>
          <w:color w:val="141414"/>
          <w:sz w:val="24"/>
        </w:rPr>
        <w:t xml:space="preserve"> she thought, as she programmed the machine.</w:t>
      </w:r>
    </w:p>
    <w:p>
      <w:r>
        <w:rPr>
          <w:rFonts w:ascii="IM Fell English" w:hAnsi="IM Fell English"/>
          <w:color w:val="141414"/>
          <w:sz w:val="24"/>
        </w:rPr>
        <w:t>A game show she'd never heard of played on the screen. The contestants were trying to guess answers to historical questions.</w:t>
      </w:r>
    </w:p>
    <w:p>
      <w:r>
        <w:rPr>
          <w:rFonts w:ascii="IM Fell English" w:hAnsi="IM Fell English"/>
          <w:i/>
          <w:color w:val="141414"/>
          <w:sz w:val="24"/>
        </w:rPr>
        <w:t>Not bad, I could get about half of them right,</w:t>
      </w:r>
      <w:r>
        <w:rPr>
          <w:rFonts w:ascii="IM Fell English" w:hAnsi="IM Fell English"/>
          <w:color w:val="141414"/>
          <w:sz w:val="24"/>
        </w:rPr>
        <w:t xml:space="preserve"> she mused.</w:t>
      </w:r>
    </w:p>
    <w:p>
      <w:r>
        <w:rPr>
          <w:rFonts w:ascii="IM Fell English" w:hAnsi="IM Fell English"/>
          <w:color w:val="141414"/>
          <w:sz w:val="24"/>
        </w:rPr>
        <w:t>Suddenly, the screen changed. A banner announced a News Alert, and a very sober-looking reporter in a suit and tie appeared live in front of Billy's home.</w:t>
      </w:r>
    </w:p>
    <w:p>
      <w:r>
        <w:rPr>
          <w:rFonts w:ascii="IM Fell English" w:hAnsi="IM Fell English"/>
          <w:color w:val="141414"/>
          <w:sz w:val="24"/>
        </w:rPr>
        <w:t xml:space="preserve">He lifted his microphone and said, "This morning the world lost a great literary mind. During a home invasion, author Billy Davidson was struck down in the prime of life. Many of his readers, however, knew him as William David. He had written several </w:t>
      </w:r>
      <w:r>
        <w:rPr>
          <w:rFonts w:ascii="IM Fell English" w:hAnsi="IM Fell English"/>
          <w:i/>
          <w:color w:val="141414"/>
          <w:sz w:val="24"/>
        </w:rPr>
        <w:t>New York Times</w:t>
      </w:r>
      <w:r>
        <w:rPr>
          <w:rFonts w:ascii="IM Fell English" w:hAnsi="IM Fell English"/>
          <w:color w:val="141414"/>
          <w:sz w:val="24"/>
        </w:rPr>
        <w:t xml:space="preserve"> bestsellers..."</w:t>
      </w:r>
    </w:p>
    <w:p>
      <w:r>
        <w:rPr>
          <w:rFonts w:ascii="IM Fell English" w:hAnsi="IM Fell English"/>
          <w:color w:val="141414"/>
          <w:sz w:val="24"/>
        </w:rPr>
        <w:t xml:space="preserve">She stopped listening and just stood there, stunned. </w:t>
      </w:r>
      <w:r>
        <w:rPr>
          <w:rFonts w:ascii="IM Fell English" w:hAnsi="IM Fell English"/>
          <w:i/>
          <w:color w:val="141414"/>
          <w:sz w:val="24"/>
        </w:rPr>
        <w:t>Could it be true? It has to be—it was just on the news.</w:t>
      </w:r>
      <w:r>
        <w:rPr>
          <w:rFonts w:ascii="IM Fell English" w:hAnsi="IM Fell English"/>
          <w:color w:val="141414"/>
          <w:sz w:val="24"/>
        </w:rPr>
        <w:t xml:space="preserve"> Disoriented, she found herself back in her room, staring at her reflection. </w:t>
      </w:r>
      <w:r>
        <w:rPr>
          <w:rFonts w:ascii="IM Fell English" w:hAnsi="IM Fell English"/>
          <w:i/>
          <w:color w:val="141414"/>
          <w:sz w:val="24"/>
        </w:rPr>
        <w:t>How did I get here? What time was it?</w:t>
      </w:r>
      <w:r>
        <w:rPr>
          <w:rFonts w:ascii="IM Fell English" w:hAnsi="IM Fell English"/>
          <w:color w:val="141414"/>
          <w:sz w:val="24"/>
        </w:rPr>
        <w:t xml:space="preserve"> An hour had passed since she'd heard the news about Billy.</w:t>
      </w:r>
    </w:p>
    <w:p>
      <w:r>
        <w:rPr>
          <w:rFonts w:ascii="IM Fell English" w:hAnsi="IM Fell English"/>
          <w:color w:val="141414"/>
          <w:sz w:val="24"/>
        </w:rPr>
        <w:t xml:space="preserve">She showered and dressed. </w:t>
      </w:r>
      <w:r>
        <w:rPr>
          <w:rFonts w:ascii="IM Fell English" w:hAnsi="IM Fell English"/>
          <w:i/>
          <w:color w:val="141414"/>
          <w:sz w:val="24"/>
        </w:rPr>
        <w:t>I need to find Ken; he'll know what to do. Where would he be? He might be at Billy's home.</w:t>
      </w:r>
    </w:p>
    <w:p>
      <w:r>
        <w:rPr>
          <w:rFonts w:ascii="IM Fell English" w:hAnsi="IM Fell English"/>
          <w:color w:val="141414"/>
          <w:sz w:val="24"/>
        </w:rPr>
        <w:t>She drove to Billy's home and discovered police cars from various agencies and news trucks swarming the front yard. A young officer struggled to hold back the flood of reporters trying to break through the crime tape.</w:t>
      </w:r>
    </w:p>
    <w:p>
      <w:r>
        <w:rPr>
          <w:rFonts w:ascii="IM Fell English" w:hAnsi="IM Fell English"/>
          <w:color w:val="141414"/>
          <w:sz w:val="24"/>
        </w:rPr>
        <w:t>She picked up her phone and dialed Ken's number.</w:t>
      </w:r>
    </w:p>
    <w:p>
      <w:r>
        <w:rPr>
          <w:rFonts w:ascii="IM Fell English" w:hAnsi="IM Fell English"/>
          <w:color w:val="141414"/>
          <w:sz w:val="24"/>
        </w:rPr>
        <w:t>"Martha, I cannot talk. They've murdered Billy."</w:t>
      </w:r>
    </w:p>
    <w:p>
      <w:r>
        <w:rPr>
          <w:rFonts w:ascii="IM Fell English" w:hAnsi="IM Fell English"/>
          <w:color w:val="141414"/>
          <w:sz w:val="24"/>
        </w:rPr>
        <w:t>"I know. I'm in my car outside."</w:t>
      </w:r>
    </w:p>
    <w:p>
      <w:r>
        <w:rPr>
          <w:rFonts w:ascii="IM Fell English" w:hAnsi="IM Fell English"/>
          <w:color w:val="141414"/>
          <w:sz w:val="24"/>
        </w:rPr>
        <w:t>"Wait right there. No one's being allowed in, but I'll come out to you as soon as I can." The line went dead.</w:t>
      </w:r>
    </w:p>
    <w:p>
      <w:r>
        <w:rPr>
          <w:rFonts w:ascii="IM Fell English" w:hAnsi="IM Fell English"/>
          <w:color w:val="141414"/>
          <w:sz w:val="24"/>
        </w:rPr>
        <w:t>Her phone rang a few minutes later, "Ken?"</w:t>
      </w:r>
    </w:p>
    <w:p>
      <w:r>
        <w:rPr>
          <w:rFonts w:ascii="IM Fell English" w:hAnsi="IM Fell English"/>
          <w:color w:val="141414"/>
          <w:sz w:val="24"/>
        </w:rPr>
        <w:t>"No, Ms. Thomas, this is Farrell Spital's secretary calling to schedule an appointment for you to meet with him this afternoon. What time works best for you?"</w:t>
      </w:r>
    </w:p>
    <w:p>
      <w:r>
        <w:rPr>
          <w:rFonts w:ascii="IM Fell English" w:hAnsi="IM Fell English"/>
          <w:color w:val="141414"/>
          <w:sz w:val="24"/>
        </w:rPr>
        <w:t>"I just lost a very dear friend. I don't think I can meet today."</w:t>
      </w:r>
    </w:p>
    <w:p>
      <w:r>
        <w:rPr>
          <w:rFonts w:ascii="IM Fell English" w:hAnsi="IM Fell English"/>
          <w:color w:val="141414"/>
          <w:sz w:val="24"/>
        </w:rPr>
        <w:t>"I'm sorry to hear that. Perhaps you can call the office tomorrow; he's eager to see you, Ms. Thomas. I'm sorry about your friend." The line went dead.</w:t>
      </w:r>
    </w:p>
    <w:p>
      <w:r>
        <w:rPr>
          <w:rFonts w:ascii="IM Fell English" w:hAnsi="IM Fell English"/>
          <w:i/>
          <w:color w:val="141414"/>
          <w:sz w:val="24"/>
        </w:rPr>
        <w:t>Something else to deal with.</w:t>
      </w:r>
      <w:r>
        <w:rPr>
          <w:rFonts w:ascii="IM Fell English" w:hAnsi="IM Fell English"/>
          <w:color w:val="141414"/>
          <w:sz w:val="24"/>
        </w:rPr>
        <w:t xml:space="preserve"> How would she tell him about the video? Images from it flashed through her mind. Both Billy and Ken had seen something wrong with it, but what?</w:t>
      </w:r>
    </w:p>
    <w:p>
      <w:r>
        <w:rPr>
          <w:rFonts w:ascii="IM Fell English" w:hAnsi="IM Fell English"/>
          <w:color w:val="141414"/>
          <w:sz w:val="24"/>
        </w:rPr>
        <w:t>A tap on her window. Ken stared in at her. "Let me in."</w:t>
      </w:r>
    </w:p>
    <w:p>
      <w:r>
        <w:rPr>
          <w:rFonts w:ascii="IM Fell English" w:hAnsi="IM Fell English"/>
          <w:color w:val="141414"/>
          <w:sz w:val="24"/>
        </w:rPr>
        <w:t>Ken opened the car door and slid into the passenger's seat. "It's chaos in there."</w:t>
      </w:r>
    </w:p>
    <w:p>
      <w:r>
        <w:rPr>
          <w:rFonts w:ascii="IM Fell English" w:hAnsi="IM Fell English"/>
          <w:color w:val="141414"/>
          <w:sz w:val="24"/>
        </w:rPr>
        <w:t>"What happened?"</w:t>
      </w:r>
    </w:p>
    <w:p>
      <w:r>
        <w:rPr>
          <w:rFonts w:ascii="IM Fell English" w:hAnsi="IM Fell English"/>
          <w:color w:val="141414"/>
          <w:sz w:val="24"/>
        </w:rPr>
        <w:t>Ken turned toward her. "We think Billy interrupted a robbery when he returned home yesterday evening."</w:t>
      </w:r>
    </w:p>
    <w:p>
      <w:r>
        <w:rPr>
          <w:rFonts w:ascii="IM Fell English" w:hAnsi="IM Fell English"/>
          <w:color w:val="141414"/>
          <w:sz w:val="24"/>
        </w:rPr>
        <w:t>"With us?"</w:t>
      </w:r>
    </w:p>
    <w:p>
      <w:r>
        <w:rPr>
          <w:rFonts w:ascii="IM Fell English" w:hAnsi="IM Fell English"/>
          <w:color w:val="141414"/>
          <w:sz w:val="24"/>
        </w:rPr>
        <w:t>"He came in and someone shot him."</w:t>
      </w:r>
    </w:p>
    <w:p>
      <w:r>
        <w:rPr>
          <w:rFonts w:ascii="IM Fell English" w:hAnsi="IM Fell English"/>
          <w:color w:val="141414"/>
          <w:sz w:val="24"/>
        </w:rPr>
        <w:t>"Why?"</w:t>
      </w:r>
    </w:p>
    <w:p>
      <w:r>
        <w:rPr>
          <w:rFonts w:ascii="IM Fell English" w:hAnsi="IM Fell English"/>
          <w:color w:val="141414"/>
          <w:sz w:val="24"/>
        </w:rPr>
        <w:t>"He owned thousands of dollars' worth of televisions, recording equipment, and computers. His maid found him. One room was filled with computers, monitors, and printers. It looked like he'd had his own server, judging by the racks left behind."</w:t>
      </w:r>
    </w:p>
    <w:p>
      <w:r>
        <w:rPr>
          <w:rFonts w:ascii="IM Fell English" w:hAnsi="IM Fell English"/>
          <w:color w:val="141414"/>
          <w:sz w:val="24"/>
        </w:rPr>
        <w:t>"Left?"</w:t>
      </w:r>
    </w:p>
    <w:p>
      <w:r>
        <w:rPr>
          <w:rFonts w:ascii="IM Fell English" w:hAnsi="IM Fell English"/>
          <w:color w:val="141414"/>
          <w:sz w:val="24"/>
        </w:rPr>
        <w:t>"Everything was gone. They took their time. They took everything of value."</w:t>
      </w:r>
    </w:p>
    <w:p>
      <w:r>
        <w:rPr>
          <w:rFonts w:ascii="IM Fell English" w:hAnsi="IM Fell English"/>
          <w:i/>
          <w:color w:val="141414"/>
          <w:sz w:val="24"/>
        </w:rPr>
        <w:t>Poor Billy. He came home to this.</w:t>
      </w:r>
    </w:p>
    <w:p>
      <w:r>
        <w:rPr>
          <w:rFonts w:ascii="IM Fell English" w:hAnsi="IM Fell English"/>
          <w:color w:val="141414"/>
          <w:sz w:val="24"/>
        </w:rPr>
        <w:t>"Wait a minute, what about the ghost?"</w:t>
      </w:r>
    </w:p>
    <w:p>
      <w:r>
        <w:rPr>
          <w:rFonts w:ascii="IM Fell English" w:hAnsi="IM Fell English"/>
          <w:color w:val="141414"/>
          <w:sz w:val="24"/>
        </w:rPr>
        <w:t>"Everything was gone," Ken repeated, solemnly.</w:t>
      </w:r>
    </w:p>
    <w:p>
      <w:r>
        <w:rPr>
          <w:rFonts w:ascii="IM Fell English" w:hAnsi="IM Fell English"/>
          <w:color w:val="141414"/>
          <w:sz w:val="24"/>
        </w:rPr>
        <w:t>Martha needed to see her mother and sister, and Farrell Spital was the best person to help her.</w:t>
      </w:r>
    </w:p>
    <w:p>
      <w:r>
        <w:rPr>
          <w:rFonts w:ascii="IM Fell English" w:hAnsi="IM Fell English"/>
          <w:color w:val="141414"/>
          <w:sz w:val="24"/>
        </w:rPr>
        <w:t>Martha drove to his office.</w:t>
      </w:r>
    </w:p>
    <w:p>
      <w:r>
        <w:rPr>
          <w:rFonts w:ascii="IM Fell English" w:hAnsi="IM Fell English"/>
          <w:color w:val="141414"/>
          <w:sz w:val="24"/>
        </w:rPr>
        <w:t>The secretary looked up from her desk. "May I help you?"</w:t>
      </w:r>
    </w:p>
    <w:p>
      <w:r>
        <w:rPr>
          <w:rFonts w:ascii="IM Fell English" w:hAnsi="IM Fell English"/>
          <w:color w:val="141414"/>
          <w:sz w:val="24"/>
        </w:rPr>
        <w:t>"I was hoping to see Farrell Spital for a few minutes."</w:t>
      </w:r>
    </w:p>
    <w:p>
      <w:r>
        <w:rPr>
          <w:rFonts w:ascii="IM Fell English" w:hAnsi="IM Fell English"/>
          <w:color w:val="141414"/>
          <w:sz w:val="24"/>
        </w:rPr>
        <w:t>"May I ask who is calling?"</w:t>
      </w:r>
    </w:p>
    <w:p>
      <w:r>
        <w:rPr>
          <w:rFonts w:ascii="IM Fell English" w:hAnsi="IM Fell English"/>
          <w:color w:val="141414"/>
          <w:sz w:val="24"/>
        </w:rPr>
        <w:t>"Martha Thomas."</w:t>
      </w:r>
    </w:p>
    <w:p>
      <w:r>
        <w:rPr>
          <w:rFonts w:ascii="IM Fell English" w:hAnsi="IM Fell English"/>
          <w:color w:val="141414"/>
          <w:sz w:val="24"/>
        </w:rPr>
        <w:t>"I'm sure he'll want to see you. Please have a seat."</w:t>
      </w:r>
    </w:p>
    <w:p>
      <w:r>
        <w:rPr>
          <w:rFonts w:ascii="IM Fell English" w:hAnsi="IM Fell English"/>
          <w:color w:val="141414"/>
          <w:sz w:val="24"/>
        </w:rPr>
        <w:t>No sooner had Martha sat down than the secretary said, "He'll see you now."</w:t>
      </w:r>
    </w:p>
    <w:p>
      <w:r>
        <w:rPr>
          <w:rFonts w:ascii="IM Fell English" w:hAnsi="IM Fell English"/>
          <w:color w:val="141414"/>
          <w:sz w:val="24"/>
        </w:rPr>
        <w:t>Martha took the overstuffed, leather-covered chair in front of</w:t>
      </w:r>
    </w:p>
    <w:p>
      <w:r>
        <w:rPr>
          <w:rFonts w:ascii="IM Fell English" w:hAnsi="IM Fell English"/>
          <w:color w:val="141414"/>
          <w:sz w:val="24"/>
        </w:rPr>
        <w:t>Farrell's desk. She began, "Sir—"</w:t>
      </w:r>
    </w:p>
    <w:p>
      <w:r>
        <w:rPr>
          <w:rFonts w:ascii="IM Fell English" w:hAnsi="IM Fell English"/>
          <w:color w:val="141414"/>
          <w:sz w:val="24"/>
        </w:rPr>
        <w:t>He held up an index finger, signaling her to wait while he studied the paper in front of him. Pushing it away, he slid his glasses down his nose, looked over the lenses, and asked, "What did you learn from Boday?"</w:t>
      </w:r>
    </w:p>
    <w:p>
      <w:r>
        <w:rPr>
          <w:rFonts w:ascii="IM Fell English" w:hAnsi="IM Fell English"/>
          <w:color w:val="141414"/>
          <w:sz w:val="24"/>
        </w:rPr>
        <w:t>Martha's stomach jumped. The name reminded her of the video.</w:t>
      </w:r>
    </w:p>
    <w:p>
      <w:r>
        <w:rPr>
          <w:rFonts w:ascii="IM Fell English" w:hAnsi="IM Fell English"/>
          <w:color w:val="141414"/>
          <w:sz w:val="24"/>
        </w:rPr>
        <w:t>"He has a video," she mumbled.</w:t>
      </w:r>
    </w:p>
    <w:p>
      <w:r>
        <w:rPr>
          <w:rFonts w:ascii="IM Fell English" w:hAnsi="IM Fell English"/>
          <w:color w:val="141414"/>
          <w:sz w:val="24"/>
        </w:rPr>
        <w:t>"Of what?"</w:t>
      </w:r>
    </w:p>
    <w:p>
      <w:r>
        <w:rPr>
          <w:rFonts w:ascii="IM Fell English" w:hAnsi="IM Fell English"/>
          <w:color w:val="141414"/>
          <w:sz w:val="24"/>
        </w:rPr>
        <w:t>"Here, I'll let you see for yourself."</w:t>
      </w:r>
    </w:p>
    <w:p>
      <w:r>
        <w:rPr>
          <w:rFonts w:ascii="IM Fell English" w:hAnsi="IM Fell English"/>
          <w:color w:val="141414"/>
          <w:sz w:val="24"/>
        </w:rPr>
        <w:t>Martha pulled out her cell phone and opened the video Ken had sent her.</w:t>
      </w:r>
    </w:p>
    <w:p>
      <w:r>
        <w:rPr>
          <w:rFonts w:ascii="IM Fell English" w:hAnsi="IM Fell English"/>
          <w:color w:val="141414"/>
          <w:sz w:val="24"/>
        </w:rPr>
        <w:t>As Martha started the video, her hands shook. She breathed faster and stepped back from the desk.</w:t>
      </w:r>
    </w:p>
    <w:p>
      <w:r>
        <w:rPr>
          <w:rFonts w:ascii="IM Fell English" w:hAnsi="IM Fell English"/>
          <w:color w:val="141414"/>
          <w:sz w:val="24"/>
        </w:rPr>
        <w:t>"Are you okay, Ms. Thomas?"</w:t>
      </w:r>
    </w:p>
    <w:p>
      <w:r>
        <w:rPr>
          <w:rFonts w:ascii="IM Fell English" w:hAnsi="IM Fell English"/>
          <w:color w:val="141414"/>
          <w:sz w:val="24"/>
        </w:rPr>
        <w:t>She moved back another step. "I'm fine!"</w:t>
      </w:r>
    </w:p>
    <w:p>
      <w:r>
        <w:rPr>
          <w:rFonts w:ascii="IM Fell English" w:hAnsi="IM Fell English"/>
          <w:color w:val="141414"/>
          <w:sz w:val="24"/>
        </w:rPr>
        <w:t>"You don't look fine. Would you like a glass of water or something?"</w:t>
      </w:r>
    </w:p>
    <w:p>
      <w:r>
        <w:rPr>
          <w:rFonts w:ascii="IM Fell English" w:hAnsi="IM Fell English"/>
          <w:color w:val="141414"/>
          <w:sz w:val="24"/>
        </w:rPr>
        <w:t>"No, I'll just take a seat."</w:t>
      </w:r>
    </w:p>
    <w:p>
      <w:r>
        <w:rPr>
          <w:rFonts w:ascii="IM Fell English" w:hAnsi="IM Fell English"/>
          <w:color w:val="141414"/>
          <w:sz w:val="24"/>
        </w:rPr>
        <w:t>He took the phone from her, propping it against an open book on his desk. He watched in silence, then replayed the video. Martha came around the desk and watched it with him.</w:t>
      </w:r>
    </w:p>
    <w:p>
      <w:r>
        <w:rPr>
          <w:rFonts w:ascii="IM Fell English" w:hAnsi="IM Fell English"/>
          <w:color w:val="141414"/>
          <w:sz w:val="24"/>
        </w:rPr>
        <w:t>After the second viewing, he opened his desk drawer and pulled out a Sherlock Holmes pipe and a pouch of tobacco. "Terrible habit," he said, "but it helps me think. Do you mind?"</w:t>
      </w:r>
    </w:p>
    <w:p>
      <w:r>
        <w:rPr>
          <w:rFonts w:ascii="IM Fell English" w:hAnsi="IM Fell English"/>
          <w:color w:val="141414"/>
          <w:sz w:val="24"/>
        </w:rPr>
        <w:t>She walked back to her chair, shaking her head. "This is bad, right?"</w:t>
      </w:r>
    </w:p>
    <w:p>
      <w:r>
        <w:rPr>
          <w:rFonts w:ascii="IM Fell English" w:hAnsi="IM Fell English"/>
          <w:color w:val="141414"/>
          <w:sz w:val="24"/>
        </w:rPr>
        <w:t>He packed the tobacco into his pipe, lit it, and drew on it, releasing smoke rings. He settled back, waiting.</w:t>
      </w:r>
    </w:p>
    <w:p>
      <w:r>
        <w:rPr>
          <w:rFonts w:ascii="IM Fell English" w:hAnsi="IM Fell English"/>
          <w:color w:val="141414"/>
          <w:sz w:val="24"/>
        </w:rPr>
        <w:t>He took another draw on the pipe. The silence stretched.</w:t>
      </w:r>
    </w:p>
    <w:p>
      <w:r>
        <w:rPr>
          <w:rFonts w:ascii="IM Fell English" w:hAnsi="IM Fell English"/>
          <w:color w:val="141414"/>
          <w:sz w:val="24"/>
        </w:rPr>
        <w:t xml:space="preserve">Martha's mind raced: </w:t>
      </w:r>
      <w:r>
        <w:rPr>
          <w:rFonts w:ascii="IM Fell English" w:hAnsi="IM Fell English"/>
          <w:i/>
          <w:color w:val="141414"/>
          <w:sz w:val="24"/>
        </w:rPr>
        <w:t>Was he about to drop the case? What would she do? This was truly damaging.</w:t>
      </w:r>
      <w:r>
        <w:rPr>
          <w:rFonts w:ascii="IM Fell English" w:hAnsi="IM Fell English"/>
          <w:color w:val="141414"/>
          <w:sz w:val="24"/>
        </w:rPr>
        <w:t xml:space="preserve"> He finally broke the silence. "This is damaging," he said. "I can see the D.A. playing it for the jury, with a large blowup of your mother's face looking right at the camera."</w:t>
      </w:r>
    </w:p>
    <w:p>
      <w:r>
        <w:rPr>
          <w:rFonts w:ascii="IM Fell English" w:hAnsi="IM Fell English"/>
          <w:color w:val="141414"/>
          <w:sz w:val="24"/>
        </w:rPr>
        <w:t>"That's true. She looked right at the camera, like she knew it was there," Martha said. "But there's something else wrong with it. Can you play it again?"</w:t>
      </w:r>
    </w:p>
    <w:p>
      <w:r>
        <w:rPr>
          <w:rFonts w:ascii="IM Fell English" w:hAnsi="IM Fell English"/>
          <w:color w:val="141414"/>
          <w:sz w:val="24"/>
        </w:rPr>
        <w:t>This time, Martha watched it closely, trying to ignore the fact that her mother and sister were on screen. "There's something wrong, but I can't put my finger on it," she said.</w:t>
      </w:r>
    </w:p>
    <w:p>
      <w:r>
        <w:rPr>
          <w:rFonts w:ascii="IM Fell English" w:hAnsi="IM Fell English"/>
          <w:color w:val="141414"/>
          <w:sz w:val="24"/>
        </w:rPr>
        <w:t>"Would a larger screen help?"</w:t>
      </w:r>
    </w:p>
    <w:p>
      <w:r>
        <w:rPr>
          <w:rFonts w:ascii="IM Fell English" w:hAnsi="IM Fell English"/>
          <w:color w:val="141414"/>
          <w:sz w:val="24"/>
        </w:rPr>
        <w:t>"Yes, it might."</w:t>
      </w:r>
    </w:p>
    <w:p>
      <w:r>
        <w:rPr>
          <w:rFonts w:ascii="IM Fell English" w:hAnsi="IM Fell English"/>
          <w:color w:val="141414"/>
          <w:sz w:val="24"/>
        </w:rPr>
        <w:t>"I don't know all the tech stuff, but my secretary is a master at that kind of thing."</w:t>
      </w:r>
    </w:p>
    <w:p>
      <w:r>
        <w:rPr>
          <w:rFonts w:ascii="IM Fell English" w:hAnsi="IM Fell English"/>
          <w:color w:val="141414"/>
          <w:sz w:val="24"/>
        </w:rPr>
        <w:t>Martha rubbed the back of her neck. Someone else would now see the video.</w:t>
      </w:r>
    </w:p>
    <w:p>
      <w:r>
        <w:rPr>
          <w:rFonts w:ascii="IM Fell English" w:hAnsi="IM Fell English"/>
          <w:color w:val="141414"/>
          <w:sz w:val="24"/>
        </w:rPr>
        <w:t>"If she can help, she'll also have to keep it confidential, right?"</w:t>
      </w:r>
    </w:p>
    <w:p>
      <w:r>
        <w:rPr>
          <w:rFonts w:ascii="IM Fell English" w:hAnsi="IM Fell English"/>
          <w:color w:val="141414"/>
          <w:sz w:val="24"/>
        </w:rPr>
        <w:t>"Yes, but don't kid yourself. Once this trial starts, this video will get out. It will go, what do they call it, virus?"</w:t>
      </w:r>
    </w:p>
    <w:p>
      <w:r>
        <w:rPr>
          <w:rFonts w:ascii="IM Fell English" w:hAnsi="IM Fell English"/>
          <w:color w:val="141414"/>
          <w:sz w:val="24"/>
        </w:rPr>
        <w:t>"Viral, you mean it will go viral."</w:t>
      </w:r>
    </w:p>
    <w:p>
      <w:r>
        <w:rPr>
          <w:rFonts w:ascii="IM Fell English" w:hAnsi="IM Fell English"/>
          <w:color w:val="141414"/>
          <w:sz w:val="24"/>
        </w:rPr>
        <w:t>Farrel pushed a button on his phone. "Can you step in here and help us out?"</w:t>
      </w:r>
    </w:p>
    <w:p>
      <w:r>
        <w:rPr>
          <w:rFonts w:ascii="IM Fell English" w:hAnsi="IM Fell English"/>
          <w:color w:val="141414"/>
          <w:sz w:val="24"/>
        </w:rPr>
        <w:t>"Viral, I was afraid of that," Martha said under her breath.</w:t>
      </w:r>
    </w:p>
    <w:p>
      <w:r>
        <w:rPr>
          <w:rFonts w:ascii="IM Fell English" w:hAnsi="IM Fell English"/>
          <w:color w:val="141414"/>
          <w:sz w:val="24"/>
        </w:rPr>
        <w:t>The door opened, and the secretary stepped in. Within minutes, she had the video ready to play on the 55-inch TV in his office.</w:t>
      </w:r>
    </w:p>
    <w:p>
      <w:r>
        <w:rPr>
          <w:rFonts w:ascii="IM Fell English" w:hAnsi="IM Fell English"/>
          <w:color w:val="141414"/>
          <w:sz w:val="24"/>
        </w:rPr>
        <w:t>The secretary turned to leave. "If that's all you needed, I have invoices to send out."</w:t>
      </w:r>
    </w:p>
    <w:p>
      <w:r>
        <w:rPr>
          <w:rFonts w:ascii="IM Fell English" w:hAnsi="IM Fell English"/>
          <w:color w:val="141414"/>
          <w:sz w:val="24"/>
        </w:rPr>
        <w:t xml:space="preserve">Martha watched her go, a wave of relief washing over her. </w:t>
      </w:r>
      <w:r>
        <w:rPr>
          <w:rFonts w:ascii="IM Fell English" w:hAnsi="IM Fell English"/>
          <w:i/>
          <w:color w:val="141414"/>
          <w:sz w:val="24"/>
        </w:rPr>
        <w:t>Thank God she wouldn't see the video, at least not yet.</w:t>
      </w:r>
      <w:r>
        <w:rPr>
          <w:rFonts w:ascii="IM Fell English" w:hAnsi="IM Fell English"/>
          <w:color w:val="141414"/>
          <w:sz w:val="24"/>
        </w:rPr>
        <w:t xml:space="preserve"> Her eyes returned to the screen, where her mother, larger than life, engaged in unmotherly actions.</w:t>
      </w:r>
    </w:p>
    <w:p>
      <w:r>
        <w:rPr>
          <w:rFonts w:ascii="IM Fell English" w:hAnsi="IM Fell English"/>
          <w:color w:val="141414"/>
          <w:sz w:val="24"/>
        </w:rPr>
        <w:t>Her stomach churned.</w:t>
      </w:r>
    </w:p>
    <w:p>
      <w:r>
        <w:rPr>
          <w:rFonts w:ascii="IM Fell English" w:hAnsi="IM Fell English"/>
          <w:color w:val="141414"/>
          <w:sz w:val="24"/>
        </w:rPr>
        <w:t>She needed to focus.</w:t>
      </w:r>
    </w:p>
    <w:p>
      <w:r>
        <w:rPr>
          <w:rFonts w:ascii="IM Fell English" w:hAnsi="IM Fell English"/>
          <w:color w:val="141414"/>
          <w:sz w:val="24"/>
        </w:rPr>
        <w:t>"There, did you see it?"</w:t>
      </w:r>
    </w:p>
    <w:p>
      <w:r>
        <w:rPr>
          <w:rFonts w:ascii="IM Fell English" w:hAnsi="IM Fell English"/>
          <w:color w:val="141414"/>
          <w:sz w:val="24"/>
        </w:rPr>
        <w:t>"See what?" Farrel stammered, studying the screen.</w:t>
      </w:r>
    </w:p>
    <w:p>
      <w:r>
        <w:rPr>
          <w:rFonts w:ascii="IM Fell English" w:hAnsi="IM Fell English"/>
          <w:color w:val="141414"/>
          <w:sz w:val="24"/>
        </w:rPr>
        <w:t>"The hedges. Something's wrong with that."</w:t>
      </w:r>
    </w:p>
    <w:p>
      <w:r>
        <w:rPr>
          <w:rFonts w:ascii="IM Fell English" w:hAnsi="IM Fell English"/>
          <w:color w:val="141414"/>
          <w:sz w:val="24"/>
        </w:rPr>
        <w:t>"Hedges?" he said.</w:t>
      </w:r>
    </w:p>
    <w:p>
      <w:r>
        <w:rPr>
          <w:rFonts w:ascii="IM Fell English" w:hAnsi="IM Fell English"/>
          <w:color w:val="141414"/>
          <w:sz w:val="24"/>
        </w:rPr>
        <w:t>"Yes, someone trimmed the hedges."</w:t>
      </w:r>
    </w:p>
    <w:p>
      <w:r>
        <w:rPr>
          <w:rFonts w:ascii="IM Fell English" w:hAnsi="IM Fell English"/>
          <w:color w:val="141414"/>
          <w:sz w:val="24"/>
        </w:rPr>
        <w:t>Farrel slumped back in his chair. "So someone trimmed the hedges," he said.</w:t>
      </w:r>
    </w:p>
    <w:p>
      <w:r>
        <w:rPr>
          <w:rFonts w:ascii="IM Fell English" w:hAnsi="IM Fell English"/>
          <w:color w:val="141414"/>
          <w:sz w:val="24"/>
        </w:rPr>
        <w:t>"But they weren't trimmed."</w:t>
      </w:r>
    </w:p>
    <w:p>
      <w:r>
        <w:rPr>
          <w:rFonts w:ascii="IM Fell English" w:hAnsi="IM Fell English"/>
          <w:color w:val="141414"/>
          <w:sz w:val="24"/>
        </w:rPr>
        <w:t>"What?"</w:t>
      </w:r>
    </w:p>
    <w:p>
      <w:r>
        <w:rPr>
          <w:rFonts w:ascii="IM Fell English" w:hAnsi="IM Fell English"/>
          <w:color w:val="141414"/>
          <w:sz w:val="24"/>
        </w:rPr>
        <w:t>"When my sister and I visited, Sarah hadn't mowed the grass or trimmed the hedges. That was just a few days after the murder. Hedges don't grow that fast."</w:t>
      </w:r>
    </w:p>
    <w:p>
      <w:r>
        <w:rPr>
          <w:rFonts w:ascii="IM Fell English" w:hAnsi="IM Fell English"/>
          <w:color w:val="141414"/>
          <w:sz w:val="24"/>
        </w:rPr>
        <w:t>Farrel picked up his phone and scrolled through his contacts. "It won't help us in court, but it gives me an idea."</w:t>
      </w:r>
    </w:p>
    <w:p>
      <w:r>
        <w:rPr>
          <w:rFonts w:ascii="IM Fell English" w:hAnsi="IM Fell English"/>
          <w:color w:val="141414"/>
          <w:sz w:val="24"/>
        </w:rPr>
        <w:t>He found the contact he was looking for and dialed. "Chuck, Farrel Spittel here. I have a video I need you to look at. I need to know if it's authentic."</w:t>
      </w:r>
    </w:p>
    <w:p>
      <w:r>
        <w:rPr>
          <w:rFonts w:ascii="IM Fell English" w:hAnsi="IM Fell English"/>
          <w:color w:val="141414"/>
          <w:sz w:val="24"/>
        </w:rPr>
        <w:t>He listened for a moment. "Just like the divorce case last year with the fake video."</w:t>
      </w:r>
    </w:p>
    <w:p>
      <w:r>
        <w:rPr>
          <w:rFonts w:ascii="IM Fell English" w:hAnsi="IM Fell English"/>
          <w:color w:val="141414"/>
          <w:sz w:val="24"/>
        </w:rPr>
        <w:t>He listened again. "I'll have it sent over right away. Make this a rush job. Okay?"</w:t>
      </w:r>
    </w:p>
    <w:p>
      <w:r>
        <w:rPr>
          <w:rFonts w:ascii="IM Fell English" w:hAnsi="IM Fell English"/>
          <w:color w:val="141414"/>
          <w:sz w:val="24"/>
        </w:rPr>
        <w:t>Farrel hung up and turned toward Martha. "Last year, a wife brought a video to court showing her husband with another woman. Upon studying the video, we discovered there was no other woman. She had a friend superimpose another woman's face over her own. No promises, but that might be what's happening here."</w:t>
      </w:r>
    </w:p>
    <w:p>
      <w:r>
        <w:rPr>
          <w:rFonts w:ascii="IM Fell English" w:hAnsi="IM Fell English"/>
          <w:color w:val="141414"/>
          <w:sz w:val="24"/>
        </w:rPr>
        <w:t>"A fake," Martha said.</w:t>
      </w:r>
    </w:p>
    <w:p>
      <w:r>
        <w:rPr>
          <w:rFonts w:ascii="IM Fell English" w:hAnsi="IM Fell English"/>
          <w:color w:val="141414"/>
          <w:sz w:val="24"/>
        </w:rPr>
        <w:t>"Right. The judge was furious. I've never seen him snap at anyone like he did her and her lawyer."</w:t>
      </w:r>
    </w:p>
    <w:p>
      <w:r>
        <w:rPr>
          <w:rFonts w:ascii="IM Fell English" w:hAnsi="IM Fell English"/>
          <w:color w:val="141414"/>
          <w:sz w:val="24"/>
        </w:rPr>
        <w:t>"So, it may not be real?"</w:t>
      </w:r>
    </w:p>
    <w:p>
      <w:r>
        <w:rPr>
          <w:rFonts w:ascii="IM Fell English" w:hAnsi="IM Fell English"/>
          <w:color w:val="141414"/>
          <w:sz w:val="24"/>
        </w:rPr>
        <w:t>"Let's set the video aside for now. We have a bigger problem."</w:t>
      </w:r>
    </w:p>
    <w:p>
      <w:r>
        <w:rPr>
          <w:rFonts w:ascii="IM Fell English" w:hAnsi="IM Fell English"/>
          <w:color w:val="141414"/>
          <w:sz w:val="24"/>
        </w:rPr>
        <w:t>Martha felt her heart racing and her knees weakening. She had to sit before she fell. She couldn't take any more bad news.</w:t>
      </w:r>
    </w:p>
    <w:p>
      <w:r>
        <w:rPr>
          <w:rFonts w:ascii="IM Fell English" w:hAnsi="IM Fell English"/>
          <w:color w:val="141414"/>
          <w:sz w:val="24"/>
        </w:rPr>
        <w:t>"The fire inspector found the gun that killed your father in the remains of your home. Do you have any idea how it got there?"</w:t>
      </w:r>
    </w:p>
    <w:p>
      <w:r>
        <w:rPr>
          <w:rFonts w:ascii="IM Fell English" w:hAnsi="IM Fell English"/>
          <w:color w:val="141414"/>
          <w:sz w:val="24"/>
        </w:rPr>
        <w:t>"A gun? My parents don't own a gun."</w:t>
      </w:r>
    </w:p>
    <w:p>
      <w:r>
        <w:rPr>
          <w:rFonts w:ascii="IM Fell English" w:hAnsi="IM Fell English"/>
          <w:color w:val="141414"/>
          <w:sz w:val="24"/>
        </w:rPr>
        <w:t>"It was found in the remains of your home, and ballistics match it to the bullets that killed your father."</w:t>
      </w:r>
    </w:p>
    <w:p>
      <w:r>
        <w:rPr>
          <w:rFonts w:ascii="IM Fell English" w:hAnsi="IM Fell English"/>
          <w:color w:val="141414"/>
          <w:sz w:val="24"/>
        </w:rPr>
        <w:t>"I need to see Mom. I have to ask her about this and the video. Can you arrange for me to see her and my sister?"</w:t>
      </w:r>
    </w:p>
    <w:p>
      <w:r>
        <w:rPr>
          <w:rFonts w:ascii="IM Fell English" w:hAnsi="IM Fell English"/>
          <w:color w:val="141414"/>
          <w:sz w:val="24"/>
        </w:rPr>
        <w:t>Martha arrived at the local jail at ten o'clock the next morning. They escorted her into a small room divided by a long metal table and a Plexiglas shield that bisected it, stretching the length of the room. She took the provided metal chair. A green steel door on the far wall opened, and her sister and mother entered, dressed in orange jumpsuits.</w:t>
      </w:r>
    </w:p>
    <w:p>
      <w:r>
        <w:rPr>
          <w:rFonts w:ascii="IM Fell English" w:hAnsi="IM Fell English"/>
          <w:color w:val="141414"/>
          <w:sz w:val="24"/>
        </w:rPr>
        <w:t>"Martie, it's so good to see you," Mary said.</w:t>
      </w:r>
    </w:p>
    <w:p>
      <w:r>
        <w:rPr>
          <w:rFonts w:ascii="IM Fell English" w:hAnsi="IM Fell English"/>
          <w:color w:val="141414"/>
          <w:sz w:val="24"/>
        </w:rPr>
        <w:t>"How's it going for you?" Martha asked.</w:t>
      </w:r>
    </w:p>
    <w:p>
      <w:r>
        <w:rPr>
          <w:rFonts w:ascii="IM Fell English" w:hAnsi="IM Fell English"/>
          <w:color w:val="141414"/>
          <w:sz w:val="24"/>
        </w:rPr>
        <w:t>"Terrible, this is a real hellhole. Can you get us out of here?"</w:t>
      </w:r>
    </w:p>
    <w:p>
      <w:r>
        <w:rPr>
          <w:rFonts w:ascii="IM Fell English" w:hAnsi="IM Fell English"/>
          <w:color w:val="141414"/>
          <w:sz w:val="24"/>
        </w:rPr>
        <w:t>"I'm working on it."</w:t>
      </w:r>
    </w:p>
    <w:p>
      <w:r>
        <w:rPr>
          <w:rFonts w:ascii="IM Fell English" w:hAnsi="IM Fell English"/>
          <w:color w:val="141414"/>
          <w:sz w:val="24"/>
        </w:rPr>
        <w:t>"What's the delay? It's ridiculous to think I'd have shot Jerry," Ruth said.</w:t>
      </w:r>
    </w:p>
    <w:p>
      <w:r>
        <w:rPr>
          <w:rFonts w:ascii="IM Fell English" w:hAnsi="IM Fell English"/>
          <w:color w:val="141414"/>
          <w:sz w:val="24"/>
        </w:rPr>
        <w:t>"I have some questions for both of you. Did you and Dad fight over Sarah Richards?"</w:t>
      </w:r>
    </w:p>
    <w:p>
      <w:r>
        <w:rPr>
          <w:rFonts w:ascii="IM Fell English" w:hAnsi="IM Fell English"/>
          <w:color w:val="141414"/>
          <w:sz w:val="24"/>
        </w:rPr>
        <w:t>Ruth stood up, her voice sharp with anger. "What does that bitch have to do with anything?"</w:t>
      </w:r>
    </w:p>
    <w:p>
      <w:r>
        <w:rPr>
          <w:rFonts w:ascii="IM Fell English" w:hAnsi="IM Fell English"/>
          <w:color w:val="141414"/>
          <w:sz w:val="24"/>
        </w:rPr>
        <w:t>Martha tapped her fingers on the metal table.</w:t>
      </w:r>
    </w:p>
    <w:p>
      <w:r>
        <w:rPr>
          <w:rFonts w:ascii="IM Fell English" w:hAnsi="IM Fell English"/>
          <w:i/>
          <w:color w:val="141414"/>
          <w:sz w:val="24"/>
        </w:rPr>
        <w:t>I need to remain calm, but she's not making it easy.</w:t>
      </w:r>
    </w:p>
    <w:p>
      <w:r>
        <w:rPr>
          <w:rFonts w:ascii="IM Fell English" w:hAnsi="IM Fell English"/>
          <w:color w:val="141414"/>
          <w:sz w:val="24"/>
        </w:rPr>
        <w:t>"Your neighbor, Mrs. Watson, said she overheard you and Dad fighting. Is that true?" Martha said.</w:t>
      </w:r>
    </w:p>
    <w:p>
      <w:r>
        <w:rPr>
          <w:rFonts w:ascii="IM Fell English" w:hAnsi="IM Fell English"/>
          <w:color w:val="141414"/>
          <w:sz w:val="24"/>
        </w:rPr>
        <w:t>"He had a child with that bitch, did you know that? Your perfect father had an affair."</w:t>
      </w:r>
    </w:p>
    <w:p>
      <w:r>
        <w:rPr>
          <w:rFonts w:ascii="IM Fell English" w:hAnsi="IM Fell English"/>
          <w:color w:val="141414"/>
          <w:sz w:val="24"/>
        </w:rPr>
        <w:t>"We need to know about the fight, Ruth."</w:t>
      </w:r>
    </w:p>
    <w:p>
      <w:r>
        <w:rPr>
          <w:rFonts w:ascii="IM Fell English" w:hAnsi="IM Fell English"/>
          <w:color w:val="141414"/>
          <w:sz w:val="24"/>
        </w:rPr>
        <w:t>"Yes, hell yes, we fought. He had lied to me and given her and her son money for all these years. Money that was rightfully mine, ah, I mean, ours."</w:t>
      </w:r>
    </w:p>
    <w:p>
      <w:r>
        <w:rPr>
          <w:rFonts w:ascii="IM Fell English" w:hAnsi="IM Fell English"/>
          <w:color w:val="141414"/>
          <w:sz w:val="24"/>
        </w:rPr>
        <w:t>"They've asked Sarah Richards to testify in court."</w:t>
      </w:r>
    </w:p>
    <w:p>
      <w:r>
        <w:rPr>
          <w:rFonts w:ascii="IM Fell English" w:hAnsi="IM Fell English"/>
          <w:color w:val="141414"/>
          <w:sz w:val="24"/>
        </w:rPr>
        <w:t>"All couples fight."</w:t>
      </w:r>
    </w:p>
    <w:p>
      <w:r>
        <w:rPr>
          <w:rFonts w:ascii="IM Fell English" w:hAnsi="IM Fell English"/>
          <w:color w:val="141414"/>
          <w:sz w:val="24"/>
        </w:rPr>
        <w:t>Martha rubbed the back of her neck. "This next question is for both of you: Did you drive to Sarah Richards' home?"</w:t>
      </w:r>
    </w:p>
    <w:p>
      <w:r>
        <w:rPr>
          <w:rFonts w:ascii="IM Fell English" w:hAnsi="IM Fell English"/>
          <w:color w:val="141414"/>
          <w:sz w:val="24"/>
        </w:rPr>
        <w:t>"No!" Mary said. "The first time I was there was with you."</w:t>
      </w:r>
    </w:p>
    <w:p>
      <w:r>
        <w:rPr>
          <w:rFonts w:ascii="IM Fell English" w:hAnsi="IM Fell English"/>
          <w:color w:val="141414"/>
          <w:sz w:val="24"/>
        </w:rPr>
        <w:t>Ruth turned away from Martha. "I don't know where she lives, and I don't want to know where she lives. I hope I never see her again."</w:t>
      </w:r>
    </w:p>
    <w:p>
      <w:r>
        <w:rPr>
          <w:rFonts w:ascii="IM Fell English" w:hAnsi="IM Fell English"/>
          <w:color w:val="141414"/>
          <w:sz w:val="24"/>
        </w:rPr>
        <w:t>"Why do you ask?" Mary said.</w:t>
      </w:r>
    </w:p>
    <w:p>
      <w:r>
        <w:rPr>
          <w:rFonts w:ascii="IM Fell English" w:hAnsi="IM Fell English"/>
          <w:color w:val="141414"/>
          <w:sz w:val="24"/>
        </w:rPr>
        <w:t>"There's a video that looks like you two at Sarah's house the day of the murder."</w:t>
      </w:r>
    </w:p>
    <w:p>
      <w:r>
        <w:rPr>
          <w:rFonts w:ascii="IM Fell English" w:hAnsi="IM Fell English"/>
          <w:color w:val="141414"/>
          <w:sz w:val="24"/>
        </w:rPr>
        <w:t>"Like hell. I've never been there," Mary said.</w:t>
      </w:r>
    </w:p>
    <w:p>
      <w:r>
        <w:rPr>
          <w:rFonts w:ascii="IM Fell English" w:hAnsi="IM Fell English"/>
          <w:color w:val="141414"/>
          <w:sz w:val="24"/>
        </w:rPr>
        <w:t>Ruth turned back and raised her eyebrows. "Video, how?"</w:t>
      </w:r>
    </w:p>
    <w:p>
      <w:r>
        <w:rPr>
          <w:rFonts w:ascii="IM Fell English" w:hAnsi="IM Fell English"/>
          <w:color w:val="141414"/>
          <w:sz w:val="24"/>
        </w:rPr>
        <w:t>Martha's head was now throbbing. "I'm just telling you, I've seen it."</w:t>
      </w:r>
    </w:p>
    <w:p>
      <w:r>
        <w:rPr>
          <w:rFonts w:ascii="IM Fell English" w:hAnsi="IM Fell English"/>
          <w:color w:val="141414"/>
          <w:sz w:val="24"/>
        </w:rPr>
        <w:t>Mary stood up and slammed her fist into the table. "I promise you, Martie, it is not me or Mom. We were shopping before the murder."</w:t>
      </w:r>
    </w:p>
    <w:p>
      <w:r>
        <w:rPr>
          <w:rFonts w:ascii="IM Fell English" w:hAnsi="IM Fell English"/>
          <w:color w:val="141414"/>
          <w:sz w:val="24"/>
        </w:rPr>
        <w:t>Martha tugged at her blouse. "Let's forget about the video for now."</w:t>
      </w:r>
    </w:p>
    <w:p>
      <w:r>
        <w:rPr>
          <w:rFonts w:ascii="IM Fell English" w:hAnsi="IM Fell English"/>
          <w:color w:val="141414"/>
          <w:sz w:val="24"/>
        </w:rPr>
        <w:t>"Sounds good to me," Mary said.</w:t>
      </w:r>
    </w:p>
    <w:p>
      <w:r>
        <w:rPr>
          <w:rFonts w:ascii="IM Fell English" w:hAnsi="IM Fell English"/>
          <w:color w:val="141414"/>
          <w:sz w:val="24"/>
        </w:rPr>
        <w:t>"Any other bad news, daughter?" Ruth asked.</w:t>
      </w:r>
    </w:p>
    <w:p>
      <w:r>
        <w:rPr>
          <w:rFonts w:ascii="IM Fell English" w:hAnsi="IM Fell English"/>
          <w:color w:val="141414"/>
          <w:sz w:val="24"/>
        </w:rPr>
        <w:t>Martha was sweating now.</w:t>
      </w:r>
    </w:p>
    <w:p>
      <w:r>
        <w:rPr>
          <w:rFonts w:ascii="IM Fell English" w:hAnsi="IM Fell English"/>
          <w:i/>
          <w:color w:val="141414"/>
          <w:sz w:val="24"/>
        </w:rPr>
        <w:t>I don't want to ask them about the gun, but I need to.</w:t>
      </w:r>
    </w:p>
    <w:p>
      <w:r>
        <w:rPr>
          <w:rFonts w:ascii="IM Fell English" w:hAnsi="IM Fell English"/>
          <w:color w:val="141414"/>
          <w:sz w:val="24"/>
        </w:rPr>
        <w:t>Martha turned to face Ruth. "Did you and Dad own a gun?"</w:t>
      </w:r>
    </w:p>
    <w:p>
      <w:r>
        <w:rPr>
          <w:rFonts w:ascii="IM Fell English" w:hAnsi="IM Fell English"/>
          <w:color w:val="141414"/>
          <w:sz w:val="24"/>
        </w:rPr>
        <w:t>"Gun, are you crazy!" Ruth exclaimed. "You know how I feel about guns. I won't have them in the house."</w:t>
      </w:r>
    </w:p>
    <w:p>
      <w:r>
        <w:rPr>
          <w:rFonts w:ascii="IM Fell English" w:hAnsi="IM Fell English"/>
          <w:color w:val="141414"/>
          <w:sz w:val="24"/>
        </w:rPr>
        <w:t>"Why are you asking about a gun?" Mary asked.</w:t>
      </w:r>
    </w:p>
    <w:p>
      <w:r>
        <w:rPr>
          <w:rFonts w:ascii="IM Fell English" w:hAnsi="IM Fell English"/>
          <w:color w:val="141414"/>
          <w:sz w:val="24"/>
        </w:rPr>
        <w:t>Martha fidgeted in her chair. "They said they found a handgun in the remains of the house. It's the same gun used to kill Dad."</w:t>
      </w:r>
    </w:p>
    <w:p>
      <w:r>
        <w:rPr>
          <w:rFonts w:ascii="IM Fell English" w:hAnsi="IM Fell English"/>
          <w:color w:val="141414"/>
          <w:sz w:val="24"/>
        </w:rPr>
        <w:t>Ruth slumped back in her chair. "Someone has set us up. They know about the argument, they created a video, and now they have a gun. We don't have a prayer, do we?"</w:t>
      </w:r>
    </w:p>
    <w:p>
      <w:r>
        <w:rPr>
          <w:rFonts w:ascii="IM Fell English" w:hAnsi="IM Fell English"/>
          <w:color w:val="141414"/>
          <w:sz w:val="24"/>
        </w:rPr>
        <w:t>"Don't give up," Martha replied, "I'm working on this."</w:t>
      </w:r>
    </w:p>
    <w:p>
      <w:r>
        <w:rPr>
          <w:rFonts w:ascii="IM Fell English" w:hAnsi="IM Fell English"/>
          <w:color w:val="141414"/>
          <w:sz w:val="24"/>
        </w:rPr>
        <w:t>"Nothing against you, dear, but you're out there and we're in here. Based on what you just told me, I'd convict us. I think it is over," Ruth said.</w:t>
      </w:r>
    </w:p>
    <w:p>
      <w:r>
        <w:rPr>
          <w:rFonts w:ascii="IM Fell English" w:hAnsi="IM Fell English"/>
          <w:color w:val="141414"/>
          <w:sz w:val="24"/>
        </w:rPr>
        <w:t>Martha stood up and leaned into the Plexiglas screen. "You can't think like that; we will find the facts. Ken, Judy, and I won't stop looking until we uncover the truth."</w:t>
      </w:r>
    </w:p>
    <w:p>
      <w:r>
        <w:rPr>
          <w:rFonts w:ascii="IM Fell English" w:hAnsi="IM Fell English"/>
          <w:color w:val="141414"/>
          <w:sz w:val="24"/>
        </w:rPr>
        <w:t>"That's easy for you to say. You're out there, we're in here dressed in our fashionable orange," Mary said.</w:t>
      </w:r>
    </w:p>
    <w:p>
      <w:r>
        <w:rPr>
          <w:rFonts w:ascii="IM Fell English" w:hAnsi="IM Fell English"/>
          <w:color w:val="141414"/>
          <w:sz w:val="24"/>
        </w:rPr>
        <w:t>"Your time is up," the officer said from the door.</w:t>
      </w:r>
    </w:p>
    <w:p>
      <w:r>
        <w:rPr>
          <w:rFonts w:ascii="IM Fell English" w:hAnsi="IM Fell English"/>
          <w:color w:val="141414"/>
          <w:sz w:val="24"/>
        </w:rPr>
        <w:t>"I'll be back soon, keep the faith," Martha said.</w:t>
      </w:r>
    </w:p>
    <w:p>
      <w:r>
        <w:rPr>
          <w:rFonts w:ascii="IM Fell English" w:hAnsi="IM Fell English"/>
          <w:color w:val="141414"/>
          <w:sz w:val="24"/>
        </w:rPr>
        <w:t>Ruth and Mary shuffled out the door, and Martha followed, returning to her car. Her face was warm as tears welled in her eyes and ran down her cheeks. She sat there and cried.</w:t>
      </w:r>
    </w:p>
    <w:p>
      <w:r>
        <w:rPr>
          <w:rFonts w:ascii="IM Fell English" w:hAnsi="IM Fell English"/>
          <w:i/>
          <w:color w:val="141414"/>
          <w:sz w:val="24"/>
        </w:rPr>
        <w:t>Was Mom right? Is there no hope left?</w:t>
      </w:r>
    </w:p>
    <w:p>
      <w:pPr>
        <w:pStyle w:val="Heading1"/>
        <w:jc w:val="center"/>
      </w:pPr>
      <w:r>
        <w:rPr>
          <w:rFonts w:ascii="IM Fell English" w:hAnsi="IM Fell English"/>
          <w:color w:val="0D0D0D"/>
        </w:rPr>
        <w:t>Chapter 27</w:t>
      </w:r>
    </w:p>
    <w:p>
      <w:r>
        <w:rPr>
          <w:rFonts w:ascii="IM Fell English" w:hAnsi="IM Fell English"/>
          <w:color w:val="141414"/>
          <w:sz w:val="24"/>
        </w:rPr>
        <w:t>Martha's phone vibrated. She pulled it out and tapped the green icon.</w:t>
      </w:r>
    </w:p>
    <w:p>
      <w:r>
        <w:rPr>
          <w:rFonts w:ascii="IM Fell English" w:hAnsi="IM Fell English"/>
          <w:color w:val="141414"/>
          <w:sz w:val="24"/>
        </w:rPr>
        <w:t>"Martha Thomas, how can I help you?" Martha answered.</w:t>
      </w:r>
    </w:p>
    <w:p>
      <w:r>
        <w:rPr>
          <w:rFonts w:ascii="IM Fell English" w:hAnsi="IM Fell English"/>
          <w:color w:val="141414"/>
          <w:sz w:val="24"/>
        </w:rPr>
        <w:t>"Hello, Ms. Thomas. This is Farrel Spittal's secretary. He understands you've suffered a major loss, but there are recent developments in your mother's and sister's cases."</w:t>
      </w:r>
    </w:p>
    <w:p>
      <w:r>
        <w:rPr>
          <w:rFonts w:ascii="IM Fell English" w:hAnsi="IM Fell English"/>
          <w:color w:val="141414"/>
          <w:sz w:val="24"/>
        </w:rPr>
        <w:t>Martha glanced at her watch. "What time works for him?"</w:t>
      </w:r>
    </w:p>
    <w:p>
      <w:r>
        <w:rPr>
          <w:rFonts w:ascii="IM Fell English" w:hAnsi="IM Fell English"/>
          <w:color w:val="141414"/>
          <w:sz w:val="24"/>
        </w:rPr>
        <w:t>"He said sooner is better. He has an opening at 1:00 if he can get the others here."</w:t>
      </w:r>
    </w:p>
    <w:p>
      <w:r>
        <w:rPr>
          <w:rFonts w:ascii="IM Fell English" w:hAnsi="IM Fell English"/>
          <w:color w:val="141414"/>
          <w:sz w:val="24"/>
        </w:rPr>
        <w:t>"Others?" Martha asked.</w:t>
      </w:r>
    </w:p>
    <w:p>
      <w:r>
        <w:rPr>
          <w:rFonts w:ascii="IM Fell English" w:hAnsi="IM Fell English"/>
          <w:color w:val="141414"/>
          <w:sz w:val="24"/>
        </w:rPr>
        <w:t>"I'll put you down for 1:00."</w:t>
      </w:r>
    </w:p>
    <w:p>
      <w:r>
        <w:rPr>
          <w:rFonts w:ascii="IM Fell English" w:hAnsi="IM Fell English"/>
          <w:color w:val="141414"/>
          <w:sz w:val="24"/>
        </w:rPr>
        <w:t>The phone went dead.</w:t>
      </w:r>
    </w:p>
    <w:p>
      <w:r>
        <w:rPr>
          <w:rFonts w:ascii="IM Fell English" w:hAnsi="IM Fell English"/>
          <w:i/>
          <w:color w:val="141414"/>
          <w:sz w:val="24"/>
        </w:rPr>
        <w:t>Others?</w:t>
      </w:r>
      <w:r>
        <w:rPr>
          <w:rFonts w:ascii="IM Fell English" w:hAnsi="IM Fell English"/>
          <w:color w:val="141414"/>
          <w:sz w:val="24"/>
        </w:rPr>
        <w:t xml:space="preserve"> Martha wondered. </w:t>
      </w:r>
      <w:r>
        <w:rPr>
          <w:rFonts w:ascii="IM Fell English" w:hAnsi="IM Fell English"/>
          <w:i/>
          <w:color w:val="141414"/>
          <w:sz w:val="24"/>
        </w:rPr>
        <w:t>Who else could be at this meeting? I'll find out in an hour, but who could it possibly be?</w:t>
      </w:r>
    </w:p>
    <w:p>
      <w:r>
        <w:rPr>
          <w:rFonts w:ascii="IM Fell English" w:hAnsi="IM Fell English"/>
          <w:color w:val="141414"/>
          <w:sz w:val="24"/>
        </w:rPr>
        <w:t>Martha grabbed lunch on her way to Spittal's office and arrived at a quarter to one.</w:t>
      </w:r>
    </w:p>
    <w:p>
      <w:r>
        <w:rPr>
          <w:rFonts w:ascii="IM Fell English" w:hAnsi="IM Fell English"/>
          <w:color w:val="141414"/>
          <w:sz w:val="24"/>
        </w:rPr>
        <w:t>She waited outside in her car until one o'clock, then made her way to the office.</w:t>
      </w:r>
    </w:p>
    <w:p>
      <w:r>
        <w:rPr>
          <w:rFonts w:ascii="IM Fell English" w:hAnsi="IM Fell English"/>
          <w:color w:val="141414"/>
          <w:sz w:val="24"/>
        </w:rPr>
        <w:t>"They're waiting for you. Go right in," the secretary said.</w:t>
      </w:r>
    </w:p>
    <w:p>
      <w:r>
        <w:rPr>
          <w:rFonts w:ascii="IM Fell English" w:hAnsi="IM Fell English"/>
          <w:color w:val="141414"/>
          <w:sz w:val="24"/>
        </w:rPr>
        <w:t>Inside, three men waited: Farrel, a man in his fifties wearing an expensive suit, and a third man who was an unexpected sight. He had bright red hair cascading down his back, a matching beard, cut-off jeans, and a black t-shirt that read, "Mead, it's not just for Vikings anymore."</w:t>
      </w:r>
    </w:p>
    <w:p>
      <w:r>
        <w:rPr>
          <w:rFonts w:ascii="IM Fell English" w:hAnsi="IM Fell English"/>
          <w:color w:val="141414"/>
          <w:sz w:val="24"/>
        </w:rPr>
        <w:t>Farrel walked toward her. "Let me introduce you to everyone. This is the D.A., Furgeson."</w:t>
      </w:r>
    </w:p>
    <w:p>
      <w:r>
        <w:rPr>
          <w:rFonts w:ascii="IM Fell English" w:hAnsi="IM Fell English"/>
          <w:color w:val="141414"/>
          <w:sz w:val="24"/>
        </w:rPr>
        <w:t>Martha shook her head slowly. "I'm no legal expert, but isn't he the last person who should be here, given my mother and sister's cases? No offense."</w:t>
      </w:r>
    </w:p>
    <w:p>
      <w:r>
        <w:rPr>
          <w:rFonts w:ascii="IM Fell English" w:hAnsi="IM Fell English"/>
          <w:color w:val="141414"/>
          <w:sz w:val="24"/>
        </w:rPr>
        <w:t>"I'm confused also," Furgeson said.</w:t>
      </w:r>
    </w:p>
    <w:p>
      <w:r>
        <w:rPr>
          <w:rFonts w:ascii="IM Fell English" w:hAnsi="IM Fell English"/>
          <w:color w:val="141414"/>
          <w:sz w:val="24"/>
        </w:rPr>
        <w:t>"I'll explain everything, just wait a second," Farrel said.</w:t>
      </w:r>
    </w:p>
    <w:p>
      <w:r>
        <w:rPr>
          <w:rFonts w:ascii="IM Fell English" w:hAnsi="IM Fell English"/>
          <w:color w:val="141414"/>
          <w:sz w:val="24"/>
        </w:rPr>
        <w:t>"I'm waiting," Martha said.</w:t>
      </w:r>
    </w:p>
    <w:p>
      <w:r>
        <w:rPr>
          <w:rFonts w:ascii="IM Fell English" w:hAnsi="IM Fell English"/>
          <w:color w:val="141414"/>
          <w:sz w:val="24"/>
        </w:rPr>
        <w:t>"Me too," Furgeson said.</w:t>
      </w:r>
    </w:p>
    <w:p>
      <w:r>
        <w:rPr>
          <w:rFonts w:ascii="IM Fell English" w:hAnsi="IM Fell English"/>
          <w:color w:val="141414"/>
          <w:sz w:val="24"/>
        </w:rPr>
        <w:t>"This is our video expert, Chuck. He's worked for Hollywood for years; we call him whenever we have a questionable video."</w:t>
      </w:r>
    </w:p>
    <w:p>
      <w:r>
        <w:rPr>
          <w:rFonts w:ascii="IM Fell English" w:hAnsi="IM Fell English"/>
          <w:color w:val="141414"/>
          <w:sz w:val="24"/>
        </w:rPr>
        <w:t>"Questionable?" Furgeson asked.</w:t>
      </w:r>
    </w:p>
    <w:p>
      <w:r>
        <w:rPr>
          <w:rFonts w:ascii="IM Fell English" w:hAnsi="IM Fell English"/>
          <w:color w:val="141414"/>
          <w:sz w:val="24"/>
        </w:rPr>
        <w:t>Chuck stepped over to a 55-inch digital television. "Let me explain."</w:t>
      </w:r>
    </w:p>
    <w:p>
      <w:r>
        <w:rPr>
          <w:rFonts w:ascii="IM Fell English" w:hAnsi="IM Fell English"/>
          <w:color w:val="141414"/>
          <w:sz w:val="24"/>
        </w:rPr>
        <w:t>He pushed the play button, and the video of her mother and sister filled the screen.</w:t>
      </w:r>
    </w:p>
    <w:p>
      <w:r>
        <w:rPr>
          <w:rFonts w:ascii="IM Fell English" w:hAnsi="IM Fell English"/>
          <w:color w:val="141414"/>
          <w:sz w:val="24"/>
        </w:rPr>
        <w:t xml:space="preserve">Martha told herself, </w:t>
      </w:r>
      <w:r>
        <w:rPr>
          <w:rFonts w:ascii="IM Fell English" w:hAnsi="IM Fell English"/>
          <w:i/>
          <w:color w:val="141414"/>
          <w:sz w:val="24"/>
        </w:rPr>
        <w:t>Calm down, it's just a video.</w:t>
      </w:r>
      <w:r>
        <w:rPr>
          <w:rFonts w:ascii="IM Fell English" w:hAnsi="IM Fell English"/>
          <w:color w:val="141414"/>
          <w:sz w:val="24"/>
        </w:rPr>
        <w:t xml:space="preserve"> Then she looked over at Furgeson, who was smiling like a child who had just won first prize at a county fair.</w:t>
      </w:r>
    </w:p>
    <w:p>
      <w:r>
        <w:rPr>
          <w:rFonts w:ascii="IM Fell English" w:hAnsi="IM Fell English"/>
          <w:color w:val="141414"/>
          <w:sz w:val="24"/>
        </w:rPr>
        <w:t>"At first glance, this looks like a car carrying Subject A and Subject B."</w:t>
      </w:r>
    </w:p>
    <w:p>
      <w:r>
        <w:rPr>
          <w:rFonts w:ascii="IM Fell English" w:hAnsi="IM Fell English"/>
          <w:color w:val="141414"/>
          <w:sz w:val="24"/>
        </w:rPr>
        <w:t>"Looks like?" Furgeson asked.</w:t>
      </w:r>
    </w:p>
    <w:p>
      <w:r>
        <w:rPr>
          <w:rFonts w:ascii="IM Fell English" w:hAnsi="IM Fell English"/>
          <w:color w:val="141414"/>
          <w:sz w:val="24"/>
        </w:rPr>
        <w:t>"Yes," Chuck said. "Looks like, but I'll show you what's really happening."</w:t>
      </w:r>
    </w:p>
    <w:p>
      <w:r>
        <w:rPr>
          <w:rFonts w:ascii="IM Fell English" w:hAnsi="IM Fell English"/>
          <w:color w:val="141414"/>
          <w:sz w:val="24"/>
        </w:rPr>
        <w:t>He picked up the remote again and pressed a button. The video fast-forwarded to the section where her mother stood by Sarah's car, then faced the camera directly.</w:t>
      </w:r>
    </w:p>
    <w:p>
      <w:r>
        <w:rPr>
          <w:rFonts w:ascii="IM Fell English" w:hAnsi="IM Fell English"/>
          <w:color w:val="141414"/>
          <w:sz w:val="24"/>
        </w:rPr>
        <w:t>"Here. This is what I want you to watch closely."</w:t>
      </w:r>
    </w:p>
    <w:p>
      <w:r>
        <w:rPr>
          <w:rFonts w:ascii="IM Fell English" w:hAnsi="IM Fell English"/>
          <w:color w:val="141414"/>
          <w:sz w:val="24"/>
        </w:rPr>
        <w:t>He connected his laptop to the television, and its display immediately filled the screen.</w:t>
      </w:r>
    </w:p>
    <w:p>
      <w:r>
        <w:rPr>
          <w:rFonts w:ascii="IM Fell English" w:hAnsi="IM Fell English"/>
          <w:color w:val="141414"/>
          <w:sz w:val="24"/>
        </w:rPr>
        <w:t>"I analyzed this video frame by frame. Though professionally produced, I found some errors. When the subject looks at the camera in this particular frame, if we enlarge it, you'll notice a slight mismatch between her face and the rest of her head. It's only off by half a degree, but it was enough to signal a problem."</w:t>
      </w:r>
    </w:p>
    <w:p>
      <w:r>
        <w:rPr>
          <w:rFonts w:ascii="IM Fell English" w:hAnsi="IM Fell English"/>
          <w:color w:val="141414"/>
          <w:sz w:val="24"/>
        </w:rPr>
        <w:t>"Problem?" asked Furgeson. "It looks good to me."</w:t>
      </w:r>
    </w:p>
    <w:p>
      <w:r>
        <w:rPr>
          <w:rFonts w:ascii="IM Fell English" w:hAnsi="IM Fell English"/>
          <w:color w:val="141414"/>
          <w:sz w:val="24"/>
        </w:rPr>
        <w:t>"May I continue?"</w:t>
      </w:r>
    </w:p>
    <w:p>
      <w:r>
        <w:rPr>
          <w:rFonts w:ascii="IM Fell English" w:hAnsi="IM Fell English"/>
          <w:color w:val="141414"/>
          <w:sz w:val="24"/>
        </w:rPr>
        <w:t>"Please do," Furgeson said.</w:t>
      </w:r>
    </w:p>
    <w:p>
      <w:r>
        <w:rPr>
          <w:rFonts w:ascii="IM Fell English" w:hAnsi="IM Fell English"/>
          <w:color w:val="141414"/>
          <w:sz w:val="24"/>
        </w:rPr>
        <w:t>"Once I discovered this anomaly, I searched for others. That's when I requested high-resolution photos of Subject B's automobile."</w:t>
      </w:r>
    </w:p>
    <w:p>
      <w:r>
        <w:rPr>
          <w:rFonts w:ascii="IM Fell English" w:hAnsi="IM Fell English"/>
          <w:color w:val="141414"/>
          <w:sz w:val="24"/>
        </w:rPr>
        <w:t>Farrel turned to Martha. "We had an investigator go to your sister's home and take several photos for Chuck."</w:t>
      </w:r>
    </w:p>
    <w:p>
      <w:r>
        <w:rPr>
          <w:rFonts w:ascii="IM Fell English" w:hAnsi="IM Fell English"/>
          <w:color w:val="141414"/>
          <w:sz w:val="24"/>
        </w:rPr>
        <w:t>"I see," Martha said.</w:t>
      </w:r>
    </w:p>
    <w:p>
      <w:r>
        <w:rPr>
          <w:rFonts w:ascii="IM Fell English" w:hAnsi="IM Fell English"/>
          <w:color w:val="141414"/>
          <w:sz w:val="24"/>
        </w:rPr>
        <w:t>"I again enlarged the video frames that offered the clearest image of the car. Then I noticed a crease in the rear fender well.</w:t>
      </w:r>
    </w:p>
    <w:p>
      <w:r>
        <w:rPr>
          <w:rFonts w:ascii="IM Fell English" w:hAnsi="IM Fell English"/>
          <w:color w:val="141414"/>
          <w:sz w:val="24"/>
        </w:rPr>
        <w:t>Both vehicles have this crease, but Subject B's is the actual car—"</w:t>
      </w:r>
    </w:p>
    <w:p>
      <w:r>
        <w:rPr>
          <w:rFonts w:ascii="IM Fell English" w:hAnsi="IM Fell English"/>
          <w:color w:val="141414"/>
          <w:sz w:val="24"/>
        </w:rPr>
        <w:t>Martha faced Chuck. "Ruth and Mary. They are my sister and mother. They aren't 'Subject A,' 'B,' or 'C,' okay?"</w:t>
      </w:r>
    </w:p>
    <w:p>
      <w:r>
        <w:rPr>
          <w:rFonts w:ascii="IM Fell English" w:hAnsi="IM Fell English"/>
          <w:color w:val="141414"/>
          <w:sz w:val="24"/>
        </w:rPr>
        <w:t>"I'm sorry, I'm just speaking the way I would in court."</w:t>
      </w:r>
    </w:p>
    <w:p>
      <w:r>
        <w:rPr>
          <w:rFonts w:ascii="IM Fell English" w:hAnsi="IM Fell English"/>
          <w:color w:val="141414"/>
          <w:sz w:val="24"/>
        </w:rPr>
        <w:t>"As I was saying," he glanced at Martha, "Mary's car not only has the crease, but when magnified, you'll see a very thin line of rust and yellow paint within it. The car in the video has neither the rust nor the paint."</w:t>
      </w:r>
    </w:p>
    <w:p>
      <w:r>
        <w:rPr>
          <w:rFonts w:ascii="IM Fell English" w:hAnsi="IM Fell English"/>
          <w:color w:val="141414"/>
          <w:sz w:val="24"/>
        </w:rPr>
        <w:t>"Is that conclusive?" Furgeson asked.</w:t>
      </w:r>
    </w:p>
    <w:p>
      <w:r>
        <w:rPr>
          <w:rFonts w:ascii="IM Fell English" w:hAnsi="IM Fell English"/>
          <w:color w:val="141414"/>
          <w:sz w:val="24"/>
        </w:rPr>
        <w:t>"This latest discovery is conclusive." He rewound the video to the beginning, then advanced it frame by frame.</w:t>
      </w:r>
    </w:p>
    <w:p>
      <w:r>
        <w:rPr>
          <w:rFonts w:ascii="IM Fell English" w:hAnsi="IM Fell English"/>
          <w:color w:val="141414"/>
          <w:sz w:val="24"/>
        </w:rPr>
        <w:t>"Then I discovered that, at one point, the passenger-side mirror offers an unobstructed view of both the driver and the passenger for just a nanosecond."</w:t>
      </w:r>
    </w:p>
    <w:p>
      <w:r>
        <w:rPr>
          <w:rFonts w:ascii="IM Fell English" w:hAnsi="IM Fell English"/>
          <w:color w:val="141414"/>
          <w:sz w:val="24"/>
        </w:rPr>
        <w:t>An image filled the television screen. There was a reflection in the mirror: a woman her mother's age, but with a different face. The other woman had purple hair, but her sister hadn't dyed her hair until after the murder.</w:t>
      </w:r>
    </w:p>
    <w:p>
      <w:r>
        <w:rPr>
          <w:rFonts w:ascii="IM Fell English" w:hAnsi="IM Fell English"/>
          <w:color w:val="141414"/>
          <w:sz w:val="24"/>
        </w:rPr>
        <w:t>"This is a fake, a deepfake—an expensive fake, but a fake nonetheless."</w:t>
      </w:r>
    </w:p>
    <w:p>
      <w:r>
        <w:rPr>
          <w:rFonts w:ascii="IM Fell English" w:hAnsi="IM Fell English"/>
          <w:color w:val="141414"/>
          <w:sz w:val="24"/>
        </w:rPr>
        <w:t>"A fake? Are you sure?" Furgeson asked.</w:t>
      </w:r>
    </w:p>
    <w:p>
      <w:r>
        <w:rPr>
          <w:rFonts w:ascii="IM Fell English" w:hAnsi="IM Fell English"/>
          <w:color w:val="141414"/>
          <w:sz w:val="24"/>
        </w:rPr>
        <w:t>"I'll stake my reputation on it."</w:t>
      </w:r>
    </w:p>
    <w:p>
      <w:r>
        <w:rPr>
          <w:rFonts w:ascii="IM Fell English" w:hAnsi="IM Fell English"/>
          <w:color w:val="141414"/>
          <w:sz w:val="24"/>
        </w:rPr>
        <w:t>"Damn!"</w:t>
      </w:r>
    </w:p>
    <w:p>
      <w:r>
        <w:rPr>
          <w:rFonts w:ascii="IM Fell English" w:hAnsi="IM Fell English"/>
          <w:color w:val="141414"/>
          <w:sz w:val="24"/>
        </w:rPr>
        <w:t>"But the gun is still evidence. We can still go forward with the case," Furgeson said.</w:t>
      </w:r>
    </w:p>
    <w:p>
      <w:r>
        <w:rPr>
          <w:rFonts w:ascii="IM Fell English" w:hAnsi="IM Fell English"/>
          <w:color w:val="141414"/>
          <w:sz w:val="24"/>
        </w:rPr>
        <w:t>"But the video is out now?" Martha asked.</w:t>
      </w:r>
    </w:p>
    <w:p>
      <w:r>
        <w:rPr>
          <w:rFonts w:ascii="IM Fell English" w:hAnsi="IM Fell English"/>
          <w:color w:val="141414"/>
          <w:sz w:val="24"/>
        </w:rPr>
        <w:t>Furgeson rose and headed for the door. "I'm not taking a fake video into court. I'll see you in court."</w:t>
      </w:r>
    </w:p>
    <w:p>
      <w:r>
        <w:rPr>
          <w:rFonts w:ascii="IM Fell English" w:hAnsi="IM Fell English"/>
          <w:color w:val="141414"/>
          <w:sz w:val="24"/>
        </w:rPr>
        <w:t>Once the door closed behind him, Farrel said, "That's one piece of evidence shot down. Now we have to look closely at the rest of it."</w:t>
      </w:r>
    </w:p>
    <w:p>
      <w:r>
        <w:rPr>
          <w:rFonts w:ascii="IM Fell English" w:hAnsi="IM Fell English"/>
          <w:color w:val="141414"/>
          <w:sz w:val="24"/>
        </w:rPr>
        <w:t>Chuck turned toward Martha, handed her a business card, and said, "If I can be of any help in the future, call me."</w:t>
      </w:r>
    </w:p>
    <w:p>
      <w:r>
        <w:rPr>
          <w:rFonts w:ascii="IM Fell English" w:hAnsi="IM Fell English"/>
          <w:color w:val="141414"/>
          <w:sz w:val="24"/>
        </w:rPr>
        <w:t>Farrel and Martha were now alone in the office.</w:t>
      </w:r>
    </w:p>
    <w:p>
      <w:r>
        <w:rPr>
          <w:rFonts w:ascii="IM Fell English" w:hAnsi="IM Fell English"/>
          <w:color w:val="141414"/>
          <w:sz w:val="24"/>
        </w:rPr>
        <w:t>Farrel closed the door. "That was a good meeting with a good outcome."</w:t>
      </w:r>
    </w:p>
    <w:p>
      <w:r>
        <w:rPr>
          <w:rFonts w:ascii="IM Fell English" w:hAnsi="IM Fell English"/>
          <w:color w:val="141414"/>
          <w:sz w:val="24"/>
        </w:rPr>
        <w:t>"But he said he was still going forward with the case," Martha said.</w:t>
      </w:r>
    </w:p>
    <w:p>
      <w:r>
        <w:rPr>
          <w:rFonts w:ascii="IM Fell English" w:hAnsi="IM Fell English"/>
          <w:color w:val="141414"/>
          <w:sz w:val="24"/>
        </w:rPr>
        <w:t>"Give him time to think about it. Now that he's aware, he might find other problems with the case. So don't give up hope."</w:t>
      </w:r>
    </w:p>
    <w:p>
      <w:r>
        <w:rPr>
          <w:rFonts w:ascii="IM Fell English" w:hAnsi="IM Fell English"/>
          <w:color w:val="141414"/>
          <w:sz w:val="24"/>
        </w:rPr>
        <w:t>"Right. This was just the first shot across the bow."</w:t>
      </w:r>
    </w:p>
    <w:p>
      <w:r>
        <w:rPr>
          <w:rFonts w:ascii="IM Fell English" w:hAnsi="IM Fell English"/>
          <w:color w:val="141414"/>
          <w:sz w:val="24"/>
        </w:rPr>
        <w:t>Martha left the office, rubbing her head as she returned to her car. The video was no longer a problem; someone had faked it. But why was he still pursuing the case? Who paid for such an "expensive fake"? Whoever was behind this had a lot of money—but for what purpose?</w:t>
      </w:r>
    </w:p>
    <w:p>
      <w:r>
        <w:rPr>
          <w:rFonts w:ascii="IM Fell English" w:hAnsi="IM Fell English"/>
          <w:color w:val="141414"/>
          <w:sz w:val="24"/>
        </w:rPr>
        <w:t>Martha called Ken.</w:t>
      </w:r>
    </w:p>
    <w:p>
      <w:r>
        <w:rPr>
          <w:rFonts w:ascii="IM Fell English" w:hAnsi="IM Fell English"/>
          <w:color w:val="141414"/>
          <w:sz w:val="24"/>
        </w:rPr>
        <w:t>"Ken, it's Martha. I just had a meeting with Spittal."</w:t>
      </w:r>
    </w:p>
    <w:p>
      <w:r>
        <w:rPr>
          <w:rFonts w:ascii="IM Fell English" w:hAnsi="IM Fell English"/>
          <w:color w:val="141414"/>
          <w:sz w:val="24"/>
        </w:rPr>
        <w:t>"I heard something big is happening. Malroy is off your father's case, and the D.A.'s office is now in charge."</w:t>
      </w:r>
    </w:p>
    <w:p>
      <w:r>
        <w:rPr>
          <w:rFonts w:ascii="IM Fell English" w:hAnsi="IM Fell English"/>
          <w:color w:val="141414"/>
          <w:sz w:val="24"/>
        </w:rPr>
        <w:t>"What? When did that happen?"</w:t>
      </w:r>
    </w:p>
    <w:p>
      <w:r>
        <w:rPr>
          <w:rFonts w:ascii="IM Fell English" w:hAnsi="IM Fell English"/>
          <w:color w:val="141414"/>
          <w:sz w:val="24"/>
        </w:rPr>
        <w:t>"Today. They came in and seized all the files. Malroy is on unpaid leave pending an investigation."</w:t>
      </w:r>
    </w:p>
    <w:p>
      <w:r>
        <w:rPr>
          <w:rFonts w:ascii="IM Fell English" w:hAnsi="IM Fell English"/>
          <w:color w:val="141414"/>
          <w:sz w:val="24"/>
        </w:rPr>
        <w:t>"That's big. We need to meet," Martha said.</w:t>
      </w:r>
    </w:p>
    <w:p>
      <w:r>
        <w:rPr>
          <w:rFonts w:ascii="IM Fell English" w:hAnsi="IM Fell English"/>
          <w:color w:val="141414"/>
          <w:sz w:val="24"/>
        </w:rPr>
        <w:t>"I agree. Will you tell Judy? Let's meet at the Bell at 5:00 tonight."</w:t>
      </w:r>
    </w:p>
    <w:p>
      <w:r>
        <w:rPr>
          <w:rFonts w:ascii="IM Fell English" w:hAnsi="IM Fell English"/>
          <w:color w:val="141414"/>
          <w:sz w:val="24"/>
        </w:rPr>
        <w:t>"I'll check with her."</w:t>
      </w:r>
    </w:p>
    <w:p>
      <w:r>
        <w:rPr>
          <w:rFonts w:ascii="IM Fell English" w:hAnsi="IM Fell English"/>
          <w:color w:val="141414"/>
          <w:sz w:val="24"/>
        </w:rPr>
        <w:t>Martha returned to the motel and checked out, Scruff by her side. She was moving into her sister's place for now. She also decided it was time to resign from her position in San Antonio, as her focus needed to be here.</w:t>
      </w:r>
    </w:p>
    <w:p>
      <w:r>
        <w:rPr>
          <w:rFonts w:ascii="IM Fell English" w:hAnsi="IM Fell English"/>
          <w:color w:val="141414"/>
          <w:sz w:val="24"/>
        </w:rPr>
        <w:t>"Today, Scruff, we're moving. Are you ready? Let me pack up your bowl and food. Wherever your bowl is, is your home, right, old boy?"</w:t>
      </w:r>
    </w:p>
    <w:p>
      <w:r>
        <w:rPr>
          <w:rFonts w:ascii="IM Fell English" w:hAnsi="IM Fell English"/>
          <w:color w:val="141414"/>
          <w:sz w:val="24"/>
        </w:rPr>
        <w:t>Her hands were trembling. Why was she so afraid of her boss? Now was the time to face it. She pulled her cell phone from her pocket and dialed.</w:t>
      </w:r>
    </w:p>
    <w:p>
      <w:r>
        <w:rPr>
          <w:rFonts w:ascii="IM Fell English" w:hAnsi="IM Fell English"/>
          <w:color w:val="141414"/>
          <w:sz w:val="24"/>
        </w:rPr>
        <w:t>"Thank you for calling. Associate Head Librarian Messer speaking.</w:t>
      </w:r>
    </w:p>
    <w:p>
      <w:r>
        <w:rPr>
          <w:rFonts w:ascii="IM Fell English" w:hAnsi="IM Fell English"/>
          <w:color w:val="141414"/>
          <w:sz w:val="24"/>
        </w:rPr>
        <w:t>How may I help you?"</w:t>
      </w:r>
    </w:p>
    <w:p>
      <w:r>
        <w:rPr>
          <w:rFonts w:ascii="IM Fell English" w:hAnsi="IM Fell English"/>
          <w:color w:val="141414"/>
          <w:sz w:val="24"/>
        </w:rPr>
        <w:t>"Hi, Brenda, this is Martha—"</w:t>
      </w:r>
    </w:p>
    <w:p>
      <w:r>
        <w:rPr>
          <w:rFonts w:ascii="IM Fell English" w:hAnsi="IM Fell English"/>
          <w:color w:val="141414"/>
          <w:sz w:val="24"/>
        </w:rPr>
        <w:t>"Martha? Oh, I think I remember a Martha. She might still work here, but I'm not sure. She hasn't been in for a long time, and her tasks are piling up."</w:t>
      </w:r>
    </w:p>
    <w:p>
      <w:r>
        <w:rPr>
          <w:rFonts w:ascii="IM Fell English" w:hAnsi="IM Fell English"/>
          <w:i/>
          <w:color w:val="141414"/>
          <w:sz w:val="24"/>
        </w:rPr>
        <w:t>Why does she always make me feel inferior?</w:t>
      </w:r>
    </w:p>
    <w:p>
      <w:r>
        <w:rPr>
          <w:rFonts w:ascii="IM Fell English" w:hAnsi="IM Fell English"/>
          <w:color w:val="141414"/>
          <w:sz w:val="24"/>
        </w:rPr>
        <w:t>"Brenda, it's me."</w:t>
      </w:r>
    </w:p>
    <w:p>
      <w:r>
        <w:rPr>
          <w:rFonts w:ascii="IM Fell English" w:hAnsi="IM Fell English"/>
          <w:color w:val="141414"/>
          <w:sz w:val="24"/>
        </w:rPr>
        <w:t>"Oh, it's you, the absentee employee. Are you on your way</w:t>
      </w:r>
    </w:p>
    <w:p>
      <w:r>
        <w:rPr>
          <w:rFonts w:ascii="IM Fell English" w:hAnsi="IM Fell English"/>
          <w:color w:val="141414"/>
          <w:sz w:val="24"/>
        </w:rPr>
        <w:t>back to your job?"</w:t>
      </w:r>
    </w:p>
    <w:p>
      <w:r>
        <w:rPr>
          <w:rFonts w:ascii="IM Fell English" w:hAnsi="IM Fell English"/>
          <w:i/>
          <w:color w:val="141414"/>
          <w:sz w:val="24"/>
        </w:rPr>
        <w:t>Brenda, you're making this too easy.</w:t>
      </w:r>
    </w:p>
    <w:p>
      <w:r>
        <w:rPr>
          <w:rFonts w:ascii="IM Fell English" w:hAnsi="IM Fell English"/>
          <w:color w:val="141414"/>
          <w:sz w:val="24"/>
        </w:rPr>
        <w:t>"No, I'm not."</w:t>
      </w:r>
    </w:p>
    <w:p>
      <w:r>
        <w:rPr>
          <w:rFonts w:ascii="IM Fell English" w:hAnsi="IM Fell English"/>
          <w:color w:val="141414"/>
          <w:sz w:val="24"/>
        </w:rPr>
        <w:t>"What? You know I can't hold your job open forever."</w:t>
      </w:r>
    </w:p>
    <w:p>
      <w:r>
        <w:rPr>
          <w:rFonts w:ascii="IM Fell English" w:hAnsi="IM Fell English"/>
          <w:color w:val="141414"/>
          <w:sz w:val="24"/>
        </w:rPr>
        <w:t>"I know. That's the reason for the call. I'm resigning my position."</w:t>
      </w:r>
    </w:p>
    <w:p>
      <w:r>
        <w:rPr>
          <w:rFonts w:ascii="IM Fell English" w:hAnsi="IM Fell English"/>
          <w:color w:val="141414"/>
          <w:sz w:val="24"/>
        </w:rPr>
        <w:t>"You—you can't do that! We need you here. I was just joking, please come back."</w:t>
      </w:r>
    </w:p>
    <w:p>
      <w:r>
        <w:rPr>
          <w:rFonts w:ascii="IM Fell English" w:hAnsi="IM Fell English"/>
          <w:i/>
          <w:color w:val="141414"/>
          <w:sz w:val="24"/>
        </w:rPr>
        <w:t>You have no one to do all your crap jobs you've been shoving off on me.</w:t>
      </w:r>
    </w:p>
    <w:p>
      <w:r>
        <w:rPr>
          <w:rFonts w:ascii="IM Fell English" w:hAnsi="IM Fell English"/>
          <w:color w:val="141414"/>
          <w:sz w:val="24"/>
        </w:rPr>
        <w:t>"I have over two weeks' vacation coming. Consider that my notice."</w:t>
      </w:r>
    </w:p>
    <w:p>
      <w:r>
        <w:rPr>
          <w:rFonts w:ascii="IM Fell English" w:hAnsi="IM Fell English"/>
          <w:color w:val="141414"/>
          <w:sz w:val="24"/>
        </w:rPr>
        <w:t>Brenda huffed into the phone. "What are we supposed to do?"</w:t>
      </w:r>
    </w:p>
    <w:p>
      <w:r>
        <w:rPr>
          <w:rFonts w:ascii="IM Fell English" w:hAnsi="IM Fell English"/>
          <w:color w:val="141414"/>
          <w:sz w:val="24"/>
        </w:rPr>
        <w:t>Martha smiled. "I guess you're going to need to find someone else."</w:t>
      </w:r>
    </w:p>
    <w:p>
      <w:r>
        <w:rPr>
          <w:rFonts w:ascii="IM Fell English" w:hAnsi="IM Fell English"/>
          <w:i/>
          <w:color w:val="141414"/>
          <w:sz w:val="24"/>
        </w:rPr>
        <w:t>She could always start doing her job and not spending all her time on her phone.</w:t>
      </w:r>
    </w:p>
    <w:p>
      <w:r>
        <w:rPr>
          <w:rFonts w:ascii="IM Fell English" w:hAnsi="IM Fell English"/>
          <w:color w:val="141414"/>
          <w:sz w:val="24"/>
        </w:rPr>
        <w:t>Martha hung up before Brenda could respond.</w:t>
      </w:r>
    </w:p>
    <w:p>
      <w:r>
        <w:rPr>
          <w:rFonts w:ascii="IM Fell English" w:hAnsi="IM Fell English"/>
          <w:i/>
          <w:color w:val="141414"/>
          <w:sz w:val="24"/>
        </w:rPr>
        <w:t>Good luck, Brenda, finding a librarian who will put up with what I've endured from you.</w:t>
      </w:r>
    </w:p>
    <w:p>
      <w:r>
        <w:rPr>
          <w:rFonts w:ascii="IM Fell English" w:hAnsi="IM Fell English"/>
          <w:color w:val="141414"/>
          <w:sz w:val="24"/>
        </w:rPr>
        <w:t>She felt lighter as she drove to her sister's apartment. Even Scruff seemed happier as he explored his new digs.</w:t>
      </w:r>
    </w:p>
    <w:p>
      <w:r>
        <w:rPr>
          <w:rFonts w:ascii="IM Fell English" w:hAnsi="IM Fell English"/>
          <w:color w:val="141414"/>
          <w:sz w:val="24"/>
        </w:rPr>
        <w:t>Martha arrived at The Bell at 4:30. She settled into a booth and ordered iced tea. As she took a sip, her stomach growled.</w:t>
      </w:r>
    </w:p>
    <w:p>
      <w:r>
        <w:rPr>
          <w:rFonts w:ascii="IM Fell English" w:hAnsi="IM Fell English"/>
          <w:color w:val="141414"/>
          <w:sz w:val="24"/>
        </w:rPr>
        <w:t>She glanced at her watch. She hadn't eaten in hours. She examined the menu and ordered a steak with a baked potato and a garden salad. To heck with healthy.</w:t>
      </w:r>
    </w:p>
    <w:p>
      <w:r>
        <w:rPr>
          <w:rFonts w:ascii="IM Fell English" w:hAnsi="IM Fell English"/>
          <w:color w:val="141414"/>
          <w:sz w:val="24"/>
        </w:rPr>
        <w:t>She attacked her meal like Scruff gobbling his dinner. Wiping her mouth with a napkin, she felt comfortably full and satisfied.</w:t>
      </w:r>
    </w:p>
    <w:p>
      <w:r>
        <w:rPr>
          <w:rFonts w:ascii="IM Fell English" w:hAnsi="IM Fell English"/>
          <w:color w:val="141414"/>
          <w:sz w:val="24"/>
        </w:rPr>
        <w:t>Ken came through the door right at five. He waved and then walked toward her. He looked impressive.</w:t>
      </w:r>
    </w:p>
    <w:p>
      <w:r>
        <w:rPr>
          <w:rFonts w:ascii="IM Fell English" w:hAnsi="IM Fell English"/>
          <w:color w:val="141414"/>
          <w:sz w:val="24"/>
        </w:rPr>
        <w:t>She waved back. "So, tell me your news."</w:t>
      </w:r>
    </w:p>
    <w:p>
      <w:r>
        <w:rPr>
          <w:rFonts w:ascii="IM Fell English" w:hAnsi="IM Fell English"/>
          <w:color w:val="141414"/>
          <w:sz w:val="24"/>
        </w:rPr>
        <w:t>Ken placed his order and then turned to Martha. "Late this afternoon, Furgeson arrived at the station with U.S. Marshals. Red-faced and looking like he was about to explode, he watched as the Marshals took everything related to your father's case."</w:t>
      </w:r>
    </w:p>
    <w:p>
      <w:r>
        <w:rPr>
          <w:rFonts w:ascii="IM Fell English" w:hAnsi="IM Fell English"/>
          <w:color w:val="141414"/>
          <w:sz w:val="24"/>
        </w:rPr>
        <w:t>"Then what happened?"</w:t>
      </w:r>
    </w:p>
    <w:p>
      <w:r>
        <w:rPr>
          <w:rFonts w:ascii="IM Fell English" w:hAnsi="IM Fell English"/>
          <w:color w:val="141414"/>
          <w:sz w:val="24"/>
        </w:rPr>
        <w:t>"Afterward, Furgeson spent a few minutes with the Chief. Following their meeting, both emerged from the office and walked to Malroy's desk."</w:t>
      </w:r>
    </w:p>
    <w:p>
      <w:r>
        <w:rPr>
          <w:rFonts w:ascii="IM Fell English" w:hAnsi="IM Fell English"/>
          <w:color w:val="141414"/>
          <w:sz w:val="24"/>
        </w:rPr>
        <w:t>"Really?"</w:t>
      </w:r>
    </w:p>
    <w:p>
      <w:r>
        <w:rPr>
          <w:rFonts w:ascii="IM Fell English" w:hAnsi="IM Fell English"/>
          <w:color w:val="141414"/>
          <w:sz w:val="24"/>
        </w:rPr>
        <w:t>"Furgeson declared, 'No one makes a fool out of me.' The Chief took Malroy's gun and shield, and they escorted him out of the building."</w:t>
      </w:r>
    </w:p>
    <w:p>
      <w:r>
        <w:rPr>
          <w:rFonts w:ascii="IM Fell English" w:hAnsi="IM Fell English"/>
          <w:color w:val="141414"/>
          <w:sz w:val="24"/>
        </w:rPr>
        <w:t>"What's up?" Judy asked, approaching the booth.</w:t>
      </w:r>
    </w:p>
    <w:p>
      <w:r>
        <w:rPr>
          <w:rFonts w:ascii="IM Fell English" w:hAnsi="IM Fell English"/>
          <w:color w:val="141414"/>
          <w:sz w:val="24"/>
        </w:rPr>
        <w:t>Ken recounted what he had just explained to Martha.</w:t>
      </w:r>
    </w:p>
    <w:p>
      <w:r>
        <w:rPr>
          <w:rFonts w:ascii="IM Fell English" w:hAnsi="IM Fell English"/>
          <w:color w:val="141414"/>
          <w:sz w:val="24"/>
        </w:rPr>
        <w:t>"That will be a surprise for my dad," Judy said.</w:t>
      </w:r>
    </w:p>
    <w:p>
      <w:r>
        <w:rPr>
          <w:rFonts w:ascii="IM Fell English" w:hAnsi="IM Fell English"/>
          <w:color w:val="141414"/>
          <w:sz w:val="24"/>
        </w:rPr>
        <w:t>Martha leaned in and lowered her voice. "Here's what happened today at Farrel's office."</w:t>
      </w:r>
    </w:p>
    <w:p>
      <w:r>
        <w:rPr>
          <w:rFonts w:ascii="IM Fell English" w:hAnsi="IM Fell English"/>
          <w:color w:val="141414"/>
          <w:sz w:val="24"/>
        </w:rPr>
        <w:t>She explained about the deepfake video.</w:t>
      </w:r>
    </w:p>
    <w:p>
      <w:r>
        <w:rPr>
          <w:rFonts w:ascii="IM Fell English" w:hAnsi="IM Fell English"/>
          <w:color w:val="141414"/>
          <w:sz w:val="24"/>
        </w:rPr>
        <w:t>"Wow," Judy said. "This is getting strange."</w:t>
      </w:r>
    </w:p>
    <w:p>
      <w:r>
        <w:rPr>
          <w:rFonts w:ascii="IM Fell English" w:hAnsi="IM Fell English"/>
          <w:color w:val="141414"/>
          <w:sz w:val="24"/>
        </w:rPr>
        <w:t>Ken slid down in his seat. "Did you see who just came in?"</w:t>
      </w:r>
    </w:p>
    <w:p>
      <w:r>
        <w:rPr>
          <w:rFonts w:ascii="IM Fell English" w:hAnsi="IM Fell English"/>
          <w:color w:val="141414"/>
          <w:sz w:val="24"/>
        </w:rPr>
        <w:t>Martha and Judy turned to look.</w:t>
      </w:r>
    </w:p>
    <w:p>
      <w:r>
        <w:rPr>
          <w:rFonts w:ascii="IM Fell English" w:hAnsi="IM Fell English"/>
          <w:color w:val="141414"/>
          <w:sz w:val="24"/>
        </w:rPr>
        <w:t>"Don't look."</w:t>
      </w:r>
    </w:p>
    <w:p>
      <w:r>
        <w:rPr>
          <w:rFonts w:ascii="IM Fell English" w:hAnsi="IM Fell English"/>
          <w:color w:val="141414"/>
          <w:sz w:val="24"/>
        </w:rPr>
        <w:t>"How else are we supposed to see?" Judy asked.</w:t>
      </w:r>
    </w:p>
    <w:p>
      <w:r>
        <w:rPr>
          <w:rFonts w:ascii="IM Fell English" w:hAnsi="IM Fell English"/>
          <w:color w:val="141414"/>
          <w:sz w:val="24"/>
        </w:rPr>
        <w:t>"It's the Phillips—"</w:t>
      </w:r>
    </w:p>
    <w:p>
      <w:r>
        <w:rPr>
          <w:rFonts w:ascii="IM Fell English" w:hAnsi="IM Fell English"/>
          <w:color w:val="141414"/>
          <w:sz w:val="24"/>
        </w:rPr>
        <w:t>"Oh, hi, Mom. Hi, Dad," Judy said.</w:t>
      </w:r>
    </w:p>
    <w:p>
      <w:r>
        <w:rPr>
          <w:rFonts w:ascii="IM Fell English" w:hAnsi="IM Fell English"/>
          <w:color w:val="141414"/>
          <w:sz w:val="24"/>
        </w:rPr>
        <w:t>Elizabeth Phillips waved at her daughter. From the front of the restaurant, Malroy approached and joined their table.</w:t>
      </w:r>
    </w:p>
    <w:p>
      <w:r>
        <w:rPr>
          <w:rFonts w:ascii="IM Fell English" w:hAnsi="IM Fell English"/>
          <w:color w:val="141414"/>
          <w:sz w:val="24"/>
        </w:rPr>
        <w:t>Judy walked over and began talking to her mother. Rick Phillips was in an animated conversation with a friend at a nearby table.</w:t>
      </w:r>
    </w:p>
    <w:p>
      <w:r>
        <w:rPr>
          <w:rFonts w:ascii="IM Fell English" w:hAnsi="IM Fell English"/>
          <w:color w:val="141414"/>
          <w:sz w:val="24"/>
        </w:rPr>
        <w:t>Malroy rose and, as he headed toward the restrooms, brushed Elizabeth's back with his hand. She smiled at him.</w:t>
      </w:r>
    </w:p>
    <w:p>
      <w:r>
        <w:rPr>
          <w:rFonts w:ascii="IM Fell English" w:hAnsi="IM Fell English"/>
          <w:color w:val="141414"/>
          <w:sz w:val="24"/>
        </w:rPr>
        <w:t>"Did you see that?" Martha asked.</w:t>
      </w:r>
    </w:p>
    <w:p>
      <w:r>
        <w:rPr>
          <w:rFonts w:ascii="IM Fell English" w:hAnsi="IM Fell English"/>
          <w:color w:val="141414"/>
          <w:sz w:val="24"/>
        </w:rPr>
        <w:t>"Yes. They're probably trying to encourage him after today."</w:t>
      </w:r>
    </w:p>
    <w:p>
      <w:r>
        <w:rPr>
          <w:rFonts w:ascii="IM Fell English" w:hAnsi="IM Fell English"/>
          <w:color w:val="141414"/>
          <w:sz w:val="24"/>
        </w:rPr>
        <w:t>"Not that—the way Malroy touched Elizabeth as he went by. It was a bit too friendly."</w:t>
      </w:r>
    </w:p>
    <w:p>
      <w:r>
        <w:rPr>
          <w:rFonts w:ascii="IM Fell English" w:hAnsi="IM Fell English"/>
          <w:color w:val="141414"/>
          <w:sz w:val="24"/>
        </w:rPr>
        <w:t>"What are you talking about? Her husband is right there. No."</w:t>
      </w:r>
    </w:p>
    <w:p>
      <w:r>
        <w:rPr>
          <w:rFonts w:ascii="IM Fell English" w:hAnsi="IM Fell English"/>
          <w:color w:val="141414"/>
          <w:sz w:val="24"/>
        </w:rPr>
        <w:t>"You didn't see him touch her?"</w:t>
      </w:r>
    </w:p>
    <w:p>
      <w:r>
        <w:rPr>
          <w:rFonts w:ascii="IM Fell English" w:hAnsi="IM Fell English"/>
          <w:color w:val="141414"/>
          <w:sz w:val="24"/>
        </w:rPr>
        <w:t>"He was just being sociable."</w:t>
      </w:r>
    </w:p>
    <w:p>
      <w:r>
        <w:rPr>
          <w:rFonts w:ascii="IM Fell English" w:hAnsi="IM Fell English"/>
          <w:color w:val="141414"/>
          <w:sz w:val="24"/>
        </w:rPr>
        <w:t>"Okay, but it seemed like more than friendship to me."</w:t>
      </w:r>
    </w:p>
    <w:p>
      <w:r>
        <w:rPr>
          <w:rFonts w:ascii="IM Fell English" w:hAnsi="IM Fell English"/>
          <w:color w:val="141414"/>
          <w:sz w:val="24"/>
        </w:rPr>
        <w:t>Judy returned to the table. "Mom said she had never heard of a deepfake video before..."</w:t>
      </w:r>
    </w:p>
    <w:p>
      <w:r>
        <w:rPr>
          <w:rFonts w:ascii="IM Fell English" w:hAnsi="IM Fell English"/>
          <w:color w:val="141414"/>
          <w:sz w:val="24"/>
        </w:rPr>
        <w:t>Martha's head twisted toward her. "What did you tell her?"</w:t>
      </w:r>
    </w:p>
    <w:p>
      <w:r>
        <w:rPr>
          <w:rFonts w:ascii="IM Fell English" w:hAnsi="IM Fell English"/>
          <w:color w:val="141414"/>
          <w:sz w:val="24"/>
        </w:rPr>
        <w:t>"I'm sorry. I was just talking to her. Did I do something wrong?"</w:t>
      </w:r>
    </w:p>
    <w:p>
      <w:r>
        <w:rPr>
          <w:rFonts w:ascii="IM Fell English" w:hAnsi="IM Fell English"/>
          <w:color w:val="141414"/>
          <w:sz w:val="24"/>
        </w:rPr>
        <w:t>Martha shook her head slowly. What else had Judy told her mother? Who had her mother told?</w:t>
      </w:r>
    </w:p>
    <w:p>
      <w:r>
        <w:rPr>
          <w:rFonts w:ascii="IM Fell English" w:hAnsi="IM Fell English"/>
          <w:color w:val="141414"/>
          <w:sz w:val="24"/>
        </w:rPr>
        <w:t>For the rest of the evening, the conversation remained pleasant. Martha, however, watched her words carefully. Realizing Judy was too quick to speak, she knew she'd need to guard what she said and resolved to talk to Ken alone from now on.</w:t>
      </w:r>
    </w:p>
    <w:p>
      <w:r>
        <w:rPr>
          <w:rFonts w:ascii="IM Fell English" w:hAnsi="IM Fell English"/>
          <w:color w:val="141414"/>
          <w:sz w:val="24"/>
        </w:rPr>
        <w:t>Martha returned to the apartment and took Scruff for a walk.</w:t>
      </w:r>
    </w:p>
    <w:p>
      <w:pPr>
        <w:pStyle w:val="Heading1"/>
        <w:jc w:val="center"/>
      </w:pPr>
      <w:r>
        <w:rPr>
          <w:rFonts w:ascii="IM Fell English" w:hAnsi="IM Fell English"/>
          <w:color w:val="0D0D0D"/>
        </w:rPr>
        <w:t>Chapter 28</w:t>
      </w:r>
    </w:p>
    <w:p>
      <w:r>
        <w:rPr>
          <w:rFonts w:ascii="IM Fell English" w:hAnsi="IM Fell English"/>
          <w:color w:val="141414"/>
          <w:sz w:val="24"/>
        </w:rPr>
        <w:t>The car's heater was blowing full blast as Ken pulled into the parking lot at the police station. Cringing, he climbed out of the warm cocoon of the vehicle and walked through the frigid air to the front door.</w:t>
      </w:r>
    </w:p>
    <w:p>
      <w:r>
        <w:rPr>
          <w:rFonts w:ascii="IM Fell English" w:hAnsi="IM Fell English"/>
          <w:color w:val="141414"/>
          <w:sz w:val="24"/>
        </w:rPr>
        <w:t>"Look at you in a suit," Sally yelled across the parking lot.</w:t>
      </w:r>
    </w:p>
    <w:p>
      <w:r>
        <w:rPr>
          <w:rFonts w:ascii="IM Fell English" w:hAnsi="IM Fell English"/>
          <w:color w:val="141414"/>
          <w:sz w:val="24"/>
        </w:rPr>
        <w:t>"Temporary promotion, filling in for Malroy."</w:t>
      </w:r>
    </w:p>
    <w:p>
      <w:r>
        <w:rPr>
          <w:rFonts w:ascii="IM Fell English" w:hAnsi="IM Fell English"/>
          <w:color w:val="141414"/>
          <w:sz w:val="24"/>
        </w:rPr>
        <w:t>"That's why I'm in your car today."</w:t>
      </w:r>
    </w:p>
    <w:p>
      <w:r>
        <w:rPr>
          <w:rFonts w:ascii="IM Fell English" w:hAnsi="IM Fell English"/>
          <w:color w:val="141414"/>
          <w:sz w:val="24"/>
        </w:rPr>
        <w:t>Ken held the glass door open for her. "Take good care of Bertha."</w:t>
      </w:r>
    </w:p>
    <w:p>
      <w:r>
        <w:rPr>
          <w:rFonts w:ascii="IM Fell English" w:hAnsi="IM Fell English"/>
          <w:color w:val="141414"/>
          <w:sz w:val="24"/>
        </w:rPr>
        <w:t>"Bertha?"</w:t>
      </w:r>
    </w:p>
    <w:p>
      <w:r>
        <w:rPr>
          <w:rFonts w:ascii="IM Fell English" w:hAnsi="IM Fell English"/>
          <w:color w:val="141414"/>
          <w:sz w:val="24"/>
        </w:rPr>
        <w:t>"That's what I call my car. She may be old, but she can still get up and go, just like my Aunt Bertha."</w:t>
      </w:r>
    </w:p>
    <w:p>
      <w:r>
        <w:rPr>
          <w:rFonts w:ascii="IM Fell English" w:hAnsi="IM Fell English"/>
          <w:color w:val="141414"/>
          <w:sz w:val="24"/>
        </w:rPr>
        <w:t>Ken maneuvered through the maze of desks and knocked on the chief's door.</w:t>
      </w:r>
    </w:p>
    <w:p>
      <w:r>
        <w:rPr>
          <w:rFonts w:ascii="IM Fell English" w:hAnsi="IM Fell English"/>
          <w:color w:val="141414"/>
          <w:sz w:val="24"/>
        </w:rPr>
        <w:t>The door opened, and the chief said, "Follow me."</w:t>
      </w:r>
    </w:p>
    <w:p>
      <w:r>
        <w:rPr>
          <w:rFonts w:ascii="IM Fell English" w:hAnsi="IM Fell English"/>
          <w:color w:val="141414"/>
          <w:sz w:val="24"/>
        </w:rPr>
        <w:t>Ken fell in behind her, and together they walked toward Malroy's office. His office looked like a windstorm had blown through, leaving files and loose pages everywhere.</w:t>
      </w:r>
    </w:p>
    <w:p>
      <w:r>
        <w:rPr>
          <w:rFonts w:ascii="IM Fell English" w:hAnsi="IM Fell English"/>
          <w:color w:val="141414"/>
          <w:sz w:val="24"/>
        </w:rPr>
        <w:t>She spread her arms wide. "All his open cases are in here somewhere—everything but the Thomas case, which the D.A.</w:t>
      </w:r>
    </w:p>
    <w:p>
      <w:r>
        <w:rPr>
          <w:rFonts w:ascii="IM Fell English" w:hAnsi="IM Fell English"/>
          <w:color w:val="141414"/>
          <w:sz w:val="24"/>
        </w:rPr>
        <w:t>has. See if you can make sense of this."</w:t>
      </w:r>
    </w:p>
    <w:p>
      <w:r>
        <w:rPr>
          <w:rFonts w:ascii="IM Fell English" w:hAnsi="IM Fell English"/>
          <w:color w:val="141414"/>
          <w:sz w:val="24"/>
        </w:rPr>
        <w:t>She walked away, leaving him there staring at the morass of paper.</w:t>
      </w:r>
    </w:p>
    <w:p>
      <w:r>
        <w:rPr>
          <w:rFonts w:ascii="IM Fell English" w:hAnsi="IM Fell English"/>
          <w:color w:val="141414"/>
          <w:sz w:val="24"/>
        </w:rPr>
        <w:t>Sally poked her head in the doorway. "Wow. You need a cup of coffee and a dumpster."</w:t>
      </w:r>
    </w:p>
    <w:p>
      <w:r>
        <w:rPr>
          <w:rFonts w:ascii="IM Fell English" w:hAnsi="IM Fell English"/>
          <w:color w:val="141414"/>
          <w:sz w:val="24"/>
        </w:rPr>
        <w:t>"Thanks."</w:t>
      </w:r>
    </w:p>
    <w:p>
      <w:r>
        <w:rPr>
          <w:rFonts w:ascii="IM Fell English" w:hAnsi="IM Fell English"/>
          <w:color w:val="141414"/>
          <w:sz w:val="24"/>
        </w:rPr>
        <w:t>He definitely needed a big dumpster.</w:t>
      </w:r>
    </w:p>
    <w:p>
      <w:r>
        <w:rPr>
          <w:rFonts w:ascii="IM Fell English" w:hAnsi="IM Fell English"/>
          <w:color w:val="141414"/>
          <w:sz w:val="24"/>
        </w:rPr>
        <w:t>"Bring you back a coffee?" Sally asked.</w:t>
      </w:r>
    </w:p>
    <w:p>
      <w:r>
        <w:rPr>
          <w:rFonts w:ascii="IM Fell English" w:hAnsi="IM Fell English"/>
          <w:color w:val="141414"/>
          <w:sz w:val="24"/>
        </w:rPr>
        <w:t>"And help me sort through this?"</w:t>
      </w:r>
    </w:p>
    <w:p>
      <w:r>
        <w:rPr>
          <w:rFonts w:ascii="IM Fell English" w:hAnsi="IM Fell English"/>
          <w:color w:val="141414"/>
          <w:sz w:val="24"/>
        </w:rPr>
        <w:t>"Sorry, your promotion, your mess," she said, with an exaggerated wave.</w:t>
      </w:r>
    </w:p>
    <w:p>
      <w:r>
        <w:rPr>
          <w:rFonts w:ascii="IM Fell English" w:hAnsi="IM Fell English"/>
          <w:color w:val="141414"/>
          <w:sz w:val="24"/>
        </w:rPr>
        <w:t>Ken cleared a space on a stack of papers for his coffee cup. Where should he start? He decided to start with the first stack.</w:t>
      </w:r>
    </w:p>
    <w:p>
      <w:r>
        <w:rPr>
          <w:rFonts w:ascii="IM Fell English" w:hAnsi="IM Fell English"/>
          <w:color w:val="141414"/>
          <w:sz w:val="24"/>
        </w:rPr>
        <w:t>He picked up the first sheet. It was a report of a B&amp;E at the Moon Lite, a dumpy little motel on the east edge of town.</w:t>
      </w:r>
    </w:p>
    <w:p>
      <w:r>
        <w:rPr>
          <w:rFonts w:ascii="IM Fell English" w:hAnsi="IM Fell English"/>
          <w:color w:val="141414"/>
          <w:sz w:val="24"/>
        </w:rPr>
        <w:t>He opened the filing cabinet to file it, only to find it contained just a few files. That wouldn't help.</w:t>
      </w:r>
    </w:p>
    <w:p>
      <w:r>
        <w:rPr>
          <w:rFonts w:ascii="IM Fell English" w:hAnsi="IM Fell English"/>
          <w:color w:val="141414"/>
          <w:sz w:val="24"/>
        </w:rPr>
        <w:t>Why weren't these files digital? He decided to digitize them. He stacked all the loose papers and took them to the office scanner. He fed them in one by one. Hours later, they were all searchable PDF files.</w:t>
      </w:r>
    </w:p>
    <w:p>
      <w:r>
        <w:rPr>
          <w:rFonts w:ascii="IM Fell English" w:hAnsi="IM Fell English"/>
          <w:color w:val="141414"/>
          <w:sz w:val="24"/>
        </w:rPr>
        <w:t>He returned to his cleaned-off desk. He fired up the computer, found his new file, and read the screen.</w:t>
      </w:r>
    </w:p>
    <w:p>
      <w:r>
        <w:rPr>
          <w:rFonts w:ascii="IM Fell English" w:hAnsi="IM Fell English"/>
          <w:color w:val="141414"/>
          <w:sz w:val="24"/>
        </w:rPr>
        <w:t>"What is this?" he said.</w:t>
      </w:r>
    </w:p>
    <w:p>
      <w:r>
        <w:rPr>
          <w:rFonts w:ascii="IM Fell English" w:hAnsi="IM Fell English"/>
          <w:color w:val="141414"/>
          <w:sz w:val="24"/>
        </w:rPr>
        <w:t>He stared at the screen, then pulled the corresponding physical document from the stack and went straight to the chief's office.</w:t>
      </w:r>
    </w:p>
    <w:p>
      <w:r>
        <w:rPr>
          <w:rFonts w:ascii="IM Fell English" w:hAnsi="IM Fell English"/>
          <w:color w:val="141414"/>
          <w:sz w:val="24"/>
        </w:rPr>
        <w:t>Ken walked through her door without knocking. "I think you need to see this."</w:t>
      </w:r>
    </w:p>
    <w:p>
      <w:r>
        <w:rPr>
          <w:rFonts w:ascii="IM Fell English" w:hAnsi="IM Fell English"/>
          <w:color w:val="141414"/>
          <w:sz w:val="24"/>
        </w:rPr>
        <w:t>She read it and took off her glasses. "What a shitstorm."</w:t>
      </w:r>
    </w:p>
    <w:p>
      <w:r>
        <w:rPr>
          <w:rFonts w:ascii="IM Fell English" w:hAnsi="IM Fell English"/>
          <w:color w:val="141414"/>
          <w:sz w:val="24"/>
        </w:rPr>
        <w:t>Ken dropped into the chair in front of her desk. "What do we do with it?"</w:t>
      </w:r>
    </w:p>
    <w:p>
      <w:r>
        <w:rPr>
          <w:rFonts w:ascii="IM Fell English" w:hAnsi="IM Fell English"/>
          <w:color w:val="141414"/>
          <w:sz w:val="24"/>
        </w:rPr>
        <w:t>"We have to call the D.A., but that will be the last nail in Malroy's coffin."</w:t>
      </w:r>
    </w:p>
    <w:p>
      <w:r>
        <w:rPr>
          <w:rFonts w:ascii="IM Fell English" w:hAnsi="IM Fell English"/>
          <w:color w:val="141414"/>
          <w:sz w:val="24"/>
        </w:rPr>
        <w:t>"He didn't tell you about the forensic report?"</w:t>
      </w:r>
    </w:p>
    <w:p>
      <w:r>
        <w:rPr>
          <w:rFonts w:ascii="IM Fell English" w:hAnsi="IM Fell English"/>
          <w:color w:val="141414"/>
          <w:sz w:val="24"/>
        </w:rPr>
        <w:t>She sighed. "No, never. Do you think I'd have agreed to go forward with a case if I'd known someone planted the fingerprint on the weapon?"</w:t>
      </w:r>
    </w:p>
    <w:p>
      <w:r>
        <w:rPr>
          <w:rFonts w:ascii="IM Fell English" w:hAnsi="IM Fell English"/>
          <w:color w:val="141414"/>
          <w:sz w:val="24"/>
        </w:rPr>
        <w:t>Ken leaned forward in his chair. "Someone faked all the evidence in this case?"</w:t>
      </w:r>
    </w:p>
    <w:p>
      <w:r>
        <w:rPr>
          <w:rFonts w:ascii="IM Fell English" w:hAnsi="IM Fell English"/>
          <w:color w:val="141414"/>
          <w:sz w:val="24"/>
        </w:rPr>
        <w:t>"It's looking like it, and we're looking like the Keystone Cops over here."</w:t>
      </w:r>
    </w:p>
    <w:p>
      <w:r>
        <w:rPr>
          <w:rFonts w:ascii="IM Fell English" w:hAnsi="IM Fell English"/>
          <w:color w:val="141414"/>
          <w:sz w:val="24"/>
        </w:rPr>
        <w:t>"What's your next step?" Ken asked.</w:t>
      </w:r>
    </w:p>
    <w:p>
      <w:r>
        <w:rPr>
          <w:rFonts w:ascii="IM Fell English" w:hAnsi="IM Fell English"/>
          <w:color w:val="141414"/>
          <w:sz w:val="24"/>
        </w:rPr>
        <w:t>"Call the D.A. and listen to him berate us again."</w:t>
      </w:r>
    </w:p>
    <w:p>
      <w:r>
        <w:rPr>
          <w:rFonts w:ascii="IM Fell English" w:hAnsi="IM Fell English"/>
          <w:color w:val="141414"/>
          <w:sz w:val="24"/>
        </w:rPr>
        <w:t>"Sorry I brought it to you."</w:t>
      </w:r>
    </w:p>
    <w:p>
      <w:r>
        <w:rPr>
          <w:rFonts w:ascii="IM Fell English" w:hAnsi="IM Fell English"/>
          <w:color w:val="141414"/>
          <w:sz w:val="24"/>
        </w:rPr>
        <w:t>"You would have been in more trouble if you hadn't. While I make my call, you go to a judge and get a release order for the mother and daughter for lack of evidence."</w:t>
      </w:r>
    </w:p>
    <w:p>
      <w:r>
        <w:rPr>
          <w:rFonts w:ascii="IM Fell English" w:hAnsi="IM Fell English"/>
          <w:color w:val="141414"/>
          <w:sz w:val="24"/>
        </w:rPr>
        <w:t>Ken drove away from the judge's chambers and called Martha.</w:t>
      </w:r>
    </w:p>
    <w:p>
      <w:r>
        <w:rPr>
          <w:rFonts w:ascii="IM Fell English" w:hAnsi="IM Fell English"/>
          <w:color w:val="141414"/>
          <w:sz w:val="24"/>
        </w:rPr>
        <w:t>"I have wonderful news. It looks like your mother and sister will get out of jail today."</w:t>
      </w:r>
    </w:p>
    <w:p>
      <w:r>
        <w:rPr>
          <w:rFonts w:ascii="IM Fell English" w:hAnsi="IM Fell English"/>
          <w:color w:val="141414"/>
          <w:sz w:val="24"/>
        </w:rPr>
        <w:t>"Really? What happened?"</w:t>
      </w:r>
    </w:p>
    <w:p>
      <w:r>
        <w:rPr>
          <w:rFonts w:ascii="IM Fell English" w:hAnsi="IM Fell English"/>
          <w:color w:val="141414"/>
          <w:sz w:val="24"/>
        </w:rPr>
        <w:t>"It looks like all the evidence against them is tainted. If you'd like to meet me at the jail, they'll be released in just a few minutes."Ken met Martha in the parking lot outside the county jail.</w:t>
      </w:r>
    </w:p>
    <w:p>
      <w:r>
        <w:rPr>
          <w:rFonts w:ascii="IM Fell English" w:hAnsi="IM Fell English"/>
          <w:color w:val="141414"/>
          <w:sz w:val="24"/>
        </w:rPr>
        <w:t>Martha rushed up to him. "Okay, tell me what happened."</w:t>
      </w:r>
    </w:p>
    <w:p>
      <w:r>
        <w:rPr>
          <w:rFonts w:ascii="IM Fell English" w:hAnsi="IM Fell English"/>
          <w:color w:val="141414"/>
          <w:sz w:val="24"/>
        </w:rPr>
        <w:t>"Wait until we get your family out of here."</w:t>
      </w:r>
    </w:p>
    <w:p>
      <w:r>
        <w:rPr>
          <w:rFonts w:ascii="IM Fell English" w:hAnsi="IM Fell English"/>
          <w:color w:val="141414"/>
          <w:sz w:val="24"/>
        </w:rPr>
        <w:t>They all met in Mary's kitchen.</w:t>
      </w:r>
    </w:p>
    <w:p>
      <w:r>
        <w:rPr>
          <w:rFonts w:ascii="IM Fell English" w:hAnsi="IM Fell English"/>
          <w:color w:val="141414"/>
          <w:sz w:val="24"/>
        </w:rPr>
        <w:t>Martha turned to Ken. "Now, spill it. Why the sudden change?"</w:t>
      </w:r>
    </w:p>
    <w:p>
      <w:r>
        <w:rPr>
          <w:rFonts w:ascii="IM Fell English" w:hAnsi="IM Fell English"/>
          <w:color w:val="141414"/>
          <w:sz w:val="24"/>
        </w:rPr>
        <w:t>Ruth headed for the bathroom. "I don't care what changed. All I want is a long shower and to sleep in a clean bed."</w:t>
      </w:r>
    </w:p>
    <w:p>
      <w:r>
        <w:rPr>
          <w:rFonts w:ascii="IM Fell English" w:hAnsi="IM Fell English"/>
          <w:color w:val="141414"/>
          <w:sz w:val="24"/>
        </w:rPr>
        <w:t>Mary said, "First, I want a cup of real coffee. The crap they served there looked and tasted like recycled oil. Then I want to hear everything."</w:t>
      </w:r>
    </w:p>
    <w:p>
      <w:r>
        <w:rPr>
          <w:rFonts w:ascii="IM Fell English" w:hAnsi="IM Fell English"/>
          <w:color w:val="141414"/>
          <w:sz w:val="24"/>
        </w:rPr>
        <w:t>She brewed a cup while Martha and Ken waited.</w:t>
      </w:r>
    </w:p>
    <w:p>
      <w:r>
        <w:rPr>
          <w:rFonts w:ascii="IM Fell English" w:hAnsi="IM Fell English"/>
          <w:color w:val="141414"/>
          <w:sz w:val="24"/>
        </w:rPr>
        <w:t>"Now," Mary prompted, "tell me everything."</w:t>
      </w:r>
    </w:p>
    <w:p>
      <w:r>
        <w:rPr>
          <w:rFonts w:ascii="IM Fell English" w:hAnsi="IM Fell English"/>
          <w:color w:val="141414"/>
          <w:sz w:val="24"/>
        </w:rPr>
        <w:t>Ken lowered his voice. "Malroy failed to disclose the findings of our forensic team to the D.A.—"</w:t>
      </w:r>
    </w:p>
    <w:p>
      <w:r>
        <w:rPr>
          <w:rFonts w:ascii="IM Fell English" w:hAnsi="IM Fell English"/>
          <w:color w:val="141414"/>
          <w:sz w:val="24"/>
        </w:rPr>
        <w:t>"What findings?" Martha asked.</w:t>
      </w:r>
    </w:p>
    <w:p>
      <w:r>
        <w:rPr>
          <w:rFonts w:ascii="IM Fell English" w:hAnsi="IM Fell English"/>
          <w:color w:val="141414"/>
          <w:sz w:val="24"/>
        </w:rPr>
        <w:t>"</w:t>
      </w:r>
    </w:p>
    <w:p>
      <w:r>
        <w:rPr>
          <w:rFonts w:ascii="IM Fell English" w:hAnsi="IM Fell English"/>
          <w:color w:val="141414"/>
          <w:sz w:val="24"/>
        </w:rPr>
        <w:t>The report stated the fingerprint on the gun was planted and fabricated. Malroy knew this but didn't tell the D.A."</w:t>
      </w:r>
    </w:p>
    <w:p>
      <w:r>
        <w:rPr>
          <w:rFonts w:ascii="IM Fell English" w:hAnsi="IM Fell English"/>
          <w:color w:val="141414"/>
          <w:sz w:val="24"/>
        </w:rPr>
        <w:t>"How did the D.A. respond?" Martha asked.</w:t>
      </w:r>
    </w:p>
    <w:p>
      <w:r>
        <w:rPr>
          <w:rFonts w:ascii="IM Fell English" w:hAnsi="IM Fell English"/>
          <w:color w:val="141414"/>
          <w:sz w:val="24"/>
        </w:rPr>
        <w:t>"Once the D.A. learned of Malroy's suppression of evidence, he had no choice but to drop the charges. Your sister and mother are both out," Ken explained.</w:t>
      </w:r>
    </w:p>
    <w:p>
      <w:r>
        <w:rPr>
          <w:rFonts w:ascii="IM Fell English" w:hAnsi="IM Fell English"/>
          <w:color w:val="141414"/>
          <w:sz w:val="24"/>
        </w:rPr>
        <w:t>"Thank God," Mary said.</w:t>
      </w:r>
    </w:p>
    <w:p>
      <w:r>
        <w:rPr>
          <w:rFonts w:ascii="IM Fell English" w:hAnsi="IM Fell English"/>
          <w:color w:val="141414"/>
          <w:sz w:val="24"/>
        </w:rPr>
        <w:t>"So, where do we go from here?" Martha asked.</w:t>
      </w:r>
    </w:p>
    <w:p>
      <w:r>
        <w:rPr>
          <w:rFonts w:ascii="IM Fell English" w:hAnsi="IM Fell English"/>
          <w:color w:val="141414"/>
          <w:sz w:val="24"/>
        </w:rPr>
        <w:t>"What do you mean?" Mary asked.</w:t>
      </w:r>
    </w:p>
    <w:p>
      <w:r>
        <w:rPr>
          <w:rFonts w:ascii="IM Fell English" w:hAnsi="IM Fell English"/>
          <w:color w:val="141414"/>
          <w:sz w:val="24"/>
        </w:rPr>
        <w:t>"I know Dad wasn't perfect, and he made mistakes, but his murder deserves more than becoming a cold case gathering dust in a forgotten file room," Martha said.</w:t>
      </w:r>
    </w:p>
    <w:p>
      <w:r>
        <w:rPr>
          <w:rFonts w:ascii="IM Fell English" w:hAnsi="IM Fell English"/>
          <w:color w:val="141414"/>
          <w:sz w:val="24"/>
        </w:rPr>
        <w:t>"I agree, but what can we do? We don't have the computer, the files, or the office," Ken said.</w:t>
      </w:r>
    </w:p>
    <w:p>
      <w:r>
        <w:rPr>
          <w:rFonts w:ascii="IM Fell English" w:hAnsi="IM Fell English"/>
          <w:color w:val="141414"/>
          <w:sz w:val="24"/>
        </w:rPr>
        <w:t>"We could question Malroy. He must know who is doing this," Martha said.</w:t>
      </w:r>
    </w:p>
    <w:p>
      <w:r>
        <w:rPr>
          <w:rFonts w:ascii="IM Fell English" w:hAnsi="IM Fell English"/>
          <w:color w:val="141414"/>
          <w:sz w:val="24"/>
        </w:rPr>
        <w:t>Mary walked toward the door. "Count me out. I've had enough. I'm not going back to jail."</w:t>
      </w:r>
    </w:p>
    <w:p>
      <w:r>
        <w:rPr>
          <w:rFonts w:ascii="IM Fell English" w:hAnsi="IM Fell English"/>
          <w:color w:val="141414"/>
          <w:sz w:val="24"/>
        </w:rPr>
        <w:t>"I guess it's just us now," Martha said.</w:t>
      </w:r>
    </w:p>
    <w:p>
      <w:r>
        <w:rPr>
          <w:rFonts w:ascii="IM Fell English" w:hAnsi="IM Fell English"/>
          <w:color w:val="141414"/>
          <w:sz w:val="24"/>
        </w:rPr>
        <w:t>"But do you think Malroy will tell us anything?" Ken asked.</w:t>
      </w:r>
    </w:p>
    <w:p>
      <w:r>
        <w:rPr>
          <w:rFonts w:ascii="IM Fell English" w:hAnsi="IM Fell English"/>
          <w:color w:val="141414"/>
          <w:sz w:val="24"/>
        </w:rPr>
        <w:t>"All we can do is try."</w:t>
      </w:r>
    </w:p>
    <w:p>
      <w:r>
        <w:rPr>
          <w:rFonts w:ascii="IM Fell English" w:hAnsi="IM Fell English"/>
          <w:color w:val="141414"/>
          <w:sz w:val="24"/>
        </w:rPr>
        <w:t>Ken got up and headed for the door. "I'll visit him tomorrow after work. Would you like to come along?"</w:t>
      </w:r>
    </w:p>
    <w:p>
      <w:r>
        <w:rPr>
          <w:rFonts w:ascii="IM Fell English" w:hAnsi="IM Fell English"/>
          <w:color w:val="141414"/>
          <w:sz w:val="24"/>
        </w:rPr>
        <w:t>"You bet."</w:t>
      </w:r>
    </w:p>
    <w:p>
      <w:r>
        <w:rPr>
          <w:rFonts w:ascii="IM Fell English" w:hAnsi="IM Fell English"/>
          <w:color w:val="141414"/>
          <w:sz w:val="24"/>
        </w:rPr>
        <w:t>Ken reached over and kissed her on her cheek. "Don't worry, we'll sort this out."</w:t>
      </w:r>
    </w:p>
    <w:p>
      <w:r>
        <w:rPr>
          <w:rFonts w:ascii="IM Fell English" w:hAnsi="IM Fell English"/>
          <w:color w:val="141414"/>
          <w:sz w:val="24"/>
        </w:rPr>
        <w:t>Martha's phone rang at nine o'clock the next morning.</w:t>
      </w:r>
    </w:p>
    <w:p>
      <w:r>
        <w:rPr>
          <w:rFonts w:ascii="IM Fell English" w:hAnsi="IM Fell English"/>
          <w:color w:val="141414"/>
          <w:sz w:val="24"/>
        </w:rPr>
        <w:t>"Martha, this is Ken. You won't believe what happened last night."</w:t>
      </w:r>
    </w:p>
    <w:p>
      <w:r>
        <w:rPr>
          <w:rFonts w:ascii="IM Fell English" w:hAnsi="IM Fell English"/>
          <w:color w:val="141414"/>
          <w:sz w:val="24"/>
        </w:rPr>
        <w:t>She waited for what felt like an eternity. "Well?"</w:t>
      </w:r>
    </w:p>
    <w:p>
      <w:r>
        <w:rPr>
          <w:rFonts w:ascii="IM Fell English" w:hAnsi="IM Fell English"/>
          <w:color w:val="141414"/>
          <w:sz w:val="24"/>
        </w:rPr>
        <w:t>"Malroy is dead," Ken blurted out.</w:t>
      </w:r>
    </w:p>
    <w:p>
      <w:r>
        <w:rPr>
          <w:rFonts w:ascii="IM Fell English" w:hAnsi="IM Fell English"/>
          <w:color w:val="141414"/>
          <w:sz w:val="24"/>
        </w:rPr>
        <w:t>"He's dead? How?"</w:t>
      </w:r>
    </w:p>
    <w:p>
      <w:r>
        <w:rPr>
          <w:rFonts w:ascii="IM Fell English" w:hAnsi="IM Fell English"/>
          <w:color w:val="141414"/>
          <w:sz w:val="24"/>
        </w:rPr>
        <w:t>"I found him this morning at the Moon Lite Motel, the one on the north edge of town."</w:t>
      </w:r>
    </w:p>
    <w:p>
      <w:r>
        <w:rPr>
          <w:rFonts w:ascii="IM Fell English" w:hAnsi="IM Fell English"/>
          <w:color w:val="141414"/>
          <w:sz w:val="24"/>
        </w:rPr>
        <w:t>"What was he doing there?"</w:t>
      </w:r>
    </w:p>
    <w:p>
      <w:r>
        <w:rPr>
          <w:rFonts w:ascii="IM Fell English" w:hAnsi="IM Fell English"/>
          <w:color w:val="141414"/>
          <w:sz w:val="24"/>
        </w:rPr>
        <w:t>"I'll talk to you about it at lunch. Can you meet me?"</w:t>
      </w:r>
    </w:p>
    <w:p>
      <w:r>
        <w:rPr>
          <w:rFonts w:ascii="IM Fell English" w:hAnsi="IM Fell English"/>
          <w:color w:val="141414"/>
          <w:sz w:val="24"/>
        </w:rPr>
        <w:t>Martha's hand rubbed the cheek where he had kissed her. "Yes, I'll be there. Where?"</w:t>
      </w:r>
    </w:p>
    <w:p>
      <w:r>
        <w:rPr>
          <w:rFonts w:ascii="IM Fell English" w:hAnsi="IM Fell English"/>
          <w:color w:val="141414"/>
          <w:sz w:val="24"/>
        </w:rPr>
        <w:t>"The Beef and Bistro," Ken said. "See you there." Martha arrived twenty minutes early.</w:t>
      </w:r>
    </w:p>
    <w:p>
      <w:r>
        <w:rPr>
          <w:rFonts w:ascii="IM Fell English" w:hAnsi="IM Fell English"/>
          <w:color w:val="141414"/>
          <w:sz w:val="24"/>
        </w:rPr>
        <w:t>The server came over. "What'll you have?"</w:t>
      </w:r>
    </w:p>
    <w:p>
      <w:r>
        <w:rPr>
          <w:rFonts w:ascii="IM Fell English" w:hAnsi="IM Fell English"/>
          <w:color w:val="141414"/>
          <w:sz w:val="24"/>
        </w:rPr>
        <w:t>"Iced tea with lemon."</w:t>
      </w:r>
    </w:p>
    <w:p>
      <w:r>
        <w:rPr>
          <w:rFonts w:ascii="IM Fell English" w:hAnsi="IM Fell English"/>
          <w:color w:val="141414"/>
          <w:sz w:val="24"/>
        </w:rPr>
        <w:t>"Sweet or unsweetened?"</w:t>
      </w:r>
    </w:p>
    <w:p>
      <w:r>
        <w:rPr>
          <w:rFonts w:ascii="IM Fell English" w:hAnsi="IM Fell English"/>
          <w:color w:val="141414"/>
          <w:sz w:val="24"/>
        </w:rPr>
        <w:t>"Sweet, please."</w:t>
      </w:r>
    </w:p>
    <w:p>
      <w:r>
        <w:rPr>
          <w:rFonts w:ascii="IM Fell English" w:hAnsi="IM Fell English"/>
          <w:color w:val="141414"/>
          <w:sz w:val="24"/>
        </w:rPr>
        <w:t>The server walked away, leaving her alone with her thoughts. What was the news about Malroy? How did he die? Was it suicide? If not, who killed him, and why?</w:t>
      </w:r>
    </w:p>
    <w:p>
      <w:r>
        <w:rPr>
          <w:rFonts w:ascii="IM Fell English" w:hAnsi="IM Fell English"/>
          <w:color w:val="141414"/>
          <w:sz w:val="24"/>
        </w:rPr>
        <w:t>The server returned with the drink. "Are you ready to order?"</w:t>
      </w:r>
    </w:p>
    <w:p>
      <w:r>
        <w:rPr>
          <w:rFonts w:ascii="IM Fell English" w:hAnsi="IM Fell English"/>
          <w:color w:val="141414"/>
          <w:sz w:val="24"/>
        </w:rPr>
        <w:t>"No, I'm waiting for someone."</w:t>
      </w:r>
    </w:p>
    <w:p>
      <w:r>
        <w:rPr>
          <w:rFonts w:ascii="IM Fell English" w:hAnsi="IM Fell English"/>
          <w:color w:val="141414"/>
          <w:sz w:val="24"/>
        </w:rPr>
        <w:t>Martha noticed her hand go back to her cheek.</w:t>
      </w:r>
    </w:p>
    <w:p>
      <w:r>
        <w:rPr>
          <w:rFonts w:ascii="IM Fell English" w:hAnsi="IM Fell English"/>
          <w:color w:val="141414"/>
          <w:sz w:val="24"/>
        </w:rPr>
        <w:t>The server turned. "Just let me know when they get here."</w:t>
      </w:r>
    </w:p>
    <w:p>
      <w:r>
        <w:rPr>
          <w:rFonts w:ascii="IM Fell English" w:hAnsi="IM Fell English"/>
          <w:color w:val="141414"/>
          <w:sz w:val="24"/>
        </w:rPr>
        <w:t>She hurried off to the table where three young men in suits sat talking. It was clearly a business lunch.</w:t>
      </w:r>
    </w:p>
    <w:p>
      <w:r>
        <w:rPr>
          <w:rFonts w:ascii="IM Fell English" w:hAnsi="IM Fell English"/>
          <w:color w:val="141414"/>
          <w:sz w:val="24"/>
        </w:rPr>
        <w:t>Why did Ken kiss me? What did it mean? A kiss on the cheek like a brother and sister, or was there more to it? Am I ready for more?</w:t>
      </w:r>
    </w:p>
    <w:p>
      <w:r>
        <w:rPr>
          <w:rFonts w:ascii="IM Fell English" w:hAnsi="IM Fell English"/>
          <w:color w:val="141414"/>
          <w:sz w:val="24"/>
        </w:rPr>
        <w:t>"Penny for your thoughts."</w:t>
      </w:r>
    </w:p>
    <w:p>
      <w:r>
        <w:rPr>
          <w:rFonts w:ascii="IM Fell English" w:hAnsi="IM Fell English"/>
          <w:color w:val="141414"/>
          <w:sz w:val="24"/>
        </w:rPr>
        <w:t>She turned in her seat to see Ken staring at her.</w:t>
      </w:r>
    </w:p>
    <w:p>
      <w:r>
        <w:rPr>
          <w:rFonts w:ascii="IM Fell English" w:hAnsi="IM Fell English"/>
          <w:color w:val="141414"/>
          <w:sz w:val="24"/>
        </w:rPr>
        <w:t>"You seemed so deep in thought when I came up."</w:t>
      </w:r>
    </w:p>
    <w:p>
      <w:r>
        <w:rPr>
          <w:rFonts w:ascii="IM Fell English" w:hAnsi="IM Fell English"/>
          <w:color w:val="141414"/>
          <w:sz w:val="24"/>
        </w:rPr>
        <w:t>"Just thinking about Malroy," she lied. It wasn't a complete lie; she had been thinking about him earlier.</w:t>
      </w:r>
    </w:p>
    <w:p>
      <w:r>
        <w:rPr>
          <w:rFonts w:ascii="IM Fell English" w:hAnsi="IM Fell English"/>
          <w:color w:val="141414"/>
          <w:sz w:val="24"/>
        </w:rPr>
        <w:t>"Speaking of Malroy, promise not to breathe a word of this."</w:t>
      </w:r>
    </w:p>
    <w:p>
      <w:r>
        <w:rPr>
          <w:rFonts w:ascii="IM Fell English" w:hAnsi="IM Fell English"/>
          <w:color w:val="141414"/>
          <w:sz w:val="24"/>
        </w:rPr>
        <w:t>Martha looked into his eyes. "I promise."</w:t>
      </w:r>
    </w:p>
    <w:p>
      <w:r>
        <w:rPr>
          <w:rFonts w:ascii="IM Fell English" w:hAnsi="IM Fell English"/>
          <w:color w:val="141414"/>
          <w:sz w:val="24"/>
        </w:rPr>
        <w:t>"We found Malroy dead at the Moonlite, in his underwear, with three bullets in his chest."</w:t>
      </w:r>
    </w:p>
    <w:p>
      <w:r>
        <w:rPr>
          <w:rFonts w:ascii="IM Fell English" w:hAnsi="IM Fell English"/>
          <w:color w:val="141414"/>
          <w:sz w:val="24"/>
        </w:rPr>
        <w:t>"In his underwear?"</w:t>
      </w:r>
    </w:p>
    <w:p>
      <w:r>
        <w:rPr>
          <w:rFonts w:ascii="IM Fell English" w:hAnsi="IM Fell English"/>
          <w:color w:val="141414"/>
          <w:sz w:val="24"/>
        </w:rPr>
        <w:t>"Yes. The pathologist believes he had sexual relations just before he was shot—maybe by his lover."</w:t>
      </w:r>
    </w:p>
    <w:p>
      <w:r>
        <w:rPr>
          <w:rFonts w:ascii="IM Fell English" w:hAnsi="IM Fell English"/>
          <w:color w:val="141414"/>
          <w:sz w:val="24"/>
        </w:rPr>
        <w:t>"Oh, my God."</w:t>
      </w:r>
    </w:p>
    <w:p>
      <w:r>
        <w:rPr>
          <w:rFonts w:ascii="IM Fell English" w:hAnsi="IM Fell English"/>
          <w:color w:val="141414"/>
          <w:sz w:val="24"/>
        </w:rPr>
        <w:t>"The manager said he checked in at eight last night by himself."</w:t>
      </w:r>
    </w:p>
    <w:p>
      <w:r>
        <w:rPr>
          <w:rFonts w:ascii="IM Fell English" w:hAnsi="IM Fell English"/>
          <w:color w:val="141414"/>
          <w:sz w:val="24"/>
        </w:rPr>
        <w:t>"By himself?"</w:t>
      </w:r>
    </w:p>
    <w:p>
      <w:r>
        <w:rPr>
          <w:rFonts w:ascii="IM Fell English" w:hAnsi="IM Fell English"/>
          <w:color w:val="141414"/>
          <w:sz w:val="24"/>
        </w:rPr>
        <w:t>"Right. But according to the manager, he'd been doing this once a week for months."</w:t>
      </w:r>
    </w:p>
    <w:p>
      <w:r>
        <w:rPr>
          <w:rFonts w:ascii="IM Fell English" w:hAnsi="IM Fell English"/>
          <w:color w:val="141414"/>
          <w:sz w:val="24"/>
        </w:rPr>
        <w:t>"Was it the same night each week?"</w:t>
      </w:r>
    </w:p>
    <w:p>
      <w:r>
        <w:rPr>
          <w:rFonts w:ascii="IM Fell English" w:hAnsi="IM Fell English"/>
          <w:color w:val="141414"/>
          <w:sz w:val="24"/>
        </w:rPr>
        <w:t>"No, that was the weird thing. It was different nights and times—sometimes weekends, sometimes weekdays."</w:t>
      </w:r>
    </w:p>
    <w:p>
      <w:r>
        <w:rPr>
          <w:rFonts w:ascii="IM Fell English" w:hAnsi="IM Fell English"/>
          <w:color w:val="141414"/>
          <w:sz w:val="24"/>
        </w:rPr>
        <w:t>"Any idea why? Was he meeting someone?"</w:t>
      </w:r>
    </w:p>
    <w:p>
      <w:r>
        <w:rPr>
          <w:rFonts w:ascii="IM Fell English" w:hAnsi="IM Fell English"/>
          <w:color w:val="141414"/>
          <w:sz w:val="24"/>
        </w:rPr>
        <w:t>"The sex suggests he was, but we have no idea who. There were no cameras on the back of the motel, and he always insisted on a room on that side. An entrance from a back road led into the parking lot on that side."</w:t>
      </w:r>
    </w:p>
    <w:p>
      <w:r>
        <w:rPr>
          <w:rFonts w:ascii="IM Fell English" w:hAnsi="IM Fell English"/>
          <w:color w:val="141414"/>
          <w:sz w:val="24"/>
        </w:rPr>
        <w:t>Martha shook her head. "Someone was not happy with Officer Malroy."</w:t>
      </w:r>
    </w:p>
    <w:p>
      <w:r>
        <w:rPr>
          <w:rFonts w:ascii="IM Fell English" w:hAnsi="IM Fell English"/>
          <w:color w:val="141414"/>
          <w:sz w:val="24"/>
        </w:rPr>
        <w:t>"You can say that again, but three bullets? That's overkill."</w:t>
      </w:r>
    </w:p>
    <w:p>
      <w:r>
        <w:rPr>
          <w:rFonts w:ascii="IM Fell English" w:hAnsi="IM Fell English"/>
          <w:color w:val="141414"/>
          <w:sz w:val="24"/>
        </w:rPr>
        <w:t>Martha rubbed the back of her neck. "Do you have any leads?"</w:t>
      </w:r>
    </w:p>
    <w:p>
      <w:r>
        <w:rPr>
          <w:rFonts w:ascii="IM Fell English" w:hAnsi="IM Fell English"/>
          <w:color w:val="141414"/>
          <w:sz w:val="24"/>
        </w:rPr>
        <w:t>"Nothing, but I'll begin by going through his old cases. There might be something in there."</w:t>
      </w:r>
    </w:p>
    <w:p>
      <w:r>
        <w:rPr>
          <w:rFonts w:ascii="IM Fell English" w:hAnsi="IM Fell English"/>
          <w:color w:val="141414"/>
          <w:sz w:val="24"/>
        </w:rPr>
        <w:t>Martha put her head in her hands. "What do we do about Dad? He was the only link we had left."</w:t>
      </w:r>
    </w:p>
    <w:p>
      <w:r>
        <w:rPr>
          <w:rFonts w:ascii="IM Fell English" w:hAnsi="IM Fell English"/>
          <w:color w:val="141414"/>
          <w:sz w:val="24"/>
        </w:rPr>
        <w:t>"I know, but don't give up hope. There has to be something we missed."</w:t>
      </w:r>
    </w:p>
    <w:p>
      <w:r>
        <w:rPr>
          <w:rFonts w:ascii="IM Fell English" w:hAnsi="IM Fell English"/>
          <w:color w:val="141414"/>
          <w:sz w:val="24"/>
        </w:rPr>
        <w:t>Ken looked up. "Do you think there's a link between your father's murder and Malroy's?"</w:t>
      </w:r>
    </w:p>
    <w:p>
      <w:r>
        <w:rPr>
          <w:rFonts w:ascii="IM Fell English" w:hAnsi="IM Fell English"/>
          <w:color w:val="141414"/>
          <w:sz w:val="24"/>
        </w:rPr>
        <w:t>"There might be. It would be worth looking into."</w:t>
      </w:r>
    </w:p>
    <w:p>
      <w:r>
        <w:rPr>
          <w:rFonts w:ascii="IM Fell English" w:hAnsi="IM Fell English"/>
          <w:color w:val="141414"/>
          <w:sz w:val="24"/>
        </w:rPr>
        <w:t>"Our peaceful little town is getting dangerous. First your father is killed, then Billy, and now Malroy."</w:t>
      </w:r>
    </w:p>
    <w:p>
      <w:r>
        <w:rPr>
          <w:rFonts w:ascii="IM Fell English" w:hAnsi="IM Fell English"/>
          <w:color w:val="141414"/>
          <w:sz w:val="24"/>
        </w:rPr>
        <w:t>Ken glanced at his watch. "I have to get back to work. With Malroy's death, the station is a madhouse. Can we talk again this evening?"</w:t>
      </w:r>
    </w:p>
    <w:p>
      <w:r>
        <w:rPr>
          <w:rFonts w:ascii="IM Fell English" w:hAnsi="IM Fell English"/>
          <w:color w:val="141414"/>
          <w:sz w:val="24"/>
        </w:rPr>
        <w:t>"What time do you get off?"</w:t>
      </w:r>
    </w:p>
    <w:p>
      <w:r>
        <w:rPr>
          <w:rFonts w:ascii="IM Fell English" w:hAnsi="IM Fell English"/>
          <w:color w:val="141414"/>
          <w:sz w:val="24"/>
        </w:rPr>
        <w:t>"Late, I'm afraid. Can I call you?"</w:t>
      </w:r>
    </w:p>
    <w:p>
      <w:r>
        <w:rPr>
          <w:rFonts w:ascii="IM Fell English" w:hAnsi="IM Fell English"/>
          <w:color w:val="141414"/>
          <w:sz w:val="24"/>
        </w:rPr>
        <w:t>Martha nodded. "You have my number. I'll wait for your call."</w:t>
      </w:r>
    </w:p>
    <w:p>
      <w:r>
        <w:rPr>
          <w:rFonts w:ascii="IM Fell English" w:hAnsi="IM Fell English"/>
          <w:color w:val="141414"/>
          <w:sz w:val="24"/>
        </w:rPr>
        <w:t>The server asked, "Would you like a refill on the tea?"</w:t>
      </w:r>
    </w:p>
    <w:p>
      <w:r>
        <w:rPr>
          <w:rFonts w:ascii="IM Fell English" w:hAnsi="IM Fell English"/>
          <w:color w:val="141414"/>
          <w:sz w:val="24"/>
        </w:rPr>
        <w:t>"Ah, yes, on the tea," Martha replied.</w:t>
      </w:r>
    </w:p>
    <w:p>
      <w:r>
        <w:rPr>
          <w:rFonts w:ascii="IM Fell English" w:hAnsi="IM Fell English"/>
          <w:color w:val="141414"/>
          <w:sz w:val="24"/>
        </w:rPr>
        <w:t>"He paid the bill on the way out," the server said. "He's cute. You're a lucky girl.</w:t>
      </w:r>
    </w:p>
    <w:p>
      <w:r>
        <w:rPr>
          <w:rFonts w:ascii="IM Fell English" w:hAnsi="IM Fell English"/>
          <w:color w:val="141414"/>
          <w:sz w:val="24"/>
        </w:rPr>
        <w:t>"</w:t>
      </w:r>
    </w:p>
    <w:p>
      <w:r>
        <w:rPr>
          <w:rFonts w:ascii="IM Fell English" w:hAnsi="IM Fell English"/>
          <w:color w:val="141414"/>
          <w:sz w:val="24"/>
        </w:rPr>
        <w:t>"If I were forty years younger," the server added with a smile.</w:t>
      </w:r>
    </w:p>
    <w:p>
      <w:r>
        <w:rPr>
          <w:rFonts w:ascii="IM Fell English" w:hAnsi="IM Fell English"/>
          <w:color w:val="141414"/>
          <w:sz w:val="24"/>
        </w:rPr>
        <w:t>"Right," Martha said.</w:t>
      </w:r>
    </w:p>
    <w:p>
      <w:r>
        <w:rPr>
          <w:rFonts w:ascii="IM Fell English" w:hAnsi="IM Fell English"/>
          <w:color w:val="141414"/>
          <w:sz w:val="24"/>
        </w:rPr>
        <w:t>She returned with the tea. "Anything else I can get you?"</w:t>
      </w:r>
    </w:p>
    <w:p>
      <w:r>
        <w:rPr>
          <w:rFonts w:ascii="IM Fell English" w:hAnsi="IM Fell English"/>
          <w:color w:val="141414"/>
          <w:sz w:val="24"/>
        </w:rPr>
        <w:t>"No, I think this will do just fine."</w:t>
      </w:r>
    </w:p>
    <w:p>
      <w:r>
        <w:rPr>
          <w:rFonts w:ascii="IM Fell English" w:hAnsi="IM Fell English"/>
          <w:color w:val="141414"/>
          <w:sz w:val="24"/>
        </w:rPr>
        <w:t>Ken had said they might have missed something.</w:t>
      </w:r>
    </w:p>
    <w:p>
      <w:r>
        <w:rPr>
          <w:rFonts w:ascii="IM Fell English" w:hAnsi="IM Fell English"/>
          <w:color w:val="141414"/>
          <w:sz w:val="24"/>
        </w:rPr>
        <w:t>Yes, but what?</w:t>
      </w:r>
    </w:p>
    <w:p>
      <w:r>
        <w:rPr>
          <w:rFonts w:ascii="IM Fell English" w:hAnsi="IM Fell English"/>
          <w:color w:val="141414"/>
          <w:sz w:val="24"/>
        </w:rPr>
        <w:t>Dad had always said, "When faced with a difficult problem, write everything down, and the solution might present itself." Thanks, Dad.</w:t>
      </w:r>
    </w:p>
    <w:p>
      <w:r>
        <w:rPr>
          <w:rFonts w:ascii="IM Fell English" w:hAnsi="IM Fell English"/>
          <w:color w:val="141414"/>
          <w:sz w:val="24"/>
        </w:rPr>
        <w:t>She took a napkin and made a list.</w:t>
      </w:r>
    </w:p>
    <w:p>
      <w:r>
        <w:rPr>
          <w:rFonts w:ascii="IM Fell English" w:hAnsi="IM Fell English"/>
          <w:b/>
          <w:color w:val="141414"/>
          <w:sz w:val="24"/>
        </w:rPr>
        <w:t>Questions that need answers:</w:t>
      </w:r>
    </w:p>
    <w:p>
      <w:r>
        <w:rPr>
          <w:rFonts w:ascii="IM Fell English" w:hAnsi="IM Fell English"/>
          <w:color w:val="141414"/>
          <w:sz w:val="24"/>
        </w:rPr>
        <w:t>1.       Who murdered her father?</w:t>
      </w:r>
    </w:p>
    <w:p>
      <w:r>
        <w:rPr>
          <w:rFonts w:ascii="IM Fell English" w:hAnsi="IM Fell English"/>
          <w:color w:val="141414"/>
          <w:sz w:val="24"/>
        </w:rPr>
        <w:t>2.       Why was he murdered?</w:t>
      </w:r>
    </w:p>
    <w:p>
      <w:r>
        <w:rPr>
          <w:rFonts w:ascii="IM Fell English" w:hAnsi="IM Fell English"/>
          <w:color w:val="141414"/>
          <w:sz w:val="24"/>
        </w:rPr>
        <w:t>3.       Why did someone want to frame Jamal?</w:t>
      </w:r>
    </w:p>
    <w:p>
      <w:r>
        <w:rPr>
          <w:rFonts w:ascii="IM Fell English" w:hAnsi="IM Fell English"/>
          <w:color w:val="141414"/>
          <w:sz w:val="24"/>
        </w:rPr>
        <w:t>4.       Who killed Billy?</w:t>
      </w:r>
    </w:p>
    <w:p>
      <w:r>
        <w:rPr>
          <w:rFonts w:ascii="IM Fell English" w:hAnsi="IM Fell English"/>
          <w:color w:val="141414"/>
          <w:sz w:val="24"/>
        </w:rPr>
        <w:t>5.       Why?</w:t>
      </w:r>
    </w:p>
    <w:p>
      <w:r>
        <w:rPr>
          <w:rFonts w:ascii="IM Fell English" w:hAnsi="IM Fell English"/>
          <w:color w:val="141414"/>
          <w:sz w:val="24"/>
        </w:rPr>
        <w:t>6.       What did he discover?</w:t>
      </w:r>
    </w:p>
    <w:p>
      <w:r>
        <w:rPr>
          <w:rFonts w:ascii="IM Fell English" w:hAnsi="IM Fell English"/>
          <w:color w:val="141414"/>
          <w:sz w:val="24"/>
        </w:rPr>
        <w:t>7.       Can we ever find it again?</w:t>
      </w:r>
    </w:p>
    <w:p>
      <w:r>
        <w:rPr>
          <w:rFonts w:ascii="IM Fell English" w:hAnsi="IM Fell English"/>
          <w:color w:val="141414"/>
          <w:sz w:val="24"/>
        </w:rPr>
        <w:t>8.       Why frame her mother and sister?</w:t>
      </w:r>
    </w:p>
    <w:p>
      <w:r>
        <w:rPr>
          <w:rFonts w:ascii="IM Fell English" w:hAnsi="IM Fell English"/>
          <w:color w:val="141414"/>
          <w:sz w:val="24"/>
        </w:rPr>
        <w:t>She looked at her list, but it still didn't make much sense. What would her dad do next? He'd type everything into his computer. Maybe a computer would help.</w:t>
      </w:r>
    </w:p>
    <w:p>
      <w:r>
        <w:rPr>
          <w:rFonts w:ascii="IM Fell English" w:hAnsi="IM Fell English"/>
          <w:color w:val="141414"/>
          <w:sz w:val="24"/>
        </w:rPr>
        <w:t>She looked at her banking app, checked her balance, and decided to purchase a computer. Who knows? It might help to see everything on a screen.</w:t>
      </w:r>
    </w:p>
    <w:p>
      <w:r>
        <w:rPr>
          <w:rFonts w:ascii="IM Fell English" w:hAnsi="IM Fell English"/>
          <w:color w:val="141414"/>
          <w:sz w:val="24"/>
        </w:rPr>
        <w:t>She drove to a big-box store on the edge of town and purchased a mid-range laptop. She returned to the restaurant because she'd seen a sign for "Free Wi-Fi."</w:t>
      </w:r>
    </w:p>
    <w:p>
      <w:r>
        <w:rPr>
          <w:rFonts w:ascii="IM Fell English" w:hAnsi="IM Fell English"/>
          <w:color w:val="141414"/>
          <w:sz w:val="24"/>
        </w:rPr>
        <w:t>She began the setup, then connected to her cloud account.</w:t>
      </w:r>
    </w:p>
    <w:p>
      <w:r>
        <w:rPr>
          <w:rFonts w:ascii="IM Fell English" w:hAnsi="IM Fell English"/>
          <w:color w:val="141414"/>
          <w:sz w:val="24"/>
        </w:rPr>
        <w:t>"A cloud account. Of course, Dad would have had a cloud account." She keyed in Ken's number.</w:t>
      </w:r>
    </w:p>
    <w:p>
      <w:r>
        <w:rPr>
          <w:rFonts w:ascii="IM Fell English" w:hAnsi="IM Fell English"/>
          <w:color w:val="141414"/>
          <w:sz w:val="24"/>
        </w:rPr>
        <w:t>"Hi Martha, I'm busy here. What did you want?"</w:t>
      </w:r>
    </w:p>
    <w:p>
      <w:r>
        <w:rPr>
          <w:rFonts w:ascii="IM Fell English" w:hAnsi="IM Fell English"/>
          <w:color w:val="141414"/>
          <w:sz w:val="24"/>
        </w:rPr>
        <w:t>"I was wondering how to find out if Dad had a cloud account."</w:t>
      </w:r>
    </w:p>
    <w:p>
      <w:r>
        <w:rPr>
          <w:rFonts w:ascii="IM Fell English" w:hAnsi="IM Fell English"/>
          <w:color w:val="141414"/>
          <w:sz w:val="24"/>
        </w:rPr>
        <w:t>"That is a great idea. Let's talk about it tonight."</w:t>
      </w:r>
    </w:p>
    <w:p>
      <w:r>
        <w:rPr>
          <w:rFonts w:ascii="IM Fell English" w:hAnsi="IM Fell English"/>
          <w:color w:val="141414"/>
          <w:sz w:val="24"/>
        </w:rPr>
        <w:t>She hung up.</w:t>
      </w:r>
    </w:p>
    <w:p>
      <w:r>
        <w:rPr>
          <w:rFonts w:ascii="IM Fell English" w:hAnsi="IM Fell English"/>
          <w:color w:val="141414"/>
          <w:sz w:val="24"/>
        </w:rPr>
        <w:t>She opened her new laptop, checking the various cloud accounts she knew about. On her third try, she hit pay dirt.</w:t>
      </w:r>
    </w:p>
    <w:p>
      <w:r>
        <w:rPr>
          <w:rFonts w:ascii="IM Fell English" w:hAnsi="IM Fell English"/>
          <w:color w:val="141414"/>
          <w:sz w:val="24"/>
        </w:rPr>
        <w:t>Her father had a OneDrive account.</w:t>
      </w:r>
    </w:p>
    <w:p>
      <w:r>
        <w:rPr>
          <w:rFonts w:ascii="IM Fell English" w:hAnsi="IM Fell English"/>
          <w:color w:val="141414"/>
          <w:sz w:val="24"/>
        </w:rPr>
        <w:t xml:space="preserve">She opened it and discovered hundreds of files: his sermons, his journals, his illustration files. Scanning the contents, she found one called </w:t>
      </w:r>
      <w:r>
        <w:rPr>
          <w:rFonts w:ascii="IM Fell English" w:hAnsi="IM Fell English"/>
          <w:b/>
          <w:color w:val="141414"/>
          <w:sz w:val="24"/>
        </w:rPr>
        <w:t>Office Audio Files</w:t>
      </w:r>
      <w:r>
        <w:rPr>
          <w:rFonts w:ascii="IM Fell English" w:hAnsi="IM Fell English"/>
          <w:color w:val="141414"/>
          <w:sz w:val="24"/>
        </w:rPr>
        <w:t xml:space="preserve"> and clicked on it. A small box appeared in the center of her screen, asking for a password. She tried the password she used for his computer—the same one that had allowed her to access the OneDrive account—but it failed.</w:t>
      </w:r>
    </w:p>
    <w:p>
      <w:r>
        <w:rPr>
          <w:rFonts w:ascii="IM Fell English" w:hAnsi="IM Fell English"/>
          <w:color w:val="141414"/>
          <w:sz w:val="24"/>
        </w:rPr>
        <w:t>She'd have to work it out with Ken tonight.</w:t>
      </w:r>
    </w:p>
    <w:p>
      <w:r>
        <w:rPr>
          <w:rFonts w:ascii="IM Fell English" w:hAnsi="IM Fell English"/>
          <w:color w:val="141414"/>
          <w:sz w:val="24"/>
        </w:rPr>
        <w:t>She tried to open his journal file, but the same password prompt appeared, and it failed again.</w:t>
      </w:r>
    </w:p>
    <w:p>
      <w:r>
        <w:rPr>
          <w:rFonts w:ascii="IM Fell English" w:hAnsi="IM Fell English"/>
          <w:color w:val="141414"/>
          <w:sz w:val="24"/>
        </w:rPr>
        <w:t>So close, yet so far. She closed her new laptop and headed for her car, pushing the button on the key fob to unlock her doors.</w:t>
      </w:r>
    </w:p>
    <w:p>
      <w:pPr>
        <w:pStyle w:val="Heading1"/>
        <w:jc w:val="center"/>
      </w:pPr>
      <w:r>
        <w:rPr>
          <w:rFonts w:ascii="IM Fell English" w:hAnsi="IM Fell English"/>
          <w:color w:val="0D0D0D"/>
        </w:rPr>
        <w:t>Chapter 29</w:t>
      </w:r>
    </w:p>
    <w:p>
      <w:r>
        <w:rPr>
          <w:rFonts w:ascii="IM Fell English" w:hAnsi="IM Fell English"/>
          <w:color w:val="141414"/>
          <w:sz w:val="24"/>
        </w:rPr>
        <w:t>Martha's phone rang. Ken suggested they meet at his home to work on the files.</w:t>
      </w:r>
    </w:p>
    <w:p>
      <w:r>
        <w:rPr>
          <w:rFonts w:ascii="IM Fell English" w:hAnsi="IM Fell English"/>
          <w:color w:val="141414"/>
          <w:sz w:val="24"/>
        </w:rPr>
        <w:t>She rang his doorbell a little after seven.</w:t>
      </w:r>
    </w:p>
    <w:p>
      <w:r>
        <w:rPr>
          <w:rFonts w:ascii="IM Fell English" w:hAnsi="IM Fell English"/>
          <w:color w:val="141414"/>
          <w:sz w:val="24"/>
        </w:rPr>
        <w:t>"Let's set up on the kitchen table," Ken said.</w:t>
      </w:r>
    </w:p>
    <w:p>
      <w:r>
        <w:rPr>
          <w:rFonts w:ascii="IM Fell English" w:hAnsi="IM Fell English"/>
          <w:color w:val="141414"/>
          <w:sz w:val="24"/>
        </w:rPr>
        <w:t>Martha placed her laptop on the table.</w:t>
      </w:r>
    </w:p>
    <w:p>
      <w:r>
        <w:rPr>
          <w:rFonts w:ascii="IM Fell English" w:hAnsi="IM Fell English"/>
          <w:color w:val="141414"/>
          <w:sz w:val="24"/>
        </w:rPr>
        <w:t>"What's your Wi-Fi password?" she asked.Ken gave it to</w:t>
      </w:r>
    </w:p>
    <w:p>
      <w:r>
        <w:rPr>
          <w:rFonts w:ascii="IM Fell English" w:hAnsi="IM Fell English"/>
          <w:color w:val="141414"/>
          <w:sz w:val="24"/>
        </w:rPr>
        <w:t>She quickly connected. "So, what was your dad's password for those locked files?" he asked.</w:t>
      </w:r>
    </w:p>
    <w:p>
      <w:r>
        <w:rPr>
          <w:rFonts w:ascii="IM Fell English" w:hAnsi="IM Fell English"/>
          <w:color w:val="141414"/>
          <w:sz w:val="24"/>
        </w:rPr>
        <w:t>"I don't know," Martha replied. "I tried the one for his computer, but it didn't work."</w:t>
      </w:r>
    </w:p>
    <w:p>
      <w:r>
        <w:rPr>
          <w:rFonts w:ascii="IM Fell English" w:hAnsi="IM Fell English"/>
          <w:color w:val="141414"/>
          <w:sz w:val="24"/>
        </w:rPr>
        <w:t>"Try reversing it."</w:t>
      </w:r>
    </w:p>
    <w:p>
      <w:r>
        <w:rPr>
          <w:rFonts w:ascii="IM Fell English" w:hAnsi="IM Fell English"/>
          <w:i/>
          <w:color w:val="141414"/>
          <w:sz w:val="24"/>
        </w:rPr>
        <w:t>Really, can it be that easy?</w:t>
      </w:r>
    </w:p>
    <w:p>
      <w:r>
        <w:rPr>
          <w:rFonts w:ascii="IM Fell English" w:hAnsi="IM Fell English"/>
          <w:color w:val="141414"/>
          <w:sz w:val="24"/>
        </w:rPr>
        <w:t>Martha typed it in, exclaiming, "It worked!"</w:t>
      </w:r>
    </w:p>
    <w:p>
      <w:r>
        <w:rPr>
          <w:rFonts w:ascii="IM Fell English" w:hAnsi="IM Fell English"/>
          <w:color w:val="141414"/>
          <w:sz w:val="24"/>
        </w:rPr>
        <w:t>"Did you have any doubt?" Ken teased.</w:t>
      </w:r>
      <w:r>
        <w:rPr>
          <w:rFonts w:ascii="IM Fell English" w:hAnsi="IM Fell English"/>
          <w:i/>
          <w:color w:val="141414"/>
          <w:sz w:val="24"/>
        </w:rPr>
        <w:t>Oh, don't be a smart-aleck,</w:t>
      </w:r>
      <w:r>
        <w:rPr>
          <w:rFonts w:ascii="IM Fell English" w:hAnsi="IM Fell English"/>
          <w:color w:val="141414"/>
          <w:sz w:val="24"/>
        </w:rPr>
        <w:t xml:space="preserve"> Martha thought.</w:t>
      </w:r>
    </w:p>
    <w:p>
      <w:r>
        <w:rPr>
          <w:rFonts w:ascii="IM Fell English" w:hAnsi="IM Fell English"/>
          <w:color w:val="141414"/>
          <w:sz w:val="24"/>
        </w:rPr>
        <w:t xml:space="preserve">She clicked on the </w:t>
      </w:r>
      <w:r>
        <w:rPr>
          <w:rFonts w:ascii="IM Fell English" w:hAnsi="IM Fell English"/>
          <w:b/>
          <w:color w:val="141414"/>
          <w:sz w:val="24"/>
        </w:rPr>
        <w:t>Documents</w:t>
      </w:r>
      <w:r>
        <w:rPr>
          <w:rFonts w:ascii="IM Fell English" w:hAnsi="IM Fell English"/>
          <w:color w:val="141414"/>
          <w:sz w:val="24"/>
        </w:rPr>
        <w:t xml:space="preserve"> folder; over a thousand icons popped up on the screen.</w:t>
      </w:r>
    </w:p>
    <w:p>
      <w:r>
        <w:rPr>
          <w:rFonts w:ascii="IM Fell English" w:hAnsi="IM Fell English"/>
          <w:color w:val="141414"/>
          <w:sz w:val="24"/>
        </w:rPr>
        <w:t>"How are we ever going to sort through all this?" Martha asked.</w:t>
      </w:r>
    </w:p>
    <w:p>
      <w:r>
        <w:rPr>
          <w:rFonts w:ascii="IM Fell English" w:hAnsi="IM Fell English"/>
          <w:color w:val="141414"/>
          <w:sz w:val="24"/>
        </w:rPr>
        <w:t>"We'll have to listen to them one at a time," Ken said. "Want me to order some pizza?"</w:t>
      </w:r>
    </w:p>
    <w:p>
      <w:r>
        <w:rPr>
          <w:rFonts w:ascii="IM Fell English" w:hAnsi="IM Fell English"/>
          <w:color w:val="141414"/>
          <w:sz w:val="24"/>
        </w:rPr>
        <w:t>"At least they're organized by date, so we can start with the newest and work our way back," Martha said. "And the pizza sounds fantastic."</w:t>
      </w:r>
    </w:p>
    <w:p>
      <w:r>
        <w:rPr>
          <w:rFonts w:ascii="IM Fell English" w:hAnsi="IM Fell English"/>
          <w:color w:val="141414"/>
          <w:sz w:val="24"/>
        </w:rPr>
        <w:t>By the time the doorbell rang, they had worked their way through one week of audio files, mostly recordings of conversations between her parents, Ruth and Jerry.</w:t>
      </w:r>
    </w:p>
    <w:p>
      <w:r>
        <w:rPr>
          <w:rFonts w:ascii="IM Fell English" w:hAnsi="IM Fell English"/>
          <w:color w:val="141414"/>
          <w:sz w:val="24"/>
        </w:rPr>
        <w:t>"I'll grab the paper plates," Ken said. "Would you like a Pepsi?"</w:t>
      </w:r>
    </w:p>
    <w:p>
      <w:r>
        <w:rPr>
          <w:rFonts w:ascii="IM Fell English" w:hAnsi="IM Fell English"/>
          <w:color w:val="141414"/>
          <w:sz w:val="24"/>
        </w:rPr>
        <w:t>Martha nodded. "That would be great!"</w:t>
      </w:r>
    </w:p>
    <w:p>
      <w:r>
        <w:rPr>
          <w:rFonts w:ascii="IM Fell English" w:hAnsi="IM Fell English"/>
          <w:color w:val="141414"/>
          <w:sz w:val="24"/>
        </w:rPr>
        <w:t>She wiped her grease-stained fingers on a napkin, then clicked play on the computer to start the next file. The room filled with the voices of her father and mother. As she listened, they discussed Christmas, revealing plans for a surprise visit to her in Texas. Tears ran down her face. They cared. She owed it to her dad to find out what had happened.</w:t>
      </w:r>
    </w:p>
    <w:p>
      <w:r>
        <w:rPr>
          <w:rFonts w:ascii="IM Fell English" w:hAnsi="IM Fell English"/>
          <w:color w:val="141414"/>
          <w:sz w:val="24"/>
        </w:rPr>
        <w:t>"It will take some time to listen to all these files, and it's getting late," Ken said. "Can we take this up again tomorrow?"</w:t>
      </w:r>
    </w:p>
    <w:p>
      <w:r>
        <w:rPr>
          <w:rFonts w:ascii="IM Fell English" w:hAnsi="IM Fell English"/>
          <w:color w:val="141414"/>
          <w:sz w:val="24"/>
        </w:rPr>
        <w:t>Martha glanced at her watch. "Nine o'clock," she noted. "I agree. Let's start fresh tomorrow morning if you're free."</w:t>
      </w:r>
    </w:p>
    <w:p>
      <w:r>
        <w:rPr>
          <w:rFonts w:ascii="IM Fell English" w:hAnsi="IM Fell English"/>
          <w:color w:val="141414"/>
          <w:sz w:val="24"/>
        </w:rPr>
        <w:t>"Day off," Ken said. "Eight o'clock. Is that good for you?"</w:t>
      </w:r>
    </w:p>
    <w:p>
      <w:r>
        <w:rPr>
          <w:rFonts w:ascii="IM Fell English" w:hAnsi="IM Fell English"/>
          <w:color w:val="141414"/>
          <w:sz w:val="24"/>
        </w:rPr>
        <w:t>"Eight it is."</w:t>
      </w:r>
    </w:p>
    <w:p>
      <w:r>
        <w:rPr>
          <w:rFonts w:ascii="IM Fell English" w:hAnsi="IM Fell English"/>
          <w:color w:val="141414"/>
          <w:sz w:val="24"/>
        </w:rPr>
        <w:t>Martha went home, made a cup of coffee, and got ready for bed. She slipped on her pajamas, set her computer on the bedside table, opened the audio application, and continued listening to the files. She lay down and closed her eyes, trying to visualize the action. In her mind, she saw her father sitting in his leather chair, pressing the phone to his ear, scratching notes on a notepad.</w:t>
      </w:r>
    </w:p>
    <w:p>
      <w:r>
        <w:rPr>
          <w:rFonts w:ascii="IM Fell English" w:hAnsi="IM Fell English"/>
          <w:color w:val="141414"/>
          <w:sz w:val="24"/>
        </w:rPr>
        <w:t>She was drifting off to sleep when she heard her father's voice.</w:t>
      </w:r>
    </w:p>
    <w:p>
      <w:r>
        <w:rPr>
          <w:rFonts w:ascii="IM Fell English" w:hAnsi="IM Fell English"/>
          <w:b/>
          <w:color w:val="141414"/>
          <w:sz w:val="24"/>
        </w:rPr>
        <w:t>"This is Pastor Jerry. We need to talk."</w:t>
      </w:r>
    </w:p>
    <w:p>
      <w:r>
        <w:rPr>
          <w:rFonts w:ascii="IM Fell English" w:hAnsi="IM Fell English"/>
          <w:color w:val="141414"/>
          <w:sz w:val="24"/>
        </w:rPr>
        <w:t>Silence followed. It sounded like a phone call; she was only hearing one side.</w:t>
      </w:r>
    </w:p>
    <w:p>
      <w:r>
        <w:rPr>
          <w:rFonts w:ascii="IM Fell English" w:hAnsi="IM Fell English"/>
          <w:b/>
          <w:color w:val="141414"/>
          <w:sz w:val="24"/>
        </w:rPr>
        <w:t>"I know you're busy, but I know what you have been doing."</w:t>
      </w:r>
    </w:p>
    <w:p>
      <w:r>
        <w:rPr>
          <w:rFonts w:ascii="IM Fell English" w:hAnsi="IM Fell English"/>
          <w:color w:val="141414"/>
          <w:sz w:val="24"/>
        </w:rPr>
        <w:t>(Pause)</w:t>
      </w:r>
    </w:p>
    <w:p>
      <w:r>
        <w:rPr>
          <w:rFonts w:ascii="IM Fell English" w:hAnsi="IM Fell English"/>
          <w:b/>
          <w:color w:val="141414"/>
          <w:sz w:val="24"/>
        </w:rPr>
        <w:t>"I'll give you one week to come clean."</w:t>
      </w:r>
      <w:r>
        <w:rPr>
          <w:rFonts w:ascii="IM Fell English" w:hAnsi="IM Fell English"/>
          <w:color w:val="141414"/>
          <w:sz w:val="24"/>
        </w:rPr>
        <w:t xml:space="preserve"> (Pause)</w:t>
      </w:r>
    </w:p>
    <w:p>
      <w:r>
        <w:rPr>
          <w:rFonts w:ascii="IM Fell English" w:hAnsi="IM Fell English"/>
          <w:b/>
          <w:color w:val="141414"/>
          <w:sz w:val="24"/>
        </w:rPr>
        <w:t>"This has to stop. Too many people are being hurt."</w:t>
      </w:r>
      <w:r>
        <w:rPr>
          <w:rFonts w:ascii="IM Fell English" w:hAnsi="IM Fell English"/>
          <w:color w:val="141414"/>
          <w:sz w:val="24"/>
        </w:rPr>
        <w:t xml:space="preserve"> (Pause)</w:t>
      </w:r>
    </w:p>
    <w:p>
      <w:r>
        <w:rPr>
          <w:rFonts w:ascii="IM Fell English" w:hAnsi="IM Fell English"/>
          <w:b/>
          <w:color w:val="141414"/>
          <w:sz w:val="24"/>
        </w:rPr>
        <w:t>"No, you have one week. No more."</w:t>
      </w:r>
    </w:p>
    <w:p>
      <w:r>
        <w:rPr>
          <w:rFonts w:ascii="IM Fell English" w:hAnsi="IM Fell English"/>
          <w:color w:val="141414"/>
          <w:sz w:val="24"/>
        </w:rPr>
        <w:t>Then the recording went silent.</w:t>
      </w:r>
    </w:p>
    <w:p>
      <w:r>
        <w:rPr>
          <w:rFonts w:ascii="IM Fell English" w:hAnsi="IM Fell English"/>
          <w:color w:val="141414"/>
          <w:sz w:val="24"/>
        </w:rPr>
        <w:t>Her eyes sprang open, and she sat bolt upright in bed. This was it. She could feel it in her heart—this was the smoking gun. She grabbed her phone and called Ken.</w:t>
      </w:r>
    </w:p>
    <w:p>
      <w:r>
        <w:rPr>
          <w:rFonts w:ascii="IM Fell English" w:hAnsi="IM Fell English"/>
          <w:color w:val="141414"/>
          <w:sz w:val="24"/>
        </w:rPr>
        <w:t>"Hello," he said sleepily.</w:t>
      </w:r>
    </w:p>
    <w:p>
      <w:r>
        <w:rPr>
          <w:rFonts w:ascii="IM Fell English" w:hAnsi="IM Fell English"/>
          <w:color w:val="141414"/>
          <w:sz w:val="24"/>
        </w:rPr>
        <w:t>"I think I've found it."</w:t>
      </w:r>
    </w:p>
    <w:p>
      <w:r>
        <w:rPr>
          <w:rFonts w:ascii="IM Fell English" w:hAnsi="IM Fell English"/>
          <w:color w:val="141414"/>
          <w:sz w:val="24"/>
        </w:rPr>
        <w:t>"Found what? Do you know what time it is?"</w:t>
      </w:r>
    </w:p>
    <w:p>
      <w:r>
        <w:rPr>
          <w:rFonts w:ascii="IM Fell English" w:hAnsi="IM Fell English"/>
          <w:color w:val="141414"/>
          <w:sz w:val="24"/>
        </w:rPr>
        <w:t>"The file, the reason, the cause—"</w:t>
      </w:r>
    </w:p>
    <w:p>
      <w:r>
        <w:rPr>
          <w:rFonts w:ascii="IM Fell English" w:hAnsi="IM Fell English"/>
          <w:color w:val="141414"/>
          <w:sz w:val="24"/>
        </w:rPr>
        <w:t>"What are you going on about?"</w:t>
      </w:r>
    </w:p>
    <w:p>
      <w:r>
        <w:rPr>
          <w:rFonts w:ascii="IM Fell English" w:hAnsi="IM Fell English"/>
          <w:color w:val="141414"/>
          <w:sz w:val="24"/>
        </w:rPr>
        <w:t>Martha excitedly stood up and started pacing the floor. "I found the reason for Dad's murder."</w:t>
      </w:r>
    </w:p>
    <w:p>
      <w:r>
        <w:rPr>
          <w:rFonts w:ascii="IM Fell English" w:hAnsi="IM Fell English"/>
          <w:color w:val="141414"/>
          <w:sz w:val="24"/>
        </w:rPr>
        <w:t>"What?"</w:t>
      </w:r>
    </w:p>
    <w:p>
      <w:r>
        <w:rPr>
          <w:rFonts w:ascii="IM Fell English" w:hAnsi="IM Fell English"/>
          <w:color w:val="141414"/>
          <w:sz w:val="24"/>
        </w:rPr>
        <w:t>"Can I bring my laptop over and play it for you?"</w:t>
      </w:r>
    </w:p>
    <w:p>
      <w:r>
        <w:rPr>
          <w:rFonts w:ascii="IM Fell English" w:hAnsi="IM Fell English"/>
          <w:color w:val="141414"/>
          <w:sz w:val="24"/>
        </w:rPr>
        <w:t>"Sure. I'll get up and make coffee for us."</w:t>
      </w:r>
    </w:p>
    <w:p>
      <w:r>
        <w:rPr>
          <w:rFonts w:ascii="IM Fell English" w:hAnsi="IM Fell English"/>
          <w:color w:val="141414"/>
          <w:sz w:val="24"/>
        </w:rPr>
        <w:t>Martha changed into street clothes, packed her laptop into a bag, and headed for her car.</w:t>
      </w:r>
    </w:p>
    <w:p>
      <w:r>
        <w:rPr>
          <w:rFonts w:ascii="IM Fell English" w:hAnsi="IM Fell English"/>
          <w:color w:val="141414"/>
          <w:sz w:val="24"/>
        </w:rPr>
        <w:t>She unlocked her car with her key fob, placed the laptop bag on the backseat, got into the driver's seat, and drove to Ken's apartment.</w:t>
      </w:r>
    </w:p>
    <w:p>
      <w:r>
        <w:rPr>
          <w:rFonts w:ascii="IM Fell English" w:hAnsi="IM Fell English"/>
          <w:color w:val="141414"/>
          <w:sz w:val="24"/>
        </w:rPr>
        <w:t>When she arrived, she opened her car's back door and reached into the backseat for her laptop. As she bent over, a hand clamped over her face from behind. A stinging odor filled her nose, and blackness closed in on her. She watched helplessly as her laptop fell to the pavement.</w:t>
      </w:r>
    </w:p>
    <w:p>
      <w:r>
        <w:rPr>
          <w:rFonts w:ascii="IM Fell English" w:hAnsi="IM Fell English"/>
          <w:color w:val="141414"/>
          <w:sz w:val="24"/>
        </w:rPr>
        <w:t>Ken waited for Martha to arrive, drinking a second cup of coffee. She should have been there half an hour ago. He opened the front door and saw her car, its back passenger door standing open.</w:t>
      </w:r>
    </w:p>
    <w:p>
      <w:r>
        <w:rPr>
          <w:rFonts w:ascii="IM Fell English" w:hAnsi="IM Fell English"/>
          <w:color w:val="141414"/>
          <w:sz w:val="24"/>
        </w:rPr>
        <w:t>"What the—"</w:t>
      </w:r>
    </w:p>
    <w:p>
      <w:r>
        <w:rPr>
          <w:rFonts w:ascii="IM Fell English" w:hAnsi="IM Fell English"/>
          <w:color w:val="141414"/>
          <w:sz w:val="24"/>
        </w:rPr>
        <w:t>He walked out, looked inside the</w:t>
      </w:r>
    </w:p>
    <w:p>
      <w:r>
        <w:rPr>
          <w:rFonts w:ascii="IM Fell English" w:hAnsi="IM Fell English"/>
          <w:color w:val="141414"/>
          <w:sz w:val="24"/>
        </w:rPr>
        <w:t>car, and found nothing. A chill ran through his body.</w:t>
      </w:r>
    </w:p>
    <w:p>
      <w:r>
        <w:rPr>
          <w:rFonts w:ascii="IM Fell English" w:hAnsi="IM Fell English"/>
          <w:color w:val="141414"/>
          <w:sz w:val="24"/>
        </w:rPr>
        <w:t>He ran back in, picked up the phone, and dialed 9-1-1. Two minutes later, a police car came screeching to a halt in front of his home.</w:t>
      </w:r>
    </w:p>
    <w:p>
      <w:r>
        <w:rPr>
          <w:rFonts w:ascii="IM Fell English" w:hAnsi="IM Fell English"/>
          <w:color w:val="141414"/>
          <w:sz w:val="24"/>
        </w:rPr>
        <w:t>"What happened here, Ken?" the officer asked as he climbed from his cruiser.</w:t>
      </w:r>
    </w:p>
    <w:p>
      <w:r>
        <w:rPr>
          <w:rFonts w:ascii="IM Fell English" w:hAnsi="IM Fell English"/>
          <w:color w:val="141414"/>
          <w:sz w:val="24"/>
        </w:rPr>
        <w:t>"I don't know," Ken replied. "Martha was coming over, but she never showed up."</w:t>
      </w:r>
    </w:p>
    <w:p>
      <w:r>
        <w:rPr>
          <w:rFonts w:ascii="IM Fell English" w:hAnsi="IM Fell English"/>
          <w:color w:val="141414"/>
          <w:sz w:val="24"/>
        </w:rPr>
        <w:t>The officer raised his eyebrows. "She was coming over at 4 o'clock in the morning?"</w:t>
      </w:r>
    </w:p>
    <w:p>
      <w:r>
        <w:rPr>
          <w:rFonts w:ascii="IM Fell English" w:hAnsi="IM Fell English"/>
          <w:color w:val="141414"/>
          <w:sz w:val="24"/>
        </w:rPr>
        <w:t>"She said she had found something I needed to see."</w:t>
      </w:r>
    </w:p>
    <w:p>
      <w:r>
        <w:rPr>
          <w:rFonts w:ascii="IM Fell English" w:hAnsi="IM Fell English"/>
          <w:color w:val="141414"/>
          <w:sz w:val="24"/>
        </w:rPr>
        <w:t>"Well, let's set that aside for now. What are we looking at?"</w:t>
      </w:r>
    </w:p>
    <w:p>
      <w:r>
        <w:rPr>
          <w:rFonts w:ascii="IM Fell English" w:hAnsi="IM Fell English"/>
          <w:color w:val="141414"/>
          <w:sz w:val="24"/>
        </w:rPr>
        <w:t>Ken showed him the car and the open door. "Not only is she missing, but her computer is too."</w:t>
      </w:r>
    </w:p>
    <w:p>
      <w:r>
        <w:rPr>
          <w:rFonts w:ascii="IM Fell English" w:hAnsi="IM Fell English"/>
          <w:color w:val="141414"/>
          <w:sz w:val="24"/>
        </w:rPr>
        <w:t>"Do you know what was on the computer?"</w:t>
      </w:r>
    </w:p>
    <w:p>
      <w:r>
        <w:rPr>
          <w:rFonts w:ascii="IM Fell English" w:hAnsi="IM Fell English"/>
          <w:color w:val="141414"/>
          <w:sz w:val="24"/>
        </w:rPr>
        <w:t>"She told me she had found the reason for her father's death."</w:t>
      </w:r>
    </w:p>
    <w:p>
      <w:r>
        <w:rPr>
          <w:rFonts w:ascii="IM Fell English" w:hAnsi="IM Fell English"/>
          <w:color w:val="141414"/>
          <w:sz w:val="24"/>
        </w:rPr>
        <w:t>"Okay, take me back to the beginning, Ken."</w:t>
      </w:r>
    </w:p>
    <w:p>
      <w:r>
        <w:rPr>
          <w:rFonts w:ascii="IM Fell English" w:hAnsi="IM Fell English"/>
          <w:color w:val="141414"/>
          <w:sz w:val="24"/>
        </w:rPr>
        <w:t>Ken explained about the files on the computer. "She said she'd found the smoking gun."</w:t>
      </w:r>
    </w:p>
    <w:p>
      <w:r>
        <w:rPr>
          <w:rFonts w:ascii="IM Fell English" w:hAnsi="IM Fell English"/>
          <w:color w:val="141414"/>
          <w:sz w:val="24"/>
        </w:rPr>
        <w:t>"You think this abduction was because of the files she found?"</w:t>
      </w:r>
    </w:p>
    <w:p>
      <w:r>
        <w:rPr>
          <w:rFonts w:ascii="IM Fell English" w:hAnsi="IM Fell English"/>
          <w:color w:val="141414"/>
          <w:sz w:val="24"/>
        </w:rPr>
        <w:t>"I'm sure of it."</w:t>
      </w:r>
    </w:p>
    <w:p>
      <w:r>
        <w:rPr>
          <w:rFonts w:ascii="IM Fell English" w:hAnsi="IM Fell English"/>
          <w:color w:val="141414"/>
          <w:sz w:val="24"/>
        </w:rPr>
        <w:t>"Do you know who might have her?"</w:t>
      </w:r>
    </w:p>
    <w:p>
      <w:r>
        <w:rPr>
          <w:rFonts w:ascii="IM Fell English" w:hAnsi="IM Fell English"/>
          <w:color w:val="141414"/>
          <w:sz w:val="24"/>
        </w:rPr>
        <w:t>"Harvey Franks. He's been after her since she started looking into her father's murder."</w:t>
      </w:r>
    </w:p>
    <w:p>
      <w:r>
        <w:rPr>
          <w:rFonts w:ascii="IM Fell English" w:hAnsi="IM Fell English"/>
          <w:color w:val="141414"/>
          <w:sz w:val="24"/>
        </w:rPr>
        <w:t>"We need to get our tech people down here, and you need to tell all this to the chief," the officer said.</w:t>
      </w:r>
    </w:p>
    <w:p>
      <w:r>
        <w:rPr>
          <w:rFonts w:ascii="IM Fell English" w:hAnsi="IM Fell English"/>
          <w:color w:val="141414"/>
          <w:sz w:val="24"/>
        </w:rPr>
        <w:t>A Crime Scene Investigation team arrived ten minutes</w:t>
      </w:r>
    </w:p>
    <w:p>
      <w:r>
        <w:rPr>
          <w:rFonts w:ascii="IM Fell English" w:hAnsi="IM Fell English"/>
          <w:color w:val="141414"/>
          <w:sz w:val="24"/>
        </w:rPr>
        <w:t>later, setting up their lights and processing the site.</w:t>
      </w:r>
    </w:p>
    <w:p>
      <w:r>
        <w:rPr>
          <w:rFonts w:ascii="IM Fell English" w:hAnsi="IM Fell English"/>
          <w:color w:val="141414"/>
          <w:sz w:val="24"/>
        </w:rPr>
        <w:t>Ken drove to the station. The chief was waiting for him in her office.</w:t>
      </w:r>
    </w:p>
    <w:p>
      <w:r>
        <w:rPr>
          <w:rFonts w:ascii="IM Fell English" w:hAnsi="IM Fell English"/>
          <w:color w:val="141414"/>
          <w:sz w:val="24"/>
        </w:rPr>
        <w:t>"What is going on?" she asked.</w:t>
      </w:r>
    </w:p>
    <w:p>
      <w:r>
        <w:rPr>
          <w:rFonts w:ascii="IM Fell English" w:hAnsi="IM Fell English"/>
          <w:color w:val="141414"/>
          <w:sz w:val="24"/>
        </w:rPr>
        <w:t>"Martha is missing. I'm sure she's been abducted."</w:t>
      </w:r>
    </w:p>
    <w:p>
      <w:r>
        <w:rPr>
          <w:rFonts w:ascii="IM Fell English" w:hAnsi="IM Fell English"/>
          <w:color w:val="141414"/>
          <w:sz w:val="24"/>
        </w:rPr>
        <w:t>"Why?"</w:t>
      </w:r>
    </w:p>
    <w:p>
      <w:r>
        <w:rPr>
          <w:rFonts w:ascii="IM Fell English" w:hAnsi="IM Fell English"/>
          <w:color w:val="141414"/>
          <w:sz w:val="24"/>
        </w:rPr>
        <w:t>"She called me and said she'd found a file explaining her father's murder."</w:t>
      </w:r>
    </w:p>
    <w:p>
      <w:r>
        <w:rPr>
          <w:rFonts w:ascii="IM Fell English" w:hAnsi="IM Fell English"/>
          <w:color w:val="141414"/>
          <w:sz w:val="24"/>
        </w:rPr>
        <w:t>"What do you suggest we do now, Ken?"</w:t>
      </w:r>
    </w:p>
    <w:p>
      <w:r>
        <w:rPr>
          <w:rFonts w:ascii="IM Fell English" w:hAnsi="IM Fell English"/>
          <w:color w:val="141414"/>
          <w:sz w:val="24"/>
        </w:rPr>
        <w:t>"We need to check any CCTV in the area."</w:t>
      </w:r>
    </w:p>
    <w:p>
      <w:r>
        <w:rPr>
          <w:rFonts w:ascii="IM Fell English" w:hAnsi="IM Fell English"/>
          <w:color w:val="141414"/>
          <w:sz w:val="24"/>
        </w:rPr>
        <w:t>"I agree, and let's hope the CSIs find something at your place."</w:t>
      </w:r>
    </w:p>
    <w:p>
      <w:r>
        <w:rPr>
          <w:rFonts w:ascii="IM Fell English" w:hAnsi="IM Fell English"/>
          <w:color w:val="141414"/>
          <w:sz w:val="24"/>
        </w:rPr>
        <w:t>"Can we get her phone records? Maybe she called someone other than me."</w:t>
      </w:r>
    </w:p>
    <w:p>
      <w:r>
        <w:rPr>
          <w:rFonts w:ascii="IM Fell English" w:hAnsi="IM Fell English"/>
          <w:color w:val="141414"/>
          <w:sz w:val="24"/>
        </w:rPr>
        <w:t>"I'll start the process right now."</w:t>
      </w:r>
    </w:p>
    <w:p>
      <w:r>
        <w:rPr>
          <w:rFonts w:ascii="IM Fell English" w:hAnsi="IM Fell English"/>
          <w:color w:val="141414"/>
          <w:sz w:val="24"/>
        </w:rPr>
        <w:t>The chief told Ken, "Go over and look at our traffic cams and see if you can find her car." Ken drove to the building where the traffic cameras were monitored.</w:t>
      </w:r>
    </w:p>
    <w:p>
      <w:r>
        <w:rPr>
          <w:rFonts w:ascii="IM Fell English" w:hAnsi="IM Fell English"/>
          <w:color w:val="141414"/>
          <w:sz w:val="24"/>
        </w:rPr>
        <w:t>"Hi, Officer Henderson, what are you doing here?" the uniformed woman asked from her seat in front of the screens.</w:t>
      </w:r>
    </w:p>
    <w:p>
      <w:r>
        <w:rPr>
          <w:rFonts w:ascii="IM Fell English" w:hAnsi="IM Fell English"/>
          <w:color w:val="141414"/>
          <w:sz w:val="24"/>
        </w:rPr>
        <w:t>Ken explained Martha's kidnapping. "I need you to help me find a car."</w:t>
      </w:r>
    </w:p>
    <w:p>
      <w:r>
        <w:rPr>
          <w:rFonts w:ascii="IM Fell English" w:hAnsi="IM Fell English"/>
          <w:color w:val="141414"/>
          <w:sz w:val="24"/>
        </w:rPr>
        <w:t>"Sure. Do you have a timeframe?"</w:t>
      </w:r>
    </w:p>
    <w:p>
      <w:r>
        <w:rPr>
          <w:rFonts w:ascii="IM Fell English" w:hAnsi="IM Fell English"/>
          <w:color w:val="141414"/>
          <w:sz w:val="24"/>
        </w:rPr>
        <w:t>"Yes, between 2:30 and 3:00 this morning."</w:t>
      </w:r>
    </w:p>
    <w:p>
      <w:r>
        <w:rPr>
          <w:rFonts w:ascii="IM Fell English" w:hAnsi="IM Fell English"/>
          <w:color w:val="141414"/>
          <w:sz w:val="24"/>
        </w:rPr>
        <w:t>"What make and model are we looking for?" the woman asked.</w:t>
      </w:r>
    </w:p>
    <w:p>
      <w:r>
        <w:rPr>
          <w:rFonts w:ascii="IM Fell English" w:hAnsi="IM Fell English"/>
          <w:color w:val="141414"/>
          <w:sz w:val="24"/>
        </w:rPr>
        <w:t>"I don't know the exact make and model of Martha's car,"</w:t>
      </w:r>
    </w:p>
    <w:p>
      <w:r>
        <w:rPr>
          <w:rFonts w:ascii="IM Fell English" w:hAnsi="IM Fell English"/>
          <w:color w:val="141414"/>
          <w:sz w:val="24"/>
        </w:rPr>
        <w:t>Ken admitted, "but I'll recognize it when I see it."</w:t>
      </w:r>
    </w:p>
    <w:p>
      <w:r>
        <w:rPr>
          <w:rFonts w:ascii="IM Fell English" w:hAnsi="IM Fell English"/>
          <w:color w:val="141414"/>
          <w:sz w:val="24"/>
        </w:rPr>
        <w:t>"At least there won't be many cars to look at," she remarked.</w:t>
      </w:r>
    </w:p>
    <w:p>
      <w:r>
        <w:rPr>
          <w:rFonts w:ascii="IM Fell English" w:hAnsi="IM Fell English"/>
          <w:color w:val="141414"/>
          <w:sz w:val="24"/>
        </w:rPr>
        <w:t>She typed on the keyboard in front of her. "You said to start at 2:30?"</w:t>
      </w:r>
    </w:p>
    <w:p>
      <w:r>
        <w:rPr>
          <w:rFonts w:ascii="IM Fell English" w:hAnsi="IM Fell English"/>
          <w:color w:val="141414"/>
          <w:sz w:val="24"/>
        </w:rPr>
        <w:t>The screens went black for a second, then glowed again with six different intersections.</w:t>
      </w:r>
    </w:p>
    <w:p>
      <w:r>
        <w:rPr>
          <w:rFonts w:ascii="IM Fell English" w:hAnsi="IM Fell English"/>
          <w:color w:val="141414"/>
          <w:sz w:val="24"/>
        </w:rPr>
        <w:t>"Here we go. At 2:36, Martha's car passed the camera, followed by a semi-truck. Missed the turn onto the bypass, I'll bet. It happens from time to time," she said.</w:t>
      </w:r>
    </w:p>
    <w:p>
      <w:r>
        <w:rPr>
          <w:rFonts w:ascii="IM Fell English" w:hAnsi="IM Fell English"/>
          <w:color w:val="141414"/>
          <w:sz w:val="24"/>
        </w:rPr>
        <w:t>A black Jeep Pathfinder followed the semi.</w:t>
      </w:r>
    </w:p>
    <w:p>
      <w:r>
        <w:rPr>
          <w:rFonts w:ascii="IM Fell English" w:hAnsi="IM Fell English"/>
          <w:color w:val="141414"/>
          <w:sz w:val="24"/>
        </w:rPr>
        <w:t>"Stop!"</w:t>
      </w:r>
    </w:p>
    <w:p>
      <w:r>
        <w:rPr>
          <w:rFonts w:ascii="IM Fell English" w:hAnsi="IM Fell English"/>
          <w:color w:val="141414"/>
          <w:sz w:val="24"/>
        </w:rPr>
        <w:t>Ken said, leaning closer to the screen. "That isn't a woman. That man has a beard."</w:t>
      </w:r>
    </w:p>
    <w:p>
      <w:r>
        <w:rPr>
          <w:rFonts w:ascii="IM Fell English" w:hAnsi="IM Fell English"/>
          <w:color w:val="141414"/>
          <w:sz w:val="24"/>
        </w:rPr>
        <w:t>Ken recognized Harvey Franks. The Jeep followed the same route Martha's car had taken.</w:t>
      </w:r>
    </w:p>
    <w:p>
      <w:r>
        <w:rPr>
          <w:rFonts w:ascii="IM Fell English" w:hAnsi="IM Fell English"/>
          <w:color w:val="141414"/>
          <w:sz w:val="24"/>
        </w:rPr>
        <w:t>"Can we find him on any other cameras?" Ken asked.</w:t>
      </w:r>
    </w:p>
    <w:p>
      <w:r>
        <w:rPr>
          <w:rFonts w:ascii="IM Fell English" w:hAnsi="IM Fell English"/>
          <w:color w:val="141414"/>
          <w:sz w:val="24"/>
        </w:rPr>
        <w:t>"We'll find out."</w:t>
      </w:r>
    </w:p>
    <w:p>
      <w:r>
        <w:rPr>
          <w:rFonts w:ascii="IM Fell English" w:hAnsi="IM Fell English"/>
          <w:color w:val="141414"/>
          <w:sz w:val="24"/>
        </w:rPr>
        <w:t>"Watch that bottom screen," she instructed. "That's the next camera if he doesn't turn."</w:t>
      </w:r>
    </w:p>
    <w:p>
      <w:r>
        <w:rPr>
          <w:rFonts w:ascii="IM Fell English" w:hAnsi="IM Fell English"/>
          <w:color w:val="141414"/>
          <w:sz w:val="24"/>
        </w:rPr>
        <w:t>They both stared at the screen, but no Martha and no black Jeep appeared.</w:t>
      </w:r>
    </w:p>
    <w:p>
      <w:r>
        <w:rPr>
          <w:rFonts w:ascii="IM Fell English" w:hAnsi="IM Fell English"/>
          <w:color w:val="141414"/>
          <w:sz w:val="24"/>
        </w:rPr>
        <w:t>"That was him, all right," Ken said.</w:t>
      </w:r>
    </w:p>
    <w:p>
      <w:r>
        <w:rPr>
          <w:rFonts w:ascii="IM Fell English" w:hAnsi="IM Fell English"/>
          <w:color w:val="141414"/>
          <w:sz w:val="24"/>
        </w:rPr>
        <w:t>"Who?"</w:t>
      </w:r>
    </w:p>
    <w:p>
      <w:r>
        <w:rPr>
          <w:rFonts w:ascii="IM Fell English" w:hAnsi="IM Fell English"/>
          <w:color w:val="141414"/>
          <w:sz w:val="24"/>
        </w:rPr>
        <w:t>"Harvey Franks. He's the one who has her."</w:t>
      </w:r>
    </w:p>
    <w:p>
      <w:r>
        <w:rPr>
          <w:rFonts w:ascii="IM Fell English" w:hAnsi="IM Fell English"/>
          <w:color w:val="141414"/>
          <w:sz w:val="24"/>
        </w:rPr>
        <w:t>"Can you get the plate?"</w:t>
      </w:r>
    </w:p>
    <w:p>
      <w:r>
        <w:rPr>
          <w:rFonts w:ascii="IM Fell English" w:hAnsi="IM Fell English"/>
          <w:color w:val="141414"/>
          <w:sz w:val="24"/>
        </w:rPr>
        <w:t>She froze the image on the screen, typed a few keys, and the license plate filled the screen.</w:t>
      </w:r>
    </w:p>
    <w:p>
      <w:r>
        <w:rPr>
          <w:rFonts w:ascii="IM Fell English" w:hAnsi="IM Fell English"/>
          <w:color w:val="141414"/>
          <w:sz w:val="24"/>
        </w:rPr>
        <w:t>"Can you give me a copy of the photo?"</w:t>
      </w:r>
    </w:p>
    <w:p>
      <w:r>
        <w:rPr>
          <w:rFonts w:ascii="IM Fell English" w:hAnsi="IM Fell English"/>
          <w:color w:val="141414"/>
          <w:sz w:val="24"/>
        </w:rPr>
        <w:t>"You bet."</w:t>
      </w:r>
    </w:p>
    <w:p>
      <w:r>
        <w:rPr>
          <w:rFonts w:ascii="IM Fell English" w:hAnsi="IM Fell English"/>
          <w:color w:val="141414"/>
          <w:sz w:val="24"/>
        </w:rPr>
        <w:t>She pressed a few more keys, and a printer whirred to life on her right.</w:t>
      </w:r>
    </w:p>
    <w:p>
      <w:r>
        <w:rPr>
          <w:rFonts w:ascii="IM Fell English" w:hAnsi="IM Fell English"/>
          <w:color w:val="141414"/>
          <w:sz w:val="24"/>
        </w:rPr>
        <w:t>"Do you need anything else, Officer Henderson?"</w:t>
      </w:r>
    </w:p>
    <w:p>
      <w:r>
        <w:rPr>
          <w:rFonts w:ascii="IM Fell English" w:hAnsi="IM Fell English"/>
          <w:color w:val="141414"/>
          <w:sz w:val="24"/>
        </w:rPr>
        <w:t>"Ken," he corrected. "Call me Ken. Yes, can you check if that Jeep appears again?"</w:t>
      </w:r>
    </w:p>
    <w:p>
      <w:r>
        <w:rPr>
          <w:rFonts w:ascii="IM Fell English" w:hAnsi="IM Fell English"/>
          <w:color w:val="141414"/>
          <w:sz w:val="24"/>
        </w:rPr>
        <w:t>They watched, but the Jeep didn't reappear for half an hour.</w:t>
      </w:r>
    </w:p>
    <w:p>
      <w:r>
        <w:rPr>
          <w:rFonts w:ascii="IM Fell English" w:hAnsi="IM Fell English"/>
          <w:color w:val="141414"/>
          <w:sz w:val="24"/>
        </w:rPr>
        <w:t>"Sorry, Ken, I don't see it."</w:t>
      </w:r>
    </w:p>
    <w:p>
      <w:r>
        <w:rPr>
          <w:rFonts w:ascii="IM Fell English" w:hAnsi="IM Fell English"/>
          <w:color w:val="141414"/>
          <w:sz w:val="24"/>
        </w:rPr>
        <w:t>"Neither do I."</w:t>
      </w:r>
    </w:p>
    <w:p>
      <w:r>
        <w:rPr>
          <w:rFonts w:ascii="IM Fell English" w:hAnsi="IM Fell English"/>
          <w:color w:val="141414"/>
          <w:sz w:val="24"/>
        </w:rPr>
        <w:t>"I hope she's okay. I'll pray for her."</w:t>
      </w:r>
    </w:p>
    <w:p>
      <w:r>
        <w:rPr>
          <w:rFonts w:ascii="IM Fell English" w:hAnsi="IM Fell English"/>
          <w:color w:val="141414"/>
          <w:sz w:val="24"/>
        </w:rPr>
        <w:t>"Thank you."</w:t>
      </w:r>
    </w:p>
    <w:p>
      <w:r>
        <w:rPr>
          <w:rFonts w:ascii="IM Fell English" w:hAnsi="IM Fell English"/>
          <w:color w:val="141414"/>
          <w:sz w:val="24"/>
        </w:rPr>
        <w:t>"Let me know when you find her."</w:t>
      </w:r>
    </w:p>
    <w:p>
      <w:r>
        <w:rPr>
          <w:rFonts w:ascii="IM Fell English" w:hAnsi="IM Fell English"/>
          <w:color w:val="141414"/>
          <w:sz w:val="24"/>
        </w:rPr>
        <w:t>Ken returned to the station and sent out an APB for the Jeep, including the plate number. He then ran the plate to determine its owner. He sat at his desk, drumming his finger on the desktop. There had to be something he could be doing. He pulled his keys from his pocket and headed for the Chief's office.</w:t>
      </w:r>
    </w:p>
    <w:p>
      <w:r>
        <w:rPr>
          <w:rFonts w:ascii="IM Fell English" w:hAnsi="IM Fell English"/>
          <w:color w:val="141414"/>
          <w:sz w:val="24"/>
        </w:rPr>
        <w:t>"I can't sit here doing nothing. I'm going to drive around and see if I can find that Jeep."</w:t>
      </w:r>
    </w:p>
    <w:p>
      <w:r>
        <w:rPr>
          <w:rFonts w:ascii="IM Fell English" w:hAnsi="IM Fell English"/>
          <w:color w:val="141414"/>
          <w:sz w:val="24"/>
        </w:rPr>
        <w:t>"Take a handheld radio with you in case we hear anything."</w:t>
      </w:r>
    </w:p>
    <w:p>
      <w:r>
        <w:rPr>
          <w:rFonts w:ascii="IM Fell English" w:hAnsi="IM Fell English"/>
          <w:color w:val="141414"/>
          <w:sz w:val="24"/>
        </w:rPr>
        <w:t>"Will do, Chief."</w:t>
      </w:r>
    </w:p>
    <w:p>
      <w:r>
        <w:rPr>
          <w:rFonts w:ascii="IM Fell English" w:hAnsi="IM Fell English"/>
          <w:color w:val="141414"/>
          <w:sz w:val="24"/>
        </w:rPr>
        <w:t>He began driving, systematically searching the streets for the black Jeep.</w:t>
      </w:r>
    </w:p>
    <w:p>
      <w:r>
        <w:rPr>
          <w:rFonts w:ascii="IM Fell English" w:hAnsi="IM Fell English"/>
          <w:color w:val="141414"/>
          <w:sz w:val="24"/>
        </w:rPr>
        <w:t>The radio crackled to life. "Ken, did you find her?" a voice asked.</w:t>
      </w:r>
    </w:p>
    <w:p>
      <w:r>
        <w:rPr>
          <w:rFonts w:ascii="IM Fell English" w:hAnsi="IM Fell English"/>
          <w:color w:val="141414"/>
          <w:sz w:val="24"/>
        </w:rPr>
        <w:t>"No, sorry, but the information on the plate has come back," Ken replied. "It belongs to a Honda registered in Columbus, not a Jeep. No doubt it's stolen; officers are checking it out right now. I'll let you know of any developments."</w:t>
      </w:r>
    </w:p>
    <w:p>
      <w:r>
        <w:rPr>
          <w:rFonts w:ascii="IM Fell English" w:hAnsi="IM Fell English"/>
          <w:color w:val="141414"/>
          <w:sz w:val="24"/>
        </w:rPr>
        <w:t>The radio went dead, and silence filled the car like a smothering blanket.</w:t>
      </w:r>
    </w:p>
    <w:p>
      <w:r>
        <w:rPr>
          <w:rFonts w:ascii="IM Fell English" w:hAnsi="IM Fell English"/>
          <w:color w:val="141414"/>
          <w:sz w:val="24"/>
        </w:rPr>
        <w:t>Martha opened her eyes in a dingy room with peeling blue wallpaper adorned with yellow poppies. She tried to wrench her aching arms free from behind her back. She twisted and pulled, but they would not move. After several tries, she gave up. The pain in her upper biceps was unbearable. She had read that focusing on something else would decrease the pain. It was worth a try. But what to focus on? How to get out of here?</w:t>
      </w:r>
    </w:p>
    <w:p>
      <w:r>
        <w:rPr>
          <w:rFonts w:ascii="IM Fell English" w:hAnsi="IM Fell English"/>
          <w:color w:val="141414"/>
          <w:sz w:val="24"/>
        </w:rPr>
        <w:t>She tried to force her feet apart. It was no good; they were tied together with ropes. She looked around the room. The room contained nothing but a bed. Plywood covered the single window. The door, hinged on the outside, led out of the room. The door to the attached bathroom was gone. The bathroom had been stripped of everything but a toilet.</w:t>
      </w:r>
    </w:p>
    <w:p>
      <w:r>
        <w:rPr>
          <w:rFonts w:ascii="IM Fell English" w:hAnsi="IM Fell English"/>
          <w:color w:val="141414"/>
          <w:sz w:val="24"/>
        </w:rPr>
        <w:t>There was even a hole in the wallboard where a sink had been. The door opened. A tall, bearded man stood framed in the doorway.</w:t>
      </w:r>
    </w:p>
    <w:p>
      <w:r>
        <w:rPr>
          <w:rFonts w:ascii="IM Fell English" w:hAnsi="IM Fell English"/>
          <w:color w:val="141414"/>
          <w:sz w:val="24"/>
        </w:rPr>
        <w:t>"Awake, are we?"</w:t>
      </w:r>
    </w:p>
    <w:p>
      <w:r>
        <w:rPr>
          <w:rFonts w:ascii="IM Fell English" w:hAnsi="IM Fell English"/>
          <w:color w:val="141414"/>
          <w:sz w:val="24"/>
        </w:rPr>
        <w:t>"Yes."</w:t>
      </w:r>
    </w:p>
    <w:p>
      <w:r>
        <w:rPr>
          <w:rFonts w:ascii="IM Fell English" w:hAnsi="IM Fell English"/>
          <w:color w:val="141414"/>
          <w:sz w:val="24"/>
        </w:rPr>
        <w:t>He walked toward her. "Martha, I've been looking forward to meeting you."</w:t>
      </w:r>
    </w:p>
    <w:p>
      <w:r>
        <w:rPr>
          <w:rFonts w:ascii="IM Fell English" w:hAnsi="IM Fell English"/>
          <w:color w:val="141414"/>
          <w:sz w:val="24"/>
        </w:rPr>
        <w:t>"I'm sure you could come up with an easier way, Harvey."</w:t>
      </w:r>
    </w:p>
    <w:p>
      <w:r>
        <w:rPr>
          <w:rFonts w:ascii="IM Fell English" w:hAnsi="IM Fell English"/>
          <w:color w:val="141414"/>
          <w:sz w:val="24"/>
        </w:rPr>
        <w:t>He stopped in mid-stride. "You've been a busy little girl. How did you find my name?"</w:t>
      </w:r>
    </w:p>
    <w:p>
      <w:r>
        <w:rPr>
          <w:rFonts w:ascii="IM Fell English" w:hAnsi="IM Fell English"/>
          <w:color w:val="141414"/>
          <w:sz w:val="24"/>
        </w:rPr>
        <w:t>"Harvey Franks," she said. "That's my secret."</w:t>
      </w:r>
    </w:p>
    <w:p>
      <w:r>
        <w:rPr>
          <w:rFonts w:ascii="IM Fell English" w:hAnsi="IM Fell English"/>
          <w:color w:val="141414"/>
          <w:sz w:val="24"/>
        </w:rPr>
        <w:t>He slid a hunting knife from the sheath fastened to his belt. "I don't like secrets. I've spent my life prying secrets out of people."</w:t>
      </w:r>
    </w:p>
    <w:p>
      <w:r>
        <w:rPr>
          <w:rFonts w:ascii="IM Fell English" w:hAnsi="IM Fell English"/>
          <w:color w:val="141414"/>
          <w:sz w:val="24"/>
        </w:rPr>
        <w:t>"Prying?"</w:t>
      </w:r>
    </w:p>
    <w:p>
      <w:r>
        <w:rPr>
          <w:rFonts w:ascii="IM Fell English" w:hAnsi="IM Fell English"/>
          <w:color w:val="141414"/>
          <w:sz w:val="24"/>
        </w:rPr>
        <w:t>He smiled a crooked smile. "Let's say convincing people to share their secrets with me—at least those who lived through our conversations."</w:t>
      </w:r>
    </w:p>
    <w:p>
      <w:r>
        <w:rPr>
          <w:rFonts w:ascii="IM Fell English" w:hAnsi="IM Fell English"/>
          <w:color w:val="141414"/>
          <w:sz w:val="24"/>
        </w:rPr>
        <w:t>Martha's shoulder muscles tightened as she focused on the razor edge of the blade.</w:t>
      </w:r>
    </w:p>
    <w:p>
      <w:r>
        <w:rPr>
          <w:rFonts w:ascii="IM Fell English" w:hAnsi="IM Fell English"/>
          <w:color w:val="141414"/>
          <w:sz w:val="24"/>
        </w:rPr>
        <w:t>"You like my knife? It's excellent at releasing secrets. Before I leave here, you will beg me to listen to all your secrets."</w:t>
      </w:r>
    </w:p>
    <w:p>
      <w:r>
        <w:rPr>
          <w:rFonts w:ascii="IM Fell English" w:hAnsi="IM Fell English"/>
          <w:color w:val="141414"/>
          <w:sz w:val="24"/>
        </w:rPr>
        <w:t>He waved the knife like a maniacal chef about to carve a roasted turkey. Stepping right over her, he said, "My only question right now is: Do I get the answers to my questions, or do I rape you first? The boss said I could do anything I wanted to you."</w:t>
      </w:r>
    </w:p>
    <w:p>
      <w:r>
        <w:rPr>
          <w:rFonts w:ascii="IM Fell English" w:hAnsi="IM Fell English"/>
          <w:color w:val="141414"/>
          <w:sz w:val="24"/>
        </w:rPr>
        <w:t>She trembled, and the bed shook with her.</w:t>
      </w:r>
    </w:p>
    <w:p>
      <w:r>
        <w:rPr>
          <w:rFonts w:ascii="IM Fell English" w:hAnsi="IM Fell English"/>
          <w:color w:val="141414"/>
          <w:sz w:val="24"/>
        </w:rPr>
        <w:t>He smiled down at her.</w:t>
      </w:r>
    </w:p>
    <w:p>
      <w:r>
        <w:rPr>
          <w:rFonts w:ascii="IM Fell English" w:hAnsi="IM Fell English"/>
          <w:color w:val="141414"/>
          <w:sz w:val="24"/>
        </w:rPr>
        <w:t>A phone rang. He pulled it from his back pocket. "Not now."</w:t>
      </w:r>
    </w:p>
    <w:p>
      <w:r>
        <w:rPr>
          <w:rFonts w:ascii="IM Fell English" w:hAnsi="IM Fell English"/>
          <w:color w:val="141414"/>
          <w:sz w:val="24"/>
        </w:rPr>
        <w:t>He looked at the screen. "Sorry to interrupt our romance, but this is the boss, and the one who pays takes priority."</w:t>
      </w:r>
    </w:p>
    <w:p>
      <w:r>
        <w:rPr>
          <w:rFonts w:ascii="IM Fell English" w:hAnsi="IM Fell English"/>
          <w:color w:val="141414"/>
          <w:sz w:val="24"/>
        </w:rPr>
        <w:t>She listened to the conversation.</w:t>
      </w:r>
    </w:p>
    <w:p>
      <w:r>
        <w:rPr>
          <w:rFonts w:ascii="IM Fell English" w:hAnsi="IM Fell English"/>
          <w:color w:val="141414"/>
          <w:sz w:val="24"/>
        </w:rPr>
        <w:t>"What do you want?" he said into the phone.</w:t>
      </w:r>
    </w:p>
    <w:p>
      <w:r>
        <w:rPr>
          <w:rFonts w:ascii="IM Fell English" w:hAnsi="IM Fell English"/>
          <w:color w:val="141414"/>
          <w:sz w:val="24"/>
        </w:rPr>
        <w:t>There was a pause.</w:t>
      </w:r>
    </w:p>
    <w:p>
      <w:r>
        <w:rPr>
          <w:rFonts w:ascii="IM Fell English" w:hAnsi="IM Fell English"/>
          <w:color w:val="141414"/>
          <w:sz w:val="24"/>
        </w:rPr>
        <w:t>"Now!"</w:t>
      </w:r>
    </w:p>
    <w:p>
      <w:r>
        <w:rPr>
          <w:rFonts w:ascii="IM Fell English" w:hAnsi="IM Fell English"/>
          <w:color w:val="141414"/>
          <w:sz w:val="24"/>
        </w:rPr>
        <w:t>Pause.</w:t>
      </w:r>
    </w:p>
    <w:p>
      <w:r>
        <w:rPr>
          <w:rFonts w:ascii="IM Fell English" w:hAnsi="IM Fell English"/>
          <w:color w:val="141414"/>
          <w:sz w:val="24"/>
        </w:rPr>
        <w:t>"Okay, I'll be there in fifteen minutes. Don't keep me waiting," he said into the phone, then grinned at Martha. "I have exciting plans for this afternoon."</w:t>
      </w:r>
    </w:p>
    <w:p>
      <w:r>
        <w:rPr>
          <w:rFonts w:ascii="IM Fell English" w:hAnsi="IM Fell English"/>
          <w:color w:val="141414"/>
          <w:sz w:val="24"/>
        </w:rPr>
        <w:t>He put away the phone and knife and started for the door.</w:t>
      </w:r>
    </w:p>
    <w:p>
      <w:r>
        <w:rPr>
          <w:rFonts w:ascii="IM Fell English" w:hAnsi="IM Fell English"/>
          <w:color w:val="141414"/>
          <w:sz w:val="24"/>
        </w:rPr>
        <w:t>Martha looked up from the bed. "Could you release me so I can use the restroom?"</w:t>
      </w:r>
    </w:p>
    <w:p>
      <w:r>
        <w:rPr>
          <w:rFonts w:ascii="IM Fell English" w:hAnsi="IM Fell English"/>
          <w:color w:val="141414"/>
          <w:sz w:val="24"/>
        </w:rPr>
        <w:t>He looked around the room. "No way you can get out of here."</w:t>
      </w:r>
    </w:p>
    <w:p>
      <w:r>
        <w:rPr>
          <w:rFonts w:ascii="IM Fell English" w:hAnsi="IM Fell English"/>
          <w:color w:val="141414"/>
          <w:sz w:val="24"/>
        </w:rPr>
        <w:t>He pulled out the knife and sliced through the ropes binding her legs. From his watch pocket, he produced a key. He then placed his hands on her right shoulder, running his fingers down her arm, raking his knuckles over her breasts until he reached her hands. He unlocked a pair of handcuffs and dropped them on the bed.</w:t>
      </w:r>
    </w:p>
    <w:p>
      <w:r>
        <w:rPr>
          <w:rFonts w:ascii="IM Fell English" w:hAnsi="IM Fell English"/>
          <w:color w:val="141414"/>
          <w:sz w:val="24"/>
        </w:rPr>
        <w:t>Standing, he laughed. "Later, babe, we'll pick up where we left off."</w:t>
      </w:r>
    </w:p>
    <w:p>
      <w:r>
        <w:rPr>
          <w:rFonts w:ascii="IM Fell English" w:hAnsi="IM Fell English"/>
          <w:color w:val="141414"/>
          <w:sz w:val="24"/>
        </w:rPr>
        <w:t>He paused in the doorway. "Be a good girl, or I'll be terrible to you."</w:t>
      </w:r>
    </w:p>
    <w:p>
      <w:r>
        <w:rPr>
          <w:rFonts w:ascii="IM Fell English" w:hAnsi="IM Fell English"/>
          <w:color w:val="141414"/>
          <w:sz w:val="24"/>
        </w:rPr>
        <w:t>She heard the door close, followed by the snap of a lock from outside.</w:t>
      </w:r>
    </w:p>
    <w:p>
      <w:r>
        <w:rPr>
          <w:rFonts w:ascii="IM Fell English" w:hAnsi="IM Fell English"/>
          <w:color w:val="141414"/>
          <w:sz w:val="24"/>
        </w:rPr>
        <w:t>She listened as his tires crunched on the gravel and drove away.</w:t>
      </w:r>
    </w:p>
    <w:p>
      <w:r>
        <w:rPr>
          <w:rFonts w:ascii="IM Fell English" w:hAnsi="IM Fell English"/>
          <w:color w:val="141414"/>
          <w:sz w:val="24"/>
        </w:rPr>
        <w:t>Martha got up from the bed and looked around. Plywood covered the window, screwed to the frame with wood screws every six inches. She desperately tried to force her fingertips between the plywood and the frame. Her fingers ached and bled from the effort, but the wood wouldn't budge.</w:t>
      </w:r>
    </w:p>
    <w:p>
      <w:r>
        <w:rPr>
          <w:rFonts w:ascii="IM Fell English" w:hAnsi="IM Fell English"/>
          <w:color w:val="141414"/>
          <w:sz w:val="24"/>
        </w:rPr>
        <w:t>He'd said it would take him fifteen minutes to get to his destination. That meant, with the return trip, she had thirty minutes—half an hour—to get out of this room. If she was still here when he arrived, he'd make good on his threat.</w:t>
      </w:r>
    </w:p>
    <w:p>
      <w:r>
        <w:rPr>
          <w:rFonts w:ascii="IM Fell English" w:hAnsi="IM Fell English"/>
          <w:color w:val="141414"/>
          <w:sz w:val="24"/>
        </w:rPr>
        <w:t>She walked to the restroom. As she feared, it was empty. Capped water pipes protruded from the floor. With bleeding fingers, she tried to twist a pipe loose, grimacing as pain radiated from her fingertips up her arm.</w:t>
      </w:r>
    </w:p>
    <w:p>
      <w:r>
        <w:rPr>
          <w:rFonts w:ascii="IM Fell English" w:hAnsi="IM Fell English"/>
          <w:color w:val="141414"/>
          <w:sz w:val="24"/>
        </w:rPr>
        <w:t>If she couldn't leave the room, perhaps she could fashion a weapon. She took hold of the pipe again, but her hand kept slipping.</w:t>
      </w:r>
    </w:p>
    <w:p>
      <w:r>
        <w:rPr>
          <w:rFonts w:ascii="IM Fell English" w:hAnsi="IM Fell English"/>
          <w:color w:val="141414"/>
          <w:sz w:val="24"/>
        </w:rPr>
        <w:t>She scanned the room, desperate for anything to get a grip on the pipes. Nothing. No shower curtain, no curtain rod, no makeshift tool.</w:t>
      </w:r>
    </w:p>
    <w:p>
      <w:r>
        <w:rPr>
          <w:rFonts w:ascii="IM Fell English" w:hAnsi="IM Fell English"/>
          <w:color w:val="141414"/>
          <w:sz w:val="24"/>
        </w:rPr>
        <w:t>She sank onto the bed and cried.</w:t>
      </w:r>
    </w:p>
    <w:p>
      <w:r>
        <w:rPr>
          <w:rFonts w:ascii="IM Fell English" w:hAnsi="IM Fell English"/>
          <w:color w:val="141414"/>
          <w:sz w:val="24"/>
        </w:rPr>
        <w:t>The bed was an old iron frame with peeling paint. It reminded her of the one she'd slept on at her aunt's house as a child with Mary. They'd once broken the wooden slats by jumping on it, sending the mattress to the floor. Wooden slats. She wondered if this bed had them too. She lifted the mattress and box spring, revealing four wooden slats running across the bed frame.</w:t>
      </w:r>
    </w:p>
    <w:p>
      <w:r>
        <w:rPr>
          <w:rFonts w:ascii="IM Fell English" w:hAnsi="IM Fell English"/>
          <w:color w:val="141414"/>
          <w:sz w:val="24"/>
        </w:rPr>
        <w:t>Could it work? It was her only hope. She pulled one slat from the center of the bed and hid it beside the frame, away from the door. She repositioned two of the remaining slats to support the head of the bed. The last slat she placed at the foot, arranging it so the mattress would collapse to the floor under sufficient weight.</w:t>
      </w:r>
    </w:p>
    <w:p>
      <w:r>
        <w:rPr>
          <w:rFonts w:ascii="IM Fell English" w:hAnsi="IM Fell English"/>
          <w:color w:val="141414"/>
          <w:sz w:val="24"/>
        </w:rPr>
        <w:t>She heard the crunch of gravel outside. She settled on the bed and waited.</w:t>
      </w:r>
    </w:p>
    <w:p>
      <w:r>
        <w:rPr>
          <w:rFonts w:ascii="IM Fell English" w:hAnsi="IM Fell English"/>
          <w:color w:val="141414"/>
          <w:sz w:val="24"/>
        </w:rPr>
        <w:t>The bedroom door opened, and Harvey Franks stepped in, walking toward her.</w:t>
      </w:r>
    </w:p>
    <w:p>
      <w:pPr>
        <w:pStyle w:val="Heading1"/>
        <w:jc w:val="center"/>
      </w:pPr>
      <w:r>
        <w:rPr>
          <w:rFonts w:ascii="IM Fell English" w:hAnsi="IM Fell English"/>
          <w:color w:val="0D0D0D"/>
        </w:rPr>
        <w:t>Chapter 30</w:t>
      </w:r>
    </w:p>
    <w:p>
      <w:r>
        <w:rPr>
          <w:rFonts w:ascii="IM Fell English" w:hAnsi="IM Fell English"/>
          <w:color w:val="141414"/>
          <w:sz w:val="24"/>
        </w:rPr>
        <w:t>Ken rushed into the Chief's office. She rose from her desk and walked over to him.</w:t>
      </w:r>
    </w:p>
    <w:p>
      <w:r>
        <w:rPr>
          <w:rFonts w:ascii="IM Fell English" w:hAnsi="IM Fell English"/>
          <w:color w:val="141414"/>
          <w:sz w:val="24"/>
        </w:rPr>
        <w:t>"Have you heard anything yet?" Ken asked.</w:t>
      </w:r>
    </w:p>
    <w:p>
      <w:r>
        <w:rPr>
          <w:rFonts w:ascii="IM Fell English" w:hAnsi="IM Fell English"/>
          <w:color w:val="141414"/>
          <w:sz w:val="24"/>
        </w:rPr>
        <w:t>"Nothing," she replied. "Every unit is out, pursuing every lead. We won't leave a single stone unturned. We will find her."</w:t>
      </w:r>
    </w:p>
    <w:p>
      <w:r>
        <w:rPr>
          <w:rFonts w:ascii="IM Fell English" w:hAnsi="IM Fell English"/>
          <w:color w:val="141414"/>
          <w:sz w:val="24"/>
        </w:rPr>
        <w:t>She sounded positive, but the lines on her face told another story.</w:t>
      </w:r>
    </w:p>
    <w:p>
      <w:r>
        <w:rPr>
          <w:rFonts w:ascii="IM Fell English" w:hAnsi="IM Fell English"/>
          <w:color w:val="141414"/>
          <w:sz w:val="24"/>
        </w:rPr>
        <w:t>"Is there anything else I need to know?" Ken asked.</w:t>
      </w:r>
    </w:p>
    <w:p>
      <w:r>
        <w:rPr>
          <w:rFonts w:ascii="IM Fell English" w:hAnsi="IM Fell English"/>
          <w:color w:val="141414"/>
          <w:sz w:val="24"/>
        </w:rPr>
        <w:t>"Yes, Rachelle from Ballistics called. She needs to see you immediately."</w:t>
      </w:r>
    </w:p>
    <w:p>
      <w:r>
        <w:rPr>
          <w:rFonts w:ascii="IM Fell English" w:hAnsi="IM Fell English"/>
          <w:color w:val="141414"/>
          <w:sz w:val="24"/>
        </w:rPr>
        <w:t>Ken hurried to his car and drove three blocks to the new Ballistics Laboratory on the edge of town. He burst through the door and was met by a veteran worker.</w:t>
      </w:r>
    </w:p>
    <w:p>
      <w:r>
        <w:rPr>
          <w:rFonts w:ascii="IM Fell English" w:hAnsi="IM Fell English"/>
          <w:color w:val="141414"/>
          <w:sz w:val="24"/>
        </w:rPr>
        <w:t>"What's up, Ken?"</w:t>
      </w:r>
    </w:p>
    <w:p>
      <w:r>
        <w:rPr>
          <w:rFonts w:ascii="IM Fell English" w:hAnsi="IM Fell English"/>
          <w:color w:val="141414"/>
          <w:sz w:val="24"/>
        </w:rPr>
        <w:t>"Rachelle called for me. Do you know what's going on?"</w:t>
      </w:r>
    </w:p>
    <w:p>
      <w:r>
        <w:rPr>
          <w:rFonts w:ascii="IM Fell English" w:hAnsi="IM Fell English"/>
          <w:color w:val="141414"/>
          <w:sz w:val="24"/>
        </w:rPr>
        <w:t>"No, but she's down the hall in her office. Go on down."</w:t>
      </w:r>
    </w:p>
    <w:p>
      <w:r>
        <w:rPr>
          <w:rFonts w:ascii="IM Fell English" w:hAnsi="IM Fell English"/>
          <w:color w:val="141414"/>
          <w:sz w:val="24"/>
        </w:rPr>
        <w:t>Ken walked down the new building's hallway and came to a hollow-core door marked 'Ballistics'.</w:t>
      </w:r>
    </w:p>
    <w:p>
      <w:r>
        <w:rPr>
          <w:rFonts w:ascii="IM Fell English" w:hAnsi="IM Fell English"/>
          <w:color w:val="141414"/>
          <w:sz w:val="24"/>
        </w:rPr>
        <w:t>Rachelle sat at her desk, her glasses pushed up on her head as she read a file. Ken guessed Rachelle was in her forties, with black hair and fine silver highlights.</w:t>
      </w:r>
    </w:p>
    <w:p>
      <w:r>
        <w:rPr>
          <w:rFonts w:ascii="IM Fell English" w:hAnsi="IM Fell English"/>
          <w:color w:val="141414"/>
          <w:sz w:val="24"/>
        </w:rPr>
        <w:t>"Rachelle, it's Ken Henderson. Do you have a minute for me?"</w:t>
      </w:r>
    </w:p>
    <w:p>
      <w:r>
        <w:rPr>
          <w:rFonts w:ascii="IM Fell English" w:hAnsi="IM Fell English"/>
          <w:color w:val="141414"/>
          <w:sz w:val="24"/>
        </w:rPr>
        <w:t>She set down the papers, smiled, and pulled a red folder from her inbox. Opening it, she handed it to him.</w:t>
      </w:r>
    </w:p>
    <w:p>
      <w:r>
        <w:rPr>
          <w:rFonts w:ascii="IM Fell English" w:hAnsi="IM Fell English"/>
          <w:color w:val="141414"/>
          <w:sz w:val="24"/>
        </w:rPr>
        <w:t>He read. "Are you sure?"</w:t>
      </w:r>
    </w:p>
    <w:p>
      <w:r>
        <w:rPr>
          <w:rFonts w:ascii="IM Fell English" w:hAnsi="IM Fell English"/>
          <w:color w:val="141414"/>
          <w:sz w:val="24"/>
        </w:rPr>
        <w:t>"I ran the test twice. The same type of gun was used in the homicides of Reverend Thomas, Billy, and now Detective Malroy. The shooter used a different barrel, but the cartridges all had the same firing pin marks. And the same pattern: three rounds in the chest."</w:t>
      </w:r>
    </w:p>
    <w:p>
      <w:r>
        <w:rPr>
          <w:rFonts w:ascii="IM Fell English" w:hAnsi="IM Fell English"/>
          <w:color w:val="141414"/>
          <w:sz w:val="24"/>
        </w:rPr>
        <w:t>"Same shooter. So, they're connected."</w:t>
      </w:r>
    </w:p>
    <w:p>
      <w:r>
        <w:rPr>
          <w:rFonts w:ascii="IM Fell English" w:hAnsi="IM Fell English"/>
          <w:color w:val="141414"/>
          <w:sz w:val="24"/>
        </w:rPr>
        <w:t>"That's what it looks like," she said.</w:t>
      </w:r>
    </w:p>
    <w:p>
      <w:r>
        <w:rPr>
          <w:rFonts w:ascii="IM Fell English" w:hAnsi="IM Fell English"/>
          <w:color w:val="141414"/>
          <w:sz w:val="24"/>
        </w:rPr>
        <w:t>"You know, this changes everything. We're now looking for a serial killer. How do you think they're connected?"</w:t>
      </w:r>
    </w:p>
    <w:p>
      <w:r>
        <w:rPr>
          <w:rFonts w:ascii="IM Fell English" w:hAnsi="IM Fell English"/>
          <w:color w:val="141414"/>
          <w:sz w:val="24"/>
        </w:rPr>
        <w:t>"That's your job. I'm not a detective—I'm a ballistics expert. I've done my job. Now you need to do yours."</w:t>
      </w:r>
    </w:p>
    <w:p>
      <w:r>
        <w:rPr>
          <w:rFonts w:ascii="IM Fell English" w:hAnsi="IM Fell English"/>
          <w:color w:val="141414"/>
          <w:sz w:val="24"/>
        </w:rPr>
        <w:t>"We need to look for something that connects them," Ken said. "Since Jerry was the first victim, his case is clearly the primary lead we need to investigate."</w:t>
      </w:r>
    </w:p>
    <w:p>
      <w:r>
        <w:rPr>
          <w:rFonts w:ascii="IM Fell English" w:hAnsi="IM Fell English"/>
          <w:color w:val="141414"/>
          <w:sz w:val="24"/>
        </w:rPr>
        <w:t>Rachelle paused. "Have you heard anything about Martha?"</w:t>
      </w:r>
    </w:p>
    <w:p>
      <w:r>
        <w:rPr>
          <w:rFonts w:ascii="IM Fell English" w:hAnsi="IM Fell English"/>
          <w:color w:val="141414"/>
          <w:sz w:val="24"/>
        </w:rPr>
        <w:t>Ken rubbed his hand across his brow. "No, but the Chief says everyone is out looking for her, and I'm heading back out myself. The only description we have is a black Jeep."</w:t>
      </w:r>
    </w:p>
    <w:p>
      <w:r>
        <w:rPr>
          <w:rFonts w:ascii="IM Fell English" w:hAnsi="IM Fell English"/>
          <w:color w:val="141414"/>
          <w:sz w:val="24"/>
        </w:rPr>
        <w:t>Rachelle smiled. "Well, keep me informed. You have my number. Please call me if there's anything I can do to help."</w:t>
      </w:r>
    </w:p>
    <w:p>
      <w:r>
        <w:rPr>
          <w:rFonts w:ascii="IM Fell English" w:hAnsi="IM Fell English"/>
          <w:color w:val="141414"/>
          <w:sz w:val="24"/>
        </w:rPr>
        <w:t>Ken drove back toward the police station.</w:t>
      </w:r>
    </w:p>
    <w:p>
      <w:r>
        <w:rPr>
          <w:rFonts w:ascii="IM Fell English" w:hAnsi="IM Fell English"/>
          <w:color w:val="141414"/>
          <w:sz w:val="24"/>
        </w:rPr>
        <w:t>Ken went into the break room, dropped a couple of quarters into the coffee machine and purchased a large black coffee. Sally came around the corner. "Would you also like a cup?" he asked.</w:t>
      </w:r>
    </w:p>
    <w:p>
      <w:r>
        <w:rPr>
          <w:rFonts w:ascii="IM Fell English" w:hAnsi="IM Fell English"/>
          <w:color w:val="141414"/>
          <w:sz w:val="24"/>
        </w:rPr>
        <w:t>"Yes, if you don't mind," she said, sitting down at a table. "Have you heard anything about Martha yet?"</w:t>
      </w:r>
    </w:p>
    <w:p>
      <w:r>
        <w:rPr>
          <w:rFonts w:ascii="IM Fell English" w:hAnsi="IM Fell English"/>
          <w:color w:val="141414"/>
          <w:sz w:val="24"/>
        </w:rPr>
        <w:t>"No, but the Chief has assured me everything is being done."</w:t>
      </w:r>
    </w:p>
    <w:p>
      <w:r>
        <w:rPr>
          <w:rFonts w:ascii="IM Fell English" w:hAnsi="IM Fell English"/>
          <w:color w:val="141414"/>
          <w:sz w:val="24"/>
        </w:rPr>
        <w:t>"I'm sure the Chief is doing everything she can. I know that all the units are looking for that Jeep. It's only a matter of time, right?"</w:t>
      </w:r>
    </w:p>
    <w:p>
      <w:r>
        <w:rPr>
          <w:rFonts w:ascii="IM Fell English" w:hAnsi="IM Fell English"/>
          <w:color w:val="141414"/>
          <w:sz w:val="24"/>
        </w:rPr>
        <w:t>"Yes, but time we don't have."</w:t>
      </w:r>
    </w:p>
    <w:p>
      <w:r>
        <w:rPr>
          <w:rFonts w:ascii="IM Fell English" w:hAnsi="IM Fell English"/>
          <w:color w:val="141414"/>
          <w:sz w:val="24"/>
        </w:rPr>
        <w:t>The Chief burst into the cafeteria. "Ken, I'm glad I caught you. The State Patrol just called and said they'd located Martha's phone. Martha had just turned it on."</w:t>
      </w:r>
    </w:p>
    <w:p>
      <w:r>
        <w:rPr>
          <w:rFonts w:ascii="IM Fell English" w:hAnsi="IM Fell English"/>
          <w:color w:val="141414"/>
          <w:sz w:val="24"/>
        </w:rPr>
        <w:t>Ken, the Chief, and Sally went into her office. She picked up the phone from her desk and punched the speakerphone button. A voice came through the speaker.</w:t>
      </w:r>
    </w:p>
    <w:p>
      <w:r>
        <w:rPr>
          <w:rFonts w:ascii="IM Fell English" w:hAnsi="IM Fell English"/>
          <w:color w:val="141414"/>
          <w:sz w:val="24"/>
        </w:rPr>
        <w:t>"This is Patrolman Michael. As I told your Chief, we've located Martha's phone. It was just activated a few minutes ago. We triangulated its signal, placing it at McDonald's just off Highway 35. She's now driving down U.S. 35 North."</w:t>
      </w:r>
    </w:p>
    <w:p>
      <w:r>
        <w:rPr>
          <w:rFonts w:ascii="IM Fell English" w:hAnsi="IM Fell English"/>
          <w:color w:val="141414"/>
          <w:sz w:val="24"/>
        </w:rPr>
        <w:t>They hurried to their vehicles and headed for U.S. 35 North. They came up behind a black Jeep traveling 55 miles an hour. Ken turned on his lights, and the Jeep edged to the side of the road. Ken and the Chief got out of their cars and walked toward the black Jeep.</w:t>
      </w:r>
    </w:p>
    <w:p>
      <w:r>
        <w:rPr>
          <w:rFonts w:ascii="IM Fell English" w:hAnsi="IM Fell English"/>
          <w:color w:val="141414"/>
          <w:sz w:val="24"/>
        </w:rPr>
        <w:t>Ken drew his Glock and aimed at the tinted driver's side window. "Driver, roll down your window and place both your hands outside where I can see them!"</w:t>
      </w:r>
    </w:p>
    <w:p>
      <w:r>
        <w:rPr>
          <w:rFonts w:ascii="IM Fell English" w:hAnsi="IM Fell English"/>
          <w:color w:val="141414"/>
          <w:sz w:val="24"/>
        </w:rPr>
        <w:t>The Jeep window lowered, revealing two ancient, very wrinkled, and shaky hands. Looking down his sights, Ken realized he was pointing his pistol at one of Brownsville's older adults.</w:t>
      </w:r>
    </w:p>
    <w:p>
      <w:r>
        <w:rPr>
          <w:rFonts w:ascii="IM Fell English" w:hAnsi="IM Fell English"/>
          <w:color w:val="141414"/>
          <w:sz w:val="24"/>
        </w:rPr>
        <w:t>He holstered his weapon. "Miss, please step out of the vehicle."</w:t>
      </w:r>
    </w:p>
    <w:p>
      <w:r>
        <w:rPr>
          <w:rFonts w:ascii="IM Fell English" w:hAnsi="IM Fell English"/>
          <w:color w:val="141414"/>
          <w:sz w:val="24"/>
        </w:rPr>
        <w:t>"Yes, Officer. What did I do? I just went to McDonald's for a Big Mac. It's my only real vice. I know the doctor doesn't want me to do it, but I never dreamed he'd call the police."</w:t>
      </w:r>
    </w:p>
    <w:p>
      <w:r>
        <w:rPr>
          <w:rFonts w:ascii="IM Fell English" w:hAnsi="IM Fell English"/>
          <w:color w:val="141414"/>
          <w:sz w:val="24"/>
        </w:rPr>
        <w:t>The Chief put her arms around the distraught woman and led her back to her car, placing her in the back seat. Just then, the State Patrol arrived as backup, and one officer said, "I thought we were picking up a serial killer, and instead, we apprehended Granny Smith."</w:t>
      </w:r>
    </w:p>
    <w:p>
      <w:r>
        <w:rPr>
          <w:rFonts w:ascii="IM Fell English" w:hAnsi="IM Fell English"/>
          <w:color w:val="141414"/>
          <w:sz w:val="24"/>
        </w:rPr>
        <w:t>"But Martha's phone has to be here somewhere," Ken said. He took his phone out of his pocket and dialed her number. They heard a faint ringing.</w:t>
      </w:r>
    </w:p>
    <w:p>
      <w:r>
        <w:rPr>
          <w:rFonts w:ascii="IM Fell English" w:hAnsi="IM Fell English"/>
          <w:color w:val="141414"/>
          <w:sz w:val="24"/>
        </w:rPr>
        <w:t>"It's coming from the rear of the Jeep," Ken said.</w:t>
      </w:r>
    </w:p>
    <w:p>
      <w:r>
        <w:rPr>
          <w:rFonts w:ascii="IM Fell English" w:hAnsi="IM Fell English"/>
          <w:color w:val="141414"/>
          <w:sz w:val="24"/>
        </w:rPr>
        <w:t>He walked toward the back of the vehicle. The ringing grew louder and louder. He climbed underneath and found the phone wedged between the gas tank and the vehicle's body.</w:t>
      </w:r>
    </w:p>
    <w:p>
      <w:r>
        <w:rPr>
          <w:rFonts w:ascii="IM Fell English" w:hAnsi="IM Fell English"/>
          <w:color w:val="141414"/>
          <w:sz w:val="24"/>
        </w:rPr>
        <w:t>"It was just a distraction!"</w:t>
      </w:r>
    </w:p>
    <w:p>
      <w:pPr>
        <w:pStyle w:val="Heading1"/>
        <w:jc w:val="center"/>
      </w:pPr>
      <w:r>
        <w:rPr>
          <w:rFonts w:ascii="IM Fell English" w:hAnsi="IM Fell English"/>
          <w:color w:val="0D0D0D"/>
        </w:rPr>
        <w:t>Chapter 31</w:t>
      </w:r>
    </w:p>
    <w:p>
      <w:r>
        <w:rPr>
          <w:rFonts w:ascii="IM Fell English" w:hAnsi="IM Fell English"/>
          <w:color w:val="141414"/>
          <w:sz w:val="24"/>
        </w:rPr>
        <w:t>Martha heard the crunch of gravel in the driveway outside the house. She tried to lie perfectly still, waiting for Harvey to come back. She didn't want the bed to collapse prematurely. She didn't have to wait long. She heard the lock on the bedroom door click open, and then his bulky figure filled the doorframe. His eyes scanned her body from head to toe as he walked toward her with a crooked smile.</w:t>
      </w:r>
    </w:p>
    <w:p>
      <w:r>
        <w:rPr>
          <w:rFonts w:ascii="IM Fell English" w:hAnsi="IM Fell English"/>
          <w:color w:val="141414"/>
          <w:sz w:val="24"/>
        </w:rPr>
        <w:t xml:space="preserve">Martha shook uncontrollably. </w:t>
      </w:r>
      <w:r>
        <w:rPr>
          <w:rFonts w:ascii="IM Fell English" w:hAnsi="IM Fell English"/>
          <w:i/>
          <w:color w:val="141414"/>
          <w:sz w:val="24"/>
        </w:rPr>
        <w:t>Oh God, don't let the bed fall yet, not until he's on it.</w:t>
      </w:r>
    </w:p>
    <w:p>
      <w:r>
        <w:rPr>
          <w:rFonts w:ascii="IM Fell English" w:hAnsi="IM Fell English"/>
          <w:color w:val="141414"/>
          <w:sz w:val="24"/>
        </w:rPr>
        <w:t>"Are you trembling because you're afraid or because you're excited? Either is good for me."</w:t>
      </w:r>
    </w:p>
    <w:p>
      <w:r>
        <w:rPr>
          <w:rFonts w:ascii="IM Fell English" w:hAnsi="IM Fell English"/>
          <w:color w:val="141414"/>
          <w:sz w:val="24"/>
        </w:rPr>
        <w:t>He came to the edge of the bed, sat down, and reached across her trembling body. He unbuttoned the first button of her blouse as she waited for the bed to fall.</w:t>
      </w:r>
    </w:p>
    <w:p>
      <w:r>
        <w:rPr>
          <w:rFonts w:ascii="IM Fell English" w:hAnsi="IM Fell English"/>
          <w:color w:val="141414"/>
          <w:sz w:val="24"/>
        </w:rPr>
        <w:t>"So, you've decided I won't need this," he said, his hand resting on the handle of the knife at his belt. He unbuttoned the second button on her blouse.</w:t>
      </w:r>
    </w:p>
    <w:p>
      <w:r>
        <w:rPr>
          <w:rFonts w:ascii="IM Fell English" w:hAnsi="IM Fell English"/>
          <w:i/>
          <w:color w:val="141414"/>
          <w:sz w:val="24"/>
        </w:rPr>
        <w:t>Fall, bed. Why hasn't it fallen?</w:t>
      </w:r>
      <w:r>
        <w:rPr>
          <w:rFonts w:ascii="IM Fell English" w:hAnsi="IM Fell English"/>
          <w:color w:val="141414"/>
          <w:sz w:val="24"/>
        </w:rPr>
        <w:t xml:space="preserve"> His full weight was already on it.</w:t>
      </w:r>
    </w:p>
    <w:p>
      <w:r>
        <w:rPr>
          <w:rFonts w:ascii="IM Fell English" w:hAnsi="IM Fell English"/>
          <w:color w:val="141414"/>
          <w:sz w:val="24"/>
        </w:rPr>
        <w:t>She rocked her head violently, screaming, "No, no, no!"</w:t>
      </w:r>
    </w:p>
    <w:p>
      <w:r>
        <w:rPr>
          <w:rFonts w:ascii="IM Fell English" w:hAnsi="IM Fell English"/>
          <w:color w:val="141414"/>
          <w:sz w:val="24"/>
        </w:rPr>
        <w:t>He just laughed at her distress, and despite her struggles, he unbuttoned the third button on her blouse.</w:t>
      </w:r>
    </w:p>
    <w:p>
      <w:r>
        <w:rPr>
          <w:rFonts w:ascii="IM Fell English" w:hAnsi="IM Fell English"/>
          <w:color w:val="141414"/>
          <w:sz w:val="24"/>
        </w:rPr>
        <w:t>Just then, the bed collapsed. He tumbled toward the foot of the bed. She reached over, snatched the 1x3 wooden slat she had hidden beside the bed, and brought it down as hard as she could on his head. A horrible thud filled the room. He reared up like a wounded bear, his face turning bright red, eyes bulging. Then he dropped on top of her.</w:t>
      </w:r>
    </w:p>
    <w:p>
      <w:r>
        <w:rPr>
          <w:rFonts w:ascii="IM Fell English" w:hAnsi="IM Fell English"/>
          <w:color w:val="141414"/>
          <w:sz w:val="24"/>
        </w:rPr>
        <w:t xml:space="preserve">She wiggled free from his heavy weight. Standing, she saw a deep gash on the crown of his head. She handcuffed his arms behind his back, then tied his feet together, winding the rope tightly around his ankles. She rooted through his pockets until she found the key fob to the vehicle parked outside. She glanced back one last time. He was bleeding profusely from his head. </w:t>
      </w:r>
      <w:r>
        <w:rPr>
          <w:rFonts w:ascii="IM Fell English" w:hAnsi="IM Fell English"/>
          <w:i/>
          <w:color w:val="141414"/>
          <w:sz w:val="24"/>
        </w:rPr>
        <w:t>I can't leave him like that.</w:t>
      </w:r>
    </w:p>
    <w:p>
      <w:r>
        <w:rPr>
          <w:rFonts w:ascii="IM Fell English" w:hAnsi="IM Fell English"/>
          <w:color w:val="141414"/>
          <w:sz w:val="24"/>
        </w:rPr>
        <w:t>She went into the kitchen, looking for towels. She found a few small dishtowels, but nothing big enough for what she needed. She searched the rest of the house, finding a bathroom where bath towels were stored in the closet. She took one of the larger towels back to her former prison and wrapped it tightly around his head, tying it in place to slow the bleeding.</w:t>
      </w:r>
    </w:p>
    <w:p>
      <w:r>
        <w:rPr>
          <w:rFonts w:ascii="IM Fell English" w:hAnsi="IM Fell English"/>
          <w:color w:val="141414"/>
          <w:sz w:val="24"/>
        </w:rPr>
        <w:t>As she left the bedroom, she glanced back and said, "I'll send some help back for you."</w:t>
      </w:r>
    </w:p>
    <w:p>
      <w:r>
        <w:rPr>
          <w:rFonts w:ascii="IM Fell English" w:hAnsi="IM Fell English"/>
          <w:color w:val="141414"/>
          <w:sz w:val="24"/>
        </w:rPr>
        <w:t>Afraid that time was running out, she made her way outside. Spotting the black Jeep, she pushed the button on the key fob and heard the doors unlock. She got inside, turned the key, and the vehicle roared to life. She put it in gear and drove out. As she reached the end of the driveway, she hesitated.</w:t>
      </w:r>
    </w:p>
    <w:p>
      <w:r>
        <w:rPr>
          <w:rFonts w:ascii="IM Fell English" w:hAnsi="IM Fell English"/>
          <w:i/>
          <w:color w:val="141414"/>
          <w:sz w:val="24"/>
        </w:rPr>
        <w:t>Do I go left or right?</w:t>
      </w:r>
    </w:p>
    <w:p>
      <w:r>
        <w:rPr>
          <w:rFonts w:ascii="IM Fell English" w:hAnsi="IM Fell English"/>
          <w:color w:val="141414"/>
          <w:sz w:val="24"/>
        </w:rPr>
        <w:t>She waited for just a second, knowing time was of the essence.</w:t>
      </w:r>
    </w:p>
    <w:p>
      <w:r>
        <w:rPr>
          <w:rFonts w:ascii="IM Fell English" w:hAnsi="IM Fell English"/>
          <w:i/>
          <w:color w:val="141414"/>
          <w:sz w:val="24"/>
        </w:rPr>
        <w:t>"I'll go right.</w:t>
      </w:r>
      <w:r>
        <w:rPr>
          <w:rFonts w:ascii="IM Fell English" w:hAnsi="IM Fell English"/>
          <w:color w:val="141414"/>
          <w:sz w:val="24"/>
        </w:rPr>
        <w:t>" She turned right, unsure of her destination and hoping to avoid the boss. As she drove, she noticed the voice recognition button on the steering wheel.</w:t>
      </w:r>
    </w:p>
    <w:p>
      <w:r>
        <w:rPr>
          <w:rFonts w:ascii="IM Fell English" w:hAnsi="IM Fell English"/>
          <w:color w:val="141414"/>
          <w:sz w:val="24"/>
        </w:rPr>
        <w:t>She pushed it. A sweet feminine voice came through the speakers: "How can I help you?"</w:t>
      </w:r>
    </w:p>
    <w:p>
      <w:r>
        <w:rPr>
          <w:rFonts w:ascii="IM Fell English" w:hAnsi="IM Fell English"/>
          <w:color w:val="141414"/>
          <w:sz w:val="24"/>
        </w:rPr>
        <w:t>She said, "Directions to Brownsville Police Department."</w:t>
      </w:r>
    </w:p>
    <w:p>
      <w:r>
        <w:rPr>
          <w:rFonts w:ascii="IM Fell English" w:hAnsi="IM Fell English"/>
          <w:color w:val="141414"/>
          <w:sz w:val="24"/>
        </w:rPr>
        <w:t>The voice responded, "It's twenty-five minutes to your destination." Suddenly, the screen in the middle of the dashboard filled with a map.</w:t>
      </w:r>
    </w:p>
    <w:p>
      <w:r>
        <w:rPr>
          <w:rFonts w:ascii="IM Fell English" w:hAnsi="IM Fell English"/>
          <w:color w:val="141414"/>
          <w:sz w:val="24"/>
        </w:rPr>
        <w:t>She followed the directions, arriving at the police department twenty-five minutes later. Ken saw her across the office and rushed to her, pulling her close in his arms. He held her so tightly she felt the warmth of his body. For the first time in a long time, she felt</w:t>
      </w:r>
    </w:p>
    <w:p>
      <w:r>
        <w:rPr>
          <w:rFonts w:ascii="IM Fell English" w:hAnsi="IM Fell English"/>
          <w:color w:val="141414"/>
          <w:sz w:val="24"/>
        </w:rPr>
        <w:t>safe, reveling in his strength.</w:t>
      </w:r>
    </w:p>
    <w:p>
      <w:r>
        <w:rPr>
          <w:rFonts w:ascii="IM Fell English" w:hAnsi="IM Fell English"/>
          <w:color w:val="141414"/>
          <w:sz w:val="24"/>
        </w:rPr>
        <w:t>She explained to the chief where and how she had left Harvey Frank.</w:t>
      </w:r>
    </w:p>
    <w:p>
      <w:r>
        <w:rPr>
          <w:rFonts w:ascii="IM Fell English" w:hAnsi="IM Fell English"/>
          <w:color w:val="141414"/>
          <w:sz w:val="24"/>
        </w:rPr>
        <w:t>"I put him in cuffs. His ankles were tied with rope, and he had a major head wound. You need to get an ambulance there as soon as possible."</w:t>
      </w:r>
    </w:p>
    <w:p>
      <w:r>
        <w:rPr>
          <w:rFonts w:ascii="IM Fell English" w:hAnsi="IM Fell English"/>
          <w:color w:val="141414"/>
          <w:sz w:val="24"/>
        </w:rPr>
        <w:t>Ken stayed with her while the Chief and Sally went to the house Martha had described. Thirty minutes later, the Chief returned to the office and walked over to Martha.</w:t>
      </w:r>
    </w:p>
    <w:p>
      <w:r>
        <w:rPr>
          <w:rFonts w:ascii="IM Fell English" w:hAnsi="IM Fell English"/>
          <w:color w:val="141414"/>
          <w:sz w:val="24"/>
        </w:rPr>
        <w:t>"Tell me again how you left him," the Chief said.</w:t>
      </w:r>
    </w:p>
    <w:p>
      <w:r>
        <w:rPr>
          <w:rFonts w:ascii="IM Fell English" w:hAnsi="IM Fell English"/>
          <w:color w:val="141414"/>
          <w:sz w:val="24"/>
        </w:rPr>
        <w:t>"Like I said, he was handcuffed, tied up, and he had a wound on his head."</w:t>
      </w:r>
    </w:p>
    <w:p>
      <w:r>
        <w:rPr>
          <w:rFonts w:ascii="IM Fell English" w:hAnsi="IM Fell English"/>
          <w:color w:val="141414"/>
          <w:sz w:val="24"/>
        </w:rPr>
        <w:t>"We found him just like you said. Almost." Martha's stomach dropped.</w:t>
      </w:r>
    </w:p>
    <w:p>
      <w:r>
        <w:rPr>
          <w:rFonts w:ascii="IM Fell English" w:hAnsi="IM Fell English"/>
          <w:color w:val="141414"/>
          <w:sz w:val="24"/>
        </w:rPr>
        <w:t>"Almost?"</w:t>
      </w:r>
    </w:p>
    <w:p>
      <w:r>
        <w:rPr>
          <w:rFonts w:ascii="IM Fell English" w:hAnsi="IM Fell English"/>
          <w:color w:val="141414"/>
          <w:sz w:val="24"/>
        </w:rPr>
        <w:t>"He was on a broken bed, handcuffed, and his feet were tied. He had a major wound on his head, like you said. But there were three bullet holes in his chest."</w:t>
      </w:r>
    </w:p>
    <w:p>
      <w:r>
        <w:rPr>
          <w:rFonts w:ascii="IM Fell English" w:hAnsi="IM Fell English"/>
          <w:color w:val="141414"/>
          <w:sz w:val="24"/>
        </w:rPr>
        <w:t>"I didn't kill him."</w:t>
      </w:r>
    </w:p>
    <w:p>
      <w:r>
        <w:rPr>
          <w:rFonts w:ascii="IM Fell English" w:hAnsi="IM Fell English"/>
          <w:color w:val="141414"/>
          <w:sz w:val="24"/>
        </w:rPr>
        <w:t>"So, he was alive when you left?"</w:t>
      </w:r>
    </w:p>
    <w:p>
      <w:r>
        <w:rPr>
          <w:rFonts w:ascii="IM Fell English" w:hAnsi="IM Fell English"/>
          <w:color w:val="141414"/>
          <w:sz w:val="24"/>
        </w:rPr>
        <w:t>"He was alive and breathing, though wounded."</w:t>
      </w:r>
    </w:p>
    <w:p>
      <w:r>
        <w:rPr>
          <w:rFonts w:ascii="IM Fell English" w:hAnsi="IM Fell English"/>
          <w:color w:val="141414"/>
          <w:sz w:val="24"/>
        </w:rPr>
        <w:t>"Martha, we're going to protect you until we figure out what's going on. Somebody wants you out of the picture."</w:t>
      </w:r>
    </w:p>
    <w:p>
      <w:r>
        <w:rPr>
          <w:rFonts w:ascii="IM Fell English" w:hAnsi="IM Fell English"/>
          <w:color w:val="141414"/>
          <w:sz w:val="24"/>
        </w:rPr>
        <w:t>Ken agreed to take Martha home. As they drove, he said, "The Chief told me to stay with you no matter what."</w:t>
      </w:r>
    </w:p>
    <w:p>
      <w:r>
        <w:rPr>
          <w:rFonts w:ascii="IM Fell English" w:hAnsi="IM Fell English"/>
          <w:color w:val="141414"/>
          <w:sz w:val="24"/>
        </w:rPr>
        <w:t>"I hope that won't interfere with everything else you're doing."</w:t>
      </w:r>
    </w:p>
    <w:p>
      <w:r>
        <w:rPr>
          <w:rFonts w:ascii="IM Fell English" w:hAnsi="IM Fell English"/>
          <w:color w:val="141414"/>
          <w:sz w:val="24"/>
        </w:rPr>
        <w:t>Martha knew her voice was trembling, but she couldn't control it, overwhelmed by how frightened she felt. As they drove along, a car beside them honked, and Martha jumped.</w:t>
      </w:r>
    </w:p>
    <w:p>
      <w:r>
        <w:rPr>
          <w:rFonts w:ascii="IM Fell English" w:hAnsi="IM Fell English"/>
          <w:color w:val="141414"/>
          <w:sz w:val="24"/>
        </w:rPr>
        <w:t>"Are you okay?" Ken asked.</w:t>
      </w:r>
    </w:p>
    <w:p>
      <w:r>
        <w:rPr>
          <w:rFonts w:ascii="IM Fell English" w:hAnsi="IM Fell English"/>
          <w:color w:val="141414"/>
          <w:sz w:val="24"/>
        </w:rPr>
        <w:t>"I'm fine. It's just... I just can't... I'm fine."</w:t>
      </w:r>
    </w:p>
    <w:p>
      <w:r>
        <w:rPr>
          <w:rFonts w:ascii="IM Fell English" w:hAnsi="IM Fell English"/>
          <w:color w:val="141414"/>
          <w:sz w:val="24"/>
        </w:rPr>
        <w:t>They arrived at the house and found Mary and Ruth waiting for them.</w:t>
      </w:r>
    </w:p>
    <w:p>
      <w:r>
        <w:rPr>
          <w:rFonts w:ascii="IM Fell English" w:hAnsi="IM Fell English"/>
          <w:color w:val="141414"/>
          <w:sz w:val="24"/>
        </w:rPr>
        <w:t>"How are you, darling?" Ruth said as they walked through the door.</w:t>
      </w:r>
    </w:p>
    <w:p>
      <w:r>
        <w:rPr>
          <w:rFonts w:ascii="IM Fell English" w:hAnsi="IM Fell English"/>
          <w:color w:val="141414"/>
          <w:sz w:val="24"/>
        </w:rPr>
        <w:t>"Ouch!" Ken said.</w:t>
      </w:r>
    </w:p>
    <w:p>
      <w:r>
        <w:rPr>
          <w:rFonts w:ascii="IM Fell English" w:hAnsi="IM Fell English"/>
          <w:color w:val="141414"/>
          <w:sz w:val="24"/>
        </w:rPr>
        <w:t>Martha looked down and saw she was squeezing his arm too tightly.</w:t>
      </w:r>
    </w:p>
    <w:p>
      <w:r>
        <w:rPr>
          <w:rFonts w:ascii="IM Fell English" w:hAnsi="IM Fell English"/>
          <w:color w:val="141414"/>
          <w:sz w:val="24"/>
        </w:rPr>
        <w:t>"I'm sorry, I didn't mean to hurt you."</w:t>
      </w:r>
    </w:p>
    <w:p>
      <w:r>
        <w:rPr>
          <w:rFonts w:ascii="IM Fell English" w:hAnsi="IM Fell English"/>
          <w:color w:val="141414"/>
          <w:sz w:val="24"/>
        </w:rPr>
        <w:t>As Martha sat down on the couch, she felt her body trembling. Ken sat beside her and wrapped his sinewy arms around her shoulders.</w:t>
      </w:r>
    </w:p>
    <w:p>
      <w:r>
        <w:rPr>
          <w:rFonts w:ascii="IM Fell English" w:hAnsi="IM Fell English"/>
          <w:color w:val="141414"/>
          <w:sz w:val="24"/>
        </w:rPr>
        <w:t>"Would anyone like a cup of coffee?" Mary asked.</w:t>
      </w:r>
    </w:p>
    <w:p>
      <w:r>
        <w:rPr>
          <w:rFonts w:ascii="IM Fell English" w:hAnsi="IM Fell English"/>
          <w:color w:val="141414"/>
          <w:sz w:val="24"/>
        </w:rPr>
        <w:t>"Coffee would be lovely," Martha said.</w:t>
      </w:r>
    </w:p>
    <w:p>
      <w:r>
        <w:rPr>
          <w:rFonts w:ascii="IM Fell English" w:hAnsi="IM Fell English"/>
          <w:color w:val="141414"/>
          <w:sz w:val="24"/>
        </w:rPr>
        <w:t>"I hope we're done with this foolishness and that you've learned to stay away from this problem. You cannot do this anymore; you girls are too important to me," Ruth said.</w:t>
      </w:r>
    </w:p>
    <w:p>
      <w:r>
        <w:rPr>
          <w:rFonts w:ascii="IM Fell English" w:hAnsi="IM Fell English"/>
          <w:color w:val="141414"/>
          <w:sz w:val="24"/>
        </w:rPr>
        <w:t>Martha sat there, feeling Ken's warmth transfer to her. Even though she was afraid, she felt a sense of safety and security she hadn't experienced in over a year—a feeling she hadn't thought she'd ever find again. She wasn't even sure if she wanted to.</w:t>
      </w:r>
    </w:p>
    <w:p>
      <w:r>
        <w:rPr>
          <w:rFonts w:ascii="IM Fell English" w:hAnsi="IM Fell English"/>
          <w:color w:val="141414"/>
          <w:sz w:val="24"/>
        </w:rPr>
        <w:t>Mary came in with two cups of coffee, one for Ken and one for Martha.</w:t>
      </w:r>
    </w:p>
    <w:p>
      <w:r>
        <w:rPr>
          <w:rFonts w:ascii="IM Fell English" w:hAnsi="IM Fell English"/>
          <w:color w:val="141414"/>
          <w:sz w:val="24"/>
        </w:rPr>
        <w:t>"I think I'm going to bed," Ruth said as she waddled off toward the back of the house.</w:t>
      </w:r>
    </w:p>
    <w:p>
      <w:r>
        <w:rPr>
          <w:rFonts w:ascii="IM Fell English" w:hAnsi="IM Fell English"/>
          <w:color w:val="141414"/>
          <w:sz w:val="24"/>
        </w:rPr>
        <w:t>Martha looked at Ken, and despite her fear, she asked, "Who do you think the boss is?"</w:t>
      </w:r>
    </w:p>
    <w:p>
      <w:r>
        <w:rPr>
          <w:rFonts w:ascii="IM Fell English" w:hAnsi="IM Fell English"/>
          <w:color w:val="141414"/>
          <w:sz w:val="24"/>
        </w:rPr>
        <w:t>"We don't have to think about that right now," Ken said.</w:t>
      </w:r>
    </w:p>
    <w:p>
      <w:r>
        <w:rPr>
          <w:rFonts w:ascii="IM Fell English" w:hAnsi="IM Fell English"/>
          <w:color w:val="141414"/>
          <w:sz w:val="24"/>
        </w:rPr>
        <w:t>Martha knew she couldn't relax until she identified 'the boss'—the person responsible for her father's murder and her own abduction. She wouldn't sleep a full night until that person was brought to justice.</w:t>
      </w:r>
    </w:p>
    <w:p>
      <w:r>
        <w:rPr>
          <w:rFonts w:ascii="IM Fell English" w:hAnsi="IM Fell English"/>
          <w:color w:val="141414"/>
          <w:sz w:val="24"/>
        </w:rPr>
        <w:t>"Do you think it would help if we looked at possibilities?" Martha asked.</w:t>
      </w:r>
    </w:p>
    <w:p>
      <w:r>
        <w:rPr>
          <w:rFonts w:ascii="IM Fell English" w:hAnsi="IM Fell English"/>
          <w:color w:val="141414"/>
          <w:sz w:val="24"/>
        </w:rPr>
        <w:t>Ken said, "At the station, we'd start by building a crime board. I could run down to the mall, pick up a large whiteboard, and we could map out what's going on."</w:t>
      </w:r>
    </w:p>
    <w:p>
      <w:r>
        <w:rPr>
          <w:rFonts w:ascii="IM Fell English" w:hAnsi="IM Fell English"/>
          <w:color w:val="141414"/>
          <w:sz w:val="24"/>
        </w:rPr>
        <w:t>Martha nodded. "That would be a great idea."</w:t>
      </w:r>
    </w:p>
    <w:p>
      <w:r>
        <w:rPr>
          <w:rFonts w:ascii="IM Fell English" w:hAnsi="IM Fell English"/>
          <w:color w:val="141414"/>
          <w:sz w:val="24"/>
        </w:rPr>
        <w:t>Ken smiled. "Do you think you'll be okay until I get back?""Certainly," Martha replied. "I have Mom here and my sister. Nobody's going to bother me here."</w:t>
      </w:r>
    </w:p>
    <w:p>
      <w:r>
        <w:rPr>
          <w:rFonts w:ascii="IM Fell English" w:hAnsi="IM Fell English"/>
          <w:color w:val="141414"/>
          <w:sz w:val="24"/>
        </w:rPr>
        <w:t>Ken left for the mall, and Mary sat down beside Martha, pulling her into a tight hug.</w:t>
      </w:r>
    </w:p>
    <w:p>
      <w:r>
        <w:rPr>
          <w:rFonts w:ascii="IM Fell English" w:hAnsi="IM Fell English"/>
          <w:color w:val="141414"/>
          <w:sz w:val="24"/>
        </w:rPr>
        <w:t>"I was so worried for you," Mary whispered. "I can't tell you how scared I was."</w:t>
      </w:r>
    </w:p>
    <w:p>
      <w:r>
        <w:rPr>
          <w:rFonts w:ascii="IM Fell English" w:hAnsi="IM Fell English"/>
          <w:color w:val="141414"/>
          <w:sz w:val="24"/>
        </w:rPr>
        <w:t>"I was scared; I wasn't sure I'd survive. It was so bad, Mary."</w:t>
      </w:r>
    </w:p>
    <w:p>
      <w:r>
        <w:rPr>
          <w:rFonts w:ascii="IM Fell English" w:hAnsi="IM Fell English"/>
          <w:color w:val="141414"/>
          <w:sz w:val="24"/>
        </w:rPr>
        <w:t>"What happened?"</w:t>
      </w:r>
    </w:p>
    <w:p>
      <w:r>
        <w:rPr>
          <w:rFonts w:ascii="IM Fell English" w:hAnsi="IM Fell English"/>
          <w:color w:val="141414"/>
          <w:sz w:val="24"/>
        </w:rPr>
        <w:t>"He took me into the bedroom, handcuffed me, and then... and then he—he planned to rape me."</w:t>
      </w:r>
    </w:p>
    <w:p>
      <w:r>
        <w:rPr>
          <w:rFonts w:ascii="IM Fell English" w:hAnsi="IM Fell English"/>
          <w:color w:val="141414"/>
          <w:sz w:val="24"/>
        </w:rPr>
        <w:t>"I cannot believe how bad it was for you."</w:t>
      </w:r>
    </w:p>
    <w:p>
      <w:r>
        <w:rPr>
          <w:rFonts w:ascii="IM Fell English" w:hAnsi="IM Fell English"/>
          <w:color w:val="141414"/>
          <w:sz w:val="24"/>
        </w:rPr>
        <w:t>"Mary, I've never been so scared in all my life. He said, "We were going to have fun.""</w:t>
      </w:r>
    </w:p>
    <w:p>
      <w:r>
        <w:rPr>
          <w:rFonts w:ascii="IM Fell English" w:hAnsi="IM Fell English"/>
          <w:color w:val="141414"/>
          <w:sz w:val="24"/>
        </w:rPr>
        <w:t>"So, you say someone shot him?"</w:t>
      </w:r>
    </w:p>
    <w:p>
      <w:r>
        <w:rPr>
          <w:rFonts w:ascii="IM Fell English" w:hAnsi="IM Fell English"/>
          <w:color w:val="141414"/>
          <w:sz w:val="24"/>
        </w:rPr>
        <w:t>"Mary, I would have, if I'd had a gun. But I didn't have one, thank God."</w:t>
      </w:r>
    </w:p>
    <w:p>
      <w:r>
        <w:rPr>
          <w:rFonts w:ascii="IM Fell English" w:hAnsi="IM Fell English"/>
          <w:color w:val="141414"/>
          <w:sz w:val="24"/>
        </w:rPr>
        <w:t>They sat there in silence, drinking their coffee.</w:t>
      </w:r>
    </w:p>
    <w:p>
      <w:r>
        <w:rPr>
          <w:rFonts w:ascii="IM Fell English" w:hAnsi="IM Fell English"/>
          <w:color w:val="141414"/>
          <w:sz w:val="24"/>
        </w:rPr>
        <w:t>Ken returned with the whiteboard and set it on the couch. He'd also purchased markers. He began by writing "Pastor Jerry." A few inches over, he added "Detective Malroy and Billy" and then drew a line between them. On the left, he listed "Fake video" and "planted fingerprint on the gun." On the right, he added "Mary abducted" and "Martha abducted." Underneath them, he wrote in big, bold capital letters, "WHO?"</w:t>
      </w:r>
    </w:p>
    <w:p>
      <w:r>
        <w:rPr>
          <w:rFonts w:ascii="IM Fell English" w:hAnsi="IM Fell English"/>
          <w:color w:val="141414"/>
          <w:sz w:val="24"/>
        </w:rPr>
        <w:t>He said, "Let's write down everything we know. We'll start with the fake video. What do we know about it?"</w:t>
      </w:r>
    </w:p>
    <w:p>
      <w:r>
        <w:rPr>
          <w:rFonts w:ascii="IM Fell English" w:hAnsi="IM Fell English"/>
          <w:color w:val="141414"/>
          <w:sz w:val="24"/>
        </w:rPr>
        <w:t>"It had to cost a lot of money, according to the expert," Mary said.</w:t>
      </w:r>
    </w:p>
    <w:p>
      <w:r>
        <w:rPr>
          <w:rFonts w:ascii="IM Fell English" w:hAnsi="IM Fell English"/>
          <w:color w:val="141414"/>
          <w:sz w:val="24"/>
        </w:rPr>
        <w:t>"And they had to have access to pictures of Mom, Mary, and Mary's car," Martha said.</w:t>
      </w:r>
    </w:p>
    <w:p>
      <w:r>
        <w:rPr>
          <w:rFonts w:ascii="IM Fell English" w:hAnsi="IM Fell English"/>
          <w:color w:val="141414"/>
          <w:sz w:val="24"/>
        </w:rPr>
        <w:t>"What else do we know about the fake video?" Ken asked.</w:t>
      </w:r>
    </w:p>
    <w:p>
      <w:r>
        <w:rPr>
          <w:rFonts w:ascii="IM Fell English" w:hAnsi="IM Fell English"/>
          <w:color w:val="141414"/>
          <w:sz w:val="24"/>
        </w:rPr>
        <w:t>After a long pause, Mary added, "They also had to know about Sarah Richards—the connection."</w:t>
      </w:r>
    </w:p>
    <w:p>
      <w:r>
        <w:rPr>
          <w:rFonts w:ascii="IM Fell English" w:hAnsi="IM Fell English"/>
          <w:color w:val="141414"/>
          <w:sz w:val="24"/>
        </w:rPr>
        <w:t>"That's right," Ken said.</w:t>
      </w:r>
    </w:p>
    <w:p>
      <w:r>
        <w:rPr>
          <w:rFonts w:ascii="IM Fell English" w:hAnsi="IM Fell English"/>
          <w:color w:val="141414"/>
          <w:sz w:val="24"/>
        </w:rPr>
        <w:t>"And what about the fake fingerprint?"</w:t>
      </w:r>
    </w:p>
    <w:p>
      <w:r>
        <w:rPr>
          <w:rFonts w:ascii="IM Fell English" w:hAnsi="IM Fell English"/>
          <w:color w:val="141414"/>
          <w:sz w:val="24"/>
        </w:rPr>
        <w:t>"Well, they had to understand forensics," Ken said.</w:t>
      </w:r>
    </w:p>
    <w:p>
      <w:r>
        <w:rPr>
          <w:rFonts w:ascii="IM Fell English" w:hAnsi="IM Fell English"/>
          <w:color w:val="141414"/>
          <w:sz w:val="24"/>
        </w:rPr>
        <w:t>"And they knew what kind of gun was used in the murder?" Mary asked.</w:t>
      </w:r>
    </w:p>
    <w:p>
      <w:r>
        <w:rPr>
          <w:rFonts w:ascii="IM Fell English" w:hAnsi="IM Fell English"/>
          <w:color w:val="141414"/>
          <w:sz w:val="24"/>
        </w:rPr>
        <w:t>"Can either of you think of anything that would connect your father to Billy and Malroy?" Ken asked.</w:t>
      </w:r>
    </w:p>
    <w:p>
      <w:r>
        <w:rPr>
          <w:rFonts w:ascii="IM Fell English" w:hAnsi="IM Fell English"/>
          <w:color w:val="141414"/>
          <w:sz w:val="24"/>
        </w:rPr>
        <w:t>"Billy, yes, but not Malroy," Martha said.</w:t>
      </w:r>
    </w:p>
    <w:p>
      <w:r>
        <w:rPr>
          <w:rFonts w:ascii="IM Fell English" w:hAnsi="IM Fell English"/>
          <w:color w:val="141414"/>
          <w:sz w:val="24"/>
        </w:rPr>
        <w:t>"There's nothing I know," Mary said. "But one more thing needs to be on the board."</w:t>
      </w:r>
    </w:p>
    <w:p>
      <w:r>
        <w:rPr>
          <w:rFonts w:ascii="IM Fell English" w:hAnsi="IM Fell English"/>
          <w:color w:val="141414"/>
          <w:sz w:val="24"/>
        </w:rPr>
        <w:t>"What is it?" Ken said.</w:t>
      </w:r>
    </w:p>
    <w:p>
      <w:r>
        <w:rPr>
          <w:rFonts w:ascii="IM Fell English" w:hAnsi="IM Fell English"/>
          <w:color w:val="141414"/>
          <w:sz w:val="24"/>
        </w:rPr>
        <w:t>"Dad's files, the audio files."</w:t>
      </w:r>
    </w:p>
    <w:p>
      <w:r>
        <w:rPr>
          <w:rFonts w:ascii="IM Fell English" w:hAnsi="IM Fell English"/>
          <w:color w:val="141414"/>
          <w:sz w:val="24"/>
        </w:rPr>
        <w:t>"Of course, especially the one you were going to show me," Ken said.</w:t>
      </w:r>
    </w:p>
    <w:p>
      <w:r>
        <w:rPr>
          <w:rFonts w:ascii="IM Fell English" w:hAnsi="IM Fell English"/>
          <w:color w:val="141414"/>
          <w:sz w:val="24"/>
        </w:rPr>
        <w:t>"If you're up to it, let's listen to those files again and see if we can figure out who's behind this," Ken suggested.</w:t>
      </w:r>
    </w:p>
    <w:p>
      <w:r>
        <w:rPr>
          <w:rFonts w:ascii="IM Fell English" w:hAnsi="IM Fell English"/>
          <w:color w:val="141414"/>
          <w:sz w:val="24"/>
        </w:rPr>
        <w:t>Ken drove back to his apartment, retrieved his computer, and returned to the house. Mary made coffee while Ken connected the computer to a hotspot using his phone. They listened to the files one by one, starting with the one Mary had found before her abduction.</w:t>
      </w:r>
    </w:p>
    <w:p>
      <w:r>
        <w:rPr>
          <w:rFonts w:ascii="IM Fell English" w:hAnsi="IM Fell English"/>
          <w:color w:val="141414"/>
          <w:sz w:val="24"/>
        </w:rPr>
        <w:t>"I see what you mean; it's a smoking gun," Ken said.</w:t>
      </w:r>
    </w:p>
    <w:p>
      <w:r>
        <w:rPr>
          <w:rFonts w:ascii="IM Fell English" w:hAnsi="IM Fell English"/>
          <w:color w:val="141414"/>
          <w:sz w:val="24"/>
        </w:rPr>
        <w:t>"But only if we can figure out who is on the other end of that phone call," Martha said.</w:t>
      </w:r>
    </w:p>
    <w:p>
      <w:r>
        <w:rPr>
          <w:rFonts w:ascii="IM Fell English" w:hAnsi="IM Fell English"/>
          <w:color w:val="141414"/>
          <w:sz w:val="24"/>
        </w:rPr>
        <w:t>"Maybe if we listen to the rest of them, we'll figure it out," Mary said.</w:t>
      </w:r>
    </w:p>
    <w:p>
      <w:r>
        <w:rPr>
          <w:rFonts w:ascii="IM Fell English" w:hAnsi="IM Fell English"/>
          <w:color w:val="141414"/>
          <w:sz w:val="24"/>
        </w:rPr>
        <w:t>"Well, I'm game," Ken said.</w:t>
      </w:r>
    </w:p>
    <w:p>
      <w:r>
        <w:rPr>
          <w:rFonts w:ascii="IM Fell English" w:hAnsi="IM Fell English"/>
          <w:color w:val="141414"/>
          <w:sz w:val="24"/>
        </w:rPr>
        <w:t>After listening to about thirty more files, they discovered a pre-marriage counseling recording. Martha immediately recognized the counselor's voice: Judy.</w:t>
      </w:r>
    </w:p>
    <w:p>
      <w:r>
        <w:rPr>
          <w:rFonts w:ascii="IM Fell English" w:hAnsi="IM Fell English"/>
          <w:color w:val="141414"/>
          <w:sz w:val="24"/>
        </w:rPr>
        <w:t>In the middle of the conversation, Judy said, "My dad has been sleeping with me since I was twelve years old."</w:t>
      </w:r>
    </w:p>
    <w:p>
      <w:r>
        <w:rPr>
          <w:rFonts w:ascii="IM Fell English" w:hAnsi="IM Fell English"/>
          <w:color w:val="141414"/>
          <w:sz w:val="24"/>
        </w:rPr>
        <w:t>"Oh, my God," Martha exclaimed. "Did you hear that?"</w:t>
      </w:r>
    </w:p>
    <w:p>
      <w:r>
        <w:rPr>
          <w:rFonts w:ascii="IM Fell English" w:hAnsi="IM Fell English"/>
          <w:color w:val="141414"/>
          <w:sz w:val="24"/>
        </w:rPr>
        <w:t>"Now that is a real smoking gun," Ken said.</w:t>
      </w:r>
    </w:p>
    <w:p>
      <w:r>
        <w:rPr>
          <w:rFonts w:ascii="IM Fell English" w:hAnsi="IM Fell English"/>
          <w:color w:val="141414"/>
          <w:sz w:val="24"/>
        </w:rPr>
        <w:t>Mary shook her head and said, "I can hardly believe what I heard."</w:t>
      </w:r>
    </w:p>
    <w:p>
      <w:r>
        <w:rPr>
          <w:rFonts w:ascii="IM Fell English" w:hAnsi="IM Fell English"/>
          <w:color w:val="141414"/>
          <w:sz w:val="24"/>
        </w:rPr>
        <w:t>"No wonder Dad said he'd only give them a week to resolve this," Martha said. "Rick must be the person on the other end of that call."</w:t>
      </w:r>
    </w:p>
    <w:p>
      <w:r>
        <w:rPr>
          <w:rFonts w:ascii="IM Fell English" w:hAnsi="IM Fell English"/>
          <w:color w:val="141414"/>
          <w:sz w:val="24"/>
        </w:rPr>
        <w:t>"The recording is powerful, but to be honest, it's not enough," Ken said.</w:t>
      </w:r>
    </w:p>
    <w:p>
      <w:r>
        <w:rPr>
          <w:rFonts w:ascii="IM Fell English" w:hAnsi="IM Fell English"/>
          <w:color w:val="141414"/>
          <w:sz w:val="24"/>
        </w:rPr>
        <w:t>"What else do we need?" Martha asked.</w:t>
      </w:r>
    </w:p>
    <w:p>
      <w:r>
        <w:rPr>
          <w:rFonts w:ascii="IM Fell English" w:hAnsi="IM Fell English"/>
          <w:color w:val="141414"/>
          <w:sz w:val="24"/>
        </w:rPr>
        <w:t>"We'll need a confession, or for Judy to confirm it," Ken said.</w:t>
      </w:r>
    </w:p>
    <w:p>
      <w:r>
        <w:rPr>
          <w:rFonts w:ascii="IM Fell English" w:hAnsi="IM Fell English"/>
          <w:color w:val="141414"/>
          <w:sz w:val="24"/>
        </w:rPr>
        <w:t>"We need to see Judy," Martha said.</w:t>
      </w:r>
    </w:p>
    <w:p>
      <w:r>
        <w:rPr>
          <w:rFonts w:ascii="IM Fell English" w:hAnsi="IM Fell English"/>
          <w:color w:val="141414"/>
          <w:sz w:val="24"/>
        </w:rPr>
        <w:t>"But that will wait until tomorrow. You need a good night's sleep. I'll take the couch right here," Ken said.</w:t>
      </w:r>
    </w:p>
    <w:p>
      <w:pPr>
        <w:pStyle w:val="Heading1"/>
        <w:jc w:val="center"/>
      </w:pPr>
      <w:r>
        <w:rPr>
          <w:rFonts w:ascii="IM Fell English" w:hAnsi="IM Fell English"/>
          <w:color w:val="0D0D0D"/>
        </w:rPr>
        <w:t>Chapter 32</w:t>
      </w:r>
    </w:p>
    <w:p>
      <w:r>
        <w:rPr>
          <w:rFonts w:ascii="IM Fell English" w:hAnsi="IM Fell English"/>
          <w:color w:val="141414"/>
          <w:sz w:val="24"/>
        </w:rPr>
        <w:t>Martha woke early the next morning. She padded into the kitchen and poured a cup of coffee. Ken was already there, sipping his own coffee.</w:t>
      </w:r>
    </w:p>
    <w:p>
      <w:r>
        <w:rPr>
          <w:rFonts w:ascii="IM Fell English" w:hAnsi="IM Fell English"/>
          <w:color w:val="141414"/>
          <w:sz w:val="24"/>
        </w:rPr>
        <w:t>"Are you going to call Judy today so we can visit her?" Ken asked.</w:t>
      </w:r>
    </w:p>
    <w:p>
      <w:r>
        <w:rPr>
          <w:rFonts w:ascii="IM Fell English" w:hAnsi="IM Fell English"/>
          <w:color w:val="141414"/>
          <w:sz w:val="24"/>
        </w:rPr>
        <w:t>"I plan to call Judy in a few minutes; however, I think it might be better if I visited her alone."</w:t>
      </w:r>
    </w:p>
    <w:p>
      <w:r>
        <w:rPr>
          <w:rFonts w:ascii="IM Fell English" w:hAnsi="IM Fell English"/>
          <w:color w:val="141414"/>
          <w:sz w:val="24"/>
        </w:rPr>
        <w:t>"But the chief said I'm to stay with you no matter what."</w:t>
      </w:r>
    </w:p>
    <w:p>
      <w:r>
        <w:rPr>
          <w:rFonts w:ascii="IM Fell English" w:hAnsi="IM Fell English"/>
          <w:color w:val="141414"/>
          <w:sz w:val="24"/>
        </w:rPr>
        <w:t>"I'm not sure she'll open up to both of us. You know this is a sensitive and embarrassing subject for her, so I think it would be best if I went alone."</w:t>
      </w:r>
    </w:p>
    <w:p>
      <w:r>
        <w:rPr>
          <w:rFonts w:ascii="IM Fell English" w:hAnsi="IM Fell English"/>
          <w:color w:val="141414"/>
          <w:sz w:val="24"/>
        </w:rPr>
        <w:t>"Okay. Why don't you set up a place to meet, and I'll just stay in the car?"</w:t>
      </w:r>
    </w:p>
    <w:p>
      <w:r>
        <w:rPr>
          <w:rFonts w:ascii="IM Fell English" w:hAnsi="IM Fell English"/>
          <w:color w:val="141414"/>
          <w:sz w:val="24"/>
        </w:rPr>
        <w:t>"I'll call her in a few minutes. We could meet at the restaurant or the library."</w:t>
      </w:r>
    </w:p>
    <w:p>
      <w:r>
        <w:rPr>
          <w:rFonts w:ascii="IM Fell English" w:hAnsi="IM Fell English"/>
          <w:color w:val="141414"/>
          <w:sz w:val="24"/>
        </w:rPr>
        <w:t>"I don't care where you meet, as long as I can see you from the car."</w:t>
      </w:r>
    </w:p>
    <w:p>
      <w:r>
        <w:rPr>
          <w:rFonts w:ascii="IM Fell English" w:hAnsi="IM Fell English"/>
          <w:color w:val="141414"/>
          <w:sz w:val="24"/>
        </w:rPr>
        <w:t>Martha retrieved her phone from her pocket and found Judy in her contact list.</w:t>
      </w:r>
    </w:p>
    <w:p>
      <w:r>
        <w:rPr>
          <w:rFonts w:ascii="IM Fell English" w:hAnsi="IM Fell English"/>
          <w:color w:val="141414"/>
          <w:sz w:val="24"/>
        </w:rPr>
        <w:t>"Hi Judy, how are you doing today?"</w:t>
      </w:r>
    </w:p>
    <w:p>
      <w:r>
        <w:rPr>
          <w:rFonts w:ascii="IM Fell English" w:hAnsi="IM Fell English"/>
          <w:color w:val="141414"/>
          <w:sz w:val="24"/>
        </w:rPr>
        <w:t>"Just fine. Why did you call?"</w:t>
      </w:r>
    </w:p>
    <w:p>
      <w:r>
        <w:rPr>
          <w:rFonts w:ascii="IM Fell English" w:hAnsi="IM Fell English"/>
          <w:color w:val="141414"/>
          <w:sz w:val="24"/>
        </w:rPr>
        <w:t>Martha, hesitant but not wanting to waste time, asked, "Would it be possible for us to get together later this morning?"</w:t>
      </w:r>
    </w:p>
    <w:p>
      <w:r>
        <w:rPr>
          <w:rFonts w:ascii="IM Fell English" w:hAnsi="IM Fell English"/>
          <w:color w:val="141414"/>
          <w:sz w:val="24"/>
        </w:rPr>
        <w:t>After a pause, Judy replied, "Yes, but can it wait until after the breakfast rush? We could meet here at the restaurant, say, 10:30?"</w:t>
      </w:r>
    </w:p>
    <w:p>
      <w:r>
        <w:rPr>
          <w:rFonts w:ascii="IM Fell English" w:hAnsi="IM Fell English"/>
          <w:color w:val="141414"/>
          <w:sz w:val="24"/>
        </w:rPr>
        <w:t>"10:30 would be great."</w:t>
      </w:r>
    </w:p>
    <w:p>
      <w:r>
        <w:rPr>
          <w:rFonts w:ascii="IM Fell English" w:hAnsi="IM Fell English"/>
          <w:color w:val="141414"/>
          <w:sz w:val="24"/>
        </w:rPr>
        <w:t>Martha showered and dressed, then asked Ken to drive her to the restaurant. Getting out, she went inside and chose a booth Ken could easily see from the parking lot.</w:t>
      </w:r>
    </w:p>
    <w:p>
      <w:r>
        <w:rPr>
          <w:rFonts w:ascii="IM Fell English" w:hAnsi="IM Fell English"/>
          <w:color w:val="141414"/>
          <w:sz w:val="24"/>
        </w:rPr>
        <w:t>Judy came over and sat down. "What is it you wanted to talk about?"</w:t>
      </w:r>
    </w:p>
    <w:p>
      <w:r>
        <w:rPr>
          <w:rFonts w:ascii="IM Fell English" w:hAnsi="IM Fell English"/>
          <w:color w:val="141414"/>
          <w:sz w:val="24"/>
        </w:rPr>
        <w:t>Martha said, "We need to talk about what you told my father."</w:t>
      </w:r>
    </w:p>
    <w:p>
      <w:r>
        <w:rPr>
          <w:rFonts w:ascii="IM Fell English" w:hAnsi="IM Fell English"/>
          <w:color w:val="141414"/>
          <w:sz w:val="24"/>
        </w:rPr>
        <w:t>A long silence followed. "Your father?" Judy asked. "What are you talking about?"</w:t>
      </w:r>
    </w:p>
    <w:p>
      <w:r>
        <w:rPr>
          <w:rFonts w:ascii="IM Fell English" w:hAnsi="IM Fell English"/>
          <w:color w:val="141414"/>
          <w:sz w:val="24"/>
        </w:rPr>
        <w:t>"Judy, are you going to make me spell it out?"</w:t>
      </w:r>
    </w:p>
    <w:p>
      <w:r>
        <w:rPr>
          <w:rFonts w:ascii="IM Fell English" w:hAnsi="IM Fell English"/>
          <w:color w:val="141414"/>
          <w:sz w:val="24"/>
        </w:rPr>
        <w:t>"I'm not sure what you're referring to."</w:t>
      </w:r>
    </w:p>
    <w:p>
      <w:r>
        <w:rPr>
          <w:rFonts w:ascii="IM Fell English" w:hAnsi="IM Fell English"/>
          <w:color w:val="141414"/>
          <w:sz w:val="24"/>
        </w:rPr>
        <w:t xml:space="preserve">"I'm talking about what you told my father during your premarital counseling session—about what </w:t>
      </w:r>
      <w:r>
        <w:rPr>
          <w:rFonts w:ascii="IM Fell English" w:hAnsi="IM Fell English"/>
          <w:i/>
          <w:color w:val="141414"/>
          <w:sz w:val="24"/>
        </w:rPr>
        <w:t>your</w:t>
      </w:r>
      <w:r>
        <w:rPr>
          <w:rFonts w:ascii="IM Fell English" w:hAnsi="IM Fell English"/>
          <w:color w:val="141414"/>
          <w:sz w:val="24"/>
        </w:rPr>
        <w:t xml:space="preserve"> father was doing to you."</w:t>
      </w:r>
    </w:p>
    <w:p>
      <w:r>
        <w:rPr>
          <w:rFonts w:ascii="IM Fell English" w:hAnsi="IM Fell English"/>
          <w:color w:val="141414"/>
          <w:sz w:val="24"/>
        </w:rPr>
        <w:t>Judy's face reddened. Tears welled in her eyes and streamed down her cheeks.</w:t>
      </w:r>
    </w:p>
    <w:p>
      <w:r>
        <w:rPr>
          <w:rFonts w:ascii="IM Fell English" w:hAnsi="IM Fell English"/>
          <w:color w:val="141414"/>
          <w:sz w:val="24"/>
        </w:rPr>
        <w:t>Martha reached over and rested her hand on Judy's. "I know it's hard," she said, "but it's important that you tell me everything."</w:t>
      </w:r>
    </w:p>
    <w:p>
      <w:r>
        <w:rPr>
          <w:rFonts w:ascii="IM Fell English" w:hAnsi="IM Fell English"/>
          <w:color w:val="141414"/>
          <w:sz w:val="24"/>
        </w:rPr>
        <w:t>"But it's so embarrassing," Judy said through her tears.</w:t>
      </w:r>
    </w:p>
    <w:p>
      <w:r>
        <w:rPr>
          <w:rFonts w:ascii="IM Fell English" w:hAnsi="IM Fell English"/>
          <w:color w:val="141414"/>
          <w:sz w:val="24"/>
        </w:rPr>
        <w:t>"I just need you to be honest with me about what's been happening at your house."</w:t>
      </w:r>
    </w:p>
    <w:p>
      <w:r>
        <w:rPr>
          <w:rFonts w:ascii="IM Fell English" w:hAnsi="IM Fell English"/>
          <w:color w:val="141414"/>
          <w:sz w:val="24"/>
        </w:rPr>
        <w:t>Judy wept heavily, and Martha slid across the booth and wrapped her arms around Judy's shoulders, pulling her close and letting her cry.</w:t>
      </w:r>
    </w:p>
    <w:p>
      <w:r>
        <w:rPr>
          <w:rFonts w:ascii="IM Fell English" w:hAnsi="IM Fell English"/>
          <w:color w:val="141414"/>
          <w:sz w:val="24"/>
        </w:rPr>
        <w:t>After weeping for a few minutes, Judy said, "I told your father because it was eating me up inside. I couldn't live with it anymore. He didn't judge me; he just told me he'd try to help."</w:t>
      </w:r>
    </w:p>
    <w:p>
      <w:r>
        <w:rPr>
          <w:rFonts w:ascii="IM Fell English" w:hAnsi="IM Fell English"/>
          <w:color w:val="141414"/>
          <w:sz w:val="24"/>
        </w:rPr>
        <w:t>"Who else have you told about what's going on besides my father?" Martha asked.</w:t>
      </w:r>
    </w:p>
    <w:p>
      <w:r>
        <w:rPr>
          <w:rFonts w:ascii="IM Fell English" w:hAnsi="IM Fell English"/>
          <w:color w:val="141414"/>
          <w:sz w:val="24"/>
        </w:rPr>
        <w:t>"Honestly, no one else. Only your father."</w:t>
      </w:r>
    </w:p>
    <w:p>
      <w:r>
        <w:rPr>
          <w:rFonts w:ascii="IM Fell English" w:hAnsi="IM Fell English"/>
          <w:color w:val="141414"/>
          <w:sz w:val="24"/>
        </w:rPr>
        <w:t>"So, would you be willing to go to the police and tell them what's been going on?"</w:t>
      </w:r>
    </w:p>
    <w:p>
      <w:r>
        <w:rPr>
          <w:rFonts w:ascii="IM Fell English" w:hAnsi="IM Fell English"/>
          <w:color w:val="141414"/>
          <w:sz w:val="24"/>
        </w:rPr>
        <w:t>Judy shook her head. "No, never. It would be too dangerous. Martha, you don't understand; my dad is a powerful man."</w:t>
      </w:r>
    </w:p>
    <w:p>
      <w:r>
        <w:rPr>
          <w:rFonts w:ascii="IM Fell English" w:hAnsi="IM Fell English"/>
          <w:color w:val="141414"/>
          <w:sz w:val="24"/>
        </w:rPr>
        <w:t>"Even if I go with you and promise you protection?"</w:t>
      </w:r>
    </w:p>
    <w:p>
      <w:r>
        <w:rPr>
          <w:rFonts w:ascii="IM Fell English" w:hAnsi="IM Fell English"/>
          <w:color w:val="141414"/>
          <w:sz w:val="24"/>
        </w:rPr>
        <w:t>"He may be wrong, and what he's doing may be...sick, but he's my dad."</w:t>
      </w:r>
    </w:p>
    <w:p>
      <w:r>
        <w:rPr>
          <w:rFonts w:ascii="IM Fell English" w:hAnsi="IM Fell English"/>
          <w:color w:val="141414"/>
          <w:sz w:val="24"/>
        </w:rPr>
        <w:t>"But it's hurting you and your family."</w:t>
      </w:r>
    </w:p>
    <w:p>
      <w:r>
        <w:rPr>
          <w:rFonts w:ascii="IM Fell English" w:hAnsi="IM Fell English"/>
          <w:color w:val="141414"/>
          <w:sz w:val="24"/>
        </w:rPr>
        <w:t>"But I'll do nothing to hurt my family; there's nothing more important than family. Martha, understand that! I'll never betray my family."</w:t>
      </w:r>
    </w:p>
    <w:p>
      <w:r>
        <w:rPr>
          <w:rFonts w:ascii="IM Fell English" w:hAnsi="IM Fell English"/>
          <w:color w:val="141414"/>
          <w:sz w:val="24"/>
        </w:rPr>
        <w:t>Judy took the towel from her apron, wiped her tears, and stood up. She jabbed her finger into Martha's face and said through clenched teeth, "This conversation is over."</w:t>
      </w:r>
    </w:p>
    <w:p>
      <w:r>
        <w:rPr>
          <w:rFonts w:ascii="IM Fell English" w:hAnsi="IM Fell English"/>
          <w:color w:val="141414"/>
          <w:sz w:val="24"/>
        </w:rPr>
        <w:t>Stomping off towards the kitchen, she left Martha alone. Martha then knew Judy's story was true.</w:t>
      </w:r>
    </w:p>
    <w:p>
      <w:r>
        <w:rPr>
          <w:rFonts w:ascii="IM Fell English" w:hAnsi="IM Fell English"/>
          <w:color w:val="141414"/>
          <w:sz w:val="24"/>
        </w:rPr>
        <w:t>She returned to the car, and Ken asked, "What did you find out?"</w:t>
      </w:r>
    </w:p>
    <w:p>
      <w:r>
        <w:rPr>
          <w:rFonts w:ascii="IM Fell English" w:hAnsi="IM Fell English"/>
          <w:color w:val="141414"/>
          <w:sz w:val="24"/>
        </w:rPr>
        <w:t>"I learned that the abuse is true. But I also learned that Judy is never, ever going to testify. She's scared to death of her father."</w:t>
      </w:r>
    </w:p>
    <w:p>
      <w:r>
        <w:rPr>
          <w:rFonts w:ascii="IM Fell English" w:hAnsi="IM Fell English"/>
          <w:color w:val="141414"/>
          <w:sz w:val="24"/>
        </w:rPr>
        <w:t>Ken drove her back to Mary's home.</w:t>
      </w:r>
    </w:p>
    <w:p>
      <w:r>
        <w:rPr>
          <w:rFonts w:ascii="IM Fell English" w:hAnsi="IM Fell English"/>
          <w:color w:val="141414"/>
          <w:sz w:val="24"/>
        </w:rPr>
        <w:t>Martha lay in bed that night with Scruff. "If Judy won't testify," she murmured, "then I guess I'm going to have to convince Rick to admit the abuse. But how can I possibly get him to admit what he's been doing all these years? What do you suggest, old fellow?"</w:t>
      </w:r>
    </w:p>
    <w:p>
      <w:r>
        <w:rPr>
          <w:rFonts w:ascii="IM Fell English" w:hAnsi="IM Fell English"/>
          <w:color w:val="141414"/>
          <w:sz w:val="24"/>
        </w:rPr>
        <w:t>Scruff cuddled beside her and fell asleep.</w:t>
      </w:r>
    </w:p>
    <w:p>
      <w:r>
        <w:rPr>
          <w:rFonts w:ascii="IM Fell English" w:hAnsi="IM Fell English"/>
          <w:color w:val="141414"/>
          <w:sz w:val="24"/>
        </w:rPr>
        <w:t>The next morning, Martha and Ken called Rick Phillips' office.</w:t>
      </w:r>
    </w:p>
    <w:p>
      <w:r>
        <w:rPr>
          <w:rFonts w:ascii="IM Fell English" w:hAnsi="IM Fell English"/>
          <w:color w:val="141414"/>
          <w:sz w:val="24"/>
        </w:rPr>
        <w:t>"Good morning, how may I help you?" the receptionist's singsong voice chimed over the phone.</w:t>
      </w:r>
    </w:p>
    <w:p>
      <w:r>
        <w:rPr>
          <w:rFonts w:ascii="IM Fell English" w:hAnsi="IM Fell English"/>
          <w:color w:val="141414"/>
          <w:sz w:val="24"/>
        </w:rPr>
        <w:t>"My name is Martha Thomas and I'd like—"</w:t>
      </w:r>
    </w:p>
    <w:p>
      <w:r>
        <w:rPr>
          <w:rFonts w:ascii="IM Fell English" w:hAnsi="IM Fell English"/>
          <w:color w:val="141414"/>
          <w:sz w:val="24"/>
        </w:rPr>
        <w:t>"Martha, I was told to expect your call. The Senator told me to clear his next available opening. Are you available for 3 o'clock this afternoon?"</w:t>
      </w:r>
    </w:p>
    <w:p>
      <w:r>
        <w:rPr>
          <w:rFonts w:ascii="IM Fell English" w:hAnsi="IM Fell English"/>
          <w:color w:val="141414"/>
          <w:sz w:val="24"/>
        </w:rPr>
        <w:t>"He told you to expect my call?"</w:t>
      </w:r>
    </w:p>
    <w:p>
      <w:r>
        <w:rPr>
          <w:rFonts w:ascii="IM Fell English" w:hAnsi="IM Fell English"/>
          <w:color w:val="141414"/>
          <w:sz w:val="24"/>
        </w:rPr>
        <w:t>"Yes, and will that nice police officer, Mr. Henderson, be accompanying you as well?"</w:t>
      </w:r>
    </w:p>
    <w:p>
      <w:r>
        <w:rPr>
          <w:rFonts w:ascii="IM Fell English" w:hAnsi="IM Fell English"/>
          <w:color w:val="141414"/>
          <w:sz w:val="24"/>
        </w:rPr>
        <w:t>"Yes," Martha said slowly.</w:t>
      </w:r>
    </w:p>
    <w:p>
      <w:r>
        <w:rPr>
          <w:rFonts w:ascii="IM Fell English" w:hAnsi="IM Fell English"/>
          <w:color w:val="141414"/>
          <w:sz w:val="24"/>
        </w:rPr>
        <w:t>"We will look forward to seeing you today at 3 o'clock with Mr. Henderson."</w:t>
      </w:r>
    </w:p>
    <w:p>
      <w:r>
        <w:rPr>
          <w:rFonts w:ascii="IM Fell English" w:hAnsi="IM Fell English"/>
          <w:color w:val="141414"/>
          <w:sz w:val="24"/>
        </w:rPr>
        <w:t>The line went dead, and Martha sat staring at her phone.</w:t>
      </w:r>
    </w:p>
    <w:p>
      <w:r>
        <w:rPr>
          <w:rFonts w:ascii="IM Fell English" w:hAnsi="IM Fell English"/>
          <w:color w:val="141414"/>
          <w:sz w:val="24"/>
        </w:rPr>
        <w:t>Ken came up behind her. "Is Rick willing to see you?" he asked. "I expect he'll probably block you at every turn."</w:t>
      </w:r>
    </w:p>
    <w:p>
      <w:r>
        <w:rPr>
          <w:rFonts w:ascii="IM Fell English" w:hAnsi="IM Fell English"/>
          <w:color w:val="141414"/>
          <w:sz w:val="24"/>
        </w:rPr>
        <w:t>"He told the secretary to expect my call, and she specifically asked if you would come with me."</w:t>
      </w:r>
    </w:p>
    <w:p>
      <w:r>
        <w:rPr>
          <w:rFonts w:ascii="IM Fell English" w:hAnsi="IM Fell English"/>
          <w:color w:val="141414"/>
          <w:sz w:val="24"/>
        </w:rPr>
        <w:t>"That isn't what I expected at all," Ken said.</w:t>
      </w:r>
    </w:p>
    <w:p>
      <w:r>
        <w:rPr>
          <w:rFonts w:ascii="IM Fell English" w:hAnsi="IM Fell English"/>
          <w:color w:val="141414"/>
          <w:sz w:val="24"/>
        </w:rPr>
        <w:t>As Martha and Ken drove towards Columbus, she needed to merge onto the highway. She sped up, slipping between two semi-trucks to merge.</w:t>
      </w:r>
    </w:p>
    <w:p>
      <w:r>
        <w:rPr>
          <w:rFonts w:ascii="IM Fell English" w:hAnsi="IM Fell English"/>
          <w:color w:val="141414"/>
          <w:sz w:val="24"/>
        </w:rPr>
        <w:t>"What do you expect him to say when you get there?" Ken asked.</w:t>
      </w:r>
    </w:p>
    <w:p>
      <w:r>
        <w:rPr>
          <w:rFonts w:ascii="IM Fell English" w:hAnsi="IM Fell English"/>
          <w:color w:val="141414"/>
          <w:sz w:val="24"/>
        </w:rPr>
        <w:t>"I confess, I'm not sure. I was a little taken aback when the secretary said she'd been expecting my call and knew you would come with me. It still makes little sense; I'm quite confused."</w:t>
      </w:r>
    </w:p>
    <w:p>
      <w:r>
        <w:rPr>
          <w:rFonts w:ascii="IM Fell English" w:hAnsi="IM Fell English"/>
          <w:color w:val="141414"/>
          <w:sz w:val="24"/>
        </w:rPr>
        <w:t>"I don't expect them to admit anything."</w:t>
      </w:r>
    </w:p>
    <w:p>
      <w:r>
        <w:rPr>
          <w:rFonts w:ascii="IM Fell English" w:hAnsi="IM Fell English"/>
          <w:color w:val="141414"/>
          <w:sz w:val="24"/>
        </w:rPr>
        <w:t>Martha hustled to pass the semi. "Have you learned anything new in the investigation of my father's death yet?"</w:t>
      </w:r>
    </w:p>
    <w:p>
      <w:r>
        <w:rPr>
          <w:rFonts w:ascii="IM Fell English" w:hAnsi="IM Fell English"/>
          <w:color w:val="141414"/>
          <w:sz w:val="24"/>
        </w:rPr>
        <w:t>"Just another puzzle piece that doesn't seem to fit. We knew Billy and Malroy had both been shot with the same gun; now we find that Harvey was shot with the same weapon."</w:t>
      </w:r>
    </w:p>
    <w:p>
      <w:r>
        <w:rPr>
          <w:rFonts w:ascii="IM Fell English" w:hAnsi="IM Fell English"/>
          <w:color w:val="141414"/>
          <w:sz w:val="24"/>
        </w:rPr>
        <w:t>"You mean the man who kidnapped me?"</w:t>
      </w:r>
    </w:p>
    <w:p>
      <w:r>
        <w:rPr>
          <w:rFonts w:ascii="IM Fell English" w:hAnsi="IM Fell English"/>
          <w:color w:val="141414"/>
          <w:sz w:val="24"/>
        </w:rPr>
        <w:t>"We just got the ballistics back today, before we left. They said it was definitely the same weapon."</w:t>
      </w:r>
    </w:p>
    <w:p>
      <w:r>
        <w:rPr>
          <w:rFonts w:ascii="IM Fell English" w:hAnsi="IM Fell English"/>
          <w:color w:val="141414"/>
          <w:sz w:val="24"/>
        </w:rPr>
        <w:t>Martha drove in silence, her mind racing. Same weapon, same killer. What linked them? An author, a police detective, a spook—what could they possibly have in common? Answering that question was their best chance to figure this whole thing out.</w:t>
      </w:r>
    </w:p>
    <w:p>
      <w:r>
        <w:rPr>
          <w:rFonts w:ascii="IM Fell English" w:hAnsi="IM Fell English"/>
          <w:color w:val="141414"/>
          <w:sz w:val="24"/>
        </w:rPr>
        <w:t>They arrived at Rick's office, riding the elevator up to his suite. As they opened the door, the secretary looked up from her desk, smiling sweetly. "You must be Martha, and this young man with you must be Officer Henderson."</w:t>
      </w:r>
    </w:p>
    <w:p>
      <w:r>
        <w:rPr>
          <w:rFonts w:ascii="IM Fell English" w:hAnsi="IM Fell English"/>
          <w:color w:val="141414"/>
          <w:sz w:val="24"/>
        </w:rPr>
        <w:t>Martha moved to the front of her desk. "We're here to see Rick."</w:t>
      </w:r>
    </w:p>
    <w:p>
      <w:r>
        <w:rPr>
          <w:rFonts w:ascii="IM Fell English" w:hAnsi="IM Fell English"/>
          <w:color w:val="141414"/>
          <w:sz w:val="24"/>
        </w:rPr>
        <w:t>The secretary pulled a plastic tray from a drawer and pushed it toward them. "Yes, he's waiting for you. He asked me to ensure you don't bring any phones or recording devices in. If you'll just place them in this tray, I'll return them when you leave. It's a common precaution we take."</w:t>
      </w:r>
    </w:p>
    <w:p>
      <w:r>
        <w:rPr>
          <w:rFonts w:ascii="IM Fell English" w:hAnsi="IM Fell English"/>
          <w:color w:val="141414"/>
          <w:sz w:val="24"/>
        </w:rPr>
        <w:t>Martha looked at Ken. He raised his eyebrows, then reached into his pocket, pulled out his phone, and placed it in the plastic tray. Martha followed suit, dropping her phone inside.</w:t>
      </w:r>
    </w:p>
    <w:p>
      <w:r>
        <w:rPr>
          <w:rFonts w:ascii="IM Fell English" w:hAnsi="IM Fell English"/>
          <w:color w:val="141414"/>
          <w:sz w:val="24"/>
        </w:rPr>
        <w:t>"We understand, Mr. Henderson—or do you prefer Officer Henderson?"</w:t>
      </w:r>
    </w:p>
    <w:p>
      <w:r>
        <w:rPr>
          <w:rFonts w:ascii="IM Fell English" w:hAnsi="IM Fell English"/>
          <w:color w:val="141414"/>
          <w:sz w:val="24"/>
        </w:rPr>
        <w:t>"Mr. is fine."</w:t>
      </w:r>
    </w:p>
    <w:p>
      <w:r>
        <w:rPr>
          <w:rFonts w:ascii="IM Fell English" w:hAnsi="IM Fell English"/>
          <w:color w:val="141414"/>
          <w:sz w:val="24"/>
        </w:rPr>
        <w:t>"We understand, Mr. Henderson, that you'll want to keep your firearm. However, we need you both—you, Mr. Henderson, and you, Miss—to sign a statement agreeing not to repeat anything said at this meeting."</w:t>
      </w:r>
    </w:p>
    <w:p>
      <w:r>
        <w:rPr>
          <w:rFonts w:ascii="IM Fell English" w:hAnsi="IM Fell English"/>
          <w:color w:val="141414"/>
          <w:sz w:val="24"/>
        </w:rPr>
        <w:t>"This is a normal precaution, especially when dealing with a sitting senator. And you know he's running for president, right?"</w:t>
      </w:r>
    </w:p>
    <w:p>
      <w:r>
        <w:rPr>
          <w:rFonts w:ascii="IM Fell English" w:hAnsi="IM Fell English"/>
          <w:color w:val="141414"/>
          <w:sz w:val="24"/>
        </w:rPr>
        <w:t>Martha grinned. "Yes, I believe we've heard that."</w:t>
      </w:r>
    </w:p>
    <w:p>
      <w:r>
        <w:rPr>
          <w:rFonts w:ascii="IM Fell English" w:hAnsi="IM Fell English"/>
          <w:color w:val="141414"/>
          <w:sz w:val="24"/>
        </w:rPr>
        <w:t>The secretary pressed a button on her phone. "Senator, your visitors are here."</w:t>
      </w:r>
    </w:p>
    <w:p>
      <w:r>
        <w:rPr>
          <w:rFonts w:ascii="IM Fell English" w:hAnsi="IM Fell English"/>
          <w:color w:val="141414"/>
          <w:sz w:val="24"/>
        </w:rPr>
        <w:t>A few seconds later, the office door opened. A young man in his thirties, dressed in khaki pants and a light blue pullover sweater, his hair perfectly combed, stepped through. "I'm the Senator's campaign manager. Please follow me; they're waiting for you inside."</w:t>
      </w:r>
    </w:p>
    <w:p>
      <w:r>
        <w:rPr>
          <w:rFonts w:ascii="IM Fell English" w:hAnsi="IM Fell English"/>
          <w:i/>
          <w:color w:val="141414"/>
          <w:sz w:val="24"/>
        </w:rPr>
        <w:t>They are waiting for us inside. Who else is at this meeting?</w:t>
      </w:r>
    </w:p>
    <w:p>
      <w:r>
        <w:rPr>
          <w:rFonts w:ascii="IM Fell English" w:hAnsi="IM Fell English"/>
          <w:color w:val="141414"/>
          <w:sz w:val="24"/>
        </w:rPr>
        <w:t>Martha's stomach did flip-flops as she walked through the door. Inside the room, she saw Rick, his wife Elizabeth, an older man with graying black hair dressed in a pinstripe suit that probably cost more than her last car, and the young man who had led them in.</w:t>
      </w:r>
    </w:p>
    <w:p>
      <w:r>
        <w:rPr>
          <w:rFonts w:ascii="IM Fell English" w:hAnsi="IM Fell English"/>
          <w:color w:val="141414"/>
          <w:sz w:val="24"/>
        </w:rPr>
        <w:t>Martha couldn't believe her ears. Elizabeth not only knew about and approved of it, but she promoted it.</w:t>
      </w:r>
    </w:p>
    <w:p>
      <w:r>
        <w:rPr>
          <w:rFonts w:ascii="IM Fell English" w:hAnsi="IM Fell English"/>
          <w:color w:val="141414"/>
          <w:sz w:val="24"/>
        </w:rPr>
        <w:t>Martha asked, "But what about what this is doing to your daughter, Judy?"</w:t>
      </w:r>
    </w:p>
    <w:p>
      <w:r>
        <w:rPr>
          <w:rFonts w:ascii="IM Fell English" w:hAnsi="IM Fell English"/>
          <w:color w:val="141414"/>
          <w:sz w:val="24"/>
        </w:rPr>
        <w:t>"She's learning sex is a tool women need to exploit to get ahead. I'm proud to say Rick has never had a sexual scandal in his entire career. When he wants a woman, he comes home, and one of us takes care of him."</w:t>
      </w:r>
    </w:p>
    <w:p>
      <w:r>
        <w:rPr>
          <w:rFonts w:ascii="IM Fell English" w:hAnsi="IM Fell English"/>
          <w:color w:val="141414"/>
          <w:sz w:val="24"/>
        </w:rPr>
        <w:t>"This is disgusting," Martha said.</w:t>
      </w:r>
    </w:p>
    <w:p>
      <w:r>
        <w:rPr>
          <w:rFonts w:ascii="IM Fell English" w:hAnsi="IM Fell English"/>
          <w:color w:val="141414"/>
          <w:sz w:val="24"/>
        </w:rPr>
        <w:t>Martha looked around at everyone in the room. The lawyer stared straight ahead as if he'd heard nothing. The young man also seemed completely uninterested in the conversation. Elizabeth and Rick were both grinning.</w:t>
      </w:r>
    </w:p>
    <w:p>
      <w:r>
        <w:rPr>
          <w:rFonts w:ascii="IM Fell English" w:hAnsi="IM Fell English"/>
          <w:color w:val="141414"/>
          <w:sz w:val="24"/>
        </w:rPr>
        <w:t>"The best thing you can do, young lady," the lawyer said, "is to forget this entire conversation. I assure you, if you mention anything said here today, we will destroy you. A sitting senator is a powerful person. Officer Henderson, you will never work as a police officer again. Martha, you will never work in a public library again. I believe we understand each other. This meeting is over."</w:t>
      </w:r>
    </w:p>
    <w:p>
      <w:r>
        <w:rPr>
          <w:rFonts w:ascii="IM Fell English" w:hAnsi="IM Fell English"/>
          <w:color w:val="141414"/>
          <w:sz w:val="24"/>
        </w:rPr>
        <w:t>"But what about what happened to my dad?" Martha said.</w:t>
      </w:r>
    </w:p>
    <w:p>
      <w:r>
        <w:rPr>
          <w:rFonts w:ascii="IM Fell English" w:hAnsi="IM Fell English"/>
          <w:color w:val="141414"/>
          <w:sz w:val="24"/>
        </w:rPr>
        <w:t>"Don't expect us to admit to first-degree murder," Elizabeth said, "in this meeting or any other. I have to leave for my charity meeting now. You two have a pleasant drive home."</w:t>
      </w:r>
    </w:p>
    <w:p>
      <w:r>
        <w:rPr>
          <w:rFonts w:ascii="IM Fell English" w:hAnsi="IM Fell English"/>
          <w:color w:val="141414"/>
          <w:sz w:val="24"/>
        </w:rPr>
        <w:t>Martha and Ken drove in stunned silence.</w:t>
      </w:r>
    </w:p>
    <w:p>
      <w:r>
        <w:rPr>
          <w:rFonts w:ascii="IM Fell English" w:hAnsi="IM Fell English"/>
          <w:color w:val="141414"/>
          <w:sz w:val="24"/>
        </w:rPr>
        <w:t>"You know he can do it?" Ken said after ten minutes.</w:t>
      </w:r>
    </w:p>
    <w:p>
      <w:r>
        <w:rPr>
          <w:rFonts w:ascii="IM Fell English" w:hAnsi="IM Fell English"/>
          <w:color w:val="141414"/>
          <w:sz w:val="24"/>
        </w:rPr>
        <w:t>"Do what?"</w:t>
      </w:r>
    </w:p>
    <w:p>
      <w:r>
        <w:rPr>
          <w:rFonts w:ascii="IM Fell English" w:hAnsi="IM Fell English"/>
          <w:color w:val="141414"/>
          <w:sz w:val="24"/>
        </w:rPr>
        <w:t>"Destroy us, at least our careers."</w:t>
      </w:r>
    </w:p>
    <w:p>
      <w:r>
        <w:rPr>
          <w:rFonts w:ascii="IM Fell English" w:hAnsi="IM Fell English"/>
          <w:color w:val="141414"/>
          <w:sz w:val="24"/>
        </w:rPr>
        <w:t>"What about the injustice? What about Judy?"</w:t>
      </w:r>
    </w:p>
    <w:p>
      <w:r>
        <w:rPr>
          <w:rFonts w:ascii="IM Fell English" w:hAnsi="IM Fell English"/>
          <w:color w:val="141414"/>
          <w:sz w:val="24"/>
        </w:rPr>
        <w:t>"If she won't tell the authorities, there's not much we can do."</w:t>
      </w:r>
    </w:p>
    <w:p>
      <w:r>
        <w:rPr>
          <w:rFonts w:ascii="IM Fell English" w:hAnsi="IM Fell English"/>
          <w:color w:val="141414"/>
          <w:sz w:val="24"/>
        </w:rPr>
        <w:t>"What about my father?"</w:t>
      </w:r>
    </w:p>
    <w:p>
      <w:r>
        <w:rPr>
          <w:rFonts w:ascii="IM Fell English" w:hAnsi="IM Fell English"/>
          <w:color w:val="141414"/>
          <w:sz w:val="24"/>
        </w:rPr>
        <w:t>"We don't know for sure that this has anything to do with your father's death. We found no actual link to his death, or to any of the other deaths."</w:t>
      </w:r>
    </w:p>
    <w:p>
      <w:r>
        <w:rPr>
          <w:rFonts w:ascii="IM Fell English" w:hAnsi="IM Fell English"/>
          <w:color w:val="141414"/>
          <w:sz w:val="24"/>
        </w:rPr>
        <w:t>"Do you think I should have another go at Judy?"</w:t>
      </w:r>
    </w:p>
    <w:p>
      <w:r>
        <w:rPr>
          <w:rFonts w:ascii="IM Fell English" w:hAnsi="IM Fell English"/>
          <w:color w:val="141414"/>
          <w:sz w:val="24"/>
        </w:rPr>
        <w:t>"You could try, but I think it will turn out the same way. Rick is a powerful man, and no one will oppose him, including his daughter."</w:t>
      </w:r>
    </w:p>
    <w:p>
      <w:r>
        <w:rPr>
          <w:rFonts w:ascii="IM Fell English" w:hAnsi="IM Fell English"/>
          <w:color w:val="141414"/>
          <w:sz w:val="24"/>
        </w:rPr>
        <w:t>He's probably right; no one would go against Rick. He's already the most powerful man in Ohio, and if elected President, he'll be the most powerful man in the world. The only hope would be for a member of the family to have the courage to speak the truth. And that right now is in short supply.</w:t>
      </w:r>
    </w:p>
    <w:p>
      <w:r>
        <w:rPr>
          <w:rFonts w:ascii="IM Fell English" w:hAnsi="IM Fell English"/>
          <w:color w:val="141414"/>
          <w:sz w:val="24"/>
        </w:rPr>
        <w:t>She pulled into the parking lot. They went into the house. Mary met them at the door. "Well?"</w:t>
      </w:r>
    </w:p>
    <w:p>
      <w:r>
        <w:rPr>
          <w:rFonts w:ascii="IM Fell English" w:hAnsi="IM Fell English"/>
          <w:color w:val="141414"/>
          <w:sz w:val="24"/>
        </w:rPr>
        <w:t>Ken said, "We can't talk about what happened at the meeting," as he looked over at Martha.</w:t>
      </w:r>
    </w:p>
    <w:p>
      <w:r>
        <w:rPr>
          <w:rFonts w:ascii="IM Fell English" w:hAnsi="IM Fell English"/>
          <w:color w:val="141414"/>
          <w:sz w:val="24"/>
        </w:rPr>
        <w:t>Martha nodded and said, "Let's just say it didn't go as we expected."</w:t>
      </w:r>
    </w:p>
    <w:p>
      <w:r>
        <w:rPr>
          <w:rFonts w:ascii="IM Fell English" w:hAnsi="IM Fell English"/>
          <w:color w:val="141414"/>
          <w:sz w:val="24"/>
        </w:rPr>
        <w:t>So, what do I do now? What is my next step? I can't let this rest, but there's nothing I can point to that will change what's already happened.</w:t>
      </w:r>
    </w:p>
    <w:p>
      <w:r>
        <w:rPr>
          <w:rFonts w:ascii="IM Fell English" w:hAnsi="IM Fell English"/>
          <w:color w:val="141414"/>
          <w:sz w:val="24"/>
        </w:rPr>
        <w:t>"I hope your adventure into being a detective is over now," Ruth said as she came into the kitchen.</w:t>
      </w:r>
    </w:p>
    <w:p>
      <w:r>
        <w:rPr>
          <w:rFonts w:ascii="IM Fell English" w:hAnsi="IM Fell English"/>
          <w:color w:val="141414"/>
          <w:sz w:val="24"/>
        </w:rPr>
        <w:t>The next morning, Ken went back to his apartment and grabbed a change of clothes.</w:t>
      </w:r>
    </w:p>
    <w:p>
      <w:r>
        <w:rPr>
          <w:rFonts w:ascii="IM Fell English" w:hAnsi="IM Fell English"/>
          <w:color w:val="141414"/>
          <w:sz w:val="24"/>
        </w:rPr>
        <w:t>Martha was drinking a cup of coffee when her phone rang. "Martha Thomas here."</w:t>
      </w:r>
    </w:p>
    <w:p>
      <w:r>
        <w:rPr>
          <w:rFonts w:ascii="IM Fell English" w:hAnsi="IM Fell English"/>
          <w:color w:val="141414"/>
          <w:sz w:val="24"/>
        </w:rPr>
        <w:t>"Martha, this is Jacqueline, could we meet? I'm terrified."</w:t>
      </w:r>
    </w:p>
    <w:p>
      <w:r>
        <w:rPr>
          <w:rFonts w:ascii="IM Fell English" w:hAnsi="IM Fell English"/>
          <w:color w:val="141414"/>
          <w:sz w:val="24"/>
        </w:rPr>
        <w:t>"What is wrong?"</w:t>
      </w:r>
    </w:p>
    <w:p>
      <w:r>
        <w:rPr>
          <w:rFonts w:ascii="IM Fell English" w:hAnsi="IM Fell English"/>
          <w:color w:val="141414"/>
          <w:sz w:val="24"/>
        </w:rPr>
        <w:t>"My dad and mom are coming home from Washington, D.C. today, and they are furious."</w:t>
      </w:r>
    </w:p>
    <w:p>
      <w:r>
        <w:rPr>
          <w:rFonts w:ascii="IM Fell English" w:hAnsi="IM Fell English"/>
          <w:color w:val="141414"/>
          <w:sz w:val="24"/>
        </w:rPr>
        <w:t>"Where would you like to meet?"</w:t>
      </w:r>
    </w:p>
    <w:p>
      <w:r>
        <w:rPr>
          <w:rFonts w:ascii="IM Fell English" w:hAnsi="IM Fell English"/>
          <w:color w:val="141414"/>
          <w:sz w:val="24"/>
        </w:rPr>
        <w:t>"How about at the Dinner Bell?"</w:t>
      </w:r>
    </w:p>
    <w:p>
      <w:r>
        <w:rPr>
          <w:rFonts w:ascii="IM Fell English" w:hAnsi="IM Fell English"/>
          <w:color w:val="141414"/>
          <w:sz w:val="24"/>
        </w:rPr>
        <w:t>"I can meet you at 10 o'clock."</w:t>
      </w:r>
    </w:p>
    <w:p>
      <w:r>
        <w:rPr>
          <w:rFonts w:ascii="IM Fell English" w:hAnsi="IM Fell English"/>
          <w:color w:val="141414"/>
          <w:sz w:val="24"/>
        </w:rPr>
        <w:t>"Can you come alone? This is embarrassing, and I don't want anybody else to hear what I have to say."</w:t>
      </w:r>
    </w:p>
    <w:p>
      <w:r>
        <w:rPr>
          <w:rFonts w:ascii="IM Fell English" w:hAnsi="IM Fell English"/>
          <w:color w:val="141414"/>
          <w:sz w:val="24"/>
        </w:rPr>
        <w:t xml:space="preserve">Martha glanced down at her watch. "Yes, I'll meet you at the </w:t>
      </w:r>
      <w:r>
        <w:rPr>
          <w:rFonts w:ascii="IM Fell English" w:hAnsi="IM Fell English"/>
          <w:b/>
          <w:color w:val="141414"/>
          <w:sz w:val="24"/>
        </w:rPr>
        <w:t>Dinner Bell</w:t>
      </w:r>
      <w:r>
        <w:rPr>
          <w:rFonts w:ascii="IM Fell English" w:hAnsi="IM Fell English"/>
          <w:color w:val="141414"/>
          <w:sz w:val="24"/>
        </w:rPr>
        <w:t xml:space="preserve"> at 10 o'clock, alone."</w:t>
      </w:r>
    </w:p>
    <w:p>
      <w:r>
        <w:rPr>
          <w:rFonts w:ascii="IM Fell English" w:hAnsi="IM Fell English"/>
          <w:color w:val="141414"/>
          <w:sz w:val="24"/>
        </w:rPr>
        <w:t>Martha wondered what Jacqueline wanted. Perhaps this was the family member finally ready to reveal the secret. At least they were meeting in a public place, where little could happen.</w:t>
      </w:r>
    </w:p>
    <w:p>
      <w:r>
        <w:rPr>
          <w:rFonts w:ascii="IM Fell English" w:hAnsi="IM Fell English"/>
          <w:color w:val="141414"/>
          <w:sz w:val="24"/>
        </w:rPr>
        <w:t>Martha drove to the Dinner Bell at 9:45 and waited in her car until Jacqueline pulled up beside her.</w:t>
      </w:r>
    </w:p>
    <w:p>
      <w:r>
        <w:rPr>
          <w:rFonts w:ascii="IM Fell English" w:hAnsi="IM Fell English"/>
          <w:color w:val="141414"/>
          <w:sz w:val="24"/>
        </w:rPr>
        <w:t>Jacqueline pulled her car beside Martha's, walked to the driver's window, and rapped on the glass. Martha lowered the window. "Can we talk out here in your car?"</w:t>
      </w:r>
    </w:p>
    <w:p>
      <w:r>
        <w:rPr>
          <w:rFonts w:ascii="IM Fell English" w:hAnsi="IM Fell English"/>
          <w:color w:val="141414"/>
          <w:sz w:val="24"/>
        </w:rPr>
        <w:t>Martha started the car, reached over, and flipped the switch to unlock the doors. Jacqueline slid into the passenger seat.</w:t>
      </w:r>
    </w:p>
    <w:p>
      <w:r>
        <w:rPr>
          <w:rFonts w:ascii="IM Fell English" w:hAnsi="IM Fell English"/>
          <w:color w:val="141414"/>
          <w:sz w:val="24"/>
        </w:rPr>
        <w:t>"It is freezing out there," Jacqueline said.</w:t>
      </w:r>
    </w:p>
    <w:p>
      <w:r>
        <w:rPr>
          <w:rFonts w:ascii="IM Fell English" w:hAnsi="IM Fell English"/>
          <w:color w:val="141414"/>
          <w:sz w:val="24"/>
        </w:rPr>
        <w:t>"The weather report had just announced ten above zero, but it felt like two below," Martha said, turning the heater to full blast.</w:t>
      </w:r>
    </w:p>
    <w:p>
      <w:r>
        <w:rPr>
          <w:rFonts w:ascii="IM Fell English" w:hAnsi="IM Fell English"/>
          <w:color w:val="141414"/>
          <w:sz w:val="24"/>
        </w:rPr>
        <w:t>"Would you like a cup of coffee?" Jacqueline asked. "I'll be happy to go in and get us one."</w:t>
      </w:r>
    </w:p>
    <w:p>
      <w:r>
        <w:rPr>
          <w:rFonts w:ascii="IM Fell English" w:hAnsi="IM Fell English"/>
          <w:color w:val="141414"/>
          <w:sz w:val="24"/>
        </w:rPr>
        <w:t>While Jacqueline was inside the restaurant getting two cups of coffee, Martha continued to warm the car's interior. When Jacqueline returned and opened the door, a polar blast of air entered the cabin. She quickly shut the door and said, "Thank you for coming out to talk to me. I was so worried. I didn't know who else to call."</w:t>
      </w:r>
    </w:p>
    <w:p>
      <w:r>
        <w:rPr>
          <w:rFonts w:ascii="IM Fell English" w:hAnsi="IM Fell English"/>
          <w:color w:val="141414"/>
          <w:sz w:val="24"/>
        </w:rPr>
        <w:t>"You can always talk to me," Martha said.</w:t>
      </w:r>
    </w:p>
    <w:p>
      <w:r>
        <w:rPr>
          <w:rFonts w:ascii="IM Fell English" w:hAnsi="IM Fell English"/>
          <w:color w:val="141414"/>
          <w:sz w:val="24"/>
        </w:rPr>
        <w:t>"It's been so hard. You know what my father's been doing isn't right, but I still love him."</w:t>
      </w:r>
    </w:p>
    <w:p>
      <w:r>
        <w:rPr>
          <w:rFonts w:ascii="IM Fell English" w:hAnsi="IM Fell English"/>
          <w:color w:val="141414"/>
          <w:sz w:val="24"/>
        </w:rPr>
        <w:t>"Just because you love him doesn't mean you have to put up with what's going on," Martha said.</w:t>
      </w:r>
    </w:p>
    <w:p>
      <w:r>
        <w:rPr>
          <w:rFonts w:ascii="IM Fell English" w:hAnsi="IM Fell English"/>
          <w:color w:val="141414"/>
          <w:sz w:val="24"/>
        </w:rPr>
        <w:t>For the next twenty-five minutes, tears streamed down Jacqueline's cheeks as she opened up, explaining the abuse she had endured since she was twelve.</w:t>
      </w:r>
    </w:p>
    <w:p>
      <w:r>
        <w:rPr>
          <w:rFonts w:ascii="IM Fell English" w:hAnsi="IM Fell English"/>
          <w:color w:val="141414"/>
          <w:sz w:val="24"/>
        </w:rPr>
        <w:t>"I've written it all down," Jacqueline said. "It's all in my diaries back at the house."</w:t>
      </w:r>
    </w:p>
    <w:p>
      <w:r>
        <w:rPr>
          <w:rFonts w:ascii="IM Fell English" w:hAnsi="IM Fell English"/>
          <w:color w:val="141414"/>
          <w:sz w:val="24"/>
        </w:rPr>
        <w:t>"Do you think it's about time we go to the police?" Martha asked.</w:t>
      </w:r>
    </w:p>
    <w:p>
      <w:r>
        <w:rPr>
          <w:rFonts w:ascii="IM Fell English" w:hAnsi="IM Fell English"/>
          <w:color w:val="141414"/>
          <w:sz w:val="24"/>
        </w:rPr>
        <w:t>Through her sobs, Jacqueline said, "Yes, can we swing by my house and pick up the diaries?"</w:t>
      </w:r>
    </w:p>
    <w:p>
      <w:r>
        <w:rPr>
          <w:rFonts w:ascii="IM Fell English" w:hAnsi="IM Fell English"/>
          <w:color w:val="141414"/>
          <w:sz w:val="24"/>
        </w:rPr>
        <w:t>"Sure," Martha replied.</w:t>
      </w:r>
    </w:p>
    <w:p>
      <w:r>
        <w:rPr>
          <w:rFonts w:ascii="IM Fell English" w:hAnsi="IM Fell English"/>
          <w:color w:val="141414"/>
          <w:sz w:val="24"/>
        </w:rPr>
        <w:t>"Can you follow me to my house? I'll leave my car there and ride with you to the police station."</w:t>
      </w:r>
    </w:p>
    <w:p>
      <w:r>
        <w:rPr>
          <w:rFonts w:ascii="IM Fell English" w:hAnsi="IM Fell English"/>
          <w:color w:val="141414"/>
          <w:sz w:val="24"/>
        </w:rPr>
        <w:t>Martha followed Jacqueline to the Phillips' house. Once they arrived and went inside, Jacqueline said, "My diaries are up in my room."</w:t>
      </w:r>
    </w:p>
    <w:p>
      <w:r>
        <w:rPr>
          <w:rFonts w:ascii="IM Fell English" w:hAnsi="IM Fell English"/>
          <w:color w:val="141414"/>
          <w:sz w:val="24"/>
        </w:rPr>
        <w:t>"What time are your parents getting home?" Martha asked.</w:t>
      </w:r>
    </w:p>
    <w:p>
      <w:r>
        <w:rPr>
          <w:rFonts w:ascii="IM Fell English" w:hAnsi="IM Fell English"/>
          <w:color w:val="141414"/>
          <w:sz w:val="24"/>
        </w:rPr>
        <w:t>"We still have two hours," Jacqueline replied.</w:t>
      </w:r>
    </w:p>
    <w:p>
      <w:r>
        <w:rPr>
          <w:rFonts w:ascii="IM Fell English" w:hAnsi="IM Fell English"/>
          <w:color w:val="141414"/>
          <w:sz w:val="24"/>
        </w:rPr>
        <w:t>Jacqueline climbed the stairs, Martha following her up the curved staircase to the second floor. They walked down the carpeted hallway to a room marked with a hand-carved sign: 'Jacqueline'.</w:t>
      </w:r>
    </w:p>
    <w:p>
      <w:r>
        <w:rPr>
          <w:rFonts w:ascii="IM Fell English" w:hAnsi="IM Fell English"/>
          <w:color w:val="141414"/>
          <w:sz w:val="24"/>
        </w:rPr>
        <w:t>Jacqueline motioned for Martha to sit on the bed. "If you wait here, I'll get my diaries from the closet."</w:t>
      </w:r>
    </w:p>
    <w:p>
      <w:r>
        <w:rPr>
          <w:rFonts w:ascii="IM Fell English" w:hAnsi="IM Fell English"/>
          <w:color w:val="141414"/>
          <w:sz w:val="24"/>
        </w:rPr>
        <w:t>She handed a leather-bound journal to Martha. "Would you read this and see if it sounds too foolish?"</w:t>
      </w:r>
    </w:p>
    <w:p>
      <w:r>
        <w:rPr>
          <w:rFonts w:ascii="IM Fell English" w:hAnsi="IM Fell English"/>
          <w:color w:val="141414"/>
          <w:sz w:val="24"/>
        </w:rPr>
        <w:t>Martha began to read. Despite the second-rate grammar and spelling, the emotions in the words were overwhelming. She sensed a strange combination of pain and pride in the writing.</w:t>
      </w:r>
    </w:p>
    <w:p>
      <w:r>
        <w:rPr>
          <w:rFonts w:ascii="IM Fell English" w:hAnsi="IM Fell English"/>
          <w:color w:val="141414"/>
          <w:sz w:val="24"/>
        </w:rPr>
        <w:t>Martha noticed a turned-down page. Out of curiosity, she flipped to it and read:</w:t>
      </w:r>
    </w:p>
    <w:p>
      <w:r>
        <w:rPr>
          <w:rFonts w:ascii="IM Fell English" w:hAnsi="IM Fell English"/>
          <w:color w:val="141414"/>
          <w:sz w:val="24"/>
        </w:rPr>
        <w:t>"Today is the day I've been waiting for—the day I fix my sister Judy's screw-up. I drove over to Pastor Thomas's house and rang the doorbell of his office. When he opened the door, I shot him three times. I didn't want to hurt the old man, but as Mother always says, 'There's nothing more important than family.'"</w:t>
      </w:r>
    </w:p>
    <w:p>
      <w:r>
        <w:rPr>
          <w:rFonts w:ascii="IM Fell English" w:hAnsi="IM Fell English"/>
          <w:color w:val="141414"/>
          <w:sz w:val="24"/>
        </w:rPr>
        <w:t>Martha looked up from the journal to see Jacqueline in the doorway, one hand on her hip, the other holding a Sig Sauer 9mm pistol aimed at her chest.</w:t>
      </w:r>
    </w:p>
    <w:p>
      <w:r>
        <w:rPr>
          <w:rFonts w:ascii="IM Fell English" w:hAnsi="IM Fell English"/>
          <w:color w:val="141414"/>
          <w:sz w:val="24"/>
        </w:rPr>
        <w:t>Ken arrived back at Mary's apartment, two freshly pressed uniforms hanging on his hooked finger as he walked up the sidewalk. He noticed Mary's car was gone.</w:t>
      </w:r>
    </w:p>
    <w:p>
      <w:r>
        <w:rPr>
          <w:rFonts w:ascii="IM Fell English" w:hAnsi="IM Fell English"/>
          <w:color w:val="141414"/>
          <w:sz w:val="24"/>
        </w:rPr>
        <w:t>He opened the door and asked, "Where's Mary?"</w:t>
      </w:r>
    </w:p>
    <w:p>
      <w:r>
        <w:rPr>
          <w:rFonts w:ascii="IM Fell English" w:hAnsi="IM Fell English"/>
          <w:color w:val="141414"/>
          <w:sz w:val="24"/>
        </w:rPr>
        <w:t>Mary walked in from the kitchen, holding a cup of coffee. "Right here," she said.</w:t>
      </w:r>
    </w:p>
    <w:p>
      <w:r>
        <w:rPr>
          <w:rFonts w:ascii="IM Fell English" w:hAnsi="IM Fell English"/>
          <w:color w:val="141414"/>
          <w:sz w:val="24"/>
        </w:rPr>
        <w:t>"I noticed your car was gone. I thought perhaps you'd gone to work."</w:t>
      </w:r>
    </w:p>
    <w:p>
      <w:r>
        <w:rPr>
          <w:rFonts w:ascii="IM Fell English" w:hAnsi="IM Fell English"/>
          <w:color w:val="141414"/>
          <w:sz w:val="24"/>
        </w:rPr>
        <w:t>"No, Martha borrowed it. She had to go down to the Dinner Bell to meet someone."</w:t>
      </w:r>
    </w:p>
    <w:p>
      <w:r>
        <w:rPr>
          <w:rFonts w:ascii="IM Fell English" w:hAnsi="IM Fell English"/>
          <w:color w:val="141414"/>
          <w:sz w:val="24"/>
        </w:rPr>
        <w:t>"Why did she leave without asking me? She knows I have to answer to the Chief about her whereabouts. I wish she'd do what she's been told, just for once."</w:t>
      </w:r>
    </w:p>
    <w:p>
      <w:r>
        <w:rPr>
          <w:rFonts w:ascii="IM Fell English" w:hAnsi="IM Fell English"/>
          <w:color w:val="141414"/>
          <w:sz w:val="24"/>
        </w:rPr>
        <w:t>Ken's phone rang; he hoped it was her. He pulled it from his jeans pocket and answered.</w:t>
      </w:r>
    </w:p>
    <w:p>
      <w:r>
        <w:rPr>
          <w:rFonts w:ascii="IM Fell English" w:hAnsi="IM Fell English"/>
          <w:color w:val="141414"/>
          <w:sz w:val="24"/>
        </w:rPr>
        <w:t>The Chief said, "The son of the motel manager says he knows who was visiting Malroy. I want you to drive over and find out what he's talking about."</w:t>
      </w:r>
    </w:p>
    <w:p>
      <w:r>
        <w:rPr>
          <w:rFonts w:ascii="IM Fell English" w:hAnsi="IM Fell English"/>
          <w:color w:val="141414"/>
          <w:sz w:val="24"/>
        </w:rPr>
        <w:t>Ken drove to the motel, entered the lobby, and waited for the manager.</w:t>
      </w:r>
    </w:p>
    <w:p>
      <w:r>
        <w:rPr>
          <w:rFonts w:ascii="IM Fell English" w:hAnsi="IM Fell English"/>
          <w:color w:val="141414"/>
          <w:sz w:val="24"/>
        </w:rPr>
        <w:t>"My Chief says your son knows who was visiting Malroy," Ken told the manager.</w:t>
      </w:r>
    </w:p>
    <w:p>
      <w:r>
        <w:rPr>
          <w:rFonts w:ascii="IM Fell English" w:hAnsi="IM Fell English"/>
          <w:color w:val="141414"/>
          <w:sz w:val="24"/>
        </w:rPr>
        <w:t>"Not me; it was my son. I had him out there cleaning the parking lot, and he said he saw the girl who came in."</w:t>
      </w:r>
    </w:p>
    <w:p>
      <w:r>
        <w:rPr>
          <w:rFonts w:ascii="IM Fell English" w:hAnsi="IM Fell English"/>
          <w:color w:val="141414"/>
          <w:sz w:val="24"/>
        </w:rPr>
        <w:t>The manager called his son from the back room. The boy walked out, looked up at Ken, and said, "Hi, you must be the police officer."</w:t>
      </w:r>
    </w:p>
    <w:p>
      <w:r>
        <w:rPr>
          <w:rFonts w:ascii="IM Fell English" w:hAnsi="IM Fell English"/>
          <w:color w:val="141414"/>
          <w:sz w:val="24"/>
        </w:rPr>
        <w:t>Ken asked, "Can you describe the person you saw going into Malroy's room?"</w:t>
      </w:r>
    </w:p>
    <w:p>
      <w:r>
        <w:rPr>
          <w:rFonts w:ascii="IM Fell English" w:hAnsi="IM Fell English"/>
          <w:color w:val="141414"/>
          <w:sz w:val="24"/>
        </w:rPr>
        <w:t>"Like I told my Pop, I've seen her before, right here in the newspaper."</w:t>
      </w:r>
    </w:p>
    <w:p>
      <w:r>
        <w:rPr>
          <w:rFonts w:ascii="IM Fell English" w:hAnsi="IM Fell English"/>
          <w:color w:val="141414"/>
          <w:sz w:val="24"/>
        </w:rPr>
        <w:t>The kid handed Ken a copy of the Brownsville paper. "She's right there." He pointed his chubby little finger at a picture of the Phillips family.</w:t>
      </w:r>
    </w:p>
    <w:p>
      <w:r>
        <w:rPr>
          <w:rFonts w:ascii="IM Fell English" w:hAnsi="IM Fell English"/>
          <w:color w:val="141414"/>
          <w:sz w:val="24"/>
        </w:rPr>
        <w:t>Ken pointed at Elizabeth. "You mean her?"</w:t>
      </w:r>
    </w:p>
    <w:p>
      <w:r>
        <w:rPr>
          <w:rFonts w:ascii="IM Fell English" w:hAnsi="IM Fell English"/>
          <w:color w:val="141414"/>
          <w:sz w:val="24"/>
        </w:rPr>
        <w:t>"Not her. This one," he said, pointing at the picture of Jacqueline. "She was the one I saw going into the room."</w:t>
      </w:r>
    </w:p>
    <w:p>
      <w:r>
        <w:rPr>
          <w:rFonts w:ascii="IM Fell English" w:hAnsi="IM Fell English"/>
          <w:color w:val="141414"/>
          <w:sz w:val="24"/>
        </w:rPr>
        <w:t>"Thank you. You've been a great help."</w:t>
      </w:r>
    </w:p>
    <w:p>
      <w:r>
        <w:rPr>
          <w:rFonts w:ascii="IM Fell English" w:hAnsi="IM Fell English"/>
          <w:color w:val="141414"/>
          <w:sz w:val="24"/>
        </w:rPr>
        <w:t>Ken returned to his car and radioed the Chief: "The child identified Jacqueline Phillips."</w:t>
      </w:r>
    </w:p>
    <w:p>
      <w:r>
        <w:rPr>
          <w:rFonts w:ascii="IM Fell English" w:hAnsi="IM Fell English"/>
          <w:color w:val="141414"/>
          <w:sz w:val="24"/>
        </w:rPr>
        <w:t>"Jacqueline? She's only nineteen years old!"</w:t>
      </w:r>
    </w:p>
    <w:p>
      <w:r>
        <w:rPr>
          <w:rFonts w:ascii="IM Fell English" w:hAnsi="IM Fell English"/>
          <w:color w:val="141414"/>
          <w:sz w:val="24"/>
        </w:rPr>
        <w:t>"That's what I thought, but he was certain it was she who went into the motel room with Malroy the day he was shot."</w:t>
      </w:r>
    </w:p>
    <w:p>
      <w:r>
        <w:rPr>
          <w:rFonts w:ascii="IM Fell English" w:hAnsi="IM Fell English"/>
          <w:color w:val="141414"/>
          <w:sz w:val="24"/>
        </w:rPr>
        <w:t>"Why don't you and Martha come down here to the station, and we'll figure out how to handle this additional information."</w:t>
      </w:r>
    </w:p>
    <w:p>
      <w:r>
        <w:rPr>
          <w:rFonts w:ascii="IM Fell English" w:hAnsi="IM Fell English"/>
          <w:color w:val="141414"/>
          <w:sz w:val="24"/>
        </w:rPr>
        <w:t>"Chief, Martha went to the Dinner Bell to visit someone. I'm going to drive there and pick her up."</w:t>
      </w:r>
    </w:p>
    <w:p>
      <w:r>
        <w:rPr>
          <w:rFonts w:ascii="IM Fell English" w:hAnsi="IM Fell English"/>
          <w:color w:val="141414"/>
          <w:sz w:val="24"/>
        </w:rPr>
        <w:t>"Make sure you find her immediately. We don't know what Jacqueline will do."</w:t>
      </w:r>
    </w:p>
    <w:p>
      <w:r>
        <w:rPr>
          <w:rFonts w:ascii="IM Fell English" w:hAnsi="IM Fell English"/>
          <w:color w:val="141414"/>
          <w:sz w:val="24"/>
        </w:rPr>
        <w:t>Ken drove with the sirens blaring to the Dinner Bell, but found neither Martha nor Jacqueline.</w:t>
      </w:r>
    </w:p>
    <w:p>
      <w:r>
        <w:rPr>
          <w:rFonts w:ascii="IM Fell English" w:hAnsi="IM Fell English"/>
          <w:color w:val="141414"/>
          <w:sz w:val="24"/>
        </w:rPr>
        <w:t>He went in and asked the manager, "Have you seen Martha or Jacqueline today?"</w:t>
      </w:r>
    </w:p>
    <w:p>
      <w:r>
        <w:rPr>
          <w:rFonts w:ascii="IM Fell English" w:hAnsi="IM Fell English"/>
          <w:color w:val="141414"/>
          <w:sz w:val="24"/>
        </w:rPr>
        <w:t>"Jacqueline came in to grab a couple of coffees to go. I could have sworn Martha was waiting in her car. A moment later, both were gone."</w:t>
      </w:r>
    </w:p>
    <w:p>
      <w:r>
        <w:rPr>
          <w:rFonts w:ascii="IM Fell English" w:hAnsi="IM Fell English"/>
          <w:color w:val="141414"/>
          <w:sz w:val="24"/>
        </w:rPr>
        <w:t>"Do you have any idea where they may have gone?"</w:t>
      </w:r>
    </w:p>
    <w:p>
      <w:r>
        <w:rPr>
          <w:rFonts w:ascii="IM Fell English" w:hAnsi="IM Fell English"/>
          <w:color w:val="141414"/>
          <w:sz w:val="24"/>
        </w:rPr>
        <w:t>"No, it got busy here. When I looked out again, both their cars were gone."</w:t>
      </w:r>
    </w:p>
    <w:p>
      <w:r>
        <w:rPr>
          <w:rFonts w:ascii="IM Fell English" w:hAnsi="IM Fell English"/>
          <w:color w:val="141414"/>
          <w:sz w:val="24"/>
        </w:rPr>
        <w:t>Ken returned to his car and keyed his radio: "Put out an APB for Jacqueline Phillips."</w:t>
      </w:r>
    </w:p>
    <w:p>
      <w:r>
        <w:rPr>
          <w:rFonts w:ascii="IM Fell English" w:hAnsi="IM Fell English"/>
          <w:color w:val="141414"/>
          <w:sz w:val="24"/>
        </w:rPr>
        <w:t>Back at the police station, Ken walked into the Chief's office. The Chief was on the phone and waved him to a seat. After she hung up, she asked, "Did you find Martha?"</w:t>
      </w:r>
    </w:p>
    <w:p>
      <w:r>
        <w:rPr>
          <w:rFonts w:ascii="IM Fell English" w:hAnsi="IM Fell English"/>
          <w:color w:val="141414"/>
          <w:sz w:val="24"/>
        </w:rPr>
        <w:t>"No, Chief, but I believe she's with Jacqueline."</w:t>
      </w:r>
    </w:p>
    <w:p>
      <w:r>
        <w:rPr>
          <w:rFonts w:ascii="IM Fell English" w:hAnsi="IM Fell English"/>
          <w:color w:val="141414"/>
          <w:sz w:val="24"/>
        </w:rPr>
        <w:t>"Why?"</w:t>
      </w:r>
    </w:p>
    <w:p>
      <w:r>
        <w:rPr>
          <w:rFonts w:ascii="IM Fell English" w:hAnsi="IM Fell English"/>
          <w:color w:val="141414"/>
          <w:sz w:val="24"/>
        </w:rPr>
        <w:t>"The restaurant manager said he saw them together this morning, and both their cars were gone around the same time."</w:t>
      </w:r>
    </w:p>
    <w:p>
      <w:r>
        <w:rPr>
          <w:rFonts w:ascii="IM Fell English" w:hAnsi="IM Fell English"/>
          <w:color w:val="141414"/>
          <w:sz w:val="24"/>
        </w:rPr>
        <w:t>"I think it's time to call the state police and see if they can triangulate her phone," the Chief said.</w:t>
      </w:r>
    </w:p>
    <w:p>
      <w:r>
        <w:rPr>
          <w:rFonts w:ascii="IM Fell English" w:hAnsi="IM Fell English"/>
          <w:color w:val="141414"/>
          <w:sz w:val="24"/>
        </w:rPr>
        <w:t>"I'm already on it," Ken said as he walked out the door.</w:t>
      </w:r>
    </w:p>
    <w:p>
      <w:r>
        <w:rPr>
          <w:rFonts w:ascii="IM Fell English" w:hAnsi="IM Fell English"/>
          <w:color w:val="141414"/>
          <w:sz w:val="24"/>
        </w:rPr>
        <w:t>The state patrol called. "We've triangulated the phone's location; it's currently at 1217 Snow Hill Dr."</w:t>
      </w:r>
    </w:p>
    <w:p>
      <w:r>
        <w:rPr>
          <w:rFonts w:ascii="IM Fell English" w:hAnsi="IM Fell English"/>
          <w:color w:val="141414"/>
          <w:sz w:val="24"/>
        </w:rPr>
        <w:t>"That's the Phillips' place," Ken said.</w:t>
      </w:r>
    </w:p>
    <w:p>
      <w:r>
        <w:rPr>
          <w:rFonts w:ascii="IM Fell English" w:hAnsi="IM Fell English"/>
          <w:color w:val="141414"/>
          <w:sz w:val="24"/>
        </w:rPr>
        <w:t>The Chief said, "You head over there; I'm sending backup!"</w:t>
      </w:r>
    </w:p>
    <w:p>
      <w:pPr>
        <w:pStyle w:val="Heading1"/>
        <w:jc w:val="center"/>
      </w:pPr>
      <w:r>
        <w:rPr>
          <w:rFonts w:ascii="IM Fell English" w:hAnsi="IM Fell English"/>
          <w:color w:val="0D0D0D"/>
        </w:rPr>
        <w:t>Chapter 33</w:t>
      </w:r>
    </w:p>
    <w:p>
      <w:r>
        <w:rPr>
          <w:rFonts w:ascii="IM Fell English" w:hAnsi="IM Fell English"/>
          <w:color w:val="141414"/>
          <w:sz w:val="24"/>
        </w:rPr>
        <w:t>Martha tensed, her mouth dropping open as she stared down the barrel of the 9mm. "What's this all about?"</w:t>
      </w:r>
    </w:p>
    <w:p>
      <w:r>
        <w:rPr>
          <w:rFonts w:ascii="IM Fell English" w:hAnsi="IM Fell English"/>
          <w:color w:val="141414"/>
          <w:sz w:val="24"/>
        </w:rPr>
        <w:t>Jacqueline grinned and waved her gun toward Martha's coat. "You'd better grab your jacket. It's going to be cold outside."</w:t>
      </w:r>
    </w:p>
    <w:p>
      <w:r>
        <w:rPr>
          <w:rFonts w:ascii="IM Fell English" w:hAnsi="IM Fell English"/>
          <w:color w:val="141414"/>
          <w:sz w:val="24"/>
        </w:rPr>
        <w:t>Martha draped her jacket over her arm and led the way through the hallway and down the hand-carved staircase to the front door. Jacqueline was close behind, her 9mm unwavering.</w:t>
      </w:r>
    </w:p>
    <w:p>
      <w:r>
        <w:rPr>
          <w:rFonts w:ascii="IM Fell English" w:hAnsi="IM Fell English"/>
          <w:color w:val="141414"/>
          <w:sz w:val="24"/>
        </w:rPr>
        <w:t>"Last chance, put your jacket on," Jacqueline said, struggling to put on her own jacket while maintaining her grip on the 9mm.</w:t>
      </w:r>
    </w:p>
    <w:p>
      <w:r>
        <w:rPr>
          <w:rFonts w:ascii="IM Fell English" w:hAnsi="IM Fell English"/>
          <w:color w:val="141414"/>
          <w:sz w:val="24"/>
        </w:rPr>
        <w:t>Martha reluctantly slid into the winter coat and opened the front door. They made their way across the porch, down the stairs, and behind the house. After about a hundred yards, they reached a wooded area.</w:t>
      </w:r>
    </w:p>
    <w:p>
      <w:r>
        <w:rPr>
          <w:rFonts w:ascii="IM Fell English" w:hAnsi="IM Fell English"/>
          <w:color w:val="141414"/>
          <w:sz w:val="24"/>
        </w:rPr>
        <w:t>"Through there!" Jacqueline demanded.</w:t>
      </w:r>
    </w:p>
    <w:p>
      <w:r>
        <w:rPr>
          <w:rFonts w:ascii="IM Fell English" w:hAnsi="IM Fell English"/>
          <w:color w:val="141414"/>
          <w:sz w:val="24"/>
        </w:rPr>
        <w:t>"You don't have to do this."</w:t>
      </w:r>
    </w:p>
    <w:p>
      <w:r>
        <w:rPr>
          <w:rFonts w:ascii="IM Fell English" w:hAnsi="IM Fell English"/>
          <w:color w:val="141414"/>
          <w:sz w:val="24"/>
        </w:rPr>
        <w:t>"You don't understand. I have to. I like you, Martha, but I have to protect my family. There's nothing more important than family."</w:t>
      </w:r>
    </w:p>
    <w:p>
      <w:r>
        <w:rPr>
          <w:rFonts w:ascii="IM Fell English" w:hAnsi="IM Fell English"/>
          <w:color w:val="141414"/>
          <w:sz w:val="24"/>
        </w:rPr>
        <w:t>"You're the one who shot my father."</w:t>
      </w:r>
    </w:p>
    <w:p>
      <w:r>
        <w:rPr>
          <w:rFonts w:ascii="IM Fell English" w:hAnsi="IM Fell English"/>
          <w:color w:val="141414"/>
          <w:sz w:val="24"/>
        </w:rPr>
        <w:t>"Yes, with this gun. It has an interchangeable barrel, and I used a different one that day—the one Malroy later hid in the pistol in the ashes of your home. He'd do anything for me. I didn't want to shoot your dad, but he could've ruined my family, and I'll do anything to protect mine. Did you know I'm going to be the daughter of the President of the United States? I wouldn't let an old, retired preacher, a police detective, or even you stand in the way. I can already see it: Daddy President, Mama First Lady, and Judy and I, standing on the White House balcony."</w:t>
      </w:r>
    </w:p>
    <w:p>
      <w:r>
        <w:rPr>
          <w:rFonts w:ascii="IM Fell English" w:hAnsi="IM Fell English"/>
          <w:color w:val="141414"/>
          <w:sz w:val="24"/>
        </w:rPr>
        <w:t>As they moved through the woods, Jacqueline stepped on a frozen branch. It gave way under her weight, causing her to fall and drop the gun. Martha ran as hard as she could, deeper into the woods. A loud explosion echoed through the trees; a tree beside her burst in a shower of bark and splinters. Martha dodged left and kept moving.</w:t>
      </w:r>
    </w:p>
    <w:p>
      <w:r>
        <w:rPr>
          <w:rFonts w:ascii="IM Fell English" w:hAnsi="IM Fell English"/>
          <w:color w:val="141414"/>
          <w:sz w:val="24"/>
        </w:rPr>
        <w:t>"I'll find you!" Jacqueline screamed.</w:t>
      </w:r>
    </w:p>
    <w:p>
      <w:r>
        <w:rPr>
          <w:rFonts w:ascii="IM Fell English" w:hAnsi="IM Fell English"/>
          <w:color w:val="141414"/>
          <w:sz w:val="24"/>
        </w:rPr>
        <w:t>Martha hid behind a giant oak tree as Jacqueline searched. Jacqueline was less than twenty feet away when Martha heard the sirens.</w:t>
      </w:r>
    </w:p>
    <w:p>
      <w:r>
        <w:rPr>
          <w:rFonts w:ascii="IM Fell English" w:hAnsi="IM Fell English"/>
          <w:color w:val="141414"/>
          <w:sz w:val="24"/>
        </w:rPr>
        <w:t>"It's over, Jacqueline! Can't you hear the police?"</w:t>
      </w:r>
    </w:p>
    <w:p>
      <w:r>
        <w:rPr>
          <w:rFonts w:ascii="IM Fell English" w:hAnsi="IM Fell English"/>
          <w:color w:val="141414"/>
          <w:sz w:val="24"/>
        </w:rPr>
        <w:t>"They're always running around out here. No one knows you're here, Martha."</w:t>
      </w:r>
    </w:p>
    <w:p>
      <w:r>
        <w:rPr>
          <w:rFonts w:ascii="IM Fell English" w:hAnsi="IM Fell English"/>
          <w:color w:val="141414"/>
          <w:sz w:val="24"/>
        </w:rPr>
        <w:t>Martha reached into her pocket and whispered, "Oh, God, help me!"</w:t>
      </w:r>
    </w:p>
    <w:p>
      <w:r>
        <w:rPr>
          <w:rFonts w:ascii="IM Fell English" w:hAnsi="IM Fell English"/>
          <w:color w:val="141414"/>
          <w:sz w:val="24"/>
        </w:rPr>
        <w:t>She felt the cross pin her father had kept in his desk. "This is my only weapon," she thought. "It's not much, but it might work." She twisted the cross pin to expose its point, then wrapped it in her gloves. Picking up a rock, she threw it over Jacqueline's head; it landed a few feet to the opposite side. Jacqueline turned and fired toward the sound. Simultaneously, Martha ran as hard as she could and stabbed Jacqueline in the back with the pin, pushing it in as deeply as possible. Blood flowed.</w:t>
      </w:r>
    </w:p>
    <w:p>
      <w:r>
        <w:rPr>
          <w:rFonts w:ascii="IM Fell English" w:hAnsi="IM Fell English"/>
          <w:color w:val="141414"/>
          <w:sz w:val="24"/>
        </w:rPr>
        <w:t>Jacqueline bellowed, and the gun went off again.</w:t>
      </w:r>
    </w:p>
    <w:p>
      <w:r>
        <w:rPr>
          <w:rFonts w:ascii="IM Fell English" w:hAnsi="IM Fell English"/>
          <w:color w:val="141414"/>
          <w:sz w:val="24"/>
        </w:rPr>
        <w:t>With the pin sticking three inches out of her back and bleeding profusely, Jacqueline struggled with Martha for the gun. The gun was between them; Martha had her fingers on it. Jacqueline and Martha rolled around, pulling and pushing, striking out at each other. Suddenly, the gun went off. Martha felt a burning, terrible pain in her chest. Everything went black. She could feel herself losing consciousness. Then nothing.</w:t>
      </w:r>
    </w:p>
    <w:p>
      <w:r>
        <w:rPr>
          <w:rFonts w:ascii="IM Fell English" w:hAnsi="IM Fell English"/>
          <w:color w:val="141414"/>
          <w:sz w:val="24"/>
        </w:rPr>
        <w:t>Ken arrived at the house and started pounding on the door. He heard a gunshot from behind the house. Pulling his Glock from its holster, he barreled toward the sound.</w:t>
      </w:r>
    </w:p>
    <w:p>
      <w:r>
        <w:rPr>
          <w:rFonts w:ascii="IM Fell English" w:hAnsi="IM Fell English"/>
          <w:color w:val="141414"/>
          <w:sz w:val="24"/>
        </w:rPr>
        <w:t>His gaze swept the yard desperately for any sign of them. Another gunshot sounded.</w:t>
      </w:r>
    </w:p>
    <w:p>
      <w:r>
        <w:rPr>
          <w:rFonts w:ascii="IM Fell English" w:hAnsi="IM Fell English"/>
          <w:color w:val="141414"/>
          <w:sz w:val="24"/>
        </w:rPr>
        <w:t>Fear gripped him; his stomach was in knots, and his heart raced. He screamed, "Martha, Martha!"</w:t>
      </w:r>
    </w:p>
    <w:p>
      <w:r>
        <w:rPr>
          <w:rFonts w:ascii="IM Fell English" w:hAnsi="IM Fell English"/>
          <w:color w:val="141414"/>
          <w:sz w:val="24"/>
        </w:rPr>
        <w:t>He ran flat out into the woods toward the sound. He heard another crack of the gun. His stomach sank. Three shots, just like Reverend Thomas.</w:t>
      </w:r>
    </w:p>
    <w:p>
      <w:r>
        <w:rPr>
          <w:rFonts w:ascii="IM Fell English" w:hAnsi="IM Fell English"/>
          <w:color w:val="141414"/>
          <w:sz w:val="24"/>
        </w:rPr>
        <w:t>He came upon the scene and cried out. Martha lay there, pinned beneath Jacqueline's weight. It was a grotesque sight. A pin protruded from Jacqueline's back, blood staining both of them. Neither woman was moving. Was he too late? Were they both dead? Carefully, his gun still pointed at Jacqueline, he lifted her off Martha. Jacqueline wept as a crimson river poured from her back. By then, backup had arrived, and they took Jacqueline into custody. Martha was covered in blood, with a perfectly round hole in her chest. He couldn't find a pulse. He called for an ambulance and waited powerlessly for their arrival.</w:t>
      </w:r>
    </w:p>
    <w:p>
      <w:r>
        <w:rPr>
          <w:rFonts w:ascii="IM Fell English" w:hAnsi="IM Fell English"/>
          <w:color w:val="141414"/>
          <w:sz w:val="24"/>
        </w:rPr>
        <w:t>The EMTs checked Martha, looked up, and said, "She's alive."</w:t>
      </w:r>
    </w:p>
    <w:p>
      <w:r>
        <w:rPr>
          <w:rFonts w:ascii="IM Fell English" w:hAnsi="IM Fell English"/>
          <w:color w:val="141414"/>
          <w:sz w:val="24"/>
        </w:rPr>
        <w:t>They rushed Martha to the hospital, where she underwent immediate surgery. Ken waited outside with Ruth and Mary, pacing the floor and praying.</w:t>
      </w:r>
    </w:p>
    <w:p>
      <w:r>
        <w:rPr>
          <w:rFonts w:ascii="IM Fell English" w:hAnsi="IM Fell English"/>
          <w:color w:val="141414"/>
          <w:sz w:val="24"/>
        </w:rPr>
        <w:t>Two hours later, the surgeon came out to talk to the family: "She's a lucky girl. The bullet missed anything vital. It passed just an inch from her heart. She's going to be sore, but my prognosis is a full recovery."</w:t>
      </w:r>
    </w:p>
    <w:p>
      <w:r>
        <w:rPr>
          <w:rFonts w:ascii="IM Fell English" w:hAnsi="IM Fell English"/>
          <w:color w:val="141414"/>
          <w:sz w:val="24"/>
        </w:rPr>
        <w:t>Ken sat by her bedside, holding her hand, waiting and praying. He was struggling to keep his eyes open. As he drifted off to sleep, her hand stirred. He looked up to see her sparkling green eyes opening.</w:t>
      </w:r>
    </w:p>
    <w:p>
      <w:r>
        <w:rPr>
          <w:rFonts w:ascii="IM Fell English" w:hAnsi="IM Fell English"/>
          <w:color w:val="141414"/>
          <w:sz w:val="24"/>
        </w:rPr>
        <w:t>"How are you feeling?" Ken asked.</w:t>
      </w:r>
    </w:p>
    <w:p>
      <w:r>
        <w:rPr>
          <w:rFonts w:ascii="IM Fell English" w:hAnsi="IM Fell English"/>
          <w:color w:val="141414"/>
          <w:sz w:val="24"/>
        </w:rPr>
        <w:t>"Sore. What happened?"</w:t>
      </w:r>
    </w:p>
    <w:p>
      <w:r>
        <w:rPr>
          <w:rFonts w:ascii="IM Fell English" w:hAnsi="IM Fell English"/>
          <w:color w:val="141414"/>
          <w:sz w:val="24"/>
        </w:rPr>
        <w:t>"You took a bullet to the chest; you're lucky to be alive."</w:t>
      </w:r>
    </w:p>
    <w:p>
      <w:r>
        <w:rPr>
          <w:rFonts w:ascii="IM Fell English" w:hAnsi="IM Fell English"/>
          <w:color w:val="141414"/>
          <w:sz w:val="24"/>
        </w:rPr>
        <w:t>"What about Jacqueline? How is she?"</w:t>
      </w:r>
    </w:p>
    <w:p>
      <w:r>
        <w:rPr>
          <w:rFonts w:ascii="IM Fell English" w:hAnsi="IM Fell English"/>
          <w:color w:val="141414"/>
          <w:sz w:val="24"/>
        </w:rPr>
        <w:t>"She's alive, but she keeps babbling about family being the most important thing."</w:t>
      </w:r>
    </w:p>
    <w:p>
      <w:r>
        <w:rPr>
          <w:rFonts w:ascii="IM Fell English" w:hAnsi="IM Fell English"/>
          <w:color w:val="141414"/>
          <w:sz w:val="24"/>
        </w:rPr>
        <w:t>"And her mom and dad?"</w:t>
      </w:r>
    </w:p>
    <w:p>
      <w:r>
        <w:rPr>
          <w:rFonts w:ascii="IM Fell English" w:hAnsi="IM Fell English"/>
          <w:color w:val="141414"/>
          <w:sz w:val="24"/>
        </w:rPr>
        <w:t>Ken shook his head. "They were picked up at the airport in Columbus, arriving from Washington D.C."</w:t>
      </w:r>
    </w:p>
    <w:p>
      <w:r>
        <w:rPr>
          <w:rFonts w:ascii="IM Fell English" w:hAnsi="IM Fell English"/>
          <w:color w:val="141414"/>
          <w:sz w:val="24"/>
        </w:rPr>
        <w:t>"At least they will not hurt the girls anymore."</w:t>
      </w:r>
    </w:p>
    <w:p>
      <w:r>
        <w:rPr>
          <w:rFonts w:ascii="IM Fell English" w:hAnsi="IM Fell English"/>
          <w:color w:val="141414"/>
          <w:sz w:val="24"/>
        </w:rPr>
        <w:t>"The crime scene team is thoroughly processing the Phillips house right now. They have already found several of Jacqueline's journals, in which she documented each instance of her father's abuse. The journals also detail her involvement with other senators and congressmen. Both Rick and Elizabeth used her as a honeypot. It's going to be hard for them to talk their way out of this. The Chief is facing pressure from Washington to hush this up. She has been told if she speaks out, she will be finished."</w:t>
      </w:r>
    </w:p>
    <w:p>
      <w:r>
        <w:rPr>
          <w:rFonts w:ascii="IM Fell English" w:hAnsi="IM Fell English"/>
          <w:color w:val="141414"/>
          <w:sz w:val="24"/>
        </w:rPr>
        <w:t>"Finished?"</w:t>
      </w:r>
    </w:p>
    <w:p>
      <w:r>
        <w:rPr>
          <w:rFonts w:ascii="IM Fell English" w:hAnsi="IM Fell English"/>
          <w:color w:val="141414"/>
          <w:sz w:val="24"/>
        </w:rPr>
        <w:t>"She wants to speak out, but powerful people are lining up against her."</w:t>
      </w:r>
    </w:p>
    <w:p>
      <w:r>
        <w:rPr>
          <w:rFonts w:ascii="IM Fell English" w:hAnsi="IM Fell English"/>
          <w:color w:val="141414"/>
          <w:sz w:val="24"/>
        </w:rPr>
        <w:t>Martha winced in pain. "But two meaningless deaths to cover up this secret."</w:t>
      </w:r>
    </w:p>
    <w:p>
      <w:r>
        <w:rPr>
          <w:rFonts w:ascii="IM Fell English" w:hAnsi="IM Fell English"/>
          <w:color w:val="141414"/>
          <w:sz w:val="24"/>
        </w:rPr>
        <w:t>"Make that four. According to her journal, her father had hired Harvey Franks, but when he failed, he sent Jacqueline to eliminate him."</w:t>
      </w:r>
    </w:p>
    <w:p>
      <w:r>
        <w:rPr>
          <w:rFonts w:ascii="IM Fell English" w:hAnsi="IM Fell English"/>
          <w:color w:val="141414"/>
          <w:sz w:val="24"/>
        </w:rPr>
        <w:t>"He sent Jacqueline?"</w:t>
      </w:r>
    </w:p>
    <w:p>
      <w:r>
        <w:rPr>
          <w:rFonts w:ascii="IM Fell English" w:hAnsi="IM Fell English"/>
          <w:color w:val="141414"/>
          <w:sz w:val="24"/>
        </w:rPr>
        <w:t>"He'd wind her up emotionally and then send her out to do his dirty work. If you'd read a few pages earlier—before the entry detailing your father's murder—you would've found out her father was behind it all."</w:t>
      </w:r>
    </w:p>
    <w:p>
      <w:r>
        <w:rPr>
          <w:rFonts w:ascii="IM Fell English" w:hAnsi="IM Fell English"/>
          <w:color w:val="141414"/>
          <w:sz w:val="24"/>
        </w:rPr>
        <w:t>"So, he was using her like a weapon."</w:t>
      </w:r>
    </w:p>
    <w:p>
      <w:r>
        <w:rPr>
          <w:rFonts w:ascii="IM Fell English" w:hAnsi="IM Fell English"/>
          <w:color w:val="141414"/>
          <w:sz w:val="24"/>
        </w:rPr>
        <w:t>"Yes, he sent her to kill your father, Detective Malroy, Billy, and Harvey Franks."</w:t>
      </w:r>
    </w:p>
    <w:p>
      <w:r>
        <w:rPr>
          <w:rFonts w:ascii="IM Fell English" w:hAnsi="IM Fell English"/>
          <w:color w:val="141414"/>
          <w:sz w:val="24"/>
        </w:rPr>
        <w:t>"Billy?"</w:t>
      </w:r>
    </w:p>
    <w:p>
      <w:r>
        <w:rPr>
          <w:rFonts w:ascii="IM Fell English" w:hAnsi="IM Fell English"/>
          <w:color w:val="141414"/>
          <w:sz w:val="24"/>
        </w:rPr>
        <w:t>"Billy."</w:t>
      </w:r>
    </w:p>
    <w:p>
      <w:r>
        <w:rPr>
          <w:rFonts w:ascii="IM Fell English" w:hAnsi="IM Fell English"/>
          <w:color w:val="141414"/>
          <w:sz w:val="24"/>
        </w:rPr>
        <w:t>"Poor girl, I feel sorry for her."</w:t>
      </w:r>
    </w:p>
    <w:p>
      <w:r>
        <w:rPr>
          <w:rFonts w:ascii="IM Fell English" w:hAnsi="IM Fell English"/>
          <w:color w:val="141414"/>
          <w:sz w:val="24"/>
        </w:rPr>
        <w:t>"Don't feel too sorry; she almost killed you too. In fact, she would have if we hadn't shown up."</w:t>
      </w:r>
    </w:p>
    <w:p>
      <w:r>
        <w:rPr>
          <w:rFonts w:ascii="IM Fell English" w:hAnsi="IM Fell English"/>
          <w:color w:val="141414"/>
          <w:sz w:val="24"/>
        </w:rPr>
        <w:t>"This needs reporting. Hand me my phone."</w:t>
      </w:r>
    </w:p>
    <w:p>
      <w:r>
        <w:rPr>
          <w:rFonts w:ascii="IM Fell English" w:hAnsi="IM Fell English"/>
          <w:color w:val="141414"/>
          <w:sz w:val="24"/>
        </w:rPr>
        <w:t>She looked up Sherry Porter's number and dialed.</w:t>
      </w:r>
    </w:p>
    <w:p>
      <w:r>
        <w:rPr>
          <w:rFonts w:ascii="IM Fell English" w:hAnsi="IM Fell English"/>
          <w:color w:val="141414"/>
          <w:sz w:val="24"/>
        </w:rPr>
        <w:t>"Sherry, this is Martha Thomas. Have I got a story for you!"</w:t>
      </w:r>
    </w:p>
    <w:p>
      <w:r>
        <w:rPr>
          <w:rFonts w:ascii="IM Fell English" w:hAnsi="IM Fell English"/>
          <w:color w:val="141414"/>
          <w:sz w:val="24"/>
        </w:rPr>
        <w:t>"That should do it," Ken said.</w:t>
      </w:r>
    </w:p>
    <w:p>
      <w:r>
        <w:rPr>
          <w:rFonts w:ascii="IM Fell English" w:hAnsi="IM Fell English"/>
          <w:color w:val="141414"/>
          <w:sz w:val="24"/>
        </w:rPr>
        <w:t>"Thank you for your good timing," Martha replied. "Now I think I'm going to get a little sleep."</w:t>
      </w:r>
    </w:p>
    <w:p>
      <w:r>
        <w:rPr>
          <w:rFonts w:ascii="IM Fell English" w:hAnsi="IM Fell English"/>
          <w:color w:val="141414"/>
          <w:sz w:val="24"/>
        </w:rPr>
        <w:t>As her eyes closed, she said, "I know I said it wasn't time for a relationship. Now I think its time."</w:t>
      </w:r>
    </w:p>
    <w:p>
      <w:r>
        <w:rPr>
          <w:rFonts w:ascii="IM Fell English" w:hAnsi="IM Fell English"/>
          <w:color w:val="141414"/>
          <w:sz w:val="24"/>
        </w:rPr>
        <w:t>As she slipped into sleep, she murmured, "Maybe I'll see you at church."</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68" w:lineRule="auto"/>
    </w:pPr>
    <w:rPr>
      <w:rFonts w:ascii="IM Fell English" w:hAnsi="IM Fell English"/>
      <w:color w:val="141414"/>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IM Fell English" w:hAnsi="IM Fell English"/>
      <w:b/>
      <w:bCs/>
      <w:color w:val="0D0D0D"/>
      <w:sz w:val="5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IM Fell English" w:hAnsi="IM Fell English"/>
      <w:b/>
      <w:bCs/>
      <w:color w:val="0D0D0D"/>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IM Fell English" w:hAnsi="IM Fell English"/>
      <w:b/>
      <w:bCs/>
      <w:color w:val="0D0D0D"/>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