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Whispers from the Beyond</w:t>
      </w:r>
    </w:p>
    <w:p>
      <w:pPr>
        <w:jc w:val="center"/>
      </w:pPr>
      <w:r>
        <w:rPr>
          <w:rFonts w:ascii="IM Fell English" w:hAnsi="IM Fell English"/>
          <w:color w:val="141414"/>
          <w:sz w:val="28"/>
        </w:rPr>
        <w:t xml:space="preserve">John </w:t>
      </w:r>
    </w:p>
    <w:p>
      <w:r>
        <w:br w:type="page"/>
      </w:r>
    </w:p>
    <w:p>
      <w:pPr>
        <w:pStyle w:val="Heading1"/>
        <w:jc w:val="center"/>
      </w:pPr>
      <w:r>
        <w:rPr>
          <w:rFonts w:ascii="IM Fell English" w:hAnsi="IM Fell English"/>
          <w:color w:val="0D0D0D"/>
        </w:rPr>
        <w:t>Chapter 1 - Fluorescent Whispers at the Precinct</w:t>
      </w:r>
    </w:p>
    <w:p>
      <w:r>
        <w:rPr>
          <w:rFonts w:ascii="IM Fell English" w:hAnsi="IM Fell English"/>
          <w:color w:val="141414"/>
          <w:sz w:val="24"/>
        </w:rPr>
        <w:t xml:space="preserve">The fluorescent lights above Evelyn Cross buzzed like a hive with a stinger out of time. One of them stuttered in a slow, annoyed rhythm, casting the bullpen in alternating bands of pallid light and thin shadow. It made the files on her desk look like a city seen through rain: edges softened, names smeared into rumors. Her hands were a map of paper and coffee—faint gray lines of dust ground into the creases of her knuckles, a ring of dried espresso at the base of her thumb. She flexed her fingers until the ache in her forearms quieted, the old way of convincing muscle there was still muscle left. </w:t>
      </w:r>
    </w:p>
    <w:p>
      <w:r>
        <w:rPr>
          <w:rFonts w:ascii="IM Fell English" w:hAnsi="IM Fell English"/>
          <w:color w:val="141414"/>
          <w:sz w:val="24"/>
        </w:rPr>
        <w:t>She had a pile of cold files stacked by priority: victims whose faces had been reduced to dates and case numbers, whose last words had been transcribed in clinical fonts. Evelyn touched the corner of one folder and felt the imprint of a fingernail that wasn't hers press back—a phantom contact that never got easier. The dead lived like static behind her eyelids, half-phrases and the weight of last breaths that crowded the edges of whatever quiet the station would allow. Empathy, in her, had teeth. It wanted to swallow people whole until all she could hear were the hollow echoes.</w:t>
      </w:r>
    </w:p>
    <w:p>
      <w:r>
        <w:rPr>
          <w:rFonts w:ascii="IM Fell English" w:hAnsi="IM Fell English"/>
          <w:color w:val="141414"/>
          <w:sz w:val="24"/>
        </w:rPr>
        <w:t>The radio on the evidence desk popped, the dispatcher voice cutting through the murk like a cracked bell. "Unit three, alley behind Fifth and L. Possible homicide, female down. Forensics en route."</w:t>
      </w:r>
    </w:p>
    <w:p>
      <w:r>
        <w:rPr>
          <w:rFonts w:ascii="IM Fell English" w:hAnsi="IM Fell English"/>
          <w:color w:val="141414"/>
          <w:sz w:val="24"/>
        </w:rPr>
        <w:t>She didn't think. Habit didn't require consent. Evelyn slid her chair back; the rubber feet squealed. Her badge thudded against her breastbone as she clipped it to her collar and grabbed her jacket. The bullpen smelled like burnt sugar from the vending machine and the metallic tang of complaint forms. A box fan at the window breathed warm, tired air into the room. She moved past desks where cops left coffee rings like territorial markings, past a bulletin board flaking with old flyers—missing persons, reward notices, a child's face smiling from a laminated square. Eyes followed her, the way a washing line might follow a breeze.</w:t>
      </w:r>
    </w:p>
    <w:p>
      <w:r>
        <w:rPr>
          <w:rFonts w:ascii="IM Fell English" w:hAnsi="IM Fell English"/>
          <w:color w:val="141414"/>
          <w:sz w:val="24"/>
        </w:rPr>
        <w:t>Outside, rain wrote thin signatures on the windshield. The city smelled like wet asphalt and old irons—smoke from a distant grill, the copper-flavored breath of damp metal. The wipers argued with the glass; their rhythm set the speed of thought. At the alley, the siren softened to background punctuation. Yellow tape fluttered against brick, a pale flag sewn by someone who wanted distance.</w:t>
      </w:r>
    </w:p>
    <w:p>
      <w:r>
        <w:rPr>
          <w:rFonts w:ascii="IM Fell English" w:hAnsi="IM Fell English"/>
          <w:color w:val="141414"/>
          <w:sz w:val="24"/>
        </w:rPr>
        <w:t>She stepped into the gutter smell—stale beer, ammonia, the sharp cleanliness of bleach that didn't belong—with the forensic techs and a pair of uniformed officers. A tarp was pulled back. The body lay angled against a dumpster, hair slack with rain, eyes open and blank at the sky. The victim's coat had been turned up like a collar against the weather. The living scene moved with procedural ordinariness: camera shutters, latex gloves, a cop writing notes like a priest copying liturgy. Their voices were small, clipped—routine protecting them like armor.</w:t>
      </w:r>
    </w:p>
    <w:p>
      <w:r>
        <w:rPr>
          <w:rFonts w:ascii="IM Fell English" w:hAnsi="IM Fell English"/>
          <w:color w:val="141414"/>
          <w:sz w:val="24"/>
        </w:rPr>
        <w:t>Then the dead seized her.</w:t>
      </w:r>
    </w:p>
    <w:p>
      <w:r>
        <w:rPr>
          <w:rFonts w:ascii="IM Fell English" w:hAnsi="IM Fell English"/>
          <w:color w:val="141414"/>
          <w:sz w:val="24"/>
        </w:rPr>
        <w:t>It wasn't slow. It was a clamp of soundless pressure that slammed onto the inside of her skull, a cold coil tightening around a part of her that kept strangers' secrets. The woman's voice wrapped around Evelyn with the precision of a locksmith, small and panicked and perfect. "Listen. He—no—he said he would… he said it would be quick."</w:t>
      </w:r>
    </w:p>
    <w:p>
      <w:r>
        <w:rPr>
          <w:rFonts w:ascii="IM Fell English" w:hAnsi="IM Fell English"/>
          <w:color w:val="141414"/>
          <w:sz w:val="24"/>
        </w:rPr>
        <w:t>The nameless woman pressed. Evelyn's vision darted inward, like dropping into a well. The alley peeled away and in its place something sharper and smaller: the feel of a carved coil against finger pads. A serpent, coiled tight, carved into bone or wood or something soft and secret. The shape pressed through the membrane between past and present and dug into Evelyn's understanding. It was a signature that could be touched: the groove of a line, the tiny notch at the serpent's head like a maker's mark.</w:t>
      </w:r>
    </w:p>
    <w:p>
      <w:r>
        <w:rPr>
          <w:rFonts w:ascii="IM Fell English" w:hAnsi="IM Fell English"/>
          <w:color w:val="141414"/>
          <w:sz w:val="24"/>
        </w:rPr>
        <w:t>She staggered, breath sucking in acid rain. Her stomach clenched as if a hand had found her diaphragm. Motor reflexes kept her upright; the dead's voice threaded through her thoughts with millimeter accuracy. "Behind the dais. He signed. He smiled. His hands smelled like—"</w:t>
      </w:r>
    </w:p>
    <w:p>
      <w:r>
        <w:rPr>
          <w:rFonts w:ascii="IM Fell English" w:hAnsi="IM Fell English"/>
          <w:color w:val="141414"/>
          <w:sz w:val="24"/>
        </w:rPr>
        <w:t>A forensics tech only half-turned at her face. "You all right, Cross?"</w:t>
      </w:r>
    </w:p>
    <w:p>
      <w:r>
        <w:rPr>
          <w:rFonts w:ascii="IM Fell English" w:hAnsi="IM Fell English"/>
          <w:color w:val="141414"/>
          <w:sz w:val="24"/>
        </w:rPr>
        <w:t>She blinked and the alley reeled itself back into focus. The living scene was bland again—the way horror looks when it's been cataloged: measurements, evidence bags, a clipboard thick with forms. But under her glove, the world tasted of cold metal. The serpent stayed, a small, humming certainty lodged under her skin.</w:t>
      </w:r>
    </w:p>
    <w:p>
      <w:r>
        <w:rPr>
          <w:rFonts w:ascii="IM Fell English" w:hAnsi="IM Fell English"/>
          <w:color w:val="141414"/>
          <w:sz w:val="24"/>
        </w:rPr>
        <w:t>Back at the precinct, the files became an x-ray. Evelyn sat with a stack taller than her forearm and began threading the names like beads on a string. The serpent appeared in red ink in an autopsy note from 1998—"abrasion pattern, spiral consistent with possible instrument; see attachments." Another case file had a scribbled margin: "Found with carved token? Family refused interview." A third had photographs folded away in a plastic sleeve, the flesh marked by a narrow trough like a jewel rubbed raw. Three women. Four now. The dates spread like constellations she could connect: small, ordinary lights forming a shape someone else had chosen.</w:t>
      </w:r>
    </w:p>
    <w:p>
      <w:r>
        <w:rPr>
          <w:rFonts w:ascii="IM Fell English" w:hAnsi="IM Fell English"/>
          <w:color w:val="141414"/>
          <w:sz w:val="24"/>
        </w:rPr>
        <w:t>Her fingers moved methodically. She felt the dead around her shoulders, leaning in with hungry little nudges—facts, fragments, the exact way the killer's thumb had worn the edge of a cigarette lighter. It wasn't empathy now; it was work. She cross-referenced names against precinct logs, old press releases, mayoral event photos. The serpent signature threaded through decades the way a rumor threads through a neighborhood—quiet but present.</w:t>
      </w:r>
    </w:p>
    <w:p>
      <w:r>
        <w:rPr>
          <w:rFonts w:ascii="IM Fell English" w:hAnsi="IM Fell English"/>
          <w:color w:val="141414"/>
          <w:sz w:val="24"/>
        </w:rPr>
        <w:t>She took the list to Morales.</w:t>
      </w:r>
    </w:p>
    <w:p>
      <w:r>
        <w:rPr>
          <w:rFonts w:ascii="IM Fell English" w:hAnsi="IM Fell English"/>
          <w:color w:val="141414"/>
          <w:sz w:val="24"/>
        </w:rPr>
        <w:t>He was part-matter-of-fact, part-weathered stone. Captain Jorge Morales had a face like burned parchment and an appetite for paperwork that meant danger to anyone who liked improvisation. He looked up from his desk, eyebrows low, the office air conditioner making his tie vibrate. He listened to her while she laid the names and dates on his desk like bones at a surgeon's table. She showed him the files, the photographs, the autopsy marginalia. She told him about the woman's voice in the alley and the serpent pressed into her mind like an accusation.</w:t>
      </w:r>
    </w:p>
    <w:p>
      <w:r>
        <w:rPr>
          <w:rFonts w:ascii="IM Fell English" w:hAnsi="IM Fell English"/>
          <w:color w:val="141414"/>
          <w:sz w:val="24"/>
        </w:rPr>
        <w:t>Morales' fingers tapped the wood once, twice. His desk smelled faintly of polish and aftershave. "You don't bring me ghosts, Cross," he said, and the words hit like gravel. He folded his hands in front of him, the action rehearsed. "You bring me evidence. Tangible. Chain of custody. We follow procedure. You go door-to-door, you interview, you get signed statements, you bring me something I can stick a subpoena to."</w:t>
      </w:r>
    </w:p>
    <w:p>
      <w:r>
        <w:rPr>
          <w:rFonts w:ascii="IM Fell English" w:hAnsi="IM Fell English"/>
          <w:color w:val="141414"/>
          <w:sz w:val="24"/>
        </w:rPr>
        <w:t>"I have—" she started. The dead crowded her, arguing in undercurrents. One insisted the killer spoke with a particular lilt; another contradicted the timing. Evelyn's empathy flared—an animal flare of need to resolve their silence. "There are three other unsolveds with the same mark. The same spiral. He won't stop and—"</w:t>
      </w:r>
    </w:p>
    <w:p>
      <w:r>
        <w:rPr>
          <w:rFonts w:ascii="IM Fell English" w:hAnsi="IM Fell English"/>
          <w:color w:val="141414"/>
          <w:sz w:val="24"/>
        </w:rPr>
        <w:t>"Cross." His voice cut. "I understand sensitivity. But you're not cleared to talk to their families. Not right now." He flattened a file with a thumb. "Off the street interviews until you clear a med—psych eval. I can't have you compromising active scenes or contaminating witnesses with... with what you said in that alley. You hear how that sounds?"</w:t>
      </w:r>
    </w:p>
    <w:p>
      <w:r>
        <w:rPr>
          <w:rFonts w:ascii="IM Fell English" w:hAnsi="IM Fell English"/>
          <w:color w:val="141414"/>
          <w:sz w:val="24"/>
        </w:rPr>
        <w:t>"You can order an eval," she said, throat tight. Her jaw had a taste of copper. "But you can't order them to stop being dead. They talk whether the courts take notes or not."</w:t>
      </w:r>
    </w:p>
    <w:p>
      <w:r>
        <w:rPr>
          <w:rFonts w:ascii="IM Fell English" w:hAnsi="IM Fell English"/>
          <w:color w:val="141414"/>
          <w:sz w:val="24"/>
        </w:rPr>
        <w:t>Morales' mouth tightened. "You don't bring me ghosts, Cross." The office smelled like old paper and finality. "I need officers who operate on paper. Not on hunches."</w:t>
      </w:r>
    </w:p>
    <w:p>
      <w:r>
        <w:rPr>
          <w:rFonts w:ascii="IM Fell English" w:hAnsi="IM Fell English"/>
          <w:color w:val="141414"/>
          <w:sz w:val="24"/>
        </w:rPr>
        <w:t>He dismissed her with the flick of a wrist that said her intuition belonged somewhere quieter, like a confession booth. She left his office with the list folded in her coat pocket. He had said the words out loud—"off the street"—but the dead had already hatched other plans in her head. The ache at the base of her skull had begun to bloom outward, a faint radiance of pain, like a bruise trying to remember itself.</w:t>
      </w:r>
    </w:p>
    <w:p>
      <w:r>
        <w:rPr>
          <w:rFonts w:ascii="IM Fell English" w:hAnsi="IM Fell English"/>
          <w:color w:val="141414"/>
          <w:sz w:val="24"/>
        </w:rPr>
        <w:t>Back in the bullpen, the dead sharpened into voices. Evelyn stood at the center of a room that smelled of burnt coffee and printer toner and the under-layer of station life—smoke left in a coat, the tang of microwave dinners. She needed witnesses who would listen. When institutions closed doors, she read them open.</w:t>
      </w:r>
    </w:p>
    <w:p>
      <w:r>
        <w:rPr>
          <w:rFonts w:ascii="IM Fell English" w:hAnsi="IM Fell English"/>
          <w:color w:val="141414"/>
          <w:sz w:val="24"/>
        </w:rPr>
        <w:t>She drew breath and began reading aloud. Not evidence notes but the small, private things the woman had given her: "He stood on the dais. He smiled. He signed." She kept her voice flat at first, then let it tilt as a present-tense vision grew in her chest—the sudden, acute immediacy that made her spit it out like iron.</w:t>
      </w:r>
    </w:p>
    <w:p>
      <w:r>
        <w:rPr>
          <w:rFonts w:ascii="IM Fell English" w:hAnsi="IM Fell English"/>
          <w:color w:val="141414"/>
          <w:sz w:val="24"/>
        </w:rPr>
        <w:t>He stood on the dais. He smiled. He signed.</w:t>
      </w:r>
    </w:p>
    <w:p>
      <w:r>
        <w:rPr>
          <w:rFonts w:ascii="IM Fell English" w:hAnsi="IM Fell English"/>
          <w:color w:val="141414"/>
          <w:sz w:val="24"/>
        </w:rPr>
        <w:t>The words didn't read like memory. They lived in her as if they were happening now. The bullpens' chatter frayed to nothing. A phone rang and was left ringing. People turned. There was a moment where her voice was not hers—where the woman who had been killed slid forward and narrated a public image Evelyn had not intended to create. The profile in her mind was unmistakable: a familiar set of features, a public figure whose face the city had propounded—civic appearances, charity galas, handshakes in front of cameras. A man celebrated in newspapers for standing on stages and giving speeches.</w:t>
      </w:r>
    </w:p>
    <w:p>
      <w:r>
        <w:rPr>
          <w:rFonts w:ascii="IM Fell English" w:hAnsi="IM Fell English"/>
          <w:color w:val="141414"/>
          <w:sz w:val="24"/>
        </w:rPr>
        <w:t>"You said 'dais,'" someone muttered. A man near the coffee pot folded his arms and watched like a jury member. "You saying the mayor—"</w:t>
      </w:r>
    </w:p>
    <w:p>
      <w:r>
        <w:rPr>
          <w:rFonts w:ascii="IM Fell English" w:hAnsi="IM Fell English"/>
          <w:color w:val="141414"/>
          <w:sz w:val="24"/>
        </w:rPr>
        <w:t>A medic, Keane, came up close enough that she could smell the leather of his jacket and the faint antiseptic on his collar. He shoved a clipboard into her hands as if she were the one responsible for maintaining propriety. "Cut the ghost crap, Cross," he said, his voice low with the practiced dismissal of someone who had to keep his hours. His elbow nudged her arm—an old, brusque gesture. He had the look of men who'd been in too many family meetings and had learned to build walls.</w:t>
      </w:r>
    </w:p>
    <w:p>
      <w:r>
        <w:rPr>
          <w:rFonts w:ascii="IM Fell English" w:hAnsi="IM Fell English"/>
          <w:color w:val="141414"/>
          <w:sz w:val="24"/>
        </w:rPr>
        <w:t>"You're making the families—" Keane started, then stopped. His eyes slid to the waiting chairs where two women sat clutching photographs. One had a face like a map of sleepless streets. The other kept her knuckles white where the photograph had pressed into them.</w:t>
      </w:r>
    </w:p>
    <w:p>
      <w:r>
        <w:rPr>
          <w:rFonts w:ascii="IM Fell English" w:hAnsi="IM Fell English"/>
          <w:color w:val="141414"/>
          <w:sz w:val="24"/>
        </w:rPr>
        <w:t>Evelyn's mouth moved. A third voice threaded through the chorus in her head, anxious and small. "My girl—did you see my girl?"</w:t>
      </w:r>
    </w:p>
    <w:p>
      <w:r>
        <w:rPr>
          <w:rFonts w:ascii="IM Fell English" w:hAnsi="IM Fell English"/>
          <w:color w:val="141414"/>
          <w:sz w:val="24"/>
        </w:rPr>
        <w:t>She told them what the dead gave her in breaths of present tense and memory. Names surfaced rawly: a mother who had been told a child's disappearance was a runaway. A sister who'd been quoted in a paper that called the death "an accident." Family members leaned forward and then drew back like animals scenting a trap. Hope and revulsion rode guitar strings, taut and tremulous.</w:t>
      </w:r>
    </w:p>
    <w:p>
      <w:r>
        <w:rPr>
          <w:rFonts w:ascii="IM Fell English" w:hAnsi="IM Fell English"/>
          <w:color w:val="141414"/>
          <w:sz w:val="24"/>
        </w:rPr>
        <w:t>"You know things you shouldn't," one of the women said finally, the words scraping like a comb through hair. "How do you know that? How could you—"</w:t>
      </w:r>
    </w:p>
    <w:p>
      <w:r>
        <w:rPr>
          <w:rFonts w:ascii="IM Fell English" w:hAnsi="IM Fell English"/>
          <w:color w:val="141414"/>
          <w:sz w:val="24"/>
        </w:rPr>
        <w:t>Evelyn wanted to say: because their voices will not stop. She wanted to say: because each time I close my eyes I hear the exact cadence of the breaths they took before the light left them. But the dead had their own agenda. As the chorus pressed, contradictions rose; one ghost said the man was older, another described a younger profile. One demanded vengeance; another seemed almost relieved, like reconciliation muddled in its final haze.</w:t>
      </w:r>
    </w:p>
    <w:p>
      <w:r>
        <w:rPr>
          <w:rFonts w:ascii="IM Fell English" w:hAnsi="IM Fell English"/>
          <w:color w:val="141414"/>
          <w:sz w:val="24"/>
        </w:rPr>
        <w:t>"You keep this up," Keane said to the room, loud now, the threat thinly masked by civic duty. "You go out there and you start naming names, you're endangering investigations." He leaned in close enough that she could see the microscopic flecks of nicotine on his lower lip. "We have procedures. We have—"</w:t>
      </w:r>
    </w:p>
    <w:p>
      <w:r>
        <w:rPr>
          <w:rFonts w:ascii="IM Fell English" w:hAnsi="IM Fell English"/>
          <w:color w:val="141414"/>
          <w:sz w:val="24"/>
        </w:rPr>
        <w:t>"—people who want closure," another voice in the bullpen finished for him, a detective who liked the idea of miracles the way some people liked the idea of church. He was more curious than condemning, his eyes glittering with the possibility that the pattern she described might crack a case he'd given up on years ago.</w:t>
      </w:r>
    </w:p>
    <w:p>
      <w:r>
        <w:rPr>
          <w:rFonts w:ascii="IM Fell English" w:hAnsi="IM Fell English"/>
          <w:color w:val="141414"/>
          <w:sz w:val="24"/>
        </w:rPr>
        <w:t>Morales called from his office: "Cross." The word was tight with paper cuts. "My door. Now."</w:t>
      </w:r>
    </w:p>
    <w:p>
      <w:r>
        <w:rPr>
          <w:rFonts w:ascii="IM Fell English" w:hAnsi="IM Fell English"/>
          <w:color w:val="141414"/>
          <w:sz w:val="24"/>
        </w:rPr>
        <w:t>His office felt smaller than she remembered, his desk a flat country of authority. She sat across from him, hands folded so as not to betray the tremor that came every time the dead pushed too hard. He slid a policy sheet across—protocol for dealing with trauma, for handling information in homicide cases. It smelled like bleach and bureaucracy.</w:t>
      </w:r>
    </w:p>
    <w:p>
      <w:r>
        <w:rPr>
          <w:rFonts w:ascii="IM Fell English" w:hAnsi="IM Fell English"/>
          <w:color w:val="141414"/>
          <w:sz w:val="24"/>
        </w:rPr>
        <w:t>"You understand why this is... complicated," Morales said. "You can bring me people. You can bring me facts. You cannot bring me theatrics. You cannot contaminate a crime scene with... with—" He almost laughed, a short exhale. "With your visions. I need to protect the integrity of our work, Cross. I need to protect you from the people who, if they wanted to use you, could tear you apart. Psych eval. Administrative suspension if needed."</w:t>
      </w:r>
    </w:p>
    <w:p>
      <w:r>
        <w:rPr>
          <w:rFonts w:ascii="IM Fell English" w:hAnsi="IM Fell English"/>
          <w:color w:val="141414"/>
          <w:sz w:val="24"/>
        </w:rPr>
        <w:t>He pronounced the words like a verdict. Evelyn felt the dead tighten in response, a low keening that made the varnish on the edge of his desk look suddenly flammable. She swallowed bile. The stations' lights hummed like an organism in pain.</w:t>
      </w:r>
    </w:p>
    <w:p>
      <w:r>
        <w:rPr>
          <w:rFonts w:ascii="IM Fell English" w:hAnsi="IM Fell English"/>
          <w:color w:val="141414"/>
          <w:sz w:val="24"/>
        </w:rPr>
        <w:t>"You'll sideline me and the killer keeps moving," she said. "That man will—"</w:t>
      </w:r>
    </w:p>
    <w:p>
      <w:r>
        <w:rPr>
          <w:rFonts w:ascii="IM Fell English" w:hAnsi="IM Fell English"/>
          <w:color w:val="141414"/>
          <w:sz w:val="24"/>
        </w:rPr>
        <w:t>"That man isn't the issue." Morales' hand went flat on the desk. "Your behavior is. I am in charge here. You're going to be evaluated and we're going to find out how to help you. Until then, you're desk-bound. No interviews. No active fieldwork."</w:t>
      </w:r>
    </w:p>
    <w:p>
      <w:r>
        <w:rPr>
          <w:rFonts w:ascii="IM Fell English" w:hAnsi="IM Fell English"/>
          <w:color w:val="141414"/>
          <w:sz w:val="24"/>
        </w:rPr>
        <w:t>The dead shrieked inside her then, a collective spiral that turned sharp and raw. Their voices were not quiet petitions; they were a choir of accusation. Their last moments bathed her in images: the way a man's cuff had frayed where his hand had rubbed a railing; the odd way a lapel pin caught light like a small coin in a drain. The chorus filled the room and for a ridiculous, terrible second the varnish of Morales' desk seemed to peel like paint under a blowtorch.</w:t>
      </w:r>
    </w:p>
    <w:p>
      <w:r>
        <w:rPr>
          <w:rFonts w:ascii="IM Fell English" w:hAnsi="IM Fell English"/>
          <w:color w:val="141414"/>
          <w:sz w:val="24"/>
        </w:rPr>
        <w:t>"You're dangerous," he said, standing as if to punctuate the word with his height. "You're unpredictable. I won't have you endangering witnesses or officers. You'll follow orders."</w:t>
      </w:r>
    </w:p>
    <w:p>
      <w:r>
        <w:rPr>
          <w:rFonts w:ascii="IM Fell English" w:hAnsi="IM Fell English"/>
          <w:color w:val="141414"/>
          <w:sz w:val="24"/>
        </w:rPr>
        <w:t>Rage flooded her then, hot and bright and animal. It wasn't theatrical. It was a pure, vertical thing—anger at a system that would rather preserve its neatness than protect women. She thought of the girls whose cases used to sit in drawers like files on a desk; she thought of the feeling of the serpent coil pressed into her mind like an accusation. "You call me dangerous because I hear the dead," she said. "You call the dead ghosts and put them in the dark. Who does that protect?"</w:t>
      </w:r>
    </w:p>
    <w:p>
      <w:r>
        <w:rPr>
          <w:rFonts w:ascii="IM Fell English" w:hAnsi="IM Fell English"/>
          <w:color w:val="141414"/>
          <w:sz w:val="24"/>
        </w:rPr>
        <w:t>Morales' jaw worked. For a beat the room stalled; the dead inside her filled the space with chorus so loud it felt like the ceiling had buckled. In that sound there was dust and time and the underside of the city's promises. The captain slammed his hand down on the desk so hard a pen rolled away.</w:t>
      </w:r>
    </w:p>
    <w:p>
      <w:r>
        <w:rPr>
          <w:rFonts w:ascii="IM Fell English" w:hAnsi="IM Fell English"/>
          <w:color w:val="141414"/>
          <w:sz w:val="24"/>
        </w:rPr>
        <w:t>"Enough!" His voice cracked like a bull whip. "You're done for the night. Turn over your field gear."</w:t>
      </w:r>
    </w:p>
    <w:p>
      <w:r>
        <w:rPr>
          <w:rFonts w:ascii="IM Fell English" w:hAnsi="IM Fell English"/>
          <w:color w:val="141414"/>
          <w:sz w:val="24"/>
        </w:rPr>
        <w:t>He muttered the order with finality and called their administrative sergeant to take her statement about the incident in the alley. Her colleagues looked at her like a problem that might stain the station. Keane's shove had the tone of a man who meant it when he implied harm, but it was also a warning about the kind of people who protected their own. The families looked broken but still waiting for a miracle that might scar them more.</w:t>
      </w:r>
    </w:p>
    <w:p>
      <w:r>
        <w:rPr>
          <w:rFonts w:ascii="IM Fell English" w:hAnsi="IM Fell English"/>
          <w:color w:val="141414"/>
          <w:sz w:val="24"/>
        </w:rPr>
        <w:t>Evelyn's certainty, which had felt like a narrow, sharp tool, splintered into urgency and shame. The dead's voices within her changed pitch; some shushed, impatient, others hissed as if warning-only very loudly. Her body ached in a way that was not wholly physical—there was a metallic taste in her mouth, a pressure behind her eyes like cold water held by fists. Psychic bleeding, she thought. The phrase felt clinical and small against the depth of it. She had been hollowed out before, small cavities where life should have been, the dead scraping at the edges.</w:t>
      </w:r>
    </w:p>
    <w:p>
      <w:r>
        <w:rPr>
          <w:rFonts w:ascii="IM Fell English" w:hAnsi="IM Fell English"/>
          <w:color w:val="141414"/>
          <w:sz w:val="24"/>
        </w:rPr>
        <w:t>When Morales ordered her medically evaluated, the station clicked into that procedural groove: forms, the slow, soft footfalls of people doing their jobs so they might not have to do anything else. He meant to contain risk. He meant to protect the department. What he didn't seem to realize was that containment also silenced witnesses. His protection would fold around the killer like a blanket over a rodent hole.</w:t>
      </w:r>
    </w:p>
    <w:p>
      <w:r>
        <w:rPr>
          <w:rFonts w:ascii="IM Fell English" w:hAnsi="IM Fell English"/>
          <w:color w:val="141414"/>
          <w:sz w:val="24"/>
        </w:rPr>
        <w:t>She packed her things with fingers that trembled twice—once for fatigue, once for the way the dead had begun to tap a pattern under her skin. She promised herself she would comply outwardly. She would go to the evaluation; she would answer the questions that fit their forms. She would be stealth and patience in a body that felt like it belonged to someone else. But leaving the station felt like stepping away from a battlefield without a flag.</w:t>
      </w:r>
    </w:p>
    <w:p>
      <w:r>
        <w:rPr>
          <w:rFonts w:ascii="IM Fell English" w:hAnsi="IM Fell English"/>
          <w:color w:val="141414"/>
          <w:sz w:val="24"/>
        </w:rPr>
        <w:t>At home the city sagged under steady rain. She ate nothing. Sleep came in shards; the dead trickled in, polite and insistent, offering fragments like bribes. She realized she had recorded one of the visions on her phone half-slept earlier—a habit of hers when the dead spoke, to capture their cadence before waking reality ate it. The recording was rough; her voice trembled, half-saliva, half-sound. She had planned to use it as a reference for herself, a way to keep the dead honest against each other's contradictions, but the memory of Morales' dismissal sat on her like a weight.</w:t>
      </w:r>
    </w:p>
    <w:p>
      <w:r>
        <w:rPr>
          <w:rFonts w:ascii="IM Fell English" w:hAnsi="IM Fell English"/>
          <w:color w:val="141414"/>
          <w:sz w:val="24"/>
        </w:rPr>
        <w:t>The precinct's morgue looked like a room that had been built to forget. Its cool air was the kind they used to keep time from unspooling; the refrigerators hummed a low, almost tender lullaby. Evidence lockers stood like sentinels, their metal doors reflecting the fluorescent striping of the ceiling. She waited until the station had thinned to a smattering of night staff and the last of the gossip hung in the air like cigarette smoke.</w:t>
      </w:r>
    </w:p>
    <w:p>
      <w:r>
        <w:rPr>
          <w:rFonts w:ascii="IM Fell English" w:hAnsi="IM Fell English"/>
          <w:color w:val="141414"/>
          <w:sz w:val="24"/>
        </w:rPr>
        <w:t>She didn't take a key. She had a way in that didn't require doors: she knew the rhythms of the building, the lazy circuits of the security guard, the time his TV showed reruns instead of eyes. She slipped into an access corridor and her heartbeat sounded like a file drawer sliding. The morgue door released with a soft mechanical sigh. Her breath fogged in front of the cold drawers; the smell was antiseptic and something derived from long-cool flesh, the kind of smell that told stories through metaphors of metal.</w:t>
      </w:r>
    </w:p>
    <w:p>
      <w:r>
        <w:rPr>
          <w:rFonts w:ascii="IM Fell English" w:hAnsi="IM Fell English"/>
          <w:color w:val="141414"/>
          <w:sz w:val="24"/>
        </w:rPr>
        <w:t>The drawer that held the latest victim remained open, but not where the body lay. Evidence files were kept in a nearby cabinet—photographs, personal effects. She moved with careful, careful hands. The dead's voice led her like a compass needle. It pointed to a stack of manila envelopes housing photographs. Her thumb found one—crisp, edges cold as a coin. The image showed a memorial: a crowd lined in black, flowers in hands, a public figure at a podium smiling, a lapel pin bright as a child's toy. On closer inspection, the pin's enamel caught like the glint of a serpent coil, shaded into the metal like a secret.</w:t>
      </w:r>
    </w:p>
    <w:p>
      <w:r>
        <w:rPr>
          <w:rFonts w:ascii="IM Fell English" w:hAnsi="IM Fell English"/>
          <w:color w:val="141414"/>
          <w:sz w:val="24"/>
        </w:rPr>
        <w:t>Her fingers found the corner of the photograph and she slid it into her palm. The man in the photograph looked like a hero, the kind of face the city had polished into myth. He had a practiced smile that reached his eyes, a presence that had become shorthand for unity in the papers. Evelyn had seen him in campaign photos, at ribbon cuttings, on television—someone who had climbed from precinct rosters into civic favor. The lapel pin, the tiny heart of brass, had the serpent motif she had felt pressed into her mind.</w:t>
      </w:r>
    </w:p>
    <w:p>
      <w:r>
        <w:rPr>
          <w:rFonts w:ascii="IM Fell English" w:hAnsi="IM Fell English"/>
          <w:color w:val="141414"/>
          <w:sz w:val="24"/>
        </w:rPr>
        <w:t>Her whole body went tight as a wire. The photograph was small and unremarkable until she saw it for what it was: a breadcrumb tying an official face to a signature that had been left in women's flesh. She folded the photograph—an old trick of hers—and slid it into the inner pocket of her jacket. It was evidence and it was a promise. It would make enemies. It would make enemies aware that she was looking.</w:t>
      </w:r>
    </w:p>
    <w:p>
      <w:r>
        <w:rPr>
          <w:rFonts w:ascii="IM Fell English" w:hAnsi="IM Fell English"/>
          <w:color w:val="141414"/>
          <w:sz w:val="24"/>
        </w:rPr>
        <w:t>Somewhere above, someone moved. The downbeat of footsteps in corridor echoed. Metal clanged. The hum of the refrigerator softened as if the building had been listening and now held its breath. Evelyn's shoulders hunched as if to hide the photograph, an old reflex for animals about to be hunted. The dead hushed—a single, taut silence that felt like a held breath. It was a hush that came with a promise: we will not leave you. It felt less like comfort and more like a contract signed in a language that bled.</w:t>
      </w:r>
    </w:p>
    <w:p>
      <w:r>
        <w:rPr>
          <w:rFonts w:ascii="IM Fell English" w:hAnsi="IM Fell English"/>
          <w:color w:val="141414"/>
          <w:sz w:val="24"/>
        </w:rPr>
        <w:t>She straightened and slid the photograph against the warmth of her chest. In her ear, one of the dead whispered, small and urgent. "He likes the dais."</w:t>
      </w:r>
    </w:p>
    <w:p>
      <w:r>
        <w:rPr>
          <w:rFonts w:ascii="IM Fell English" w:hAnsi="IM Fell English"/>
          <w:color w:val="141414"/>
          <w:sz w:val="24"/>
        </w:rPr>
        <w:t>Outside the evidence door, the steps grew closer. A shadow lengthened under the frosted glass. Someone watched. The city watched. The precinct that had meant to put her in a corner had instead sharpened the path she would take. The photograph weighed in her pocket like a detonator.</w:t>
      </w:r>
    </w:p>
    <w:p>
      <w:r>
        <w:rPr>
          <w:rFonts w:ascii="IM Fell English" w:hAnsi="IM Fell English"/>
          <w:color w:val="141414"/>
          <w:sz w:val="24"/>
        </w:rPr>
        <w:t>She stood under the humming fluorescent lights, rain still clinging to the streets. The city breathed like a beast watching its own paths. Her hands were stained with the dust of the cold case and the residue of lukewarm coffee. Inside her, another person—many others—stirred, as if other people had knitted a thread into her. of allegation and deposed it at her feet.</w:t>
      </w:r>
    </w:p>
    <w:p>
      <w:r>
        <w:rPr>
          <w:rFonts w:ascii="IM Fell English" w:hAnsi="IM Fell English"/>
          <w:color w:val="141414"/>
          <w:sz w:val="24"/>
        </w:rPr>
        <w:t>She was standing in that spot,under the humming Fluorescents, with the rain still living on the roadways and the city was breathing in the manner of a beast which is regarding its own walking path. Her hands had become stained with dust of the coldcase and also tepid coffee, and inside her interior another person--many other persons--had knitted a fibre of allegation and deposed it at her feet.</w:t>
      </w:r>
    </w:p>
    <w:p>
      <w:r>
        <w:rPr>
          <w:rFonts w:ascii="IM Fell English" w:hAnsi="IM Fell English"/>
          <w:color w:val="141414"/>
          <w:sz w:val="24"/>
        </w:rPr>
        <w:t>One call from the brass could undo the small thing she'd just done. One careless conversation could put the photograph in a file that would go missing. She could turn away, sign the forms, go through the motions. She could let the dead fade into their drawers. But the serpent hadn't been carved into just flesh. It had been carved into system and smile and medal. The choice to follow it would cost her: reputation, safety, possibly the tether of her own mind. The choice to turn away would cost others their voices.</w:t>
      </w:r>
    </w:p>
    <w:p>
      <w:r>
        <w:rPr>
          <w:rFonts w:ascii="IM Fell English" w:hAnsi="IM Fell English"/>
          <w:color w:val="141414"/>
          <w:sz w:val="24"/>
        </w:rPr>
        <w:t>She eased the metal drawer closed with a fingertip and leaned her forehead against cool stainless. The footsteps slowed. A silhouette paused in the corridor. The watching folded into the station like ink spreading in water.</w:t>
      </w:r>
    </w:p>
    <w:p>
      <w:r>
        <w:rPr>
          <w:rFonts w:ascii="IM Fell English" w:hAnsi="IM Fell English"/>
          <w:color w:val="141414"/>
          <w:sz w:val="24"/>
        </w:rPr>
        <w:t>The dead were no longer a chorus. Their voices tightened into a single strand of sound, a whisper threading through the hush. They said, plain as bone, "We will not leave you."</w:t>
      </w:r>
    </w:p>
    <w:p>
      <w:r>
        <w:rPr>
          <w:rFonts w:ascii="IM Fell English" w:hAnsi="IM Fell English"/>
          <w:color w:val="141414"/>
          <w:sz w:val="24"/>
        </w:rPr>
        <w:t>Evelyn pressed her hand against the photograph in her pocket as if to feel the warmth of the man whose smile might have been a mask for something else. The precinct hummed its tired life around her, the fluorescents stuttering as if uncertain, like a second of indecision before a verdict.</w:t>
      </w:r>
    </w:p>
    <w:p>
      <w:r>
        <w:rPr>
          <w:rFonts w:ascii="IM Fell English" w:hAnsi="IM Fell English"/>
          <w:color w:val="141414"/>
          <w:sz w:val="24"/>
        </w:rPr>
        <w:t>She had a lead now, small and forbidden and precise. It could unravel something bigger. And someone somewhere had already noticed that she was looking. The rain outside kept writing thin signatures on the city. She straightened, fingers finding the curve of the serpent in her palm even though it wasn't there. The station lights buzzed. The hush hung like an unstruck bell.</w:t>
      </w:r>
    </w:p>
    <w:p>
      <w:pPr>
        <w:pStyle w:val="Heading1"/>
        <w:jc w:val="center"/>
      </w:pPr>
      <w:r>
        <w:rPr>
          <w:rFonts w:ascii="IM Fell English" w:hAnsi="IM Fell English"/>
          <w:color w:val="0D0D0D"/>
        </w:rPr>
        <w:t>Chapter 2 - Rain, the Alley, and the Serpent</w:t>
      </w:r>
    </w:p>
    <w:p>
      <w:r>
        <w:rPr>
          <w:rFonts w:ascii="IM Fell English" w:hAnsi="IM Fell English"/>
          <w:color w:val="141414"/>
          <w:sz w:val="24"/>
        </w:rPr>
        <w:t>The rain had a rhythm like impatient fingernails on metal. It came steady and cold, soft enough to soak without announcing itself, blunt enough to erase prints and wash away casual alibis. Evelyn Cross opened the passenger door and the air inside the squad car smelled of stale coffee and old paper; outside, the alley tasted of iron and wet cardboard. Her gloves were damp; the paper she had been thumb‑nailing—the incident report, scribbled witness statements—crinkled in one hand. The coffee sloshed in a paper cup, lukewarm and more habit than comfort. She tucked both into her coat as armor against the weather and stepped into the cut of the city where light went to die.</w:t>
      </w:r>
    </w:p>
    <w:p>
      <w:r>
        <w:rPr>
          <w:rFonts w:ascii="IM Fell English" w:hAnsi="IM Fell English"/>
          <w:color w:val="141414"/>
          <w:sz w:val="24"/>
        </w:rPr>
        <w:t>The alley was narrow and honest about itself: brick slick with rain, a gutter that gurgled like a small, disgruntled animal, overflowing dumpsters that exhaled a hot, sour breath into the cold air. Neon from the bar two doors down smeared against puddles. The body lay where the world had decided it would be easiest to forget her—bent awkwardly, skirt damp, one shoe sideways as if she had tried to put something between herself and the ground and failed. A triangle of coroner's tape marked the perimeter, muting the scene with a bureaucratic hush.</w:t>
      </w:r>
    </w:p>
    <w:p>
      <w:r>
        <w:rPr>
          <w:rFonts w:ascii="IM Fell English" w:hAnsi="IM Fell English"/>
          <w:color w:val="141414"/>
          <w:sz w:val="24"/>
        </w:rPr>
        <w:t>Evelyn crouched, the soles of her boots leaving dark crescents on the pavement, and catalogued with the pacing of someone who had learned ritual the way others learned prayer. Name. Time. Position. Injuries. Photograph. Index card. The young woman's cheeks had the waxy bloom of sudden chill; rain stitched the hair to her forehead. Evelyn's gloved fingers found a bead of dried blood at the jaw; she did not dwell. Procedure was a fence against the dead: if the paperwork held, the dead could be detained to a single page of ink and then pushed to a file cabinet lid that closed.</w:t>
      </w:r>
    </w:p>
    <w:p>
      <w:r>
        <w:rPr>
          <w:rFonts w:ascii="IM Fell English" w:hAnsi="IM Fell English"/>
          <w:color w:val="141414"/>
          <w:sz w:val="24"/>
        </w:rPr>
        <w:t>But paper was porous. The dead slipped through margins.</w:t>
      </w:r>
    </w:p>
    <w:p>
      <w:r>
        <w:rPr>
          <w:rFonts w:ascii="IM Fell English" w:hAnsi="IM Fell English"/>
          <w:color w:val="141414"/>
          <w:sz w:val="24"/>
        </w:rPr>
        <w:t>A voice slid into her head like a thread slipping from a spool of cloth. It did not belong to her; it was thinner, sharpened by hurt and immediate terror. She had heard voices before—too many, in too many rooms—but the young woman's was present-tense and raw, a hand pressing on the back of Evelyn's neck.</w:t>
      </w:r>
    </w:p>
    <w:p>
      <w:r>
        <w:rPr>
          <w:rFonts w:ascii="IM Fell English" w:hAnsi="IM Fell English"/>
          <w:color w:val="141414"/>
          <w:sz w:val="24"/>
        </w:rPr>
        <w:t>He drew it slow. He liked it slow.</w:t>
      </w:r>
    </w:p>
    <w:p>
      <w:r>
        <w:rPr>
          <w:rFonts w:ascii="IM Fell English" w:hAnsi="IM Fell English"/>
          <w:color w:val="141414"/>
          <w:sz w:val="24"/>
        </w:rPr>
        <w:t>Present—her vision narrowed, the alley folding inward until the bricks pressed like ribs. She felt the cold press of someone's breath along her cheek, smelled metal so clearly she tasted pennies. A blade, coiled like a sleeping animal, uncoiling. The sensation was immediate: the whisper of leather being wrapped, the rasp of a blade across skin.</w:t>
      </w:r>
    </w:p>
    <w:p>
      <w:r>
        <w:rPr>
          <w:rFonts w:ascii="IM Fell English" w:hAnsi="IM Fell English"/>
          <w:color w:val="141414"/>
          <w:sz w:val="24"/>
        </w:rPr>
        <w:t>Serpent, the voice hissed, a syllable that vibrated under Evelyn's sternum. The word wasn't metaphor. It was a signature: a slow carving, a coil pressed into flesh, a ritual pronounced in the language of movement. The thought arrived with the smell of oil and the whisper of silk—something hidden under jackets and applause.</w:t>
      </w:r>
    </w:p>
    <w:p>
      <w:r>
        <w:rPr>
          <w:rFonts w:ascii="IM Fell English" w:hAnsi="IM Fell English"/>
          <w:color w:val="141414"/>
          <w:sz w:val="24"/>
        </w:rPr>
        <w:t>Evelyn's hands tightened on the index card until the paper creased. The precinct might record the body, log cause of death as blunt‑force trauma and possible neglect, note the time and dispatch a press statement calibrated for public calm. But this was different. The cut followed a pattern she knew like old song-lines—angles that hit not just anatomy but meaning. It wasn't random.</w:t>
      </w:r>
    </w:p>
    <w:p>
      <w:r>
        <w:rPr>
          <w:rFonts w:ascii="IM Fell English" w:hAnsi="IM Fell English"/>
          <w:color w:val="141414"/>
          <w:sz w:val="24"/>
        </w:rPr>
        <w:t>She worked through the rest of the steps with the sort of clinical economy practiced by people who needed to stay tethered: photographs, three‑step body‑position shots, notes on environmental factors. Each time she glanced up at the uniformed officer guarding the alley, the voice returned—present, immediate, clinging.</w:t>
      </w:r>
    </w:p>
    <w:p>
      <w:r>
        <w:rPr>
          <w:rFonts w:ascii="IM Fell English" w:hAnsi="IM Fell English"/>
          <w:color w:val="141414"/>
          <w:sz w:val="24"/>
        </w:rPr>
        <w:t>He... liked them to beg, the whisper said. Not always out loud. Sometimes he kept—kept—kept their mouths for later.</w:t>
      </w:r>
    </w:p>
    <w:p>
      <w:r>
        <w:rPr>
          <w:rFonts w:ascii="IM Fell English" w:hAnsi="IM Fell English"/>
          <w:color w:val="141414"/>
          <w:sz w:val="24"/>
        </w:rPr>
        <w:t>The words left an aftertaste of prison air. Evelyn forced exposure and distance by reciting details into her recorder in a flat, official voice. "Suspect unknown. Victim female, early twenties—" But the recorder was a sieve. The ghost's insistence threaded through, coloring the cadence of her reporting until the tape would hold it: tremors in her voice, the wet pause of a breath too long withheld. She told herself the recording would suffice for the world outside her body. For the dead inside, there was no tape that could bind them.</w:t>
      </w:r>
    </w:p>
    <w:p>
      <w:r>
        <w:rPr>
          <w:rFonts w:ascii="IM Fell English" w:hAnsi="IM Fell English"/>
          <w:color w:val="141414"/>
          <w:sz w:val="24"/>
        </w:rPr>
        <w:t>At the precinct the fluorescents buzzed like caged bees. The room smelled faintly of disinfectant and burned coffee, of paper pushed until its edges frayed. Cold-case drawers lined one wall like tombs with filing labels. Evelyn sat at her desk with the alley's chill sloshing in her bones and pulled at those drawers with a hunger that made her fingernails ache. The dead congregated at the margins of the files—marginalia of tears and shorthand notations, the brittle cardboard of forgotten leads.</w:t>
      </w:r>
    </w:p>
    <w:p>
      <w:r>
        <w:rPr>
          <w:rFonts w:ascii="IM Fell English" w:hAnsi="IM Fell English"/>
          <w:color w:val="141414"/>
          <w:sz w:val="24"/>
        </w:rPr>
        <w:t>She spread out the old reports. Each one came with its own residue: the ink of an earlier age; autopsy notes in handwriting that was alternately scrawled and precise; photographs whose edges had curled like pages in a weathered book. The pattern lit up like kindling. Similar wounds catalogued in different years. A common cadence in dates: gaps wide enough to conceal an apprentice, regular enough to hint at an artist. Each case had been treated as an anomaly in its own time; the precinct made accommodations for denial.</w:t>
      </w:r>
    </w:p>
    <w:p>
      <w:r>
        <w:rPr>
          <w:rFonts w:ascii="IM Fell English" w:hAnsi="IM Fell English"/>
          <w:color w:val="141414"/>
          <w:sz w:val="24"/>
        </w:rPr>
        <w:t>They were not anomalies, the dead insisted. They were stitches.</w:t>
      </w:r>
    </w:p>
    <w:p>
      <w:r>
        <w:rPr>
          <w:rFonts w:ascii="IM Fell English" w:hAnsi="IM Fell English"/>
          <w:color w:val="141414"/>
          <w:sz w:val="24"/>
        </w:rPr>
        <w:t>One faded coroner's sheet had the margin comment: "Incision looks ceremonial." Somebody had underlined it and added a question mark in a darker ink. Another folder had the final autopsy page taped over with a new set of notes, and when Evelyn lifted the tape, the paper beneath had been scorched and rewritten in an officer's neat hand. Tampering, she thought, a prickling in the base of her skull. Someone had cleaned a story itched by truth.</w:t>
      </w:r>
    </w:p>
    <w:p>
      <w:r>
        <w:rPr>
          <w:rFonts w:ascii="IM Fell English" w:hAnsi="IM Fell English"/>
          <w:color w:val="141414"/>
          <w:sz w:val="24"/>
        </w:rPr>
        <w:t>Her hand hovered over a photograph and then, without decision, slid it into a lightbox. The photograph froze someone in motion—Victor Hale, three decades younger but the same corporate smile that had been handed down in civic mythology. Hale at a gala, Hale handing a scholarship check, Hale with a ribbon across his chest flanked by city banners. He had been a precinct hero once: a detective lauded for gets and headline arrests, later a public figure and advisor to the mayor. He had a face that fit well inside newspapers and murals.</w:t>
      </w:r>
    </w:p>
    <w:p>
      <w:r>
        <w:rPr>
          <w:rFonts w:ascii="IM Fell English" w:hAnsi="IM Fell English"/>
          <w:color w:val="141414"/>
          <w:sz w:val="24"/>
        </w:rPr>
        <w:t>A mottled curl of memory slammed into her—present-tense again—and the alley reassembled with other sounds: laughter thin as cut glass, the rustle of silk, a hand adjusting a cufflink. In the flash the man saw in the photograph moved over someone's prone body as if tucking a napkin around a plate. He smiled polite and clean. The dead shoved the image into her mind like a bone into a throat.</w:t>
      </w:r>
    </w:p>
    <w:p>
      <w:r>
        <w:rPr>
          <w:rFonts w:ascii="IM Fell English" w:hAnsi="IM Fell English"/>
          <w:color w:val="141414"/>
          <w:sz w:val="24"/>
        </w:rPr>
        <w:t>Her shoulders moved with the weight. That image should have been impossible. Hale had managed crimes and then moved up to managing narratives, crowning others' grief with platitudes. To imagine him at the center of this pattern was to imagine the city folded inside itself like an old letter.</w:t>
      </w:r>
    </w:p>
    <w:p>
      <w:r>
        <w:rPr>
          <w:rFonts w:ascii="IM Fell English" w:hAnsi="IM Fell English"/>
          <w:color w:val="141414"/>
          <w:sz w:val="24"/>
        </w:rPr>
        <w:t>Back in the precinct briefing room she watched Captain Hargrove slice a hand through his coffee like he was dividing a problem into quarters. He had the kind of face that lived on the surface—hard angles, a mouth practiced in disapproval. He had been a friend once to people she had admired. Now he looked tired in the specific way of someone who polished reputations for a living.</w:t>
      </w:r>
    </w:p>
    <w:p>
      <w:r>
        <w:rPr>
          <w:rFonts w:ascii="IM Fell English" w:hAnsi="IM Fell English"/>
          <w:color w:val="141414"/>
          <w:sz w:val="24"/>
        </w:rPr>
        <w:t>Evelyn presented the serpent link because ritual meant something; ritual meant he might have a signature that could tie cold cases together. The words came out steady until they didn't.</w:t>
      </w:r>
    </w:p>
    <w:p>
      <w:r>
        <w:rPr>
          <w:rFonts w:ascii="IM Fell English" w:hAnsi="IM Fell English"/>
          <w:color w:val="141414"/>
          <w:sz w:val="24"/>
        </w:rPr>
        <w:t>"Serpent," she said. "Coiled slashes down the arms, incision at the throat. The wound's stylized—like a carving."</w:t>
      </w:r>
    </w:p>
    <w:p>
      <w:r>
        <w:rPr>
          <w:rFonts w:ascii="IM Fell English" w:hAnsi="IM Fell English"/>
          <w:color w:val="141414"/>
          <w:sz w:val="24"/>
        </w:rPr>
        <w:t>Hargrove's eyebrows did a little climb. "Are we talking religious symbol here?" He leaned back and folded his arms. "Or are you giving us tarot cards now, Detective Cross?"</w:t>
      </w:r>
    </w:p>
    <w:p>
      <w:r>
        <w:rPr>
          <w:rFonts w:ascii="IM Fell English" w:hAnsi="IM Fell English"/>
          <w:color w:val="141414"/>
          <w:sz w:val="24"/>
        </w:rPr>
        <w:t>"It's not a symbol," Evelyn said. "It's a pattern. Look at the... look at the cufflink found in the alley." She stood and set the photo on the table, hands steady despite her ragged breathing. The photo showed a cufflink, small as a coin, with a coiled snake pressed into brass. She knew the design because memory riffled like an old coin in her palm.</w:t>
      </w:r>
    </w:p>
    <w:p>
      <w:r>
        <w:rPr>
          <w:rFonts w:ascii="IM Fell English" w:hAnsi="IM Fell English"/>
          <w:color w:val="141414"/>
          <w:sz w:val="24"/>
        </w:rPr>
        <w:t>A uniform did the usual clearing of throat. "Cross, we have forensics to handle the bags. Best to let them run with—"</w:t>
      </w:r>
    </w:p>
    <w:p>
      <w:r>
        <w:rPr>
          <w:rFonts w:ascii="IM Fell English" w:hAnsi="IM Fell English"/>
          <w:color w:val="141414"/>
          <w:sz w:val="24"/>
        </w:rPr>
        <w:t>"They missed it," she said. She smelled the acetone tang of the photo developing, even though the room was digital and humming. "Evidence was tampered with at the morgue. A bag went missing. Autopsy notes were altered. They're all linked."</w:t>
      </w:r>
    </w:p>
    <w:p>
      <w:r>
        <w:rPr>
          <w:rFonts w:ascii="IM Fell English" w:hAnsi="IM Fell English"/>
          <w:color w:val="141414"/>
          <w:sz w:val="24"/>
        </w:rPr>
        <w:t>A hard, improbable laugh from somewhere near the table. "You want a full play-by-play? Or the dramatics file?"</w:t>
      </w:r>
    </w:p>
    <w:p>
      <w:r>
        <w:rPr>
          <w:rFonts w:ascii="IM Fell English" w:hAnsi="IM Fell English"/>
          <w:color w:val="141414"/>
          <w:sz w:val="24"/>
        </w:rPr>
        <w:t>The captain's derision wasn't simply skepticism. It landed like a blade honed to make her doubt herself. "We cannot have detectives walking into public briefings, flinging about names because they feel them in their bones," Hargrove said. "You tell us a name without corroboration, you ruin careers. You ruin investigations. You do not—"</w:t>
      </w:r>
    </w:p>
    <w:p>
      <w:r>
        <w:rPr>
          <w:rFonts w:ascii="IM Fell English" w:hAnsi="IM Fell English"/>
          <w:color w:val="141414"/>
          <w:sz w:val="24"/>
        </w:rPr>
        <w:t>Her mouth moved. The name came out like a thing detached from her will.</w:t>
      </w:r>
    </w:p>
    <w:p>
      <w:r>
        <w:rPr>
          <w:rFonts w:ascii="IM Fell English" w:hAnsi="IM Fell English"/>
          <w:color w:val="141414"/>
          <w:sz w:val="24"/>
        </w:rPr>
        <w:t>"Victor Hale."</w:t>
      </w:r>
    </w:p>
    <w:p>
      <w:r>
        <w:rPr>
          <w:rFonts w:ascii="IM Fell English" w:hAnsi="IM Fell English"/>
          <w:color w:val="141414"/>
          <w:sz w:val="24"/>
        </w:rPr>
        <w:t>The room swallowed; someone knocked a chair back, the sound sharp enough to travel to the plaster and echo. She felt the swell of it, a physical pressure building as if sound could be a crowd pressing on lungs. The captain's face went shut for a beat, then hard, then feral with the particular fear of someone who saw administrative consequences before they formed.</w:t>
      </w:r>
    </w:p>
    <w:p>
      <w:r>
        <w:rPr>
          <w:rFonts w:ascii="IM Fell English" w:hAnsi="IM Fell English"/>
          <w:color w:val="141414"/>
          <w:sz w:val="24"/>
        </w:rPr>
        <w:t>"What?" said a young detective named Ramos. "Hale? You mean the consultant Hale? The chairman of the neighborhood fund?"</w:t>
      </w:r>
    </w:p>
    <w:p>
      <w:r>
        <w:rPr>
          <w:rFonts w:ascii="IM Fell English" w:hAnsi="IM Fell English"/>
          <w:color w:val="141414"/>
          <w:sz w:val="24"/>
        </w:rPr>
        <w:t>"Not 'consultant,'" Hargrove said. He did not like the strain in her voice. Hargrove did not like any variable that might inconvenience the press schedule or the mayor's office. "Cross, you have zero probable cause. You're making accusations in a room full of officers. You will step back from this case until we conduct a psych eval."</w:t>
      </w:r>
    </w:p>
    <w:p>
      <w:r>
        <w:rPr>
          <w:rFonts w:ascii="IM Fell English" w:hAnsi="IM Fell English"/>
          <w:color w:val="141414"/>
          <w:sz w:val="24"/>
        </w:rPr>
        <w:t>"Psych eval?" Her laugh was small and brittle. The dead were shouting now—different voices overlapping, like tuning a dozen radios at different stations. None of them agreed on anything, but each insisted on Hale. He stands there and smiles, one said. He keeps a hand where it doesn't belong, another hissed. He keeps them warm.</w:t>
      </w:r>
    </w:p>
    <w:p>
      <w:r>
        <w:rPr>
          <w:rFonts w:ascii="IM Fell English" w:hAnsi="IM Fell English"/>
          <w:color w:val="141414"/>
          <w:sz w:val="24"/>
        </w:rPr>
        <w:t>"You came to me with a 'pattern' and a gut," Hargrove said. "Which is your department? Do you want to be a detective or a medium?"</w:t>
      </w:r>
    </w:p>
    <w:p>
      <w:r>
        <w:rPr>
          <w:rFonts w:ascii="IM Fell English" w:hAnsi="IM Fell English"/>
          <w:color w:val="141414"/>
          <w:sz w:val="24"/>
        </w:rPr>
        <w:t>Evelyn's pulse thudded under the collar of her coat. She thought about all the times she had made a choice to step into a scrap with language as her weapon—notes, recorded statements, pictures—but the precinct's answer to spectral testimony was always the same: exile. The psych eval served a public order function; it marked anomalies and pushed them into rooms with soundproof walls.</w:t>
      </w:r>
    </w:p>
    <w:p>
      <w:r>
        <w:rPr>
          <w:rFonts w:ascii="IM Fell English" w:hAnsi="IM Fell English"/>
          <w:color w:val="141414"/>
          <w:sz w:val="24"/>
        </w:rPr>
        <w:t>She watched the captain as if from a distance and felt the living world tilt. The dead's chorus sharpened. One of them—an older man with a voice that sounded like gravel being sifted—said, you name him, you will not be safe. Another whispered, you name him and we will be louder.</w:t>
      </w:r>
    </w:p>
    <w:p>
      <w:r>
        <w:rPr>
          <w:rFonts w:ascii="IM Fell English" w:hAnsi="IM Fell English"/>
          <w:color w:val="141414"/>
          <w:sz w:val="24"/>
        </w:rPr>
        <w:t>"I'll take it," she said.</w:t>
      </w:r>
    </w:p>
    <w:p>
      <w:r>
        <w:rPr>
          <w:rFonts w:ascii="IM Fell English" w:hAnsi="IM Fell English"/>
          <w:color w:val="141414"/>
          <w:sz w:val="24"/>
        </w:rPr>
        <w:t>The room moved for a second like a tide. Hargrove smiled in the way of a predator who has seen his prey corralled into a corner. "We will make arrangements," he said. "You will be accompanied. You're to surrender your gun and badge for a psych evaluation. Effective immediately."</w:t>
      </w:r>
    </w:p>
    <w:p>
      <w:r>
        <w:rPr>
          <w:rFonts w:ascii="IM Fell English" w:hAnsi="IM Fell English"/>
          <w:color w:val="141414"/>
          <w:sz w:val="24"/>
        </w:rPr>
        <w:t>They escorted her out with the careful patience of people who have rehearsed for someone else's breakdown. In the hallway, uniformed officers glanced at one another and then away from her like they had been primed to believe in the necessity of silence. The dead clamped into her like burrs; the alley's whisper of "serpent" replayed until it hummed in the bones of her teeth.</w:t>
      </w:r>
    </w:p>
    <w:p>
      <w:r>
        <w:rPr>
          <w:rFonts w:ascii="IM Fell English" w:hAnsi="IM Fell English"/>
          <w:color w:val="141414"/>
          <w:sz w:val="24"/>
        </w:rPr>
        <w:t>She had been to psych evals before. The rooms smelled of lemon disinfectant and the paper files of men who had been professional at hiding things. But Evelyn did not go to be diagnosed as much as to watch how the precinct prepared to document her absence. She could hear the mechanics of damage control: a memornoise about "overreach," a scripted statement about "temporary suspension," the kind of clinical language that strips people of the messy parts that make them human. She had been reduced to a liability more than once. It was useful to her enemies that she cared about the dead; it was ruinous to their clean stories.</w:t>
      </w:r>
    </w:p>
    <w:p>
      <w:r>
        <w:rPr>
          <w:rFonts w:ascii="IM Fell English" w:hAnsi="IM Fell English"/>
          <w:color w:val="141414"/>
          <w:sz w:val="24"/>
        </w:rPr>
        <w:t>Before anyone could place the professional hand on her shoulder that was meant to shepherd her out, she ducked through the open door to the coroner's office. The mortuary smelled like cold iron and disinfectant and old paper, like a cathedral dedicated to the careful neutralization of horror. One drawer had been pulled earlier that day, a small gap of stainless steel like the mouth of a tomb. The forensic tech on duty—small and wary, like someone used to apologizing to strangers for truths they did not want—blinked at her as if she were an interference.</w:t>
      </w:r>
    </w:p>
    <w:p>
      <w:r>
        <w:rPr>
          <w:rFonts w:ascii="IM Fell English" w:hAnsi="IM Fell English"/>
          <w:color w:val="141414"/>
          <w:sz w:val="24"/>
        </w:rPr>
        <w:t>"You weren't supposed to be in here," he whispered.</w:t>
      </w:r>
    </w:p>
    <w:p>
      <w:r>
        <w:rPr>
          <w:rFonts w:ascii="IM Fell English" w:hAnsi="IM Fell English"/>
          <w:color w:val="141414"/>
          <w:sz w:val="24"/>
        </w:rPr>
        <w:t>"I need to see the original autopsy notes on the previous cases," she said. "The ones with the coiled incision."</w:t>
      </w:r>
    </w:p>
    <w:p>
      <w:r>
        <w:rPr>
          <w:rFonts w:ascii="IM Fell English" w:hAnsi="IM Fell English"/>
          <w:color w:val="141414"/>
          <w:sz w:val="24"/>
        </w:rPr>
        <w:t>He swallowed. "Those are in cold‑case. They'll need a warrant."</w:t>
      </w:r>
    </w:p>
    <w:p>
      <w:r>
        <w:rPr>
          <w:rFonts w:ascii="IM Fell English" w:hAnsi="IM Fell English"/>
          <w:color w:val="141414"/>
          <w:sz w:val="24"/>
        </w:rPr>
        <w:t>She did not have time for warrants. Time in her world was mostly the dead trying to outrun each other to get to her first. Her fingers found the file cabinet; it resisted then gave. She pulled the drawer and exhaled when she found the sheets she wanted, the pages that held the scrawl of different hands, the marginalia and the living's correction. One page had been rewritten with a thick, black marker as if someone had tried to make a scar into an afterthought. Below the rewritten line, the original handwriting bled through like an unburned name.</w:t>
      </w:r>
    </w:p>
    <w:p>
      <w:r>
        <w:rPr>
          <w:rFonts w:ascii="IM Fell English" w:hAnsi="IM Fell English"/>
          <w:color w:val="141414"/>
          <w:sz w:val="24"/>
        </w:rPr>
        <w:t>Her hand brushed the edge of an evidence bag tucked onto a shelf. A small thing, a crumpled cufflink. She plucked it free. Brass, cold and heavy enough to feel like a story in her palm. The serpent motif had been hammered like a coin press. The design matched the gala photo; the curve of the snake's head, the tiny dot that marked the eye, all identical to the photograph in the mayoral album where Victor Hale smiled and accepted applause.</w:t>
      </w:r>
    </w:p>
    <w:p>
      <w:r>
        <w:rPr>
          <w:rFonts w:ascii="IM Fell English" w:hAnsi="IM Fell English"/>
          <w:color w:val="141414"/>
          <w:sz w:val="24"/>
        </w:rPr>
        <w:t>The tech shifted and the dead pulled in tight. Evelyn felt something she had never allowed herself before: a private, visceral shame that she could be made to bear witness and then be dismissed. The bundle of voices—victims from different decades—rose and fell like a chorus, each trying to place blame, each offering pieces of a narrative that refused to cohere. One voice, a young woman from a decade back, insisted strongly that a small man named Carter had been the killer and should be hanged. Another whispered that Carter had been blackmailed and so had been framed. The cacophony hit like a migraine.</w:t>
      </w:r>
    </w:p>
    <w:p>
      <w:r>
        <w:rPr>
          <w:rFonts w:ascii="IM Fell English" w:hAnsi="IM Fell English"/>
          <w:color w:val="141414"/>
          <w:sz w:val="24"/>
        </w:rPr>
        <w:t>Evelyn pressed the cufflink to her mouth, tasted the metal, and then, like a hammer dropping, she saw him: Victor Hale standing over a body, cufflinks gleaming, a smile beneath a thin layer of civility as someone tucked something away. The vision was not a photograph; it was motion—Hale's hand moving in a precise arc that left an absence where a person had been. He was clean; his clothes were untouched by the cruelty he enacted.</w:t>
      </w:r>
    </w:p>
    <w:p>
      <w:r>
        <w:rPr>
          <w:rFonts w:ascii="IM Fell English" w:hAnsi="IM Fell English"/>
          <w:color w:val="141414"/>
          <w:sz w:val="24"/>
        </w:rPr>
        <w:t>It was the kind of certainty that made her bones ache, the kind that made a person decide between patience and ruin. She flicked a glance at the hallway where the precinct held its own, at Hargrove's neat mouth moving in a way that suggested this would be smoothed over. She thought of the corpse in the alley. She thought of the young woman's breath still clinging to her skin.</w:t>
      </w:r>
    </w:p>
    <w:p>
      <w:r>
        <w:rPr>
          <w:rFonts w:ascii="IM Fell English" w:hAnsi="IM Fell English"/>
          <w:color w:val="141414"/>
          <w:sz w:val="24"/>
        </w:rPr>
        <w:t>She went to the briefing room.</w:t>
      </w:r>
    </w:p>
    <w:p>
      <w:r>
        <w:rPr>
          <w:rFonts w:ascii="IM Fell English" w:hAnsi="IM Fell English"/>
          <w:color w:val="141414"/>
          <w:sz w:val="24"/>
        </w:rPr>
        <w:t>There was a different electricity in the room now. People had their phones out. Someone filmed part of what she said. She set the cufflink on the table without ceremony, letting the brass click against the laminate with an audible finality.</w:t>
      </w:r>
    </w:p>
    <w:p>
      <w:r>
        <w:rPr>
          <w:rFonts w:ascii="IM Fell English" w:hAnsi="IM Fell English"/>
          <w:color w:val="141414"/>
          <w:sz w:val="24"/>
        </w:rPr>
        <w:t>"This cufflink matches artifacts from several unsolved cases," she said. "It ties to a pattern. It ties to—" She let the name fall like a rock.</w:t>
      </w:r>
    </w:p>
    <w:p>
      <w:r>
        <w:rPr>
          <w:rFonts w:ascii="IM Fell English" w:hAnsi="IM Fell English"/>
          <w:color w:val="141414"/>
          <w:sz w:val="24"/>
        </w:rPr>
        <w:t>"Victor Hale." She said it louder this time. The room convulsed the way a body does when someone switches off a main power line.</w:t>
      </w:r>
    </w:p>
    <w:p>
      <w:r>
        <w:rPr>
          <w:rFonts w:ascii="IM Fell English" w:hAnsi="IM Fell English"/>
          <w:color w:val="141414"/>
          <w:sz w:val="24"/>
        </w:rPr>
        <w:t>What followed was not the neat arc of justice. It was odorless and bureaucratic and cruelly efficient. Hargrove's face was a wedding of rage and cold calculation. "Cross," he said, voice carefully smooth, "that is an explosive allegation. On what probable cause do you—"</w:t>
      </w:r>
    </w:p>
    <w:p>
      <w:r>
        <w:rPr>
          <w:rFonts w:ascii="IM Fell English" w:hAnsi="IM Fell English"/>
          <w:color w:val="141414"/>
          <w:sz w:val="24"/>
        </w:rPr>
        <w:t>"On a pattern," she said. "On tampered reports. On a cufflink. On what the dead are telling me."</w:t>
      </w:r>
    </w:p>
    <w:p>
      <w:r>
        <w:rPr>
          <w:rFonts w:ascii="IM Fell English" w:hAnsi="IM Fell English"/>
          <w:color w:val="141414"/>
          <w:sz w:val="24"/>
        </w:rPr>
        <w:t>"Sit down." Hargrove’s tone brooked no further. "You are relieved from this case. Effective immediately. We will be conducting a psychiatric evaluation at 0900. Surrender all police property."</w:t>
      </w:r>
    </w:p>
    <w:p>
      <w:r>
        <w:rPr>
          <w:rFonts w:ascii="IM Fell English" w:hAnsi="IM Fell English"/>
          <w:color w:val="141414"/>
          <w:sz w:val="24"/>
        </w:rPr>
        <w:t>They escorted her out with professional hands and sympathetic eyes, and the corridor felt narrower with each step. The dead remained attached like burrs under her sleeves. Her head throbbed, not with pain but with the sense of an oncoming hemorrhage. When a victim’s final panic touched her, the effect was immediate and physical: a sharp pressure behind the eyes, the world fragmenting at the edges as if reality itself were a stained glass window with a crack running from top to bottom.</w:t>
      </w:r>
    </w:p>
    <w:p>
      <w:r>
        <w:rPr>
          <w:rFonts w:ascii="IM Fell English" w:hAnsi="IM Fell English"/>
          <w:color w:val="141414"/>
          <w:sz w:val="24"/>
        </w:rPr>
        <w:t>She left the precinct with her badge surrendered and her name whispered like a verdict. Rain traced a cold line along her cheek. The city looked stranger now—streets like stitched veins. She had expected the isolation; she had not expected how loudly the living would insist on it. On the sidewalk, under the black umbrella of a passerby, stood a woman whose face was all raw edges, cheeks red from crying and the rain. She had been hovering at the perimeter of the tape at the alleys earlier; Evelyn recognized her as the young woman's aunt from the cluster of witnesses.</w:t>
      </w:r>
    </w:p>
    <w:p>
      <w:r>
        <w:rPr>
          <w:rFonts w:ascii="IM Fell English" w:hAnsi="IM Fell English"/>
          <w:color w:val="141414"/>
          <w:sz w:val="24"/>
        </w:rPr>
        <w:t>"Evelyn," she said, without preface. Her voice was hoarse, breath hitching like a machine trying to start.</w:t>
      </w:r>
    </w:p>
    <w:p>
      <w:r>
        <w:rPr>
          <w:rFonts w:ascii="IM Fell English" w:hAnsi="IM Fell English"/>
          <w:color w:val="141414"/>
          <w:sz w:val="24"/>
        </w:rPr>
        <w:t>The cup of anonymity cracked. The woman moved close as if seeking shelter from both elements. Her palms trembled as she handed Evelyn a photograph, its edges softened by handling. The picture was of a lakeside gala—torches, laughter, a crowd in evening gowns. Victor Hale was there, half in shadow, his arm around a woman who smiled like someone with secrets she'd accepted. Someone had circled him in ink.</w:t>
      </w:r>
    </w:p>
    <w:p>
      <w:r>
        <w:rPr>
          <w:rFonts w:ascii="IM Fell English" w:hAnsi="IM Fell English"/>
          <w:color w:val="141414"/>
          <w:sz w:val="24"/>
        </w:rPr>
        <w:t>"He was there that night," the woman whispered. "My sister said he—" She stopped, choking. Her eyes were rimmed with red, and she leaned so close Evelyn smelled the smoke of too many cigarettes. "She said he kept the others warm. She said—she said he made sure they were quiet."</w:t>
      </w:r>
    </w:p>
    <w:p>
      <w:r>
        <w:rPr>
          <w:rFonts w:ascii="IM Fell English" w:hAnsi="IM Fell English"/>
          <w:color w:val="141414"/>
          <w:sz w:val="24"/>
        </w:rPr>
        <w:t>Evelyn took the photograph and felt its grain under her thumb. The dead murmured one last thing in a voice that was close to a laugh and the soft scraping of something being set down in a drawer: He keeps the others warm.</w:t>
      </w:r>
    </w:p>
    <w:p>
      <w:r>
        <w:rPr>
          <w:rFonts w:ascii="IM Fell English" w:hAnsi="IM Fell English"/>
          <w:color w:val="141414"/>
          <w:sz w:val="24"/>
        </w:rPr>
        <w:t>That image lodged in her like a splinter. Warmth as protection—an image at once literal and perverse. The city's elites, Hale among them, kept others warm by wrapping them in positions, in donations, in influence. They kept reputations burning bright so that ashes would cover the truth.</w:t>
      </w:r>
    </w:p>
    <w:p>
      <w:r>
        <w:rPr>
          <w:rFonts w:ascii="IM Fell English" w:hAnsi="IM Fell English"/>
          <w:color w:val="141414"/>
          <w:sz w:val="24"/>
        </w:rPr>
        <w:t>She went home like a woman carrying a live animal in her chest. The apartment smelled of dust and detergent and the faint floral of the air freshener she used to neutralize the ghosts that clung to fabrics. Her desk—small, cluttered with case files, a pot of coffee gone cold—felt suddenly like a plotting table. The anonymous gestures of the precinct were accurate in the way of people who knew how to move bodies without touching them.</w:t>
      </w:r>
    </w:p>
    <w:p>
      <w:r>
        <w:rPr>
          <w:rFonts w:ascii="IM Fell English" w:hAnsi="IM Fell English"/>
          <w:color w:val="141414"/>
          <w:sz w:val="24"/>
        </w:rPr>
        <w:t>She had not expected an immediate reprisal of the kind she found when she opened the door to her office that evening. A plain brown package sat on top of a stack of paperwork as if it had been placed by a clerk. No return address. No note. The tape on the box was carefully applied, the edges neat like the work of someone used to packing and making sure things arrived intact. Evelyn's fingers hovered. There was a flash of the alley's cold and of Hale's smile. She imagined, absurdly, a courier with polite hands that did not tremble.</w:t>
      </w:r>
    </w:p>
    <w:p>
      <w:r>
        <w:rPr>
          <w:rFonts w:ascii="IM Fell English" w:hAnsi="IM Fell English"/>
          <w:color w:val="141414"/>
          <w:sz w:val="24"/>
        </w:rPr>
        <w:t>She slit the tape open with the dullness of someone who had opened too many things that tried to instruct her. Inside, nestled in a square of tissue, lay a cufflink. Brass. The serpent curled in an iron-blooded loop, the eye a tiny pock of darker metal. It was small enough to be insignificant to most people, but to her it was a document: a signature stamped in metal on a ledger of lives.</w:t>
      </w:r>
    </w:p>
    <w:p>
      <w:r>
        <w:rPr>
          <w:rFonts w:ascii="IM Fell English" w:hAnsi="IM Fell English"/>
          <w:color w:val="141414"/>
          <w:sz w:val="24"/>
        </w:rPr>
        <w:t>She held it up and the light from the desk lamp hit the serpent's head and made a small, mean glint. The voice that had been with her since the alley softened and then tightened, like an animal returning to its jaws.</w:t>
      </w:r>
    </w:p>
    <w:p>
      <w:r>
        <w:rPr>
          <w:rFonts w:ascii="IM Fell English" w:hAnsi="IM Fell English"/>
          <w:color w:val="141414"/>
          <w:sz w:val="24"/>
        </w:rPr>
        <w:t>You saw him, it said. He saw you see.</w:t>
      </w:r>
    </w:p>
    <w:p>
      <w:r>
        <w:rPr>
          <w:rFonts w:ascii="IM Fell English" w:hAnsi="IM Fell English"/>
          <w:color w:val="141414"/>
          <w:sz w:val="24"/>
        </w:rPr>
        <w:t>Evelyn's hands went cold. This was not a threat in the cinematic sense—no loaded letter with a skull. It was a precise, bureaucratic message: someone with reach, and taste for signatures, had made sure she knew she had crossed an invisible line. It meant the protection ran deeper than the precinct's reluctance. It meant whatever networks kept Hale from being questioned could also thread themselves into her life.</w:t>
      </w:r>
    </w:p>
    <w:p>
      <w:r>
        <w:rPr>
          <w:rFonts w:ascii="IM Fell English" w:hAnsi="IM Fell English"/>
          <w:color w:val="141414"/>
          <w:sz w:val="24"/>
        </w:rPr>
        <w:t>She thought of Hargrove's clipped command, of the psych eval scheduled like a clean operation to remove an irritant from the system. She thought of the woman whose sister's life had been discarded in an alley. She thought of the dead that had clung to her chest all day and the chorus that now hummed like a threat and a benediction.</w:t>
      </w:r>
    </w:p>
    <w:p>
      <w:r>
        <w:rPr>
          <w:rFonts w:ascii="IM Fell English" w:hAnsi="IM Fell English"/>
          <w:color w:val="141414"/>
          <w:sz w:val="24"/>
        </w:rPr>
        <w:t>Evelyn slid the cufflink into the palm of her hand and felt its weight. It was cold, and yet the brass seemed to hold heat as if it had been in someone's pocket—someone named in societies, in dinners, in plaques on civic buildings. The thought made bile rise.</w:t>
      </w:r>
    </w:p>
    <w:p>
      <w:r>
        <w:rPr>
          <w:rFonts w:ascii="IM Fell English" w:hAnsi="IM Fell English"/>
          <w:color w:val="141414"/>
          <w:sz w:val="24"/>
        </w:rPr>
        <w:t>She could hand the cufflink to Hargrove and be congratulated for the restraint of a department that had acted with precedent. She could let herself be evaluated, labeled, and removed until Hale's name remained a rumor in the corners where newspapers do not reach. She could choose to make peace with the bureaucracy and its comforting rot. Or she could take the thing that had been pressed into her palm and begin to pull.</w:t>
      </w:r>
    </w:p>
    <w:p>
      <w:r>
        <w:rPr>
          <w:rFonts w:ascii="IM Fell English" w:hAnsi="IM Fell English"/>
          <w:color w:val="141414"/>
          <w:sz w:val="24"/>
        </w:rPr>
        <w:t>The voices shifted, aligning like soldiers into a pattern of pressure. Some of them pleaded for her to let the official channels proceed. "They will do what they need," one whispered, a voice so young it sounded like notation for a lullaby. Others demanded blood, a hunger like a low drum. "Name him. Say it. Make it burn," a harsher voice insisted.</w:t>
      </w:r>
    </w:p>
    <w:p>
      <w:r>
        <w:rPr>
          <w:rFonts w:ascii="IM Fell English" w:hAnsi="IM Fell English"/>
          <w:color w:val="141414"/>
          <w:sz w:val="24"/>
        </w:rPr>
        <w:t>Evelyn sat at the desk with the cufflink balanced between thumb and forefinger, the city rain turning to the soft persistent drum of memory against windows. Her chest felt too full of air and the pressure in her head matched the pressure in her guts. She had never been the sort to make theatrical choices, but the precinct had just issued a quiet exile that was as formal as a sentence. The fact of the cufflink on her desk changed the calculus: she was being watched. She had been seen seeing.</w:t>
      </w:r>
    </w:p>
    <w:p>
      <w:r>
        <w:rPr>
          <w:rFonts w:ascii="IM Fell English" w:hAnsi="IM Fell English"/>
          <w:color w:val="141414"/>
          <w:sz w:val="24"/>
        </w:rPr>
        <w:t>She set the cufflink into a padded box she kept in a drawer—an old habit, the way a person keeps small treasures in a heart-shaped locket that never opens. She closed the drawer with a deliberate calm. Decision tasted like cold iron. She would not wait for the precinct to be brave about its own rot.</w:t>
      </w:r>
    </w:p>
    <w:p>
      <w:r>
        <w:rPr>
          <w:rFonts w:ascii="IM Fell English" w:hAnsi="IM Fell English"/>
          <w:color w:val="141414"/>
          <w:sz w:val="24"/>
        </w:rPr>
        <w:t>She had a phone number in her head she had not used publicly: a reporter from a small investigative outlet who liked to run long, inconvenient pieces on civic corruption. She had hesitated once before to call anyone outside the department; the thought of a leak meant vulnerability. Now, with the cufflink breathing like a small animal in her hands, she dialed.</w:t>
      </w:r>
    </w:p>
    <w:p>
      <w:r>
        <w:rPr>
          <w:rFonts w:ascii="IM Fell English" w:hAnsi="IM Fell English"/>
          <w:color w:val="141414"/>
          <w:sz w:val="24"/>
        </w:rPr>
        <w:t>The voice on the line was rough with conspiracy and caffeine. "Cross," the reporter breathed. "You okay? I saw something on the wire—"</w:t>
      </w:r>
    </w:p>
    <w:p>
      <w:r>
        <w:rPr>
          <w:rFonts w:ascii="IM Fell English" w:hAnsi="IM Fell English"/>
          <w:color w:val="141414"/>
          <w:sz w:val="24"/>
        </w:rPr>
        <w:t>"I need you to listen." Evelyn's voice sounded too small in the apartment, and yet steady. "I have a lead. It's about a series of ritualistic murders—serpent motif. Victor Hale is connected. Evidence tampered. A cufflink. I—"</w:t>
      </w:r>
    </w:p>
    <w:p>
      <w:r>
        <w:rPr>
          <w:rFonts w:ascii="IM Fell English" w:hAnsi="IM Fell English"/>
          <w:color w:val="141414"/>
          <w:sz w:val="24"/>
        </w:rPr>
        <w:t>"Hold on," the man said, his voice a mix of disbelief and hunger. "You mean Victor Hale? Are you saying—"</w:t>
      </w:r>
    </w:p>
    <w:p>
      <w:r>
        <w:rPr>
          <w:rFonts w:ascii="IM Fell English" w:hAnsi="IM Fell English"/>
          <w:color w:val="141414"/>
          <w:sz w:val="24"/>
        </w:rPr>
        <w:t>"I'm saying there's a pattern they called cold," she said. "I'm saying they rewrote autopsies. I'm saying someone is protecting him. Meet me tonight. Off the record to start. I don't have a badge right now."</w:t>
      </w:r>
    </w:p>
    <w:p>
      <w:r>
        <w:rPr>
          <w:rFonts w:ascii="IM Fell English" w:hAnsi="IM Fell English"/>
          <w:color w:val="141414"/>
          <w:sz w:val="24"/>
        </w:rPr>
        <w:t>There was a long pause where she could hear the internal wheels turning. "If you're right," he said, finally, "this will blow the lock off a lot of doors." He added, with a raw, private eagerness, "I'll get a meeting in an hour."</w:t>
      </w:r>
    </w:p>
    <w:p>
      <w:r>
        <w:rPr>
          <w:rFonts w:ascii="IM Fell English" w:hAnsi="IM Fell English"/>
          <w:color w:val="141414"/>
          <w:sz w:val="24"/>
        </w:rPr>
        <w:t>She hung up and the dead murmured around her like a small swarm. The anger among them was a sour, watchful thing—some of it eager, some of it resigned. She felt as if she'd stepped onto a thin plank over a deep, boiling pit. The plank creaked. It would not hold her forever. But it was better than the neat box the precinct was offering.</w:t>
      </w:r>
    </w:p>
    <w:p>
      <w:r>
        <w:rPr>
          <w:rFonts w:ascii="IM Fell English" w:hAnsi="IM Fell English"/>
          <w:color w:val="141414"/>
          <w:sz w:val="24"/>
        </w:rPr>
        <w:t>At midnight the rain slowed to a mist and the city exhaled a long, low groan. Evelyn sat at her desk with the cufflink like an unmarked mine. She thought of the girl in the alley and the way the signature had been pressed into someone like a promise. She thought of Victor Hale at the lakeside, smiling like a man whose hands were clean because someone else had washed them. She imagined the list of names he could protect—officials, donors, policemen—people who would be furious if a detective without rank had the gall to suggest they had been the maw for someone else's crimes.</w:t>
      </w:r>
    </w:p>
    <w:p>
      <w:r>
        <w:rPr>
          <w:rFonts w:ascii="IM Fell English" w:hAnsi="IM Fell English"/>
          <w:color w:val="141414"/>
          <w:sz w:val="24"/>
        </w:rPr>
        <w:t>A sound at her door made her spine tighten. She went to the peephole and saw only the gallery of the hallway outside, the dim bulb humming like a threatened moth. No one stood there. No one had to. The city could speak without visiting; messages had arrived in brass before.</w:t>
      </w:r>
    </w:p>
    <w:p>
      <w:r>
        <w:rPr>
          <w:rFonts w:ascii="IM Fell English" w:hAnsi="IM Fell English"/>
          <w:color w:val="141414"/>
          <w:sz w:val="24"/>
        </w:rPr>
        <w:t>She arranged the cufflink back on the desk and slid a photograph—the battered lakeside picture—the one the aunt had given her, into a folder. Her badge was in the box Hargrove had assigned her to take to the evaluation. She closed the folder and slid it into a file she had labelled in ink that would not smudge: PERSONAL.</w:t>
      </w:r>
    </w:p>
    <w:p>
      <w:r>
        <w:rPr>
          <w:rFonts w:ascii="IM Fell English" w:hAnsi="IM Fell English"/>
          <w:color w:val="141414"/>
          <w:sz w:val="24"/>
        </w:rPr>
        <w:t>And then she did the thing that made her stomach slope with cold. She opened a case in the way she had been trained to, old instincts overriding the new instruction to be small and quiet. The file would not be official, but it would exist. It would have the evidence she had collected—photos, the brass cufflink she had bought into safety for the moment, the autopsy pages scorched and rewritten, the photograph of Hale circled in ink. It would be the beginning of a paper trail she did not trust the precinct to maintain.</w:t>
      </w:r>
    </w:p>
    <w:p>
      <w:r>
        <w:rPr>
          <w:rFonts w:ascii="IM Fell English" w:hAnsi="IM Fell English"/>
          <w:color w:val="141414"/>
          <w:sz w:val="24"/>
        </w:rPr>
        <w:t>Outside, in the mist, the city's lights had the smeared look of people eating noodles in a bowl—blurry, steaming, close. The dead tightened around her like a cloak, and one of them—soft and almost maternal, a voice that smelled like lemon and exercise—said, be careful. Another, crueler and bright with vengeance, urged her to hurry before the city had a chance to reset.</w:t>
      </w:r>
    </w:p>
    <w:p>
      <w:r>
        <w:rPr>
          <w:rFonts w:ascii="IM Fell English" w:hAnsi="IM Fell English"/>
          <w:color w:val="141414"/>
          <w:sz w:val="24"/>
        </w:rPr>
        <w:t>She sat with the weight in her lap and made a private, dangerous choice. She would not let the precinct file this away as a worry to be sealed. She would not walk cleanly into the psych eval and hand over the chest of her work like an offering at the shrine of bureaucracy. She would be small and tactical and move through the city's underbelly like a person carrying a fuse.</w:t>
      </w:r>
    </w:p>
    <w:p>
      <w:r>
        <w:rPr>
          <w:rFonts w:ascii="IM Fell English" w:hAnsi="IM Fell English"/>
          <w:color w:val="141414"/>
          <w:sz w:val="24"/>
        </w:rPr>
        <w:t>On her desk the cufflink gleamed with a small, terrible certainty: an object with the ability to name a man, to connect a body in an alley to a face that dined under chandeliers and spoke on podiums. On the street, far above, the mayor's office lights still burned. Somewhere in a hallway, men like Hale moved through the world with practiced hands and clean lapels.</w:t>
      </w:r>
    </w:p>
    <w:p>
      <w:r>
        <w:rPr>
          <w:rFonts w:ascii="IM Fell English" w:hAnsi="IM Fell English"/>
          <w:color w:val="141414"/>
          <w:sz w:val="24"/>
        </w:rPr>
        <w:t>A knock at her door broke the silence. When she opened it there was no one, just the small box with the cufflink sitting like a cold heart on her desk. Whoever had sent it wanted her to know that names were available for purchase and that seeing came with a price.</w:t>
      </w:r>
    </w:p>
    <w:p>
      <w:r>
        <w:rPr>
          <w:rFonts w:ascii="IM Fell English" w:hAnsi="IM Fell English"/>
          <w:color w:val="141414"/>
          <w:sz w:val="24"/>
        </w:rPr>
        <w:t>The rain on the window became a kind of applause, or perhaps it was only the city's sigh. Evelyn set the cufflink back into the padded box and closed the drawer. Her breath came shallow and precise. She wrote a note on a scrap of paper and slid it above the file: Meet J. Morales 11:00 p.m. Off record. Bring nothing official.</w:t>
      </w:r>
    </w:p>
    <w:p>
      <w:r>
        <w:rPr>
          <w:rFonts w:ascii="IM Fell English" w:hAnsi="IM Fell English"/>
          <w:color w:val="141414"/>
          <w:sz w:val="24"/>
        </w:rPr>
        <w:t>Then she sat down and pulled the curtain closed. The dead, for once, did not need to make noise. They were there, patient and hungry. They hummed around the edges of her mind like an engine. The precinct had made a formal exile; the anonymous package had made a formal proclamation. The city had folded a map that no one at Hargrove's table seemed to know existed.</w:t>
      </w:r>
    </w:p>
    <w:p>
      <w:r>
        <w:rPr>
          <w:rFonts w:ascii="IM Fell English" w:hAnsi="IM Fell English"/>
          <w:color w:val="141414"/>
          <w:sz w:val="24"/>
        </w:rPr>
        <w:t>Evelyn turned the lock on her desk and, with hands that had been made steady by years of holding grief, nudged a paperclip under the flange of the file so it would not be easy to remove. She had no illusions about a clean victory. She also had no intention of letting the dead keep dying in silence because men in good suits spoke more loudlier than corpses.</w:t>
      </w:r>
    </w:p>
    <w:p>
      <w:r>
        <w:rPr>
          <w:rFonts w:ascii="IM Fell English" w:hAnsi="IM Fell English"/>
          <w:color w:val="141414"/>
          <w:sz w:val="24"/>
        </w:rPr>
        <w:t>Outside, rain marked the alleys, and under the streetlights the night seemed to hold its breath. Inside, Evelyn crossed the threshold into a kind of exile she had not chosen and, for the first time since the alley, felt the sharp clarity of a plan toeing the edge of a precipice. The situation had shifted: she was official exile, but unofficially armed. She had an ally on a phone who liked to cause small eruptions. She had a cufflink that tied a pattern to a man with a platform.</w:t>
      </w:r>
    </w:p>
    <w:p>
      <w:r>
        <w:rPr>
          <w:rFonts w:ascii="IM Fell English" w:hAnsi="IM Fell English"/>
          <w:color w:val="141414"/>
          <w:sz w:val="24"/>
        </w:rPr>
        <w:t>And she had the knowledge that someone with reach knew she had looked at Hale and had accepted what she saw. The brass in the box on her desk was not just evidence. It was a response. It meant the predator knew it had a witness.</w:t>
      </w:r>
    </w:p>
    <w:p>
      <w:r>
        <w:rPr>
          <w:rFonts w:ascii="IM Fell English" w:hAnsi="IM Fell English"/>
          <w:color w:val="141414"/>
          <w:sz w:val="24"/>
        </w:rPr>
        <w:t>The dead hummed in her ears like a chorus that had finally found a conductor. The city's rain kept time.</w:t>
      </w:r>
    </w:p>
    <w:p>
      <w:pPr>
        <w:pStyle w:val="Heading1"/>
        <w:jc w:val="center"/>
      </w:pPr>
      <w:r>
        <w:rPr>
          <w:rFonts w:ascii="IM Fell English" w:hAnsi="IM Fell English"/>
          <w:color w:val="0D0D0D"/>
        </w:rPr>
        <w:t>Chapter 3 - Reopening Cold Files and a Skeptical Captain</w:t>
      </w:r>
    </w:p>
    <w:p>
      <w:r>
        <w:rPr>
          <w:rFonts w:ascii="IM Fell English" w:hAnsi="IM Fell English"/>
          <w:color w:val="141414"/>
          <w:sz w:val="24"/>
        </w:rPr>
        <w:t>The fluorescents hummed like a swarm of trapped insects. Evelyn Cross hunched over a metal cart, the wheels wedged against a tangle of folders, a mug ring staining the laminate like a slow bruise. Outside the precinct windows, rain slicked the street into a smear of tail lights. The smell of damp wool and cheap coffee threaded through the bullpen; under it sat the colder, sharper tang of old paper and disinfectant, the precinct's permanent odor of half-finished business.</w:t>
      </w:r>
    </w:p>
    <w:p>
      <w:r>
        <w:rPr>
          <w:rFonts w:ascii="IM Fell English" w:hAnsi="IM Fell English"/>
          <w:color w:val="141414"/>
          <w:sz w:val="24"/>
        </w:rPr>
        <w:t>She let the whispers come and tried, for once, not to flinch. They pressed at the soft places — the corners of drawers, the edges of photographs — arriving as sensation before language. A child's breath on her ear. An elder's round, accusing loop. Sometimes they gave her dates, or faces; mostly they gave urgency: do not let this lie still.</w:t>
      </w:r>
    </w:p>
    <w:p>
      <w:r>
        <w:rPr>
          <w:rFonts w:ascii="IM Fell English" w:hAnsi="IM Fell English"/>
          <w:color w:val="141414"/>
          <w:sz w:val="24"/>
        </w:rPr>
        <w:t>Her immediate goal was mechanical and legal: find the thread that would justify reopening the files linked to the alley body, make it undeniable even to men who had built careers on ignoring the messy parts. The files had to be more than ink and rumor. They had to press like iron into a brass machine and force it to move.</w:t>
      </w:r>
    </w:p>
    <w:p>
      <w:r>
        <w:rPr>
          <w:rFonts w:ascii="IM Fell English" w:hAnsi="IM Fell English"/>
          <w:color w:val="141414"/>
          <w:sz w:val="24"/>
        </w:rPr>
        <w:t>Sheets creaked as she sorted them, paper whispering against paper. Evidence photos slid under her thumb, glossy and cold, each image a frozen temperature: the pool of a life, the way light caught blood. Her eyes skimmed for matches the way everyone else might scan for errors — a repeated tattoo, a location, a witness name. The dead were not tidy; their memories scissored through time. Still, one thing pressed through tonight like a pulse.</w:t>
      </w:r>
    </w:p>
    <w:p>
      <w:r>
        <w:rPr>
          <w:rFonts w:ascii="IM Fell English" w:hAnsi="IM Fell English"/>
          <w:color w:val="141414"/>
          <w:sz w:val="24"/>
        </w:rPr>
        <w:t>He is coiled. She told her brain, though it wasn't her brain that spoke. The whisper came bright and present: steel. A whisper of a name. A coiled-serpent carving pressed into skin.</w:t>
      </w:r>
    </w:p>
    <w:p>
      <w:r>
        <w:rPr>
          <w:rFonts w:ascii="IM Fell English" w:hAnsi="IM Fell English"/>
          <w:color w:val="141414"/>
          <w:sz w:val="24"/>
        </w:rPr>
        <w:t>She jerked, the cart's wheel knocking against a file drawer. For a moment the precinct fell away. Present tense took the room — because present tense belonged to the dead — and she was standing in an alley she had never seen, shoes half-submerged in a pool of rain, the world reduced to the glint of a blade.</w:t>
      </w:r>
    </w:p>
    <w:p>
      <w:r>
        <w:rPr>
          <w:rFonts w:ascii="IM Fell English" w:hAnsi="IM Fell English"/>
          <w:color w:val="141414"/>
          <w:sz w:val="24"/>
        </w:rPr>
        <w:t>He bent. His hands smelled like gasoline and soap.</w:t>
      </w:r>
    </w:p>
    <w:p>
      <w:r>
        <w:rPr>
          <w:rFonts w:ascii="IM Fell English" w:hAnsi="IM Fell English"/>
          <w:color w:val="141414"/>
          <w:sz w:val="24"/>
        </w:rPr>
        <w:t>"—Hale," a voice breathed close to her ear. Not a memory of his voice, but a name flensed of doubt.</w:t>
      </w:r>
    </w:p>
    <w:p>
      <w:r>
        <w:rPr>
          <w:rFonts w:ascii="IM Fell English" w:hAnsi="IM Fell English"/>
          <w:color w:val="141414"/>
          <w:sz w:val="24"/>
        </w:rPr>
        <w:t>She blinked against the sudden metallic bite across her tongue. Her palm flattened against an evidence photo — the one from last week's alley body, the one they'd shelved under "no leads." The camera had captured the victim's torso up close, the coiled serpent carved into skin like an ugly coin. She had traced its curve with a fingertip until the varnish of the print blurred under pressure.</w:t>
      </w:r>
    </w:p>
    <w:p>
      <w:r>
        <w:rPr>
          <w:rFonts w:ascii="IM Fell English" w:hAnsi="IM Fell English"/>
          <w:color w:val="141414"/>
          <w:sz w:val="24"/>
        </w:rPr>
        <w:t>Evelyn pushed away from the cart, breath fogging as it met the cool air of a night that had settled on the city. She rifled through a battered autopsy binder from an older case — a woman found behind the coal yard in '98, case closed as a mugging gone wrong. The autopsy image was yellowing, the caption smudged by time and retouching. The photograph was grainy but the carving was there: the exact same coiled serpent, carved too precisely to be coincidence. Her throat tightened. Patterns did not lie unless someone fed them into the story on purpose.</w:t>
      </w:r>
    </w:p>
    <w:p>
      <w:r>
        <w:rPr>
          <w:rFonts w:ascii="IM Fell English" w:hAnsi="IM Fell English"/>
          <w:color w:val="141414"/>
          <w:sz w:val="24"/>
        </w:rPr>
        <w:t>Her hands started to shake; she covered them with the cuff of her sweater and kept working. For the dead, coincidence was not charity; it was accusation. Pattern demanded a beginning, and beginnings demanded naming.</w:t>
      </w:r>
    </w:p>
    <w:p>
      <w:r>
        <w:rPr>
          <w:rFonts w:ascii="IM Fell English" w:hAnsi="IM Fell English"/>
          <w:color w:val="141414"/>
          <w:sz w:val="24"/>
        </w:rPr>
        <w:t>The precinct settled into its late-hour routine around her: a radio's monotone, a sergeant muttering into a coffee cup about paperwork, the distant click of keys. But underneath that, the chorus swelled. Children clipped syllables in the way of mouths that never learned to finish their words. An elder's voice circled like a patient wind around the base of a column, always returning to the same phrase: "You let him go." The voices overlapped, contradicting and complementing, like different stations bleeding into one fragile radio. One would say the knife had been tucked into a glove. Another would insist the blade was always revealed, always in the same hand. They were unreliable, but their unreliability bore the odor of truth: when liars lie, they converge on the lie; ghosts, being stubborn, kept returning to details they could not lose.</w:t>
      </w:r>
    </w:p>
    <w:p>
      <w:r>
        <w:rPr>
          <w:rFonts w:ascii="IM Fell English" w:hAnsi="IM Fell English"/>
          <w:color w:val="141414"/>
          <w:sz w:val="24"/>
        </w:rPr>
        <w:t>Evelyn compiled a list on paper — physical marks, altered cause-of-death notes, a missing witness statement dated the same day as a precinct party in '04. She thumbed through mugshot strips and old report addenda, underlining names with a blunt pencil. Each match was a small nail driven into a coffin labeled "Convenience." Someone had been shaping outcomes for years.</w:t>
      </w:r>
    </w:p>
    <w:p>
      <w:r>
        <w:rPr>
          <w:rFonts w:ascii="IM Fell English" w:hAnsi="IM Fell English"/>
          <w:color w:val="141414"/>
          <w:sz w:val="24"/>
        </w:rPr>
        <w:t>She took the stack to Captain Briggs with hands that still smelled faintly of old glue and bleach. He stood by the window, the rain making the city look like oil smeared across glass. The captain had the kind of face that lived in the middle distance; the city had taught him to look away from what might break a career. He kept his jaw soft; his eyes measured whatever threat it was that came through. Evelyn felt like she was laying a lit match on his desk.</w:t>
      </w:r>
    </w:p>
    <w:p>
      <w:r>
        <w:rPr>
          <w:rFonts w:ascii="IM Fell English" w:hAnsi="IM Fell English"/>
          <w:color w:val="141414"/>
          <w:sz w:val="24"/>
        </w:rPr>
        <w:t>"Briggs," she said, placing the photos and notes between them. "There are at least six cases that match the same signature."</w:t>
      </w:r>
    </w:p>
    <w:p>
      <w:r>
        <w:rPr>
          <w:rFonts w:ascii="IM Fell English" w:hAnsi="IM Fell English"/>
          <w:color w:val="141414"/>
          <w:sz w:val="24"/>
        </w:rPr>
        <w:t>He picked up the evidence photo, thumb smearing the gloss. He glanced at the carving, and for a half-second his grip tightened. Evelyn watched that tightening like a person watches a clock hand: meaning revealed in micro-movements.</w:t>
      </w:r>
    </w:p>
    <w:p>
      <w:r>
        <w:rPr>
          <w:rFonts w:ascii="IM Fell English" w:hAnsi="IM Fell English"/>
          <w:color w:val="141414"/>
          <w:sz w:val="24"/>
        </w:rPr>
        <w:t>"You're chasing patterns," he said. His voice had been dipped in iron. "You don't have—"</w:t>
      </w:r>
    </w:p>
    <w:p>
      <w:r>
        <w:rPr>
          <w:rFonts w:ascii="IM Fell English" w:hAnsi="IM Fell English"/>
          <w:color w:val="141414"/>
          <w:sz w:val="24"/>
        </w:rPr>
        <w:t>"It isn't patterns," Evelyn cut. "It's the same fucking mark on three different victims across eleven years. Cause-of-death notes changed. Witness statement on '04? Missing. One report has a paragraph excised, like someone took a razor to the truth."</w:t>
      </w:r>
    </w:p>
    <w:p>
      <w:r>
        <w:rPr>
          <w:rFonts w:ascii="IM Fell English" w:hAnsi="IM Fell English"/>
          <w:color w:val="141414"/>
          <w:sz w:val="24"/>
        </w:rPr>
        <w:t>Briggs set the photo down with an exactness that suggested a practiced avoidance. "Cross. You know how this looks. You pull at too many threads and you pick apart people's—" He swallowed. "You see things that aren't there."</w:t>
      </w:r>
    </w:p>
    <w:p>
      <w:r>
        <w:rPr>
          <w:rFonts w:ascii="IM Fell English" w:hAnsi="IM Fell English"/>
          <w:color w:val="141414"/>
          <w:sz w:val="24"/>
        </w:rPr>
        <w:t>His warning landed like a blow. "You're obsessed," he said, softer but sharper.</w:t>
      </w:r>
    </w:p>
    <w:p>
      <w:r>
        <w:rPr>
          <w:rFonts w:ascii="IM Fell English" w:hAnsi="IM Fell English"/>
          <w:color w:val="141414"/>
          <w:sz w:val="24"/>
        </w:rPr>
        <w:t>Evelyn's mouth shaped around a retort and then withheld it. He'd used "obsessed" like a leash. It kept even honest curiosity on a short tether until it wagged politely in public. Yet his jaw twitched — a bruise under skin — and she had the animal certainty that he feared where she was leading. It wasn't ignorance. Institutional self-preservation often imitated incompetence to protect deeper calculation.</w:t>
      </w:r>
    </w:p>
    <w:p>
      <w:r>
        <w:rPr>
          <w:rFonts w:ascii="IM Fell English" w:hAnsi="IM Fell English"/>
          <w:color w:val="141414"/>
          <w:sz w:val="24"/>
        </w:rPr>
        <w:t>"What do you want me to do, Captain?" she asked. Her voice did not whisper. "Let them stand as mistakes? Let the same hand keep cutting women and calling it good paperwork?"</w:t>
      </w:r>
    </w:p>
    <w:p>
      <w:r>
        <w:rPr>
          <w:rFonts w:ascii="IM Fell English" w:hAnsi="IM Fell English"/>
          <w:color w:val="141414"/>
          <w:sz w:val="24"/>
        </w:rPr>
        <w:t>He looked at her as though she had been asked to light a match in a dynamite factory. "You know the politics in this city, Cross. Victor Hale sits on advisory for the mayor. You want to bring that up in public? You think the paper will print it? Do you want the department sued, watched, reviewed? You want a formal review of—us? It's not just him. If we reopen everything the press asks for, our funding evaporates. You want the city to watch every mistake we've ever made? To torch careers? Where does it stop?"</w:t>
      </w:r>
    </w:p>
    <w:p>
      <w:r>
        <w:rPr>
          <w:rFonts w:ascii="IM Fell English" w:hAnsi="IM Fell English"/>
          <w:color w:val="141414"/>
          <w:sz w:val="24"/>
        </w:rPr>
        <w:t>Her skin cooled. He stepped back, palms spread in an appeal she had heard too many times: safety in the existing rot. No one wanted to admit the machine ate its own. If Hale was a problem, his name could dismantle more than a man; it could topple careers built on the myth of a precinct that worked.</w:t>
      </w:r>
    </w:p>
    <w:p>
      <w:r>
        <w:rPr>
          <w:rFonts w:ascii="IM Fell English" w:hAnsi="IM Fell English"/>
          <w:color w:val="141414"/>
          <w:sz w:val="24"/>
        </w:rPr>
        <w:t>"But if he is—" Evelyn began.</w:t>
      </w:r>
    </w:p>
    <w:p>
      <w:r>
        <w:rPr>
          <w:rFonts w:ascii="IM Fell English" w:hAnsi="IM Fell English"/>
          <w:color w:val="141414"/>
          <w:sz w:val="24"/>
        </w:rPr>
        <w:t>"If he is," Briggs said, and the qualifier ended the sentence for him. "Then we proceed differently. We follow procedure. We—"</w:t>
      </w:r>
    </w:p>
    <w:p>
      <w:r>
        <w:rPr>
          <w:rFonts w:ascii="IM Fell English" w:hAnsi="IM Fell English"/>
          <w:color w:val="141414"/>
          <w:sz w:val="24"/>
        </w:rPr>
        <w:t>"We follow procedure that didn't work," she shot back. "We have tampered reports. We have missing statements. We have a pattern. That isn't 'following procedure.' That is folding the question into a drawer and closing it."</w:t>
      </w:r>
    </w:p>
    <w:p>
      <w:r>
        <w:rPr>
          <w:rFonts w:ascii="IM Fell English" w:hAnsi="IM Fell English"/>
          <w:color w:val="141414"/>
          <w:sz w:val="24"/>
        </w:rPr>
        <w:t>Something in his face moved then, a flinch like the aftertaste of fear. He looked away and then added, "You think it's easy to reopen cold cases? You'll need a judge, subpoenas, cause to move. You go public with this, you put the department on trial. Do you want to be the person who ruins people's lives because you heard ghosts?"</w:t>
      </w:r>
    </w:p>
    <w:p>
      <w:r>
        <w:rPr>
          <w:rFonts w:ascii="IM Fell English" w:hAnsi="IM Fell English"/>
          <w:color w:val="141414"/>
          <w:sz w:val="24"/>
        </w:rPr>
        <w:t>She had leaned on the cart until the metal bit into her knees. The dead's voices swelled, less pleading now, more insistence. They crowded so close she could have traced the shape of their breath. Her empathy — the blade that let her carry these voices — snapped like a last strand of wire and reformed into something hard and sharp. Rage was a clear thing: people safe in their titles had traded others' lives for quiet years.</w:t>
      </w:r>
    </w:p>
    <w:p>
      <w:r>
        <w:rPr>
          <w:rFonts w:ascii="IM Fell English" w:hAnsi="IM Fell English"/>
          <w:color w:val="141414"/>
          <w:sz w:val="24"/>
        </w:rPr>
        <w:t>"Either we open the files with a court order," she said, "or I do something else."</w:t>
      </w:r>
    </w:p>
    <w:p>
      <w:r>
        <w:rPr>
          <w:rFonts w:ascii="IM Fell English" w:hAnsi="IM Fell English"/>
          <w:color w:val="141414"/>
          <w:sz w:val="24"/>
        </w:rPr>
        <w:t>Briggs's pupils narrowed. For the first time, his posture became a shield rather than a wall. "Don't talk like that."</w:t>
      </w:r>
    </w:p>
    <w:p>
      <w:r>
        <w:rPr>
          <w:rFonts w:ascii="IM Fell English" w:hAnsi="IM Fell English"/>
          <w:color w:val="141414"/>
          <w:sz w:val="24"/>
        </w:rPr>
        <w:t>His refusal felt deliberate, like a hand over her mouth. He had chosen safety over truth. The precinct's complacency wasn't an accident; it was a cultivated habit, and habits made good cover for rot.</w:t>
      </w:r>
    </w:p>
    <w:p>
      <w:r>
        <w:rPr>
          <w:rFonts w:ascii="IM Fell English" w:hAnsi="IM Fell English"/>
          <w:color w:val="141414"/>
          <w:sz w:val="24"/>
        </w:rPr>
        <w:t>She left his office with the dossier clenched to her chest. Outside his door, the voices quieted almost respectfully; they sensed the terrain: dead voices did not like confrontations with living authority. They liked persistent, messy exposure.</w:t>
      </w:r>
    </w:p>
    <w:p>
      <w:r>
        <w:rPr>
          <w:rFonts w:ascii="IM Fell English" w:hAnsi="IM Fell English"/>
          <w:color w:val="141414"/>
          <w:sz w:val="24"/>
        </w:rPr>
        <w:t>Back at the cart she dug deeper. Her lamp picked out the notch where a secretary had once corrected a date. One report had a line excised cleanly — a white space where a sentence had been cut away and then the page folded, the fibers compressed like a suppressed scream. In the margin, someone had drawn a quick sketch: a coil, with a single loop. Beside it, a pair of initials scrawled in a hand that favored straight, decisive strokes: V. H.</w:t>
      </w:r>
    </w:p>
    <w:p>
      <w:r>
        <w:rPr>
          <w:rFonts w:ascii="IM Fell English" w:hAnsi="IM Fell English"/>
          <w:color w:val="141414"/>
          <w:sz w:val="24"/>
        </w:rPr>
        <w:t>Her pulse rapped at her wrists. She held the page up to the light. The excised line had been physically removed; whoever did it preferred edges to ink. The name that had occupied the torn place was not written there anymore; a residue of graphite clung like a smudge to the margin. She traced it until the letters suggested themselves in the negative space.</w:t>
      </w:r>
    </w:p>
    <w:p>
      <w:r>
        <w:rPr>
          <w:rFonts w:ascii="IM Fell English" w:hAnsi="IM Fell English"/>
          <w:color w:val="141414"/>
          <w:sz w:val="24"/>
        </w:rPr>
        <w:t>She drove back to Briggs' office and slid the page across his desk without knocking. "This had a line excised," she said. "And someone drew the symbol and initialed it. V. H."</w:t>
      </w:r>
    </w:p>
    <w:p>
      <w:r>
        <w:rPr>
          <w:rFonts w:ascii="IM Fell English" w:hAnsi="IM Fell English"/>
          <w:color w:val="141414"/>
          <w:sz w:val="24"/>
        </w:rPr>
        <w:t>He went very still. Evelyn watched how he blinked more slowly, like a man calculating the safest face. "Maybe," he said, "someone doodled. People doodle."</w:t>
      </w:r>
    </w:p>
    <w:p>
      <w:r>
        <w:rPr>
          <w:rFonts w:ascii="IM Fell English" w:hAnsi="IM Fell English"/>
          <w:color w:val="141414"/>
          <w:sz w:val="24"/>
        </w:rPr>
        <w:t>"People don't excise lines in autopsy reports for fun," she said. "Someone altered millions of words to keep a narrative. The initials—"</w:t>
      </w:r>
    </w:p>
    <w:p>
      <w:r>
        <w:rPr>
          <w:rFonts w:ascii="IM Fell English" w:hAnsi="IM Fell English"/>
          <w:color w:val="141414"/>
          <w:sz w:val="24"/>
        </w:rPr>
        <w:t>He pressed his thumb to his temple then, closing his hand as though to hold himself in. "Cross. Be careful." He sounded smaller. He sounded tired. "You slip and you take everyone down with you. You think the mayor wants this. You think Hale's people will let us dig? They'll—"</w:t>
      </w:r>
    </w:p>
    <w:p>
      <w:r>
        <w:rPr>
          <w:rFonts w:ascii="IM Fell English" w:hAnsi="IM Fell English"/>
          <w:color w:val="141414"/>
          <w:sz w:val="24"/>
        </w:rPr>
        <w:t>"Who will protect them if Victor Hale is the one who needs protecting?" she asked. The words came out harder than she meant them to. "Who polices the police when we don't even get to look?"</w:t>
      </w:r>
    </w:p>
    <w:p>
      <w:r>
        <w:rPr>
          <w:rFonts w:ascii="IM Fell English" w:hAnsi="IM Fell English"/>
          <w:color w:val="141414"/>
          <w:sz w:val="24"/>
        </w:rPr>
        <w:t>He did not answer. He only looked at her and in the way he looked she saw the precinct as his burden, not his calling. He feared collapse more than he desired justice.</w:t>
      </w:r>
    </w:p>
    <w:p>
      <w:r>
        <w:rPr>
          <w:rFonts w:ascii="IM Fell English" w:hAnsi="IM Fell English"/>
          <w:color w:val="141414"/>
          <w:sz w:val="24"/>
        </w:rPr>
        <w:t>Her anger hardened into a plan. There was no other way. She could wait months for subpoenas and legal gymnastics and let a predator carve a marker into another flesh. Or she could break the procedure carefully, quietly, and force the light into a place it shouldn't be allowed to touch. She felt the dead like teeth around her ribs: urgent, patient, demanding.</w:t>
      </w:r>
    </w:p>
    <w:p>
      <w:r>
        <w:rPr>
          <w:rFonts w:ascii="IM Fell English" w:hAnsi="IM Fell English"/>
          <w:color w:val="141414"/>
          <w:sz w:val="24"/>
        </w:rPr>
        <w:t>After hours, when the precinct sank into a hum of isolated desk lamps and the rain thinned to a memory on the windows, she went to cold-storage. The morgue files lived in a concrete room off the evidence bay, behind a door that clicked and smelled faintly of antiseptic and rust. The refrigerators hummed with a rhythm that felt obscene in daylight and solemn at night. Here, the dead were close in a way she could taste: metallic on her tongue, texture pressing the back of her teeth.</w:t>
      </w:r>
    </w:p>
    <w:p>
      <w:r>
        <w:rPr>
          <w:rFonts w:ascii="IM Fell English" w:hAnsi="IM Fell English"/>
          <w:color w:val="141414"/>
          <w:sz w:val="24"/>
        </w:rPr>
        <w:t>She wore gloves and listened. That was how she had learned to move with them — not as an act of faith but as a negotiation. Their chorus guided her fingers to a sealed cabinet with a government-grade seal. The file she needed lived behind that clasp: restricted, flagged as "internal," and in every way a lock designed to keep the most inconvenient truths in shadow.</w:t>
      </w:r>
    </w:p>
    <w:p>
      <w:r>
        <w:rPr>
          <w:rFonts w:ascii="IM Fell English" w:hAnsi="IM Fell English"/>
          <w:color w:val="141414"/>
          <w:sz w:val="24"/>
        </w:rPr>
        <w:t>She did not have a warrant. She had no legal teeth tonight. She had a cheap lock pick she had learned to use on courthouse manhole covers in a lifetime of being told "no." She had the dead.</w:t>
      </w:r>
    </w:p>
    <w:p>
      <w:r>
        <w:rPr>
          <w:rFonts w:ascii="IM Fell English" w:hAnsi="IM Fell English"/>
          <w:color w:val="141414"/>
          <w:sz w:val="24"/>
        </w:rPr>
        <w:t>She worked the seal with hands that trembled at first, then steadied with the cold logic of someone trained in removal: lift, turn, feel the tinder snap. The lock complained like a throat clearing and then gave. The file slid free with a soft, legal rustle.</w:t>
      </w:r>
    </w:p>
    <w:p>
      <w:r>
        <w:rPr>
          <w:rFonts w:ascii="IM Fell English" w:hAnsi="IM Fell English"/>
          <w:color w:val="141414"/>
          <w:sz w:val="24"/>
        </w:rPr>
        <w:t>Inside the folder lay a photograph folded in tissue paper, the way evidence tended to be kept when someone wanted to forget the object and retain the memory. She unfolded it carefully. A man's hands filled the frame: broad, work-formed, a cuff rolled at the wrist. There was a knife in them — not a kitchen knife, not a quick blade; the hilt was ornate, the metal dark with age. A coiled-serpent motif wrapped the hilt, its head near the pommel and its tail spilling into the guard. The blade flashed in low light. On the man's knuckle, barely visible, a faint scar tracked like a riverbed.</w:t>
      </w:r>
    </w:p>
    <w:p>
      <w:r>
        <w:rPr>
          <w:rFonts w:ascii="IM Fell English" w:hAnsi="IM Fell English"/>
          <w:color w:val="141414"/>
          <w:sz w:val="24"/>
        </w:rPr>
        <w:t>She knew that scar from somewhere. The present-tense memory seized her.</w:t>
      </w:r>
    </w:p>
    <w:p>
      <w:r>
        <w:rPr>
          <w:rFonts w:ascii="IM Fell English" w:hAnsi="IM Fell English"/>
          <w:color w:val="141414"/>
          <w:sz w:val="24"/>
        </w:rPr>
        <w:t>He steadied the girl's wrist with one hand. The other drew the skin tight. He spoke her name like a benediction. He was calm. "Forgive me," he said.</w:t>
      </w:r>
    </w:p>
    <w:p>
      <w:r>
        <w:rPr>
          <w:rFonts w:ascii="IM Fell English" w:hAnsi="IM Fell English"/>
          <w:color w:val="141414"/>
          <w:sz w:val="24"/>
        </w:rPr>
        <w:t>Evelyn's breath came out in a harsh, thin line. The name that had been an echo in the precinct — the one the dead had fed into her ear like a seed — came whole and ugly: Victor Hale.</w:t>
      </w:r>
    </w:p>
    <w:p>
      <w:r>
        <w:rPr>
          <w:rFonts w:ascii="IM Fell English" w:hAnsi="IM Fell English"/>
          <w:color w:val="141414"/>
          <w:sz w:val="24"/>
        </w:rPr>
        <w:t>The dead flooded around her then in a way that blurred sensations. The alley expanded. She felt the knife, felt the give of skin, smelled gasoline and bleach and disinfectant. The memory played like a reel: Hale's hands strong and steady, his mouth a flat line. The victim's voice shrank away into nothing.</w:t>
      </w:r>
    </w:p>
    <w:p>
      <w:r>
        <w:rPr>
          <w:rFonts w:ascii="IM Fell English" w:hAnsi="IM Fell English"/>
          <w:color w:val="141414"/>
          <w:sz w:val="24"/>
        </w:rPr>
        <w:t>The photograph was damning in a way the paper couldn't measure: it placed Hale's hands at the act. It did not show motive or admission, only the violent choreography of a man who had once been trusted to take down harm. She felt the precinct's history twist into a new shape in her mind: hero turned enabler, hero who could be the hand that had turned death into palatable language.</w:t>
      </w:r>
    </w:p>
    <w:p>
      <w:r>
        <w:rPr>
          <w:rFonts w:ascii="IM Fell English" w:hAnsi="IM Fell English"/>
          <w:color w:val="141414"/>
          <w:sz w:val="24"/>
        </w:rPr>
        <w:t>She should have left. Procedure required evidence chain, legal counsel, a judge. But the dead's urgency was a physical pressing; they crowded behind her ribs, whispering the same instruction: make it hurt less.</w:t>
      </w:r>
    </w:p>
    <w:p>
      <w:r>
        <w:rPr>
          <w:rFonts w:ascii="IM Fell English" w:hAnsi="IM Fell English"/>
          <w:color w:val="141414"/>
          <w:sz w:val="24"/>
        </w:rPr>
        <w:t>She took her phone from her pocket and worked her fingers through glove and leather to get the camera open. The cold breathed on her fingers, fogging the lens for a second. She clicked a picture, then another. The shutter made a thin, decisive sound. Her chest ached with fear, adrenaline, and the sour tang of betrayal. She slid the files into the sleeve and photocopied the photograph on the evidence scanner until the machine's warm paper stacked under her hand like blunted truth.</w:t>
      </w:r>
    </w:p>
    <w:p>
      <w:r>
        <w:rPr>
          <w:rFonts w:ascii="IM Fell English" w:hAnsi="IM Fell English"/>
          <w:color w:val="141414"/>
          <w:sz w:val="24"/>
        </w:rPr>
        <w:t>She could feel the line she crossed as a bruise forming on her sternum: the law bent, the evidence misfiled, a violation for a deeper violation. When she slipped the copies into the inner pocket of her coat, it felt like smuggling a small animal out of a vivarium. She would hand this to a reporter. She would let someone without a badge and with fewer ties to institutionalist throw the image like a stone into the pond and watch the rings spread.</w:t>
      </w:r>
    </w:p>
    <w:p>
      <w:r>
        <w:rPr>
          <w:rFonts w:ascii="IM Fell English" w:hAnsi="IM Fell English"/>
          <w:color w:val="141414"/>
          <w:sz w:val="24"/>
        </w:rPr>
        <w:t>She did not notice the tread at the door until he spoke.</w:t>
      </w:r>
    </w:p>
    <w:p>
      <w:r>
        <w:rPr>
          <w:rFonts w:ascii="IM Fell English" w:hAnsi="IM Fell English"/>
          <w:color w:val="141414"/>
          <w:sz w:val="24"/>
        </w:rPr>
        <w:t>"Evelyn."</w:t>
      </w:r>
    </w:p>
    <w:p>
      <w:r>
        <w:rPr>
          <w:rFonts w:ascii="IM Fell English" w:hAnsi="IM Fell English"/>
          <w:color w:val="141414"/>
          <w:sz w:val="24"/>
        </w:rPr>
        <w:t>The single word carried across the concrete like a thrown coin. Captain Briggs stood framed in the doorway, his silhouette baggy with the pity he always wore like a coat. He had come back, perhaps to find the files where she had left them, perhaps to check his own conscience. Either way, his face was a bruise.</w:t>
      </w:r>
    </w:p>
    <w:p>
      <w:r>
        <w:rPr>
          <w:rFonts w:ascii="IM Fell English" w:hAnsi="IM Fell English"/>
          <w:color w:val="141414"/>
          <w:sz w:val="24"/>
        </w:rPr>
        <w:t>The single word was carried across the rain-slick concrete by a sudden gust of wind, arcing like a thrown coin and finally settling in the hairline crack between the slabs with a soft, hollow echo.</w:t>
      </w:r>
    </w:p>
    <w:p>
      <w:r>
        <w:rPr>
          <w:rFonts w:ascii="IM Fell English" w:hAnsi="IM Fell English"/>
          <w:color w:val="141414"/>
          <w:sz w:val="24"/>
        </w:rPr>
        <w:t>She turned slowly, finger on the edge of the folder. "Briggs."</w:t>
      </w:r>
    </w:p>
    <w:p>
      <w:r>
        <w:rPr>
          <w:rFonts w:ascii="IM Fell English" w:hAnsi="IM Fell English"/>
          <w:color w:val="141414"/>
          <w:sz w:val="24"/>
        </w:rPr>
        <w:t>His eyes flicked to the photocopies. He folded his hands like he might fold the world into a manageable shape. "You did not have authorization to open restricted files," he said. His voice was not loud, but it had weight. "Do you understand the potential fallout? You could ruin investigations, contaminate evidence—"</w:t>
      </w:r>
    </w:p>
    <w:p>
      <w:r>
        <w:rPr>
          <w:rFonts w:ascii="IM Fell English" w:hAnsi="IM Fell English"/>
          <w:color w:val="141414"/>
          <w:sz w:val="24"/>
        </w:rPr>
        <w:t>She stood with the stolen copies pressed to her chest like proof of life. "I understand the fallout," she said. "Do you?"</w:t>
      </w:r>
    </w:p>
    <w:p>
      <w:r>
        <w:rPr>
          <w:rFonts w:ascii="IM Fell English" w:hAnsi="IM Fell English"/>
          <w:color w:val="141414"/>
          <w:sz w:val="24"/>
        </w:rPr>
        <w:t>He inhaled sharply and for the first time in their dozen years of working in the same building, anger flickered across his face. "You can't make unilateral decisions like this, Cross. You want a formal review? You want to put this department under a microscope? There are procedures—"</w:t>
      </w:r>
    </w:p>
    <w:p>
      <w:r>
        <w:rPr>
          <w:rFonts w:ascii="IM Fell English" w:hAnsi="IM Fell English"/>
          <w:color w:val="141414"/>
          <w:sz w:val="24"/>
        </w:rPr>
        <w:t>"There are procedures that let this go on," she snapped. The dead pressed up behind her words, an expectation that practicalities could not drown. "Someone excised lines from an autopsy. Someone doodled a symbol and initialed it. His initials are in the margin of a tampered report. The photograph in that folder ties him to a weapon with the same motif carved into it."</w:t>
      </w:r>
    </w:p>
    <w:p>
      <w:r>
        <w:rPr>
          <w:rFonts w:ascii="IM Fell English" w:hAnsi="IM Fell English"/>
          <w:color w:val="141414"/>
          <w:sz w:val="24"/>
        </w:rPr>
        <w:t>Briggs's jaw worked. "If Hale's name appears in an accusation, if we run this wrong—"</w:t>
      </w:r>
    </w:p>
    <w:p>
      <w:r>
        <w:rPr>
          <w:rFonts w:ascii="IM Fell English" w:hAnsi="IM Fell English"/>
          <w:color w:val="141414"/>
          <w:sz w:val="24"/>
        </w:rPr>
        <w:t>"Then you run it right," she said. "You push. You subpoena. You start a paper trail that can't be cut out later. If you do nothing, he stays untouchable."</w:t>
      </w:r>
    </w:p>
    <w:p>
      <w:r>
        <w:rPr>
          <w:rFonts w:ascii="IM Fell English" w:hAnsi="IM Fell English"/>
          <w:color w:val="141414"/>
          <w:sz w:val="24"/>
        </w:rPr>
        <w:t>He pressed his palm to the cabinet door as though steadying himself. "Do you understand what you're asking? You want to dismantle the careers of people who—"</w:t>
      </w:r>
    </w:p>
    <w:p>
      <w:r>
        <w:rPr>
          <w:rFonts w:ascii="IM Fell English" w:hAnsi="IM Fell English"/>
          <w:color w:val="141414"/>
          <w:sz w:val="24"/>
        </w:rPr>
        <w:t>"I want to stop him from killing more women," she said. The words were sharp and unadorned. "You were supposed to be the shield."</w:t>
      </w:r>
    </w:p>
    <w:p>
      <w:r>
        <w:rPr>
          <w:rFonts w:ascii="IM Fell English" w:hAnsi="IM Fell English"/>
          <w:color w:val="141414"/>
          <w:sz w:val="24"/>
        </w:rPr>
        <w:t>The captain's face softened into something that tasted like guilt. He looked at the copies and then at her, and for a terrible, perfect second she saw choices rolling through his mind: reputational harm, budgetary collapse, political retribution. He was not innocent; he was afraid. That fear had weight. It had friends in high places.</w:t>
      </w:r>
    </w:p>
    <w:p>
      <w:r>
        <w:rPr>
          <w:rFonts w:ascii="IM Fell English" w:hAnsi="IM Fell English"/>
          <w:color w:val="141414"/>
          <w:sz w:val="24"/>
        </w:rPr>
        <w:t>"You have to hand the copies over," he said finally, a breath of professional command hiding embarrassments about to be borne. "You let the department handle it."</w:t>
      </w:r>
    </w:p>
    <w:p>
      <w:r>
        <w:rPr>
          <w:rFonts w:ascii="IM Fell English" w:hAnsi="IM Fell English"/>
          <w:color w:val="141414"/>
          <w:sz w:val="24"/>
        </w:rPr>
        <w:t>"Then it's buried," she said. "And he'll keep carving. The dead don't wait for a judiciary to find courage."</w:t>
      </w:r>
    </w:p>
    <w:p>
      <w:r>
        <w:rPr>
          <w:rFonts w:ascii="IM Fell English" w:hAnsi="IM Fell English"/>
          <w:color w:val="141414"/>
          <w:sz w:val="24"/>
        </w:rPr>
        <w:t>He stepped closer, the light catching the undersea lines of his face. "Cross. You are—" He chose the word he always did when he meant to wound and to warn. "Obsessed."</w:t>
      </w:r>
    </w:p>
    <w:p>
      <w:r>
        <w:rPr>
          <w:rFonts w:ascii="IM Fell English" w:hAnsi="IM Fell English"/>
          <w:color w:val="141414"/>
          <w:sz w:val="24"/>
        </w:rPr>
        <w:t>The word landed like a final admonition; it added weight to the already-too-heavy decision she had made in the cold. Briggs's anger gave itself shape in the next sentence. "If you proceed with any of this outside chain-of-command, you will be suspended. You'll be put on administrative leave. Your file will be pulled."</w:t>
      </w:r>
    </w:p>
    <w:p>
      <w:r>
        <w:rPr>
          <w:rFonts w:ascii="IM Fell English" w:hAnsi="IM Fell English"/>
          <w:color w:val="141414"/>
          <w:sz w:val="24"/>
        </w:rPr>
        <w:t>She met his eyes and the dead made a single, simple chorus: go. The sound was not a voice but a lever. Her empathy, which had felt like a spool unsporting for so long, cast a final tally: truth at the cost of quiet, or quiet at the cost of more bodies.</w:t>
      </w:r>
    </w:p>
    <w:p>
      <w:r>
        <w:rPr>
          <w:rFonts w:ascii="IM Fell English" w:hAnsi="IM Fell English"/>
          <w:color w:val="141414"/>
          <w:sz w:val="24"/>
        </w:rPr>
        <w:t>"I know," she said. The admission was a small, honest thing. "Do it."</w:t>
      </w:r>
    </w:p>
    <w:p>
      <w:r>
        <w:rPr>
          <w:rFonts w:ascii="IM Fell English" w:hAnsi="IM Fell English"/>
          <w:color w:val="141414"/>
          <w:sz w:val="24"/>
        </w:rPr>
        <w:t>He flinched at her resignation as if she had broken something that had been whole between them. "You don't have to do this alone," he said, softer, as if worrying aloud might save them both.</w:t>
      </w:r>
    </w:p>
    <w:p>
      <w:r>
        <w:rPr>
          <w:rFonts w:ascii="IM Fell English" w:hAnsi="IM Fell English"/>
          <w:color w:val="141414"/>
          <w:sz w:val="24"/>
        </w:rPr>
        <w:t>But she did not hear him. She heard instead the sharp, sudden ring of her phone in her coat pocket. She let it buzz, fishing the device out with a hand that had not stopped shaking since the photograph. The reporter she trusted — Mariah Chen, who wrote lead pieces that sometimes scraped away the city's discomfort — was on the line.</w:t>
      </w:r>
    </w:p>
    <w:p>
      <w:r>
        <w:rPr>
          <w:rFonts w:ascii="IM Fell English" w:hAnsi="IM Fell English"/>
          <w:color w:val="141414"/>
          <w:sz w:val="24"/>
        </w:rPr>
        <w:t>"Cross," Mariah's voice hummed like a live wire. "You have a minute? I just got a tip. An invitation leaked for tonight — someone on Hale's advisory list, an estate gala off Northshore. There's a guest list with names of city officials. It reads like a who's-who of people who like sealed votes."</w:t>
      </w:r>
    </w:p>
    <w:p>
      <w:r>
        <w:rPr>
          <w:rFonts w:ascii="IM Fell English" w:hAnsi="IM Fell English"/>
          <w:color w:val="141414"/>
          <w:sz w:val="24"/>
        </w:rPr>
        <w:t>Her mouth went dry. "Tonight?"</w:t>
      </w:r>
    </w:p>
    <w:p>
      <w:r>
        <w:rPr>
          <w:rFonts w:ascii="IM Fell English" w:hAnsi="IM Fell English"/>
          <w:color w:val="141414"/>
          <w:sz w:val="24"/>
        </w:rPr>
        <w:t>"Tonight," Mariah confirmed. "You okay? You sound like you swallowed a storm."</w:t>
      </w:r>
    </w:p>
    <w:p>
      <w:r>
        <w:rPr>
          <w:rFonts w:ascii="IM Fell English" w:hAnsi="IM Fell English"/>
          <w:color w:val="141414"/>
          <w:sz w:val="24"/>
        </w:rPr>
        <w:t>Evelyn blew out air she hadn't known she'd held. The dead fell silent for a beat; then a single voice shoved forward and spoke with unnatural clarity. Haaale. Haaale. The syllable was a pulse that thudded against her skull like a drum. For once, the dead were not murmuring; they were chanting, a single name banged like an alarm.</w:t>
      </w:r>
    </w:p>
    <w:p>
      <w:r>
        <w:rPr>
          <w:rFonts w:ascii="IM Fell English" w:hAnsi="IM Fell English"/>
          <w:color w:val="141414"/>
          <w:sz w:val="24"/>
        </w:rPr>
        <w:t>Her scalp prickled. The silence that followed felt like the hush right before lightning took the sky.</w:t>
      </w:r>
    </w:p>
    <w:p>
      <w:r>
        <w:rPr>
          <w:rFonts w:ascii="IM Fell English" w:hAnsi="IM Fell English"/>
          <w:color w:val="141414"/>
          <w:sz w:val="24"/>
        </w:rPr>
        <w:t>"Where's the estate?" she asked slowly.</w:t>
      </w:r>
    </w:p>
    <w:p>
      <w:r>
        <w:rPr>
          <w:rFonts w:ascii="IM Fell English" w:hAnsi="IM Fell English"/>
          <w:color w:val="141414"/>
          <w:sz w:val="24"/>
        </w:rPr>
        <w:t>She could hear Mariah typing on the other end, paper rustling. "Northshore, off Harbor Lane. Invitation lists say there will be people there tonight. Cameras will be there. Security will be tight. But if you're thinking what I think—"</w:t>
      </w:r>
    </w:p>
    <w:p>
      <w:r>
        <w:rPr>
          <w:rFonts w:ascii="IM Fell English" w:hAnsi="IM Fell English"/>
          <w:color w:val="141414"/>
          <w:sz w:val="24"/>
        </w:rPr>
        <w:t>"I am," Evelyn said. The thought was simple, dangerously immediate: a gala full of potential witnesses, a man who would be flattered by his hero worship in public, a night where shadows could be forced into shapes.</w:t>
      </w:r>
    </w:p>
    <w:p>
      <w:r>
        <w:rPr>
          <w:rFonts w:ascii="IM Fell English" w:hAnsi="IM Fell English"/>
          <w:color w:val="141414"/>
          <w:sz w:val="24"/>
        </w:rPr>
        <w:t>There was a pause on the line, then Mariah's voice narrowed. "Be careful, Evelyn. If this is Hale—if it’s what someone's hinted at—we're not just poking a hornet's nest. We're poking a hornet that somebody fed."</w:t>
      </w:r>
    </w:p>
    <w:p>
      <w:r>
        <w:rPr>
          <w:rFonts w:ascii="IM Fell English" w:hAnsi="IM Fell English"/>
          <w:color w:val="141414"/>
          <w:sz w:val="24"/>
        </w:rPr>
        <w:t>Evelyn's fingers tightened around the photocopies in her inner pocket. The department's doors had been closed; she had picked the lock. The city had offered a polite shrug. Her decision settled like a stone: she would not hand the copies back to Briggs. She would not let institutional fear grind the evidence into pulp for the files to swallow.</w:t>
      </w:r>
    </w:p>
    <w:p>
      <w:r>
        <w:rPr>
          <w:rFonts w:ascii="IM Fell English" w:hAnsi="IM Fell English"/>
          <w:color w:val="141414"/>
          <w:sz w:val="24"/>
        </w:rPr>
        <w:t>Briggs watched the exchange, his jaw folding into itself like he had been punched in the gut. When she ended the call, he asked, "What did she say?"</w:t>
      </w:r>
    </w:p>
    <w:p>
      <w:r>
        <w:rPr>
          <w:rFonts w:ascii="IM Fell English" w:hAnsi="IM Fell English"/>
          <w:color w:val="141414"/>
          <w:sz w:val="24"/>
        </w:rPr>
        <w:t>"There's a gala tonight at a Northshore estate," she said. "Hale's name's on the guest list. Mariah says cameras will be there."</w:t>
      </w:r>
    </w:p>
    <w:p>
      <w:r>
        <w:rPr>
          <w:rFonts w:ascii="IM Fell English" w:hAnsi="IM Fell English"/>
          <w:color w:val="141414"/>
          <w:sz w:val="24"/>
        </w:rPr>
        <w:t>He ran a hand across his face. "You can't be serious."</w:t>
      </w:r>
    </w:p>
    <w:p>
      <w:r>
        <w:rPr>
          <w:rFonts w:ascii="IM Fell English" w:hAnsi="IM Fell English"/>
          <w:color w:val="141414"/>
          <w:sz w:val="24"/>
        </w:rPr>
        <w:t>"I am," she said. "If there's any place to catch him among his admirers, it's tonight."</w:t>
      </w:r>
    </w:p>
    <w:p>
      <w:r>
        <w:rPr>
          <w:rFonts w:ascii="IM Fell English" w:hAnsi="IM Fell English"/>
          <w:color w:val="141414"/>
          <w:sz w:val="24"/>
        </w:rPr>
        <w:t>Briggs's next words were businesslike; the earlier softness had calcified into the professional shield he wore. "You can't go there on a department badge. If you move without authorization, Cross—"</w:t>
      </w:r>
    </w:p>
    <w:p>
      <w:r>
        <w:rPr>
          <w:rFonts w:ascii="IM Fell English" w:hAnsi="IM Fell English"/>
          <w:color w:val="141414"/>
          <w:sz w:val="24"/>
        </w:rPr>
        <w:t>"I know," she said. "But I have copies."</w:t>
      </w:r>
    </w:p>
    <w:p>
      <w:r>
        <w:rPr>
          <w:rFonts w:ascii="IM Fell English" w:hAnsi="IM Fell English"/>
          <w:color w:val="141414"/>
          <w:sz w:val="24"/>
        </w:rPr>
        <w:t>His face emptied, as if he had been asked to watch two trains derail at once. "If you go, you'll be doing it as a private citizen. I can't—I'll have to file it. You'll be suspended."</w:t>
      </w:r>
    </w:p>
    <w:p>
      <w:r>
        <w:rPr>
          <w:rFonts w:ascii="IM Fell English" w:hAnsi="IM Fell English"/>
          <w:color w:val="141414"/>
          <w:sz w:val="24"/>
        </w:rPr>
        <w:t>Evelyn felt the gravity of his threat as both warning and liberation. Suspension was a bureaucratic death — salary stopped, privileges gone, name dragged through the water by the kind of men who rubbed soot into reputations. But if the alternative was silence, suspension was a price she was prepared to pay.</w:t>
      </w:r>
    </w:p>
    <w:p>
      <w:r>
        <w:rPr>
          <w:rFonts w:ascii="IM Fell English" w:hAnsi="IM Fell English"/>
          <w:color w:val="141414"/>
          <w:sz w:val="24"/>
        </w:rPr>
        <w:t>"Do it," she said. "If it keeps you whole, then do it."</w:t>
      </w:r>
    </w:p>
    <w:p>
      <w:r>
        <w:rPr>
          <w:rFonts w:ascii="IM Fell English" w:hAnsi="IM Fell English"/>
          <w:color w:val="141414"/>
          <w:sz w:val="24"/>
        </w:rPr>
        <w:t>He looked like a man offered a blade and asked to cut himself. "I don't want this to destroy you."</w:t>
      </w:r>
    </w:p>
    <w:p>
      <w:r>
        <w:rPr>
          <w:rFonts w:ascii="IM Fell English" w:hAnsi="IM Fell English"/>
          <w:color w:val="141414"/>
          <w:sz w:val="24"/>
        </w:rPr>
        <w:t>She looked back at him, at the small human behind the brass, and found herself pitying the institution rather than the man. "Neither did I," she said. "But it will."</w:t>
      </w:r>
    </w:p>
    <w:p>
      <w:r>
        <w:rPr>
          <w:rFonts w:ascii="IM Fell English" w:hAnsi="IM Fell English"/>
          <w:color w:val="141414"/>
          <w:sz w:val="24"/>
        </w:rPr>
        <w:t>Briggs sighed, the sound like surrender. He left without another word, the door closing with the soft finality of a coffin lid.</w:t>
      </w:r>
    </w:p>
    <w:p>
      <w:r>
        <w:rPr>
          <w:rFonts w:ascii="IM Fell English" w:hAnsi="IM Fell English"/>
          <w:color w:val="141414"/>
          <w:sz w:val="24"/>
        </w:rPr>
        <w:t>Evelyn made the call she'd been building toward in her head for hours. She gave Mariah the tip, the copies, and the photograph via a burner email she had created years ago for exactly this kind of lawless honesty. The copy process felt illicit and holy. She sat at the desk while the rain picked up again and thought of choices as a ledger: one column for lives, one for reputations.</w:t>
      </w:r>
    </w:p>
    <w:p>
      <w:r>
        <w:rPr>
          <w:rFonts w:ascii="IM Fell English" w:hAnsi="IM Fell English"/>
          <w:color w:val="141414"/>
          <w:sz w:val="24"/>
        </w:rPr>
        <w:t>When she finally stepped out of the precinct well after midnight, the air tasted of wet metal and ozone. Her apartment building was a block away. The walk should have been a small thing, a moment alone to let adrenaline drain and reason creep back in. Instead, tautness thrummed under her skin: she had pried at a nest and the hornet's wings were just beginning to warm.</w:t>
      </w:r>
    </w:p>
    <w:p>
      <w:r>
        <w:rPr>
          <w:rFonts w:ascii="IM Fell English" w:hAnsi="IM Fell English"/>
          <w:color w:val="141414"/>
          <w:sz w:val="24"/>
        </w:rPr>
        <w:t>The hallway light in her building was a tired yellow. Somewhere a neighbor's television murmured. She fumbled with her keys, the photocopies folded against her ribs. A smell hit her — fresh ink and something acrid, like a marker's tip dragged hard across paper. Her chest tightened.</w:t>
      </w:r>
    </w:p>
    <w:p>
      <w:r>
        <w:rPr>
          <w:rFonts w:ascii="IM Fell English" w:hAnsi="IM Fell English"/>
          <w:color w:val="141414"/>
          <w:sz w:val="24"/>
        </w:rPr>
        <w:t>A serpent had been painted on her apartment door in fresh black ink, its coils tight and deliberate. The line work was not accidental; it had been placed with intent, flat and unmistakable, the same coiled motif she'd seen pressed into flesh and metal.</w:t>
      </w:r>
    </w:p>
    <w:p>
      <w:r>
        <w:rPr>
          <w:rFonts w:ascii="IM Fell English" w:hAnsi="IM Fell English"/>
          <w:color w:val="141414"/>
          <w:sz w:val="24"/>
        </w:rPr>
        <w:t>Her fingers went cold. Up close, she could see the edges of the stroke, still tacky. There was no message beneath it, no words. Just the mark.</w:t>
      </w:r>
    </w:p>
    <w:p>
      <w:r>
        <w:rPr>
          <w:rFonts w:ascii="IM Fell English" w:hAnsi="IM Fell English"/>
          <w:color w:val="141414"/>
          <w:sz w:val="24"/>
        </w:rPr>
        <w:t>The dead did not whisper now. They were silent in the way of people watching a trap closure. Her skull pulsed with the one word that had been a drumbeat all night: Hale.</w:t>
      </w:r>
    </w:p>
    <w:p>
      <w:r>
        <w:rPr>
          <w:rFonts w:ascii="IM Fell English" w:hAnsi="IM Fell English"/>
          <w:color w:val="141414"/>
          <w:sz w:val="24"/>
        </w:rPr>
        <w:t>She had crossed the line. The city had noticed. The predator — whether man or institution — had answered with a warning.</w:t>
      </w:r>
    </w:p>
    <w:p>
      <w:r>
        <w:rPr>
          <w:rFonts w:ascii="IM Fell English" w:hAnsi="IM Fell English"/>
          <w:color w:val="141414"/>
          <w:sz w:val="24"/>
        </w:rPr>
        <w:t>Evelyn stood before her door, fingers numb around her keys, and for the first time in years the idea of solitude tasted like both weapon and wound. She had the copies. She had the phone. She had a gala and a reputation's fragility. And someone had put the mark right on her door to tell her she had been seen.</w:t>
      </w:r>
    </w:p>
    <w:p>
      <w:r>
        <w:rPr>
          <w:rFonts w:ascii="IM Fell English" w:hAnsi="IM Fell English"/>
          <w:color w:val="141414"/>
          <w:sz w:val="24"/>
        </w:rPr>
        <w:t>She unlocked the door with hands that trembled but did not betray panic. Inside, the apartment smelled of cold soup and clean laundry, ordinary things made fragile by the night's escalation. She set the photocopies on the table, smoothed them flat like litmus strips. The dead circled at the edges of her thoughts, waiting. The chant — Hale — rested in the middle of her skull now, less accusation than a summons.</w:t>
      </w:r>
    </w:p>
    <w:p>
      <w:r>
        <w:rPr>
          <w:rFonts w:ascii="IM Fell English" w:hAnsi="IM Fell English"/>
          <w:color w:val="141414"/>
          <w:sz w:val="24"/>
        </w:rPr>
        <w:t>She sat at the kitchen table and let the city bleed into the room through the window: the distant thump of traffic, the occasional siren, the rain steady as a metronome. She felt smaller and more dangerous than she had when she'd walked in. The precinct had a bruise. A photograph had teeth. A captain had decided which side he would quietly hold. And someone, whoever they were, had marked her door to put her on notice.</w:t>
      </w:r>
    </w:p>
    <w:p>
      <w:r>
        <w:rPr>
          <w:rFonts w:ascii="IM Fell English" w:hAnsi="IM Fell English"/>
          <w:color w:val="141414"/>
          <w:sz w:val="24"/>
        </w:rPr>
        <w:t>She drew her coat tighter around herself and reached for the phone. Mariah's last message blinked on the screen: "If you're in, be careful. If you're out, be better. L. — got a contact at Northshore security — can get a look-in. But if this is Hale, he's not just criminal. He's connected. Wear gloves. Don't go alone."</w:t>
      </w:r>
    </w:p>
    <w:p>
      <w:r>
        <w:rPr>
          <w:rFonts w:ascii="IM Fell English" w:hAnsi="IM Fell English"/>
          <w:color w:val="141414"/>
          <w:sz w:val="24"/>
        </w:rPr>
        <w:t>Evelyn looked at the serpent painted on her door and felt the dead move in the most human way she'd ever known: expectant. They were not pleading now. They were demanding. The bait hung too low to ignore.</w:t>
      </w:r>
    </w:p>
    <w:p>
      <w:r>
        <w:rPr>
          <w:rFonts w:ascii="IM Fell English" w:hAnsi="IM Fell English"/>
          <w:color w:val="141414"/>
          <w:sz w:val="24"/>
        </w:rPr>
        <w:t>She arranged the copies into a neat stack, tucked the photo into a sleeve, and pulled on her coat. The city answered her movement with a cold draft. As she left, she hesitated and, almost without reasoning, wiped the edge of the photocopy with her sleeve to remove a small smear of ink. It looked like any other blemish then — evidence of haste and the human tendency to leave marks.</w:t>
      </w:r>
    </w:p>
    <w:p>
      <w:r>
        <w:rPr>
          <w:rFonts w:ascii="IM Fell English" w:hAnsi="IM Fell English"/>
          <w:color w:val="141414"/>
          <w:sz w:val="24"/>
        </w:rPr>
        <w:t>The serpent on the door stared at her as she closed it behind her. The ink had dried but the threat stood fresh, the kind of message that did not need letters. She had started a chain tonight. Whether it broke or bound was no longer entirely in her hands.</w:t>
      </w:r>
    </w:p>
    <w:p>
      <w:r>
        <w:rPr>
          <w:rFonts w:ascii="IM Fell English" w:hAnsi="IM Fell English"/>
          <w:color w:val="141414"/>
          <w:sz w:val="24"/>
        </w:rPr>
        <w:t>She stepped into the rain and let it be a thin, cleansing thing. The precinct's lights receded in her mind like lamps on a shore. Her phone vibrated with one more message from Mariah, brief and brittle: "Tonight. Northshore. Gala. Keep your head down, and your hands out of sight."</w:t>
      </w:r>
    </w:p>
    <w:p>
      <w:r>
        <w:rPr>
          <w:rFonts w:ascii="IM Fell English" w:hAnsi="IM Fell English"/>
          <w:color w:val="141414"/>
          <w:sz w:val="24"/>
        </w:rPr>
        <w:t>Evelyn crossed the street with the ghost chorus at her heels and Hale's name a drumbeat inside her skull. The city smelled of wet concrete and something else — the sharp sweet of danger warming. Somewhere in the north, an estate waited, full of well-dressed people who would call themselves defenders of the city. In their pockets might be the evidence that would either free the dead or bury them deeper.</w:t>
      </w:r>
    </w:p>
    <w:p>
      <w:r>
        <w:rPr>
          <w:rFonts w:ascii="IM Fell English" w:hAnsi="IM Fell English"/>
          <w:color w:val="141414"/>
          <w:sz w:val="24"/>
        </w:rPr>
        <w:t>She had chosen defiance at the cost of her paperwork, her badge, and possibly her safety. The serpent painted on her door had not been merely a warning. It was the first reply.</w:t>
      </w:r>
    </w:p>
    <w:p>
      <w:r>
        <w:rPr>
          <w:rFonts w:ascii="IM Fell English" w:hAnsi="IM Fell English"/>
          <w:color w:val="141414"/>
          <w:sz w:val="24"/>
        </w:rPr>
        <w:t>Her phone buzzed again. This time it wasn't Maria. A single image opened: a close-up of the serpent on her door, glossy and freshly wet, and beneath it a line of text from an unknown number: Nice to meet you, Cross. Don't embarrass yourself. The message sat in her mouth like a coin. Her fingers tightened around the photocopies in her coat until the paper whispered.</w:t>
      </w:r>
    </w:p>
    <w:p>
      <w:r>
        <w:rPr>
          <w:rFonts w:ascii="IM Fell English" w:hAnsi="IM Fell English"/>
          <w:color w:val="141414"/>
          <w:sz w:val="24"/>
        </w:rPr>
        <w:t xml:space="preserve">She didn't look for a moment—she moved instead, toward the street where a cab honked and doors sighed. </w:t>
      </w:r>
      <w:r>
        <w:rPr>
          <w:rFonts w:ascii="IM Fell English" w:hAnsi="IM Fell English"/>
          <w:color w:val="141414"/>
          <w:sz w:val="24"/>
        </w:rPr>
        <w:t>( Mangru, Daniel, 2020 )</w:t>
      </w:r>
      <w:r>
        <w:rPr>
          <w:rFonts w:ascii="IM Fell English" w:hAnsi="IM Fell English"/>
          <w:color w:val="141414"/>
          <w:sz w:val="24"/>
        </w:rPr>
        <w:t xml:space="preserve">  The city around her blurred into rain and neon; the dead pressed against the inside of her skull like cold hands. As the taxi pulled away, headlights caught the black flank of aSUV easing into parallel, too deliberate, too close. She told the driver a different route, voice even, and felt the chorus swell into a single, cold admonishment: faster. In her inner pocket the photograph thudded against her ribs, a small animal that might bite; she tapped out MMaria They're following. Stream on arrival. Then she folded herself into the cab and let the rain drum the time down toward NForeshore</w:t>
      </w:r>
    </w:p>
    <w:p>
      <w:r>
        <w:rPr>
          <w:rFonts w:ascii="IM Fell English" w:hAnsi="IM Fell English"/>
          <w:color w:val="141414"/>
          <w:sz w:val="24"/>
        </w:rPr>
        <w:t xml:space="preserve">And the confrontation that would either break her or finally set the dead free waited like a held breath. Her heart hammered against her ribs, a frantic drumbeat announcing the precipice of her destiny. With every step the shadow of her past stretched and thickened beneath her boots, driving her toward a future she could no longer avoid—only meet head-on. Her hand instinctively closed on the hilt of the ancient dagger; </w:t>
      </w:r>
      <w:r>
        <w:rPr>
          <w:rFonts w:ascii="IM Fell English" w:hAnsi="IM Fell English"/>
          <w:color w:val="141414"/>
          <w:sz w:val="24"/>
        </w:rPr>
        <w:t>( Farnol, Jeffery, 2018 )</w:t>
      </w:r>
      <w:r>
        <w:rPr>
          <w:rFonts w:ascii="IM Fell English" w:hAnsi="IM Fell English"/>
          <w:color w:val="141414"/>
          <w:sz w:val="24"/>
        </w:rPr>
        <w:t xml:space="preserve">  its cold, time-smoothed metal steadied her trembling fingers and promised the power she now held. The air thickened with unseen energy as she braced for the ultimate test of will and courage.`</w:t>
      </w:r>
      <w:r>
        <w:rPr>
          <w:rFonts w:ascii="IM Fell English" w:hAnsi="IM Fell English"/>
          <w:color w:val="141414"/>
          <w:sz w:val="24"/>
        </w:rPr>
        <w:t>The message in her palm felt like a coin she couldn't swallow, the cab's heat doing nothing to thaw the cold that had settled under her ribs. The SUV slid up alongside them as if it had been waiting for a signal; its headlights washed the photocopies in her lap and the serpent in the picture flared black and obscene for an instant. Marian's brief: Stream on arrival. The dead pressed tight behind her teeth, chanting the name until it steadied into a drum—Hale—no longer accusation but summons. Evelyn's fingers closed around the dagger's hilt in her coat and found it cool and true; the serpent painted on her door was no longer only a warning but an RSVP. She had cut procedure to chase the living's lie into the light; somebody had already answered with a mark and a tail of tires. Rain smeared the city's face into streaks of neon and threat. As the cab eased toward Northshore, the chorus in her skull tightened into one clear thing: she would walk into a house full of admirers who would call themselves shields, and one of them had just shown he knew her name. Hale had answered.</w:t>
      </w:r>
    </w:p>
    <w:p>
      <w:pPr>
        <w:pStyle w:val="Heading1"/>
        <w:jc w:val="center"/>
      </w:pPr>
      <w:r>
        <w:rPr>
          <w:rFonts w:ascii="IM Fell English" w:hAnsi="IM Fell English"/>
          <w:color w:val="0D0D0D"/>
        </w:rPr>
        <w:t>Chapter 4 - Colliding Testimonies from the Departed</w:t>
      </w:r>
    </w:p>
    <w:p>
      <w:pPr>
        <w:pStyle w:val="Heading1"/>
        <w:jc w:val="center"/>
      </w:pPr>
      <w:r>
        <w:rPr>
          <w:rFonts w:ascii="IM Fell English" w:hAnsi="IM Fell English"/>
          <w:color w:val="0D0D0D"/>
        </w:rPr>
        <w:t>Chapter 5 - Nightmares, Hemorrhages, and Fraying Resolve</w:t>
      </w:r>
    </w:p>
    <w:p>
      <w:pPr>
        <w:pStyle w:val="Heading1"/>
        <w:jc w:val="center"/>
      </w:pPr>
      <w:r>
        <w:rPr>
          <w:rFonts w:ascii="IM Fell English" w:hAnsi="IM Fell English"/>
          <w:color w:val="0D0D0D"/>
        </w:rPr>
        <w:t>Chapter 6 - The Hero with a Hidden Carving</w:t>
      </w:r>
    </w:p>
    <w:p>
      <w:pPr>
        <w:pStyle w:val="Heading1"/>
        <w:jc w:val="center"/>
      </w:pPr>
      <w:r>
        <w:rPr>
          <w:rFonts w:ascii="IM Fell English" w:hAnsi="IM Fell English"/>
          <w:color w:val="0D0D0D"/>
        </w:rPr>
        <w:t>Chapter 7 - Tampered Evidence and Silent Threats</w:t>
      </w:r>
    </w:p>
    <w:p>
      <w:pPr>
        <w:pStyle w:val="Heading1"/>
        <w:jc w:val="center"/>
      </w:pPr>
      <w:r>
        <w:rPr>
          <w:rFonts w:ascii="IM Fell English" w:hAnsi="IM Fell English"/>
          <w:color w:val="0D0D0D"/>
        </w:rPr>
        <w:t>Chapter 8 - A Rogue Journalist and Illicit Alliances</w:t>
      </w:r>
    </w:p>
    <w:p>
      <w:pPr>
        <w:pStyle w:val="Heading1"/>
        <w:jc w:val="center"/>
      </w:pPr>
      <w:r>
        <w:rPr>
          <w:rFonts w:ascii="IM Fell English" w:hAnsi="IM Fell English"/>
          <w:color w:val="0D0D0D"/>
        </w:rPr>
        <w:t>Chapter 9 - Morgue Ambush and a Silenced Witness</w:t>
      </w:r>
    </w:p>
    <w:p>
      <w:pPr>
        <w:pStyle w:val="Heading1"/>
        <w:jc w:val="center"/>
      </w:pPr>
      <w:r>
        <w:rPr>
          <w:rFonts w:ascii="IM Fell English" w:hAnsi="IM Fell English"/>
          <w:color w:val="0D0D0D"/>
        </w:rPr>
        <w:t>Chapter 10 - Translating Ghosts into Proof</w:t>
      </w:r>
    </w:p>
    <w:p>
      <w:pPr>
        <w:pStyle w:val="Heading1"/>
        <w:jc w:val="center"/>
      </w:pPr>
      <w:r>
        <w:rPr>
          <w:rFonts w:ascii="IM Fell English" w:hAnsi="IM Fell English"/>
          <w:color w:val="0D0D0D"/>
        </w:rPr>
        <w:t>Chapter 11 - Infiltrating the Lakefront Gala</w:t>
      </w:r>
    </w:p>
    <w:p>
      <w:pPr>
        <w:pStyle w:val="Heading1"/>
        <w:jc w:val="center"/>
      </w:pPr>
      <w:r>
        <w:rPr>
          <w:rFonts w:ascii="IM Fell English" w:hAnsi="IM Fell English"/>
          <w:color w:val="0D0D0D"/>
        </w:rPr>
        <w:t>Chapter 12 - Stormlight, Visions, and Hale's Unraveling</w:t>
      </w:r>
    </w:p>
    <w:p>
      <w:pPr>
        <w:pStyle w:val="Heading1"/>
        <w:jc w:val="center"/>
      </w:pPr>
      <w:r>
        <w:rPr>
          <w:rFonts w:ascii="IM Fell English" w:hAnsi="IM Fell English"/>
          <w:color w:val="0D0D0D"/>
        </w:rPr>
        <w:t>Chapter 13 - Public Fallout and the Purging of Corruption</w:t>
      </w:r>
    </w:p>
    <w:p>
      <w:pPr>
        <w:pStyle w:val="Heading1"/>
        <w:jc w:val="center"/>
      </w:pPr>
      <w:r>
        <w:rPr>
          <w:rFonts w:ascii="IM Fell English" w:hAnsi="IM Fell English"/>
          <w:color w:val="0D0D0D"/>
        </w:rPr>
        <w:t>Chapter 14 - The Price of Truth and the Shoreline of Echoes</w:t>
      </w:r>
    </w:p>
    <w:p>
      <w:r>
        <w:rPr>
          <w:rFonts w:ascii="IM Fell English" w:hAnsi="IM Fell English"/>
          <w:color w:val="141414"/>
          <w:sz w:val="24"/>
        </w:rPr>
        <w:t xml:space="preserve"> dfguygygyu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